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Maqaam-E-Mahmood (A Praiseworthy State ) 16 March 2007 - Maulana Wahiduddin Khan</w:t>
      </w:r>
    </w:p>
    <w:p>
      <w:r>
        <w:t>https://www.youtube.com/watch?v=aSv5G5V2X8U</w:t>
      </w:r>
    </w:p>
    <w:p>
      <w:r>
        <w:rPr>
          <w:b/>
        </w:rPr>
        <w:t xml:space="preserve">[00:13] </w:t>
      </w:r>
      <w:r>
        <w:t>bismillah rahman rahim, wasalli allah ala nabiyil karim. rab ishrah li sadri, wa yassir li amri,</w:t>
      </w:r>
    </w:p>
    <w:p>
      <w:pPr>
        <w:jc w:val="right"/>
      </w:pPr>
      <w:r>
        <w:t>بسم اللہ الرحمن الرحیم، وصلی اللہ علی النبی الکریم۔ رب اشرح لی صدری، ویسر لی امری،</w:t>
      </w:r>
    </w:p>
    <w:p>
      <w:r>
        <w:rPr>
          <w:b/>
        </w:rPr>
        <w:t xml:space="preserve">[00:27] </w:t>
      </w:r>
      <w:r>
        <w:t>wahal uqdatan min lisani yafqahu qawli.</w:t>
      </w:r>
    </w:p>
    <w:p>
      <w:pPr>
        <w:jc w:val="right"/>
      </w:pPr>
      <w:r>
        <w:t>واحل العقدۃ من لسانی یفقہ قولی۔</w:t>
      </w:r>
    </w:p>
    <w:p>
      <w:r>
        <w:rPr>
          <w:b/>
        </w:rPr>
        <w:t xml:space="preserve">[00:36] </w:t>
      </w:r>
      <w:r>
        <w:t>aaj ek sahab ne mujh se ek sawal kiya, to usi sawal ko le kar mein aaj kuch baatein kehna chahta hoon.</w:t>
      </w:r>
    </w:p>
    <w:p>
      <w:pPr>
        <w:jc w:val="right"/>
      </w:pPr>
      <w:r>
        <w:t>آج ایک صاحب نے مجھ سے ایک سوال کیا، تو اسی سوال کو لے کر میں آج کچھ باتیں کہنا چاہتا ہوں۔</w:t>
      </w:r>
    </w:p>
    <w:p>
      <w:r>
        <w:rPr>
          <w:b/>
        </w:rPr>
        <w:t xml:space="preserve">[00:54] </w:t>
      </w:r>
      <w:r>
        <w:t>woh sawal yeh tha ke Quran ke chapter number 17</w:t>
      </w:r>
    </w:p>
    <w:p>
      <w:pPr>
        <w:jc w:val="right"/>
      </w:pPr>
      <w:r>
        <w:t>وہ سوال یہ تھا کہ قرآن کے چیپٹر نمبر 17</w:t>
      </w:r>
    </w:p>
    <w:p>
      <w:r>
        <w:rPr>
          <w:b/>
        </w:rPr>
        <w:t xml:space="preserve">[01:07] </w:t>
      </w:r>
      <w:r>
        <w:t>mein ek ayat aayi hai: "أَوْصَى أَنْ يَبْعَثَكَ رَبُّكَ مَقَامًا مَحْمُودًا" .</w:t>
      </w:r>
    </w:p>
    <w:p>
      <w:pPr>
        <w:jc w:val="right"/>
      </w:pPr>
      <w:r>
        <w:t>میں ایک آیت آئی ہے: "أَوْصَى أَنْ يَبْعُثَكَ رَبُّكَ مَقَامًا مَحْمُودًا" ۔</w:t>
      </w:r>
    </w:p>
    <w:p>
      <w:r>
        <w:rPr>
          <w:b/>
        </w:rPr>
        <w:t xml:space="preserve">[01:17] </w:t>
      </w:r>
      <w:r>
        <w:t>iska literal translation yeh hai ke "God will raise you to a praiseworthy state" .</w:t>
      </w:r>
    </w:p>
    <w:p>
      <w:pPr>
        <w:jc w:val="right"/>
      </w:pPr>
      <w:r>
        <w:t>اس کا لٹرل ٹرانسلیشن یہ ہے کہ "God will raise you to a praiseworthy state" ۔</w:t>
      </w:r>
    </w:p>
    <w:p>
      <w:r>
        <w:rPr>
          <w:b/>
        </w:rPr>
        <w:t xml:space="preserve">[01:31] </w:t>
      </w:r>
      <w:r>
        <w:t>khuda tum ko ek praiseworthy state tak pahunchayega.</w:t>
      </w:r>
    </w:p>
    <w:p>
      <w:pPr>
        <w:jc w:val="right"/>
      </w:pPr>
      <w:r>
        <w:t>خدا تم کو ایک praiseworthy state تک پہنچائے گا۔</w:t>
      </w:r>
    </w:p>
    <w:p>
      <w:r>
        <w:rPr>
          <w:b/>
        </w:rPr>
        <w:t xml:space="preserve">[01:41] </w:t>
      </w:r>
      <w:r>
        <w:t>yeh ayat hai Quran ke chapter number 17 mein: "أَوْصَى أَنْ يَبْعَثَكَ رَبُّكَ مَقَامًا مَحْمُودًا" .</w:t>
      </w:r>
    </w:p>
    <w:p>
      <w:pPr>
        <w:jc w:val="right"/>
      </w:pPr>
      <w:r>
        <w:t>یہ آیت ہے قرآن کے چیپٹر نمبر 17 میں: "أَوْصَى أَنْ يَبْعُثَكَ رَبُّكَ مَقَامًا مَحْمُودًا" ۔</w:t>
      </w:r>
    </w:p>
    <w:p>
      <w:r>
        <w:rPr>
          <w:b/>
        </w:rPr>
        <w:t xml:space="preserve">[01:52] </w:t>
      </w:r>
      <w:r>
        <w:t>"God will raise you to a praiseworthy state" .</w:t>
      </w:r>
    </w:p>
    <w:p>
      <w:pPr>
        <w:jc w:val="right"/>
      </w:pPr>
      <w:r>
        <w:t>"God will raise you to a praiseworthy state" ۔</w:t>
      </w:r>
    </w:p>
    <w:p>
      <w:r>
        <w:rPr>
          <w:b/>
        </w:rPr>
        <w:t xml:space="preserve">[02:00] </w:t>
      </w:r>
      <w:r>
        <w:t>dekhiye, aam taur par iska matlab jo lete hain log woh yeh hai ke yeh hoga.</w:t>
      </w:r>
    </w:p>
    <w:p>
      <w:pPr>
        <w:jc w:val="right"/>
      </w:pPr>
      <w:r>
        <w:t>دیکھئے، عام طور پر اس کا مطلب جو لیتے ہیں لوگ وہ یہ ہے کہ یہ ہوگا۔</w:t>
      </w:r>
    </w:p>
    <w:p>
      <w:r>
        <w:rPr>
          <w:b/>
        </w:rPr>
        <w:t xml:space="preserve">[02:10] </w:t>
      </w:r>
      <w:r>
        <w:t>yani</w:t>
      </w:r>
    </w:p>
    <w:p>
      <w:pPr>
        <w:jc w:val="right"/>
      </w:pPr>
      <w:r>
        <w:t>یعنی</w:t>
      </w:r>
    </w:p>
    <w:p>
      <w:r>
        <w:rPr>
          <w:b/>
        </w:rPr>
        <w:t xml:space="preserve">[02:15] </w:t>
      </w:r>
      <w:r>
        <w:t>world hereafter mein. saare log yahi matlab iska samajhte hain. yani wahan par samajhte hain ke jab day of judgement aayega to Khuda wahan ek ooncha stage banayega.</w:t>
      </w:r>
    </w:p>
    <w:p>
      <w:pPr>
        <w:jc w:val="right"/>
      </w:pPr>
      <w:r>
        <w:t>world hereafter میں۔ سارے لوگ یہی مطلب اس کا سمجھتے ہیں۔ یعنی وہاں پر سمجھتے ہیں کہ جب day of judgement آئے گا تو خدا وہاں ایک اونچا اسٹیج بنائے گا۔</w:t>
      </w:r>
    </w:p>
    <w:p>
      <w:r>
        <w:rPr>
          <w:b/>
        </w:rPr>
        <w:t xml:space="preserve">[02:32] </w:t>
      </w:r>
      <w:r>
        <w:t>is اسٹیج par prophet of اسلام khare honge aur wahan par woh logon ki sifarish karenge.</w:t>
      </w:r>
    </w:p>
    <w:p>
      <w:pPr>
        <w:jc w:val="right"/>
      </w:pPr>
      <w:r>
        <w:t>اس اسٹیج پر prophet of اسلام کھڑے ہوں گے اور وہاں پر وہ لوگوں کی سفارش کریں گے۔</w:t>
      </w:r>
    </w:p>
    <w:p>
      <w:r>
        <w:rPr>
          <w:b/>
        </w:rPr>
        <w:t xml:space="preserve">[02:47] </w:t>
      </w:r>
      <w:r>
        <w:t>main is</w:t>
      </w:r>
    </w:p>
    <w:p>
      <w:pPr>
        <w:jc w:val="right"/>
      </w:pPr>
      <w:r>
        <w:t>میں اس</w:t>
      </w:r>
    </w:p>
    <w:p>
      <w:r>
        <w:rPr>
          <w:b/>
        </w:rPr>
        <w:t xml:space="preserve">[02:50] </w:t>
      </w:r>
      <w:r>
        <w:t>ko sahi nahi samajhta.</w:t>
      </w:r>
    </w:p>
    <w:p>
      <w:pPr>
        <w:jc w:val="right"/>
      </w:pPr>
      <w:r>
        <w:t>کو صحیح نہیں سمجھتا۔</w:t>
      </w:r>
    </w:p>
    <w:p>
      <w:r>
        <w:rPr>
          <w:b/>
        </w:rPr>
        <w:t xml:space="preserve">[02:54] </w:t>
      </w:r>
      <w:r>
        <w:t>yeh jo baat kahi gayi woh aaj ki isi duniya se talluq is ka hai. Yani aaj ki hamari duniya, yani present world se hai.</w:t>
      </w:r>
    </w:p>
    <w:p>
      <w:pPr>
        <w:jc w:val="right"/>
      </w:pPr>
      <w:r>
        <w:t>یہ جو بات کہی گئی وہ آج کی اسی دنیا سے تعلق اس کا ہے۔ یعنی آج کی ہماری دنیا، یعنی present world سے ہے۔</w:t>
      </w:r>
    </w:p>
    <w:p>
      <w:r>
        <w:rPr>
          <w:b/>
        </w:rPr>
        <w:t xml:space="preserve">[03:06] </w:t>
      </w:r>
      <w:r>
        <w:t>wahan par kya hoga woh ek alag cheez hai. Woh ek alag cheez hai. Isi duniya mein jo hone wala tha us ke bare mein is mein bataya gaya hai ke Khuda tum ko</w:t>
      </w:r>
    </w:p>
    <w:p>
      <w:pPr>
        <w:jc w:val="right"/>
      </w:pPr>
      <w:r>
        <w:t>وہاں پر کیا ہوگا وہ ایک الگ چیز ہے۔ وہ ایک الگ چیز ہے۔ اسی دنیا میں جو ہونے والا تھا اس کے بارے میں اس میں بتایا گیا ہے کہ خدا تم کو</w:t>
      </w:r>
    </w:p>
    <w:p>
      <w:r>
        <w:rPr>
          <w:b/>
        </w:rPr>
        <w:t xml:space="preserve">[03:25] </w:t>
      </w:r>
      <w:r>
        <w:t>ek praiseworthy state ya ek praised state par khara karega. Yani tareef wali jagah par.</w:t>
      </w:r>
    </w:p>
    <w:p>
      <w:pPr>
        <w:jc w:val="right"/>
      </w:pPr>
      <w:r>
        <w:t>ایک praiseworthy state یا ایک praised state پر کھڑا کرے گا۔ یعنی تعریف والی جگہ پر۔</w:t>
      </w:r>
    </w:p>
    <w:p>
      <w:r>
        <w:rPr>
          <w:b/>
        </w:rPr>
        <w:t xml:space="preserve">[03:37] </w:t>
      </w:r>
      <w:r>
        <w:t>asal mein yeh jo tareef wali jo is mein praise ka lafz hai, tareef, isi se log samajh nahi pate is cheez ko.</w:t>
      </w:r>
    </w:p>
    <w:p>
      <w:pPr>
        <w:jc w:val="right"/>
      </w:pPr>
      <w:r>
        <w:t>اصل میں یہ جو تعریف والی جو اس میں praise کا لفظ ہے، تعریف، اسی سے لوگ سمجھ نہیں پاتے اس چیز کو۔</w:t>
      </w:r>
    </w:p>
    <w:p>
      <w:r>
        <w:rPr>
          <w:b/>
        </w:rPr>
        <w:t xml:space="preserve">[03:47] </w:t>
      </w:r>
      <w:r>
        <w:t>aur is ko mysterious bana diya.</w:t>
      </w:r>
    </w:p>
    <w:p>
      <w:pPr>
        <w:jc w:val="right"/>
      </w:pPr>
      <w:r>
        <w:t>اور اس کو mysterious بنا دیا۔</w:t>
      </w:r>
    </w:p>
    <w:p>
      <w:r>
        <w:rPr>
          <w:b/>
        </w:rPr>
        <w:t xml:space="preserve">[03:52] </w:t>
      </w:r>
      <w:r>
        <w:t>aur ek baat yeh samajh lijiye ke pre-scientific age mein har baat ko, yani mazhabi, har mazhab mein aisa tha ke log mysterious way mein cheezon ko interpretation dete the.</w:t>
      </w:r>
    </w:p>
    <w:p>
      <w:pPr>
        <w:jc w:val="right"/>
      </w:pPr>
      <w:r>
        <w:t>اور ایک بات یہ سمجھ لیجیے کہ pre-scientific age میں ہر بات کو، یعنی مذہبی، ہر مذہب میں ایسا تھا کہ لوگ mysterious way میں چیزوں کو interpretation دیتے تھے۔</w:t>
      </w:r>
    </w:p>
    <w:p>
      <w:r>
        <w:rPr>
          <w:b/>
        </w:rPr>
        <w:t xml:space="preserve">[04:07] </w:t>
      </w:r>
      <w:r>
        <w:t>is zamane mein sab se bari cheez jo thi mysterious ho koi baat.</w:t>
      </w:r>
    </w:p>
    <w:p>
      <w:pPr>
        <w:jc w:val="right"/>
      </w:pPr>
      <w:r>
        <w:t>اس زمانے میں سب سے بڑی چیز جو تھی mysterious ہو کوئی بات۔</w:t>
      </w:r>
    </w:p>
    <w:p>
      <w:r>
        <w:rPr>
          <w:b/>
        </w:rPr>
        <w:t xml:space="preserve">[04:11] </w:t>
      </w:r>
      <w:r>
        <w:t>yeh toh scientific age mein aisa hua hai ke rational interpretation hum karne lage hain.</w:t>
      </w:r>
    </w:p>
    <w:p>
      <w:pPr>
        <w:jc w:val="right"/>
      </w:pPr>
      <w:r>
        <w:t>یہ تو scientific age میں ایسا ہوا ہے کہ rational interpretation ہم کرنے لگے ہیں۔</w:t>
      </w:r>
    </w:p>
    <w:p>
      <w:r>
        <w:rPr>
          <w:b/>
        </w:rPr>
        <w:t xml:space="preserve">[04:20] </w:t>
      </w:r>
      <w:r>
        <w:t>toh is zamane mein aisa hua ke unhon ne samajh liya ke</w:t>
      </w:r>
    </w:p>
    <w:p>
      <w:pPr>
        <w:jc w:val="right"/>
      </w:pPr>
      <w:r>
        <w:t>تو اس زمانے میں ایسا ہوا کہ انہوں نے سمجھ لیا کہ</w:t>
      </w:r>
    </w:p>
    <w:p>
      <w:r>
        <w:rPr>
          <w:b/>
        </w:rPr>
        <w:t xml:space="preserve">[04:27] </w:t>
      </w:r>
      <w:r>
        <w:t>world hereafter jo hai wahan par ek اسٹیj hoga, wahan par Rasool Allah ko khara kiya jayega aur bohat hi tareef wali jagah hogi woh. Toh ek mysterious interpretation nikala hai is ka woh.</w:t>
      </w:r>
    </w:p>
    <w:p>
      <w:pPr>
        <w:jc w:val="right"/>
      </w:pPr>
      <w:r>
        <w:t>world hereafter جو ہے وہاں پر ایک اسٹیج ہوگا، وہاں پر رسول اللہ کو کھڑا کیا جائے گا اور بہت ہی تعریف والی جگہ ہوگی وہ۔ تو ایک mysterious interpretation نکالا ہے اس کا وہ۔</w:t>
      </w:r>
    </w:p>
    <w:p>
      <w:r>
        <w:rPr>
          <w:b/>
        </w:rPr>
        <w:t xml:space="preserve">[04:38] </w:t>
      </w:r>
      <w:r>
        <w:t>hadith mein is bare mein hai lekin woh hadithon ke bare mein bohat zyada ikhtilafat hain is liye hum Quran ko le rahe hain</w:t>
      </w:r>
    </w:p>
    <w:p>
      <w:pPr>
        <w:jc w:val="right"/>
      </w:pPr>
      <w:r>
        <w:t>حدیث میں اس بارے میں ہے لیکن وہ حدیثوں کے بارے میں بہت زیادہ اختلافات ہیں اس لیے ہم قرآن کو لے رہے ہیں</w:t>
      </w:r>
    </w:p>
    <w:p>
      <w:r>
        <w:rPr>
          <w:b/>
        </w:rPr>
        <w:t xml:space="preserve">[04:47] </w:t>
      </w:r>
      <w:r>
        <w:t>is mamle mein. Toh is ko samajhne ke liye aap yeh samjhiye ke Khuda ki taraf se jo paighambar bheje gaye, jo prophet, toh Quran mein kul jo ginti hai un ki woh 25 prophets hain.</w:t>
      </w:r>
    </w:p>
    <w:p>
      <w:pPr>
        <w:jc w:val="right"/>
      </w:pPr>
      <w:r>
        <w:t>اس معاملے میں۔ تو اس کو سمجھنے کے لیے آپ یہ سمجھیے کہ خدا کی طرف سے جو پیغمبر بھیجے گئے، جو prophet، تو قرآن میں کل جو گنتی ہے ان کی وہ 25 prophets ہیں۔</w:t>
      </w:r>
    </w:p>
    <w:p>
      <w:r>
        <w:rPr>
          <w:b/>
        </w:rPr>
        <w:t xml:space="preserve">[05:08] </w:t>
      </w:r>
      <w:r>
        <w:t>lekin hadith mein bataya gaya hai ke ek lakh se zyada prophet aaye.</w:t>
      </w:r>
    </w:p>
    <w:p>
      <w:pPr>
        <w:jc w:val="right"/>
      </w:pPr>
      <w:r>
        <w:t>لیکن حدیث میں بتایا گیا ہے کہ ایک لاکھ سے زیادہ prophet آئے۔</w:t>
      </w:r>
    </w:p>
    <w:p>
      <w:r>
        <w:rPr>
          <w:b/>
        </w:rPr>
        <w:t xml:space="preserve">[05:18] </w:t>
      </w:r>
      <w:r>
        <w:t>toh</w:t>
      </w:r>
    </w:p>
    <w:p>
      <w:pPr>
        <w:jc w:val="right"/>
      </w:pPr>
      <w:r>
        <w:t>تو</w:t>
      </w:r>
    </w:p>
    <w:p>
      <w:r>
        <w:rPr>
          <w:b/>
        </w:rPr>
        <w:t xml:space="preserve">[05:21] </w:t>
      </w:r>
      <w:r>
        <w:t>jitne prophet hain, prophet of Islam se pehle, woh sab ke sab</w:t>
      </w:r>
    </w:p>
    <w:p>
      <w:pPr>
        <w:jc w:val="right"/>
      </w:pPr>
      <w:r>
        <w:t>جتنے prophet ہیں، prophet of اسلام سے پہلے، وہ سب کے سب</w:t>
      </w:r>
    </w:p>
    <w:p>
      <w:r>
        <w:rPr>
          <w:b/>
        </w:rPr>
        <w:t xml:space="preserve">[05:32] </w:t>
      </w:r>
      <w:r>
        <w:t>pre-historic age mein aaye. Un ki koi recorded history nahi hai.</w:t>
      </w:r>
    </w:p>
    <w:p>
      <w:pPr>
        <w:jc w:val="right"/>
      </w:pPr>
      <w:r>
        <w:t>pre-historic age میں آئے۔ ان کی کوئی ریکارڈڈ ہسٹری نہیں ہے۔</w:t>
      </w:r>
    </w:p>
    <w:p>
      <w:r>
        <w:rPr>
          <w:b/>
        </w:rPr>
        <w:t xml:space="preserve">[05:41] </w:t>
      </w:r>
      <w:r>
        <w:t>yahan tak ke Jesus Christ jo sab se baad ke zamane ke prophet hain, yani Rasool Allah sallallahu alaihi wasallam se sirf panch sau sal, panch sau, chhe sau sal pehle ke hain,</w:t>
      </w:r>
    </w:p>
    <w:p>
      <w:pPr>
        <w:jc w:val="right"/>
      </w:pPr>
      <w:r>
        <w:t>یہاں تک کہ Jesus Christ جو سب سے بعد کے زمانے کے prophet ہیں، یعنی رسول اللہ صلی اللہ علیہ وسلم سے صرف پانچ سو سال، پانچ سو، چھ سو سال پہلے کے ہیں،</w:t>
      </w:r>
    </w:p>
    <w:p>
      <w:r>
        <w:rPr>
          <w:b/>
        </w:rPr>
        <w:t xml:space="preserve">[05:55] </w:t>
      </w:r>
      <w:r>
        <w:t>toh un ke bare mein bhi ek</w:t>
      </w:r>
    </w:p>
    <w:p>
      <w:pPr>
        <w:jc w:val="right"/>
      </w:pPr>
      <w:r>
        <w:t>تو ان کے بارے میں بھی ایک</w:t>
      </w:r>
    </w:p>
    <w:p>
      <w:r>
        <w:rPr>
          <w:b/>
        </w:rPr>
        <w:t xml:space="preserve">[05:59] </w:t>
      </w:r>
      <w:r>
        <w:t>aur ek European scholar ne kaha ke historically it is quite doubtful whether Christ ever existed at all.</w:t>
      </w:r>
    </w:p>
    <w:p>
      <w:pPr>
        <w:jc w:val="right"/>
      </w:pPr>
      <w:r>
        <w:t>اور ایک European scholar نے کہا کہ historically it is quite doubtful whether Christ ever existed at all.</w:t>
      </w:r>
    </w:p>
    <w:p>
      <w:r>
        <w:rPr>
          <w:b/>
        </w:rPr>
        <w:t xml:space="preserve">[06:13] </w:t>
      </w:r>
      <w:r>
        <w:t>toh yeh yeh sabhi prophet ke mamle mein hua hai. Jaise Egypt mein Pharaoh ki history toh hai record mein lekin Modud ki history nahi hai record mein.</w:t>
      </w:r>
    </w:p>
    <w:p>
      <w:pPr>
        <w:jc w:val="right"/>
      </w:pPr>
      <w:r>
        <w:t>تو یہ یہ سبھی prophet کے معاملے میں ہوا ہے۔ جیسے Egypt میں Pharaoh کی ہسٹری تو ہے ریکارڈ میں لیکن مودت کی ہسٹری نہیں ہے ریکارڈ میں۔</w:t>
      </w:r>
    </w:p>
    <w:p>
      <w:r>
        <w:rPr>
          <w:b/>
        </w:rPr>
        <w:t xml:space="preserve">[06:31] </w:t>
      </w:r>
      <w:r>
        <w:t>Iraq mein wahan ka jo badshah tha Namrud us ki history hai record mein lekin Hazrat Ibrahim ki history record mein nahi hai.</w:t>
      </w:r>
    </w:p>
    <w:p>
      <w:pPr>
        <w:jc w:val="right"/>
      </w:pPr>
      <w:r>
        <w:t>عراق میں وہاں کا جو بادشاہ تھا نمرود اس کی ہسٹری ہے ریکارڈ میں لیکن حضرت ابراہیم کی ہسٹری ریکارڈ میں نہیں ہے۔</w:t>
      </w:r>
    </w:p>
    <w:p>
      <w:r>
        <w:rPr>
          <w:b/>
        </w:rPr>
        <w:t xml:space="preserve">[06:43] </w:t>
      </w:r>
      <w:r>
        <w:t>toh baat yeh hai ke pehle zamane mein history jo thi woh isi nahi thi jaise aaj kal hai.</w:t>
      </w:r>
    </w:p>
    <w:p>
      <w:pPr>
        <w:jc w:val="right"/>
      </w:pPr>
      <w:r>
        <w:t>تو بات یہ ہے کہ پہلے زمانے میں ہسٹری جو تھی وہ اسی نہیں تھی جیسے آج کل ہے۔</w:t>
      </w:r>
    </w:p>
    <w:p>
      <w:r>
        <w:rPr>
          <w:b/>
        </w:rPr>
        <w:t xml:space="preserve">[06:50] </w:t>
      </w:r>
      <w:r>
        <w:t>is zamane mein history sirf king ki history hua karti thi. king logon ke jo baatein hoti thi isi ka naam history hota tha pehle.</w:t>
      </w:r>
    </w:p>
    <w:p>
      <w:pPr>
        <w:jc w:val="right"/>
      </w:pPr>
      <w:r>
        <w:t>اس زمانے میں ہسٹری صرف کنگ کی ہسٹری ہوا کرتی تھی۔ کنگ لوگوں کے جو باتیں ہوتی تھیں اسی کا نام ہسٹری ہوتا تھا پہلے۔</w:t>
      </w:r>
    </w:p>
    <w:p>
      <w:r>
        <w:rPr>
          <w:b/>
        </w:rPr>
        <w:t xml:space="preserve">[07:04] </w:t>
      </w:r>
      <w:r>
        <w:t>to kisi prophet ne chounke</w:t>
      </w:r>
    </w:p>
    <w:p>
      <w:pPr>
        <w:jc w:val="right"/>
      </w:pPr>
      <w:r>
        <w:t>تو کسی prophet نے چونکہ</w:t>
      </w:r>
    </w:p>
    <w:p>
      <w:r>
        <w:rPr>
          <w:b/>
        </w:rPr>
        <w:t xml:space="preserve">[07:08] </w:t>
      </w:r>
      <w:r>
        <w:t>apni koi empire nahi banai to history mein wo record ke qabil nahi samjhe gaye wo. lekin rasool Allah ke zamane mein ek revolution aaya, ek political empire bana aur Roman Empire, Sasani Empire se takra hua.</w:t>
      </w:r>
    </w:p>
    <w:p>
      <w:pPr>
        <w:jc w:val="right"/>
      </w:pPr>
      <w:r>
        <w:t>اپنی کوئی empire نہیں بنائی تو ہسٹری میں وہ ریکارڈ کے قابل نہیں سمجھے گئے وہ۔ لیکن رسول اللہ کے زمانے میں ایک revolution آیا، ایک political empire بنا اور Roman Empire، ساسانی Empire سے ٹکرا ہوا۔</w:t>
      </w:r>
    </w:p>
    <w:p>
      <w:r>
        <w:rPr>
          <w:b/>
        </w:rPr>
        <w:t xml:space="preserve">[07:25] </w:t>
      </w:r>
      <w:r>
        <w:t>yani wo waqiat hue jo historians ke nazdeek record worthy the.</w:t>
      </w:r>
    </w:p>
    <w:p>
      <w:pPr>
        <w:jc w:val="right"/>
      </w:pPr>
      <w:r>
        <w:t>یعنی وہ واقعات ہوئے جو historians کے نزدیک ریکارڈ وردی تھے۔</w:t>
      </w:r>
    </w:p>
    <w:p>
      <w:r>
        <w:rPr>
          <w:b/>
        </w:rPr>
        <w:t xml:space="preserve">[07:31] </w:t>
      </w:r>
      <w:r>
        <w:t>is liye aap ka record aaya poori tarah se. isi liye ek ek European scholar ne kaha hai ke "Muhammad was born within the full light of history" .</w:t>
      </w:r>
    </w:p>
    <w:p>
      <w:pPr>
        <w:jc w:val="right"/>
      </w:pPr>
      <w:r>
        <w:t>اس لیے آپ کا ریکارڈ آیا پوری طریقے سے۔ اسی لیے ایک ایک European scholar نے کہا ہے کہ "Muhammad was born within the full light of history" ۔</w:t>
      </w:r>
    </w:p>
    <w:p>
      <w:r>
        <w:rPr>
          <w:b/>
        </w:rPr>
        <w:t xml:space="preserve">[07:46] </w:t>
      </w:r>
      <w:r>
        <w:t>"Muhammad was born within the full light of history" . ye ek exception hai aap ka tamam prophets mein</w:t>
      </w:r>
    </w:p>
    <w:p>
      <w:pPr>
        <w:jc w:val="right"/>
      </w:pPr>
      <w:r>
        <w:t>"Muhammad was born within the full light of history" ۔ یہ ایک exception ہے آپ کا تمام prophets میں</w:t>
      </w:r>
    </w:p>
    <w:p>
      <w:r>
        <w:rPr>
          <w:b/>
        </w:rPr>
        <w:t xml:space="preserve">[07:54] </w:t>
      </w:r>
      <w:r>
        <w:t>ke aap ki har cheez record mein hai. jaise hum jante hain ke aap ki birth jo hai wo 570 mein hui.</w:t>
      </w:r>
    </w:p>
    <w:p>
      <w:pPr>
        <w:jc w:val="right"/>
      </w:pPr>
      <w:r>
        <w:t>کہ آپ کی ہر چیز ریکارڈ میں ہے۔ جیسے ہم جانتے ہیں کہ آپ کی birth جو ہے وہ 570 میں ہوئی۔</w:t>
      </w:r>
    </w:p>
    <w:p>
      <w:r>
        <w:rPr>
          <w:b/>
        </w:rPr>
        <w:t xml:space="preserve">[08:06] </w:t>
      </w:r>
      <w:r>
        <w:t>aap prophet banaye gaye 610 mein.</w:t>
      </w:r>
    </w:p>
    <w:p>
      <w:pPr>
        <w:jc w:val="right"/>
      </w:pPr>
      <w:r>
        <w:t>آپ prophet بنائے گئے 610 میں۔</w:t>
      </w:r>
    </w:p>
    <w:p>
      <w:r>
        <w:rPr>
          <w:b/>
        </w:rPr>
        <w:t xml:space="preserve">[08:10] </w:t>
      </w:r>
      <w:r>
        <w:t>aap ki death hui 632 mein. aap ke walid ka naam Abdullah tha, dada ka naam Abdul Muttalib tha.</w:t>
      </w:r>
    </w:p>
    <w:p>
      <w:pPr>
        <w:jc w:val="right"/>
      </w:pPr>
      <w:r>
        <w:t>آپ کی death ہوئی 632 میں۔ آپ کے والد کا نام عبداللہ تھا، دادا کا نام عبدالمطلب تھا۔</w:t>
      </w:r>
    </w:p>
    <w:p>
      <w:r>
        <w:rPr>
          <w:b/>
        </w:rPr>
        <w:t xml:space="preserve">[08:20] </w:t>
      </w:r>
      <w:r>
        <w:t>aap paida hue Makah mein, aap ki death hui Madinah mein. to ek ek cheez, ek ek cheez jo hai wo sab record mein hai.</w:t>
      </w:r>
    </w:p>
    <w:p>
      <w:pPr>
        <w:jc w:val="right"/>
      </w:pPr>
      <w:r>
        <w:t>آپ پیدا ہوئے مکہ میں، آپ کی death ہوئی مدینہ میں۔ تو ایک ایک چیز، ایک ایک چیز جو ہے وہ سب ریکارڈ میں ہے۔</w:t>
      </w:r>
    </w:p>
    <w:p>
      <w:r>
        <w:rPr>
          <w:b/>
        </w:rPr>
        <w:t xml:space="preserve">[08:29] </w:t>
      </w:r>
      <w:r>
        <w:t>yani recorded history mein hai.</w:t>
      </w:r>
    </w:p>
    <w:p>
      <w:pPr>
        <w:jc w:val="right"/>
      </w:pPr>
      <w:r>
        <w:t>یعنی ریکارڈڈ ہسٹری میں ہے۔</w:t>
      </w:r>
    </w:p>
    <w:p>
      <w:r>
        <w:rPr>
          <w:b/>
        </w:rPr>
        <w:t xml:space="preserve">[08:35] </w:t>
      </w:r>
      <w:r>
        <w:t>to ye maqam mehmood ka matlab hai historical prophethood. yani is mein bataya gaya hai ke exceptionally tumhare sath aisa hoga ke tum ek historical prophet ka darja paoge jo kisi aur nabi ko nahi hua.</w:t>
      </w:r>
    </w:p>
    <w:p>
      <w:pPr>
        <w:jc w:val="right"/>
      </w:pPr>
      <w:r>
        <w:t>تو یہ مقام محمود کا مطلب ہے historical prophethood۔ یعنی اس میں بتایا گیا ہے کہ exceptionally تمہارے ساتھ ایسا ہوگا کہ تم ایک historical prophet کا درجہ پاؤ گے جو کسی اور نبی کو نہیں ہوا۔</w:t>
      </w:r>
    </w:p>
    <w:p>
      <w:r>
        <w:rPr>
          <w:b/>
        </w:rPr>
        <w:t xml:space="preserve">[08:54] </w:t>
      </w:r>
      <w:r>
        <w:t>ye matlab hai is ka. yahan maqam mehmood ka matlab, yani literal translation to ye hai ke tareef ki jagah, praiseworthy state, literal translation.</w:t>
      </w:r>
    </w:p>
    <w:p>
      <w:pPr>
        <w:jc w:val="right"/>
      </w:pPr>
      <w:r>
        <w:t>یہ مطلب ہے اس کا۔ یہاں مقام محمود کا مطلب، یعنی لٹرل ٹرانسلیشن تو یہ ہے کہ تعریف کی جگہ، praiseworthy state، لٹرل ٹرانسلیشن۔</w:t>
      </w:r>
    </w:p>
    <w:p>
      <w:r>
        <w:rPr>
          <w:b/>
        </w:rPr>
        <w:t xml:space="preserve">[09:08] </w:t>
      </w:r>
      <w:r>
        <w:t>lekin is ka jo matlab hai wo yahi hai</w:t>
      </w:r>
    </w:p>
    <w:p>
      <w:pPr>
        <w:jc w:val="right"/>
      </w:pPr>
      <w:r>
        <w:t>لیکن اس کا جو مطلب ہے وہ یہی ہے</w:t>
      </w:r>
    </w:p>
    <w:p>
      <w:r>
        <w:rPr>
          <w:b/>
        </w:rPr>
        <w:t xml:space="preserve">[09:12] </w:t>
      </w:r>
      <w:r>
        <w:t>ke historically acknowledged prophet honge aap. to tareef ka matlab yahan acknowledge karna, record mein aana, recorded history mein aana.</w:t>
      </w:r>
    </w:p>
    <w:p>
      <w:pPr>
        <w:jc w:val="right"/>
      </w:pPr>
      <w:r>
        <w:t>کہ historically acknowledged prophet ہوں گے آپ۔ تو تعریف کا مطلب یہاں acknowledge کرنا، ریکارڈ میں آنا، ریکارڈڈ ہسٹری میں آنا۔</w:t>
      </w:r>
    </w:p>
    <w:p>
      <w:r>
        <w:rPr>
          <w:b/>
        </w:rPr>
        <w:t xml:space="preserve">[09:29] </w:t>
      </w:r>
      <w:r>
        <w:t>to behal ye bohat hi aham baat hai is ko samajhna chahiye.</w:t>
      </w:r>
    </w:p>
    <w:p>
      <w:pPr>
        <w:jc w:val="right"/>
      </w:pPr>
      <w:r>
        <w:t>تو بہرحال یہ بہت ہی اہم بات ہے اس کو سمجھنا چاہیے۔</w:t>
      </w:r>
    </w:p>
    <w:p>
      <w:r>
        <w:rPr>
          <w:b/>
        </w:rPr>
        <w:t xml:space="preserve">[09:33] </w:t>
      </w:r>
      <w:r>
        <w:t>kyun ke agar ek mysterious aap interpretation nikalein ke wahan par ek stage hoga bohat ooncha, wahan aap khare kiye jayenge to is ka koi taluq prophethood se ya daawa o work se nahi hota.</w:t>
      </w:r>
    </w:p>
    <w:p>
      <w:pPr>
        <w:jc w:val="right"/>
      </w:pPr>
      <w:r>
        <w:t>کیونکہ اگر ایک mysterious آپ interpretation نکالیں کہ وہاں پر ایک اسٹیج ہوگا بہت اونچا، وہاں آپ کھڑے کیے جائیں گے تو اس کا کوئی تعلق prophethood سے یا دعویٰ و ورک سے نہیں ہوتا۔</w:t>
      </w:r>
    </w:p>
    <w:p>
      <w:r>
        <w:rPr>
          <w:b/>
        </w:rPr>
        <w:t xml:space="preserve">[09:45] </w:t>
      </w:r>
      <w:r>
        <w:t>wo ek mysterious cheez hoti hai. to pehle zamane mein aisa hota tha</w:t>
      </w:r>
    </w:p>
    <w:p>
      <w:pPr>
        <w:jc w:val="right"/>
      </w:pPr>
      <w:r>
        <w:t>وہ ایک mysterious چیز ہوتی ہے۔ تو پہلے زمانے میں ایسا ہوتا تھا</w:t>
      </w:r>
    </w:p>
    <w:p>
      <w:r>
        <w:rPr>
          <w:b/>
        </w:rPr>
        <w:t xml:space="preserve">[09:50] </w:t>
      </w:r>
      <w:r>
        <w:t>ke mysterious way mein is ke baad wo kehne ko log samajhte the ke koi bohat bari baat keh di hum ne. ab science ka daur mein aisa nahi hai.</w:t>
      </w:r>
    </w:p>
    <w:p>
      <w:pPr>
        <w:jc w:val="right"/>
      </w:pPr>
      <w:r>
        <w:t>کہ mysterious way میں اس کے بعد وہ کہنے کو لوگ سمجھتے تھے کہ کوئی بہت بڑی بات کہہ دی ہم نے۔ اب سائنسی دور میں ایسا نہیں ہے۔</w:t>
      </w:r>
    </w:p>
    <w:p>
      <w:r>
        <w:rPr>
          <w:b/>
        </w:rPr>
        <w:t xml:space="preserve">[10:01] </w:t>
      </w:r>
      <w:r>
        <w:t>to bunyadi baat dekhiye ye hai ke prophet of Islam ko Khuda ne paida kiya to aap par</w:t>
      </w:r>
    </w:p>
    <w:p>
      <w:pPr>
        <w:jc w:val="right"/>
      </w:pPr>
      <w:r>
        <w:t>تو بنیادی بات دیکھئے یہ ہے کہ prophet of اسلام کو خدا نے پیدا کیا تو آپ پر</w:t>
      </w:r>
    </w:p>
    <w:p>
      <w:r>
        <w:rPr>
          <w:b/>
        </w:rPr>
        <w:t xml:space="preserve">[10:09] </w:t>
      </w:r>
      <w:r>
        <w:t>prophet, aap final prophet bana diye gaye. ab is ke baad koi prophet aane wala nahi hai. to aap is mein samajh lijiye ke final prophet banane ke liye kuch aur prerequisites the, kuch aur baatein thi jo honi chahiye.</w:t>
      </w:r>
    </w:p>
    <w:p>
      <w:pPr>
        <w:jc w:val="right"/>
      </w:pPr>
      <w:r>
        <w:t>prophet، آپ final prophet بنا دیئے گئے۔ اب اس کے بعد کوئی prophet آنے والا نہیں ہے۔ تو آپ اس میں سمجھ لیجیے کہ final prophet بنانے کے لیے کچھ اور prerequisites تھے، کچھ اور باتیں تھیں جو ہونی چاہییں۔</w:t>
      </w:r>
    </w:p>
    <w:p>
      <w:r>
        <w:rPr>
          <w:b/>
        </w:rPr>
        <w:t xml:space="preserve">[10:29] </w:t>
      </w:r>
      <w:r>
        <w:t>yani Quran mehfooz book ho, aap ki zindagi mehfooz ho, aap history mein record ho aap ka. ye sari cheezein agar na hon to final prophet banane ka koi matlab nahi rakhta.</w:t>
      </w:r>
    </w:p>
    <w:p>
      <w:pPr>
        <w:jc w:val="right"/>
      </w:pPr>
      <w:r>
        <w:t>یعنی قرآن محفوظ بک ہو، آپ کی زندگی محفوظ ہو، آپ ہسٹری میں ریکارڈ ہو آپ کا۔ یہ ساری چیزیں اگر نہ ہوں تو final prophet بنانے کا کوئی مطلب نہیں رکھتا۔</w:t>
      </w:r>
    </w:p>
    <w:p>
      <w:r>
        <w:rPr>
          <w:b/>
        </w:rPr>
        <w:t xml:space="preserve">[10:44] </w:t>
      </w:r>
      <w:r>
        <w:t>lekin final prophet banane mein</w:t>
      </w:r>
    </w:p>
    <w:p>
      <w:pPr>
        <w:jc w:val="right"/>
      </w:pPr>
      <w:r>
        <w:t>لیکن final prophet بنانے میں</w:t>
      </w:r>
    </w:p>
    <w:p>
      <w:r>
        <w:rPr>
          <w:b/>
        </w:rPr>
        <w:t xml:space="preserve">[10:49] </w:t>
      </w:r>
      <w:r>
        <w:t>koi ginti ki baat nahi hai ke ek, do, teen, char, panch, chhe, saat, aath, nau, das, ab bas aakhri ho gaya.</w:t>
      </w:r>
    </w:p>
    <w:p>
      <w:pPr>
        <w:jc w:val="right"/>
      </w:pPr>
      <w:r>
        <w:t>کوئی گنتی کی بات نہیں ہے کہ ایک، دو، تین، چار، پانچ، چھ، سات، آٹھ، نو، دس، اب بس آخری ہو گیا۔</w:t>
      </w:r>
    </w:p>
    <w:p>
      <w:r>
        <w:rPr>
          <w:b/>
        </w:rPr>
        <w:t xml:space="preserve">[10:59] </w:t>
      </w:r>
      <w:r>
        <w:t>Final prophet ka matlab final ginti nahi hai. is ka matlab hai ke history mein wo record ho,</w:t>
      </w:r>
    </w:p>
    <w:p>
      <w:pPr>
        <w:jc w:val="right"/>
      </w:pPr>
      <w:r>
        <w:t>Final prophet کا مطلب final گنتی نہیں ہے۔ اس کا مطلب ہے کہ ہسٹری میں وہ ریکارڈ ہو،</w:t>
      </w:r>
    </w:p>
    <w:p>
      <w:r>
        <w:rPr>
          <w:b/>
        </w:rPr>
        <w:t xml:space="preserve">[11:08] </w:t>
      </w:r>
      <w:r>
        <w:t>aik jana bojha prophet ho, har cheez is ki woh maloom ho, well known ho. koi cheez mystery na ho, sab kuch pata ho.</w:t>
      </w:r>
    </w:p>
    <w:p>
      <w:pPr>
        <w:jc w:val="right"/>
      </w:pPr>
      <w:r>
        <w:t>ایک جانا بوجھا prophet ہو، ہر چیز اس کی وہ معلوم ہو، well known ہو۔ کوئی چیز mystery نہ ہو، سب کچھ پتہ ہو۔</w:t>
      </w:r>
    </w:p>
    <w:p>
      <w:r>
        <w:rPr>
          <w:b/>
        </w:rPr>
        <w:t xml:space="preserve">[11:20] </w:t>
      </w:r>
      <w:r>
        <w:t>agar hum janna chahein ke woh prophet kya tha, us ki taleem kya thi,</w:t>
      </w:r>
    </w:p>
    <w:p>
      <w:pPr>
        <w:jc w:val="right"/>
      </w:pPr>
      <w:r>
        <w:t>اگر ہم جاننا چاہیں کہ وہ prophet کیا تھا، اس کی تعلیم کیا تھی،</w:t>
      </w:r>
    </w:p>
    <w:p>
      <w:r>
        <w:rPr>
          <w:b/>
        </w:rPr>
        <w:t xml:space="preserve">[11:26] </w:t>
      </w:r>
      <w:r>
        <w:t>us ke saathi kon thay, yeh saari baatein hamein recorded history se maloom ho jayen, tab hi woh final prophet banega.</w:t>
      </w:r>
    </w:p>
    <w:p>
      <w:pPr>
        <w:jc w:val="right"/>
      </w:pPr>
      <w:r>
        <w:t>اس کے ساتھی کون تھے، یہ ساری باتیں ہمیں ریکارڈڈ ہسٹری سے معلوم ہو جائیں، تب ہی وہ final prophet بنے گا۔</w:t>
      </w:r>
    </w:p>
    <w:p>
      <w:r>
        <w:rPr>
          <w:b/>
        </w:rPr>
        <w:t xml:space="preserve">[11:36] </w:t>
      </w:r>
      <w:r>
        <w:t>warna phir final prophet nahi ban sakta. to yeh bohat ahem baat hai is ko samajhna chahiye.</w:t>
      </w:r>
    </w:p>
    <w:p>
      <w:pPr>
        <w:jc w:val="right"/>
      </w:pPr>
      <w:r>
        <w:t>ورنہ پھر final prophet نہیں بن سکتا۔ تو یہ بہت اہم بات ہے اس کو سمجھنا چاہیے۔</w:t>
      </w:r>
    </w:p>
    <w:p>
      <w:r>
        <w:rPr>
          <w:b/>
        </w:rPr>
        <w:t xml:space="preserve">[11:45] </w:t>
      </w:r>
      <w:r>
        <w:t>aur is tareeqay se sochana, yani in terms of history sochana jo hai pehle tha nahi. pehle mazhab mein is tarah se mutala nahi kiya jata tha.</w:t>
      </w:r>
    </w:p>
    <w:p>
      <w:pPr>
        <w:jc w:val="right"/>
      </w:pPr>
      <w:r>
        <w:t>اور اس طریقے سے سوچنا، یعنی in terms of history سوچنا جو ہے پہلے تھا نہیں۔ پہلے مذہب میں اس طرح سے مطالعہ نہیں کیا جاتا تھا۔</w:t>
      </w:r>
    </w:p>
    <w:p>
      <w:r>
        <w:rPr>
          <w:b/>
        </w:rPr>
        <w:t xml:space="preserve">[11:58] </w:t>
      </w:r>
      <w:r>
        <w:t>Mythology mein aur history mein koi farq nahi mana jata tha pehle.</w:t>
      </w:r>
    </w:p>
    <w:p>
      <w:pPr>
        <w:jc w:val="right"/>
      </w:pPr>
      <w:r>
        <w:t>Mythology میں اور ہسٹری میں کوئی فرق نہیں مانا جاتا تھا پہلے۔</w:t>
      </w:r>
    </w:p>
    <w:p>
      <w:r>
        <w:rPr>
          <w:b/>
        </w:rPr>
        <w:t xml:space="preserve">[12:04] </w:t>
      </w:r>
      <w:r>
        <w:t>aik cheez agar mythology mein ho aur history mein na ho to log nahi samajhte thay ke is mein koi kami hai. woh mythology ko history ke barabar samajhte thay.</w:t>
      </w:r>
    </w:p>
    <w:p>
      <w:pPr>
        <w:jc w:val="right"/>
      </w:pPr>
      <w:r>
        <w:t>ایک چیز اگر mythology میں ہو اور ہسٹری میں نہ ہو تو لوگ نہیں سمجھتے تھے کہ اس میں کوئی کمی ہے۔ وہ mythology کو ہسٹری کے برابر سمجھتے تھے۔</w:t>
      </w:r>
    </w:p>
    <w:p>
      <w:r>
        <w:rPr>
          <w:b/>
        </w:rPr>
        <w:t xml:space="preserve">[12:19] </w:t>
      </w:r>
      <w:r>
        <w:t>pehle zamanay mein aisa tha. yani pehle zamanay ka matlab hai ke pre-scientific period mein.</w:t>
      </w:r>
    </w:p>
    <w:p>
      <w:pPr>
        <w:jc w:val="right"/>
      </w:pPr>
      <w:r>
        <w:t>پہلے زمانے میں ایسا تھا۔ یعنی پہلے زمانے کا معنی ہے کہ pre-scientific period میں۔</w:t>
      </w:r>
    </w:p>
    <w:p>
      <w:r>
        <w:rPr>
          <w:b/>
        </w:rPr>
        <w:t xml:space="preserve">[12:28] </w:t>
      </w:r>
      <w:r>
        <w:t>ke saare mazhab jo woh mythology thay woh. lekin insaan samajhta tha ke mythology bhi itni ahem hai jaise ke history.</w:t>
      </w:r>
    </w:p>
    <w:p>
      <w:pPr>
        <w:jc w:val="right"/>
      </w:pPr>
      <w:r>
        <w:t>کہ سارے مذہب جو وہ mythology تھے وہ۔ لیکن انسان سمجھتا تھا کہ mythology بھی اتنی اہم ہے جیسے کہ ہسٹری۔</w:t>
      </w:r>
    </w:p>
    <w:p>
      <w:r>
        <w:rPr>
          <w:b/>
        </w:rPr>
        <w:t xml:space="preserve">[12:38] </w:t>
      </w:r>
      <w:r>
        <w:t>koi farq nahi jante thay log pehle. to jab science ka aaya zamana to</w:t>
      </w:r>
    </w:p>
    <w:p>
      <w:pPr>
        <w:jc w:val="right"/>
      </w:pPr>
      <w:r>
        <w:t>کوئی فرق نہیں جانتے تھے لوگ پہلے۔ تو جب سائنس کا آیا زمانہ تو</w:t>
      </w:r>
    </w:p>
    <w:p>
      <w:r>
        <w:rPr>
          <w:b/>
        </w:rPr>
        <w:t xml:space="preserve">[12:48] </w:t>
      </w:r>
      <w:r>
        <w:t>scientific iraq mein kya hua? har cheez ki scrutiny hone lagi. har cheez ki scrutiny. pehle scrutiny nahi hoti thi.</w:t>
      </w:r>
    </w:p>
    <w:p>
      <w:pPr>
        <w:jc w:val="right"/>
      </w:pPr>
      <w:r>
        <w:t>سائنسی عراق میں کیا ہوا؟ ہر چیز کی scrutiny ہونے لگی۔ ہر چیز کی scrutiny۔ پہلے scrutiny نہیں ہوتی تھی۔</w:t>
      </w:r>
    </w:p>
    <w:p>
      <w:r>
        <w:rPr>
          <w:b/>
        </w:rPr>
        <w:t xml:space="preserve">[12:59] </w:t>
      </w:r>
      <w:r>
        <w:t>to aap jante hain ke science jo hai woh kya cheez layi? woh spirit of inquiry layi.</w:t>
      </w:r>
    </w:p>
    <w:p>
      <w:pPr>
        <w:jc w:val="right"/>
      </w:pPr>
      <w:r>
        <w:t>تو آپ جانتے ہیں کہ سائنس جو ہے وہ کیا چیز لائی؟ وہ spirit of inquiry لائی۔</w:t>
      </w:r>
    </w:p>
    <w:p>
      <w:r>
        <w:rPr>
          <w:b/>
        </w:rPr>
        <w:t xml:space="preserve">[13:07] </w:t>
      </w:r>
      <w:r>
        <w:t>mein samajhta hoon ke history of thought mein sab se bari cheez jo science le aayi hai woh hai scientific spirit, spirit of inquiry.</w:t>
      </w:r>
    </w:p>
    <w:p>
      <w:pPr>
        <w:jc w:val="right"/>
      </w:pPr>
      <w:r>
        <w:t>میں سمجھتا ہوں کہ history of thought میں سب سے بڑی چیز جو سائنس لے آئی ہے وہ ہے سائنسی spirit، spirit of inquiry۔</w:t>
      </w:r>
    </w:p>
    <w:p>
      <w:r>
        <w:rPr>
          <w:b/>
        </w:rPr>
        <w:t xml:space="preserve">[13:20] </w:t>
      </w:r>
      <w:r>
        <w:t>to pehle zamanay mein log inquiry nahi karte thay.</w:t>
      </w:r>
    </w:p>
    <w:p>
      <w:pPr>
        <w:jc w:val="right"/>
      </w:pPr>
      <w:r>
        <w:t>تو پہلے زمانے میں لوگ inquiry نہیں کرتے تھے۔</w:t>
      </w:r>
    </w:p>
    <w:p>
      <w:r>
        <w:rPr>
          <w:b/>
        </w:rPr>
        <w:t xml:space="preserve">[13:25] </w:t>
      </w:r>
      <w:r>
        <w:t>cheezon ko as it is maan lete thay. jo baap se suna woh maan liya. jo society mein suna us ko maan liya. woh kisi ne, kisi mazhabi leader ne jo kaha us ko maan liya.</w:t>
      </w:r>
    </w:p>
    <w:p>
      <w:pPr>
        <w:jc w:val="right"/>
      </w:pPr>
      <w:r>
        <w:t>چیزوں کو as it is مان لیتے تھے۔ جو باپ سے سنا وہ مان لیا۔ جو سوسائٹی میں سنا اس کو مان لیا۔ وہ کسی نے، کسی مذہبی لیڈر نے جو کہا اس کو مان لیا۔</w:t>
      </w:r>
    </w:p>
    <w:p>
      <w:r>
        <w:rPr>
          <w:b/>
        </w:rPr>
        <w:t xml:space="preserve">[13:41] </w:t>
      </w:r>
      <w:r>
        <w:t>scrutiny nahi karte thay is ki.</w:t>
      </w:r>
    </w:p>
    <w:p>
      <w:pPr>
        <w:jc w:val="right"/>
      </w:pPr>
      <w:r>
        <w:t>scrutiny نہیں کرتے تھے اس کی۔</w:t>
      </w:r>
    </w:p>
    <w:p>
      <w:r>
        <w:rPr>
          <w:b/>
        </w:rPr>
        <w:t xml:space="preserve">[13:43] </w:t>
      </w:r>
      <w:r>
        <w:t>unhein pata nahi tha ke yeh mazhab jo to mythology hai, yeh history nahi hai. to yeh science ki den hai ke is ne mutarif karaya aik method of study jo pehle nahi tha.</w:t>
      </w:r>
    </w:p>
    <w:p>
      <w:pPr>
        <w:jc w:val="right"/>
      </w:pPr>
      <w:r>
        <w:t>انہیں پتہ نہیں تھا کہ یہ مذہب جو تو mythology ہے، یہ ہسٹری نہیں ہے۔ تو یہ سائنس کی دین ہے کہ اس نے متعارف کرایا ایک method of study جو پہلے نہیں تھا۔</w:t>
      </w:r>
    </w:p>
    <w:p>
      <w:r>
        <w:rPr>
          <w:b/>
        </w:rPr>
        <w:t xml:space="preserve">[14:00] </w:t>
      </w:r>
      <w:r>
        <w:t>to pehle chounke yeh tha nahi, yeh method of history, method of study,</w:t>
      </w:r>
    </w:p>
    <w:p>
      <w:pPr>
        <w:jc w:val="right"/>
      </w:pPr>
      <w:r>
        <w:t>تو پہلے چونکہ یہ تھا نہیں، یہ method of history، method of study،</w:t>
      </w:r>
    </w:p>
    <w:p>
      <w:r>
        <w:rPr>
          <w:b/>
        </w:rPr>
        <w:t xml:space="preserve">[14:06] </w:t>
      </w:r>
      <w:r>
        <w:t>is wajah se log makhsoos tor par yeh keh nahi paate thay pehle ke Muhammad jo hain historical prophet hain aur doosre log hain woh historical prophet nahi hain.</w:t>
      </w:r>
    </w:p>
    <w:p>
      <w:pPr>
        <w:jc w:val="right"/>
      </w:pPr>
      <w:r>
        <w:t>اس وجہ سے لوگ مخصوص طور پر یہ کہہ نہیں پاتے تھے پہلے کہ محمد جو ہیں historical prophet ہیں اور دوسرے لوگ ہیں وہ historical prophet نہیں ہیں۔</w:t>
      </w:r>
    </w:p>
    <w:p>
      <w:r>
        <w:rPr>
          <w:b/>
        </w:rPr>
        <w:t xml:space="preserve">[14:18] </w:t>
      </w:r>
      <w:r>
        <w:t>kyun ke is tarah mein sochte nahi thay log. ab jab science ka zamana aaya aur cheezon ko phir se</w:t>
      </w:r>
    </w:p>
    <w:p>
      <w:pPr>
        <w:jc w:val="right"/>
      </w:pPr>
      <w:r>
        <w:t>کیونکہ اس طرح میں سوچتے نہیں تھے لوگ۔ اب جب سائنس کا زمانہ آیا اور چیزوں کو پھر سے</w:t>
      </w:r>
    </w:p>
    <w:p>
      <w:r>
        <w:rPr>
          <w:b/>
        </w:rPr>
        <w:t xml:space="preserve">[14:26] </w:t>
      </w:r>
      <w:r>
        <w:t>dobara jaancha jane laga tab alag alag hue. ab pata chala ke recorded history mein doosre prophet hain nahi. koi bhi prophet recorded history mein nahi hai.</w:t>
      </w:r>
    </w:p>
    <w:p>
      <w:pPr>
        <w:jc w:val="right"/>
      </w:pPr>
      <w:r>
        <w:t>دوبارہ جانچا جانے لگا تب الگ الگ ہوئے۔ اب پتہ چلا کہ ریکارڈڈ ہسٹری میں دوسرے prophet ہیں نہیں۔ کوئی بھی prophet ریکارڈڈ ہسٹری میں نہیں ہے۔</w:t>
      </w:r>
    </w:p>
    <w:p>
      <w:r>
        <w:rPr>
          <w:b/>
        </w:rPr>
        <w:t xml:space="preserve">[14:39] </w:t>
      </w:r>
      <w:r>
        <w:t>sirf Rasool Allah hain is mein. jaise mein misaal doon aap ko</w:t>
      </w:r>
    </w:p>
    <w:p>
      <w:pPr>
        <w:jc w:val="right"/>
      </w:pPr>
      <w:r>
        <w:t>صرف رسول اللہ ہیں اس میں۔ جیسے میں مثال دوں آپ کو</w:t>
      </w:r>
    </w:p>
    <w:p>
      <w:r>
        <w:rPr>
          <w:b/>
        </w:rPr>
        <w:t xml:space="preserve">[14:46] </w:t>
      </w:r>
      <w:r>
        <w:t>ke Roman ki history likhi gayi hai. kyun ke Roman Empire jo thi bohat bari empire thi.</w:t>
      </w:r>
    </w:p>
    <w:p>
      <w:pPr>
        <w:jc w:val="right"/>
      </w:pPr>
      <w:r>
        <w:t>کہ رومن کی ہسٹری لکھی گئی ہے۔ کیونکہ رومن ایمپائر جو تھی بہت بڑی ایمپائر تھی۔</w:t>
      </w:r>
    </w:p>
    <w:p>
      <w:r>
        <w:rPr>
          <w:b/>
        </w:rPr>
        <w:t xml:space="preserve">[14:56] </w:t>
      </w:r>
      <w:r>
        <w:t>Roman Empire bohat hi bari empire thi. is ki history likhi gayi hai. to Roman Empire ke aakhri zamanay mein aisa hua ke Roman Empire se followers jo thay aap ke us se takra hua un se.</w:t>
      </w:r>
    </w:p>
    <w:p>
      <w:pPr>
        <w:jc w:val="right"/>
      </w:pPr>
      <w:r>
        <w:t>رومن ایمپائر بہت ہی بڑی ایمپائر تھی۔ اس کی ہسٹری لکھی گئی ہے۔ تو رومن ایمپائر کے آخری زمانے میں ایسا ہوا کہ رومن ایمپائر سے followers جو تھے آپ کے اس سے ٹکرا ہوا ان سے۔</w:t>
      </w:r>
    </w:p>
    <w:p>
      <w:r>
        <w:rPr>
          <w:b/>
        </w:rPr>
        <w:t xml:space="preserve">[15:16] </w:t>
      </w:r>
      <w:r>
        <w:t>is ki wajah se jo Roman historian thay unhon ne aap ko apne record mein liya.</w:t>
      </w:r>
    </w:p>
    <w:p>
      <w:pPr>
        <w:jc w:val="right"/>
      </w:pPr>
      <w:r>
        <w:t>اس کی وجہ سے جو رومن historian تھے انہوں نے آپ کو اپنے ریکارڈ میں لیا۔</w:t>
      </w:r>
    </w:p>
    <w:p>
      <w:r>
        <w:rPr>
          <w:b/>
        </w:rPr>
        <w:t xml:space="preserve">[15:24] </w:t>
      </w:r>
      <w:r>
        <w:t>to jo recorded history hai us mein pehli baar aap ka naam aaya. yani Roman Empire ko unhein likhna tha, historians ko.</w:t>
      </w:r>
    </w:p>
    <w:p>
      <w:pPr>
        <w:jc w:val="right"/>
      </w:pPr>
      <w:r>
        <w:t>تو جو ریکارڈڈ ہسٹری ہے اس میں پہلی بار آپ کا نام آیا۔ یعنی رومن ایمپائر کو انہیں لکھنا تھا، historians کو۔</w:t>
      </w:r>
    </w:p>
    <w:p>
      <w:r>
        <w:rPr>
          <w:b/>
        </w:rPr>
        <w:t xml:space="preserve">[15:33] </w:t>
      </w:r>
      <w:r>
        <w:t>kyun ke kings ki baatein to likhi jati theen. to Roman Empire ko ko</w:t>
      </w:r>
    </w:p>
    <w:p>
      <w:pPr>
        <w:jc w:val="right"/>
      </w:pPr>
      <w:r>
        <w:t>کیونکہ کنگز کی باتیں تو لکھی جاتی تھیں۔ تو رومن ایمپائر کو کو</w:t>
      </w:r>
    </w:p>
    <w:p>
      <w:r>
        <w:rPr>
          <w:b/>
        </w:rPr>
        <w:t xml:space="preserve">[15:43] </w:t>
      </w:r>
      <w:r>
        <w:t>jin logon ne record kiya, jin historians ne to unhon ne dekha ke jis jis se Roman Empire ka siyasi takrao hua tha us us ko unhon ne liya record mein.</w:t>
      </w:r>
    </w:p>
    <w:p>
      <w:pPr>
        <w:jc w:val="right"/>
      </w:pPr>
      <w:r>
        <w:t>جن لوگوں نے ریکارڈ کیا، جن historians نے تو انہوں نے دیکھا کہ جس جس سے رومن ایمپائر کا سیاسی ٹکراؤ ہوا تھا اس اس کو انہوں نے لیا ریکارڈ میں۔</w:t>
      </w:r>
    </w:p>
    <w:p>
      <w:r>
        <w:rPr>
          <w:b/>
        </w:rPr>
        <w:t xml:space="preserve">[15:57] </w:t>
      </w:r>
      <w:r>
        <w:t>to unhon ne Rasool Allah ko bhi liya kyun ke Rasool Allah ka aur aap ke followers ka Roman Empire se takrao hua tha.</w:t>
      </w:r>
    </w:p>
    <w:p>
      <w:pPr>
        <w:jc w:val="right"/>
      </w:pPr>
      <w:r>
        <w:t>تو انہوں نے رسول اللہ کو بھی لیا کیونکہ رسول اللہ کا اور آپ کے followers کا رومن ایمپائر سے ٹکراؤ ہوا تھا۔</w:t>
      </w:r>
    </w:p>
    <w:p>
      <w:r>
        <w:rPr>
          <w:b/>
        </w:rPr>
        <w:t xml:space="preserve">[16:04] </w:t>
      </w:r>
      <w:r>
        <w:t>is ke liye aap aik kitaab dekh sakte hain jo is ki kitaab hai Gibbon ki. Gibbon ki jo kitaab hai Roman history par is mein aap dekh sakte hain ke kis tarah se recorded history mein Rasool Allah ka naam aaya hai.</w:t>
      </w:r>
    </w:p>
    <w:p>
      <w:pPr>
        <w:jc w:val="right"/>
      </w:pPr>
      <w:r>
        <w:t>اس کے لیے آپ ایک کتاب دیکھ سکتے ہیں جو اس کی کتاب ہے Gibbon کی۔ Gibbon کی جو کتاب ہے رومن ہسٹری پر اس میں آپ دیکھ سکتے ہیں کہ کس طرح سے ریکارڈڈ ہسٹری میں رسول اللہ کا نام آیا ہے۔</w:t>
      </w:r>
    </w:p>
    <w:p>
      <w:r>
        <w:rPr>
          <w:b/>
        </w:rPr>
        <w:t xml:space="preserve">[16:22] </w:t>
      </w:r>
      <w:r>
        <w:t>yeh bohat hi bari baat hai. kyun ke is se kya hua? tareekhi aitbaar mil gaya aap ko.</w:t>
      </w:r>
    </w:p>
    <w:p>
      <w:pPr>
        <w:jc w:val="right"/>
      </w:pPr>
      <w:r>
        <w:t>یہ بہت ہی بڑی بات ہے۔ کیونکہ اس سے کیا ہوا؟ تاریخی اعتبار مل گیا آپ کو۔</w:t>
      </w:r>
    </w:p>
    <w:p>
      <w:r>
        <w:rPr>
          <w:b/>
        </w:rPr>
        <w:t xml:space="preserve">[16:32] </w:t>
      </w:r>
      <w:r>
        <w:t>tareekhi aitbaar. is se pehle jitne bhi prophet thay ya jo maray jatay hain woh matter of belief ke taur par maray jatay hain. Belief. as a belief woh prophet mantay hain hum un ko.</w:t>
      </w:r>
    </w:p>
    <w:p>
      <w:pPr>
        <w:jc w:val="right"/>
      </w:pPr>
      <w:r>
        <w:t>تاریخی اعتبار۔ اس سے پہلے جتنے بھی prophet تھے یا جو مارے جاتے ہیں وہ matter of belief کے طور پر مارے جاتے ہیں۔ Belief۔ as اے belief وہ prophet مانتے ہیں ہم ان کو۔</w:t>
      </w:r>
    </w:p>
    <w:p>
      <w:r>
        <w:rPr>
          <w:b/>
        </w:rPr>
        <w:t xml:space="preserve">[16:46] </w:t>
      </w:r>
      <w:r>
        <w:t>lekin prophet of Islam jo hain</w:t>
      </w:r>
    </w:p>
    <w:p>
      <w:pPr>
        <w:jc w:val="right"/>
      </w:pPr>
      <w:r>
        <w:t>لیکن prophet of اسلام جو ہیں</w:t>
      </w:r>
    </w:p>
    <w:p>
      <w:r>
        <w:rPr>
          <w:b/>
        </w:rPr>
        <w:t xml:space="preserve">[16:50] </w:t>
      </w:r>
      <w:r>
        <w:t>woh un ko tareekhi aitbaar mili hui hai kyun ke recorded history mein un ka naam hai. un ki saari baatein record mein baqayda taur par maujood hain.</w:t>
      </w:r>
    </w:p>
    <w:p>
      <w:pPr>
        <w:jc w:val="right"/>
      </w:pPr>
      <w:r>
        <w:t>وہ ان کو تاریخی اعتبار ملی ہوئی ہے کیونکہ ریکارڈڈ ہسٹری میں ان کا نام ہے۔ ان کی ساری باتیں ریکارڈ میں باقاعدہ طور پر موجود ہیں۔</w:t>
      </w:r>
    </w:p>
    <w:p>
      <w:r>
        <w:rPr>
          <w:b/>
        </w:rPr>
        <w:t xml:space="preserve">[16:59] </w:t>
      </w:r>
      <w:r>
        <w:t>aik aik cheez well known hai. tareekhi taur par well known hai. agar aisa na hota to aap ki</w:t>
      </w:r>
    </w:p>
    <w:p>
      <w:pPr>
        <w:jc w:val="right"/>
      </w:pPr>
      <w:r>
        <w:t>ایک ایک چیز well known ہے۔ تاریخی طور پر well known ہے۔ اگر ایسا نہ ہوتا تو آپ کی</w:t>
      </w:r>
    </w:p>
    <w:p>
      <w:r>
        <w:rPr>
          <w:b/>
        </w:rPr>
        <w:t xml:space="preserve">[17:07] </w:t>
      </w:r>
      <w:r>
        <w:t>ko final prophet bananay ka koi matlab nahi tha.</w:t>
      </w:r>
    </w:p>
    <w:p>
      <w:pPr>
        <w:jc w:val="right"/>
      </w:pPr>
      <w:r>
        <w:t>کو final prophet بنانے کا کوئی مطلب نہیں تھا۔</w:t>
      </w:r>
    </w:p>
    <w:p>
      <w:r>
        <w:rPr>
          <w:b/>
        </w:rPr>
        <w:t xml:space="preserve">[17:12] </w:t>
      </w:r>
      <w:r>
        <w:t>agar aap aik mythology, mythological figure hotay Rasool Allah agar aik mythological figure hotay to aap ko final prophet bananay ka koi matlab hi nahi tha koi.</w:t>
      </w:r>
    </w:p>
    <w:p>
      <w:pPr>
        <w:jc w:val="right"/>
      </w:pPr>
      <w:r>
        <w:t>اگر آپ ایک mythology، mythological figure ہوتے رسول اللہ اگر ایک mythological figure ہوتے تو آپ کو final prophet بنانے کا کوئی مطلب ہی نہیں تھا کوئی۔</w:t>
      </w:r>
    </w:p>
    <w:p>
      <w:r>
        <w:rPr>
          <w:b/>
        </w:rPr>
        <w:t xml:space="preserve">[17:26] </w:t>
      </w:r>
      <w:r>
        <w:t>kyun ke aap jantay hain ke is zamanay mein insaan jo hai us ke paas jo miyar hai woh history ka miyar hai.</w:t>
      </w:r>
    </w:p>
    <w:p>
      <w:pPr>
        <w:jc w:val="right"/>
      </w:pPr>
      <w:r>
        <w:t>کیونکہ آپ جانتے ہیں کہ اس زمانے میں انسان جو ہے اس کے پاس جو معیار ہے وہ ہسٹری کا معیار ہے۔</w:t>
      </w:r>
    </w:p>
    <w:p>
      <w:r>
        <w:rPr>
          <w:b/>
        </w:rPr>
        <w:t xml:space="preserve">[17:36] </w:t>
      </w:r>
      <w:r>
        <w:t>jab us ko jaanchana ho ke koi tha ke nahi tha jaise Gandhi thay ke nahi duniya mein ya Aristotle tha ke nahi tha</w:t>
      </w:r>
    </w:p>
    <w:p>
      <w:pPr>
        <w:jc w:val="right"/>
      </w:pPr>
      <w:r>
        <w:t>جب اس کو جانچنا ہو کہ کوئی تھا کہ نہیں تھا جیسے گاندھی تھے کہ نہیں دنیا میں یا ارسطو تھا کہ نہیں تھا</w:t>
      </w:r>
    </w:p>
    <w:p>
      <w:r>
        <w:rPr>
          <w:b/>
        </w:rPr>
        <w:t xml:space="preserve">[17:48] </w:t>
      </w:r>
      <w:r>
        <w:t>King George V tha ke nahi tha to us ko aadmi jaanche ga tareekhi record se. tareekhi miyar ko wahan apply kare ga woh.</w:t>
      </w:r>
    </w:p>
    <w:p>
      <w:pPr>
        <w:jc w:val="right"/>
      </w:pPr>
      <w:r>
        <w:t>کنگ جارج ففتھ تھا کہ نہیں تھا تو اس کو آدمی جانچے گا تاریخی ریکارڈ سے۔ تاریخی معیار کو وہاں اپلائی کرے گا وہ۔</w:t>
      </w:r>
    </w:p>
    <w:p>
      <w:r>
        <w:rPr>
          <w:b/>
        </w:rPr>
        <w:t xml:space="preserve">[18:00] </w:t>
      </w:r>
      <w:r>
        <w:t>is zamanay mein kisi aadmi ko, kisi</w:t>
      </w:r>
    </w:p>
    <w:p>
      <w:pPr>
        <w:jc w:val="right"/>
      </w:pPr>
      <w:r>
        <w:t>اس زمانے میں کسی آدمی کو، کسی</w:t>
      </w:r>
    </w:p>
    <w:p>
      <w:r>
        <w:rPr>
          <w:b/>
        </w:rPr>
        <w:t xml:space="preserve">[18:05] </w:t>
      </w:r>
      <w:r>
        <w:t>shakhsiyat ko yeh jananay ke liye ke tareekhi taur par woh woh hamaray liye mannay qabil hai ke nahi qabil hai.</w:t>
      </w:r>
    </w:p>
    <w:p>
      <w:pPr>
        <w:jc w:val="right"/>
      </w:pPr>
      <w:r>
        <w:t>شخصیت کو یہ جاننے کے لیے کہ تاریخی طور پر وہ وہ ہمارے لیے ماننے قابل ہے کہ نہیں قابل ہے۔</w:t>
      </w:r>
    </w:p>
    <w:p>
      <w:r>
        <w:rPr>
          <w:b/>
        </w:rPr>
        <w:t xml:space="preserve">[18:16] </w:t>
      </w:r>
      <w:r>
        <w:t>yani tareekhi aitbaar us ko mili hui hai ya nahi mili hui hai. to tareekhi miyar par judge kare ga us ko.</w:t>
      </w:r>
    </w:p>
    <w:p>
      <w:pPr>
        <w:jc w:val="right"/>
      </w:pPr>
      <w:r>
        <w:t>یعنی تاریخی اعتبار اس کو ملی ہوئی ہے یا نہیں ملی ہوئی ہے۔ تو تاریخی معیار پر جج کرے گا اس کو۔</w:t>
      </w:r>
    </w:p>
    <w:p>
      <w:r>
        <w:rPr>
          <w:b/>
        </w:rPr>
        <w:t xml:space="preserve">[18:25] </w:t>
      </w:r>
      <w:r>
        <w:t>yeh agar aisa na hota Rasool Allah ke liye ke aap tareekhi prophet na hotay to final prophet bananay ka koi matlab hi nahi tha phir.</w:t>
      </w:r>
    </w:p>
    <w:p>
      <w:pPr>
        <w:jc w:val="right"/>
      </w:pPr>
      <w:r>
        <w:t>یہ اگر ایسا نہ ہوتا رسول اللہ کے لیے کہ آپ تاریخی prophet نہ ہوتے تو final prophet بنانے کا کوئی مطلب ہی نہیں تھا پھر۔</w:t>
      </w:r>
    </w:p>
    <w:p>
      <w:r>
        <w:rPr>
          <w:b/>
        </w:rPr>
        <w:t xml:space="preserve">[18:36] </w:t>
      </w:r>
      <w:r>
        <w:t>kyun? is liye ke zamanay aa raha tha yani river of knowledge kahan ja raha tha?</w:t>
      </w:r>
    </w:p>
    <w:p>
      <w:pPr>
        <w:jc w:val="right"/>
      </w:pPr>
      <w:r>
        <w:t>کیوں؟ اس لیے کہ زمانہ آ رہا تھا یعنی ریور آف نالج کہاں جا رہا تھا؟</w:t>
      </w:r>
    </w:p>
    <w:p>
      <w:r>
        <w:rPr>
          <w:b/>
        </w:rPr>
        <w:t xml:space="preserve">[18:45] </w:t>
      </w:r>
      <w:r>
        <w:t>river of knowledge ja raha tha mythology aur history ki taraf. science se science ki taraf. to aglay zamanay mein yani mustaqbil mein jo zamanay aa raha tha woh tha science ka zamanay.</w:t>
      </w:r>
    </w:p>
    <w:p>
      <w:pPr>
        <w:jc w:val="right"/>
      </w:pPr>
      <w:r>
        <w:t>ریور آف نالج جا رہا تھا mythology اور ہسٹری کی طرف۔ سورہ سیسن سے سائنس کی طرف۔ تو اگلے زمانے میں یعنی مستقبل میں جو زمانہ آ رہا تھا وہ تھا سائنس کا زمانہ۔</w:t>
      </w:r>
    </w:p>
    <w:p>
      <w:r>
        <w:rPr>
          <w:b/>
        </w:rPr>
        <w:t xml:space="preserve">[18:59] </w:t>
      </w:r>
      <w:r>
        <w:t>aur science ke zamanay mein kisi insaan ke aitbaar ko jaanchnay ke liye us ko tareekhi miyar par rakha jata tha.</w:t>
      </w:r>
    </w:p>
    <w:p>
      <w:pPr>
        <w:jc w:val="right"/>
      </w:pPr>
      <w:r>
        <w:t>اور سائنس کے زمانے میں کسی انسان کے اعتبار کو جانچنے کے لیے اس کو تاریخی معیار پر رکھا جاتا تھا۔</w:t>
      </w:r>
    </w:p>
    <w:p>
      <w:r>
        <w:rPr>
          <w:b/>
        </w:rPr>
        <w:t xml:space="preserve">[19:08] </w:t>
      </w:r>
      <w:r>
        <w:t>to is maani mein ke aaj aap invalid ho jatay. Rasool Allah ki prophethood jo hai saans daur mein invalid ho jati hai. yeh doosray prophet ki invalid bani hui hai.</w:t>
      </w:r>
    </w:p>
    <w:p>
      <w:pPr>
        <w:jc w:val="right"/>
      </w:pPr>
      <w:r>
        <w:t>تو اس معنی میں کہ آج آپ invalid ہو جاتے۔ رسول اللہ کی prophethood جو ہے سائنسی دور میں invalid ہو جاتی ہے۔ یہ دوسرے prophet کی invalid بنی ہوئی ہے۔</w:t>
      </w:r>
    </w:p>
    <w:p>
      <w:r>
        <w:rPr>
          <w:b/>
        </w:rPr>
        <w:t xml:space="preserve">[19:22] </w:t>
      </w:r>
      <w:r>
        <w:t>jitnay bhi log jo mythology</w:t>
      </w:r>
    </w:p>
    <w:p>
      <w:pPr>
        <w:jc w:val="right"/>
      </w:pPr>
      <w:r>
        <w:t>جتنے بھی لوگ جو mythology</w:t>
      </w:r>
    </w:p>
    <w:p>
      <w:r>
        <w:rPr>
          <w:b/>
        </w:rPr>
        <w:t xml:space="preserve">[19:26] </w:t>
      </w:r>
      <w:r>
        <w:t>yani mythological figure hain jo mythology mein jinka naam aata hai woh saans zehan ke liye kuch bhi nahi. woh nothing hain woh.</w:t>
      </w:r>
    </w:p>
    <w:p>
      <w:pPr>
        <w:jc w:val="right"/>
      </w:pPr>
      <w:r>
        <w:t>یعنی mythological figure ہیں جو mythology میں جن کا نام آتا ہے وہ سائنسی ذہن کے لیے کچھ بھی نہیں۔ وہ nothing ہیں وہ۔</w:t>
      </w:r>
    </w:p>
    <w:p>
      <w:r>
        <w:rPr>
          <w:b/>
        </w:rPr>
        <w:t xml:space="preserve">[19:36] </w:t>
      </w:r>
      <w:r>
        <w:t>jitne bhi woh shakhsiyaat hain jin ko hum jante hain</w:t>
      </w:r>
    </w:p>
    <w:p>
      <w:pPr>
        <w:jc w:val="right"/>
      </w:pPr>
      <w:r>
        <w:t>جتنے بھی وہ شخصیات ہیں جن کو ہم جانتے ہیں</w:t>
      </w:r>
    </w:p>
    <w:p>
      <w:r>
        <w:rPr>
          <w:b/>
        </w:rPr>
        <w:t xml:space="preserve">[19:42] </w:t>
      </w:r>
      <w:r>
        <w:t>yani to woh agar woh mythological figure hain to aaj ka insan inhe kuch bhi nahi manta. woh inhe kahani manta hai sirf qissa kahani. to aap ghor kijiye ke Khuda ne faisla kiya</w:t>
      </w:r>
    </w:p>
    <w:p>
      <w:pPr>
        <w:jc w:val="right"/>
      </w:pPr>
      <w:r>
        <w:t>یعنی تو وہ اگر وہ mythological figure ہیں تو آج کا انسان انہیں کچھ بھی نہیں مانتا۔ وہ ان کو کہانی مانتا ہے صرف قصہ کہانی۔ تو آپ غور کیجیے کہ خدا نے فیصلہ کیا</w:t>
      </w:r>
    </w:p>
    <w:p>
      <w:r>
        <w:rPr>
          <w:b/>
        </w:rPr>
        <w:t xml:space="preserve">[20:00] </w:t>
      </w:r>
      <w:r>
        <w:t>ke Muhammad bin Abdullah par prophethood khatm kar di jaye. is ke baad koi prophet na bheja jaye. aur aap hi ko poore yani dooms day tak ke liye prophet bana diya jaye.</w:t>
      </w:r>
    </w:p>
    <w:p>
      <w:pPr>
        <w:jc w:val="right"/>
      </w:pPr>
      <w:r>
        <w:t>کہ محمد بن عبداللہ پر prophethood ختم کر دی جائے۔ اس کے بعد کوئی prophet نہ بھیجا جائے۔ اور آپ ہی کو پورے یعنی ڈومز ڈے تک کے لیے prophet بنا دیا جائے۔</w:t>
      </w:r>
    </w:p>
    <w:p>
      <w:r>
        <w:rPr>
          <w:b/>
        </w:rPr>
        <w:t xml:space="preserve">[20:12] </w:t>
      </w:r>
      <w:r>
        <w:t>yeh Khuda ne faisla kiya. to agar aisa ho</w:t>
      </w:r>
    </w:p>
    <w:p>
      <w:pPr>
        <w:jc w:val="right"/>
      </w:pPr>
      <w:r>
        <w:t>یہ خدا نے فیصلہ کیا۔ تو اگر ایسا ہو</w:t>
      </w:r>
    </w:p>
    <w:p>
      <w:r>
        <w:rPr>
          <w:b/>
        </w:rPr>
        <w:t xml:space="preserve">[20:17] </w:t>
      </w:r>
      <w:r>
        <w:t>yani Khuda chunchke janta tha Khuda ko haal ka bhi pata hai mustaqbil ka bhi pata hai to Khuda ko yeh pata tha ke yani history kahan ja rahi hai.</w:t>
      </w:r>
    </w:p>
    <w:p>
      <w:pPr>
        <w:jc w:val="right"/>
      </w:pPr>
      <w:r>
        <w:t>یعنی خدا چونکہ جانتا تھا خدا کو حال کا بھی پتہ ہے مستقبل کا بھی پتہ ہے تو خدا کو یہ پتہ تھا کہ یعنی ہسٹری کہاں جا رہی ہے۔</w:t>
      </w:r>
    </w:p>
    <w:p>
      <w:r>
        <w:rPr>
          <w:b/>
        </w:rPr>
        <w:t xml:space="preserve">[20:30] </w:t>
      </w:r>
      <w:r>
        <w:t>river of knowledge kidhar beh raha hai. woh beh raha hai history ki taraf, science ki taraf.</w:t>
      </w:r>
    </w:p>
    <w:p>
      <w:pPr>
        <w:jc w:val="right"/>
      </w:pPr>
      <w:r>
        <w:t>ریور آف نالج کدھر بہہ رہا ہے۔ وہ بہہ رہا ہے ہسٹری کی طرف، سائنس کی طرف۔</w:t>
      </w:r>
    </w:p>
    <w:p>
      <w:r>
        <w:rPr>
          <w:b/>
        </w:rPr>
        <w:t xml:space="preserve">[20:37] </w:t>
      </w:r>
      <w:r>
        <w:t>yani ek aise zamane ki taraf jab ke insan kisi ko manne ke liye kahega, poochega kya is ko tareekhi aitbaar hasil hai?</w:t>
      </w:r>
    </w:p>
    <w:p>
      <w:pPr>
        <w:jc w:val="right"/>
      </w:pPr>
      <w:r>
        <w:t>یعنی ایک ایسے زمانے کی طرف جب کہ انسان کسی کو ماننے کے لیے کہے گا، پوچھے گا کیا اس کو تاریخی اعتبار حاصل ہے؟</w:t>
      </w:r>
    </w:p>
    <w:p>
      <w:r>
        <w:rPr>
          <w:b/>
        </w:rPr>
        <w:t xml:space="preserve">[20:46] </w:t>
      </w:r>
      <w:r>
        <w:t>is ko is ki history koi hai? pata hai?</w:t>
      </w:r>
    </w:p>
    <w:p>
      <w:pPr>
        <w:jc w:val="right"/>
      </w:pPr>
      <w:r>
        <w:t>اس کو اس کی ہسٹری کوئی ہے؟ پتہ ہے؟</w:t>
      </w:r>
    </w:p>
    <w:p>
      <w:r>
        <w:rPr>
          <w:b/>
        </w:rPr>
        <w:t xml:space="preserve">[20:51] </w:t>
      </w:r>
      <w:r>
        <w:t>is liye Khuda ne aap ko maqam mehmood faisla kiya aap ke liye. maqam mehmood jura hua hai is se yani finality of prophethood se.</w:t>
      </w:r>
    </w:p>
    <w:p>
      <w:pPr>
        <w:jc w:val="right"/>
      </w:pPr>
      <w:r>
        <w:t>اس لیے خدا نے آپ کو مقام محمود فیصلہ کیا آپ کے لیے۔ مقام محمود جڑا ہوا ہے اس سے یعنی finality of prophethood سے۔</w:t>
      </w:r>
    </w:p>
    <w:p>
      <w:r>
        <w:rPr>
          <w:b/>
        </w:rPr>
        <w:t xml:space="preserve">[21:04] </w:t>
      </w:r>
      <w:r>
        <w:t>yani ya aap ko jab Khuda ne khatamun nabiyyin banaya</w:t>
      </w:r>
    </w:p>
    <w:p>
      <w:pPr>
        <w:jc w:val="right"/>
      </w:pPr>
      <w:r>
        <w:t>یعنی یا آپ کو جب خدا نے خاتم النبیین بنایا</w:t>
      </w:r>
    </w:p>
    <w:p>
      <w:r>
        <w:rPr>
          <w:b/>
        </w:rPr>
        <w:t xml:space="preserve">[21:08] </w:t>
      </w:r>
      <w:r>
        <w:t>isi se juri hui yeh baat bhi hai ke aap ko maqam mehmood diya jaye. jab aakhri peghambar aap hain to mani kya hua hai ke Islam ki history chalte chalte pohnchegi kahan?</w:t>
      </w:r>
    </w:p>
    <w:p>
      <w:pPr>
        <w:jc w:val="right"/>
      </w:pPr>
      <w:r>
        <w:t>اسی سے جڑی ہوئی یہ بات بھی ہے کہ آپ کو مقام محمود دیا جائے۔ جب آخری پیغمبر آپ ہیں تو معنی کیا ہوا ہے کہ اسلام کی ہسٹری چلتے چلتے پہنچے گی کہاں؟</w:t>
      </w:r>
    </w:p>
    <w:p>
      <w:r>
        <w:rPr>
          <w:b/>
        </w:rPr>
        <w:t xml:space="preserve">[21:19] </w:t>
      </w:r>
      <w:r>
        <w:t>scientific urdu mein. scientific urdu mein kya hoga? log tareekhi meyar se judge karenge aap ko.</w:t>
      </w:r>
    </w:p>
    <w:p>
      <w:pPr>
        <w:jc w:val="right"/>
      </w:pPr>
      <w:r>
        <w:t>سائنسی عراق میں۔ سائنسی عراق میں کیا ہوگا؟ لوگ تاریخی معیار سے جج کریں گے آپ کو۔</w:t>
      </w:r>
    </w:p>
    <w:p>
      <w:r>
        <w:rPr>
          <w:b/>
        </w:rPr>
        <w:t xml:space="preserve">[21:28] </w:t>
      </w:r>
      <w:r>
        <w:t>to agar na payenge history par poora na utregi aap ki shakhsiyat to manenge nahi woh is ko radd kar denge.</w:t>
      </w:r>
    </w:p>
    <w:p>
      <w:pPr>
        <w:jc w:val="right"/>
      </w:pPr>
      <w:r>
        <w:t>تو اگر نہ پائیں گے ہسٹری پر پورا نہ اترے گی آپ کی شخصیت تو مانیں گے نہیں وہ اس کو رد کر دیں گے۔</w:t>
      </w:r>
    </w:p>
    <w:p>
      <w:r>
        <w:rPr>
          <w:b/>
        </w:rPr>
        <w:t xml:space="preserve">[21:38] </w:t>
      </w:r>
      <w:r>
        <w:t>main aap ko misaal deta hoon ek ek ek the bohat hi parhe likhe Hindu scholar un ka naam tha</w:t>
      </w:r>
    </w:p>
    <w:p>
      <w:pPr>
        <w:jc w:val="right"/>
      </w:pPr>
      <w:r>
        <w:t>میں آپ کو مثال دیتا ہوں ایک ایک ایک تھے بہت ہی پڑھے لکھے ہندو اسکالر ان کا نام تھا</w:t>
      </w:r>
    </w:p>
    <w:p>
      <w:r>
        <w:rPr>
          <w:b/>
        </w:rPr>
        <w:t xml:space="preserve">[21:47] </w:t>
      </w:r>
      <w:r>
        <w:t>Doctor Nishi Kant Chattopadhyay.</w:t>
      </w:r>
    </w:p>
    <w:p>
      <w:pPr>
        <w:jc w:val="right"/>
      </w:pPr>
      <w:r>
        <w:t>ڈاکٹر نشی کانت چٹوپادیا۔</w:t>
      </w:r>
    </w:p>
    <w:p>
      <w:r>
        <w:rPr>
          <w:b/>
        </w:rPr>
        <w:t xml:space="preserve">[21:53] </w:t>
      </w:r>
      <w:r>
        <w:t>Doctor Nishi Kant Chattopadhyay yeh jo hain Sarojini Naidu ki family se the. Sarojini Naidu ko aap jante hain ke woh woh kaha jata hai Nightingale kaha jata hai.</w:t>
      </w:r>
    </w:p>
    <w:p>
      <w:pPr>
        <w:jc w:val="right"/>
      </w:pPr>
      <w:r>
        <w:t>ڈاکٹر نشی کانت چٹوپادیا یہ جو ہیں سروڈین ڈائیڈو کی فیملی سے تھے۔ سروڈین ڈائیڈو کو آپ جانتے ہیں کہ وہ وہ کہا جاتا ہے نائٹنگیل کہا جاتا ہے۔</w:t>
      </w:r>
    </w:p>
    <w:p>
      <w:r>
        <w:rPr>
          <w:b/>
        </w:rPr>
        <w:t xml:space="preserve">[22:10] </w:t>
      </w:r>
      <w:r>
        <w:t>to unhi ki family se the yeh. Doctor Nishi Kant Chattopadhyay. to yeh Sikh the yeh.</w:t>
      </w:r>
    </w:p>
    <w:p>
      <w:pPr>
        <w:jc w:val="right"/>
      </w:pPr>
      <w:r>
        <w:t>تو انہی کی فیملی سے تھے یہ۔ ڈاکٹر نشی کانت چٹوپادیا۔ تو یہ سیکر تھے یہ۔</w:t>
      </w:r>
    </w:p>
    <w:p>
      <w:r>
        <w:rPr>
          <w:b/>
        </w:rPr>
        <w:t xml:space="preserve">[22:19] </w:t>
      </w:r>
      <w:r>
        <w:t>bohat London aadmi the. un ko bohat si zabanen aati thin. lekin the Sikh. aur paida hue kab?</w:t>
      </w:r>
    </w:p>
    <w:p>
      <w:pPr>
        <w:jc w:val="right"/>
      </w:pPr>
      <w:r>
        <w:t>بہت لندن آدمی تھے۔ ان کو بہت سی زبانیں آتی تھیں۔ لیکن تھے سیکر۔ اور پیدا ہوئے کب؟</w:t>
      </w:r>
    </w:p>
    <w:p>
      <w:r>
        <w:rPr>
          <w:b/>
        </w:rPr>
        <w:t xml:space="preserve">[22:29] </w:t>
      </w:r>
      <w:r>
        <w:t>scientific</w:t>
      </w:r>
    </w:p>
    <w:p>
      <w:pPr>
        <w:jc w:val="right"/>
      </w:pPr>
      <w:r>
        <w:t>سائنسی</w:t>
      </w:r>
    </w:p>
    <w:p>
      <w:r>
        <w:rPr>
          <w:b/>
        </w:rPr>
        <w:t xml:space="preserve">[22:30] </w:t>
      </w:r>
      <w:r>
        <w:t>daur mein. scientific zamane mein. yani unniswin sadi ke doosre nishf mein. to goya ke woh scientific urdu mein paida hue.</w:t>
      </w:r>
    </w:p>
    <w:p>
      <w:pPr>
        <w:jc w:val="right"/>
      </w:pPr>
      <w:r>
        <w:t>دور میں۔ سائنسی زمانے میں۔ یعنی انیسویں صدی کے دوسرے نصف میں۔ تو گویا کہ وہ سائنسی عراق میں پیدا ہوئے۔</w:t>
      </w:r>
    </w:p>
    <w:p>
      <w:r>
        <w:rPr>
          <w:b/>
        </w:rPr>
        <w:t xml:space="preserve">[22:42] </w:t>
      </w:r>
      <w:r>
        <w:t>yani woh woh zehan, woh zehan tha un ka jis ko main ne kaha ke aadmi kisi baat ko manne ke liye is ko judge karega tareekhi meyar par.</w:t>
      </w:r>
    </w:p>
    <w:p>
      <w:pPr>
        <w:jc w:val="right"/>
      </w:pPr>
      <w:r>
        <w:t>یعنی وہ وہ ذہن، وہ ذہن تھا ان کا جس کو میں نے کہا کہ آدمی کسی بات کو ماننے کے لیے اس کو جج کرے گا تاریخی معیار پر۔</w:t>
      </w:r>
    </w:p>
    <w:p>
      <w:r>
        <w:rPr>
          <w:b/>
        </w:rPr>
        <w:t xml:space="preserve">[22:52] </w:t>
      </w:r>
      <w:r>
        <w:t>us zamane mein woh paida hue woh.</w:t>
      </w:r>
    </w:p>
    <w:p>
      <w:pPr>
        <w:jc w:val="right"/>
      </w:pPr>
      <w:r>
        <w:t>اس زمانے میں وہ پیدا ہوئے وہ۔</w:t>
      </w:r>
    </w:p>
    <w:p>
      <w:r>
        <w:rPr>
          <w:b/>
        </w:rPr>
        <w:t xml:space="preserve">[22:57] </w:t>
      </w:r>
      <w:r>
        <w:t>to unhon ne kya kiya? chunchke woh Sikh the unhon ne mutalea kiya. falsafa ko padha. mazhab ko padha.</w:t>
      </w:r>
    </w:p>
    <w:p>
      <w:pPr>
        <w:jc w:val="right"/>
      </w:pPr>
      <w:r>
        <w:t>تو انہوں نے کیا کیا؟ چونکہ وہ سیکر تھے انہوں نے مطالعہ کیا۔ فلسفی کو پڑھا۔ مذہب کو پڑھا۔</w:t>
      </w:r>
    </w:p>
    <w:p>
      <w:r>
        <w:rPr>
          <w:b/>
        </w:rPr>
        <w:t xml:space="preserve">[23:07] </w:t>
      </w:r>
      <w:r>
        <w:t>nafsiyat ko padha. science ko padha. sara pad dala unhon ne. bohat padha. to kahin bhi unhein</w:t>
      </w:r>
    </w:p>
    <w:p>
      <w:pPr>
        <w:jc w:val="right"/>
      </w:pPr>
      <w:r>
        <w:t>نفسیات کو پڑھا۔ سائنس کو پڑھا۔ سارا پڑھ ڈالا انہوں نے۔ بہت پڑھا۔ تو کہیں بھی انہیں</w:t>
      </w:r>
    </w:p>
    <w:p>
      <w:r>
        <w:rPr>
          <w:b/>
        </w:rPr>
        <w:t xml:space="preserve">[23:18] </w:t>
      </w:r>
      <w:r>
        <w:t>itminan nahi hua. khaas tor par mazhab ko lijiyye. mazhab mein jo bhi shakhsiyaat thin jo bhi shakhsiyaat thin is sab ko sab un ko laga ke yeh to mythology hai.</w:t>
      </w:r>
    </w:p>
    <w:p>
      <w:pPr>
        <w:jc w:val="right"/>
      </w:pPr>
      <w:r>
        <w:t>اطمینان نہیں ہوا۔ خاص طور پر مذہب کو لیجیے۔ مذہب میں جو بھی شخصیات تھیں جو بھی شخصیات تھیں اس سب کو سب ان کو لگا کہ یہ تو mythology ہے۔</w:t>
      </w:r>
    </w:p>
    <w:p>
      <w:r>
        <w:rPr>
          <w:b/>
        </w:rPr>
        <w:t xml:space="preserve">[23:30] </w:t>
      </w:r>
      <w:r>
        <w:t>mythological figure hain yeh to. un ki koi history nahi hai.</w:t>
      </w:r>
    </w:p>
    <w:p>
      <w:pPr>
        <w:jc w:val="right"/>
      </w:pPr>
      <w:r>
        <w:t>mythological figure ہیں یہ تو۔ ان کی کوئی ہسٹری نہیں ہے۔</w:t>
      </w:r>
    </w:p>
    <w:p>
      <w:r>
        <w:rPr>
          <w:b/>
        </w:rPr>
        <w:t xml:space="preserve">[23:36] </w:t>
      </w:r>
      <w:r>
        <w:t>koi to is waja se woh un ko mannay par un ki tabiyat tayyar nahi hui. jab tak tareekhi record un ko yeh qaim na ho raha ho ke yeh insaan tha, paida hua kabhi tab tak un ki tabiyat mannay ko tayyar nahi thi.</w:t>
      </w:r>
    </w:p>
    <w:p>
      <w:pPr>
        <w:jc w:val="right"/>
      </w:pPr>
      <w:r>
        <w:t>کوئی تو اس وجہ سے وہ ان کو ماننے پر ان کی طبیعت تیار نہیں ہوئی۔ جب تک تاریخی ریکارڈ ان کو یہ قائم نہ ہو رہا ہو کہ یہ انسان تھا، پیدا ہوا کبھی تب تک ان کی طبیعت ماننے کو تیار نہیں تھی۔</w:t>
      </w:r>
    </w:p>
    <w:p>
      <w:r>
        <w:rPr>
          <w:b/>
        </w:rPr>
        <w:t xml:space="preserve">[23:55] </w:t>
      </w:r>
      <w:r>
        <w:t>to aakhir mein unhon ne parha Islam ko aur Rasool Allah sal Allah alaihi wasallam ko parha unhon ne. to unhon ne Islam qabool kar liya aur aik kitaab likhi ke Why I Have Accepted Islam.</w:t>
      </w:r>
    </w:p>
    <w:p>
      <w:pPr>
        <w:jc w:val="right"/>
      </w:pPr>
      <w:r>
        <w:t>تو آخر میں انہوں نے پڑھا اسلام کو اور رسول اللہ صلی اللہ علیہ وسلم کو پڑھا انہوں نے۔ تو انہوں نے اسلام قبول کر لیا اور ایک کتاب لکھی کہ Why I Have Accepted Islam۔</w:t>
      </w:r>
    </w:p>
    <w:p>
      <w:r>
        <w:rPr>
          <w:b/>
        </w:rPr>
        <w:t xml:space="preserve">[24:09] </w:t>
      </w:r>
      <w:r>
        <w:t>is mein woh likhte hain ke saare mazhabon ko parhnay ke baad</w:t>
      </w:r>
    </w:p>
    <w:p>
      <w:pPr>
        <w:jc w:val="right"/>
      </w:pPr>
      <w:r>
        <w:t>اس میں وہ لکھتے ہیں کہ سارے مذہبوں کو پڑھنے کے بعد</w:t>
      </w:r>
    </w:p>
    <w:p>
      <w:r>
        <w:rPr>
          <w:b/>
        </w:rPr>
        <w:t xml:space="preserve">[24:15] </w:t>
      </w:r>
      <w:r>
        <w:t>jo cheez mujhe khatakti thi woh yeh ke main kaise maanu un ko jab ke un ki koi history nahi hai. ke yeh log paida hue ya nahi paida hue to history humain kuch is par batati nahi.</w:t>
      </w:r>
    </w:p>
    <w:p>
      <w:pPr>
        <w:jc w:val="right"/>
      </w:pPr>
      <w:r>
        <w:t>جو چیز مجھے کھٹکتی تھی وہ یہ کہ میں کیسے مانوں ان کو جب کہ ان کی کوئی ہسٹری نہیں ہے۔ کہ یہ لوگ پیدا ہوئے یا نہیں پیدا ہوئے تو ہسٹری ہمیں کچھ اس پر بتاتی نہیں۔</w:t>
      </w:r>
    </w:p>
    <w:p>
      <w:r>
        <w:rPr>
          <w:b/>
        </w:rPr>
        <w:t xml:space="preserve">[24:29] </w:t>
      </w:r>
      <w:r>
        <w:t>lekin jab yahan pohanchay woh</w:t>
      </w:r>
    </w:p>
    <w:p>
      <w:pPr>
        <w:jc w:val="right"/>
      </w:pPr>
      <w:r>
        <w:t>لیکن جب یہاں پہنچے وہ</w:t>
      </w:r>
    </w:p>
    <w:p>
      <w:r>
        <w:rPr>
          <w:b/>
        </w:rPr>
        <w:t xml:space="preserve">[24:31] </w:t>
      </w:r>
      <w:r>
        <w:t>Muhammad bin Abdullah bin Muttalib par yani final prophet tak pohanchay to yahan dikhai diya un ko ke yahan to har cheez history hai.</w:t>
      </w:r>
    </w:p>
    <w:p>
      <w:pPr>
        <w:jc w:val="right"/>
      </w:pPr>
      <w:r>
        <w:t>محمد بن عبداللہ بن مطلب پر یعنی final prophet تک پہنچے تو یہاں دکھائی دیا ان کو کہ یہاں تو ہر چیز ہسٹری ہے۔</w:t>
      </w:r>
    </w:p>
    <w:p>
      <w:r>
        <w:rPr>
          <w:b/>
        </w:rPr>
        <w:t xml:space="preserve">[24:43] </w:t>
      </w:r>
      <w:r>
        <w:t>har cheez history hai. jo baat bhi hum janna chahein aap ke baray mein</w:t>
      </w:r>
    </w:p>
    <w:p>
      <w:pPr>
        <w:jc w:val="right"/>
      </w:pPr>
      <w:r>
        <w:t>ہر چیز ہسٹری ہے۔ جو بات بھی ہم جاننا چاہیں آپ کے بارے میں</w:t>
      </w:r>
    </w:p>
    <w:p>
      <w:r>
        <w:rPr>
          <w:b/>
        </w:rPr>
        <w:t xml:space="preserve">[24:49] </w:t>
      </w:r>
      <w:r>
        <w:t>androni tareekh woh woh woh record mein hai woh cheez maujood. to unhon ne yani yeh batatay hue ke maine kis tareeqay se maine mutala kiya aur kis tarah se main yahan pohancha kis tarah se Muhammad mein mein ne</w:t>
      </w:r>
    </w:p>
    <w:p>
      <w:pPr>
        <w:jc w:val="right"/>
      </w:pPr>
      <w:r>
        <w:t>اندرونی تاریخ وہ وہ وہ ریکارڈ میں ہے وہ چیز موجود۔ تو انہوں نے یعنی یہ بتاتے ہوئے کہ میں نے کس طریقے سے میں نے مطالعہ کیا اور کس طرح سے میں یہاں پہنچا کس طرح سے محمد میں میں نے</w:t>
      </w:r>
    </w:p>
    <w:p>
      <w:r>
        <w:rPr>
          <w:b/>
        </w:rPr>
        <w:t xml:space="preserve">[25:06] </w:t>
      </w:r>
      <w:r>
        <w:t>is insaan ko daryaft pa liya jis ko main dhoond raha tha. to is par un ka yeh jumla bara dilchasp jumla hai ke oh!</w:t>
      </w:r>
    </w:p>
    <w:p>
      <w:pPr>
        <w:jc w:val="right"/>
      </w:pPr>
      <w:r>
        <w:t>اس انسان کو دریافت پا لیا جس کو میں ڈھونڈ رہا تھا۔ تو اس پر ان کا یہ جملہ بڑا دلچسپ جملہ ہے کہ اوہ!</w:t>
      </w:r>
    </w:p>
    <w:p>
      <w:r>
        <w:rPr>
          <w:b/>
        </w:rPr>
        <w:t xml:space="preserve">[25:17] </w:t>
      </w:r>
      <w:r>
        <w:t>kya rahat hai dhoondnay mein aakhirkar aik haqeeqi tareekhi prophet to believe in.</w:t>
      </w:r>
    </w:p>
    <w:p>
      <w:pPr>
        <w:jc w:val="right"/>
      </w:pPr>
      <w:r>
        <w:t>کیا راحت ہے ڈھونڈنے میں آخرکار ایک حقیقی تاریخی prophet to believe in۔</w:t>
      </w:r>
    </w:p>
    <w:p>
      <w:r>
        <w:rPr>
          <w:b/>
        </w:rPr>
        <w:t xml:space="preserve">[25:29] </w:t>
      </w:r>
      <w:r>
        <w:t>oh! kya rahat hai dhoondnay mein aakhirkar aik haqeeqi tareekhi prophet to believe in.</w:t>
      </w:r>
    </w:p>
    <w:p>
      <w:pPr>
        <w:jc w:val="right"/>
      </w:pPr>
      <w:r>
        <w:t>اوہ! کیا راحت ہے ڈھونڈنے میں آخرکار ایک حقیقی تاریخی prophet to believe in۔</w:t>
      </w:r>
    </w:p>
    <w:p>
      <w:r>
        <w:rPr>
          <w:b/>
        </w:rPr>
        <w:t xml:space="preserve">[25:39] </w:t>
      </w:r>
      <w:r>
        <w:t>yeh jo kitaab un ki hai to us ko maine shamil kiya hai apni kitaab mein is ka naam hai Islam Rediscovered.</w:t>
      </w:r>
    </w:p>
    <w:p>
      <w:pPr>
        <w:jc w:val="right"/>
      </w:pPr>
      <w:r>
        <w:t>یہ جو کتاب ان کی ہے تو اس کو میں نے شامل کیا ہے اپنی کتاب میں اس کا نام ہے اسلام Rediscovered۔</w:t>
      </w:r>
    </w:p>
    <w:p>
      <w:r>
        <w:rPr>
          <w:b/>
        </w:rPr>
        <w:t xml:space="preserve">[25:49] </w:t>
      </w:r>
      <w:r>
        <w:t>to Dr. Nishikant Chattopadhyay ki is kitaab ko parh sakte hain aap is mein. is meri kitaab Islam Rediscovered mein.</w:t>
      </w:r>
    </w:p>
    <w:p>
      <w:pPr>
        <w:jc w:val="right"/>
      </w:pPr>
      <w:r>
        <w:t>تو ڈاکٹر نشی کانت چٹوپادیا کی اس کتاب کو پڑھ سکتے ہیں آپ اس میں۔ اس میری کتاب اسلام Rediscovered میں۔</w:t>
      </w:r>
    </w:p>
    <w:p>
      <w:r>
        <w:rPr>
          <w:b/>
        </w:rPr>
        <w:t xml:space="preserve">[25:58] </w:t>
      </w:r>
      <w:r>
        <w:t>alag se to shayad aap ko market mein nahi milenge woh lekin meri is kitaab mein aap us ko pa sakte hain. to yeh hai Maqam Mahmood.</w:t>
      </w:r>
    </w:p>
    <w:p>
      <w:pPr>
        <w:jc w:val="right"/>
      </w:pPr>
      <w:r>
        <w:t>الگ سے تو شاید آپ کو مارکیٹ میں نہیں ملیں گے وہ لیکن میری اس کتاب میں آپ اس کو پا سکتے ہیں۔ تو یہ ہے مقام محمود۔</w:t>
      </w:r>
    </w:p>
    <w:p>
      <w:r>
        <w:rPr>
          <w:b/>
        </w:rPr>
        <w:t xml:space="preserve">[26:10] </w:t>
      </w:r>
      <w:r>
        <w:t>Maqam Mahmood koi purasrar cheez nahi hai. koi maloom cheez nahi hai.</w:t>
      </w:r>
    </w:p>
    <w:p>
      <w:pPr>
        <w:jc w:val="right"/>
      </w:pPr>
      <w:r>
        <w:t>مقام محمود کوئی پراسرار چیز نہیں ہے۔ کوئی نامعلوم چیز نہیں ہے۔</w:t>
      </w:r>
    </w:p>
    <w:p>
      <w:r>
        <w:rPr>
          <w:b/>
        </w:rPr>
        <w:t xml:space="preserve">[26:20] </w:t>
      </w:r>
      <w:r>
        <w:t>Maqam Mahmood ka matlab hai ke Allah taala ne ailaan kiya ke tum ko hum tareekhi shakhsiyat banayenge. tum ko hum tareekhi aitbaar denge.</w:t>
      </w:r>
    </w:p>
    <w:p>
      <w:pPr>
        <w:jc w:val="right"/>
      </w:pPr>
      <w:r>
        <w:t>مقام محمود کا مطلب ہے کہ اللہ تعالیٰ نے اعلان کیا کہ تم کو ہم تاریخی شخصیت بنائیں گے۔ تم کو ہم تاریخی اعتبار دیں گے۔</w:t>
      </w:r>
    </w:p>
    <w:p>
      <w:r>
        <w:rPr>
          <w:b/>
        </w:rPr>
        <w:t xml:space="preserve">[26:33] </w:t>
      </w:r>
      <w:r>
        <w:t>tumhara jo mission hai woh tareekhi tor par aik qaim shuda mission hoga.</w:t>
      </w:r>
    </w:p>
    <w:p>
      <w:pPr>
        <w:jc w:val="right"/>
      </w:pPr>
      <w:r>
        <w:t>تمہارا جو مشن ہے وہ تاریخی طور پر ایک قائم شدہ مشن ہوگا۔</w:t>
      </w:r>
    </w:p>
    <w:p>
      <w:r>
        <w:rPr>
          <w:b/>
        </w:rPr>
        <w:t xml:space="preserve">[26:41] </w:t>
      </w:r>
      <w:r>
        <w:t>yahi kyunke is ke baghair aap final prophet ho nahi sakte thay. aap us zamane mein rehte prophet jab ke mythology ka zamana tha.</w:t>
      </w:r>
    </w:p>
    <w:p>
      <w:pPr>
        <w:jc w:val="right"/>
      </w:pPr>
      <w:r>
        <w:t>یہی کیونکہ اس کے بغیر آپ final prophet ہو نہیں سکتے تھے۔ آپ اس زمانے میں رہتے prophet جب کہ mythology کا زمانہ تھا۔</w:t>
      </w:r>
    </w:p>
    <w:p>
      <w:r>
        <w:rPr>
          <w:b/>
        </w:rPr>
        <w:t xml:space="preserve">[26:51] </w:t>
      </w:r>
      <w:r>
        <w:t>qisse kahani ka zamana tha. tab tak to log mantay rehtay lekin jab zamana aata hai science ka</w:t>
      </w:r>
    </w:p>
    <w:p>
      <w:pPr>
        <w:jc w:val="right"/>
      </w:pPr>
      <w:r>
        <w:t>قصے کہانی کا زمانہ تھا۔ تب تک تو لوگ مانتے رہتے لیکن جب زمانہ آتا ہے سائنس کا</w:t>
      </w:r>
    </w:p>
    <w:p>
      <w:r>
        <w:rPr>
          <w:b/>
        </w:rPr>
        <w:t xml:space="preserve">[26:58] </w:t>
      </w:r>
      <w:r>
        <w:t>to log na mantay aap ko ke hum to nahi manenge aise aise insaan ko jis ki koi tareekh na ho. jis ko tareekhi aitbaar na mili hui ho.</w:t>
      </w:r>
    </w:p>
    <w:p>
      <w:pPr>
        <w:jc w:val="right"/>
      </w:pPr>
      <w:r>
        <w:t>تو لوگ نہ مانتے آپ کو کہ ہم تو نہیں مانیں گے ایسے ایسے انسان کو جس کی کوئی تاریخ نہ ہو۔ جس کو تاریخی اعتبار نہ ملی ہوئی ہو۔</w:t>
      </w:r>
    </w:p>
    <w:p>
      <w:r>
        <w:rPr>
          <w:b/>
        </w:rPr>
        <w:t xml:space="preserve">[27:08] </w:t>
      </w:r>
      <w:r>
        <w:t>to yeh hai Maqam Mahmood ka matlab. ab dekhen aap</w:t>
      </w:r>
    </w:p>
    <w:p>
      <w:pPr>
        <w:jc w:val="right"/>
      </w:pPr>
      <w:r>
        <w:t>تو یہ ہے مقام محمود کا مطلب۔ اب دیکھیں آپ</w:t>
      </w:r>
    </w:p>
    <w:p>
      <w:r>
        <w:rPr>
          <w:b/>
        </w:rPr>
        <w:t xml:space="preserve">[27:16] </w:t>
      </w:r>
      <w:r>
        <w:t>yeh baat hai jo hai main samajhta hoon ke Muslim musannifeen ne yeh baatein ziyada wazeh nahi ki theen. is zamane mein scienctific zabaan mein is baat ko wazeh kiya hai ghair Muslim musannifeen ne.</w:t>
      </w:r>
    </w:p>
    <w:p>
      <w:pPr>
        <w:jc w:val="right"/>
      </w:pPr>
      <w:r>
        <w:t>یہ بات ہے جو ہے میں سمجھتا ہوں کہ مسلم مصنفین نے یہ باتیں زیادہ واضح نہیں کی تھیں۔ اس زمانے میں سائنسی زبان میں اس بات کو واضح کیا ہے غیر مسلم مصنفین نے۔</w:t>
      </w:r>
    </w:p>
    <w:p>
      <w:r>
        <w:rPr>
          <w:b/>
        </w:rPr>
        <w:t xml:space="preserve">[27:31] </w:t>
      </w:r>
      <w:r>
        <w:t>kyunke Muslim musannifeen ke oopar chhaya rehta hai kya? bas woh afzaliyat. afzaliyat chhayi rehti thi un ke oopar.</w:t>
      </w:r>
    </w:p>
    <w:p>
      <w:pPr>
        <w:jc w:val="right"/>
      </w:pPr>
      <w:r>
        <w:t>کیونکہ مسلم مصنفین کے اوپر چھایا رہتا ہے کیا؟ بس وہ افضلیت۔ افضلیت چھائی رہتی تھی ان کے اوپر۔</w:t>
      </w:r>
    </w:p>
    <w:p>
      <w:r>
        <w:rPr>
          <w:b/>
        </w:rPr>
        <w:t xml:space="preserve">[27:40] </w:t>
      </w:r>
      <w:r>
        <w:t>ke afzal al anbiya thay aur sarwar kainaat thay aur sarwar alam thay aur ajeeb ajeeb qism ke qisse kahaniyan.</w:t>
      </w:r>
    </w:p>
    <w:p>
      <w:pPr>
        <w:jc w:val="right"/>
      </w:pPr>
      <w:r>
        <w:t>کہ افضل الانبیاء تھے اور سرور کائنات تھے اور سرور عالم تھے اور عجیب عجیب قسم کے قصے کہانیاں۔</w:t>
      </w:r>
    </w:p>
    <w:p>
      <w:r>
        <w:rPr>
          <w:b/>
        </w:rPr>
        <w:t xml:space="preserve">[27:53] </w:t>
      </w:r>
      <w:r>
        <w:t>to is ko wo bari cheez samajhte hain hamare muslim musannifeen jo hain. Aap jitni bhi kitabein parhenge aap</w:t>
      </w:r>
    </w:p>
    <w:p>
      <w:pPr>
        <w:jc w:val="right"/>
      </w:pPr>
      <w:r>
        <w:t>تو اس کو وہ بڑی چیز سمجھتے ہیں ہمارے مسلم مصنفین جو ہیں۔ آپ جتنی بھی کتابیں پڑھیں گے آپ</w:t>
      </w:r>
    </w:p>
    <w:p>
      <w:r>
        <w:rPr>
          <w:b/>
        </w:rPr>
        <w:t xml:space="preserve">[27:59] </w:t>
      </w:r>
      <w:r>
        <w:t>jo aap ki zindagi par likhi gayi hain to is mein is ko numayan nahi kiya unhon ne. Wo samajhte hain ke purasarar tareeqe se agar hum un ko bata dein ke wo bohat muqaddas thay bohat afzal thay to yeh koi bohat bari cheez ho jaye gi.</w:t>
      </w:r>
    </w:p>
    <w:p>
      <w:pPr>
        <w:jc w:val="right"/>
      </w:pPr>
      <w:r>
        <w:t>جو آپ کی زندگی پر لکھی گئی ہیں تو اس میں اس کو نمایاں نہیں کیا انہوں نے۔ وہ سمجھتے ہیں کہ پراسرار طریقے سے اگر ہم ان کو بتا دیں کہ وہ بہت مقدس تھے بہت افضل تھے تو یہ کوئی بہت بڑی چیز ہو جائے گی۔</w:t>
      </w:r>
    </w:p>
    <w:p>
      <w:r>
        <w:rPr>
          <w:b/>
        </w:rPr>
        <w:t xml:space="preserve">[28:15] </w:t>
      </w:r>
      <w:r>
        <w:t>halankeh aaj ka jo scientific zehn hai</w:t>
      </w:r>
    </w:p>
    <w:p>
      <w:pPr>
        <w:jc w:val="right"/>
      </w:pPr>
      <w:r>
        <w:t>حالانکہ آج کا جو سائنسی ذہن ہے</w:t>
      </w:r>
    </w:p>
    <w:p>
      <w:r>
        <w:rPr>
          <w:b/>
        </w:rPr>
        <w:t xml:space="preserve">[28:18] </w:t>
      </w:r>
      <w:r>
        <w:t>is ke nazdeek in baton ki koi ahmiyat nahi. Kuch bhi nahi. Is liye jo kitabein likhi gayi hain wo jahan tak mein ne parha hai sab se zyada yani aaj ke lehaz se jo ahem kitab hai wo wahi hai jo ghair muslimon ne likhi hai.</w:t>
      </w:r>
    </w:p>
    <w:p>
      <w:pPr>
        <w:jc w:val="right"/>
      </w:pPr>
      <w:r>
        <w:t>اس کے نزدیک ان باتوں کی کوئی اہمیت نہیں۔ کچھ بھی نہیں۔ اس لیے جو کتابیں لکھی گئی ہیں وہ جہاں تک میں نے پڑھا ہے سب سے زیادہ یعنی آج کے لحاظ سے جو اہم کتاب ہے وہ وہی ہے جو غیر مسلموں نے لکھی ہے۔</w:t>
      </w:r>
    </w:p>
    <w:p>
      <w:r>
        <w:rPr>
          <w:b/>
        </w:rPr>
        <w:t xml:space="preserve">[28:38] </w:t>
      </w:r>
      <w:r>
        <w:t>Rasool Allah ke baray mein. Jo musalmanon ne likhi hai wo to afzaliyat ki dastan hai wo.</w:t>
      </w:r>
    </w:p>
    <w:p>
      <w:pPr>
        <w:jc w:val="right"/>
      </w:pPr>
      <w:r>
        <w:t>رسول اللہ کے بارے میں۔ جو مسلمانوں نے لکھی ہے وہ تو افضلیت کی داستان ہے وہ۔</w:t>
      </w:r>
    </w:p>
    <w:p>
      <w:r>
        <w:rPr>
          <w:b/>
        </w:rPr>
        <w:t xml:space="preserve">[28:48] </w:t>
      </w:r>
      <w:r>
        <w:t>wo to afzaliyat ki dastan hai. Misal ke tor par dekhein</w:t>
      </w:r>
    </w:p>
    <w:p>
      <w:pPr>
        <w:jc w:val="right"/>
      </w:pPr>
      <w:r>
        <w:t>وہ تو افضلیت کی داستان ہے۔ مثال کے طور پر دیکھیں</w:t>
      </w:r>
    </w:p>
    <w:p>
      <w:r>
        <w:rPr>
          <w:b/>
        </w:rPr>
        <w:t xml:space="preserve">[28:55] </w:t>
      </w:r>
      <w:r>
        <w:t>doctor Michael Hart unhon ne kitab likhi The Hundred to poori tareekh ka unhon ne wo kiya survey kiya poori poori tareekh.</w:t>
      </w:r>
    </w:p>
    <w:p>
      <w:pPr>
        <w:jc w:val="right"/>
      </w:pPr>
      <w:r>
        <w:t>ڈاکٹر مائیکل ہارٹ انہوں نے کتاب لکھی The Hundred تو پوری تاریخ کا انہوں نے وہ کیا سروے کیا پوری پوری تاریخ۔</w:t>
      </w:r>
    </w:p>
    <w:p>
      <w:r>
        <w:rPr>
          <w:b/>
        </w:rPr>
        <w:t xml:space="preserve">[29:09] </w:t>
      </w:r>
      <w:r>
        <w:t>poori poori tareekh se unhon ne so aadmi</w:t>
      </w:r>
    </w:p>
    <w:p>
      <w:pPr>
        <w:jc w:val="right"/>
      </w:pPr>
      <w:r>
        <w:t>پوری پوری تاریخ سے انہوں نے سو آدمی</w:t>
      </w:r>
    </w:p>
    <w:p>
      <w:r>
        <w:rPr>
          <w:b/>
        </w:rPr>
        <w:t xml:space="preserve">[29:12] </w:t>
      </w:r>
      <w:r>
        <w:t>muntakhib kiye. Is lehaz se ke sab se zyada kamyab kis ko mili. Kon raha?</w:t>
      </w:r>
    </w:p>
    <w:p>
      <w:pPr>
        <w:jc w:val="right"/>
      </w:pPr>
      <w:r>
        <w:t>منتخب کیے۔ اس لحاظ سے کہ سب سے زیادہ کامیاب کس کو ملی۔ کون رہا؟</w:t>
      </w:r>
    </w:p>
    <w:p>
      <w:r>
        <w:rPr>
          <w:b/>
        </w:rPr>
        <w:t xml:space="preserve">[29:21] </w:t>
      </w:r>
      <w:r>
        <w:t>sab se zyada kamyab kon raha? To Rasool Allah ke baray mein unhon ne paya to is mein likhte hain ke Muhammad</w:t>
      </w:r>
    </w:p>
    <w:p>
      <w:pPr>
        <w:jc w:val="right"/>
      </w:pPr>
      <w:r>
        <w:t>سب سے زیادہ کامیاب کون رہا؟ تو رسول اللہ کے بارے میں انہوں نے پایا تو اس میں لکھتے ہیں کہ محمد</w:t>
      </w:r>
    </w:p>
    <w:p>
      <w:r>
        <w:rPr>
          <w:b/>
        </w:rPr>
        <w:t xml:space="preserve">[29:29] </w:t>
      </w:r>
      <w:r>
        <w:t>was the supremely successful person in history.</w:t>
      </w:r>
    </w:p>
    <w:p>
      <w:pPr>
        <w:jc w:val="right"/>
      </w:pPr>
      <w:r>
        <w:t>was the supremely successful person in history۔</w:t>
      </w:r>
    </w:p>
    <w:p>
      <w:r>
        <w:rPr>
          <w:b/>
        </w:rPr>
        <w:t xml:space="preserve">[29:36] </w:t>
      </w:r>
      <w:r>
        <w:t>to yeh yani khalis tareekhi nuqta nazar se aap ko paya unhon ne ke sab se baray kamyab insan thay.</w:t>
      </w:r>
    </w:p>
    <w:p>
      <w:pPr>
        <w:jc w:val="right"/>
      </w:pPr>
      <w:r>
        <w:t>تو یہ یعنی خالص تاریخی نقطہ نظر سے آپ کو پایا انہوں نے کہ سب سے بڑے کامیاب انسان تھے۔</w:t>
      </w:r>
    </w:p>
    <w:p>
      <w:r>
        <w:rPr>
          <w:b/>
        </w:rPr>
        <w:t xml:space="preserve">[29:48] </w:t>
      </w:r>
      <w:r>
        <w:t>aise hi Thomas Carlyle ki kitab parhi aap Heroes and Hero Worship to us ne is mein bataya ke ke yani aap ko tamam nabiyon ka hero apne andaz se is ne likha ke ke jo kaam aap ne kiya</w:t>
      </w:r>
    </w:p>
    <w:p>
      <w:pPr>
        <w:jc w:val="right"/>
      </w:pPr>
      <w:r>
        <w:t>ایسے ہی تھامس کارلائل کی کتاب پڑھی آپ ہیروز اینڈ ہیرو ورشپ تو اس نے اس میں بتایا کہ کہ یعنی آپ کو تمام نبیوں کا ہیرو اپنے انداز سے اس نے لکھا کہ کہ جو کام آپ نے کیا</w:t>
      </w:r>
    </w:p>
    <w:p>
      <w:r>
        <w:rPr>
          <w:b/>
        </w:rPr>
        <w:t xml:space="preserve">[30:05] </w:t>
      </w:r>
      <w:r>
        <w:t>tareekhi tor par is ne aap ko tamam nabiyon ka hero ka darja de diya. Aise hi T.W. T.W. Arnold ki jo kitab hai T.W. Arnold wo aik hi kitab aisi hai jis mein bataya ke Rasool Allah ka jo mission tha wo pur aman mission tha.</w:t>
      </w:r>
    </w:p>
    <w:p>
      <w:pPr>
        <w:jc w:val="right"/>
      </w:pPr>
      <w:r>
        <w:t>تاریخی طور پر اس نے آپ کو تمام نبیوں کا ہیرو کا درجہ دے دیا۔ ایسے ہی ٹی ڈبلیو ٹی وہ آرنڈل کی جو کتاب ہے ٹی ڈبلیو آرنڈل وہ ایک ہی کتاب ایسی ہے جس میں بتایا کہ رسول اللہ کا جو مشن تھا وہ پُرامن مشن تھا۔</w:t>
      </w:r>
    </w:p>
    <w:p>
      <w:r>
        <w:rPr>
          <w:b/>
        </w:rPr>
        <w:t xml:space="preserve">[30:23] </w:t>
      </w:r>
      <w:r>
        <w:t>aur aman ke zariye aap ne sari dunya mein Islam aap ne aur aap ke پیروکاروں ne sari dunya mein Islam phaila diya. Kisi musalman ne is mozu par koi kitab nahi likhi.</w:t>
      </w:r>
    </w:p>
    <w:p>
      <w:pPr>
        <w:jc w:val="right"/>
      </w:pPr>
      <w:r>
        <w:t>اور امن کے ذریعے آپ نے ساری دنیا میں اسلام آپ نے اور آپ کے پیروکاروں نے ساری دنیا میں اسلام پھیلا دیا۔ کسی مسلمان نے اس موضوع پر کوئی کتاب نہیں لکھی۔</w:t>
      </w:r>
    </w:p>
    <w:p>
      <w:r>
        <w:rPr>
          <w:b/>
        </w:rPr>
        <w:t xml:space="preserve">[30:35] </w:t>
      </w:r>
      <w:r>
        <w:t>ke moti si kitab hai wo The Preaching of Islam</w:t>
      </w:r>
    </w:p>
    <w:p>
      <w:pPr>
        <w:jc w:val="right"/>
      </w:pPr>
      <w:r>
        <w:t>کہ موٹی سی کتاب ہے وہ The Preaching of Islam</w:t>
      </w:r>
    </w:p>
    <w:p>
      <w:r>
        <w:rPr>
          <w:b/>
        </w:rPr>
        <w:t xml:space="preserve">[30:41] </w:t>
      </w:r>
      <w:r>
        <w:t>ke pur aman tareeqe se pur aman tareeqe se Islam ko sari dunya mein phaila diya hai Rasool Allah ne aur aap ke پیروکاروں ne.</w:t>
      </w:r>
    </w:p>
    <w:p>
      <w:pPr>
        <w:jc w:val="right"/>
      </w:pPr>
      <w:r>
        <w:t>کہ پُرامن طریقے سے پُرامن طریقے سے اسلام کو ساری دنیا میں پھیلا دیا ہے رسول اللہ نے اور آپ کے پیروکاروں نے۔</w:t>
      </w:r>
    </w:p>
    <w:p>
      <w:r>
        <w:rPr>
          <w:b/>
        </w:rPr>
        <w:t xml:space="preserve">[30:50] </w:t>
      </w:r>
      <w:r>
        <w:t>yeh is ne likhi hai yeh kitab. Aise hi dekhein doctor Maurice Bucaille ki jo kitab hai</w:t>
      </w:r>
    </w:p>
    <w:p>
      <w:pPr>
        <w:jc w:val="right"/>
      </w:pPr>
      <w:r>
        <w:t>یہ اس نے لکھی ہے یہ کتاب۔ ایسے ہی دیکھیں ڈاکٹر موریس بقائی کی جو کتاب ہے</w:t>
      </w:r>
    </w:p>
    <w:p>
      <w:r>
        <w:rPr>
          <w:b/>
        </w:rPr>
        <w:t xml:space="preserve">[30:58] </w:t>
      </w:r>
      <w:r>
        <w:t>jo Bible Science and the Quran aisi kitab bhi kisi musalman ne nahi likhi.</w:t>
      </w:r>
    </w:p>
    <w:p>
      <w:pPr>
        <w:jc w:val="right"/>
      </w:pPr>
      <w:r>
        <w:t>جو بائبل سائنس اینڈ دی قرآن ایسی کتاب بھی کسی مسلمان نے نہیں لکھی۔</w:t>
      </w:r>
    </w:p>
    <w:p>
      <w:r>
        <w:rPr>
          <w:b/>
        </w:rPr>
        <w:t xml:space="preserve">[31:07] </w:t>
      </w:r>
      <w:r>
        <w:t>is mein dikhaya hai ke scientific janch partal mein sirf Quran poora utarta hai. Us ne mawazna kiya hai Quran ka aur Bible ka</w:t>
      </w:r>
    </w:p>
    <w:p>
      <w:pPr>
        <w:jc w:val="right"/>
      </w:pPr>
      <w:r>
        <w:t>اس میں دکھایا ہے کہ سائنسی جانچ پڑتال میں صرف قرآن پورا اترتا ہے۔ اس نے موازنہ کیا ہے قرآن کا اور بائبل کا</w:t>
      </w:r>
    </w:p>
    <w:p>
      <w:r>
        <w:rPr>
          <w:b/>
        </w:rPr>
        <w:t xml:space="preserve">[31:17] </w:t>
      </w:r>
      <w:r>
        <w:t>science ki roshni mein. To is mein dikhata hai dikhaya hai unhon ne ke scientific janch partal par jo qaim karti hai koi cheez to wo Quran qaim karta hai.</w:t>
      </w:r>
    </w:p>
    <w:p>
      <w:pPr>
        <w:jc w:val="right"/>
      </w:pPr>
      <w:r>
        <w:t>سائنس کی روشنی میں۔ تو اس میں دکھاتا ہے دکھایا ہے انہوں نے کہ سائنسی جانچ پڑتال پر جو قائم کرتی ہے کوئی چیز تو وہ قرآن قائم کرتا ہے۔</w:t>
      </w:r>
    </w:p>
    <w:p>
      <w:r>
        <w:rPr>
          <w:b/>
        </w:rPr>
        <w:t xml:space="preserve">[31:28] </w:t>
      </w:r>
      <w:r>
        <w:t>Bible qaim nahi karti. Ab itna bara kaam aik ghair muslim scholar ne kiya hai.</w:t>
      </w:r>
    </w:p>
    <w:p>
      <w:pPr>
        <w:jc w:val="right"/>
      </w:pPr>
      <w:r>
        <w:t>بائبل قائم نہیں کرتی۔ اب اتنا بڑا کام ایک غیر مسلم اسکالر نے کیا ہے۔</w:t>
      </w:r>
    </w:p>
    <w:p>
      <w:r>
        <w:rPr>
          <w:b/>
        </w:rPr>
        <w:t xml:space="preserve">[31:37] </w:t>
      </w:r>
      <w:r>
        <w:t>mein to samajhta hoon ke Rasool Allah ki seerat par mein ne bohat sari kitabein parhi hain arabi mein aur doosri zubanon mein taqreeban sabhi kitabein parh li hain shayad.</w:t>
      </w:r>
    </w:p>
    <w:p>
      <w:pPr>
        <w:jc w:val="right"/>
      </w:pPr>
      <w:r>
        <w:t>میں تو سمجھتا ہوں کہ رسول اللہ کی سیرت پر میں نے بہت ساری کتابیں پڑھی ہیں عربی میں اور دوسری زبانوں میں تقریباً سبھی کتابیں پڑھ لی ہیں شاید۔</w:t>
      </w:r>
    </w:p>
    <w:p>
      <w:r>
        <w:rPr>
          <w:b/>
        </w:rPr>
        <w:t xml:space="preserve">[31:50] </w:t>
      </w:r>
      <w:r>
        <w:t>lekin jo kitabein likhi ghair muslim ne aap ki seerat par</w:t>
      </w:r>
    </w:p>
    <w:p>
      <w:pPr>
        <w:jc w:val="right"/>
      </w:pPr>
      <w:r>
        <w:t>لیکن جو کتابیں لکھی غیر مسلم نے آپ کی سیرت پر</w:t>
      </w:r>
    </w:p>
    <w:p>
      <w:r>
        <w:rPr>
          <w:b/>
        </w:rPr>
        <w:t xml:space="preserve">[31:55] </w:t>
      </w:r>
      <w:r>
        <w:t>wo aisi kitab mujhe kahin musalmanon mein yahan nahi mili. Mein aik misal deta hoon aap ko E. G. Craig aik moralist hai us ki kitab hai Rasool Allah par.</w:t>
      </w:r>
    </w:p>
    <w:p>
      <w:pPr>
        <w:jc w:val="right"/>
      </w:pPr>
      <w:r>
        <w:t>وہ ایسی کتاب مجھے کہیں مسلمانوں میں یہاں نہیں ملی۔ میں ایک مثال دیتا ہوں آپ کو ای کریٹک ایک مورالسٹ ہے اس کی کتاب ہے رسول اللہ پر۔</w:t>
      </w:r>
    </w:p>
    <w:p>
      <w:r>
        <w:rPr>
          <w:b/>
        </w:rPr>
        <w:t xml:space="preserve">[32:09] </w:t>
      </w:r>
      <w:r>
        <w:t>is ne ab hamare haan naat ka aik anbaar hai arabi mein parshian mein urdu mein naat teen naat yaani rasool Allah ki tareef</w:t>
      </w:r>
    </w:p>
    <w:p>
      <w:pPr>
        <w:jc w:val="right"/>
      </w:pPr>
      <w:r>
        <w:t>اس نے اب ہمارے ہاں نعت کا ایک انبار ہے عربی میں پرشین میں اردو میں نعت تین نعت یعنی رسول اللہ کی تعریف</w:t>
      </w:r>
    </w:p>
    <w:p>
      <w:r>
        <w:rPr>
          <w:b/>
        </w:rPr>
        <w:t xml:space="preserve">[32:19] </w:t>
      </w:r>
      <w:r>
        <w:t>ke rasool Allah yeh thay rasool Allah woh thay woh zameen thay aasman thay</w:t>
      </w:r>
    </w:p>
    <w:p>
      <w:pPr>
        <w:jc w:val="right"/>
      </w:pPr>
      <w:r>
        <w:t>کہ رسول اللہ یہ تھے رسول اللہ وہ تھے وہ زمین تھے آسمان تھے۔</w:t>
      </w:r>
    </w:p>
    <w:p>
      <w:r>
        <w:rPr>
          <w:b/>
        </w:rPr>
        <w:t xml:space="preserve">[32:25] </w:t>
      </w:r>
      <w:r>
        <w:t>lekin main samajhta hoon ke is ne jo likha hai aik aik aik baat woh saari naaton par bhaari hai kyunke naatein kya hain</w:t>
      </w:r>
    </w:p>
    <w:p>
      <w:pPr>
        <w:jc w:val="right"/>
      </w:pPr>
      <w:r>
        <w:t>لیکن میں سمجھتا ہوں کہ اس نے جو لکھا ہے ایک ایک ایک بات وہ ساری نعتوں پر بھاری ہے۔ کیونکہ نعتیں کیا ہیں؟</w:t>
      </w:r>
    </w:p>
    <w:p>
      <w:r>
        <w:rPr>
          <w:b/>
        </w:rPr>
        <w:t xml:space="preserve">[32:34] </w:t>
      </w:r>
      <w:r>
        <w:t>naatein yeh theen ke ke aap hi suraj chamkate hain aap hi kehkashan aap ke qabze mein hai aur zameen ka aap hi chalate hain yeh sab</w:t>
      </w:r>
    </w:p>
    <w:p>
      <w:pPr>
        <w:jc w:val="right"/>
      </w:pPr>
      <w:r>
        <w:t>نعتیں یہ تھیں کہ کہ آپ ہی سورج چمکاتے ہیں آپ ہی کہکشاں آپ کے قبضے میں ہے اور زمین کا آپ ہی چلاتے ہیں یہ سب</w:t>
      </w:r>
    </w:p>
    <w:p>
      <w:r>
        <w:rPr>
          <w:b/>
        </w:rPr>
        <w:t xml:space="preserve">[32:45] </w:t>
      </w:r>
      <w:r>
        <w:t>purasrar baatein hain purasrar lekin is ne jo baat likhi hai woh tareekhi zabaan mein aur aap is ko tareekh se jaanach kar samajh sakte hain ke woh kehta hai sahi likha hai is ne</w:t>
      </w:r>
    </w:p>
    <w:p>
      <w:pPr>
        <w:jc w:val="right"/>
      </w:pPr>
      <w:r>
        <w:t>پراسرار باتیں ہیں پراسرار۔ لیکن اس نے جو بات لکھی ہے وہ تاریخی زبان میں اور آپ اس کو تاریخ سے جانچ کر سمجھ سکتے ہیں کہ وہ کہتا ہے صحیح لکھا ہے اس نے۔</w:t>
      </w:r>
    </w:p>
    <w:p>
      <w:r>
        <w:rPr>
          <w:b/>
        </w:rPr>
        <w:t xml:space="preserve">[32:58] </w:t>
      </w:r>
      <w:r>
        <w:t>to e critique ne likha hai ke</w:t>
      </w:r>
    </w:p>
    <w:p>
      <w:pPr>
        <w:jc w:val="right"/>
      </w:pPr>
      <w:r>
        <w:t>تو ای کریٹک نے لکھا ہے کہ</w:t>
      </w:r>
    </w:p>
    <w:p>
      <w:r>
        <w:rPr>
          <w:b/>
        </w:rPr>
        <w:t xml:space="preserve">[33:03] </w:t>
      </w:r>
      <w:r>
        <w:t>he faced is ka yeh jumla hai he faced adversity with the determination to wring wrng he faced adversity with the determination to wring success out of failure</w:t>
      </w:r>
    </w:p>
    <w:p>
      <w:pPr>
        <w:jc w:val="right"/>
      </w:pPr>
      <w:r>
        <w:t>ہی فیسڈ اس کا یہ جملہ ہے ہی فیسڈ ایڈورسٹی ود دا ڈیٹرمینیشن ٹو رنگ ڈبلیو آر آئی این جی رنگ ہی فیسڈ ایڈورسٹی ود دی ڈیٹرمینیشن ٹو رنگ سکسیس آؤٹ آف فیلیر۔</w:t>
      </w:r>
    </w:p>
    <w:p>
      <w:r>
        <w:rPr>
          <w:b/>
        </w:rPr>
        <w:t xml:space="preserve">[33:21] </w:t>
      </w:r>
      <w:r>
        <w:t>aap ghore kijiye ke rasool Allah ne</w:t>
      </w:r>
    </w:p>
    <w:p>
      <w:pPr>
        <w:jc w:val="right"/>
      </w:pPr>
      <w:r>
        <w:t>آپ غور کیجیے کہ رسول اللہ نے</w:t>
      </w:r>
    </w:p>
    <w:p>
      <w:r>
        <w:rPr>
          <w:b/>
        </w:rPr>
        <w:t xml:space="preserve">[33:23] </w:t>
      </w:r>
      <w:r>
        <w:t>nakami se kamyabi ko nichora yeh kitni bari baat hai yeh woh</w:t>
      </w:r>
    </w:p>
    <w:p>
      <w:pPr>
        <w:jc w:val="right"/>
      </w:pPr>
      <w:r>
        <w:t>ناکامی سے کامیابی کو نچوڑا یہ کتنی بڑی بات ہے یہ۔ وہ</w:t>
      </w:r>
    </w:p>
    <w:p>
      <w:r>
        <w:rPr>
          <w:b/>
        </w:rPr>
        <w:t xml:space="preserve">[33:29] </w:t>
      </w:r>
      <w:r>
        <w:t>saari naatein jo hain mujhe is ke muqable mein kuch bhi nahi lagtin agar aap mein se kisi ne parha ho in naaton ko jo urdu mein parshian mein arabi mein likhi gayi hain to aik dam mujhe kuch bhi is mein koi yaani is ke muqable mein kuch bhi nahi lagti mujhe</w:t>
      </w:r>
    </w:p>
    <w:p>
      <w:pPr>
        <w:jc w:val="right"/>
      </w:pPr>
      <w:r>
        <w:t>ساری نعتیں جو ہیں مجھے اس کے مقابلے میں کچھ بھی نہیں لگتیں۔ اگر آپ میں سے کسی نے پڑھا ہو ان نعتوں کو جو اردو میں پرشین میں عربی میں لکھی گئی ہیں تو ایک دم مجھے کچھ بھی اس میں کوئی یعنی اس کے مقابلے میں کچھ بھی نہیں لگتی مجھے۔</w:t>
      </w:r>
    </w:p>
    <w:p>
      <w:r>
        <w:rPr>
          <w:b/>
        </w:rPr>
        <w:t xml:space="preserve">[33:48] </w:t>
      </w:r>
      <w:r>
        <w:t>koi in ka value nahi hai kyunke yeh aik scientific bayan hai aik tareekhi bayan hai</w:t>
      </w:r>
    </w:p>
    <w:p>
      <w:pPr>
        <w:jc w:val="right"/>
      </w:pPr>
      <w:r>
        <w:t>کوئی ان کا ویلیو نہیں ہے۔ کیونکہ یہ ایک سائنسی بیان ہے ایک تاریخی بیان ہے۔</w:t>
      </w:r>
    </w:p>
    <w:p>
      <w:r>
        <w:rPr>
          <w:b/>
        </w:rPr>
        <w:t xml:space="preserve">[33:58] </w:t>
      </w:r>
      <w:r>
        <w:t>is ko hum jaan sakte hain mutalea kar ke aur in baaton ko kaise janenge hum jaise aik shair hai ke</w:t>
      </w:r>
    </w:p>
    <w:p>
      <w:pPr>
        <w:jc w:val="right"/>
      </w:pPr>
      <w:r>
        <w:t>اس کو ہم جان سکتے ہیں مطالعہ کر کے۔ اور ان باتوں کو کیسے جانیں گے ہم؟ جیسے ایک شعر ہے کہ</w:t>
      </w:r>
    </w:p>
    <w:p>
      <w:r>
        <w:rPr>
          <w:b/>
        </w:rPr>
        <w:t xml:space="preserve">[34:11] </w:t>
      </w:r>
      <w:r>
        <w:t>balaghal ula bikamalihi kashafadujali bijamalihi hasurat jameeun wakhisalihi sallu alayhi wa aalihi ab kaise aap kaise janenge is ko</w:t>
      </w:r>
    </w:p>
    <w:p>
      <w:pPr>
        <w:jc w:val="right"/>
      </w:pPr>
      <w:r>
        <w:t>بلغ الاولی بکمالہ کشفت دجال بجمالہ حسرت جمیع و خصالہ صلو علیہ وآلہ اب کیسے آپ کیسے جانیں گے اس کو؟</w:t>
      </w:r>
    </w:p>
    <w:p>
      <w:r>
        <w:rPr>
          <w:b/>
        </w:rPr>
        <w:t xml:space="preserve">[34:24] </w:t>
      </w:r>
      <w:r>
        <w:t>isi baat ko jo is mein arabi mein kahi gayi hai</w:t>
      </w:r>
    </w:p>
    <w:p>
      <w:pPr>
        <w:jc w:val="right"/>
      </w:pPr>
      <w:r>
        <w:t>اسی بات کو جو اس میں عربی میں کہی گئی ہے</w:t>
      </w:r>
    </w:p>
    <w:p>
      <w:r>
        <w:rPr>
          <w:b/>
        </w:rPr>
        <w:t xml:space="preserve">[34:28] </w:t>
      </w:r>
      <w:r>
        <w:t>aik sahib ne aik naat khwan ne is tarah kaha ke husn yusuf dam eisaid baiza daari aaj khooba hamdar to tanha daari yaani yusuf ki beauty aur hazrat maseeh ka jo aaj logon ko acha karte thay woh</w:t>
      </w:r>
    </w:p>
    <w:p>
      <w:pPr>
        <w:jc w:val="right"/>
      </w:pPr>
      <w:r>
        <w:t>ایک صاحب نے ایک نعت خوان نے اس طرح کہا کہ حسن یوسف دم عیسیٰید بیضا داری آج خوبا ہمدار تو تنہا داری یعنی یوسف کی بیوٹی اور حضرت مسیح کا جو آج لوگوں کو اچھا کرتے تھے وہ</w:t>
      </w:r>
    </w:p>
    <w:p>
      <w:r>
        <w:rPr>
          <w:b/>
        </w:rPr>
        <w:t xml:space="preserve">[34:48] </w:t>
      </w:r>
      <w:r>
        <w:t>aur hazrat moosa ka jo asaa tha woh to alag alag logon ke paas tha lekin rasool Allah ke paas sab kuch tha ab dekhen ke aap kahin aap kahin sabit karen ke sab kuch tha</w:t>
      </w:r>
    </w:p>
    <w:p>
      <w:pPr>
        <w:jc w:val="right"/>
      </w:pPr>
      <w:r>
        <w:t>اور حضرت موسیٰ کا جو عصا تھا وہ تو الگ الگ لوگوں کے پاس تھا لیکن رسول اللہ کے پاس سب کچھ تھا۔ اب دیکھیں کہ آپ کہیں آپ کہیں ثابت کریں کہ سب کچھ تھا؟</w:t>
      </w:r>
    </w:p>
    <w:p>
      <w:r>
        <w:rPr>
          <w:b/>
        </w:rPr>
        <w:t xml:space="preserve">[34:59] </w:t>
      </w:r>
      <w:r>
        <w:t>kya rasool Allah ne kahin asaa dikha kar ke</w:t>
      </w:r>
    </w:p>
    <w:p>
      <w:pPr>
        <w:jc w:val="right"/>
      </w:pPr>
      <w:r>
        <w:t>کیا رسول اللہ نے کہیں عصا دکھا کر کے</w:t>
      </w:r>
    </w:p>
    <w:p>
      <w:r>
        <w:rPr>
          <w:b/>
        </w:rPr>
        <w:t xml:space="preserve">[35:04] </w:t>
      </w:r>
      <w:r>
        <w:t>koi saamp banaya tha ajdaha banaya tha kya aap ne kisi is ko kisi murda ko acha kar diya tha aur yeh kya yeh koi saboot is ka aap de sakte hain ke woh dunya ke sab se khoobsurat insan thay</w:t>
      </w:r>
    </w:p>
    <w:p>
      <w:pPr>
        <w:jc w:val="right"/>
      </w:pPr>
      <w:r>
        <w:t>کوئی سانپ بنایا تھا اجدہا بنایا تھا؟ کیا آپ نے کسی اس کو کسی مردہ کو اچھا کر دیا تھا؟ اور یہ کیا یہ کوئی ثبوت اس کا آپ دے سکتے ہیں کہ وہ دنیا کے سب سے خوبصورت انسان تھے؟</w:t>
      </w:r>
    </w:p>
    <w:p>
      <w:r>
        <w:rPr>
          <w:b/>
        </w:rPr>
        <w:t xml:space="preserve">[35:18] </w:t>
      </w:r>
      <w:r>
        <w:t>yeh sab cheezein kahani ki baatein hain sirf</w:t>
      </w:r>
    </w:p>
    <w:p>
      <w:pPr>
        <w:jc w:val="right"/>
      </w:pPr>
      <w:r>
        <w:t>یہ سب چیزیں کہانی کی باتیں ہیں صرف۔</w:t>
      </w:r>
    </w:p>
    <w:p>
      <w:r>
        <w:rPr>
          <w:b/>
        </w:rPr>
        <w:t xml:space="preserve">[35:22] </w:t>
      </w:r>
      <w:r>
        <w:t>lekin woh jo kaha is ne ke he faced adversity with the determination to wring success out of failure aik tareekhi haqeeqat hai</w:t>
      </w:r>
    </w:p>
    <w:p>
      <w:pPr>
        <w:jc w:val="right"/>
      </w:pPr>
      <w:r>
        <w:t>لیکن وہ جو کہا اس نے کہ ہی فیسڈ ایڈورسٹی ود دی ڈیٹرمینیشن ٹو رنگ سکسیس آؤٹ آف فیلیر ایک تاریخی حقیقت ہے۔</w:t>
      </w:r>
    </w:p>
    <w:p>
      <w:r>
        <w:rPr>
          <w:b/>
        </w:rPr>
        <w:t xml:space="preserve">[35:33] </w:t>
      </w:r>
      <w:r>
        <w:t>sirf tareekhi mutale se aap jaan sakte hain ke waqai aise hua ke kis tarah se aap ne</w:t>
      </w:r>
    </w:p>
    <w:p>
      <w:pPr>
        <w:jc w:val="right"/>
      </w:pPr>
      <w:r>
        <w:t>صرف تاریخی مطالعے سے آپ جان سکتے ہیں کہ واقعی ایسے ہوا۔ کہ کس طرح سے آپ نے</w:t>
      </w:r>
    </w:p>
    <w:p>
      <w:r>
        <w:rPr>
          <w:b/>
        </w:rPr>
        <w:t xml:space="preserve">[35:40] </w:t>
      </w:r>
      <w:r>
        <w:t>main aksar sochta hoon ke Alfred Adler ne jo baat kahi hai is ne likha hai ke main apni kitaab jo is ki hai the individual psychology ke main ne apni poori zindagi insan ko parha main</w:t>
      </w:r>
    </w:p>
    <w:p>
      <w:pPr>
        <w:jc w:val="right"/>
      </w:pPr>
      <w:r>
        <w:t>میں اکثر سوچتا ہوں کہ الفریڈ آڈلر نے جو بات کہی ہے اس نے لکھا ہے کہ میں اپنی کتاب جو اس کی ہے دی انفرادی نفسیات کہ میں نے اپنی پوری زندگی انسان کو پڑھا میں۔</w:t>
      </w:r>
    </w:p>
    <w:p>
      <w:r>
        <w:rPr>
          <w:b/>
        </w:rPr>
        <w:t xml:space="preserve">[35:58] </w:t>
      </w:r>
      <w:r>
        <w:t>main mera subject tha</w:t>
      </w:r>
    </w:p>
    <w:p>
      <w:pPr>
        <w:jc w:val="right"/>
      </w:pPr>
      <w:r>
        <w:t>میں میرا سبجیکٹ تھا۔</w:t>
      </w:r>
    </w:p>
    <w:p>
      <w:r>
        <w:rPr>
          <w:b/>
        </w:rPr>
        <w:t xml:space="preserve">[36:00] </w:t>
      </w:r>
      <w:r>
        <w:t>to insan ko parha main ne to woh kehta hai ke sab se anokhi cheez jo main ne paai insan ke andar woh kya thi there power to turn a minus into a plus apne minus ko plus mein badal dena</w:t>
      </w:r>
    </w:p>
    <w:p>
      <w:pPr>
        <w:jc w:val="right"/>
      </w:pPr>
      <w:r>
        <w:t>تو انسان کو پڑھا میں نے۔ تو وہ کہتا ہے کہ سب سے انوکھی چیز جو میں نے پائی انسان کے اندر وہ کیا تھی؟ دیر پاور ٹو ٹرن اے مائنس انٹو اے پلس اپنے مائنس کو پلس میں بدل دینا۔</w:t>
      </w:r>
    </w:p>
    <w:p>
      <w:r>
        <w:rPr>
          <w:b/>
        </w:rPr>
        <w:t xml:space="preserve">[36:19] </w:t>
      </w:r>
      <w:r>
        <w:t>poori tareekh mein aik hi insan aisa hai yaani peghambar e islam jo poore poore tor par poora utarta hai aap ka aap ki zindagi is par</w:t>
      </w:r>
    </w:p>
    <w:p>
      <w:pPr>
        <w:jc w:val="right"/>
      </w:pPr>
      <w:r>
        <w:t>پوری تاریخ میں ایک ہی انسان ایسا ہے یعنی پیغمبر اسلام جو پورے پورے طور پر پورا اترتا ہے آپ کا آپ کی زندگی اس پر۔</w:t>
      </w:r>
    </w:p>
    <w:p>
      <w:r>
        <w:rPr>
          <w:b/>
        </w:rPr>
        <w:t xml:space="preserve">[36:32] </w:t>
      </w:r>
      <w:r>
        <w:t>jo har qism ki aap ko minus har qism ki yani rukawatein padin har qism ki hostility pesh aayi aap ko</w:t>
      </w:r>
    </w:p>
    <w:p>
      <w:pPr>
        <w:jc w:val="right"/>
      </w:pPr>
      <w:r>
        <w:t>جو ہر قسم کی آپ کو مائنس ہر قسم کی یعنی رکاوٹیں پڑیں ہر قسم کی ہوسٹیلٹی پیش آئی آپ کو</w:t>
      </w:r>
    </w:p>
    <w:p>
      <w:r>
        <w:rPr>
          <w:b/>
        </w:rPr>
        <w:t xml:space="preserve">[36:42] </w:t>
      </w:r>
      <w:r>
        <w:t>saalon ka aap ke yani jo bhi rukawatein ho sakti hain woh sab aap ko pesh aayin. lekin aap ne is tarah manage kiya is tarah se planning ki ke sach much aap ne minus ko plus bana diya.</w:t>
      </w:r>
    </w:p>
    <w:p>
      <w:pPr>
        <w:jc w:val="right"/>
      </w:pPr>
      <w:r>
        <w:t>سالوں کا آپ کے یعنی جو بھی رکاوٹیں ہو سکتی ہیں وہ سب آپ کو پیش آئیں۔ لیکن آپ نے اس طرح مینج کیا اس طرح سے پلاننگ کی کہ سچ مچ آپ نے مائنس کو پلس بنا دیا۔</w:t>
      </w:r>
    </w:p>
    <w:p>
      <w:r>
        <w:rPr>
          <w:b/>
        </w:rPr>
        <w:t xml:space="preserve">[36:56] </w:t>
      </w:r>
      <w:r>
        <w:t>negative ko musbat bana diya.</w:t>
      </w:r>
    </w:p>
    <w:p>
      <w:pPr>
        <w:jc w:val="right"/>
      </w:pPr>
      <w:r>
        <w:t>نیگیٹیو کو مثبت بنا دیا۔</w:t>
      </w:r>
    </w:p>
    <w:p>
      <w:r>
        <w:rPr>
          <w:b/>
        </w:rPr>
        <w:t xml:space="preserve">[36:58] </w:t>
      </w:r>
      <w:r>
        <w:t>manfi ko faida bana diya. to is ka yahi kehna hai ke insaan ke baray mein ke der power to turn a minus in to a plus is ki sab se zyada poori tareekh mein sab se zyada yani</w:t>
      </w:r>
    </w:p>
    <w:p>
      <w:pPr>
        <w:jc w:val="right"/>
      </w:pPr>
      <w:r>
        <w:t>منفی کو فائدہ بنا دیا۔ تو اس کا یہی کہنا ہے کہ انسان کے بارے میں کہ دیر پاور ٹو ٹرن اے مائنس انٹو اے پلس اس کی سب سے زیادہ پوری تاریخ میں سب سے زیادہ یعنی</w:t>
      </w:r>
    </w:p>
    <w:p>
      <w:r>
        <w:rPr>
          <w:b/>
        </w:rPr>
        <w:t xml:space="preserve">[37:16] </w:t>
      </w:r>
      <w:r>
        <w:t>kamyab jo misaal hai woh rasool Allah ka hai. yeh tareekh ab woh jo naaton mein jo tareefein karte hain us se kiya faida?</w:t>
      </w:r>
    </w:p>
    <w:p>
      <w:pPr>
        <w:jc w:val="right"/>
      </w:pPr>
      <w:r>
        <w:t>کامیاب جو مثال ہے وہ رسول اللہ کا ہے۔ یہ تاریخ اب وہ جو نعتوں میں جو تعریفیں کرتے ہیں اس سے کیا فائدہ؟</w:t>
      </w:r>
    </w:p>
    <w:p>
      <w:r>
        <w:rPr>
          <w:b/>
        </w:rPr>
        <w:t xml:space="preserve">[37:29] </w:t>
      </w:r>
      <w:r>
        <w:t>us se kiya faida? faida is cheez mein hai ke aaj ka jo aqli zehn hai jo saansai zehn hai us se is mein kiya milega is ko bataiye?</w:t>
      </w:r>
    </w:p>
    <w:p>
      <w:pPr>
        <w:jc w:val="right"/>
      </w:pPr>
      <w:r>
        <w:t>اس سے کیا فائدہ؟ فائدہ اس چیز میں ہے کہ آج کا جو عقلی ذہن ہے جو سائنسی ذہن ہے اس سے اس میں کیا ملے گا اس کو بتائیے؟</w:t>
      </w:r>
    </w:p>
    <w:p>
      <w:r>
        <w:rPr>
          <w:b/>
        </w:rPr>
        <w:t xml:space="preserve">[37:41] </w:t>
      </w:r>
      <w:r>
        <w:t>kuch bhi nahi milega.</w:t>
      </w:r>
    </w:p>
    <w:p>
      <w:pPr>
        <w:jc w:val="right"/>
      </w:pPr>
      <w:r>
        <w:t>کچھ بھی نہیں ملے گا۔</w:t>
      </w:r>
    </w:p>
    <w:p>
      <w:r>
        <w:rPr>
          <w:b/>
        </w:rPr>
        <w:t xml:space="preserve">[37:45] </w:t>
      </w:r>
      <w:r>
        <w:t>to is wajah se yeh jo kaha gaya Quran majeed mein ke Khuda tum ko maqam mehmood par khara karega</w:t>
      </w:r>
    </w:p>
    <w:p>
      <w:pPr>
        <w:jc w:val="right"/>
      </w:pPr>
      <w:r>
        <w:t>تو اس وجہ سے یہ جو کہا گیا قرآن مجید میں کہ خدا تم کو مقام محمود پر کھڑا کرے گا</w:t>
      </w:r>
    </w:p>
    <w:p>
      <w:r>
        <w:rPr>
          <w:b/>
        </w:rPr>
        <w:t xml:space="preserve">[37:56] </w:t>
      </w:r>
      <w:r>
        <w:t>to is ka matlab mein yeh samajhta hoon ke aap ki nabuwat qaim shuda nabuwat hogi tareekhi nabuwat hogi. aap ki nabuwat ko aap ki peghambari ko tareekhi aitbaar milega.</w:t>
      </w:r>
    </w:p>
    <w:p>
      <w:pPr>
        <w:jc w:val="right"/>
      </w:pPr>
      <w:r>
        <w:t>تو اس کا مطلب میں یہ سمجھتا ہوں کہ آپ کی نبوت قائم شدہ نبوت ہوگی تاریخی نبوت ہوگی۔ آپ کی نبوت کو آپ کی پیغمبری کو تاریخی اعتبار ملے گا۔</w:t>
      </w:r>
    </w:p>
    <w:p>
      <w:r>
        <w:rPr>
          <w:b/>
        </w:rPr>
        <w:t xml:space="preserve">[38:11] </w:t>
      </w:r>
      <w:r>
        <w:t>yeh aik hi istithna hai poore saaray nabiyon ki tareekh mein.</w:t>
      </w:r>
    </w:p>
    <w:p>
      <w:pPr>
        <w:jc w:val="right"/>
      </w:pPr>
      <w:r>
        <w:t>یہ ایک ہی استثنا ہے پورے سارے نبیوں کی تاریخ میں۔</w:t>
      </w:r>
    </w:p>
    <w:p>
      <w:r>
        <w:rPr>
          <w:b/>
        </w:rPr>
        <w:t xml:space="preserve">[38:17] </w:t>
      </w:r>
      <w:r>
        <w:t>saaray nabiyon ki tareekh mein aik hi istithna hai yeh.</w:t>
      </w:r>
    </w:p>
    <w:p>
      <w:pPr>
        <w:jc w:val="right"/>
      </w:pPr>
      <w:r>
        <w:t>سارے نبیوں کی تاریخ میں ایک ہی استثنا ہے یہ۔</w:t>
      </w:r>
    </w:p>
    <w:p>
      <w:r>
        <w:rPr>
          <w:b/>
        </w:rPr>
        <w:t xml:space="preserve">[38:23] </w:t>
      </w:r>
      <w:r>
        <w:t>to yeh aksar yahi hua hai ke logon ne bari bari baatein jo hain bari bari baatein is ko purasrar bana diya purasrar.</w:t>
      </w:r>
    </w:p>
    <w:p>
      <w:pPr>
        <w:jc w:val="right"/>
      </w:pPr>
      <w:r>
        <w:t>تو یہ اکثر یہی ہوا ہے کہ لوگوں نے بڑی بڑی باتیں جو ہیں بڑی بڑی باتیں اس کو پراسرار بنا دیا پراسرار۔</w:t>
      </w:r>
    </w:p>
    <w:p>
      <w:r>
        <w:rPr>
          <w:b/>
        </w:rPr>
        <w:t xml:space="preserve">[38:35] </w:t>
      </w:r>
      <w:r>
        <w:t>isay aaj ka jo insaan hai jis ka jis ke andar aqli soch hai to in kitabon ko parh kar is ka zehn address nahi hota. in kitabon ko to kuch milta nahi.</w:t>
      </w:r>
    </w:p>
    <w:p>
      <w:pPr>
        <w:jc w:val="right"/>
      </w:pPr>
      <w:r>
        <w:t>اسے آج کا جو انسان ہے جس کا جس کے اندر عقلی سوچ ہے تو ان کتابوں کو پڑھ کر اس کا ذہن ایڈریس نہیں ہوتا۔ ان کتابوں کو تو کچھ ملتا نہیں۔</w:t>
      </w:r>
    </w:p>
    <w:p>
      <w:r>
        <w:rPr>
          <w:b/>
        </w:rPr>
        <w:t xml:space="preserve">[38:47] </w:t>
      </w:r>
      <w:r>
        <w:t>aur jo ghair muslimon ne jo kitabein likhi hain us mein zyada is ka zehn address hota hai.</w:t>
      </w:r>
    </w:p>
    <w:p>
      <w:pPr>
        <w:jc w:val="right"/>
      </w:pPr>
      <w:r>
        <w:t>اور جو غیر مسلموں نے جو کتابیں لکھی ہیں اس میں زیادہ اس کا ذہن ایڈریس ہوتا ہے۔</w:t>
      </w:r>
    </w:p>
    <w:p>
      <w:r>
        <w:rPr>
          <w:b/>
        </w:rPr>
        <w:t xml:space="preserve">[38:55] </w:t>
      </w:r>
      <w:r>
        <w:t>jaise woh aik khatoon jo bartanvi khatoon hai Karen Armstrong itni achi kitab hai mein is waqt tak kisi musalman ne aisi kitab nahi likhi.</w:t>
      </w:r>
    </w:p>
    <w:p>
      <w:pPr>
        <w:jc w:val="right"/>
      </w:pPr>
      <w:r>
        <w:t>جیسے وہ ایک خاتون جو برطانوی خاتون ہے کرن آرم اسٹرانگ اتنی اچھی کتاب ہے میں اس وقت تک کسی مسلمان نے ایسی کتاب نہیں لکھی۔</w:t>
      </w:r>
    </w:p>
    <w:p>
      <w:r>
        <w:rPr>
          <w:b/>
        </w:rPr>
        <w:t xml:space="preserve">[39:06] </w:t>
      </w:r>
      <w:r>
        <w:t>Karen Armstrong woh parhnay qabil hai. kyun ke musalmanon ki itni kitabein hain woh sab kiya hai</w:t>
      </w:r>
    </w:p>
    <w:p>
      <w:pPr>
        <w:jc w:val="right"/>
      </w:pPr>
      <w:r>
        <w:t>کرن آرم اسٹرانگ وہ پڑھنے قابل ہے۔ کیونکہ مسلمانوں کی اتنی کتابیں ہیں وہ سب کیا ہے</w:t>
      </w:r>
    </w:p>
    <w:p>
      <w:r>
        <w:rPr>
          <w:b/>
        </w:rPr>
        <w:t xml:space="preserve">[39:15] </w:t>
      </w:r>
      <w:r>
        <w:t>is mein tareef ki zabaan hai purasrar tareeqay se aap ko barhai bayan ki gayi hai. ab jaise mein aik misaal doon aap ko aik kitab hai Al-Nabi Al-Khatam</w:t>
      </w:r>
    </w:p>
    <w:p>
      <w:pPr>
        <w:jc w:val="right"/>
      </w:pPr>
      <w:r>
        <w:t>اس میں تعریف کی زبان ہے پراسرار طریقے سے آپ کو بڑائی بیان کی گئی ہے۔ اب جیسے میں ایک مثال دوں آپ کو ایک کتاب ہے النبی الخاتم</w:t>
      </w:r>
    </w:p>
    <w:p>
      <w:r>
        <w:rPr>
          <w:b/>
        </w:rPr>
        <w:t xml:space="preserve">[39:28] </w:t>
      </w:r>
      <w:r>
        <w:t>to is ka kamaal kiya hai? poori kitab mein is mein ghair munqoot jo alfaaz mein likhi gayi hai. yani woh is mein nuqta nahi hai.</w:t>
      </w:r>
    </w:p>
    <w:p>
      <w:pPr>
        <w:jc w:val="right"/>
      </w:pPr>
      <w:r>
        <w:t>تو اس کا کمال کیا ہے؟ پوری کتاب میں اس میں غیر منقوط جو الفاظ میں لکھی گئی ہے۔ یعنی وہ اس میں نقطہ نہیں ہے۔</w:t>
      </w:r>
    </w:p>
    <w:p>
      <w:r>
        <w:rPr>
          <w:b/>
        </w:rPr>
        <w:t xml:space="preserve">[39:39] </w:t>
      </w:r>
      <w:r>
        <w:t>to yeh koi yeh to aik woh hai aik kartab hai. is se kiya faida hai? aaj ke aqli zehn ko kiya faiday milenge is se?</w:t>
      </w:r>
    </w:p>
    <w:p>
      <w:pPr>
        <w:jc w:val="right"/>
      </w:pPr>
      <w:r>
        <w:t>تو یہ کوئی یہ تو ایک وہ ہے ایک کرتب ہے۔ اس سے کیا فائدہ ہے؟ آج کے عقلی ذہن کو کیا فائدے ملیں گے اس سے؟</w:t>
      </w:r>
    </w:p>
    <w:p>
      <w:r>
        <w:rPr>
          <w:b/>
        </w:rPr>
        <w:t xml:space="preserve">[39:50] </w:t>
      </w:r>
      <w:r>
        <w:t>to beharhaal mein ne aksar kitabein parhi hain mein keh sakta hoon ke ke shuru mein jo kitabein likhi gayi theen Ibn Ishaq ki aur Ibn e Shami ki woh to theek hai.</w:t>
      </w:r>
    </w:p>
    <w:p>
      <w:pPr>
        <w:jc w:val="right"/>
      </w:pPr>
      <w:r>
        <w:t>تو بہرحال میں نے اکثر کتابیں پڑھی ہیں میں کہہ سکتا ہوں کہ کہ شروع میں جو کتابیں لکھی گئی تھیں ابن اسحاق کی اور ابن شام کی وہ تو ٹھیک ہے۔</w:t>
      </w:r>
    </w:p>
    <w:p>
      <w:r>
        <w:rPr>
          <w:b/>
        </w:rPr>
        <w:t xml:space="preserve">[40:05] </w:t>
      </w:r>
      <w:r>
        <w:t>lekin baad ko jo unhon ne likha hai</w:t>
      </w:r>
    </w:p>
    <w:p>
      <w:pPr>
        <w:jc w:val="right"/>
      </w:pPr>
      <w:r>
        <w:t>لیکن بعد کو جو انہوں نے لکھا ہے</w:t>
      </w:r>
    </w:p>
    <w:p>
      <w:r>
        <w:rPr>
          <w:b/>
        </w:rPr>
        <w:t xml:space="preserve">[40:08] </w:t>
      </w:r>
      <w:r>
        <w:t>woh sab tareefi zabaan mein hai bas manqabat ki zabaan mein aur naat ki zabaan mein hai. bas afzal saabit karna yeh un ka sab se bara masla hota hai.</w:t>
      </w:r>
    </w:p>
    <w:p>
      <w:pPr>
        <w:jc w:val="right"/>
      </w:pPr>
      <w:r>
        <w:t>وہ سب تعریفی زبان میں ہے بس منقبت کی زبان میں اور نعت کی زبان میں ہے۔ بس افضل ثابت کرنا یہ ان کا سب سے بڑا مسئلہ ہوتا ہے۔</w:t>
      </w:r>
    </w:p>
    <w:p>
      <w:r>
        <w:rPr>
          <w:b/>
        </w:rPr>
        <w:t xml:space="preserve">[40:19] </w:t>
      </w:r>
      <w:r>
        <w:t>to beharhaal maqam mehmood ka matlab hai rasool Allah ko tareekhi</w:t>
      </w:r>
    </w:p>
    <w:p>
      <w:pPr>
        <w:jc w:val="right"/>
      </w:pPr>
      <w:r>
        <w:t>تو بہرحال مقام محمود کا مطلب ہے رسول اللہ کو تاریخی</w:t>
      </w:r>
    </w:p>
    <w:p>
      <w:r>
        <w:rPr>
          <w:b/>
        </w:rPr>
        <w:t xml:space="preserve">[40:26] </w:t>
      </w:r>
      <w:r>
        <w:t>aitbaar dena. tareekhi tor par aik qaim shuda nabuwat ka darja dena aap ko. aur yeh bohat hi bari baat hai.</w:t>
      </w:r>
    </w:p>
    <w:p>
      <w:pPr>
        <w:jc w:val="right"/>
      </w:pPr>
      <w:r>
        <w:t>اعتبار دینا۔ تاریخی طور پر ایک قائم شدہ نبوت کا درجہ دینا آپ کو۔ اور یہ بہت ہی بڑی بات ہے۔</w:t>
      </w:r>
    </w:p>
    <w:p>
      <w:r>
        <w:rPr>
          <w:b/>
        </w:rPr>
        <w:t xml:space="preserve">[40:35] </w:t>
      </w:r>
      <w:r>
        <w:t>kyun ke is ki wajah se aap aaj ke insaan ke liye</w:t>
      </w:r>
    </w:p>
    <w:p>
      <w:pPr>
        <w:jc w:val="right"/>
      </w:pPr>
      <w:r>
        <w:t>کیونکہ اس کی وجہ سے آپ آج کے انسان کے لیے</w:t>
      </w:r>
    </w:p>
    <w:p>
      <w:r>
        <w:rPr>
          <w:b/>
        </w:rPr>
        <w:t xml:space="preserve">[40:42] </w:t>
      </w:r>
      <w:r>
        <w:t>yani aaj ke insaan ko majboor hona parta hai maannay par aap ko. agar yeh cheez na hoti aap ke andar to aaj ka insaan na maanta.</w:t>
      </w:r>
    </w:p>
    <w:p>
      <w:pPr>
        <w:jc w:val="right"/>
      </w:pPr>
      <w:r>
        <w:t>یعنی آج کے انسان کو مجبور ہونا پڑتا ہے ماننے پر آپ کو۔ اگر یہ چیز نہ ہوتی آپ کے اندر تو آج کا انسان نہ مانتا۔</w:t>
      </w:r>
    </w:p>
    <w:p>
      <w:r>
        <w:rPr>
          <w:b/>
        </w:rPr>
        <w:t xml:space="preserve">[40:53] </w:t>
      </w:r>
      <w:r>
        <w:t>kyunke aaj ka insaan jitne bhi jo mythological figure hain un ko radd kar chuka hai.</w:t>
      </w:r>
    </w:p>
    <w:p>
      <w:pPr>
        <w:jc w:val="right"/>
      </w:pPr>
      <w:r>
        <w:t>کیونکہ آج کا انسان جتنے بھی جو مائتھولوجیکل فگر ہیں ان کو رد کر چکا ہے۔</w:t>
      </w:r>
    </w:p>
    <w:p>
      <w:r>
        <w:rPr>
          <w:b/>
        </w:rPr>
        <w:t xml:space="preserve">[41:00] </w:t>
      </w:r>
      <w:r>
        <w:t>misal ke taur par Ram aur Krishan jo hai jo mathaliye hain aaj ka parha likha Hindu jo hai nahi maanta un ko. jo khazane ke sirf Hindu wohi maantay hain.</w:t>
      </w:r>
    </w:p>
    <w:p>
      <w:pPr>
        <w:jc w:val="right"/>
      </w:pPr>
      <w:r>
        <w:t>مثال کے طور پر رام اور کرشن جو ہے جو ماتھالیے ہیں آج کا پڑھا لکھا ہندو جو ہے نہیں مانتا ان کو۔ جو خزانے کے صرف ہندو وہی مانتے ہیں۔</w:t>
      </w:r>
    </w:p>
    <w:p>
      <w:r>
        <w:rPr>
          <w:b/>
        </w:rPr>
        <w:t xml:space="preserve">[41:13] </w:t>
      </w:r>
      <w:r>
        <w:t>to yeh aaj ka aap aaj ke peghambar banne walay thay. isay aap ko tareekhi aitbaar di gayi.</w:t>
      </w:r>
    </w:p>
    <w:p>
      <w:pPr>
        <w:jc w:val="right"/>
      </w:pPr>
      <w:r>
        <w:t>تو یہ آج کا آپ آج کے پیغمبر بننے والے تھے۔ اسے آپ کو تاریخی اعتبار دی گئی۔</w:t>
      </w:r>
    </w:p>
    <w:p>
      <w:r>
        <w:rPr>
          <w:b/>
        </w:rPr>
        <w:t xml:space="preserve">[41:23] </w:t>
      </w:r>
      <w:r>
        <w:t>yeh hai maqam mehmood ka matlab. yeh is baat ka saboot hai ke aap aakhri peghambar hain. aap ki peghambari jo hai woh qayamat tak jaari rahe gi.</w:t>
      </w:r>
    </w:p>
    <w:p>
      <w:pPr>
        <w:jc w:val="right"/>
      </w:pPr>
      <w:r>
        <w:t>یہ ہے مقام محمود کا مطلب۔ یہ اس بات کا ثبوت ہے کہ آپ آخری پیغمبر ہیں۔ آپ کی پیغمبری جو ہے وہ قیامت تک جاری رہے گی۔</w:t>
      </w:r>
    </w:p>
    <w:p>
      <w:r>
        <w:rPr>
          <w:b/>
        </w:rPr>
        <w:t xml:space="preserve">[41:35] </w:t>
      </w:r>
      <w:r>
        <w:t>ab koi aur nabi aanay wala nahi hai.</w:t>
      </w:r>
    </w:p>
    <w:p>
      <w:pPr>
        <w:jc w:val="right"/>
      </w:pPr>
      <w:r>
        <w:t>اب کوئی اور نبی آنے والا نہیں ہے۔</w:t>
      </w:r>
    </w:p>
    <w:p>
      <w:r>
        <w:rPr>
          <w:b/>
        </w:rPr>
        <w:t xml:space="preserve">[41:41] </w:t>
      </w:r>
      <w:r>
        <w:t>aqool qooli haza wastaghfir ullaha alay wa kum ajmaeen.</w:t>
      </w:r>
    </w:p>
    <w:p>
      <w:pPr>
        <w:jc w:val="right"/>
      </w:pPr>
      <w:r>
        <w:t>اقول قولیھذا واستغفراللہ علی ویلکم اجمعین۔</w:t>
      </w:r>
    </w:p>
    <w:p>
      <w:r>
        <w:rPr>
          <w:b/>
        </w:rPr>
        <w:t xml:space="preserve">[42:00] </w:t>
      </w:r>
      <w:r>
        <w:t>aap</w:t>
      </w:r>
    </w:p>
    <w:p>
      <w:pPr>
        <w:jc w:val="right"/>
      </w:pPr>
      <w:r>
        <w:t>آپ</w:t>
      </w:r>
    </w:p>
    <w:p>
      <w:r>
        <w:rPr>
          <w:b/>
        </w:rPr>
        <w:t xml:space="preserve">[42:02] </w:t>
      </w:r>
      <w:r>
        <w:t>ne kaha hua hai ke prayer to prophet normal times all the writings were centered around the king's history recordings of history were centered around the king and during the prophet's time it underwent entire change.</w:t>
      </w:r>
    </w:p>
    <w:p>
      <w:pPr>
        <w:jc w:val="right"/>
      </w:pPr>
      <w:r>
        <w:t>نے کہا ہوا ہے کہ پرائیر ٹو پرافٹ نورملز ٹائم آل دا رائٹنگز وار سینٹرڈ اراؤنڈ دا کنگز ہسٹری ریکارڈنگز آف ہسٹری وار سینٹرڈ اراؤنڈ دا کنگ اینڈ ڈورنگ دا پرافٹس ٹائم اٹ انڈر وینٹ انٹائر چینج۔</w:t>
      </w:r>
    </w:p>
    <w:p>
      <w:r>
        <w:rPr>
          <w:b/>
        </w:rPr>
        <w:t xml:space="preserve">[42:19] </w:t>
      </w:r>
      <w:r>
        <w:t>main yeh samajh mein nahi aaya abhi is mein meri hum ne pakra nahi theek se ke</w:t>
      </w:r>
    </w:p>
    <w:p>
      <w:pPr>
        <w:jc w:val="right"/>
      </w:pPr>
      <w:r>
        <w:t>میں یہ سمجھ میں نہیں آیا ابھی اس میں میری ہم نے پکڑا نہیں ٹھیک سے کہ</w:t>
      </w:r>
    </w:p>
    <w:p>
      <w:r>
        <w:rPr>
          <w:b/>
        </w:rPr>
        <w:t xml:space="preserve">[42:23] </w:t>
      </w:r>
      <w:r>
        <w:t>yeh change kaise aaya? humm kab konsa change? aap ne kaha na prophet se pehle pehle ke time historical koi recording nahi hai kyunke king hota tha center.</w:t>
      </w:r>
    </w:p>
    <w:p>
      <w:pPr>
        <w:jc w:val="right"/>
      </w:pPr>
      <w:r>
        <w:t>یہ چینج کیسے آیا؟ ہمم کب کون سا چینج؟ آپ نے کہا نا پرافٹ سے پہلے پہلے کے ٹائم ہسٹوریکل کوئی ریکارڈنگ نہیں ہے کیونکہ کنگ ہوتا تھا سینٹر۔</w:t>
      </w:r>
    </w:p>
    <w:p>
      <w:r>
        <w:rPr>
          <w:b/>
        </w:rPr>
        <w:t xml:space="preserve">[42:36] </w:t>
      </w:r>
      <w:r>
        <w:t>dekhein ek hai ke</w:t>
      </w:r>
    </w:p>
    <w:p>
      <w:pPr>
        <w:jc w:val="right"/>
      </w:pPr>
      <w:r>
        <w:t>دیکھیں ایک ہے کہ</w:t>
      </w:r>
    </w:p>
    <w:p>
      <w:r>
        <w:rPr>
          <w:b/>
        </w:rPr>
        <w:t xml:space="preserve">[42:42] </w:t>
      </w:r>
      <w:r>
        <w:t>sab log maantay hain is ko ke accept prophet Muhammad koi bhi tareekhi figure nahi yeh to ek maani hui baat hai.</w:t>
      </w:r>
    </w:p>
    <w:p>
      <w:pPr>
        <w:jc w:val="right"/>
      </w:pPr>
      <w:r>
        <w:t>سب لوگ مانتے ہیں اس کو کہ ایکسیپٹ پرافٹ محمد کوئی بھی تاریخی فگر نہیں یہ تو ایک مانی ہوئی بات ہے۔</w:t>
      </w:r>
    </w:p>
    <w:p>
      <w:r>
        <w:rPr>
          <w:b/>
        </w:rPr>
        <w:t xml:space="preserve">[42:53] </w:t>
      </w:r>
      <w:r>
        <w:t>main ne wazahat karne ke liye kaha ke aisa kyun hai? to yeh to ek maani hui baat hai ke</w:t>
      </w:r>
    </w:p>
    <w:p>
      <w:pPr>
        <w:jc w:val="right"/>
      </w:pPr>
      <w:r>
        <w:t>میں نے وضاحت کرنے کے لیے کہا کہ ایسا کیوں ہے؟ تو یہ تو ایک مانی ہوئی بات ہے کہ</w:t>
      </w:r>
    </w:p>
    <w:p>
      <w:r>
        <w:rPr>
          <w:b/>
        </w:rPr>
        <w:t xml:space="preserve">[43:02] </w:t>
      </w:r>
      <w:r>
        <w:t>ke Muhammad ke siwa kisi ki bhi tareekh jo hai nahi hai recorded recorded nahi woh faith woh faith ke aitbaar se peghambar hain tareekh ke aitbaar se nahi.</w:t>
      </w:r>
    </w:p>
    <w:p>
      <w:pPr>
        <w:jc w:val="right"/>
      </w:pPr>
      <w:r>
        <w:t>کہ محمد کے سوا کسی کی بھی تاریخ جو ہے نہیں ہے ریکارڈڈ ریکارڈڈ نہیں وہ فیتھ وہ فیتھ کے اعتبار سے پیغمبر ہیں تاریخ کے اعتبار سے نہیں۔</w:t>
      </w:r>
    </w:p>
    <w:p>
      <w:r>
        <w:rPr>
          <w:b/>
        </w:rPr>
        <w:t xml:space="preserve">[43:12] </w:t>
      </w:r>
      <w:r>
        <w:t>matlab mera ek matlab hai ke tareekhi tor par tasleem shuda peghambar jo main ne kaha tha na ke maqam mehmood</w:t>
      </w:r>
    </w:p>
    <w:p>
      <w:pPr>
        <w:jc w:val="right"/>
      </w:pPr>
      <w:r>
        <w:t>مطلب میرا ایک مطلب ہے کہ تاریخی طور پر تسلیم شدہ پیغمبر جو میں نے کہا تھا نا کہ مقام محمود</w:t>
      </w:r>
    </w:p>
    <w:p>
      <w:r>
        <w:rPr>
          <w:b/>
        </w:rPr>
        <w:t xml:space="preserve">[43:21] </w:t>
      </w:r>
      <w:r>
        <w:t>maqam mehmood ka literal translation jo hai ke tareef ki tareef ki jagah parhez vardi state lekin is ka matlab yahi hai ke tareekhi tor par tasleem shuda peghambar ka darja aap ko diya jaye ga.</w:t>
      </w:r>
    </w:p>
    <w:p>
      <w:pPr>
        <w:jc w:val="right"/>
      </w:pPr>
      <w:r>
        <w:t>مقام محمود کا لٹرل ٹرانسلیشن جو ہے کہ تعریف کی تعریف کی جگہ پرہیز وردی اسٹیٹ لیکن اس کا مطلب یہی ہے کہ تاریخی طور پر تسلیم شدہ پیغمبر کا درجہ آپ کو دیا جائے گا۔</w:t>
      </w:r>
    </w:p>
    <w:p>
      <w:r>
        <w:rPr>
          <w:b/>
        </w:rPr>
        <w:t xml:space="preserve">[43:38] </w:t>
      </w:r>
      <w:r>
        <w:t>to us waqt main ne kaha ke yeh bilkul sahi hua aur aap ko yahi darja mila.</w:t>
      </w:r>
    </w:p>
    <w:p>
      <w:pPr>
        <w:jc w:val="right"/>
      </w:pPr>
      <w:r>
        <w:t>تو اس وقت میں نے کہا کہ یہ بالکل صحیح ہوا اور آپ کو یہی درجہ ملا۔</w:t>
      </w:r>
    </w:p>
    <w:p>
      <w:r>
        <w:rPr>
          <w:b/>
        </w:rPr>
        <w:t xml:space="preserve">[43:50] </w:t>
      </w:r>
      <w:r>
        <w:t>yeh main ne ek aur baat yeh kahi ke wazahat karne ke liye ke tareekh mein</w:t>
      </w:r>
    </w:p>
    <w:p>
      <w:pPr>
        <w:jc w:val="right"/>
      </w:pPr>
      <w:r>
        <w:t>یہ میں نے ایک اور بات یہ کہی کہ وضاحت کرنے کے لیے کہ تاریخ میں</w:t>
      </w:r>
    </w:p>
    <w:p>
      <w:r>
        <w:rPr>
          <w:b/>
        </w:rPr>
        <w:t xml:space="preserve">[43:56] </w:t>
      </w:r>
      <w:r>
        <w:t>peghambar ka record kyun nahi hua? to ek rujhan tha Ibn Khaldun se pehle Ibn Khaldun ne is rujhan ko badla hai ke is se pehle yani Ibn Khaldun se pehle jo jo</w:t>
      </w:r>
    </w:p>
    <w:p>
      <w:pPr>
        <w:jc w:val="right"/>
      </w:pPr>
      <w:r>
        <w:t>پیغمبر کا ریکارڈ کیوں نہیں ہوا؟ تو ایک رجحان تھا ابن خلدون سے پہلے ابن خلدون نے اس رجحان کو بدلا ہے کہ اس سے پہلے یعنی ابن خلدون سے پہلے جو جو</w:t>
      </w:r>
    </w:p>
    <w:p>
      <w:r>
        <w:rPr>
          <w:b/>
        </w:rPr>
        <w:t xml:space="preserve">[44:14] </w:t>
      </w:r>
      <w:r>
        <w:t>jo rujhan tha tareekhi writing ka woh yahi yahi tha ke ke baray baray general aur baray baray king aur un ki king ki baatein yahi record hoti theen.</w:t>
      </w:r>
    </w:p>
    <w:p>
      <w:pPr>
        <w:jc w:val="right"/>
      </w:pPr>
      <w:r>
        <w:t>جو رجحان تھا تاریخی رائٹنگ کا وہ یہی یہی تھا کہ کہ بڑے بڑے جنرل اور بڑے بڑے کنگ اور ان کی کنگ کی باتیں یہی ریکارڈ ہوتی تھیں۔</w:t>
      </w:r>
    </w:p>
    <w:p>
      <w:r>
        <w:rPr>
          <w:b/>
        </w:rPr>
        <w:t xml:space="preserve">[44:28] </w:t>
      </w:r>
      <w:r>
        <w:t>baqi baatein record vardi samjhi nahi aati theen.</w:t>
      </w:r>
    </w:p>
    <w:p>
      <w:pPr>
        <w:jc w:val="right"/>
      </w:pPr>
      <w:r>
        <w:t>بقیہ باتیں ریکارڈ وردی سمجھی نہیں آتی تھیں۔</w:t>
      </w:r>
    </w:p>
    <w:p>
      <w:r>
        <w:rPr>
          <w:b/>
        </w:rPr>
        <w:t xml:space="preserve">[44:32] </w:t>
      </w:r>
      <w:r>
        <w:t>yeh aap kisi bhi encyclopedia mein dekh sakte hain yeh is ko mere paas hai mere paas bhi aaya hai to main bhi dikha doon ga aap ko ke Ibn Khaldun se pehle poori insaniyat ko tareekh ka subject nahi banaya gaya tha.</w:t>
      </w:r>
    </w:p>
    <w:p>
      <w:pPr>
        <w:jc w:val="right"/>
      </w:pPr>
      <w:r>
        <w:t>یہ آپ کسی بھی انسائیکلوپیڈیا میں دیکھ سکتے ہیں یہ اس کو میرے پاس ہے میرے پاس بھی آیا ہے تو میں بھی دکھا دوں گا آپ کو کہ ابن خلدون سے پہلے پوری انسانیت کو تاریخ کا سبجیکٹ نہیں بنایا گیا تھا۔</w:t>
      </w:r>
    </w:p>
    <w:p>
      <w:r>
        <w:rPr>
          <w:b/>
        </w:rPr>
        <w:t xml:space="preserve">[44:49] </w:t>
      </w:r>
      <w:r>
        <w:t>sirf king jo hai wohi subject bana hua tha tareekh ka tareekhi writing ka. Ibn Khaldun ke baad yeh rujhan badla hai aur ab poori poori insaniyat ka poori poori society ka aur aur jo kuch bhi paish aata hai society woh is sab ko tareekh mein record kiya jane laga.</w:t>
      </w:r>
    </w:p>
    <w:p>
      <w:pPr>
        <w:jc w:val="right"/>
      </w:pPr>
      <w:r>
        <w:t>صرف کنگ جو ہے وہی سبجیکٹ بنا ہوا تھا تاریخ کا تاریخی رائٹنگ کا۔ ابن خلدون کے بعد یہ رجحان بدلا ہے اور اب پوری پوری انسانیت کا پوری پوری سوسائٹی کا اور اور جو کچھ بھی پیش آتا ہے سوسائٹی وہ اس سب کو تاریخ میں ریکارڈ کیا جانے لگا۔</w:t>
      </w:r>
    </w:p>
    <w:p>
      <w:r>
        <w:rPr>
          <w:b/>
        </w:rPr>
        <w:t xml:space="preserve">[45:08] </w:t>
      </w:r>
      <w:r>
        <w:t>to yeh ek rujhan tha pehle to main ne ek is ki wazahat kiya ke kyun aisa hua ke chunchke rujhan is rujhan mein jo tha to is mein peghambar aatay nahi thay jo peghambar ke zariye se koi siyasi event nahi hui thi barri barri.</w:t>
      </w:r>
    </w:p>
    <w:p>
      <w:pPr>
        <w:jc w:val="right"/>
      </w:pPr>
      <w:r>
        <w:t>تو یہ ایک رجحان تھا پہلے تو میں نے ایک اس کی وضاحت کیا کہ کیوں ایسا ہوا کہ چونکہ رجحان اس رجحان میں جو تھا تو اس میں پیغمبر آتے نہیں تھے جو پیغمبر کے ذریعے سے کوئی سیاسی ایونٹ نہیں ہوئی تھی بڑی بڑی۔</w:t>
      </w:r>
    </w:p>
    <w:p>
      <w:r>
        <w:rPr>
          <w:b/>
        </w:rPr>
        <w:t xml:space="preserve">[45:23] </w:t>
      </w:r>
      <w:r>
        <w:t>rasool Allah ke zamane mein siyasi event huin to unhein un ko jab Roman king ka baat likhi unhon ne</w:t>
      </w:r>
    </w:p>
    <w:p>
      <w:pPr>
        <w:jc w:val="right"/>
      </w:pPr>
      <w:r>
        <w:t>رسول اللہ کے زمانے میں سیاسی ایونٹ ہوئیں تو انہیں ان کو جب رومن کنگ کا بات لکھی انہوں نے</w:t>
      </w:r>
    </w:p>
    <w:p>
      <w:r>
        <w:rPr>
          <w:b/>
        </w:rPr>
        <w:t xml:space="preserve">[45:31] </w:t>
      </w:r>
      <w:r>
        <w:t>ya Sasaithe king ke baad likhi unhon ne to rasool Allah ko bhi us waqt batana pada. Kyun ke rasool Allah ki zabani se un se shuru ho gaya hua tha takrao un logon se.</w:t>
      </w:r>
    </w:p>
    <w:p>
      <w:pPr>
        <w:jc w:val="right"/>
      </w:pPr>
      <w:r>
        <w:t>یا ساسائیتھ کنگ کے بعد لکھی انہوں نے تو رسول اللہ کو بھی اس وقت بتانا پڑا۔ کیونکہ رسول اللہ کی زبانی سے ان سے شروع ہو گیا ہوا تھا ٹکراؤ ان لوگوں سے۔</w:t>
      </w:r>
    </w:p>
    <w:p>
      <w:r>
        <w:rPr>
          <w:b/>
        </w:rPr>
        <w:t xml:space="preserve">[45:42] </w:t>
      </w:r>
      <w:r>
        <w:t>to wahi maine kaha ke Gibbon ki aap kitaab dekh sakte hain woh mere paas hai main bhi dikha sakta hoon</w:t>
      </w:r>
    </w:p>
    <w:p>
      <w:pPr>
        <w:jc w:val="right"/>
      </w:pPr>
      <w:r>
        <w:t>تو وہی میں نے کہا کہ گیبن کی آپ کتاب دیکھ سکتے ہیں وہ میرے پاس ہے میں بھی دکھا سکتا ہوں</w:t>
      </w:r>
    </w:p>
    <w:p>
      <w:r>
        <w:rPr>
          <w:b/>
        </w:rPr>
        <w:t xml:space="preserve">[45:49] </w:t>
      </w:r>
      <w:r>
        <w:t>ke is mein aik aik tareekhi figure ke taur par is pe hawala diya gaya hai is kitaab mein. To yeh to aik haqeeqat hai jo sab log mante hain ke tareekhi taur par tasleem shuda paighambar sirf aap hi hain.</w:t>
      </w:r>
    </w:p>
    <w:p>
      <w:pPr>
        <w:jc w:val="right"/>
      </w:pPr>
      <w:r>
        <w:t>کہ اس میں ایک ایک تاریخی فگر کے طور پر اس پہ حوالہ دیا گیا ہے اس کتاب میں۔ تو یہ تو ایک حقیقت ہے جو سب لوگ مانتے ہیں کہ تاریخی طور پر تسلیم شدہ پیغمبر صرف آپ ہی ہیں۔</w:t>
      </w:r>
    </w:p>
    <w:p>
      <w:r>
        <w:rPr>
          <w:b/>
        </w:rPr>
        <w:t xml:space="preserve">[46:07] </w:t>
      </w:r>
      <w:r>
        <w:t>faith ke aitbar se to bohat sare hain.</w:t>
      </w:r>
    </w:p>
    <w:p>
      <w:pPr>
        <w:jc w:val="right"/>
      </w:pPr>
      <w:r>
        <w:t>فیتھ کے اعتبار سے تو بہت سارے ہیں۔</w:t>
      </w:r>
    </w:p>
    <w:p>
      <w:r>
        <w:rPr>
          <w:b/>
        </w:rPr>
        <w:t xml:space="preserve">[46:13] </w:t>
      </w:r>
      <w:r>
        <w:t>Ah Maulana das question is from Aisha ah she writes that many hadith do not have authenticity so from where did these hadith get collected?</w:t>
      </w:r>
    </w:p>
    <w:p>
      <w:pPr>
        <w:jc w:val="right"/>
      </w:pPr>
      <w:r>
        <w:t>اہ مولانا دس کوئسچن از فرام عائشہ اہ شی رائٹس دیٹ مینی حدیث ڈو ناٹ ہیو اتھینٹیسٹی سو فرام ویر ڈیڈ دیز حدیث گیٹ کلیکٹڈ؟</w:t>
      </w:r>
    </w:p>
    <w:p>
      <w:r>
        <w:rPr>
          <w:b/>
        </w:rPr>
        <w:t xml:space="preserve">[46:28] </w:t>
      </w:r>
      <w:r>
        <w:t>Dekhein is zamane mein yeh hadith hai to waise rasool Allah ki zabani se log yaad karte the likhte the woh silsila pehle se chal raha tha lekin baqayda taur par jo hadiseen record ki gayi hain woh Abbasid period mein ki gayi hain.</w:t>
      </w:r>
    </w:p>
    <w:p>
      <w:pPr>
        <w:jc w:val="right"/>
      </w:pPr>
      <w:r>
        <w:t>دیکھیں اس زمانے میں یہ حدیث ہے تو ویسے رسول اللہ کی زبانی سے لوگ یاد کرتے تھے لکھتے تھے وہ سلسلہ پہلے سے چل رہا تھا لیکن باقاعدہ طور پر جو حدیثیں ریکارڈ کی گئی ہیں وہ عباسید پیریڈ میں کی گئی ہیں۔</w:t>
      </w:r>
    </w:p>
    <w:p>
      <w:r>
        <w:rPr>
          <w:b/>
        </w:rPr>
        <w:t xml:space="preserve">[46:47] </w:t>
      </w:r>
      <w:r>
        <w:t>To is zamane mein aik baat aap samajh lijiye ke saare jagah aik phenomenon hota tha jis ko kehte hain story teller Arabi mein kehte hain qassas Persian mein kehte hain qissa go to saari duniya mein qissa go ya story teller ya qassas hua karte the wahi Arab mein bhi the woh</w:t>
      </w:r>
    </w:p>
    <w:p>
      <w:pPr>
        <w:jc w:val="right"/>
      </w:pPr>
      <w:r>
        <w:t>تو اس زمانے میں ایک بات آپ سمجھ لیجئے کہ سارے جگہ ایک فیناومینا ہوتا تھا جس کو کہتے ہیں اسٹوری ٹیلر عربی میں کہتے ہیں قصاص پرشین میں کہتے ہیں قصہ گو تو ساری دنیا میں قصہ گو یا اسٹوری ٹیلر یا قصاص ہوا کرتے تھے وہی عرب میں بھی تھے وہ</w:t>
      </w:r>
    </w:p>
    <w:p>
      <w:r>
        <w:rPr>
          <w:b/>
        </w:rPr>
        <w:t xml:space="preserve">[47:07] </w:t>
      </w:r>
      <w:r>
        <w:t>To main main main ne apne bachpan mein aik aise story teller ko dekha hai un ka naam guru hota tha guru ab jab ghanton woh jhooti kahani bataya karte the aap log baith ke sunte the un ki bachpan mein to saari duniya mein aik phenomenon tha yeh hai</w:t>
      </w:r>
    </w:p>
    <w:p>
      <w:pPr>
        <w:jc w:val="right"/>
      </w:pPr>
      <w:r>
        <w:t>تو میں میں میں نے اپنے بچپن میں ایک ایسے اسٹوری ٹیلر کو دیکھا ہے ان کا نام گرو ہوتا تھا گرو اب جب گھنٹوں وہ جھوٹی کہانی بتایا کرتے تھے آپ لوگ بیٹھ کے سنتے تھے ان کی بچپن میں تو ساری دنیا میں ایک فیناومینا تھا یہ ہے</w:t>
      </w:r>
    </w:p>
    <w:p>
      <w:r>
        <w:rPr>
          <w:b/>
        </w:rPr>
        <w:t xml:space="preserve">[47:25] </w:t>
      </w:r>
      <w:r>
        <w:t>jab ke printed press duniya mein nahi aaya tha. Printed press nahi aaya tha aaj kal ki cheezein nahi hui thi to ab insaan jo hai novel padhta hai akhbar padhta hai is se woh us ko milta hai woh cheezein us zamane mein yeh cheezein nahi thi jab to story teller jo hai uska uska source bane hue the.</w:t>
      </w:r>
    </w:p>
    <w:p>
      <w:pPr>
        <w:jc w:val="right"/>
      </w:pPr>
      <w:r>
        <w:t>جب کہ پرنٹڈ پریس دنیا میں نہیں آیا تھا۔ پرنٹڈ پریس نہیں آیا تھا آج کل کی چیزیں نہیں ہوئی تھیں تو اب انسان جو ہے ناول پڑھتا ہے اخبار پڑھتا ہے اس سے وہ اس کو ملتا ہے وہ چیزیں اس زمانے میں یہ چیزیں نہیں تھیں جب تو اسٹوری ٹیلر جو ہے اس کا اس کا سورس بنے ہوئے تھے۔</w:t>
      </w:r>
    </w:p>
    <w:p>
      <w:r>
        <w:rPr>
          <w:b/>
        </w:rPr>
        <w:t xml:space="preserve">[47:47] </w:t>
      </w:r>
      <w:r>
        <w:t>To unhi logon ne kya kiya ke jis tarah aur bhi jhooti kahani banate the woh rasool Allah ke bare mein jhooti baatein ghari unhon ne jhooti baatein ghari aur hazaron nahi balkeh lakhon ghad dali unhon ne in logon ne lekin muhaddiseen jo the is pe baqayda kitaabein padh sakte hain aap</w:t>
      </w:r>
    </w:p>
    <w:p>
      <w:pPr>
        <w:jc w:val="right"/>
      </w:pPr>
      <w:r>
        <w:t>تو انہی لوگوں نے کیا کیا کہ جس طرح اور بھی جھوٹی کہانی بناتے تھے وہ رسول اللہ کے بارے میں جھوٹی باتیں گھڑی انہوں نے جھوٹی باتیں گھڑیں اور ہزاروں نہیں بلکہ لاکھوں گھڑ ڈالی انہوں نے ان لوگوں نے لیکن محدثین جو تھے اس پہ باقاعدہ کتابیں پڑھ سکتے ہیں آپ</w:t>
      </w:r>
    </w:p>
    <w:p>
      <w:r>
        <w:rPr>
          <w:b/>
        </w:rPr>
        <w:t xml:space="preserve">[48:06] </w:t>
      </w:r>
      <w:r>
        <w:t>jin ko hum muhaddis kehte hain jo jo yani hadith ke jo bade bade scholars the unhon ne poora aik woh banaya aik ilm rijal banaya hai insaanon ko parakhne ka woh tareeqa itna zyada unhon ne mehnatain ki ke kabhi history mein pehle is se hua nahi is se baad ho sakta hai</w:t>
      </w:r>
    </w:p>
    <w:p>
      <w:pPr>
        <w:jc w:val="right"/>
      </w:pPr>
      <w:r>
        <w:t>جن کو ہم محدث کہتے ہیں جو جو یعنی حدیث کے جو بڑے بڑے سکالرز تھے انہوں نے پورا ایک وہ بنایا ایک علم فن رجال بنایا ہے انسانوں کو پرکھنے کا وہ طریقہ اتنا زیادہ انہوں نے محنتیں کیں کہ کبھی ہسٹری میں پہلے اس سے ہوا نہیں اس سے بعد ہو سکتا ہے</w:t>
      </w:r>
    </w:p>
    <w:p>
      <w:r>
        <w:rPr>
          <w:b/>
        </w:rPr>
        <w:t xml:space="preserve">[48:29] </w:t>
      </w:r>
      <w:r>
        <w:t>Springer ki kitaab aap padh sakte hain is maamle mein is ne bohat likha ke bohat anokha waqia poori history mein yeh hua hai ke rasool Allah ki hadithon ko jama karna is ko aur is ki authenticity ko pata karna itna bada kaam unhon ne kiya kisi ne kabhi history mein nahi kiya tha main aap ko aik waqia batata hoon</w:t>
      </w:r>
    </w:p>
    <w:p>
      <w:pPr>
        <w:jc w:val="right"/>
      </w:pPr>
      <w:r>
        <w:t>اسپرنگر کی کتاب آپ پڑھ سکتے ہیں اس معاملے میں اس نے بہت لکھا کہ بہت انوکھا واقعہ پوری ہسٹری میں یہ ہوا ہے کہ رسول اللہ کی حدیثوں کو جمع کرنا اس کو اور اس کی اتھینٹیسٹی کو پتہ کرنا اتنا بڑا کام انہوں نے کیا کسی نے کبھی ہسٹری میں نہیں کیا تھا میں آپ کو ایک واقعہ بتاتا ہوں</w:t>
      </w:r>
    </w:p>
    <w:p>
      <w:r>
        <w:rPr>
          <w:b/>
        </w:rPr>
        <w:t xml:space="preserve">[48:51] </w:t>
      </w:r>
      <w:r>
        <w:t>ke aik muhaddis ko pata chala ke falan aadmi ke paas aik hadith hai yeh suppose Faridabad mein aik aadmi hai ya Meerut mein aik aadmi hai us ke paas aik hadith hai matlab us ne suna hai sunte sunte us ke paas pahunchi hai woh hadith to yeh gaye us ke paas</w:t>
      </w:r>
    </w:p>
    <w:p>
      <w:pPr>
        <w:jc w:val="right"/>
      </w:pPr>
      <w:r>
        <w:t>کہ ایک محدث کو پتہ چلا کہ فلاں ادمی کے پاس ایک حدیث ہے یہ سپوز فرید اباد میں ایک ادمی ہے یا میرٹھ میں ایک ادمی ہے اس کے پاس ایک حدیث ہے مطلب اس نے سنا ہے سنتے سنتے اس کے پاس پہنچی ہے وہ حدیث تو یہ گئے اس کے پاس</w:t>
      </w:r>
    </w:p>
    <w:p>
      <w:r>
        <w:rPr>
          <w:b/>
        </w:rPr>
        <w:t xml:space="preserve">[49:11] </w:t>
      </w:r>
      <w:r>
        <w:t>ke woh hadith sun kar ke yani woh hadith un ko pahunch chuki thi kisi aur ke zariye se lekin unhon ne direct use janne ke liye unhon ne safar kiya safar kar ke pahunche us ke paas woh zahir hai ke aap jante hain oont par baith ke jaate the log jab wahan pahunche woh</w:t>
      </w:r>
    </w:p>
    <w:p>
      <w:pPr>
        <w:jc w:val="right"/>
      </w:pPr>
      <w:r>
        <w:t>کہ وہ حدیث سن کر کے یعنی وہ حدیث ان کو پہنچ چکی تھی کسی اور کے ذریعے سے لیکن انہوں نے ڈائریکٹ اسے جاننے کے لیے انہوں نے سفر کیا سفر کر کے پہنچے اس کے پاس وہ ظاہر ہے کہ آپ جانتے ہیں اونٹ پر بیٹھ کے جاتے تھے لوگ جب وہاں پہنچے وہ</w:t>
      </w:r>
    </w:p>
    <w:p>
      <w:r>
        <w:rPr>
          <w:b/>
        </w:rPr>
        <w:t xml:space="preserve">[49:27] </w:t>
      </w:r>
      <w:r>
        <w:t>to woh kya kar raha tha woh aadmi woh us ke paas aik woh tha ghoda tha to aik cheez hoti hai jis mein ghode ka woh hota hai yani fodder aisi badi si hoti hai aise hi us ko hamare zuban mein kehte hain to bada</w:t>
      </w:r>
    </w:p>
    <w:p>
      <w:pPr>
        <w:jc w:val="right"/>
      </w:pPr>
      <w:r>
        <w:t>تو وہ کیا کر رہا تھا وہ ادمی وہ اس کے پاس ایک وہ تھا گھوڑا تھا تو ایک چیز ہوتی ہے جس میں گھوڑے کا وہ ہوتا ہے یعنی فوڈر ایسی بڑی اس بڑی سی ہوتی ہے ایسے ہی اس کو ہمارے زبان میں کہتے ہیں توبڑا</w:t>
      </w:r>
    </w:p>
    <w:p>
      <w:r>
        <w:rPr>
          <w:b/>
        </w:rPr>
        <w:t xml:space="preserve">[49:46] </w:t>
      </w:r>
      <w:r>
        <w:t>mujhe nahi maloom English mein kya kehte honge is ka naam kuch hoga to is bohat bada sa hota hai is mein woh fodder is ka hota hai to woh us ghode ko aise hi dikha raha tha ke us ko matlab bulane ke liye aise hi ke woh khane ke is mein</w:t>
      </w:r>
    </w:p>
    <w:p>
      <w:pPr>
        <w:jc w:val="right"/>
      </w:pPr>
      <w:r>
        <w:t>مجھے نہیں معلوم انگلش میں کیا کہتے ہوں گے اس کا نام کچھ ہوگا تو اس بہت بڑا سا ہوتا ہے اس میں وہ فوڈر اس کا ہوتا ہے تو وہ اس گھوڑے کو ایسے ہی دکھا رہا تھا کہ اس کو مطلب بلانے کے لیے ایسے ہی کہ وہ کھانے کے اس میں</w:t>
      </w:r>
    </w:p>
    <w:p>
      <w:r>
        <w:rPr>
          <w:b/>
        </w:rPr>
        <w:t xml:space="preserve">[50:02] </w:t>
      </w:r>
      <w:r>
        <w:t>aa jayega us ko pakadne ke liye woh aise dikha raha tha us ko woh gaye paas mein to is mein kuch tha nahi woh khali aise kar raha tha woh to unhon ne kaha ke jab tum ghode ko dhoka de sakte ho to insaan ko bhi dhoka de sakte ho to main tumhari hadith nahi loonga</w:t>
      </w:r>
    </w:p>
    <w:p>
      <w:pPr>
        <w:jc w:val="right"/>
      </w:pPr>
      <w:r>
        <w:t>آ جائے گا اس کو پکڑنے کے لیے وہ ایسے دکھا رہا تھا اس کو وہ گئے پاس میں تو اس میں کچھ تھا نہیں وہ خالی ایسے کر رہا تھا وہ تو انہوں نے کہا کہ جب تم گھوڑے کو دھوکہ دے سکتے ہو تو انسان کو بھی دھوکہ دے سکتے ہو تو میں تمہاری حدیث نہیں لوں گا</w:t>
      </w:r>
    </w:p>
    <w:p>
      <w:r>
        <w:rPr>
          <w:b/>
        </w:rPr>
        <w:t xml:space="preserve">[50:24] </w:t>
      </w:r>
      <w:r>
        <w:t>aur chale aaye wapas is tarah se un logon ne is scrutiny ki mehnatain ki ke aur woh kya is liye aap yani ab jo hai ab hamare liye sab bana banaya sab maujood hai jaise aap agar chahein to</w:t>
      </w:r>
    </w:p>
    <w:p>
      <w:pPr>
        <w:jc w:val="right"/>
      </w:pPr>
      <w:r>
        <w:t>اور چلے آئے واپس اس طرح سے ان لوگوں نے اس اسکرٹنی کی محنتیں کیں کہ اور وہ کیا اس لیے آپ یعنی اب جو ہے اب ہمارے لیے سب بنا بنایا سب موجود ہے جیسے آپ اگر چاہیں تو</w:t>
      </w:r>
    </w:p>
    <w:p>
      <w:r>
        <w:rPr>
          <w:b/>
        </w:rPr>
        <w:t xml:space="preserve">[50:41] </w:t>
      </w:r>
      <w:r>
        <w:t>mere paas bhi kitaab hai aap aa ke dekh sakte hain bohat bade muhaddis the Allama Nasiruddin Alwani unhon ne chhe volume mein kitaab likhi teen volume mein likhi unhon ne Al-Ahadeeth Al-Da'eefah aur teen mein likhi Al-Ahadeeth Al-Saheehah</w:t>
      </w:r>
    </w:p>
    <w:p>
      <w:pPr>
        <w:jc w:val="right"/>
      </w:pPr>
      <w:r>
        <w:t>میرے پاس بھی کتاب ہے آپ آ کے دیکھ سکتے ہیں بہت بڑے محدث تھے علامہ ناصر الدین العلوانی انہوں نے چھہ والیوم میں کتاب لکھی تین والیوم میں لکھی انہوں نے الاحادیث الضعیفہ اور تین میں لکھی الاحادیث الصحیحہ</w:t>
      </w:r>
    </w:p>
    <w:p>
      <w:r>
        <w:rPr>
          <w:b/>
        </w:rPr>
        <w:t xml:space="preserve">[51:00] </w:t>
      </w:r>
      <w:r>
        <w:t>yani authentic alag kar diya aur non authentic alag kar diya unhon ne sara padh kar ke sari zindagi is mein laga diya unhon ne to logon ne bohat scrutiny ki bohat zyada jaancha aur phir alag kar diya jo woh woh jo hadiseen thi</w:t>
      </w:r>
    </w:p>
    <w:p>
      <w:pPr>
        <w:jc w:val="right"/>
      </w:pPr>
      <w:r>
        <w:t>یعنی اتھینٹک الگ کر دیا اور نان اتھینٹک الگ کر دیا انہوں نے سارا پڑھ کر کے ساری زندگی اس میں لگا دیا انہوں نے تو لوگوں نے بہت اسکرٹنی کی بہت زیادہ جانچا اور پھر الگ کر دیا جو وہ وہ جو حدیثیں تھیں</w:t>
      </w:r>
    </w:p>
    <w:p>
      <w:r>
        <w:rPr>
          <w:b/>
        </w:rPr>
        <w:t xml:space="preserve">[51:17] </w:t>
      </w:r>
      <w:r>
        <w:t>yani banawati hadiseen fabricated un ko alag kar diya jo sahi thi us ko alag kar diya to ab hamare liye koi mushkil nahi hai ab sab kuch hamein maujood hai bana banaya aap mein se koi janna chahe to mere paas kitabein hain main aap ko dikha sakta hoon</w:t>
      </w:r>
    </w:p>
    <w:p>
      <w:pPr>
        <w:jc w:val="right"/>
      </w:pPr>
      <w:r>
        <w:t>یعنی بناوٹی حدیثیں فیبریکیٹڈ ان کو الگ کر دیا جو صحیح تھی اس کو الگ کر دیا تو اب ہمارے لیے کوئی مشکل نہیں ہے اب سب کچھ ہمیں موجود ہے بنا بنایا آپ میں سے کوئی جاننا چاہے تو میرے پاس کتابیں ہیں میں آپ کو دکھا سکتا ہوں</w:t>
      </w:r>
    </w:p>
    <w:p>
      <w:r>
        <w:rPr>
          <w:b/>
        </w:rPr>
        <w:t xml:space="preserve">[51:35] </w:t>
      </w:r>
      <w:r>
        <w:t>What is use or relevance of an unauthentic hadith</w:t>
      </w:r>
    </w:p>
    <w:p>
      <w:pPr>
        <w:jc w:val="right"/>
      </w:pPr>
      <w:r>
        <w:t>واٹ از یوز اور ریلیونس اف ان اتھینٹک حدیث</w:t>
      </w:r>
    </w:p>
    <w:p>
      <w:r>
        <w:rPr>
          <w:b/>
        </w:rPr>
        <w:t xml:space="preserve">[51:40] </w:t>
      </w:r>
      <w:r>
        <w:t>Why books are published and kept of such hadith kya phir se padhiye why what is use or relevance of an unauthentic hadith and why is it that books are published and kept of such hadith</w:t>
      </w:r>
    </w:p>
    <w:p>
      <w:pPr>
        <w:jc w:val="right"/>
      </w:pPr>
      <w:r>
        <w:t>وائی بکس ار پبلش اینڈ کیپٹ اف سچ حدیث کیا پھر سے پڑھیے وائی واٹ از یوز اور ریلیونس اف ان اتھینٹک حدیث اینڈ وائی از اٹ دیٹ بکس ار پبلش اینڈ کیپٹ اف سچ حدیث</w:t>
      </w:r>
    </w:p>
    <w:p>
      <w:r>
        <w:rPr>
          <w:b/>
        </w:rPr>
        <w:t xml:space="preserve">[51:56] </w:t>
      </w:r>
      <w:r>
        <w:t>Dekhein is zamane mein yani Abbasid period mein aur is se pehle aisa tha ke hadiseen jo hain majority un ki memory mein hua karti thi book form mein nahi hoti thi to jab logon ne ekatha ekatha kiya to</w:t>
      </w:r>
    </w:p>
    <w:p>
      <w:pPr>
        <w:jc w:val="right"/>
      </w:pPr>
      <w:r>
        <w:t>دیکھیں اس زمانے میں یعنی عباسید پیریڈ میں اور اس سے پہلے ایسا تھا کہ حدیثیں جو ہیں میجورٹی ان کی میموری میں ہوا کرتی تھی بک فارم میں نہیں ہوتی تھی تو جب لوگوں نے اکٹھا اکٹھا کیا تو</w:t>
      </w:r>
    </w:p>
    <w:p>
      <w:r>
        <w:rPr>
          <w:b/>
        </w:rPr>
        <w:t xml:space="preserve">[52:13] </w:t>
      </w:r>
      <w:r>
        <w:t>to sari hadith jo log memory mein thi us ko logon ne ikattha kiya jis ne use fabricate hadith ka matlab yeh hai ke woh bolta wohi language ke qala rasool ALLAH صلی اللہ علیہ وسلم yeh language hi bole ga woh halankey woh jhooti hogi woh</w:t>
      </w:r>
    </w:p>
    <w:p>
      <w:pPr>
        <w:jc w:val="right"/>
      </w:pPr>
      <w:r>
        <w:t>تو ساری حدیث جو لوگ میموری میں تھی اس کو لوگوں نے اکٹھا کیا جس نے اسے فیبریکٹ حدیث کا مطلب یہ ہے کہ وہ بولتا وہی لینگویج کہ قال رسول اللہ صلی اللہ علیہ وسلم یہ لینگویج ہی بولے گا وہ حالانکہ وہ جھوٹی ہوگی وہ</w:t>
      </w:r>
    </w:p>
    <w:p>
      <w:r>
        <w:rPr>
          <w:b/>
        </w:rPr>
        <w:t xml:space="preserve">[52:30] </w:t>
      </w:r>
      <w:r>
        <w:t>yani rasool ALLAH صلی اللہ علیہ وسلم ne kaha kehey ga yehi lekin aap ki jhooti baat hogi woh to wahan par bohat phaila hua tha sab bohat phaila hua tha jaise mein aap ko ek misaal doon ke is mein in logon ne bhi jis ko</w:t>
      </w:r>
    </w:p>
    <w:p>
      <w:pPr>
        <w:jc w:val="right"/>
      </w:pPr>
      <w:r>
        <w:t>یعنی رسول اللہ صلی اللہ علیہ وسلم نے کہا کہے گا یہی لیکن آپ کی جھوٹی بات ہوگی وہ تو وہاں پر بہت پھیلا ہوا تھا سب بہت پھیلا ہوا تھا جیسے میں آپ کو ایک مثال دوں کہ اس میں ان لوگوں نے بھی جس کو</w:t>
      </w:r>
    </w:p>
    <w:p>
      <w:r>
        <w:rPr>
          <w:b/>
        </w:rPr>
        <w:t xml:space="preserve">[52:47] </w:t>
      </w:r>
      <w:r>
        <w:t>woh christian mein ek ek word hai ek term hai pious fraud pious fraud sach bolte hain pious fraud ki ek copy thi yeh to christian logon ne bohat sarey aisey qissey kahani banaye jhooti kahaniyan aur yeh bible mein abhi bhi mein dikha sakta hoon aap ko ke likha hua hai</w:t>
      </w:r>
    </w:p>
    <w:p>
      <w:pPr>
        <w:jc w:val="right"/>
      </w:pPr>
      <w:r>
        <w:t>وہ کرسچن میں ایک ایک ورڈ ہے ایک ٹرم ہے پائس فراڈ پائس فراڈ سچ بولتے ہیں پائس فراڈ کی ایک کاپی تھی یہ تو کرسچن لوگوں نے بہت سارے ایسے قصے کہانی بنائیں جھوٹی کہانیاں اور یہ بائبل میں ابھی بھی میں دکھا سکتا ہوں آپ کو کہ لکھا ہوا ہے</w:t>
      </w:r>
    </w:p>
    <w:p>
      <w:r>
        <w:rPr>
          <w:b/>
        </w:rPr>
        <w:t xml:space="preserve">[53:07] </w:t>
      </w:r>
      <w:r>
        <w:t>ke hum jhoot banate hain is liye ke is se logon par sacha asar padega mein aap ko dikha deta hoon bible mein agar aap mere paas aayein to to christian ne yeh kar rakha tha ke logon ko apne mazhab ki taraf lane ke liye jhooti kahaniyan banate they woh jhooti kahaniyan</w:t>
      </w:r>
    </w:p>
    <w:p>
      <w:pPr>
        <w:jc w:val="right"/>
      </w:pPr>
      <w:r>
        <w:t>کہ ہم جھوٹ بناتے ہیں اس لیے کہ اس سے لوگوں پر سچا اثر پڑے گا میں آپ کو دکھا دیتا ہوں بائبل میں اگر آپ میرے پاس آئیں تو تو کرسچن نے یہ کر رکھا تھا کہ لوگوں کو اپنے مذہب کی طرف لانے کے لیے جھوٹی کہانیاں بناتے تھے وہ جھوٹی کہانیاں</w:t>
      </w:r>
    </w:p>
    <w:p>
      <w:r>
        <w:rPr>
          <w:b/>
        </w:rPr>
        <w:t xml:space="preserve">[53:25] </w:t>
      </w:r>
      <w:r>
        <w:t>to isi ka musalmanon ne copy kar li quran mein hai woh ayat ke yeh izza hai qool allazina kafaroo to pious fraud hi ki yeh woh hai yani wohi koi islamize kar ke unhone</w:t>
      </w:r>
    </w:p>
    <w:p>
      <w:pPr>
        <w:jc w:val="right"/>
      </w:pPr>
      <w:r>
        <w:t>تو اسی کا مسلمانوں نے کاپی کر لی قران میں ہے وہ ایت کہ یہ اذا ہے قول الذین کفرو تو پائس فراڈ ہی کی یہ وہ ہے یعنی وہی کوئی اسلامائز کر کے انہوں نے</w:t>
      </w:r>
    </w:p>
    <w:p>
      <w:r>
        <w:rPr>
          <w:b/>
        </w:rPr>
        <w:t xml:space="preserve">[53:42] </w:t>
      </w:r>
      <w:r>
        <w:t>fabricate hadithain banaiin lekin muhaddiseen ne chhanat diya is ko chhanat kar alag kar diya yani jo jo jo fabricated thi us ko alag kar diya aur jo sahi thi us ko alag kar diya</w:t>
      </w:r>
    </w:p>
    <w:p>
      <w:pPr>
        <w:jc w:val="right"/>
      </w:pPr>
      <w:r>
        <w:t>فیبریکیٹ حدیثیں بنائیں لیکن محدثین نے چھانٹ دیا اس کو چھانٹ کر الگ کر دیا یعنی جو جو جو فیبریکیٹڈ تھی اس کو الگ کر دیا اور جو صحیح تھی اس کو الگ کر دیا</w:t>
      </w:r>
    </w:p>
    <w:p>
      <w:r>
        <w:rPr>
          <w:b/>
        </w:rPr>
        <w:t xml:space="preserve">[54:01] </w:t>
      </w:r>
      <w:r>
        <w:t>kyun ke jab woh jab log lage record karne hadithon ka to ab hazaron hazar log bol rahe hain ke bhai rasool ALLAH ne aisa kaha in ka rasool ALLAH ne aisa kaha to is ko sab ko ikattha kiya unhone ikattha karne ke baad ek chain banaya is ka ke jo aadmi is waqt keh raha tha us ne to dekha nahi tha rasool ALLAH ko</w:t>
      </w:r>
    </w:p>
    <w:p>
      <w:pPr>
        <w:jc w:val="right"/>
      </w:pPr>
      <w:r>
        <w:t>کیونکہ جب وہ جب لوگ لگے ریکارڈ کرنے حدیثوں کا تو اب ہزاروں ہزار لوگ بول رہے ہیں کہ بھئی رسول اللہ نے ایسا کہا ان کا رسول اللہ نے ایسا کہا تو اس کو سب کو اکٹھا کیا انہوں نے اکٹھا کرنے کے بعد ایک چینج بنایا اس کا کہ جو ادمی اس وقت کہہ رہا تھا اس نے تو دیکھا نہیں تھا رسول اللہ کو</w:t>
      </w:r>
    </w:p>
    <w:p>
      <w:r>
        <w:rPr>
          <w:b/>
        </w:rPr>
        <w:t xml:space="preserve">[54:20] </w:t>
      </w:r>
      <w:r>
        <w:t>bech mein kai chain hai to is mein unhone bataya ke kaha misr ne ke unhone misr 20 suna unhone misr 80 suna unhone misr 20 suna unhone suna rasool ALLAH se ek chain hota tha is tarah se to poore chain ki unhone scrutiny ki</w:t>
      </w:r>
    </w:p>
    <w:p>
      <w:pPr>
        <w:jc w:val="right"/>
      </w:pPr>
      <w:r>
        <w:t>بیچ میں کئی چین ہے تو اس میں انہوں نے بتایا کہ کہا مصر اے نے کہ انہوں نے مصر 20 سنا انہوں نے مصر 80 سنا انہوں نے مصر 20 سنا انہوں نے سنا رسول اللہ سے ایک چین ہوتا تھا اس طریقے سے تو پورے چین کی انہوں نے اسکرٹنی کی</w:t>
      </w:r>
    </w:p>
    <w:p>
      <w:r>
        <w:rPr>
          <w:b/>
        </w:rPr>
        <w:t xml:space="preserve">[54:37] </w:t>
      </w:r>
      <w:r>
        <w:t>ab bohat bara hai yani is ka ek poora ek woh hai discipline hai yeh is par sankron kitabein hain ek do nahi hain kuch mere paas hain ab mein aap ko kisi ko interest ho to mein dikha sakta hoon aap ko</w:t>
      </w:r>
    </w:p>
    <w:p>
      <w:pPr>
        <w:jc w:val="right"/>
      </w:pPr>
      <w:r>
        <w:t>اب بہت بڑا ہے یعنی اس کا ایک پورا ایک وہ ہے ڈسپلن ہے یہ اس پر سینکڑوں کتابیں ہیں ایک دو نہیں ہیں کچھ میرے پاس ہیں اب میں آپ کو کسی کو انٹرسٹ ہو تو میں دکھا سکتا ہوں آپ کو</w:t>
      </w:r>
    </w:p>
    <w:p>
      <w:r>
        <w:rPr>
          <w:b/>
        </w:rPr>
        <w:t xml:space="preserve">[54:53] </w:t>
      </w:r>
      <w:r>
        <w:t>das question is from shad hussain</w:t>
      </w:r>
    </w:p>
    <w:p>
      <w:pPr>
        <w:jc w:val="right"/>
      </w:pPr>
      <w:r>
        <w:t>دس کوئسچن از فرام شاد حسین</w:t>
      </w:r>
    </w:p>
    <w:p>
      <w:r>
        <w:rPr>
          <w:b/>
        </w:rPr>
        <w:t xml:space="preserve">[54:57] </w:t>
      </w:r>
      <w:r>
        <w:t>he has asked why non muslims tend to be beneficial to real islam and why so called muslims are harm</w:t>
      </w:r>
    </w:p>
    <w:p>
      <w:pPr>
        <w:jc w:val="right"/>
      </w:pPr>
      <w:r>
        <w:t>ہی ہیز اسکڈ وائی نان مسلمز ٹینڈ ٹو بی بینیفیشل ٹو ریئل اسلام اینڈ وائی سو کالڈ مسلمز ار ہارم</w:t>
      </w:r>
    </w:p>
    <w:p>
      <w:r>
        <w:rPr>
          <w:b/>
        </w:rPr>
        <w:t xml:space="preserve">[55:07] </w:t>
      </w:r>
      <w:r>
        <w:t>full to it samajh gaye dekhein mein aksar kaha karta hoon ke is zamane ke musalmanon ka sab se bara problem yeh nahi hai ke kashmir mein india ki army hai falasteen mein yahoodi ki army hai</w:t>
      </w:r>
    </w:p>
    <w:p>
      <w:pPr>
        <w:jc w:val="right"/>
      </w:pPr>
      <w:r>
        <w:t>فل ٹو اٹ سمجھ گئے دیکھیں میں اکثر کہا کرتا ہوں کہ اس زمانے کے مسلمانوں کا سب سے بڑا پرابلم یہ نہیں ہے کہ کشمیر میں انڈیا کی ارمی ہے فلسطین میں یہودی کی ارمی ہے</w:t>
      </w:r>
    </w:p>
    <w:p>
      <w:r>
        <w:rPr>
          <w:b/>
        </w:rPr>
        <w:t xml:space="preserve">[55:24] </w:t>
      </w:r>
      <w:r>
        <w:t>yeh sab kuch bhi nahi hai mein nothing mein ne dekha hai sab se bara problem yeh hai ke musalmanon mein scientific attitude nahi aaya scientific thinking nahi aayi scientific way of study nahi aayi sab se bara problem yeh hai number one problem yeh hai isi ka yeh sab phenomena hai ke chunchke woh muslim scholars jante hi nahi ke scientific study kaise ki jati hai</w:t>
      </w:r>
    </w:p>
    <w:p>
      <w:pPr>
        <w:jc w:val="right"/>
      </w:pPr>
      <w:r>
        <w:t>یہ سب کچھ بھی نہیں ہے میں نتھنگ میں نے دیکھا ہے سب سے بڑا پرابلم یہ ہے کہ مسلمانوں میں سائنٹیفک ایٹیٹیوڈ نہیں ایا سائنٹیفک تھنکنگ نہیں ائی سائنٹیفک وے اف سٹڈی نہیں ائی سب سے بڑا پرابلم یہ ہے نمبر ون پرابلم یہ ہے اسی کا یہ سب فیناومینا ہے کہ چونکہ وہ مسلم سکالرز جانتے ہی نہیں کہ سائنٹیفک سٹڈی کیسے کی جاتی ہے</w:t>
      </w:r>
    </w:p>
    <w:p>
      <w:r>
        <w:rPr>
          <w:b/>
        </w:rPr>
        <w:t xml:space="preserve">[55:47] </w:t>
      </w:r>
      <w:r>
        <w:t>scientific yani authorship kya cheez hai yeh aisey cheezein likh rakhi hain unhone yeh aaj abhi bhi jo log america europe hain un ka bhi yeh mamla hai woh bhi nahi jante is baat ko jo university ki degree le kar ke job karte hain idhar udhar na woh bhi nahi jante ke scientific way of study kya cheez hoti hai</w:t>
      </w:r>
    </w:p>
    <w:p>
      <w:pPr>
        <w:jc w:val="right"/>
      </w:pPr>
      <w:r>
        <w:t>سائنٹیفک یعنی اتھرشپ کیا چیز ہے یہ ایسی چیزیں لکھ رکھی ہیں انہوں نے یہ اج ابھی بھی جو لوگ امریکہ یورپ ہیں ان کا بھی یہ معاملہ ہے وہ بھی نہیں جانتے اس بات کو جو یونیورسٹی کی ڈگریاں لے کر کے جاب کرتے ہیں ادھر ادھر نا وہ بھی نہیں جانتے کہ سائنٹیفک وے اف سٹڈی کیا چیز ہوتی ہے</w:t>
      </w:r>
    </w:p>
    <w:p>
      <w:r>
        <w:rPr>
          <w:b/>
        </w:rPr>
        <w:t xml:space="preserve">[56:08] </w:t>
      </w:r>
      <w:r>
        <w:t>woh bhi jo kitab likhe they woh bhi isi type ki kitab hoti hai acha non muslim jo hain to unhone khoob science padhi aur un ko yeh is qism ka zehan un ka nahi tha jo musalmanon mein hai ke hamara deen afzal hai aur ummat afzal hai hamara quran afzal hai hamara nabi afzal hai yeh kaam plus nahi tha un ka</w:t>
      </w:r>
    </w:p>
    <w:p>
      <w:pPr>
        <w:jc w:val="right"/>
      </w:pPr>
      <w:r>
        <w:t>وہ بھی جو کتاب لکھے تھے وہ بھی اسی ٹائپ کی کتاب ہوتی ہے اچھا نان مسلم جو ہیں تو انہوں نے خوب سائنس پڑھی اور ان کو یہ اس قسم کا ذہن ان کا نہیں تھا جو مسلمانوں میں ہے کہ ہمارا دین افضل ہے اور امت افضل ہے ہمارا قران افضل ہے ہمارا نبی افضل ہے یہ کام پلس نہیں تھا ان کا</w:t>
      </w:r>
    </w:p>
    <w:p>
      <w:r>
        <w:rPr>
          <w:b/>
        </w:rPr>
        <w:t xml:space="preserve">[56:28] </w:t>
      </w:r>
      <w:r>
        <w:t>yani afzal ki ke term mein apni cheezon ke importance ko prove karte hain musalman acha yeh un ka kaam plus tha hi nahi unhone is ka koi afzal afzal yani yeh koi un ka nahi tha un ka woh unhone sabit afzal ke term mein sabit hi nahi karna tha</w:t>
      </w:r>
    </w:p>
    <w:p>
      <w:pPr>
        <w:jc w:val="right"/>
      </w:pPr>
      <w:r>
        <w:t>یعنی افضل کی کے ٹرم میں اپنی چیزوں کے امپورٹنس کو پروف کرتے ہیں مسلمان اچھا یہ ان کا کام پلس تھا ہی نہیں انہوں نے اس کا کوئی افضل افضل یعنی یہ کوئی ان کا نہیں تھا ان کا وہ انہوں نے ثابت افضل کے ٹرم میں ثابت ہی نہیں کرنا تھا</w:t>
      </w:r>
    </w:p>
    <w:p>
      <w:r>
        <w:rPr>
          <w:b/>
        </w:rPr>
        <w:t xml:space="preserve">[56:48] </w:t>
      </w:r>
      <w:r>
        <w:t>scientific term mein unhone ab dikhana tha ke hum is ki sachai ko sab se zyada yani jo disastrous jo musalmanon mein hua hai woh ek hai har cheez ko afzal ke term mein sabit karte hain namaz jo hai sab se afzal hai aur miswak sab se afzal hai aur</w:t>
      </w:r>
    </w:p>
    <w:p>
      <w:pPr>
        <w:jc w:val="right"/>
      </w:pPr>
      <w:r>
        <w:t>سائنٹیفک ٹرم میں انہوں نے اب دکھانا تھا کہ ہم اس کی سچائی کو سب سے زیادہ یعنی جو ڈساسٹرس جو مسلمانوں میں ہوا ہے وہ ایک ہے ہر چیز کو افضل کے ٹرم میں ثابت کرتے ہیں نماز جو ہے سب سے افضل ہے اور مسواک سب سے افضل ہے اور</w:t>
      </w:r>
    </w:p>
    <w:p>
      <w:r>
        <w:rPr>
          <w:b/>
        </w:rPr>
        <w:t xml:space="preserve">[57:06] </w:t>
      </w:r>
      <w:r>
        <w:t>rasool ALLAH sab se afzal hai deen sab se afzal hai ummat sab se afzal hai afzal ka matlab hota hai yani superior to sarey ke sarey musalman jo hain isi mein jeete hain ke hamara hamari jitni cheezein hain sab se afzal cheezein hain woh to afzal ke term mein woh apne aap ko</w:t>
      </w:r>
    </w:p>
    <w:p>
      <w:pPr>
        <w:jc w:val="right"/>
      </w:pPr>
      <w:r>
        <w:t>رسول اللہ سب سے افضل ہے دین سب سے افضل ہے امت سب سے افضل ہے افضل کا مطلب ہوتا ہے یعنی سپیریئر تو سارے کے سارے مسلمان جو ہیں اسی میں جیتے ہیں کہ ہمارا ہماری جتنی چیزیں ہیں سب سے افضل چیزیں ہیں وہ تو افضل کے ٹرم میں وہ اپنے اپ کو</w:t>
      </w:r>
    </w:p>
    <w:p>
      <w:r>
        <w:rPr>
          <w:b/>
        </w:rPr>
        <w:t xml:space="preserve">[57:25] </w:t>
      </w:r>
      <w:r>
        <w:t>prove karte hain jabke jo non muslim hain un ke paas yeh yeh yeh yeh terminology nahi hai yeh terminology un ke paas hai hi nahi un ko to history aur science ke upar dikhana hai baaton ko is wajah se woh kitabein likh paye aur musalman nahi likh paye</w:t>
      </w:r>
    </w:p>
    <w:p>
      <w:pPr>
        <w:jc w:val="right"/>
      </w:pPr>
      <w:r>
        <w:t>پروف کرتے ہیں جبکہ جو نان مسلم ہیں ان کے پاس یہ یہ یہ یہ یہ ٹرمینالوجی نہیں ہے یہ ٹرمینالوجی ان کے پاس ہے ہی نہیں ان کو تو ہسٹری اور سائنس کے اوپر دکھانا ہے باتوں کو اس وجہ سے وہ کتابیں لکھ پائے اور مسلمان نہیں لکھ پائے</w:t>
      </w:r>
    </w:p>
    <w:p>
      <w:r>
        <w:rPr>
          <w:b/>
        </w:rPr>
        <w:t xml:space="preserve">[57:46] </w:t>
      </w:r>
      <w:r>
        <w:t>تو مولانا ایسا کیوں ہوتا ہے that people apply the intelligence and everything in the world but</w:t>
      </w:r>
    </w:p>
    <w:p>
      <w:pPr>
        <w:jc w:val="right"/>
      </w:pPr>
      <w:r>
        <w:t>تو مولانا ایسا کیوں ہوتا ہے دیٹ پیپل اپلائی دا انٹیلیجنس اینڈ ایوری تھنگ ان دا ورلڈ بٹ</w:t>
      </w:r>
    </w:p>
    <w:p>
      <w:r>
        <w:rPr>
          <w:b/>
        </w:rPr>
        <w:t xml:space="preserve">[57:51] </w:t>
      </w:r>
      <w:r>
        <w:t>When it comes to religion, they keep intelligence and rational out of it.</w:t>
      </w:r>
    </w:p>
    <w:p>
      <w:pPr>
        <w:jc w:val="right"/>
      </w:pPr>
      <w:r>
        <w:t>وین اٹ کمز ٹو ریلیجن دے کیپ انٹیلیجنس اور ریشنل اؤٹ اف اٹ ہمیں مولانا ہم ہمارا کہنے</w:t>
      </w:r>
    </w:p>
    <w:p>
      <w:r>
        <w:rPr>
          <w:b/>
        </w:rPr>
        <w:t xml:space="preserve">[57:58] </w:t>
      </w:r>
      <w:r>
        <w:t>ka matlab hai maulana ke insaan apni intelligence aur rational apne career mein har jagah lagata hai but</w:t>
      </w:r>
    </w:p>
    <w:p>
      <w:pPr>
        <w:jc w:val="right"/>
      </w:pPr>
      <w:r>
        <w:t>کا مطلب ہے مولانا کہ انسان اپنی انٹیلیجنس اور ریشنل اپنے کریئر میں ہر جگہ لگاتا ہے بٹ</w:t>
      </w:r>
    </w:p>
    <w:p>
      <w:r>
        <w:rPr>
          <w:b/>
        </w:rPr>
        <w:t xml:space="preserve">[58:03] </w:t>
      </w:r>
      <w:r>
        <w:t>religion pe religion pe uski intelligence kyun nahi apply hoti hai hum ne itne intelligent logon ko</w:t>
      </w:r>
    </w:p>
    <w:p>
      <w:pPr>
        <w:jc w:val="right"/>
      </w:pPr>
      <w:r>
        <w:t>ریلیجن پہ ریلیجن پہ اس کی انٹیلیجنس کیوں نہیں اپلائی ہوتی ہے ہم نے اتنے انٹیلیجنٹ لوگوں کو</w:t>
      </w:r>
    </w:p>
    <w:p>
      <w:r>
        <w:rPr>
          <w:b/>
        </w:rPr>
        <w:t xml:space="preserve">[58:08] </w:t>
      </w:r>
      <w:r>
        <w:t>dekha hai but religion ki baat aati hai to woh mandir mein wahi typical jo unke maa</w:t>
      </w:r>
    </w:p>
    <w:p>
      <w:pPr>
        <w:jc w:val="right"/>
      </w:pPr>
      <w:r>
        <w:t>دیکھا ہے بٹ ریلیجن کی بات اتی ہے تو وہ مندر میں وہی ٹیپیکل جو ان کے ماں</w:t>
      </w:r>
    </w:p>
    <w:p>
      <w:r>
        <w:rPr>
          <w:b/>
        </w:rPr>
        <w:t xml:space="preserve">[58:11] </w:t>
      </w:r>
      <w:r>
        <w:t>baap kar rahe hain woh karte jaate hain aisa kyun hota hai ke religion pe apni intelligence apply</w:t>
      </w:r>
    </w:p>
    <w:p>
      <w:pPr>
        <w:jc w:val="right"/>
      </w:pPr>
      <w:r>
        <w:t>باپ کر رہے ہیں وہ کرتے جاتے ہیں ایسا کیوں ہوتا ہے کہ ریلیجن پہ اپنی انٹیلیجنس اپلائی</w:t>
      </w:r>
    </w:p>
    <w:p>
      <w:r>
        <w:rPr>
          <w:b/>
        </w:rPr>
        <w:t xml:space="preserve">[58:15] </w:t>
      </w:r>
      <w:r>
        <w:t>nahi karta</w:t>
      </w:r>
    </w:p>
    <w:p>
      <w:pPr>
        <w:jc w:val="right"/>
      </w:pPr>
      <w:r>
        <w:t>نہیں کرتا</w:t>
      </w:r>
    </w:p>
    <w:p>
      <w:r>
        <w:rPr>
          <w:b/>
        </w:rPr>
        <w:t xml:space="preserve">[58:16] </w:t>
      </w:r>
      <w:r>
        <w:t>insaan haan sahi hai hindu musalman dono karte hain aisa sab hi ji dono aisa karte hain</w:t>
      </w:r>
    </w:p>
    <w:p>
      <w:pPr>
        <w:jc w:val="right"/>
      </w:pPr>
      <w:r>
        <w:t>انسان ہاں صحیح ہے ہندو مسلمان دونوں کرتے ہیں ایسا سب ہی جی دونوں ایسا کرتے ہیں</w:t>
      </w:r>
    </w:p>
    <w:p>
      <w:r>
        <w:rPr>
          <w:b/>
        </w:rPr>
        <w:t xml:space="preserve">[58:27] </w:t>
      </w:r>
      <w:r>
        <w:t>bhai mein to yeh samajhta hoon ke log yeh samajhte hain chahe hindu ho ya musalman dono ke mazhab ko unhone rakh rakha hai kahan blessing ke is mein matlab is ashervad ke liye blessing ke liye tabarruk ke liye</w:t>
      </w:r>
    </w:p>
    <w:p>
      <w:pPr>
        <w:jc w:val="right"/>
      </w:pPr>
      <w:r>
        <w:t>بھائی میں تو یہ سمجھتا ہوں کہ لوگ یہ سمجھتے ہیں چاہے ہندو ہو یا مسلمان دونوں کہ مذہب کو انہوں نے رکھ رکھا ہے کہاں بلیسنگ کے اس میں مطلب اس اشیرواد کے لیے بلیسنگ کے لیے تبرک کے لیے</w:t>
      </w:r>
    </w:p>
    <w:p>
      <w:r>
        <w:rPr>
          <w:b/>
        </w:rPr>
        <w:t xml:space="preserve">[58:44] </w:t>
      </w:r>
      <w:r>
        <w:t>salvation ke liye woh scientific study ka subject hi nahi hai matlab</w:t>
      </w:r>
    </w:p>
    <w:p>
      <w:pPr>
        <w:jc w:val="right"/>
      </w:pPr>
      <w:r>
        <w:t>سالویشن کے لیے وہ سائنٹیفک سٹڈی کا سبجیکٹ ہی نہیں ہے مطلب</w:t>
      </w:r>
    </w:p>
    <w:p>
      <w:r>
        <w:rPr>
          <w:b/>
        </w:rPr>
        <w:t xml:space="preserve">[58:51] </w:t>
      </w:r>
      <w:r>
        <w:t>woh scientific study ka subject nahi hai bas is se ashervad le lena hai is se blessing le lena hai is se dua aksar mere paas tell hua aata hai hazrat mere liye dua kijiye ab koi science ki thodi aisa kahega scientific scholar thodi aisa kahega haan hamare liye dua kijiye</w:t>
      </w:r>
    </w:p>
    <w:p>
      <w:pPr>
        <w:jc w:val="right"/>
      </w:pPr>
      <w:r>
        <w:t>وہ سائنٹیفک سٹڈی کا سبجیکٹ نہیں ہے بس اس سے اشیرواد لے لینا ہے اس سے بلیسنگ لے لینا ہے اس سے دعا اکثر میرے پاس ٹیل ہوا اتا ہے حضرت میرے لیے دعا کیجئے اب کوئی سائنس کی تھوڑی ایسا کہے گا سائنٹیفک اسکالر تھوڑی ایسا کہے گا ہاں ہمارے لیے دعا کیجئے</w:t>
      </w:r>
    </w:p>
    <w:p>
      <w:r>
        <w:rPr>
          <w:b/>
        </w:rPr>
        <w:t xml:space="preserve">[59:11] </w:t>
      </w:r>
      <w:r>
        <w:t>mein kaha karta hoon logon se dua aap ki apni cheez hai dua doosre se kiya dua karwate hain aap khud dua kijiye to bahal mein jab samajh paya hoon ke har jagah christian mein bhi aisa hi hai hinduo mein aisa hi hai musalmanon mein aisa hi hai ke mazhab ko unhone samajh liya hai ke yeh to ashervad ke liye hai</w:t>
      </w:r>
    </w:p>
    <w:p>
      <w:pPr>
        <w:jc w:val="right"/>
      </w:pPr>
      <w:r>
        <w:t>میں کہا کرتا ہوں لوگوں سے دعا اپ کی اپنی چیز ہے دعا دوسرے سے کیا دعا کرواتے ہیں اپ خود دعا کیجئے تو بہرحال میں جب سمجھ پایا ہوں کہ ہر جگہ کرسچن میں بھی ایسا ہی ہے ہندوؤں میں ایسا ہی ہے مسلمانوں میں ایسا ہی ہے کہ مذہب کو انہوں نے سمجھ لیا ہے کہ یہ تو اشیرواد کے لیے ہے</w:t>
      </w:r>
    </w:p>
    <w:p>
      <w:r>
        <w:rPr>
          <w:b/>
        </w:rPr>
        <w:t xml:space="preserve">[59:28] </w:t>
      </w:r>
      <w:r>
        <w:t>aur blessing lene ke liye hai tabarruk ke liye hai to woh phoonkwa lete hain aur yeh kar lete hain woh kar lete hain is ko scientific study ke taur par mazhab ko nahi lete hain ab mein nahi keh sakta ke aisa kyun hua hai lekin hai aisa hi</w:t>
      </w:r>
    </w:p>
    <w:p>
      <w:pPr>
        <w:jc w:val="right"/>
      </w:pPr>
      <w:r>
        <w:t>اور بلیسنگ لینے کے لیے ہے تبرک کے لیے ہے تو وہ پھونکوا لیتے ہیں اور یہ کر لیتے ہیں وہ کر لیتے ہیں اس کو سائنٹیفک سٹڈی کے طور پر مذہب کو نہیں لیتے ہیں اب میں نہیں کہہ سکتا کہ ایسا کیوں ہوا ہے لیکن ہے ایسا ہی</w:t>
      </w:r>
    </w:p>
    <w:p>
      <w:r>
        <w:rPr>
          <w:b/>
        </w:rPr>
        <w:t xml:space="preserve">[59:46] </w:t>
      </w:r>
      <w:r>
        <w:t>hai aisa hi mein apne bare mein keh sakta hoon ke mein mein kam az kam paanch saal meri zindagi waise beete hain ke maine mazhab ko chhod diya tha mein secular ho gaya tha ek dum</w:t>
      </w:r>
    </w:p>
    <w:p>
      <w:pPr>
        <w:jc w:val="right"/>
      </w:pPr>
      <w:r>
        <w:t>ہے ایسا ہی میں اپنے بارے میں کہہ سکتا ہوں کہ میں میں کم از کم پانچ سال میری زندگی ویسے بیتے ہیں کہ میں نے مذہب کو چھوڑ دیا تھا میں سیکولر ہو گیا تھا ایک دم</w:t>
      </w:r>
    </w:p>
    <w:p>
      <w:r>
        <w:rPr>
          <w:b/>
        </w:rPr>
        <w:t xml:space="preserve">[1:00:01] </w:t>
      </w:r>
      <w:r>
        <w:t>is zamane mein maine ek likha tha ek article to us mein maine likha tha ke mazhabi log bare mein yani ke un logon ne apni aqalon ko mazhab ke dibe mein band kar ke daira aasmani ko parcel kar diya hai</w:t>
      </w:r>
    </w:p>
    <w:p>
      <w:pPr>
        <w:jc w:val="right"/>
      </w:pPr>
      <w:r>
        <w:t>اس زمانے میں میں نے ایک لکھا تھا ایک ارٹیکل تو اس میں میں نے لکھا تھا کہ مذہبی لوگ بارے میں یعنی کہ ان لوگوں نے اپنی عقلوں کو مذہب کے ڈبے میں بند کر کے دائرہ اسمانی کو پارسل کر دیا ہے</w:t>
      </w:r>
    </w:p>
    <w:p>
      <w:r>
        <w:rPr>
          <w:b/>
        </w:rPr>
        <w:t xml:space="preserve">[1:00:19] </w:t>
      </w:r>
      <w:r>
        <w:t>yeh logon ne apni aqalon ko mazhab ke dibe mein band kar ke daira aasmani ko parcel kar diya hai to is wajah se mein lauta hoon Islam ki taraf yani mere liye Islam rediscovery hai to maine har cheez ko scientific andaaz mein dekha</w:t>
      </w:r>
    </w:p>
    <w:p>
      <w:pPr>
        <w:jc w:val="right"/>
      </w:pPr>
      <w:r>
        <w:t>یہ لوگوں نے اپنی عقلوں کو مذہب کے ڈبے میں بند کر کے دائرہ اسمانی کو پارسل کر دیا ہے تو اس وجہ سے میں لوٹا ہوں اسلام کی طرف یعنی میرے لیے اسلام ری ڈسکوری ہے تو میں نے ہر چیز کو سائنٹیفک انداز میں دیکھا</w:t>
      </w:r>
    </w:p>
    <w:p>
      <w:r>
        <w:rPr>
          <w:b/>
        </w:rPr>
        <w:t xml:space="preserve">[1:00:37] </w:t>
      </w:r>
      <w:r>
        <w:t>un logon ke paas aisa guzra nahi aisa to woh wohin kahin isi pe reh gaye woh ashuroadi mazhab mein pade reh gaye sab ka mazhab ashuroadi mazhab hai jisko bhi dekhiye ashuroadi mazhab bas</w:t>
      </w:r>
    </w:p>
    <w:p>
      <w:pPr>
        <w:jc w:val="right"/>
      </w:pPr>
      <w:r>
        <w:t>ان لوگوں کے پاس ایسا گزرا نہیں ایسا تو وہ وہیں کہیں اسی پہ رہ گئے وہ اشیروادی مذہب میں پڑے رہ گئے سب کا مذہب اشیروادی مذہب ہے جس کو بھی دیکھیے اشیروادی مذہب بس</w:t>
      </w:r>
    </w:p>
    <w:p>
      <w:r>
        <w:rPr>
          <w:b/>
        </w:rPr>
        <w:t xml:space="preserve">[1:00:56] </w:t>
      </w:r>
      <w:r>
        <w:t>scientific chuki scientific thinking jo hai musalmanon mein aayi nahi yeh jo scientific andaaz hai mazhab par soch bhi nahi hai un ke andar mera ehsaas bhi yahi hai apa</w:t>
      </w:r>
    </w:p>
    <w:p>
      <w:pPr>
        <w:jc w:val="right"/>
      </w:pPr>
      <w:r>
        <w:t>سائنٹیفک چونکہ سائنٹیفک تھنکنگ جو ہے مسلمانوں میں ائی نہیں یہ جو سائنٹیفک انداز ہے مذہب پر سوچ بھی نہیں ہے ان کے اندر میرا احساس بھی یہی ہے اپا</w:t>
      </w:r>
    </w:p>
    <w:p>
      <w:r>
        <w:rPr>
          <w:b/>
        </w:rPr>
        <w:t xml:space="preserve">[1:01:14] </w:t>
      </w:r>
      <w:r>
        <w:t>in religion most of the things deal with the unseen world so i think that is the reason is that the reason why people fail to apply intelligence to understanding it</w:t>
      </w:r>
    </w:p>
    <w:p>
      <w:pPr>
        <w:jc w:val="right"/>
      </w:pPr>
      <w:r>
        <w:t>ان ریلیجن موسٹ اف دا تھنگز ڈیل ود دی انسین ورلڈ سو ائی تھنک دیٹ از دا ریزن از دیٹ دا ریزن وائی پیپل فیل ٹو اپلائی انٹیلیجنس ٹو انڈرسٹینڈنگ اٹ</w:t>
      </w:r>
    </w:p>
    <w:p>
      <w:r>
        <w:rPr>
          <w:b/>
        </w:rPr>
        <w:t xml:space="preserve">[1:01:31] </w:t>
      </w:r>
      <w:r>
        <w:t>haan yeh baat sahi hai yeh baat sahi hai ke mazhab ka taalluq chuki mazhab jo belief system hai belief system poora ka poora unseen world se taalluq rakhta hai to chala aa raha hai hazaar baras se ke unseen world ke bare mein</w:t>
      </w:r>
    </w:p>
    <w:p>
      <w:pPr>
        <w:jc w:val="right"/>
      </w:pPr>
      <w:r>
        <w:t>ہاں یہ بات صحیح ہے یہ بات صحیح ہے کہ مذہب کا تعلق چونکہ مذہب جو بریف سسٹم ہے بریف سسٹم پورا کا پورا انسین ورلڈ سے تعلق رکھتا ہے تو چلا ا رہا ہے ہزار برس سے کہ انسین ورلڈ کے بارے میں</w:t>
      </w:r>
    </w:p>
    <w:p>
      <w:r>
        <w:rPr>
          <w:b/>
        </w:rPr>
        <w:t xml:space="preserve">[1:01:48] </w:t>
      </w:r>
      <w:r>
        <w:t>is ko sirf yani descriptive descriptive way mein bayan karte hain yeh science ke zamane mein aisa possible hua hai ke aap is ko is ko scientific way mein bayan kar saken kyunke hazaar baras aise hi hua tha ke descriptive way mein bayan karte the to woh musalmanon mein wahi cheez raaij ho gayi ab mein samajhta hoon ke ab is ka waqt aa gaya hai ke hum is ke bahar niklen</w:t>
      </w:r>
    </w:p>
    <w:p>
      <w:pPr>
        <w:jc w:val="right"/>
      </w:pPr>
      <w:r>
        <w:t>اس کو صرف یعنی ڈسکرپٹ ڈسکرپٹیو وے میں بیان کرتے ہیں یہ سائنس کے زمانے میں ایسا پوسیبل ہوا ہے کہ اپ اس کو اس کو سائنٹیفک وے میں بیان کر سکیں کیونکہ ہزار برس ایسے ہی ہوا تھا کہ ڈسکرپٹیو وے میں بیان کرتے تھے تو وہ مسلمانوں میں وہی چیز رائج ہو گئی اب میں سمجھتا ہوں کہ اب اس کا وقت اگیا ہے کہ ہم اس کے باہر نکلیں</w:t>
      </w:r>
    </w:p>
    <w:p>
      <w:r>
        <w:rPr>
          <w:b/>
        </w:rPr>
        <w:t xml:space="preserve">[1:02:14] </w:t>
      </w:r>
      <w:r>
        <w:t>hum is ko scientific way mein bayan kar sakte hain ab mein samajhta hoon yeh ke jo argument science mein possible hai wahi argument mazhab possible hai ab is wajah se hum is tareeqe se aage badhna chahiye humein agar aisa hoga to phir yeh baat khatam ho jayegi</w:t>
      </w:r>
    </w:p>
    <w:p>
      <w:pPr>
        <w:jc w:val="right"/>
      </w:pPr>
      <w:r>
        <w:t>ہم اس کو سائنٹیفک وے میں بیان کر سکتے ہیں اب میں سمجھتا ہوں یہ کہ جو ارگیومنٹ سائنس میں پاسیبل ہے وہی ارگیومنٹ مذہب پاسیبل ہے اب اس وجہ سے ہم اس طریقے سے اگے بڑھنا چاہیے ہمیں اگر ایسا ہوگا تو پھر یہ بات ختم ہو جائے گی</w:t>
      </w:r>
    </w:p>
    <w:p>
      <w:r>
        <w:rPr>
          <w:b/>
        </w:rPr>
        <w:t xml:space="preserve">[1:02:34] </w:t>
      </w:r>
      <w:r>
        <w:t>this question has little background actually i was watching a tv program this is qtv and the gentleman who was delivering a lecture his name is sheikh ul hadith maulana muhammad tahir qadri</w:t>
      </w:r>
    </w:p>
    <w:p>
      <w:pPr>
        <w:jc w:val="right"/>
      </w:pPr>
      <w:r>
        <w:t>دس کوئسچن ہیز لٹل بیک گراؤنڈ ایکچولی ائی واز واچنگ ا ٹی وی پروگرام دس از کیو ٹی وی اینڈ دی جنٹلمین ہو واز ڈیلیورنگ ا لیکچر ہز نیم از شیخ الحدیث مولانا محمد طاہر قادری</w:t>
      </w:r>
    </w:p>
    <w:p>
      <w:r>
        <w:rPr>
          <w:b/>
        </w:rPr>
        <w:t xml:space="preserve">[1:02:54] </w:t>
      </w:r>
      <w:r>
        <w:t>so he read out couple of verses from quran and he said that</w:t>
      </w:r>
    </w:p>
    <w:p>
      <w:pPr>
        <w:jc w:val="right"/>
      </w:pPr>
      <w:r>
        <w:t>سو ہی ریڈ اؤٹ کپل اف ورسز فرام قران اینڈ ہی سیڈ دیٹ</w:t>
      </w:r>
    </w:p>
    <w:p>
      <w:r>
        <w:rPr>
          <w:b/>
        </w:rPr>
        <w:t xml:space="preserve">[1:03:03] </w:t>
      </w:r>
      <w:r>
        <w:t>there are commandments from god that do prayer do roza do this do that so these these are the actions for which god has said ke do all these things whereas sunnah is something which is the action of the prophet</w:t>
      </w:r>
    </w:p>
    <w:p>
      <w:pPr>
        <w:jc w:val="right"/>
      </w:pPr>
      <w:r>
        <w:t>دیر ار کمانڈمنٹس فرام گاڈ دیٹ ڈو پریئر ڈو روزاز ڈو دس ڈو دیٹ سو دیز دیز ار دی ایکشنز فار وچ گاڈ ہیز سیڈ کہ ڈو ال دیز تھنگز ویئر ایز سنت از سمتھنگ وچ از دی ایکشن اف دی پرافٹ</w:t>
      </w:r>
    </w:p>
    <w:p>
      <w:r>
        <w:rPr>
          <w:b/>
        </w:rPr>
        <w:t xml:space="preserve">[1:03:22] </w:t>
      </w:r>
      <w:r>
        <w:t>but like there is an action of the prophet god also has a job which he does and his entire invisible world does 24 hours without taking any rest and that job of god is to to send blessings on his prophet beloved prophet and the entire malaika or his you know i</w:t>
      </w:r>
    </w:p>
    <w:p>
      <w:pPr>
        <w:jc w:val="right"/>
      </w:pPr>
      <w:r>
        <w:t>بٹ لائک دیر از این ایکشن اف دی پرافٹ گاڈ السو ہیز ا جاب وچ ہی ڈز اینڈ ہز انٹائر انویزیبل ورلڈ ڈز 24 اورز وداؤٹ ٹیکنگ اینی ریسٹ اینڈ دیٹ جاب اف گاڈ از ٹو ٹو سینڈ بلیسنگز ان ہز پرافٹ بیلورڈ پرافٹ اینڈ دی انٹائر ملائکہ اور ہز یو نو ائی</w:t>
      </w:r>
    </w:p>
    <w:p>
      <w:r>
        <w:rPr>
          <w:b/>
        </w:rPr>
        <w:t xml:space="preserve">[1:03:47] </w:t>
      </w:r>
      <w:r>
        <w:t>I'm invisible world 24 hours they keep sending blessings and they are taking they continue taking the names</w:t>
      </w:r>
    </w:p>
    <w:p>
      <w:pPr>
        <w:jc w:val="right"/>
      </w:pPr>
      <w:r>
        <w:t>ایم انویزیبل ورلڈ 24 اورز دے کیپ سینڈنگ بلیسنگز اینڈ دے اہ ٹیکنگ دے کنٹینیو ٹیکنگ دی نیمز</w:t>
      </w:r>
    </w:p>
    <w:p>
      <w:r>
        <w:rPr>
          <w:b/>
        </w:rPr>
        <w:t xml:space="preserve">[1:03:55] </w:t>
      </w:r>
      <w:r>
        <w:t>of the prophet all the time so like prophet sunnat is there similarly god also has a sunnat</w:t>
      </w:r>
    </w:p>
    <w:p>
      <w:pPr>
        <w:jc w:val="right"/>
      </w:pPr>
      <w:r>
        <w:t>اف دی پرافٹ ال دا ٹائم سو لائک پرافٹ سنت از دیر سمیلرلی گاڈ السو ہیز ا سنت</w:t>
      </w:r>
    </w:p>
    <w:p>
      <w:r>
        <w:rPr>
          <w:b/>
        </w:rPr>
        <w:t xml:space="preserve">[1:04:02] </w:t>
      </w:r>
      <w:r>
        <w:t>And God's action is that He 24 hours remembers His last prophet. So I was asking Maulana that</w:t>
      </w:r>
    </w:p>
    <w:p>
      <w:pPr>
        <w:jc w:val="right"/>
      </w:pPr>
      <w:r>
        <w:t>اینڈ گاڈ ایکشن از دیٹ ہی 24 اورز ریممبرز ہز لاسٹ پرافٹ سو ائی واز اسکنگ مولانا دیٹ</w:t>
      </w:r>
    </w:p>
    <w:p>
      <w:r>
        <w:rPr>
          <w:b/>
        </w:rPr>
        <w:t xml:space="preserve">[1:04:09] </w:t>
      </w:r>
      <w:r>
        <w:t>How true is it? I mean, is it in the right context or because he being such a</w:t>
      </w:r>
    </w:p>
    <w:p>
      <w:pPr>
        <w:jc w:val="right"/>
      </w:pPr>
      <w:r>
        <w:t>ہاؤ ٹرو از اٹ ائی مین از اٹ ان دی رائٹ کانٹیکسٹ اور بیکاز ہی بینگ سچ ا</w:t>
      </w:r>
    </w:p>
    <w:p>
      <w:r>
        <w:rPr>
          <w:b/>
        </w:rPr>
        <w:t xml:space="preserve">[1:04:14] </w:t>
      </w:r>
      <w:r>
        <w:t>well-known person he is propagating this kind of thing</w:t>
      </w:r>
    </w:p>
    <w:p>
      <w:pPr>
        <w:jc w:val="right"/>
      </w:pPr>
      <w:r>
        <w:t>ویل نون پرسن ہی از پروپیگیٹنگ دس کائنڈ اف تھنگ</w:t>
      </w:r>
    </w:p>
    <w:p>
      <w:r>
        <w:rPr>
          <w:b/>
        </w:rPr>
        <w:t xml:space="preserve">[1:04:17] </w:t>
      </w:r>
      <w:r>
        <w:t>openly dekhen yeh wahi cheez hai jo quran mein kaha gaya hai mudahajat yani copy karna to dekhen aisa hua hai is se hadithon mein bohat zabardast tareeqe se mana kiya gaya tha mat karna tum log</w:t>
      </w:r>
    </w:p>
    <w:p>
      <w:pPr>
        <w:jc w:val="right"/>
      </w:pPr>
      <w:r>
        <w:t>اوپنلی دیکھیں یہ وہی چیز ہے جو قران میں کہا گیا ہے مضاحات یعنی کاپی کرنا تو دیکھیں ایسا ہوا ہے اس سے حدیثوں میں بہت زبردست طریقے سے منع کیا گیا تھا مت کرنا تم لوگ</w:t>
      </w:r>
    </w:p>
    <w:p>
      <w:r>
        <w:rPr>
          <w:b/>
        </w:rPr>
        <w:t xml:space="preserve">[1:04:35] </w:t>
      </w:r>
      <w:r>
        <w:t>ke pichhle logon ne apne peghambaron ko badha badha ke barabar khuda bana diya masih ko bana diya son of god and aap dekhen ke avatar wad ka jo concept hai woh bhi ke khuda khud utar pada avatar maani utarna</w:t>
      </w:r>
    </w:p>
    <w:p>
      <w:pPr>
        <w:jc w:val="right"/>
      </w:pPr>
      <w:r>
        <w:t>کہ پچھلے لوگوں نے اپنے پیغمبروں کو بڑھا بڑھا کے برابر خدا بنا دیا مسیح کو بنا دیا سن اف گاڈ اور اپ دیکھیں کہ اوتار واد کا جو کانسیپٹ ہے وہ بھی کہ خدا خود اتر پڑا اوتار معنی اوترت ہونا</w:t>
      </w:r>
    </w:p>
    <w:p>
      <w:r>
        <w:rPr>
          <w:b/>
        </w:rPr>
        <w:t xml:space="preserve">[1:04:54] </w:t>
      </w:r>
      <w:r>
        <w:t>ke jisko avatar mante hain yeh log woh us ko yeh mante hain ke khud khuda un ki roop mein utar pada to yeh hua hai ke apne peghambar ko ya apne peshwa ko badhate badhate khuda bana diya is ko to isi ka yeh yeh woh hai</w:t>
      </w:r>
    </w:p>
    <w:p>
      <w:pPr>
        <w:jc w:val="right"/>
      </w:pPr>
      <w:r>
        <w:t>کہ جس کو اوتار مانتے ہیں یہ لوگ وہ اس کو یہ مانتے ہیں کہ خود خدا ان کی روپ میں اتر پڑا تو یہ ہوا ہے کہ اپنے پیغمبر کو یا اپنے پیشوا کو بڑھاتے بڑھاتے خدا بنا دیا اس کو تو اسی کا یہ یہ وہ ہے</w:t>
      </w:r>
    </w:p>
    <w:p>
      <w:r>
        <w:rPr>
          <w:b/>
        </w:rPr>
        <w:t xml:space="preserve">[1:05:13] </w:t>
      </w:r>
      <w:r>
        <w:t>aur mein aap ko doosri baat yeh arz karunga ke Islam mein ek bohat hi accepted principle hai accepted principle hai ke jo belief system hai Islam ka is mein is mein koi influence nahi chalega</w:t>
      </w:r>
    </w:p>
    <w:p>
      <w:pPr>
        <w:jc w:val="right"/>
      </w:pPr>
      <w:r>
        <w:t>اور میں اپ کو دوسری بات یہ عرض کروں گا کہ اسلام میں ایک بہت ہی ایکسیپٹڈ پرنسپل ہے ایکسیپٹڈ پرنسپل ہے کہ جو بیلیف سسٹم ہے اسلام کا اس میں اس میں کوئی انفلونس نہیں چلے گا</w:t>
      </w:r>
    </w:p>
    <w:p>
      <w:r>
        <w:rPr>
          <w:b/>
        </w:rPr>
        <w:t xml:space="preserve">[1:05:31] </w:t>
      </w:r>
      <w:r>
        <w:t>influence se koi baat prove nahi ho sakti hai is mein jisko kehte hain na text se aap ko batana padega text se influence se koi baat aap ne kaha to invalid ban jayegi woh to yeh sab influence hai yani kahin quran mein baatein likhi hui nahi jo baatein batate hain</w:t>
      </w:r>
    </w:p>
    <w:p>
      <w:pPr>
        <w:jc w:val="right"/>
      </w:pPr>
      <w:r>
        <w:t>انفلونس سے کوئی بات پروف نہیں ہو سکتی ہے اس میں جس کو کہتے ہیں نقص ٹیکسٹ سے اپ کو بتانا پڑے گا ٹیکسٹ سے انفلونس سے کوئی بات اپ نے کہا تو ان ویلڈ بن جائے گی وہ تو یہ سب انفلونس ہے یعنی کہیں قران میں باتیں لکھی ہوئی نہیں جو باتیں بتاتے ہیں</w:t>
      </w:r>
    </w:p>
    <w:p>
      <w:r>
        <w:rPr>
          <w:b/>
        </w:rPr>
        <w:t xml:space="preserve">[1:05:50] </w:t>
      </w:r>
      <w:r>
        <w:t>ya apne taur par idhar udhar le kar ke is mein influential taur par nikalte hain to yeh prime of facie it stands rejected kyunke jab woh text se nikla hai influence se nikla hai to woh mana nahi jayega belief system mein</w:t>
      </w:r>
    </w:p>
    <w:p>
      <w:pPr>
        <w:jc w:val="right"/>
      </w:pPr>
      <w:r>
        <w:t>یا اپنے طور پر ادھر ادھر لے کر کے اس میں انفلوئنشل طور پر نکالتے ہیں تو یہ پرائم اف فیشی اٹ از سٹینڈز ریجیکٹڈ کیونکہ جب وہ ٹیکسٹ سے نکلا ہے انفلونس سے نکلا ہے تو وہ مانا نہیں جائے گا بلیف سسٹم میں</w:t>
      </w:r>
    </w:p>
    <w:p>
      <w:r>
        <w:rPr>
          <w:b/>
        </w:rPr>
        <w:t xml:space="preserve">[1:06:07] </w:t>
      </w:r>
      <w:r>
        <w:t>koi aur cheez ho jaise ke ladai kaise ki jaye ya ghoda kaise daudaya jaye wahan to aap apni aql se chala sakte hain kuch yahan pe aql nahi chalegi yeh yeh baat accepted hai tamam muslim scholars un ke haan ke aqide mein</w:t>
      </w:r>
    </w:p>
    <w:p>
      <w:pPr>
        <w:jc w:val="right"/>
      </w:pPr>
      <w:r>
        <w:t>کوئی اور چیز ہو جیسے کہ لڑائی کیسے کی جائے یا گھوڑا کیسے دوڑایا جائے وہاں تو اپ اپنی عقل سے چلا سکتے ہیں کچھ یہاں پہ عقل نہیں چلے گی یہ یہ بات ایکسیپٹڈ ہے تمام مسلم سکالرز ان کے ہاں کہ عقیدے میں</w:t>
      </w:r>
    </w:p>
    <w:p>
      <w:r>
        <w:rPr>
          <w:b/>
        </w:rPr>
        <w:t xml:space="preserve">[1:06:26] </w:t>
      </w:r>
      <w:r>
        <w:t>qiyas aur istinbat nahi hota hai yani influence nahi hota hai aqida ka matlab khuda ek hai muhammad aakhri rasool hain aur namaz paanch waqt farz hai yeh sab aqide ki baatein hain is mein aap koi bhi cheez na ghata sakte hain na badha sakte hain</w:t>
      </w:r>
    </w:p>
    <w:p>
      <w:pPr>
        <w:jc w:val="right"/>
      </w:pPr>
      <w:r>
        <w:t>قیاس اور استنباط نہیں ہوتا ہے یعنی انفلونس نہیں ہوتا ہے عقیدہ کا مطلب خدا ایک ہے محمد اخری رسول ہیں اور نماز پانچ وقت فرض ہے یہ سب عقیدے کی باتیں ہیں اس میں اپ کوئی بھی چیز نہ گھٹا سکتے ہیں نہ بڑھا سکتے ہیں</w:t>
      </w:r>
    </w:p>
    <w:p>
      <w:r>
        <w:rPr>
          <w:b/>
        </w:rPr>
        <w:t xml:space="preserve">[1:06:49] </w:t>
      </w:r>
      <w:r>
        <w:t>wohi cheez maani jayegi jo text mein literal taur par likhi hui ho agar aap yani influential way mein koi baat nikalen to woh prime of facie it stands rejected wali baat ho jayegi yani is ko is par gaur hi nahi kiya jayega</w:t>
      </w:r>
    </w:p>
    <w:p>
      <w:pPr>
        <w:jc w:val="right"/>
      </w:pPr>
      <w:r>
        <w:t>وہی چیز مانی جائے گی جو ٹیکسٹ میں لٹرل طور پر لکھی ہوئی ہو اگر اپ یعنی انفلوئنشل وے میں کوئی بات نکالیں تو وہ پرائم اف فیشی اٹ از سٹینڈز ریجیکٹڈ والی بات ہو جائے گی یعنی اس کو اس پر غور ہی نہیں کیا جائے گا</w:t>
      </w:r>
    </w:p>
    <w:p>
      <w:r>
        <w:rPr>
          <w:b/>
        </w:rPr>
        <w:t xml:space="preserve">[1:07:06] </w:t>
      </w:r>
      <w:r>
        <w:t>kaha jayega ke rejected hai yeh bilkul unacceptable hai woh isi ki baatein hain yeh na kahein quran mein hai na kahein hadith mein hai idhar se jod jaad ke nikalte hain kehte hain ke dekho yeh hai to behal yeh samajh lijiye ke belief system wali baat jo belief hai jo aqaaid hain</w:t>
      </w:r>
    </w:p>
    <w:p>
      <w:pPr>
        <w:jc w:val="right"/>
      </w:pPr>
      <w:r>
        <w:t>کہا جائے کہ ریجیکٹڈ ہے یہ بالکل انا یعنی ان ایکسیپٹیبل ہے وہ اسی کی باتیں ہیں یہ نہ کہیں قران میں ہے نہ کہ حدیث میں ہے ادھر سے جوڑ جاڑ کے نکالتے ہیں کہتے ہیں کہ دیکھو یہ ہے تو بہرحال یہ سمجھ لیجئے کہ بیلیف سسٹم والی بات جو بیلیف ہے جو عقائد ہیں</w:t>
      </w:r>
    </w:p>
    <w:p>
      <w:r>
        <w:rPr>
          <w:b/>
        </w:rPr>
        <w:t xml:space="preserve">[1:07:28] </w:t>
      </w:r>
      <w:r>
        <w:t>is mein jab tak ap direct tor par text se koi reference na dein tab tak woh us waqt yani ghor bhi nahi kiya jayega woh dekhte hi reject kar diya jayega prime of facie it is stands rejected yeh tamam ulma mante hain is ko</w:t>
      </w:r>
    </w:p>
    <w:p>
      <w:pPr>
        <w:jc w:val="right"/>
      </w:pPr>
      <w:r>
        <w:t>اس میں جب تک اپ ڈائریکٹ طور پر ٹیکسٹ سے کوئی ریفرنس نہ دیں تب تک وہ اس وقت یعنی غور بھی نہیں کیا جائے گا وہ دیکھتے ہی ریجیکٹ کر دیا جائے گا پرائم اف فیشی اٹ از سٹینڈز ریجیکٹڈ یہ تمام علماء مانتے ہیں اس کو</w:t>
      </w:r>
    </w:p>
    <w:p>
      <w:r>
        <w:rPr>
          <w:b/>
        </w:rPr>
        <w:t xml:space="preserve">[1:07:47] </w:t>
      </w:r>
      <w:r>
        <w:t>yeh jo jo is qism ki jo ek</w:t>
      </w:r>
    </w:p>
    <w:p>
      <w:pPr>
        <w:jc w:val="right"/>
      </w:pPr>
      <w:r>
        <w:t>یہ جو جو اس قسم کی جو ایک</w:t>
      </w:r>
    </w:p>
    <w:p>
      <w:r>
        <w:rPr>
          <w:b/>
        </w:rPr>
        <w:t xml:space="preserve">[1:07:50] </w:t>
      </w:r>
      <w:r>
        <w:t>tabqa India mein bhi hai Pakistan mein bhi hai woh log aisa karte hain lekin yeh bare bare ulma ki baat yeh nahi hai matlab hazar saal se jo chala aa raha hai yeh pehle yeh sab baatein pehle nahi thi yeh sab nikli hain isi India hi mein nikli hain Bareilly se nikli hain sab sari baatein pehle nahi thi yeh sab baatein hazar saal ki Muslim tareekh mein yeh baatein nahi thi ab nikla hai</w:t>
      </w:r>
    </w:p>
    <w:p>
      <w:pPr>
        <w:jc w:val="right"/>
      </w:pPr>
      <w:r>
        <w:t>طبقہ انڈیا میں بھی ہے پاکستان میں بھی ہے وہ لوگ ایسا کرتے ہیں لیکن یہ بڑے بڑے علماء کی بات یہ نہیں ہے مطلب ہزار سال سے جو چلا ا رہا ہے یہ پہلے یہ سب باتیں پہلے نہیں تھیں یہ سب نکلی ہیں اسی انڈیا ہی میں نکلی ہیں بریلی سے نکلی ہیں سب ساری باتیں پہلے نہیں تھیں یہ سب باتیں ہزار سال کی مسلم تاریخ میں یہ باتیں نہیں تھیں اب نکلا ہے</w:t>
      </w:r>
    </w:p>
    <w:p>
      <w:r>
        <w:rPr>
          <w:b/>
        </w:rPr>
        <w:t xml:space="preserve">[1:08:18] </w:t>
      </w:r>
      <w:r>
        <w:t>aur</w:t>
      </w:r>
    </w:p>
    <w:p>
      <w:pPr>
        <w:jc w:val="right"/>
      </w:pPr>
      <w:r>
        <w:t>اور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