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Multi-Religious Societies in Islam (Part 2) (English) 3 March 2007 - Maulana Wahiduddin Khan</w:t>
      </w:r>
    </w:p>
    <w:p>
      <w:r>
        <w:t>https://www.youtube.com/watch?v=_SzmGqjYeOo</w:t>
      </w:r>
    </w:p>
    <w:p>
      <w:r>
        <w:rPr>
          <w:b/>
        </w:rPr>
        <w:t xml:space="preserve">[00:10] </w:t>
      </w:r>
      <w:r>
        <w:t>Bismillah Rehman ur Rahim, wa salla Allahu ala Nabi il Kareem. Rab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wah lul uqdata min lisani, yafqahu qawli.</w:t>
      </w:r>
    </w:p>
    <w:p>
      <w:pPr>
        <w:jc w:val="right"/>
      </w:pPr>
      <w:r>
        <w:t>واحل العقدۃ من لسانی، یفقہ قولی۔</w:t>
      </w:r>
    </w:p>
    <w:p>
      <w:r>
        <w:rPr>
          <w:b/>
        </w:rPr>
        <w:t xml:space="preserve">[00:34] </w:t>
      </w:r>
      <w:r>
        <w:t>da theme for da present talk is</w:t>
      </w:r>
    </w:p>
    <w:p>
      <w:pPr>
        <w:jc w:val="right"/>
      </w:pPr>
      <w:r>
        <w:t>دا تھیم فار دا پریزنٹ ٹاک از</w:t>
      </w:r>
    </w:p>
    <w:p>
      <w:r>
        <w:rPr>
          <w:b/>
        </w:rPr>
        <w:t xml:space="preserve">[00:44] </w:t>
      </w:r>
      <w:r>
        <w:t>multireligious society and Islam.</w:t>
      </w:r>
    </w:p>
    <w:p>
      <w:pPr>
        <w:jc w:val="right"/>
      </w:pPr>
      <w:r>
        <w:t>ملٹی ریلیجس سوسائٹی اینڈ اسلام۔</w:t>
      </w:r>
    </w:p>
    <w:p>
      <w:r>
        <w:rPr>
          <w:b/>
        </w:rPr>
        <w:t xml:space="preserve">[00:54] </w:t>
      </w:r>
      <w:r>
        <w:t>I have studied Islam in details,</w:t>
      </w:r>
    </w:p>
    <w:p>
      <w:pPr>
        <w:jc w:val="right"/>
      </w:pPr>
      <w:r>
        <w:t>آئی ہیو اسٹڈی اسلام ان ڈیٹیلز،</w:t>
      </w:r>
    </w:p>
    <w:p>
      <w:r>
        <w:rPr>
          <w:b/>
        </w:rPr>
        <w:t xml:space="preserve">[01:02] </w:t>
      </w:r>
      <w:r>
        <w:t>from its original sources, that is Arabic sources.</w:t>
      </w:r>
    </w:p>
    <w:p>
      <w:pPr>
        <w:jc w:val="right"/>
      </w:pPr>
      <w:r>
        <w:t>فرام اٹس اوریجنل سورسز، دیٹ از عربک سورسز۔</w:t>
      </w:r>
    </w:p>
    <w:p>
      <w:r>
        <w:rPr>
          <w:b/>
        </w:rPr>
        <w:t xml:space="preserve">[01:14] </w:t>
      </w:r>
      <w:r>
        <w:t>I can say that Islam is a religion of tolerance, in complete sense of the word.</w:t>
      </w:r>
    </w:p>
    <w:p>
      <w:pPr>
        <w:jc w:val="right"/>
      </w:pPr>
      <w:r>
        <w:t>آئی کین سے دیٹ اسلام از اے ریلیجن آف ٹالرنس، ان کمپلیٹ سینس آف دا ورڈ۔</w:t>
      </w:r>
    </w:p>
    <w:p>
      <w:r>
        <w:rPr>
          <w:b/>
        </w:rPr>
        <w:t xml:space="preserve">[01:29] </w:t>
      </w:r>
      <w:r>
        <w:t>h</w:t>
      </w:r>
    </w:p>
    <w:p>
      <w:pPr>
        <w:jc w:val="right"/>
      </w:pPr>
      <w:r>
        <w:t>ہ</w:t>
      </w:r>
    </w:p>
    <w:p>
      <w:r>
        <w:rPr>
          <w:b/>
        </w:rPr>
        <w:t xml:space="preserve">[01:30] </w:t>
      </w:r>
      <w:r>
        <w:t>ow to live in a multicultural society, or multireligious society? Islam gives us a very simple formula,</w:t>
      </w:r>
    </w:p>
    <w:p>
      <w:pPr>
        <w:jc w:val="right"/>
      </w:pPr>
      <w:r>
        <w:t>اؤ ٹو لیو ان اے ملٹی کلچرل سوسائٹی، اور ملٹی ریلیجس سوسائٹی؟ اسلام گیوز اس اے ویری سمپل فارمولا،</w:t>
      </w:r>
    </w:p>
    <w:p>
      <w:r>
        <w:rPr>
          <w:b/>
        </w:rPr>
        <w:t xml:space="preserve">[01:51] </w:t>
      </w:r>
      <w:r>
        <w:t>that is based on this principle: follow one and respect all.</w:t>
      </w:r>
    </w:p>
    <w:p>
      <w:pPr>
        <w:jc w:val="right"/>
      </w:pPr>
      <w:r>
        <w:t>دیٹ از بیسڈ آن دس پرنسپل: فالو ون اینڈ ریسپیکٹ آل۔</w:t>
      </w:r>
    </w:p>
    <w:p>
      <w:r>
        <w:rPr>
          <w:b/>
        </w:rPr>
        <w:t xml:space="preserve">[02:02] </w:t>
      </w:r>
      <w:r>
        <w:t>This formula was adopted by the Prophet of Islam throughout his life. throughout his life.</w:t>
      </w:r>
    </w:p>
    <w:p>
      <w:pPr>
        <w:jc w:val="right"/>
      </w:pPr>
      <w:r>
        <w:t>دس فارمولا واز اڈاپٹڈ بائی دا پرافٹ آف اسلام تھرو آؤٹ ہز لائف۔ تھرو آؤٹ ہز لائف۔</w:t>
      </w:r>
    </w:p>
    <w:p>
      <w:r>
        <w:rPr>
          <w:b/>
        </w:rPr>
        <w:t xml:space="preserve">[02:13] </w:t>
      </w:r>
      <w:r>
        <w:t>And also, this formula you can find in the Quran,</w:t>
      </w:r>
    </w:p>
    <w:p>
      <w:pPr>
        <w:jc w:val="right"/>
      </w:pPr>
      <w:r>
        <w:t>اینڈ آل سو، دس فارمولا یو کین فائنڈ ان دا قرآن،</w:t>
      </w:r>
    </w:p>
    <w:p>
      <w:r>
        <w:rPr>
          <w:b/>
        </w:rPr>
        <w:t xml:space="preserve">[02:22] </w:t>
      </w:r>
      <w:r>
        <w:t>almost in every chapter of the Quran.</w:t>
      </w:r>
    </w:p>
    <w:p>
      <w:pPr>
        <w:jc w:val="right"/>
      </w:pPr>
      <w:r>
        <w:t>آل موسٹ ان ایوری چیپٹر آف دا قرآن۔</w:t>
      </w:r>
    </w:p>
    <w:p>
      <w:r>
        <w:rPr>
          <w:b/>
        </w:rPr>
        <w:t xml:space="preserve">[02:29] </w:t>
      </w:r>
      <w:r>
        <w:t>For example, if you take a copy of the Quran, and you start reading, you will find that the very first verse of the first chapter of the Quran is like this:</w:t>
      </w:r>
    </w:p>
    <w:p>
      <w:pPr>
        <w:jc w:val="right"/>
      </w:pPr>
      <w:r>
        <w:t>فار ایگزامپل، اف یو ٹیک ا کاپی آف دا قرآن، اینڈ یو سٹارٹ ریڈنگ، یو ویل فائنڈ دیٹ دا ویری فرسٹ ورس آف دا فرسٹ چیپٹر آف دا قرآن از لائک دس:</w:t>
      </w:r>
    </w:p>
    <w:p>
      <w:r>
        <w:rPr>
          <w:b/>
        </w:rPr>
        <w:t xml:space="preserve">[02:57] </w:t>
      </w:r>
      <w:r>
        <w:t>Alhamdu lillahi Rabbil alameen.</w:t>
      </w:r>
    </w:p>
    <w:p>
      <w:pPr>
        <w:jc w:val="right"/>
      </w:pPr>
      <w:r>
        <w:t>الحمدللہ رب العالمین۔</w:t>
      </w:r>
    </w:p>
    <w:p>
      <w:r>
        <w:rPr>
          <w:b/>
        </w:rPr>
        <w:t xml:space="preserve">[03:04] </w:t>
      </w:r>
      <w:r>
        <w:t>It means: All praise be to God, Lord of mankind.</w:t>
      </w:r>
    </w:p>
    <w:p>
      <w:pPr>
        <w:jc w:val="right"/>
      </w:pPr>
      <w:r>
        <w:t>اٹ مینز: آل پریز بی ٹو گاڈ، لارڈ آف مین کائنڈ۔</w:t>
      </w:r>
    </w:p>
    <w:p>
      <w:r>
        <w:rPr>
          <w:b/>
        </w:rPr>
        <w:t xml:space="preserve">[03:20] </w:t>
      </w:r>
      <w:r>
        <w:t>This is the God introduction given in the Quran.</w:t>
      </w:r>
    </w:p>
    <w:p>
      <w:pPr>
        <w:jc w:val="right"/>
      </w:pPr>
      <w:r>
        <w:t>دس از دا گاڈ انٹروڈکشن گیون ان دا قرآن۔</w:t>
      </w:r>
    </w:p>
    <w:p>
      <w:r>
        <w:rPr>
          <w:b/>
        </w:rPr>
        <w:t xml:space="preserve">[03:29] </w:t>
      </w:r>
      <w:r>
        <w:t>According to this, God is a merciful and compassionate, in complete sense of the word.</w:t>
      </w:r>
    </w:p>
    <w:p>
      <w:pPr>
        <w:jc w:val="right"/>
      </w:pPr>
      <w:r>
        <w:t>اکارڈنگ ٹو دس، گاڈ از اے مرسیفل اینڈ کمپیشنیٹ، ان کمپلیٹ سینس آف دا ورڈ۔</w:t>
      </w:r>
    </w:p>
    <w:p>
      <w:r>
        <w:rPr>
          <w:b/>
        </w:rPr>
        <w:t xml:space="preserve">[03:42] </w:t>
      </w:r>
      <w:r>
        <w:t>God is merciful to all mankind, not only to believers, not only to Muslims, but He is merciful, He is compassionate to all human beings, to all men and women, to all mankind.</w:t>
      </w:r>
    </w:p>
    <w:p>
      <w:pPr>
        <w:jc w:val="right"/>
      </w:pPr>
      <w:r>
        <w:t>گاڈ از مرسیفل ٹو آل مین کائنڈ، ناٹ اونلی ٹو بیلیورز، ناٹ اونلی ٹو مسلمز، بٹ ہی از مرسیفل، ہی از کمپیشنیٹ ٹو آل ہیومن بینگ، ٹو آل مین اینڈ وومن، ٹو آل مین کائنڈ۔</w:t>
      </w:r>
    </w:p>
    <w:p>
      <w:r>
        <w:rPr>
          <w:b/>
        </w:rPr>
        <w:t xml:space="preserve">[04:08] </w:t>
      </w:r>
      <w:r>
        <w:t>This is the divine character. Then there is a Hadith: Takhallaqu bi akhlaqillah.</w:t>
      </w:r>
    </w:p>
    <w:p>
      <w:pPr>
        <w:jc w:val="right"/>
      </w:pPr>
      <w:r>
        <w:t>دس از دا ڈیوائن کریکٹر۔ دین دیر از اے حدیث: تخلق باخلاق اللہ۔</w:t>
      </w:r>
    </w:p>
    <w:p>
      <w:r>
        <w:rPr>
          <w:b/>
        </w:rPr>
        <w:t xml:space="preserve">[04:19] </w:t>
      </w:r>
      <w:r>
        <w:t>Adopt, adopt the divine character, adopt the, adopt the divine behavior.</w:t>
      </w:r>
    </w:p>
    <w:p>
      <w:pPr>
        <w:jc w:val="right"/>
      </w:pPr>
      <w:r>
        <w:t>اڈاپٹ، اڈاپٹ دا ڈیوائن کریکٹر، اڈاپٹ دا، اڈاپٹ دا ڈیوائن بیہیویئر۔</w:t>
      </w:r>
    </w:p>
    <w:p>
      <w:r>
        <w:rPr>
          <w:b/>
        </w:rPr>
        <w:t xml:space="preserve">[04:32] </w:t>
      </w:r>
      <w:r>
        <w:t>so, by adding ten Quranic verse, I can say that</w:t>
      </w:r>
    </w:p>
    <w:p>
      <w:pPr>
        <w:jc w:val="right"/>
      </w:pPr>
      <w:r>
        <w:t>سو، بائی ایڈنگ دس قرآنک ورس، آئی کین سے دیٹ</w:t>
      </w:r>
    </w:p>
    <w:p>
      <w:r>
        <w:rPr>
          <w:b/>
        </w:rPr>
        <w:t xml:space="preserve">[04:46] </w:t>
      </w:r>
      <w:r>
        <w:t>all believers must adopt the principle of compassion towards all mankind.</w:t>
      </w:r>
    </w:p>
    <w:p>
      <w:pPr>
        <w:jc w:val="right"/>
      </w:pPr>
      <w:r>
        <w:t>آل بیلیورز مسٹ اڈاپٹ دا پرنسپل آف کمپیشن ٹوورڈز آل مین کائنڈ۔</w:t>
      </w:r>
    </w:p>
    <w:p>
      <w:r>
        <w:rPr>
          <w:b/>
        </w:rPr>
        <w:t xml:space="preserve">[04:57] </w:t>
      </w:r>
      <w:r>
        <w:t>this is the base of harmony in any society.</w:t>
      </w:r>
    </w:p>
    <w:p>
      <w:pPr>
        <w:jc w:val="right"/>
      </w:pPr>
      <w:r>
        <w:t>دس از دا بیس آف ہارمونی ان اینی سوسائٹی۔</w:t>
      </w:r>
    </w:p>
    <w:p>
      <w:r>
        <w:rPr>
          <w:b/>
        </w:rPr>
        <w:t xml:space="preserve">[05:07] </w:t>
      </w:r>
      <w:r>
        <w:t>then there is a hadith: aashir naasib, aashir naasib khalq hasan.</w:t>
      </w:r>
    </w:p>
    <w:p>
      <w:pPr>
        <w:jc w:val="right"/>
      </w:pPr>
      <w:r>
        <w:t>دین دیر از اے حدیث: عاشر ناصب، عاشر ناصب خلق حسن۔</w:t>
      </w:r>
    </w:p>
    <w:p>
      <w:r>
        <w:rPr>
          <w:b/>
        </w:rPr>
        <w:t xml:space="preserve">[05:18] </w:t>
      </w:r>
      <w:r>
        <w:t>it means that:</w:t>
      </w:r>
    </w:p>
    <w:p>
      <w:pPr>
        <w:jc w:val="right"/>
      </w:pPr>
      <w:r>
        <w:t>اٹ مینز دیٹ:</w:t>
      </w:r>
    </w:p>
    <w:p>
      <w:r>
        <w:rPr>
          <w:b/>
        </w:rPr>
        <w:t xml:space="preserve">[05:23] </w:t>
      </w:r>
      <w:r>
        <w:t>be well wisher to all mankind. here you can see that Muslims are all so asked to adopt the same behavior.</w:t>
      </w:r>
    </w:p>
    <w:p>
      <w:pPr>
        <w:jc w:val="right"/>
      </w:pPr>
      <w:r>
        <w:t>بی ویل وشر ٹو آل مین کائنڈ۔ ہیر یو کین سی دیٹ مسلمز آر آل سو آسکڈ ٹو اڈاپٹ دا سیم بیہیویئر۔</w:t>
      </w:r>
    </w:p>
    <w:p>
      <w:r>
        <w:rPr>
          <w:b/>
        </w:rPr>
        <w:t xml:space="preserve">[05:41] </w:t>
      </w:r>
      <w:r>
        <w:t>God is compassionate to all mankind, so is required to believer, to the believers.</w:t>
      </w:r>
    </w:p>
    <w:p>
      <w:pPr>
        <w:jc w:val="right"/>
      </w:pPr>
      <w:r>
        <w:t>گاڈ از کمپیشنیٹ ٹو آل مین کائنڈ، سو از ریکوائرڈ ٹو بیلیور، ٹو دا بیلیورز۔</w:t>
      </w:r>
    </w:p>
    <w:p>
      <w:r>
        <w:rPr>
          <w:b/>
        </w:rPr>
        <w:t xml:space="preserve">[05:50] </w:t>
      </w:r>
      <w:r>
        <w:t>believers also must be well wisher to all mankind.</w:t>
      </w:r>
    </w:p>
    <w:p>
      <w:pPr>
        <w:jc w:val="right"/>
      </w:pPr>
      <w:r>
        <w:t>بیلیورز آل سو مسٹ بی ویل وشر ٹو آل مین کائنڈ۔</w:t>
      </w:r>
    </w:p>
    <w:p>
      <w:r>
        <w:rPr>
          <w:b/>
        </w:rPr>
        <w:t xml:space="preserve">[05:58] </w:t>
      </w:r>
      <w:r>
        <w:t>in modern term, I can say that the only, the only religious behavior required by every,</w:t>
      </w:r>
    </w:p>
    <w:p>
      <w:pPr>
        <w:jc w:val="right"/>
      </w:pPr>
      <w:r>
        <w:t>ان ماڈرن ٹرم، آئی کین سے دیٹ دا اونلی، دا اونلی ریلیجس بیہیویئر ریکوائرڈ بائی ایوری،</w:t>
      </w:r>
    </w:p>
    <w:p>
      <w:r>
        <w:rPr>
          <w:b/>
        </w:rPr>
        <w:t xml:space="preserve">[06:14] </w:t>
      </w:r>
      <w:r>
        <w:t>required in every believer is insan friendly behavior, man friendly behavior.</w:t>
      </w:r>
    </w:p>
    <w:p>
      <w:pPr>
        <w:jc w:val="right"/>
      </w:pPr>
      <w:r>
        <w:t>ریکوائرڈ ان ایوری بیلیور از انسان فرینڈلی بیہیویئر، مین فرینڈلی بیہیویئر۔</w:t>
      </w:r>
    </w:p>
    <w:p>
      <w:r>
        <w:rPr>
          <w:b/>
        </w:rPr>
        <w:t xml:space="preserve">[06:27] </w:t>
      </w:r>
      <w:r>
        <w:t>this is the basic principle of Islam. and this is the only base of establishing a society where there is peace, there is harmony.</w:t>
      </w:r>
    </w:p>
    <w:p>
      <w:pPr>
        <w:jc w:val="right"/>
      </w:pPr>
      <w:r>
        <w:t>دس از دا بیسک پرنسپل آف اسلام۔ اینڈ دس از دا اونلی بیس آف اسٹیبلشنگ ا سوسائٹی ویر دیر از پیس، دیر از ہارمونی۔</w:t>
      </w:r>
    </w:p>
    <w:p>
      <w:r>
        <w:rPr>
          <w:b/>
        </w:rPr>
        <w:t xml:space="preserve">[06:52] </w:t>
      </w:r>
      <w:r>
        <w:t>you know,</w:t>
      </w:r>
    </w:p>
    <w:p>
      <w:pPr>
        <w:jc w:val="right"/>
      </w:pPr>
      <w:r>
        <w:t>یو نو،</w:t>
      </w:r>
    </w:p>
    <w:p>
      <w:r>
        <w:rPr>
          <w:b/>
        </w:rPr>
        <w:t xml:space="preserve">[06:56] </w:t>
      </w:r>
      <w:r>
        <w:t>the prophet of Islam was born in Mecca in 570 AD, and he was, and he revealed the first revelation in 610 AD.</w:t>
      </w:r>
    </w:p>
    <w:p>
      <w:pPr>
        <w:jc w:val="right"/>
      </w:pPr>
      <w:r>
        <w:t>دا پرافٹ آف اسلام واز بورن ان مکہ ان 570 ایڈی، اینڈ ہی واز، اینڈ ہی ریویلڈ دا فرسٹ ریولیشن ان 610 ایڈی۔</w:t>
      </w:r>
    </w:p>
    <w:p>
      <w:r>
        <w:rPr>
          <w:b/>
        </w:rPr>
        <w:t xml:space="preserve">[07:16] </w:t>
      </w:r>
      <w:r>
        <w:t>so, his mission, so he started his mission in 610 AD in Mecca. at that time, Mecca was,</w:t>
      </w:r>
    </w:p>
    <w:p>
      <w:pPr>
        <w:jc w:val="right"/>
      </w:pPr>
      <w:r>
        <w:t>سو، ہز مشن، سو ہی سٹارٹڈ ہز مشن ان 610 ایڈی ان مکہ۔ ایٹ دیٹ ٹائم، مکہ واز،</w:t>
      </w:r>
    </w:p>
    <w:p>
      <w:r>
        <w:rPr>
          <w:b/>
        </w:rPr>
        <w:t xml:space="preserve">[07:34] </w:t>
      </w:r>
      <w:r>
        <w:t>in that time, the majority of Meccan people were idol worshippers.</w:t>
      </w:r>
    </w:p>
    <w:p>
      <w:pPr>
        <w:jc w:val="right"/>
      </w:pPr>
      <w:r>
        <w:t>ان دیٹ ٹائم، دا میجورٹی آف مکن پیپل ویر آرڈر ورسپر۔</w:t>
      </w:r>
    </w:p>
    <w:p>
      <w:r>
        <w:rPr>
          <w:b/>
        </w:rPr>
        <w:t xml:space="preserve">[07:41] </w:t>
      </w:r>
      <w:r>
        <w:t>prophet and few of his companions were God worshippers.</w:t>
      </w:r>
    </w:p>
    <w:p>
      <w:pPr>
        <w:jc w:val="right"/>
      </w:pPr>
      <w:r>
        <w:t>پرافٹ اینڈ فیو آف ہز کمپینینز ویر گاڈ ورسپر۔</w:t>
      </w:r>
    </w:p>
    <w:p>
      <w:r>
        <w:rPr>
          <w:b/>
        </w:rPr>
        <w:t xml:space="preserve">[07:51] </w:t>
      </w:r>
      <w:r>
        <w:t>so, prophet with his community was a minority in Mecca.</w:t>
      </w:r>
    </w:p>
    <w:p>
      <w:pPr>
        <w:jc w:val="right"/>
      </w:pPr>
      <w:r>
        <w:t>سو، پرافٹ ود ہز کمیونٹی واز ا مائنورٹی ان مکہ۔</w:t>
      </w:r>
    </w:p>
    <w:p>
      <w:r>
        <w:rPr>
          <w:b/>
        </w:rPr>
        <w:t xml:space="preserve">[08:02] </w:t>
      </w:r>
      <w:r>
        <w:t>any mushrik people were in majority. mushrik means idol worshippers.</w:t>
      </w:r>
    </w:p>
    <w:p>
      <w:pPr>
        <w:jc w:val="right"/>
      </w:pPr>
      <w:r>
        <w:t>اینی مشرک پیپل ویر ان میجورٹی۔ مشرک مینز آرڈر ورسپرز۔</w:t>
      </w:r>
    </w:p>
    <w:p>
      <w:r>
        <w:rPr>
          <w:b/>
        </w:rPr>
        <w:t xml:space="preserve">[08:11] </w:t>
      </w:r>
      <w:r>
        <w:t>so, mushrik people were in majority in Mecca. and prophet and his companions were in, mushrik people were in majority in Mecca.</w:t>
      </w:r>
    </w:p>
    <w:p>
      <w:pPr>
        <w:jc w:val="right"/>
      </w:pPr>
      <w:r>
        <w:t>سو، مشرک پیپل ویر ان میجورٹی ان مکہ۔ اینڈ پرافٹ اینڈ ہز کمپینینز ویر ان، مشرک پیپل ویر ان میجورٹی ان مکہ۔</w:t>
      </w:r>
    </w:p>
    <w:p>
      <w:r>
        <w:rPr>
          <w:b/>
        </w:rPr>
        <w:t xml:space="preserve">[08:25] </w:t>
      </w:r>
      <w:r>
        <w:t>and Muhammad and his companion were in minority in Mecca.</w:t>
      </w:r>
    </w:p>
    <w:p>
      <w:pPr>
        <w:jc w:val="right"/>
      </w:pPr>
      <w:r>
        <w:t>اینڈ محمد اینڈ ہز کمپینین ویر ان مائنورٹی ان مکہ۔</w:t>
      </w:r>
    </w:p>
    <w:p>
      <w:r>
        <w:rPr>
          <w:b/>
        </w:rPr>
        <w:t xml:space="preserve">[08:32] </w:t>
      </w:r>
      <w:r>
        <w:t>so, what was their behavior towards others? at that time in Mecca, God revealed the chapter number 103.</w:t>
      </w:r>
    </w:p>
    <w:p>
      <w:pPr>
        <w:jc w:val="right"/>
      </w:pPr>
      <w:r>
        <w:t>سو، واٹ واز دیر بیہیویئر ٹوورڈز ادرز؟ ایٹ دیٹ ٹائم ان مکہ، گاڈ ریویلڈ دا چیپٹر نمبر 103۔</w:t>
      </w:r>
    </w:p>
    <w:p>
      <w:r>
        <w:rPr>
          <w:b/>
        </w:rPr>
        <w:t xml:space="preserve">[08:47] </w:t>
      </w:r>
      <w:r>
        <w:t>this chapter you can find in Quran,</w:t>
      </w:r>
    </w:p>
    <w:p>
      <w:pPr>
        <w:jc w:val="right"/>
      </w:pPr>
      <w:r>
        <w:t>دس چیپٹر یو کین فائنڈ ان قرآن،</w:t>
      </w:r>
    </w:p>
    <w:p>
      <w:r>
        <w:rPr>
          <w:b/>
        </w:rPr>
        <w:t xml:space="preserve">[08:52] </w:t>
      </w:r>
      <w:r>
        <w:t>chapter number 103.</w:t>
      </w:r>
    </w:p>
    <w:p>
      <w:pPr>
        <w:jc w:val="right"/>
      </w:pPr>
      <w:r>
        <w:t>چیپٹر نمبر 103۔</w:t>
      </w:r>
    </w:p>
    <w:p>
      <w:r>
        <w:rPr>
          <w:b/>
        </w:rPr>
        <w:t xml:space="preserve">[08:56] </w:t>
      </w:r>
      <w:r>
        <w:t>in this chapter, and when prophet was in Mecca, in and living as a, as a minority, at that time,</w:t>
      </w:r>
    </w:p>
    <w:p>
      <w:pPr>
        <w:jc w:val="right"/>
      </w:pPr>
      <w:r>
        <w:t>ان دس چیپٹر، اینڈ وین پرافٹ واز ان مکہ، ان اینڈ لیونگ ایز اے، ایز اے مائنورٹی، ایٹ دیٹ ٹائم،</w:t>
      </w:r>
    </w:p>
    <w:p>
      <w:r>
        <w:rPr>
          <w:b/>
        </w:rPr>
        <w:t xml:space="preserve">[09:12] </w:t>
      </w:r>
      <w:r>
        <w:t>this verse was revealed in the Quran.</w:t>
      </w:r>
    </w:p>
    <w:p>
      <w:pPr>
        <w:jc w:val="right"/>
      </w:pPr>
      <w:r>
        <w:t>دس ورس واز ریویلڈ ان دا قرآن۔</w:t>
      </w:r>
    </w:p>
    <w:p>
      <w:r>
        <w:rPr>
          <w:b/>
        </w:rPr>
        <w:t xml:space="preserve">[09:19] </w:t>
      </w:r>
      <w:r>
        <w:t>at reads:</w:t>
      </w:r>
    </w:p>
    <w:p>
      <w:pPr>
        <w:jc w:val="right"/>
      </w:pPr>
      <w:r>
        <w:t>اٹ ریڈز:</w:t>
      </w:r>
    </w:p>
    <w:p>
      <w:r>
        <w:rPr>
          <w:b/>
        </w:rPr>
        <w:t xml:space="preserve">[09:24] </w:t>
      </w:r>
      <w:r>
        <w:t>"lakum deenukum waliya deen".</w:t>
      </w:r>
    </w:p>
    <w:p>
      <w:pPr>
        <w:jc w:val="right"/>
      </w:pPr>
      <w:r>
        <w:t>"لکم دینکم ولیا دین"۔</w:t>
      </w:r>
    </w:p>
    <w:p>
      <w:r>
        <w:rPr>
          <w:b/>
        </w:rPr>
        <w:t xml:space="preserve">[09:29] </w:t>
      </w:r>
      <w:r>
        <w:t>for you your religion, for me mine. this was the formula of adjustment, formula of harmony.</w:t>
      </w:r>
    </w:p>
    <w:p>
      <w:pPr>
        <w:jc w:val="right"/>
      </w:pPr>
      <w:r>
        <w:t>فار یو یور ریلیجن، فار می مائن۔ دس واز دا فارمولا آف ایڈجسٹمنٹ، فارمولا آف ہارمونی۔</w:t>
      </w:r>
    </w:p>
    <w:p>
      <w:r>
        <w:rPr>
          <w:b/>
        </w:rPr>
        <w:t xml:space="preserve">[09:42] </w:t>
      </w:r>
      <w:r>
        <w:t>for you your religion, for me mine.</w:t>
      </w:r>
    </w:p>
    <w:p>
      <w:pPr>
        <w:jc w:val="right"/>
      </w:pPr>
      <w:r>
        <w:t>فار یو یور ریلیجن، فار می مائن۔</w:t>
      </w:r>
    </w:p>
    <w:p>
      <w:r>
        <w:rPr>
          <w:b/>
        </w:rPr>
        <w:t xml:space="preserve">[09:48] </w:t>
      </w:r>
      <w:r>
        <w:t>now, when prophet migrated from makkah to madinah,</w:t>
      </w:r>
    </w:p>
    <w:p>
      <w:pPr>
        <w:jc w:val="right"/>
      </w:pPr>
      <w:r>
        <w:t>ناؤ، وین پرافٹ مائیگریٹڈ فرام مکہ ٹو مدینہ،</w:t>
      </w:r>
    </w:p>
    <w:p>
      <w:r>
        <w:rPr>
          <w:b/>
        </w:rPr>
        <w:t xml:space="preserve">[09:57] </w:t>
      </w:r>
      <w:r>
        <w:t>so at that time, madinah was very favorable to prophet.</w:t>
      </w:r>
    </w:p>
    <w:p>
      <w:pPr>
        <w:jc w:val="right"/>
      </w:pPr>
      <w:r>
        <w:t>سو ایٹ دیٹ ٹائم، مدینہ واز ویری فیوریبل ٹو پرافٹ۔</w:t>
      </w:r>
    </w:p>
    <w:p>
      <w:r>
        <w:rPr>
          <w:b/>
        </w:rPr>
        <w:t xml:space="preserve">[10:06] </w:t>
      </w:r>
      <w:r>
        <w:t>the majority of madinah people accepted islam.</w:t>
      </w:r>
    </w:p>
    <w:p>
      <w:pPr>
        <w:jc w:val="right"/>
      </w:pPr>
      <w:r>
        <w:t>دا میجورٹی آف مدینہ پیپل ایکسیپٹڈ اسلام۔</w:t>
      </w:r>
    </w:p>
    <w:p>
      <w:r>
        <w:rPr>
          <w:b/>
        </w:rPr>
        <w:t xml:space="preserve">[10:12] </w:t>
      </w:r>
      <w:r>
        <w:t>the majority of madinah people.</w:t>
      </w:r>
    </w:p>
    <w:p>
      <w:pPr>
        <w:jc w:val="right"/>
      </w:pPr>
      <w:r>
        <w:t>دا میجورٹی آف مدینہ پیپل۔</w:t>
      </w:r>
    </w:p>
    <w:p>
      <w:r>
        <w:rPr>
          <w:b/>
        </w:rPr>
        <w:t xml:space="preserve">[10:15] </w:t>
      </w:r>
      <w:r>
        <w:t>so, when prophet was living as a minority in makkah, at that time,</w:t>
      </w:r>
    </w:p>
    <w:p>
      <w:pPr>
        <w:jc w:val="right"/>
      </w:pPr>
      <w:r>
        <w:t>سو، وین پرافٹ واز لیونگ ایز اے مائنورٹی ان مکہ، ایٹ دیٹ ٹائم،</w:t>
      </w:r>
    </w:p>
    <w:p>
      <w:r>
        <w:rPr>
          <w:b/>
        </w:rPr>
        <w:t xml:space="preserve">[10:24] </w:t>
      </w:r>
      <w:r>
        <w:t>he adopted the formula: "for you your religion, for me mine". then in madinah, he adopted the same formula when he was in majority.</w:t>
      </w:r>
    </w:p>
    <w:p>
      <w:pPr>
        <w:jc w:val="right"/>
      </w:pPr>
      <w:r>
        <w:t>ہی اڈاپٹڈ دا فارمولا: "فار یو یور ریلیجن، فار می مائن"۔ دین ان مدینہ، ہی اڈاپٹڈ دا سیم فارمولا وین ہی واز ان میجورٹی۔</w:t>
      </w:r>
    </w:p>
    <w:p>
      <w:r>
        <w:rPr>
          <w:b/>
        </w:rPr>
        <w:t xml:space="preserve">[10:38] </w:t>
      </w:r>
      <w:r>
        <w:t>in madinah, he and his companions were in majority. they were able to establish the first state in madinah.</w:t>
      </w:r>
    </w:p>
    <w:p>
      <w:pPr>
        <w:jc w:val="right"/>
      </w:pPr>
      <w:r>
        <w:t>ان مدینہ، ہی اینڈ ہز کمپینینز ویر ان میجورٹی۔ دے وار ایبل ٹو اسٹیبلش دا فرسٹ اسٹیٹ ان مدینہ۔</w:t>
      </w:r>
    </w:p>
    <w:p>
      <w:r>
        <w:rPr>
          <w:b/>
        </w:rPr>
        <w:t xml:space="preserve">[10:49] </w:t>
      </w:r>
      <w:r>
        <w:t>but the same formula was adopted by prophet in madinah also. you know, prophet declared, prophet issued a declaration</w:t>
      </w:r>
    </w:p>
    <w:p>
      <w:pPr>
        <w:jc w:val="right"/>
      </w:pPr>
      <w:r>
        <w:t>بٹ دا سیم فارمولا واز اڈاپٹڈ بائی پرافٹ ان مدینہ آل سو۔ یو نو، پرافٹ ڈیکلیئر، پرافٹ ایشوڈ ا ڈیکلریشن</w:t>
      </w:r>
    </w:p>
    <w:p>
      <w:r>
        <w:rPr>
          <w:b/>
        </w:rPr>
        <w:t xml:space="preserve">[11:05] </w:t>
      </w:r>
      <w:r>
        <w:t>. this is called in islamic history صحیfah madinah. صحیfah madinah means madinah declaration.</w:t>
      </w:r>
    </w:p>
    <w:p>
      <w:pPr>
        <w:jc w:val="right"/>
      </w:pPr>
      <w:r>
        <w:t>۔ دس از کالڈ ان اسلامک ہسٹری صحیفۃ المدینہ۔ صحیفۃ المدینہ مینز مدینہ ڈیکلریشن۔</w:t>
      </w:r>
    </w:p>
    <w:p>
      <w:r>
        <w:rPr>
          <w:b/>
        </w:rPr>
        <w:t xml:space="preserve">[11:17] </w:t>
      </w:r>
      <w:r>
        <w:t>so, in this declaration, prophet</w:t>
      </w:r>
    </w:p>
    <w:p>
      <w:pPr>
        <w:jc w:val="right"/>
      </w:pPr>
      <w:r>
        <w:t>سو، ان دس ڈیکلریشن، پرافٹ</w:t>
      </w:r>
    </w:p>
    <w:p>
      <w:r>
        <w:rPr>
          <w:b/>
        </w:rPr>
        <w:t xml:space="preserve">[11:24] </w:t>
      </w:r>
      <w:r>
        <w:t>said: "lil yahood deenahum walil muslimeen deenahum".</w:t>
      </w:r>
    </w:p>
    <w:p>
      <w:pPr>
        <w:jc w:val="right"/>
      </w:pPr>
      <w:r>
        <w:t>سیڈ: "لل یہود دینہم وللمسلمین دینہم"۔</w:t>
      </w:r>
    </w:p>
    <w:p>
      <w:r>
        <w:rPr>
          <w:b/>
        </w:rPr>
        <w:t xml:space="preserve">[11:32] </w:t>
      </w:r>
      <w:r>
        <w:t>it means for jewish people their religion. and for muslims their religion. you see the same language.</w:t>
      </w:r>
    </w:p>
    <w:p>
      <w:pPr>
        <w:jc w:val="right"/>
      </w:pPr>
      <w:r>
        <w:t>اٹ مینز فار جیوش پیپل دیر ریلیجن۔ اینڈ فار مسلمز دیر ریلیجن۔ یو سی دا سیم لینگویج۔</w:t>
      </w:r>
    </w:p>
    <w:p>
      <w:r>
        <w:rPr>
          <w:b/>
        </w:rPr>
        <w:t xml:space="preserve">[11:45] </w:t>
      </w:r>
      <w:r>
        <w:t>when prophet was in minority in makkah, he adopted the formula: "for you your religion, for me mine".</w:t>
      </w:r>
    </w:p>
    <w:p>
      <w:pPr>
        <w:jc w:val="right"/>
      </w:pPr>
      <w:r>
        <w:t>وین پرافٹ واز ان مائنورٹی ان مکہ، ہی اڈاپٹڈ دا فارمولا: "فار یو یور ریلیجن، فار می مائن"۔</w:t>
      </w:r>
    </w:p>
    <w:p>
      <w:r>
        <w:rPr>
          <w:b/>
        </w:rPr>
        <w:t xml:space="preserve">[11:55] </w:t>
      </w:r>
      <w:r>
        <w:t>and when he was in madinah, and at that time, muslims were in majority. but he followed again the same formula:</w:t>
      </w:r>
    </w:p>
    <w:p>
      <w:pPr>
        <w:jc w:val="right"/>
      </w:pPr>
      <w:r>
        <w:t>اینڈ وین ہی واز ان مدینہ، اینڈ ایٹ دیٹ ٹائم، مسلمز ویر ان میجورٹی۔ بٹ ہی فالوڈ اگین دا سیم فارمولا:</w:t>
      </w:r>
    </w:p>
    <w:p>
      <w:r>
        <w:rPr>
          <w:b/>
        </w:rPr>
        <w:t xml:space="preserve">[12:12] </w:t>
      </w:r>
      <w:r>
        <w:t>"for jewish people their religion or for muslims their religion". this is the islamic formula.</w:t>
      </w:r>
    </w:p>
    <w:p>
      <w:pPr>
        <w:jc w:val="right"/>
      </w:pPr>
      <w:r>
        <w:t>"فار جیوش پیپل دیر ریلیجن اور فار مسلمز دیر ریلیجن"۔ دس از دا اسلامک فارمولا۔</w:t>
      </w:r>
    </w:p>
    <w:p>
      <w:r>
        <w:rPr>
          <w:b/>
        </w:rPr>
        <w:t xml:space="preserve">[12:22] </w:t>
      </w:r>
      <w:r>
        <w:t>this is the islamic formula</w:t>
      </w:r>
    </w:p>
    <w:p>
      <w:pPr>
        <w:jc w:val="right"/>
      </w:pPr>
      <w:r>
        <w:t>دس از دا اسلامک فارمولا</w:t>
      </w:r>
    </w:p>
    <w:p>
      <w:r>
        <w:rPr>
          <w:b/>
        </w:rPr>
        <w:t xml:space="preserve">[12:24] </w:t>
      </w:r>
      <w:r>
        <w:t>. it is irrelevant whether you are living as a minority or you are living as a majority.</w:t>
      </w:r>
    </w:p>
    <w:p>
      <w:pPr>
        <w:jc w:val="right"/>
      </w:pPr>
      <w:r>
        <w:t>۔ اٹ از اریلونٹ ویدر یو آر لیونگ ایز اے مائنورٹی اور یو آر لیونگ ایز اے میجورٹی۔</w:t>
      </w:r>
    </w:p>
    <w:p>
      <w:r>
        <w:rPr>
          <w:b/>
        </w:rPr>
        <w:t xml:space="preserve">[12:33] </w:t>
      </w:r>
      <w:r>
        <w:t>in both the situations, you have to adopt this formula. that is in my verse: "follow one and respect all".</w:t>
      </w:r>
    </w:p>
    <w:p>
      <w:pPr>
        <w:jc w:val="right"/>
      </w:pPr>
      <w:r>
        <w:t>ان بوتھ دا سچویشنز، یو ہیو ٹو اڈاپٹ دس فارمولا۔ دیٹ از ان مائی ورس: "فالو ون اینڈ ریسپیکٹ آل"۔</w:t>
      </w:r>
    </w:p>
    <w:p>
      <w:r>
        <w:rPr>
          <w:b/>
        </w:rPr>
        <w:t xml:space="preserve">[12:47] </w:t>
      </w:r>
      <w:r>
        <w:t>islamic formula is not based on elimination others, but the islamic formula is based on tolerance, adjustment, acceptance, love.</w:t>
      </w:r>
    </w:p>
    <w:p>
      <w:pPr>
        <w:jc w:val="right"/>
      </w:pPr>
      <w:r>
        <w:t>اسلامک فارمولا از ناٹ بیسڈ آن ایلیمینیشن ادرز، بٹ دا اسلامک فارمولا از بیسڈ آن ٹالرنس، ایڈجسٹمنٹ، ایکسیپٹنس، لو۔</w:t>
      </w:r>
    </w:p>
    <w:p>
      <w:r>
        <w:rPr>
          <w:b/>
        </w:rPr>
        <w:t xml:space="preserve">[13:07] </w:t>
      </w:r>
      <w:r>
        <w:t>so, this is the permanent islamic formula.</w:t>
      </w:r>
    </w:p>
    <w:p>
      <w:pPr>
        <w:jc w:val="right"/>
      </w:pPr>
      <w:r>
        <w:t>سو، دس از دا پرمننٹ اسلامک فارمولا۔</w:t>
      </w:r>
    </w:p>
    <w:p>
      <w:r>
        <w:rPr>
          <w:b/>
        </w:rPr>
        <w:t xml:space="preserve">[13:13] </w:t>
      </w:r>
      <w:r>
        <w:t>it is very important to note that prophet adopted the same formula when he was in makkah as a minority.</w:t>
      </w:r>
    </w:p>
    <w:p>
      <w:pPr>
        <w:jc w:val="right"/>
      </w:pPr>
      <w:r>
        <w:t>اٹ از ویری امپورٹنٹ ٹو نوٹ دیٹ پرافٹ اڈاپٹڈ دا سیم فارمولا وین ہی واز ان مکہ ایز اے مائنورٹی۔</w:t>
      </w:r>
    </w:p>
    <w:p>
      <w:r>
        <w:rPr>
          <w:b/>
        </w:rPr>
        <w:t xml:space="preserve">[13:22] </w:t>
      </w:r>
      <w:r>
        <w:t>and again, he adopted this formula in madina when he was in majority.</w:t>
      </w:r>
    </w:p>
    <w:p>
      <w:pPr>
        <w:jc w:val="right"/>
      </w:pPr>
      <w:r>
        <w:t>اینڈ اگین، ہی اڈاپٹڈ دس فارمولا ان مدینہ وین ہی واز ان میجورٹی۔</w:t>
      </w:r>
    </w:p>
    <w:p>
      <w:r>
        <w:rPr>
          <w:b/>
        </w:rPr>
        <w:t xml:space="preserve">[13:35] </w:t>
      </w:r>
      <w:r>
        <w:t>so, islamic formula is based on tolerance, peaceful living.</w:t>
      </w:r>
    </w:p>
    <w:p>
      <w:pPr>
        <w:jc w:val="right"/>
      </w:pPr>
      <w:r>
        <w:t>سو، اسلامک فارمولا از بیسڈ آن ٹالرنس، پیس فل لیونگ۔</w:t>
      </w:r>
    </w:p>
    <w:p>
      <w:r>
        <w:rPr>
          <w:b/>
        </w:rPr>
        <w:t xml:space="preserve">[13:44] </w:t>
      </w:r>
      <w:r>
        <w:t>now, why islam emphasizes so much on tolerance?</w:t>
      </w:r>
    </w:p>
    <w:p>
      <w:pPr>
        <w:jc w:val="right"/>
      </w:pPr>
      <w:r>
        <w:t>ناؤ، وائی اسلام ایمفسائز سو مچ آن ٹالرنس؟</w:t>
      </w:r>
    </w:p>
    <w:p>
      <w:r>
        <w:rPr>
          <w:b/>
        </w:rPr>
        <w:t xml:space="preserve">[13:54] </w:t>
      </w:r>
      <w:r>
        <w:t>why? because,</w:t>
      </w:r>
    </w:p>
    <w:p>
      <w:pPr>
        <w:jc w:val="right"/>
      </w:pPr>
      <w:r>
        <w:t>وائی؟ بیکاز،</w:t>
      </w:r>
    </w:p>
    <w:p>
      <w:r>
        <w:rPr>
          <w:b/>
        </w:rPr>
        <w:t xml:space="preserve">[14:00] </w:t>
      </w:r>
      <w:r>
        <w:t>any because islam, the only target of islam is to, to make people live in, make people live with gods consciousness.</w:t>
      </w:r>
    </w:p>
    <w:p>
      <w:pPr>
        <w:jc w:val="right"/>
      </w:pPr>
      <w:r>
        <w:t>اینی بیکاز اسلام، دا اونلی ٹارگٹ آف اسلام از ٹو، ٹو میک پیپل لیو ان، میک پیپل لیو ود گاڈز کانشیسنس۔</w:t>
      </w:r>
    </w:p>
    <w:p>
      <w:r>
        <w:rPr>
          <w:b/>
        </w:rPr>
        <w:t xml:space="preserve">[14:22] </w:t>
      </w:r>
      <w:r>
        <w:t>spiritual development is the only target of islam.</w:t>
      </w:r>
    </w:p>
    <w:p>
      <w:pPr>
        <w:jc w:val="right"/>
      </w:pPr>
      <w:r>
        <w:t>سپرچول ڈیولپمنٹ از دا اونلی ٹارگٹ آف اسلام۔</w:t>
      </w:r>
    </w:p>
    <w:p>
      <w:r>
        <w:rPr>
          <w:b/>
        </w:rPr>
        <w:t xml:space="preserve">[14:28] </w:t>
      </w:r>
      <w:r>
        <w:t>there is a very relevant verse in the quran: "kunoo rabbaniyyeen". it means that live with god, live with gods consciousness</w:t>
      </w:r>
    </w:p>
    <w:p>
      <w:pPr>
        <w:jc w:val="right"/>
      </w:pPr>
      <w:r>
        <w:t>دیر از اے ویری ریلیونٹ ورس ان دا قرآن: "کونو ربانیین"۔ اٹ مینز دیٹ لیو ود گاڈ، لیو ود گاڈز کانشیسنس</w:t>
      </w:r>
    </w:p>
    <w:p>
      <w:r>
        <w:rPr>
          <w:b/>
        </w:rPr>
        <w:t xml:space="preserve">[14:47] </w:t>
      </w:r>
      <w:r>
        <w:t>. rabbaniyyeen means literally rabb oriented.</w:t>
      </w:r>
    </w:p>
    <w:p>
      <w:pPr>
        <w:jc w:val="right"/>
      </w:pPr>
      <w:r>
        <w:t>۔ ربانیین مینز لٹرلی رب اورینٹڈ۔</w:t>
      </w:r>
    </w:p>
    <w:p>
      <w:r>
        <w:rPr>
          <w:b/>
        </w:rPr>
        <w:t xml:space="preserve">[14:53] </w:t>
      </w:r>
      <w:r>
        <w:t>any adopt the life that is rabb oriented, god oriented. so, god oriented thinking, god oriented speech, god oriented behavior, god oriented life.</w:t>
      </w:r>
    </w:p>
    <w:p>
      <w:pPr>
        <w:jc w:val="right"/>
      </w:pPr>
      <w:r>
        <w:t>اینی اڈاپٹ دا لائف دیٹ از رب اورینٹڈ، گاڈ اورینٹڈ۔ سو، گاڈ اورینٹڈ تھنکنگ، گاڈ اورینٹڈ سپیچ، گاڈ اورینٹڈ بیہیویئر، گاڈ اورینٹڈ لائف۔</w:t>
      </w:r>
    </w:p>
    <w:p>
      <w:r>
        <w:rPr>
          <w:b/>
        </w:rPr>
        <w:t xml:space="preserve">[15:12] </w:t>
      </w:r>
      <w:r>
        <w:t>this is the only target of islam.</w:t>
      </w:r>
    </w:p>
    <w:p>
      <w:pPr>
        <w:jc w:val="right"/>
      </w:pPr>
      <w:r>
        <w:t>دس از دا اونلی ٹارگٹ آف اسلام۔</w:t>
      </w:r>
    </w:p>
    <w:p>
      <w:r>
        <w:rPr>
          <w:b/>
        </w:rPr>
        <w:t xml:space="preserve">[15:17] </w:t>
      </w:r>
      <w:r>
        <w:t>now, in such a situation, everything is destruction. everything will, any all those kind of intolerance, war and confrontation will serve as a destruction in this process.</w:t>
      </w:r>
    </w:p>
    <w:p>
      <w:pPr>
        <w:jc w:val="right"/>
      </w:pPr>
      <w:r>
        <w:t>ناؤ، ان سچ اے سچویشن، ایوری تھنگ از ڈسٹرکشن۔ ایوری تھنگ ول، اینی آل دوست کائنڈ آف انٹولرنس، وار اینڈ کنفرنٹیشن ول سرو ایز اے ڈسٹرکشن ان دس پروسیس۔</w:t>
      </w:r>
    </w:p>
    <w:p>
      <w:r>
        <w:rPr>
          <w:b/>
        </w:rPr>
        <w:t xml:space="preserve">[15:43] </w:t>
      </w:r>
      <w:r>
        <w:t>when every believer is engaged to develop in his personality spiritual values, then he has no time to engage in these negative activities like war, intolerance, hate,</w:t>
      </w:r>
    </w:p>
    <w:p>
      <w:pPr>
        <w:jc w:val="right"/>
      </w:pPr>
      <w:r>
        <w:t>وین ایوری بیلیور از انگیجڈ ٹو ڈیولپ ان ہز پرسنیلٹی سپرچول ویلیوز، دین ہی ہیز نو ٹائم ٹو انگیج ان دیز نیگیٹیو ایکٹیویٹیز لائک وار، انٹولرنس، ہیٹ،</w:t>
      </w:r>
    </w:p>
    <w:p>
      <w:r>
        <w:rPr>
          <w:b/>
        </w:rPr>
        <w:t xml:space="preserve">[16:08] </w:t>
      </w:r>
      <w:r>
        <w:t>miles, injustice.</w:t>
      </w:r>
    </w:p>
    <w:p>
      <w:pPr>
        <w:jc w:val="right"/>
      </w:pPr>
      <w:r>
        <w:t>مائلس، انجسٹس۔</w:t>
      </w:r>
    </w:p>
    <w:p>
      <w:r>
        <w:rPr>
          <w:b/>
        </w:rPr>
        <w:t xml:space="preserve">[16:12] </w:t>
      </w:r>
      <w:r>
        <w:t>all these things will serve as a destruction.</w:t>
      </w:r>
    </w:p>
    <w:p>
      <w:pPr>
        <w:jc w:val="right"/>
      </w:pPr>
      <w:r>
        <w:t>آل دیز تھنگز ول سرو ایز اے ڈسٹرکشن۔</w:t>
      </w:r>
    </w:p>
    <w:p>
      <w:r>
        <w:rPr>
          <w:b/>
        </w:rPr>
        <w:t xml:space="preserve">[16:21] </w:t>
      </w:r>
      <w:r>
        <w:t>so, islam cannot tolerate intolerance. islam cannot tolerate confrontation.</w:t>
      </w:r>
    </w:p>
    <w:p>
      <w:pPr>
        <w:jc w:val="right"/>
      </w:pPr>
      <w:r>
        <w:t>سو، اسلام کین ناٹ ٹولریٹ انٹولرنس۔ اسلام کین ناٹ ٹولریٹ کنفرنٹیشن۔</w:t>
      </w:r>
    </w:p>
    <w:p>
      <w:r>
        <w:rPr>
          <w:b/>
        </w:rPr>
        <w:t xml:space="preserve">[16:37] </w:t>
      </w:r>
      <w:r>
        <w:t>the only formula of islam is that is based on tolerance, peaceful living.</w:t>
      </w:r>
    </w:p>
    <w:p>
      <w:pPr>
        <w:jc w:val="right"/>
      </w:pPr>
      <w:r>
        <w:t>دا اونلی فارمولا آف اسلام از دیٹ از بیسڈ آن ٹالرنس، پیس فل لیونگ۔</w:t>
      </w:r>
    </w:p>
    <w:p>
      <w:r>
        <w:rPr>
          <w:b/>
        </w:rPr>
        <w:t xml:space="preserve">[16:46] </w:t>
      </w:r>
      <w:r>
        <w:t>by adopting this behavior, believer tries to save himself from destruction.</w:t>
      </w:r>
    </w:p>
    <w:p>
      <w:pPr>
        <w:jc w:val="right"/>
      </w:pPr>
      <w:r>
        <w:t>بائی اڈاپٹنگ دس بیہیویئر، بیلیور ٹرائز ٹو سیو ہم سیلف فرام ڈسٹرکشن۔</w:t>
      </w:r>
    </w:p>
    <w:p>
      <w:r>
        <w:rPr>
          <w:b/>
        </w:rPr>
        <w:t xml:space="preserve">[16:58] </w:t>
      </w:r>
      <w:r>
        <w:t>where there is destruction, there is no development.</w:t>
      </w:r>
    </w:p>
    <w:p>
      <w:pPr>
        <w:jc w:val="right"/>
      </w:pPr>
      <w:r>
        <w:t>ویر دیر از ڈسٹرکشن، دیر از نو ڈیولپمنٹ۔</w:t>
      </w:r>
    </w:p>
    <w:p>
      <w:r>
        <w:rPr>
          <w:b/>
        </w:rPr>
        <w:t xml:space="preserve">[17:03] </w:t>
      </w:r>
      <w:r>
        <w:t>destruction halts the intellectual progress, the spiritual development.</w:t>
      </w:r>
    </w:p>
    <w:p>
      <w:pPr>
        <w:jc w:val="right"/>
      </w:pPr>
      <w:r>
        <w:t>ڈسٹرکشن ہالٹس دے انٹلیکچول پروگریس، دا سپرچول ڈیولپمنٹ۔</w:t>
      </w:r>
    </w:p>
    <w:p>
      <w:r>
        <w:rPr>
          <w:b/>
        </w:rPr>
        <w:t xml:space="preserve">[17:12] </w:t>
      </w:r>
      <w:r>
        <w:t>so, all these things are, according to islamic point of view, all these things are destruction</w:t>
      </w:r>
    </w:p>
    <w:p>
      <w:pPr>
        <w:jc w:val="right"/>
      </w:pPr>
      <w:r>
        <w:t>سو، آل دیز تھنگز آر، اکارڈنگ ٹو اسلامک پوائنٹ آف ویو، آل دیز تھنگز آر ڈسٹرکشن</w:t>
      </w:r>
    </w:p>
    <w:p>
      <w:r>
        <w:rPr>
          <w:b/>
        </w:rPr>
        <w:t xml:space="preserve">[17:23] </w:t>
      </w:r>
      <w:r>
        <w:t>. so, prophet adopted the formula of tolerance when he was in minority. and again, he adopted the formula of tolerance when he was in majority.</w:t>
      </w:r>
    </w:p>
    <w:p>
      <w:pPr>
        <w:jc w:val="right"/>
      </w:pPr>
      <w:r>
        <w:t>۔ سو، پرافٹ اڈاپٹڈ دا فارمولا آف ٹالرنس وین ہی واز ان مائنورٹی۔ اینڈ اگین، ہی اڈاپٹڈ دا فارمولا آف ٹالرنس وین ہی واز ان میجورٹی۔</w:t>
      </w:r>
    </w:p>
    <w:p>
      <w:r>
        <w:rPr>
          <w:b/>
        </w:rPr>
        <w:t xml:space="preserve">[17:36] </w:t>
      </w:r>
      <w:r>
        <w:t>this is the only islamic principle.</w:t>
      </w:r>
    </w:p>
    <w:p>
      <w:pPr>
        <w:jc w:val="right"/>
      </w:pPr>
      <w:r>
        <w:t>دس از دا اونلی اسلامک پرنسپل۔</w:t>
      </w:r>
    </w:p>
    <w:p>
      <w:r>
        <w:rPr>
          <w:b/>
        </w:rPr>
        <w:t xml:space="preserve">[17:42] </w:t>
      </w:r>
      <w:r>
        <w:t>then, there is a very relevant hadith.</w:t>
      </w:r>
    </w:p>
    <w:p>
      <w:pPr>
        <w:jc w:val="right"/>
      </w:pPr>
      <w:r>
        <w:t>دین، دیر از اے ویری ریلیونٹ حدیث۔</w:t>
      </w:r>
    </w:p>
    <w:p>
      <w:r>
        <w:rPr>
          <w:b/>
        </w:rPr>
        <w:t xml:space="preserve">[17:51] </w:t>
      </w:r>
      <w:r>
        <w:t>now, first of all, i will give you a quranic verse. the very relevant quranic verse.</w:t>
      </w:r>
    </w:p>
    <w:p>
      <w:pPr>
        <w:jc w:val="right"/>
      </w:pPr>
      <w:r>
        <w:t>ناؤ، فرسٹ آف آل، آئی ویل گیو یو ا قرآنی ورس۔ دا ویری ریلیونٹ قرآنی ورس۔</w:t>
      </w:r>
    </w:p>
    <w:p>
      <w:r>
        <w:rPr>
          <w:b/>
        </w:rPr>
        <w:t xml:space="preserve">[18:01] </w:t>
      </w:r>
      <w:r>
        <w:t>it is: "assulhu khair". "assulhu khair" means</w:t>
      </w:r>
    </w:p>
    <w:p>
      <w:pPr>
        <w:jc w:val="right"/>
      </w:pPr>
      <w:r>
        <w:t>اٹ از: "الصلح خیر"۔ "الصلح خیر" مینز</w:t>
      </w:r>
    </w:p>
    <w:p>
      <w:r>
        <w:rPr>
          <w:b/>
        </w:rPr>
        <w:t xml:space="preserve">[18:12] </w:t>
      </w:r>
      <w:r>
        <w:t>consiliation is the best. reconciliation is the best.</w:t>
      </w:r>
    </w:p>
    <w:p>
      <w:pPr>
        <w:jc w:val="right"/>
      </w:pPr>
      <w:r>
        <w:t>کانسلیشن از دا بیسٹ۔ ریکانسلیشن از دا بیسٹ۔</w:t>
      </w:r>
    </w:p>
    <w:p>
      <w:r>
        <w:rPr>
          <w:b/>
        </w:rPr>
        <w:t xml:space="preserve">[18:19] </w:t>
      </w:r>
      <w:r>
        <w:t>that is peaceful behavior, conciliatory behavior, non confrontation approach is the best for a believer.</w:t>
      </w:r>
    </w:p>
    <w:p>
      <w:pPr>
        <w:jc w:val="right"/>
      </w:pPr>
      <w:r>
        <w:t>دیٹ از پیس فل بیہیویئر، کانسلیٹری بیہیویئر، نان کنفرنٹیشن اپروچ از دا بیسٹ فار ا بیلیور۔</w:t>
      </w:r>
    </w:p>
    <w:p>
      <w:r>
        <w:rPr>
          <w:b/>
        </w:rPr>
        <w:t xml:space="preserve">[18:31] </w:t>
      </w:r>
      <w:r>
        <w:t>"alsulh khair". "sulh" means peace, tolerance, adjustment.</w:t>
      </w:r>
    </w:p>
    <w:p>
      <w:pPr>
        <w:jc w:val="right"/>
      </w:pPr>
      <w:r>
        <w:t>"الصلح خیر"۔ "صلح" مینز پیس، ٹالرنس، ایڈجسٹمنٹ۔</w:t>
      </w:r>
    </w:p>
    <w:p>
      <w:r>
        <w:rPr>
          <w:b/>
        </w:rPr>
        <w:t xml:space="preserve">[18:42] </w:t>
      </w:r>
      <w:r>
        <w:t>this kind of behavior is the best for a believer.</w:t>
      </w:r>
    </w:p>
    <w:p>
      <w:pPr>
        <w:jc w:val="right"/>
      </w:pPr>
      <w:r>
        <w:t>دس کائنڈ آف بیہیویئر از دا بیسٹ فار ا بیلیور۔</w:t>
      </w:r>
    </w:p>
    <w:p>
      <w:r>
        <w:rPr>
          <w:b/>
        </w:rPr>
        <w:t xml:space="preserve">[18:51] </w:t>
      </w:r>
      <w:r>
        <w:t>then, there is a hadith:</w:t>
      </w:r>
    </w:p>
    <w:p>
      <w:pPr>
        <w:jc w:val="right"/>
      </w:pPr>
      <w:r>
        <w:t>دین، دیر از ا حدیث:</w:t>
      </w:r>
    </w:p>
    <w:p>
      <w:r>
        <w:rPr>
          <w:b/>
        </w:rPr>
        <w:t xml:space="preserve">[18:58] </w:t>
      </w:r>
      <w:r>
        <w:t>"wallah la yumino, wallah la yumino, wallah la yumino alladhi la yaman jahruhu biwaqih".</w:t>
      </w:r>
    </w:p>
    <w:p>
      <w:pPr>
        <w:jc w:val="right"/>
      </w:pPr>
      <w:r>
        <w:t>"واللہ لا یومنو، واللہ لا یومنو، واللہ لا یومنو الذی لا یامن جارہ بواقہ"۔</w:t>
      </w:r>
    </w:p>
    <w:p>
      <w:r>
        <w:rPr>
          <w:b/>
        </w:rPr>
        <w:t xml:space="preserve">[19:11] </w:t>
      </w:r>
      <w:r>
        <w:t>it means that he is not a true believer.</w:t>
      </w:r>
    </w:p>
    <w:p>
      <w:pPr>
        <w:jc w:val="right"/>
      </w:pPr>
      <w:r>
        <w:t>اٹ مینز دیٹ ہی از ناٹ ا ٹرو بیلیور۔</w:t>
      </w:r>
    </w:p>
    <w:p>
      <w:r>
        <w:rPr>
          <w:b/>
        </w:rPr>
        <w:t xml:space="preserve">[19:18] </w:t>
      </w:r>
      <w:r>
        <w:t>he is not a true believer who creates problems for his neighbors.</w:t>
      </w:r>
    </w:p>
    <w:p>
      <w:pPr>
        <w:jc w:val="right"/>
      </w:pPr>
      <w:r>
        <w:t>ہی از ناٹ ا ٹرو بیلیور ہو کریٹس پرابلم فار ہز نیبرز۔</w:t>
      </w:r>
    </w:p>
    <w:p>
      <w:r>
        <w:rPr>
          <w:b/>
        </w:rPr>
        <w:t xml:space="preserve">[19:31] </w:t>
      </w:r>
      <w:r>
        <w:t>he is not a true believer who creates problems for his neighbors</w:t>
      </w:r>
    </w:p>
    <w:p>
      <w:pPr>
        <w:jc w:val="right"/>
      </w:pPr>
      <w:r>
        <w:t>ہی از ناٹ ا ٹرو بیلیور ہو کریٹس پرابلم فار ہز نیبرز</w:t>
      </w:r>
    </w:p>
    <w:p>
      <w:r>
        <w:rPr>
          <w:b/>
        </w:rPr>
        <w:t xml:space="preserve">[19:38] </w:t>
      </w:r>
      <w:r>
        <w:t>so when you adopt the</w:t>
      </w:r>
    </w:p>
    <w:p>
      <w:pPr>
        <w:jc w:val="right"/>
      </w:pPr>
      <w:r>
        <w:t>سو وین یو اڈاپٹ دا</w:t>
      </w:r>
    </w:p>
    <w:p>
      <w:r>
        <w:rPr>
          <w:b/>
        </w:rPr>
        <w:t xml:space="preserve">[19:48] </w:t>
      </w:r>
      <w:r>
        <w:t>when you adopt the way of confrontation it means that you are creating problems for your neighborhood.</w:t>
      </w:r>
    </w:p>
    <w:p>
      <w:pPr>
        <w:jc w:val="right"/>
      </w:pPr>
      <w:r>
        <w:t>وین یو اڈاپٹ دا وے آف کنفرنٹیشن اٹ مینز دیٹ یو آر کریٹنگ پرابلم فار یور نیبرہڈ۔</w:t>
      </w:r>
    </w:p>
    <w:p>
      <w:r>
        <w:rPr>
          <w:b/>
        </w:rPr>
        <w:t xml:space="preserve">[19:56] </w:t>
      </w:r>
      <w:r>
        <w:t>all those negative things like intolerance</w:t>
      </w:r>
    </w:p>
    <w:p>
      <w:pPr>
        <w:jc w:val="right"/>
      </w:pPr>
      <w:r>
        <w:t>آل دوست نیگیٹیو تھنگز لائک انٹولرنس</w:t>
      </w:r>
    </w:p>
    <w:p>
      <w:r>
        <w:rPr>
          <w:b/>
        </w:rPr>
        <w:t xml:space="preserve">[20:01] </w:t>
      </w:r>
      <w:r>
        <w:t>and confrontation and</w:t>
      </w:r>
    </w:p>
    <w:p>
      <w:pPr>
        <w:jc w:val="right"/>
      </w:pPr>
      <w:r>
        <w:t>اینڈ کنفرنٹیشن اینڈ</w:t>
      </w:r>
    </w:p>
    <w:p>
      <w:r>
        <w:rPr>
          <w:b/>
        </w:rPr>
        <w:t xml:space="preserve">[20:06] </w:t>
      </w:r>
      <w:r>
        <w:t>injustice and intolerance</w:t>
      </w:r>
    </w:p>
    <w:p>
      <w:pPr>
        <w:jc w:val="right"/>
      </w:pPr>
      <w:r>
        <w:t>انجسٹس اینڈ انٹولرنس</w:t>
      </w:r>
    </w:p>
    <w:p>
      <w:r>
        <w:rPr>
          <w:b/>
        </w:rPr>
        <w:t xml:space="preserve">[20:11] </w:t>
      </w:r>
      <w:r>
        <w:t>and hate all these things create problems for your neighbors</w:t>
      </w:r>
    </w:p>
    <w:p>
      <w:pPr>
        <w:jc w:val="right"/>
      </w:pPr>
      <w:r>
        <w:t>اینڈ ہیٹ آل دیز تھنگز کریٹ پرابلمز فار یور نیبرز</w:t>
      </w:r>
    </w:p>
    <w:p>
      <w:r>
        <w:rPr>
          <w:b/>
        </w:rPr>
        <w:t xml:space="preserve">[20:19] </w:t>
      </w:r>
      <w:r>
        <w:t>so all these things are haram in islam, unlawful in islam.</w:t>
      </w:r>
    </w:p>
    <w:p>
      <w:pPr>
        <w:jc w:val="right"/>
      </w:pPr>
      <w:r>
        <w:t>سو آل دیز تھنگز آر حرام ان اسلام، ان لافل ان اسلام۔</w:t>
      </w:r>
    </w:p>
    <w:p>
      <w:r>
        <w:rPr>
          <w:b/>
        </w:rPr>
        <w:t xml:space="preserve">[20:29] </w:t>
      </w:r>
      <w:r>
        <w:t>so, if you are ready to live with these values, with these positive values, then the result will be harmonious society.</w:t>
      </w:r>
    </w:p>
    <w:p>
      <w:pPr>
        <w:jc w:val="right"/>
      </w:pPr>
      <w:r>
        <w:t>سو، اف یو آر ریڈی ٹو لیو ود دیز ویلیوز، ود دیز پازیٹیو ویلیوز، دین دا رزلٹ ول بی ہارمونیس سوسائٹی۔</w:t>
      </w:r>
    </w:p>
    <w:p>
      <w:r>
        <w:rPr>
          <w:b/>
        </w:rPr>
        <w:t xml:space="preserve">[20:43] </w:t>
      </w:r>
      <w:r>
        <w:t>we want a society where there is harmony. we want a society where there is peace.</w:t>
      </w:r>
    </w:p>
    <w:p>
      <w:pPr>
        <w:jc w:val="right"/>
      </w:pPr>
      <w:r>
        <w:t>وی وانٹ ا سوسائٹی ویر دیر از ہارمونی۔ وی وانٹ ا سوسائٹی ویر دیر از پیس۔</w:t>
      </w:r>
    </w:p>
    <w:p>
      <w:r>
        <w:rPr>
          <w:b/>
        </w:rPr>
        <w:t xml:space="preserve">[20:52] </w:t>
      </w:r>
      <w:r>
        <w:t>so, this kind of target can be achieved only through tolerance.</w:t>
      </w:r>
    </w:p>
    <w:p>
      <w:pPr>
        <w:jc w:val="right"/>
      </w:pPr>
      <w:r>
        <w:t>سو، دس کائنڈ آف ٹارگٹ کین بی اچیوڈ اونلی تھرو ٹالرنس۔</w:t>
      </w:r>
    </w:p>
    <w:p>
      <w:r>
        <w:rPr>
          <w:b/>
        </w:rPr>
        <w:t xml:space="preserve">[21:01] </w:t>
      </w:r>
      <w:r>
        <w:t>because you cannot remove all those differences. so, you have to tolerate. and this is the basis of Islamic living in a multi religious society.</w:t>
      </w:r>
    </w:p>
    <w:p>
      <w:pPr>
        <w:jc w:val="right"/>
      </w:pPr>
      <w:r>
        <w:t>بیکاز یو کین ناٹ ریموو آل دوست ڈیفرنسز۔ سو، یو ہیو ٹو ٹولریٹ۔ اینڈ دس از دا بیسس آف اسلامک لیونگ ان ا ملٹی ریلیجس سوسائٹی۔</w:t>
      </w:r>
    </w:p>
    <w:p>
      <w:r>
        <w:rPr>
          <w:b/>
        </w:rPr>
        <w:t xml:space="preserve">[21:16] </w:t>
      </w:r>
      <w:r>
        <w:t>i give you very clear cut example</w:t>
      </w:r>
    </w:p>
    <w:p>
      <w:pPr>
        <w:jc w:val="right"/>
      </w:pPr>
      <w:r>
        <w:t>آئی گیو یو ویری کلیئر کٹ ایگزیمپل</w:t>
      </w:r>
    </w:p>
    <w:p>
      <w:r>
        <w:rPr>
          <w:b/>
        </w:rPr>
        <w:t xml:space="preserve">[21:21] </w:t>
      </w:r>
      <w:r>
        <w:t>, very clear, very, very any solid proof that prophet adopted the principle of</w:t>
      </w:r>
    </w:p>
    <w:p>
      <w:pPr>
        <w:jc w:val="right"/>
      </w:pPr>
      <w:r>
        <w:t>، ویری کلیئر، ویری، ویری اینی سولڈ پروف دیٹ پرافٹ اڈاپٹڈ دا پرنسپل آف</w:t>
      </w:r>
    </w:p>
    <w:p>
      <w:r>
        <w:rPr>
          <w:b/>
        </w:rPr>
        <w:t xml:space="preserve">[21:36] </w:t>
      </w:r>
      <w:r>
        <w:t>prophet adopted this principle when he was in minority in mecca. and again, he adopted this principle when he was in majority in medina.</w:t>
      </w:r>
    </w:p>
    <w:p>
      <w:pPr>
        <w:jc w:val="right"/>
      </w:pPr>
      <w:r>
        <w:t>پرافٹ اڈاپٹڈ دس پرنسپل وین ہی واز ان مائنورٹی ان مکہ۔ اینڈ اگین، ہی اڈاپٹڈ دس پرنسپل وین ہی واز ان میجورٹی ان مدینہ۔</w:t>
      </w:r>
    </w:p>
    <w:p>
      <w:r>
        <w:rPr>
          <w:b/>
        </w:rPr>
        <w:t xml:space="preserve">[21:47] </w:t>
      </w:r>
      <w:r>
        <w:t>so, in every situation, this is the only formula of Islam.</w:t>
      </w:r>
    </w:p>
    <w:p>
      <w:pPr>
        <w:jc w:val="right"/>
      </w:pPr>
      <w:r>
        <w:t>سو، ان ایوری سچویشن، دس از دا اونلی فارمولا آف اسلام۔</w:t>
      </w:r>
    </w:p>
    <w:p>
      <w:r>
        <w:rPr>
          <w:b/>
        </w:rPr>
        <w:t xml:space="preserve">[21:58] </w:t>
      </w:r>
      <w:r>
        <w:t>that is,</w:t>
      </w:r>
    </w:p>
    <w:p>
      <w:pPr>
        <w:jc w:val="right"/>
      </w:pPr>
      <w:r>
        <w:t>دیٹ از،</w:t>
      </w:r>
    </w:p>
    <w:p>
      <w:r>
        <w:rPr>
          <w:b/>
        </w:rPr>
        <w:t xml:space="preserve">[22:02] </w:t>
      </w:r>
      <w:r>
        <w:t>that is follow one and respect all. follow one and respect all. there is a very relevant hadith the prophet of Islam has said: "al muslim man salaman nasu min lisanihi wa yadihi".</w:t>
      </w:r>
    </w:p>
    <w:p>
      <w:pPr>
        <w:jc w:val="right"/>
      </w:pPr>
      <w:r>
        <w:t>دیٹ از فالو ون اینڈ ریسپیکٹ آل۔ فالو ون اینڈ ریسپیکٹ آل۔ دیر از اے ویری ریلیونٹ حدیث دا پرافٹ آف اسلام ہیز سیڈ: "المسلم من سلمن ناسو من لسانہ ویدہ"۔</w:t>
      </w:r>
    </w:p>
    <w:p>
      <w:r>
        <w:rPr>
          <w:b/>
        </w:rPr>
        <w:t xml:space="preserve">[22:28] </w:t>
      </w:r>
      <w:r>
        <w:t>"al muslim man salaman nasu min lisanihi wa yadihi". a true muslim is one by whose hands and tongue.</w:t>
      </w:r>
    </w:p>
    <w:p>
      <w:pPr>
        <w:jc w:val="right"/>
      </w:pPr>
      <w:r>
        <w:t>"المسلم من سلمن ناسو من لسانہ ویدہ"۔ ا ٹرو مسلم از ون بائی ہوز ہینڈز اینڈ ٹنگ۔</w:t>
      </w:r>
    </w:p>
    <w:p>
      <w:r>
        <w:rPr>
          <w:b/>
        </w:rPr>
        <w:t xml:space="preserve">[22:37] </w:t>
      </w:r>
      <w:r>
        <w:t>people are safe. so, believer is a true believer is a harmless person of society.</w:t>
      </w:r>
    </w:p>
    <w:p>
      <w:pPr>
        <w:jc w:val="right"/>
      </w:pPr>
      <w:r>
        <w:t>پیپل آر سیف۔ سو، بیلیور از ا ٹرو بیلیور از ا ہارم لیس پرسن آف سوسائٹی۔</w:t>
      </w:r>
    </w:p>
    <w:p>
      <w:r>
        <w:rPr>
          <w:b/>
        </w:rPr>
        <w:t xml:space="preserve">[22:49] </w:t>
      </w:r>
      <w:r>
        <w:t>he is a peaceful member of society.</w:t>
      </w:r>
    </w:p>
    <w:p>
      <w:pPr>
        <w:jc w:val="right"/>
      </w:pPr>
      <w:r>
        <w:t>ہی از ا پیس فل ممبر آف سوسائٹی۔</w:t>
      </w:r>
    </w:p>
    <w:p>
      <w:r>
        <w:rPr>
          <w:b/>
        </w:rPr>
        <w:t xml:space="preserve">[22:55] </w:t>
      </w:r>
      <w:r>
        <w:t>his behavior is friendly behavior. believer always adopts friendly behaviors towards</w:t>
      </w:r>
    </w:p>
    <w:p>
      <w:pPr>
        <w:jc w:val="right"/>
      </w:pPr>
      <w:r>
        <w:t>ہز بیہیویئر از فرینڈلی بیہیویئر۔ بیلیور آلویز اڈاپٹس فرینڈلی بیہیویئرز ٹورڈز</w:t>
      </w:r>
    </w:p>
    <w:p>
      <w:r>
        <w:rPr>
          <w:b/>
        </w:rPr>
        <w:t xml:space="preserve">[23:09] </w:t>
      </w:r>
      <w:r>
        <w:t>other members of society. friendly behavior or human friendly behavior.</w:t>
      </w:r>
    </w:p>
    <w:p>
      <w:pPr>
        <w:jc w:val="right"/>
      </w:pPr>
      <w:r>
        <w:t>ادر ممبر آف سوسائٹی۔ فرینڈلی بیہیویئر اور ہیومن فرینڈلی بیہیویئر۔</w:t>
      </w:r>
    </w:p>
    <w:p>
      <w:r>
        <w:rPr>
          <w:b/>
        </w:rPr>
        <w:t xml:space="preserve">[23:19] </w:t>
      </w:r>
      <w:r>
        <w:t>this is the islamic formula.</w:t>
      </w:r>
    </w:p>
    <w:p>
      <w:pPr>
        <w:jc w:val="right"/>
      </w:pPr>
      <w:r>
        <w:t>دس از دا اسلامک فارمولا۔</w:t>
      </w:r>
    </w:p>
    <w:p>
      <w:r>
        <w:rPr>
          <w:b/>
        </w:rPr>
        <w:t xml:space="preserve">[23:25] </w:t>
      </w:r>
      <w:r>
        <w:t>this is the islamic formula.</w:t>
      </w:r>
    </w:p>
    <w:p>
      <w:pPr>
        <w:jc w:val="right"/>
      </w:pPr>
      <w:r>
        <w:t>دس از دا اسلامک فارمولا۔</w:t>
      </w:r>
    </w:p>
    <w:p>
      <w:r>
        <w:rPr>
          <w:b/>
        </w:rPr>
        <w:t xml:space="preserve">[23:31] </w:t>
      </w:r>
      <w:r>
        <w:t>so, in every society,</w:t>
      </w:r>
    </w:p>
    <w:p>
      <w:pPr>
        <w:jc w:val="right"/>
      </w:pPr>
      <w:r>
        <w:t>سو، ان ایوری سوسائٹی،</w:t>
      </w:r>
    </w:p>
    <w:p>
      <w:r>
        <w:rPr>
          <w:b/>
        </w:rPr>
        <w:t xml:space="preserve">[23:36] </w:t>
      </w:r>
      <w:r>
        <w:t>in every country, you have to live by following this formula, formula of adjustment.</w:t>
      </w:r>
    </w:p>
    <w:p>
      <w:pPr>
        <w:jc w:val="right"/>
      </w:pPr>
      <w:r>
        <w:t>ان ایوری کنٹری، یو ہیو ٹو لیو بائی فالونگ دس فارمولا، فارمولا آف ایڈجسٹمنٹ۔</w:t>
      </w:r>
    </w:p>
    <w:p>
      <w:r>
        <w:rPr>
          <w:b/>
        </w:rPr>
        <w:t xml:space="preserve">[23:48] </w:t>
      </w:r>
      <w:r>
        <w:t>there is a very relevant hadith</w:t>
      </w:r>
    </w:p>
    <w:p>
      <w:pPr>
        <w:jc w:val="right"/>
      </w:pPr>
      <w:r>
        <w:t>دیر از اے ویری ریلیونٹ حدیث</w:t>
      </w:r>
    </w:p>
    <w:p>
      <w:r>
        <w:rPr>
          <w:b/>
        </w:rPr>
        <w:t xml:space="preserve">[23:51] </w:t>
      </w:r>
      <w:r>
        <w:t>the prophet of islam. once saw a tender plant, tender plant.</w:t>
      </w:r>
    </w:p>
    <w:p>
      <w:pPr>
        <w:jc w:val="right"/>
      </w:pPr>
      <w:r>
        <w:t>دا پرافٹ آف اسلام۔ ونس سا ا ٹینڈر پلانٹ، ٹینڈر پلانٹ۔</w:t>
      </w:r>
    </w:p>
    <w:p>
      <w:r>
        <w:rPr>
          <w:b/>
        </w:rPr>
        <w:t xml:space="preserve">[23:59] </w:t>
      </w:r>
      <w:r>
        <w:t>you know, tender plant is a very unique thing. tender plant always bow against the wind.</w:t>
      </w:r>
    </w:p>
    <w:p>
      <w:pPr>
        <w:jc w:val="right"/>
      </w:pPr>
      <w:r>
        <w:t>یو نو، ٹینڈر پلانٹ از ا ویری یونیک تھنگ۔ ٹینڈر پلانٹ آلویز باؤ اگینسٹ دا ونڈ۔</w:t>
      </w:r>
    </w:p>
    <w:p>
      <w:r>
        <w:rPr>
          <w:b/>
        </w:rPr>
        <w:t xml:space="preserve">[24:18] </w:t>
      </w:r>
      <w:r>
        <w:t>its behavior is not based on confrontation, but submission.</w:t>
      </w:r>
    </w:p>
    <w:p>
      <w:pPr>
        <w:jc w:val="right"/>
      </w:pPr>
      <w:r>
        <w:t>اٹس بیہیویئر از ناٹ بیسڈ آن کنفرنٹیشن، بٹ سبمیشن۔</w:t>
      </w:r>
    </w:p>
    <w:p>
      <w:r>
        <w:rPr>
          <w:b/>
        </w:rPr>
        <w:t xml:space="preserve">[24:27] </w:t>
      </w:r>
      <w:r>
        <w:t>so, he saw this kind of plant. prophet said: "misr al-momin khamma".</w:t>
      </w:r>
    </w:p>
    <w:p>
      <w:pPr>
        <w:jc w:val="right"/>
      </w:pPr>
      <w:r>
        <w:t>سو، ہی سا دس کائنڈ آف پلانٹ۔ پرافٹ سیڈ: "مصر المومن خامہ"۔</w:t>
      </w:r>
    </w:p>
    <w:p>
      <w:r>
        <w:rPr>
          <w:b/>
        </w:rPr>
        <w:t xml:space="preserve">[24:37] </w:t>
      </w:r>
      <w:r>
        <w:t>a true believer is like this plant. a true believer is like this tender plant.</w:t>
      </w:r>
    </w:p>
    <w:p>
      <w:pPr>
        <w:jc w:val="right"/>
      </w:pPr>
      <w:r>
        <w:t>ا ٹرو بیلیور از لائک دس پلانٹ۔ ا ٹرو بیلیور از لائک دس ٹینڈر پلانٹ۔</w:t>
      </w:r>
    </w:p>
    <w:p>
      <w:r>
        <w:rPr>
          <w:b/>
        </w:rPr>
        <w:t xml:space="preserve">[24:47] </w:t>
      </w:r>
      <w:r>
        <w:t>a very beautiful example</w:t>
      </w:r>
    </w:p>
    <w:p>
      <w:pPr>
        <w:jc w:val="right"/>
      </w:pPr>
      <w:r>
        <w:t>ا ویری بیوٹی فل ایگزیمپل</w:t>
      </w:r>
    </w:p>
    <w:p>
      <w:r>
        <w:rPr>
          <w:b/>
        </w:rPr>
        <w:t xml:space="preserve">[24:54] </w:t>
      </w:r>
      <w:r>
        <w:t>of true believer is a man of submission, man of surrender, man of compassion, man of adjustment like this tender plant.</w:t>
      </w:r>
    </w:p>
    <w:p>
      <w:pPr>
        <w:jc w:val="right"/>
      </w:pPr>
      <w:r>
        <w:t>آف ٹرو بیلیور از ا مین آف سبمیشن، مین آف سرینڈر، مین آف کمپیشن، مین آف ایڈجسٹمنٹ لائک دس ٹینڈر پلانٹ۔</w:t>
      </w:r>
    </w:p>
    <w:p>
      <w:r>
        <w:rPr>
          <w:b/>
        </w:rPr>
        <w:t xml:space="preserve">[25:10] </w:t>
      </w:r>
      <w:r>
        <w:t>so, this is the way by which we can establish harmony in a society.</w:t>
      </w:r>
    </w:p>
    <w:p>
      <w:pPr>
        <w:jc w:val="right"/>
      </w:pPr>
      <w:r>
        <w:t>سو، دس از دا وے بائی وچ وی کین اسٹیبلش ہارمونی ان ا سوسائٹی۔</w:t>
      </w:r>
    </w:p>
    <w:p>
      <w:r>
        <w:rPr>
          <w:b/>
        </w:rPr>
        <w:t xml:space="preserve">[25:25] </w:t>
      </w:r>
      <w:r>
        <w:t>even any only any multi religious society is any it is required in every society.</w:t>
      </w:r>
    </w:p>
    <w:p>
      <w:pPr>
        <w:jc w:val="right"/>
      </w:pPr>
      <w:r>
        <w:t>ایون اینی اونلی اینی ملٹی ریلیجس سوسائٹی از اینی اٹ از ریکوائرڈ ان ایوری سوسائٹی۔</w:t>
      </w:r>
    </w:p>
    <w:p>
      <w:r>
        <w:rPr>
          <w:b/>
        </w:rPr>
        <w:t xml:space="preserve">[25:39] </w:t>
      </w:r>
      <w:r>
        <w:t>any even any uni religious society.</w:t>
      </w:r>
    </w:p>
    <w:p>
      <w:pPr>
        <w:jc w:val="right"/>
      </w:pPr>
      <w:r>
        <w:t>اینی ایون اینی یونی ریلیجس سوسائٹی۔</w:t>
      </w:r>
    </w:p>
    <w:p>
      <w:r>
        <w:rPr>
          <w:b/>
        </w:rPr>
        <w:t xml:space="preserve">[25:44] </w:t>
      </w:r>
      <w:r>
        <w:t>you know, the first world war or second world war both were fought in such a way that both the side were christians.</w:t>
      </w:r>
    </w:p>
    <w:p>
      <w:pPr>
        <w:jc w:val="right"/>
      </w:pPr>
      <w:r>
        <w:t>یو نو، دا فرسٹ ورلڈ وار اور سیکنڈ ورلڈ وار بوتھ ویر فاٹ ان سچ ا وے دیٹ بوتھ دا سائیڈ ویر کرسچنز۔</w:t>
      </w:r>
    </w:p>
    <w:p>
      <w:r>
        <w:rPr>
          <w:b/>
        </w:rPr>
        <w:t xml:space="preserve">[25:57] </w:t>
      </w:r>
      <w:r>
        <w:t>both the sides were christians. and among these christians, there were such a bloody war, which is called first world war or second world war.</w:t>
      </w:r>
    </w:p>
    <w:p>
      <w:pPr>
        <w:jc w:val="right"/>
      </w:pPr>
      <w:r>
        <w:t>بوتھ دا سائیڈز ویر کرسچنز۔ اینڈ امنگ دیز کرسچنز، دیر وار سچ ا بلڈی وار، وچ از کالڈ فرسٹ ورلڈ وار اور سیکنڈ ورلڈ وار۔</w:t>
      </w:r>
    </w:p>
    <w:p>
      <w:r>
        <w:rPr>
          <w:b/>
        </w:rPr>
        <w:t xml:space="preserve">[26:13] </w:t>
      </w:r>
      <w:r>
        <w:t>so, the true secret of peaceful society is tolerance.</w:t>
      </w:r>
    </w:p>
    <w:p>
      <w:pPr>
        <w:jc w:val="right"/>
      </w:pPr>
      <w:r>
        <w:t>سو، دا ٹرو سیکرٹ آف پیس فل سوسائٹی از ٹالرنس۔</w:t>
      </w:r>
    </w:p>
    <w:p>
      <w:r>
        <w:rPr>
          <w:b/>
        </w:rPr>
        <w:t xml:space="preserve">[26:27] </w:t>
      </w:r>
      <w:r>
        <w:t>multi in multi religious society and also in uni religious society. in both the situation, it need tolerance.</w:t>
      </w:r>
    </w:p>
    <w:p>
      <w:pPr>
        <w:jc w:val="right"/>
      </w:pPr>
      <w:r>
        <w:t>ملٹی ان ملٹی ریلیجس سوسائٹی اینڈ السو ان یونی ریلیجس سوسائٹی۔ ان بوتھ دا سچویشن، اٹ نیڈ ٹالرنس۔</w:t>
      </w:r>
    </w:p>
    <w:p>
      <w:r>
        <w:rPr>
          <w:b/>
        </w:rPr>
        <w:t xml:space="preserve">[26:39] </w:t>
      </w:r>
      <w:r>
        <w:t>it is irrelevant whether the society is multi religious or uni religious. it is irrelevant. what is required is temperament.</w:t>
      </w:r>
    </w:p>
    <w:p>
      <w:pPr>
        <w:jc w:val="right"/>
      </w:pPr>
      <w:r>
        <w:t>اٹ از اریلیونٹ ویدر دا سوسائٹی از ملٹی ریلیجس اور یونی ریلیجس۔ اٹ از اریلیونٹ۔ واٹ از ریکوائرڈ از ٹمپرامنٹ۔</w:t>
      </w:r>
    </w:p>
    <w:p>
      <w:r>
        <w:rPr>
          <w:b/>
        </w:rPr>
        <w:t xml:space="preserve">[26:51] </w:t>
      </w:r>
      <w:r>
        <w:t>what is required is your own spirit. so, spirit of tolerance is the only check against all those negative activities.</w:t>
      </w:r>
    </w:p>
    <w:p>
      <w:pPr>
        <w:jc w:val="right"/>
      </w:pPr>
      <w:r>
        <w:t>واٹ از ریکوائرڈ از یور اون سپرٹ۔ سو، سپرٹ آف ٹالرنس از دا اونلی چیک اگینسٹ آل دوست نیگیٹیو ایکٹیویٹیز۔</w:t>
      </w:r>
    </w:p>
    <w:p>
      <w:r>
        <w:rPr>
          <w:b/>
        </w:rPr>
        <w:t xml:space="preserve">[27:07] </w:t>
      </w:r>
      <w:r>
        <w:t>then, there is a very beautiful story. the prophet of islam, when the prophet of islam was living in medina after migration.</w:t>
      </w:r>
    </w:p>
    <w:p>
      <w:pPr>
        <w:jc w:val="right"/>
      </w:pPr>
      <w:r>
        <w:t>دین، دیر از اے ویری بیوٹی فل سٹوری۔ دا پرافٹ آف اسلام، وین دا پرافٹ آف اسلام واز لیونگ ان مدینہ افٹر مائیگریشن۔</w:t>
      </w:r>
    </w:p>
    <w:p>
      <w:r>
        <w:rPr>
          <w:b/>
        </w:rPr>
        <w:t xml:space="preserve">[27:24] </w:t>
      </w:r>
      <w:r>
        <w:t>so, at that time, there were some jewish tribes in medina.</w:t>
      </w:r>
    </w:p>
    <w:p>
      <w:pPr>
        <w:jc w:val="right"/>
      </w:pPr>
      <w:r>
        <w:t>سو، ایٹ دا ٹائم، دیر وار سم جوئش ٹرائبس ان مدینہ۔</w:t>
      </w:r>
    </w:p>
    <w:p>
      <w:r>
        <w:rPr>
          <w:b/>
        </w:rPr>
        <w:t xml:space="preserve">[27:32] </w:t>
      </w:r>
      <w:r>
        <w:t>the we're non-Muslim, the we're Jew.</w:t>
      </w:r>
    </w:p>
    <w:p>
      <w:pPr>
        <w:jc w:val="right"/>
      </w:pPr>
      <w:r>
        <w:t>دے ویر نان مسلم، دے ویر جو۔</w:t>
      </w:r>
    </w:p>
    <w:p>
      <w:r>
        <w:rPr>
          <w:b/>
        </w:rPr>
        <w:t xml:space="preserve">[27:37] </w:t>
      </w:r>
      <w:r>
        <w:t>the we're adopting or the in Islam. So, what happened one day?</w:t>
      </w:r>
    </w:p>
    <w:p>
      <w:pPr>
        <w:jc w:val="right"/>
      </w:pPr>
      <w:r>
        <w:t>دے ویر اڈاپٹنگ اریجن ادر دین اسلام۔ سو، واٹ ہیپنڈ ون ڈے؟</w:t>
      </w:r>
    </w:p>
    <w:p>
      <w:r>
        <w:rPr>
          <w:b/>
        </w:rPr>
        <w:t xml:space="preserve">[27:45] </w:t>
      </w:r>
      <w:r>
        <w:t>The Prophet of Islam saw a funeral procession passing through a street in Madina. The Prophet was seated at the time.</w:t>
      </w:r>
    </w:p>
    <w:p>
      <w:pPr>
        <w:jc w:val="right"/>
      </w:pPr>
      <w:r>
        <w:t>دا پرافٹ آف اسلام سا ا فیونرل پروسیشن پاسنگ تھرو ا سٹیٹ ان مدینہ۔ دا پرافٹ واز سیٹڈ ایٹ دا ٹائم۔</w:t>
      </w:r>
    </w:p>
    <w:p>
      <w:r>
        <w:rPr>
          <w:b/>
        </w:rPr>
        <w:t xml:space="preserve">[27:59] </w:t>
      </w:r>
      <w:r>
        <w:t>in seeing the funeral, he stood up as a mark of respect.</w:t>
      </w:r>
    </w:p>
    <w:p>
      <w:pPr>
        <w:jc w:val="right"/>
      </w:pPr>
      <w:r>
        <w:t>ان سیئنگ دا فیونرل، ہی سٹوڈ اپ ایز ا مارک آف ریسپیکٹ۔</w:t>
      </w:r>
    </w:p>
    <w:p>
      <w:r>
        <w:rPr>
          <w:b/>
        </w:rPr>
        <w:t xml:space="preserve">[28:07] </w:t>
      </w:r>
      <w:r>
        <w:t>prophet stood up as a mark of respect. one of his companion said: "o prophet, is for funeral non muslim. it was funeral of a non muslim, not a muslim.</w:t>
      </w:r>
    </w:p>
    <w:p>
      <w:pPr>
        <w:jc w:val="right"/>
      </w:pPr>
      <w:r>
        <w:t>پرافٹ سٹوڈ اپ ایز ا مارک آف ریسپیکٹ۔ ون آف ہز کمپینین سیڈ: "او پرافٹ، از فار فیونرل نان مسلم۔" اٹ واز فیونرل آف ا نان مسلم، ناٹ ا مسلم۔</w:t>
      </w:r>
    </w:p>
    <w:p>
      <w:r>
        <w:rPr>
          <w:b/>
        </w:rPr>
        <w:t xml:space="preserve">[28:24] </w:t>
      </w:r>
      <w:r>
        <w:t>prophet replied: "alis nafsan wazi not a human being</w:t>
      </w:r>
    </w:p>
    <w:p>
      <w:pPr>
        <w:jc w:val="right"/>
      </w:pPr>
      <w:r>
        <w:t>پرافٹ ریپلائیڈ: "علیس نفسن وازی ناٹ ا ہیومن بینگ</w:t>
      </w:r>
    </w:p>
    <w:p>
      <w:r>
        <w:rPr>
          <w:b/>
        </w:rPr>
        <w:t xml:space="preserve">[28:32] </w:t>
      </w:r>
      <w:r>
        <w:t>. here you can see the spirit of islam in a multi religious society. at the time, madina was a multi religious society.</w:t>
      </w:r>
    </w:p>
    <w:p>
      <w:pPr>
        <w:jc w:val="right"/>
      </w:pPr>
      <w:r>
        <w:t>۔" ہیر یو کین سی دا سپرٹ آف اسلام ان ا ملٹی ریلیجس سوسائٹی۔ ایٹ دا ٹائم، مدینہ واز ا ملٹی ریلیجس سوسائٹی۔</w:t>
      </w:r>
    </w:p>
    <w:p>
      <w:r>
        <w:rPr>
          <w:b/>
        </w:rPr>
        <w:t xml:space="preserve">[28:49] </w:t>
      </w:r>
      <w:r>
        <w:t>so, prophet never tried to make it uni religious society, but he tried to adopt the formula of tolerance</w:t>
      </w:r>
    </w:p>
    <w:p>
      <w:pPr>
        <w:jc w:val="right"/>
      </w:pPr>
      <w:r>
        <w:t>سو، پرافٹ نیور ٹرائیڈ ٹو میک اٹ یونی ریلیجس سوسائٹی، بٹ ہی ٹرائیڈ ٹو اڈاپٹ دا فارمولا آف ٹالرنس</w:t>
      </w:r>
    </w:p>
    <w:p>
      <w:r>
        <w:rPr>
          <w:b/>
        </w:rPr>
        <w:t xml:space="preserve">[29:02] </w:t>
      </w:r>
      <w:r>
        <w:t>, formula of mutual respect. this is the only formula given by islam for a</w:t>
      </w:r>
    </w:p>
    <w:p>
      <w:pPr>
        <w:jc w:val="right"/>
      </w:pPr>
      <w:r>
        <w:t>، فارمولا آف میوچول ریسپیکٹ۔ دس از دا اونلی فارمولا گیون بائی اسلام فار اے</w:t>
      </w:r>
    </w:p>
    <w:p>
      <w:r>
        <w:rPr>
          <w:b/>
        </w:rPr>
        <w:t xml:space="preserve">[29:17] </w:t>
      </w:r>
      <w:r>
        <w:t>multi religious society, as well as for uni religious society.</w:t>
      </w:r>
    </w:p>
    <w:p>
      <w:pPr>
        <w:jc w:val="right"/>
      </w:pPr>
      <w:r>
        <w:t>ملٹی ریلیجس سوسائٹی، ایز ویل ایز فار یونی ریلیجس سوسائٹی۔</w:t>
      </w:r>
    </w:p>
    <w:p>
      <w:r>
        <w:rPr>
          <w:b/>
        </w:rPr>
        <w:t xml:space="preserve">[29:30] </w:t>
      </w:r>
      <w:r>
        <w:t>din, you know,</w:t>
      </w:r>
    </w:p>
    <w:p>
      <w:pPr>
        <w:jc w:val="right"/>
      </w:pPr>
      <w:r>
        <w:t>دین، یو نو،</w:t>
      </w:r>
    </w:p>
    <w:p>
      <w:r>
        <w:rPr>
          <w:b/>
        </w:rPr>
        <w:t xml:space="preserve">[29:34] </w:t>
      </w:r>
      <w:r>
        <w:t>the differences always difference is a part of nature, but only thing that aggravate the difference is that people are right conscious.</w:t>
      </w:r>
    </w:p>
    <w:p>
      <w:pPr>
        <w:jc w:val="right"/>
      </w:pPr>
      <w:r>
        <w:t>دا ڈیفرنسز آلویز ڈیفرنس از ا پارٹ آف نیچر، بٹ اونلی تھنگ دیٹ ایگریویٹ دا ڈیفرنس از دیٹ پیپل آر رائٹ کانشیس۔</w:t>
      </w:r>
    </w:p>
    <w:p>
      <w:r>
        <w:rPr>
          <w:b/>
        </w:rPr>
        <w:t xml:space="preserve">[29:50] </w:t>
      </w:r>
      <w:r>
        <w:t>everyone tries to achieve his own rights.</w:t>
      </w:r>
    </w:p>
    <w:p>
      <w:pPr>
        <w:jc w:val="right"/>
      </w:pPr>
      <w:r>
        <w:t>ایوری ون ٹرائیز ٹو اچیو ہز اون رائٹس۔</w:t>
      </w:r>
    </w:p>
    <w:p>
      <w:r>
        <w:rPr>
          <w:b/>
        </w:rPr>
        <w:t xml:space="preserve">[29:56] </w:t>
      </w:r>
      <w:r>
        <w:t>it is this kind of</w:t>
      </w:r>
    </w:p>
    <w:p>
      <w:pPr>
        <w:jc w:val="right"/>
      </w:pPr>
      <w:r>
        <w:t>اٹ از دس کائنڈ آف</w:t>
      </w:r>
    </w:p>
    <w:p>
      <w:r>
        <w:rPr>
          <w:b/>
        </w:rPr>
        <w:t xml:space="preserve">[30:01] </w:t>
      </w:r>
      <w:r>
        <w:t>thinking that creates problem. when everyone tries to</w:t>
      </w:r>
    </w:p>
    <w:p>
      <w:pPr>
        <w:jc w:val="right"/>
      </w:pPr>
      <w:r>
        <w:t>تھنکنگ دیٹ کریٹس پرابلم۔ وین ایوری ون ٹرائیز ٹو</w:t>
      </w:r>
    </w:p>
    <w:p>
      <w:r>
        <w:rPr>
          <w:b/>
        </w:rPr>
        <w:t xml:space="preserve">[30:10] </w:t>
      </w:r>
      <w:r>
        <w:t>tries to achieve his own rights, then there is confrontation, there is hate.</w:t>
      </w:r>
    </w:p>
    <w:p>
      <w:pPr>
        <w:jc w:val="right"/>
      </w:pPr>
      <w:r>
        <w:t>ٹرائیز ٹو اچیو ہز اون رائٹس، دین دیر از کنفرنٹیشن، دیر از ہیٹ۔</w:t>
      </w:r>
    </w:p>
    <w:p>
      <w:r>
        <w:rPr>
          <w:b/>
        </w:rPr>
        <w:t xml:space="preserve">[30:19] </w:t>
      </w:r>
      <w:r>
        <w:t>so, prophet of islam gave a very, very practical formula. very, very practical formula.</w:t>
      </w:r>
    </w:p>
    <w:p>
      <w:pPr>
        <w:jc w:val="right"/>
      </w:pPr>
      <w:r>
        <w:t>سو، پرافٹ آف اسلام گیو ا ویری، ویری پریکٹیکل فارمولا۔ ویری، ویری پریکٹیکل فارمولا۔</w:t>
      </w:r>
    </w:p>
    <w:p>
      <w:r>
        <w:rPr>
          <w:b/>
        </w:rPr>
        <w:t xml:space="preserve">[30:29] </w:t>
      </w:r>
      <w:r>
        <w:t>this formula is based on right consciousness. this formula is based on duty consciousness rather than right consciousness.</w:t>
      </w:r>
    </w:p>
    <w:p>
      <w:pPr>
        <w:jc w:val="right"/>
      </w:pPr>
      <w:r>
        <w:t>دس فارمولا از بیسڈ آن رائٹ کانشیسنس۔ دس فارمولا از بیسڈ آن ڈیوٹی کانشیسنس رادر دین رائٹ کانشیسنس۔</w:t>
      </w:r>
    </w:p>
    <w:p>
      <w:r>
        <w:rPr>
          <w:b/>
        </w:rPr>
        <w:t xml:space="preserve">[30:42] </w:t>
      </w:r>
      <w:r>
        <w:t>so, he said: "adaw ilayhim haqqam wasalu Allah haqqakum."</w:t>
      </w:r>
    </w:p>
    <w:p>
      <w:pPr>
        <w:jc w:val="right"/>
      </w:pPr>
      <w:r>
        <w:t>سو، ہی سیڈ: "ادو الیہم حقم وصلو اللہ حقکم۔"</w:t>
      </w:r>
    </w:p>
    <w:p>
      <w:r>
        <w:rPr>
          <w:b/>
        </w:rPr>
        <w:t xml:space="preserve">[30:55] </w:t>
      </w:r>
      <w:r>
        <w:t>this is narrated by al Bukhari:</w:t>
      </w:r>
    </w:p>
    <w:p>
      <w:pPr>
        <w:jc w:val="right"/>
      </w:pPr>
      <w:r>
        <w:t>دس از نیریٹڈ بائی البخاری:</w:t>
      </w:r>
    </w:p>
    <w:p>
      <w:r>
        <w:rPr>
          <w:b/>
        </w:rPr>
        <w:t xml:space="preserve">[31:01] </w:t>
      </w:r>
      <w:r>
        <w:t>"adaw ilayhim haqqam wasalu Allah haqqakum." it means that,</w:t>
      </w:r>
    </w:p>
    <w:p>
      <w:pPr>
        <w:jc w:val="right"/>
      </w:pPr>
      <w:r>
        <w:t>"ادو الیہم حقم وصلو اللہ حقکم۔" اٹ مینز دیٹ،</w:t>
      </w:r>
    </w:p>
    <w:p>
      <w:r>
        <w:rPr>
          <w:b/>
        </w:rPr>
        <w:t xml:space="preserve">[31:12] </w:t>
      </w:r>
      <w:r>
        <w:t>it means that</w:t>
      </w:r>
    </w:p>
    <w:p>
      <w:pPr>
        <w:jc w:val="right"/>
      </w:pPr>
      <w:r>
        <w:t>اٹ مینز دیٹ</w:t>
      </w:r>
    </w:p>
    <w:p>
      <w:r>
        <w:rPr>
          <w:b/>
        </w:rPr>
        <w:t xml:space="preserve">[31:18] </w:t>
      </w:r>
      <w:r>
        <w:t>give what is due to others. give what is due to others and ask your rights from God.</w:t>
      </w:r>
    </w:p>
    <w:p>
      <w:pPr>
        <w:jc w:val="right"/>
      </w:pPr>
      <w:r>
        <w:t>گیو واٹ از ڈیو ٹو ادرز۔ گیو واٹ از ڈیو ٹو ادرز اینڈ اسک یور رائٹس فرام گاڈ۔</w:t>
      </w:r>
    </w:p>
    <w:p>
      <w:r>
        <w:rPr>
          <w:b/>
        </w:rPr>
        <w:t xml:space="preserve">[31:33] </w:t>
      </w:r>
      <w:r>
        <w:t>what a best formula?</w:t>
      </w:r>
    </w:p>
    <w:p>
      <w:pPr>
        <w:jc w:val="right"/>
      </w:pPr>
      <w:r>
        <w:t>واٹ ا بیسٹ فارمولا؟</w:t>
      </w:r>
    </w:p>
    <w:p>
      <w:r>
        <w:rPr>
          <w:b/>
        </w:rPr>
        <w:t xml:space="preserve">[31:37] </w:t>
      </w:r>
      <w:r>
        <w:t>it means that islam tries to build that kind of personality who are duty conscious rather than right consciousness.</w:t>
      </w:r>
    </w:p>
    <w:p>
      <w:pPr>
        <w:jc w:val="right"/>
      </w:pPr>
      <w:r>
        <w:t>اٹ مینز دیٹ اسلام ٹرائیز ٹو بلڈ دیٹ کائنڈ آف پرسنیلٹی ہو آر ڈیوٹی کانشیس رادر دین رائٹ کانشیسنس۔</w:t>
      </w:r>
    </w:p>
    <w:p>
      <w:r>
        <w:rPr>
          <w:b/>
        </w:rPr>
        <w:t xml:space="preserve">[31:51] </w:t>
      </w:r>
      <w:r>
        <w:t>islamic society is duty conscious society and not right conscious society.</w:t>
      </w:r>
    </w:p>
    <w:p>
      <w:pPr>
        <w:jc w:val="right"/>
      </w:pPr>
      <w:r>
        <w:t>اسلامک سوسائٹی از ڈیوٹی کانشیس سوسائٹی اینڈ ناٹ رائٹ کانشیس سوسائٹی۔</w:t>
      </w:r>
    </w:p>
    <w:p>
      <w:r>
        <w:rPr>
          <w:b/>
        </w:rPr>
        <w:t xml:space="preserve">[32:00] </w:t>
      </w:r>
      <w:r>
        <w:t>and where people are duty conscious, there is no quarrel.</w:t>
      </w:r>
    </w:p>
    <w:p>
      <w:pPr>
        <w:jc w:val="right"/>
      </w:pPr>
      <w:r>
        <w:t>اینڈ ویر پیپل آر ڈیوٹی کانشیس، دیر از نو کوئیرل۔</w:t>
      </w:r>
    </w:p>
    <w:p>
      <w:r>
        <w:rPr>
          <w:b/>
        </w:rPr>
        <w:t xml:space="preserve">[32:09] </w:t>
      </w:r>
      <w:r>
        <w:t>if a member, if the members of a society are duty conscious, then there is no quarrel, no hate, no injustice, no intolerance.</w:t>
      </w:r>
    </w:p>
    <w:p>
      <w:pPr>
        <w:jc w:val="right"/>
      </w:pPr>
      <w:r>
        <w:t>اف ا ممبر، اف دا ممبرز آف ا سوسائٹی آر ڈیوٹی کانشیس، دین دیر از نو کوئیرل، نو ہیٹ، نو انجسٹس، نو انٹولرنس۔</w:t>
      </w:r>
    </w:p>
    <w:p>
      <w:r>
        <w:rPr>
          <w:b/>
        </w:rPr>
        <w:t xml:space="preserve">[32:26] </w:t>
      </w:r>
      <w:r>
        <w:t>but where the members of the society are right conscious, then there are all kind of negative activities like hate and injustice and intolerance and fighting.</w:t>
      </w:r>
    </w:p>
    <w:p>
      <w:pPr>
        <w:jc w:val="right"/>
      </w:pPr>
      <w:r>
        <w:t>بٹ ویر دا ممبرز آف دا سوسائٹی آر رائٹ کانشیس، دین دیر آر آل کائنڈ آف نیگیٹیو ایکٹیویٹیز لائک ہیٹ اینڈ انجسٹس اینڈ انٹولرنس اینڈ فائٹنگ۔</w:t>
      </w:r>
    </w:p>
    <w:p>
      <w:r>
        <w:rPr>
          <w:b/>
        </w:rPr>
        <w:t xml:space="preserve">[32:43] </w:t>
      </w:r>
      <w:r>
        <w:t>so, all kind of positive values are result of duty conscious.</w:t>
      </w:r>
    </w:p>
    <w:p>
      <w:pPr>
        <w:jc w:val="right"/>
      </w:pPr>
      <w:r>
        <w:t>سو، آل کائنڈ آف پازیٹیو ویلیوز آر رزلٹ آف ڈیوٹی کانشیس۔</w:t>
      </w:r>
    </w:p>
    <w:p>
      <w:r>
        <w:rPr>
          <w:b/>
        </w:rPr>
        <w:t xml:space="preserve">[32:57] </w:t>
      </w:r>
      <w:r>
        <w:t>being duty conscious. and all kind of negative result are all kind of negative activities are result of being right conscious.</w:t>
      </w:r>
    </w:p>
    <w:p>
      <w:pPr>
        <w:jc w:val="right"/>
      </w:pPr>
      <w:r>
        <w:t>بینگ ڈیوٹی کانشیس۔ اینڈ آل کائنڈ آف نیگیٹیو رزلٹ آر آل کائنڈ آف نیگیٹیو ایکٹیویٹیز آر رزلٹ آف بینگ رائٹ کانشیس۔</w:t>
      </w:r>
    </w:p>
    <w:p>
      <w:r>
        <w:rPr>
          <w:b/>
        </w:rPr>
        <w:t xml:space="preserve">[33:21] </w:t>
      </w:r>
      <w:r>
        <w:t>this is a very, very important</w:t>
      </w:r>
    </w:p>
    <w:p>
      <w:pPr>
        <w:jc w:val="right"/>
      </w:pPr>
      <w:r>
        <w:t>دس از اے ویری، ویری امپورٹنٹ</w:t>
      </w:r>
    </w:p>
    <w:p>
      <w:r>
        <w:rPr>
          <w:b/>
        </w:rPr>
        <w:t xml:space="preserve">[33:25] </w:t>
      </w:r>
      <w:r>
        <w:t>. in our present days, people are every where, people are right conscious. so, every where you see that there are fighting and hate.</w:t>
      </w:r>
    </w:p>
    <w:p>
      <w:pPr>
        <w:jc w:val="right"/>
      </w:pPr>
      <w:r>
        <w:t>۔ ان اور پریزنٹ ڈیز، پیپل آر ایوری ویر، پیپل آر رائٹ کانشیس۔ سو، ایوری ویر یو سی دیٹ دیر آر فائٹنگ اینڈ ہیٹ۔</w:t>
      </w:r>
    </w:p>
    <w:p>
      <w:r>
        <w:rPr>
          <w:b/>
        </w:rPr>
        <w:t xml:space="preserve">[33:40] </w:t>
      </w:r>
      <w:r>
        <w:t>but islam tries to establish a society where everyone is duty conscious rather than right conscious.</w:t>
      </w:r>
    </w:p>
    <w:p>
      <w:pPr>
        <w:jc w:val="right"/>
      </w:pPr>
      <w:r>
        <w:t>بٹ اسلام ٹرائیز ٹو اسٹیبلش ا سوسائٹی ویر ایوری ون از ڈیوٹی کانشیس رادر دین رائٹ کانشیس۔</w:t>
      </w:r>
    </w:p>
    <w:p>
      <w:r>
        <w:rPr>
          <w:b/>
        </w:rPr>
        <w:t xml:space="preserve">[33:52] </w:t>
      </w:r>
      <w:r>
        <w:t>this is the best formula.</w:t>
      </w:r>
    </w:p>
    <w:p>
      <w:pPr>
        <w:jc w:val="right"/>
      </w:pPr>
      <w:r>
        <w:t>دس از دا بیسٹ فارمولا۔</w:t>
      </w:r>
    </w:p>
    <w:p>
      <w:r>
        <w:rPr>
          <w:b/>
        </w:rPr>
        <w:t xml:space="preserve">[33:59] </w:t>
      </w:r>
      <w:r>
        <w:t>so, it is irrelevant whether the society is multi religious or uni religious. it is irrelevant whether the society is multi religious or uni religious.</w:t>
      </w:r>
    </w:p>
    <w:p>
      <w:pPr>
        <w:jc w:val="right"/>
      </w:pPr>
      <w:r>
        <w:t>سو، اٹ از اریلیونٹ ویدر دا سوسائٹی از ملٹی ریلیجس اور یونی ریلیجس۔ اٹ از اریلیونٹ ویدر دا سوسائٹی از ملٹی ریلیجس اور یونی ریلیجس۔</w:t>
      </w:r>
    </w:p>
    <w:p>
      <w:r>
        <w:rPr>
          <w:b/>
        </w:rPr>
        <w:t xml:space="preserve">[34:18] </w:t>
      </w:r>
      <w:r>
        <w:t>in every case, the most important thing is that people are duty conscious.</w:t>
      </w:r>
    </w:p>
    <w:p>
      <w:pPr>
        <w:jc w:val="right"/>
      </w:pPr>
      <w:r>
        <w:t>ان ایوری کیس، دا موسٹ امپورٹنٹ تھنگ از دیٹ پیپل آر ڈیوٹی کانشیس۔</w:t>
      </w:r>
    </w:p>
    <w:p>
      <w:r>
        <w:rPr>
          <w:b/>
        </w:rPr>
        <w:t xml:space="preserve">[34:32] </w:t>
      </w:r>
      <w:r>
        <w:t>right consciousness creates problems and duty consciousness</w:t>
      </w:r>
    </w:p>
    <w:p>
      <w:pPr>
        <w:jc w:val="right"/>
      </w:pPr>
      <w:r>
        <w:t>رائٹ کانشیسنس کریٹس پرابلم اینڈ ڈیوٹی کانشیسنس</w:t>
      </w:r>
    </w:p>
    <w:p>
      <w:r>
        <w:rPr>
          <w:b/>
        </w:rPr>
        <w:t xml:space="preserve">[34:42] </w:t>
      </w:r>
      <w:r>
        <w:t>creates peaceful atmosphere, tolerance atmosphere,</w:t>
      </w:r>
    </w:p>
    <w:p>
      <w:pPr>
        <w:jc w:val="right"/>
      </w:pPr>
      <w:r>
        <w:t>کریٹس پیس فل اٹماسفئر، ٹالرنس اٹماسفئر،</w:t>
      </w:r>
    </w:p>
    <w:p>
      <w:r>
        <w:rPr>
          <w:b/>
        </w:rPr>
        <w:t xml:space="preserve">[34:51] </w:t>
      </w:r>
      <w:r>
        <w:t>free of quarrel.</w:t>
      </w:r>
    </w:p>
    <w:p>
      <w:pPr>
        <w:jc w:val="right"/>
      </w:pPr>
      <w:r>
        <w:t>فری آف کوئیرل۔</w:t>
      </w:r>
    </w:p>
    <w:p>
      <w:r>
        <w:rPr>
          <w:b/>
        </w:rPr>
        <w:t xml:space="preserve">[34:57] </w:t>
      </w:r>
      <w:r>
        <w:t>there is a very important hadith</w:t>
      </w:r>
    </w:p>
    <w:p>
      <w:pPr>
        <w:jc w:val="right"/>
      </w:pPr>
      <w:r>
        <w:t>دیر از اے ویری امپورٹنٹ حدیث</w:t>
      </w:r>
    </w:p>
    <w:p>
      <w:r>
        <w:rPr>
          <w:b/>
        </w:rPr>
        <w:t xml:space="preserve">[35:04] </w:t>
      </w:r>
      <w:r>
        <w:t>in sahih muslim. sahih muslim is a very authentic book in islam.</w:t>
      </w:r>
    </w:p>
    <w:p>
      <w:pPr>
        <w:jc w:val="right"/>
      </w:pPr>
      <w:r>
        <w:t>ان صحیح مسلم۔ صحیح مسلم از اے ویری اتھینٹک بک ان اسلام۔</w:t>
      </w:r>
    </w:p>
    <w:p>
      <w:r>
        <w:rPr>
          <w:b/>
        </w:rPr>
        <w:t xml:space="preserve">[35:13] </w:t>
      </w:r>
      <w:r>
        <w:t>The Prophet of Islam has said: "In Allah yuti mal la yuti al-unf."</w:t>
      </w:r>
    </w:p>
    <w:p>
      <w:pPr>
        <w:jc w:val="right"/>
      </w:pPr>
      <w:r>
        <w:t>دا پرافٹ آف اسلام ہیز سیڈ: "ان اللہ یوتی مالا یوتی العنف۔"</w:t>
      </w:r>
    </w:p>
    <w:p>
      <w:r>
        <w:rPr>
          <w:b/>
        </w:rPr>
        <w:t xml:space="preserve">[35:27] </w:t>
      </w:r>
      <w:r>
        <w:t>god grants to non violence what he does not grant to violence. it means that peaceful method is far effective than the violent method.</w:t>
      </w:r>
    </w:p>
    <w:p>
      <w:pPr>
        <w:jc w:val="right"/>
      </w:pPr>
      <w:r>
        <w:t>گاڈ گرانٹس ٹو نان وائلنس واٹ ہی ڈز ناٹ گرانٹ ٹو وائلنس۔ اٹ مینز دیٹ پیس فل میتھڈ از فارور ایفیکٹیو دین دی وائلنٹ میتھڈ۔</w:t>
      </w:r>
    </w:p>
    <w:p>
      <w:r>
        <w:rPr>
          <w:b/>
        </w:rPr>
        <w:t xml:space="preserve">[35:51] </w:t>
      </w:r>
      <w:r>
        <w:t>also, you can see that love is more fruitful than the hate.</w:t>
      </w:r>
    </w:p>
    <w:p>
      <w:pPr>
        <w:jc w:val="right"/>
      </w:pPr>
      <w:r>
        <w:t>السو، یو کین سی دیٹ لو از مور فروٹ فل دین دی ہیٹ۔</w:t>
      </w:r>
    </w:p>
    <w:p>
      <w:r>
        <w:rPr>
          <w:b/>
        </w:rPr>
        <w:t xml:space="preserve">[36:04] </w:t>
      </w:r>
      <w:r>
        <w:t>tolerance is more good. tolerance</w:t>
      </w:r>
    </w:p>
    <w:p>
      <w:pPr>
        <w:jc w:val="right"/>
      </w:pPr>
      <w:r>
        <w:t>ٹالرنس از مور گڈ۔ ٹالرنس</w:t>
      </w:r>
    </w:p>
    <w:p>
      <w:r>
        <w:rPr>
          <w:b/>
        </w:rPr>
        <w:t xml:space="preserve">[36:12] </w:t>
      </w:r>
      <w:r>
        <w:t>produces more good than intolerance.</w:t>
      </w:r>
    </w:p>
    <w:p>
      <w:pPr>
        <w:jc w:val="right"/>
      </w:pPr>
      <w:r>
        <w:t>پروڈیوسز مور گڈ دین انٹولرنس۔</w:t>
      </w:r>
    </w:p>
    <w:p>
      <w:r>
        <w:rPr>
          <w:b/>
        </w:rPr>
        <w:t xml:space="preserve">[36:19] </w:t>
      </w:r>
      <w:r>
        <w:t>in allah yuti al-rifq mal la yuti al-unf. This is the basis of a peaceful society.</w:t>
      </w:r>
    </w:p>
    <w:p>
      <w:pPr>
        <w:jc w:val="right"/>
      </w:pPr>
      <w:r>
        <w:t>ان اللہ یوتی الرفق مالا یوتی العنف۔ دس از دا بیسس آف ا پیس فل سوسائٹی۔</w:t>
      </w:r>
    </w:p>
    <w:p>
      <w:r>
        <w:rPr>
          <w:b/>
        </w:rPr>
        <w:t xml:space="preserve">[36:36] </w:t>
      </w:r>
      <w:r>
        <w:t>islam tries to establish peace even in the price of unilateral adjustment.</w:t>
      </w:r>
    </w:p>
    <w:p>
      <w:pPr>
        <w:jc w:val="right"/>
      </w:pPr>
      <w:r>
        <w:t>اسلام ٹرائیز ٹو اسٹیبلش پیس ایون ان دا پرائس آف یونی لیٹرل ایڈجسٹمنٹ۔</w:t>
      </w:r>
    </w:p>
    <w:p>
      <w:r>
        <w:rPr>
          <w:b/>
        </w:rPr>
        <w:t xml:space="preserve">[36:47] </w:t>
      </w:r>
      <w:r>
        <w:t>in islam, peace is so important, so important that islam tries to establish peace even on the basis of unilateral adjustment.</w:t>
      </w:r>
    </w:p>
    <w:p>
      <w:pPr>
        <w:jc w:val="right"/>
      </w:pPr>
      <w:r>
        <w:t>ان اسلام، پیس از سو امپورٹنٹ، سو امپورٹنٹ دیٹ اسلام ٹرائیز ٹو اسٹیبلش پیس ایون ان دا بیسس آف یونی لیٹرل ایڈجسٹمنٹ۔</w:t>
      </w:r>
    </w:p>
    <w:p>
      <w:r>
        <w:rPr>
          <w:b/>
        </w:rPr>
        <w:t xml:space="preserve">[37:08] </w:t>
      </w:r>
      <w:r>
        <w:t>and there are so many examples in the prophets life.</w:t>
      </w:r>
    </w:p>
    <w:p>
      <w:pPr>
        <w:jc w:val="right"/>
      </w:pPr>
      <w:r>
        <w:t>اینڈ دیر ار سو مینی ایگزامپلز ان دا پرافٹس لائف۔</w:t>
      </w:r>
    </w:p>
    <w:p>
      <w:r>
        <w:rPr>
          <w:b/>
        </w:rPr>
        <w:t xml:space="preserve">[37:18] </w:t>
      </w:r>
      <w:r>
        <w:t>and one glaring example is Hudaybi agreement.</w:t>
      </w:r>
    </w:p>
    <w:p>
      <w:pPr>
        <w:jc w:val="right"/>
      </w:pPr>
      <w:r>
        <w:t>اینڈ ون گلیئرنگ ایگزامپل از حدیبی ایگریمنٹ۔</w:t>
      </w:r>
    </w:p>
    <w:p>
      <w:r>
        <w:rPr>
          <w:b/>
        </w:rPr>
        <w:t xml:space="preserve">[37:27] </w:t>
      </w:r>
      <w:r>
        <w:t>there was fighting. any before Hudaybi agreement, there was a fighting, there was a hate.</w:t>
      </w:r>
    </w:p>
    <w:p>
      <w:pPr>
        <w:jc w:val="right"/>
      </w:pPr>
      <w:r>
        <w:t>دیر واز فائٹنگ۔ اینی بیفور حدیبی ایگریمنٹ، دیر واز ا فائٹنگ، دیر واز ا ہیٹ۔</w:t>
      </w:r>
    </w:p>
    <w:p>
      <w:r>
        <w:rPr>
          <w:b/>
        </w:rPr>
        <w:t xml:space="preserve">[37:38] </w:t>
      </w:r>
      <w:r>
        <w:t>there was distance between the two communities. but prophet</w:t>
      </w:r>
    </w:p>
    <w:p>
      <w:pPr>
        <w:jc w:val="right"/>
      </w:pPr>
      <w:r>
        <w:t>دیر واز ڈسٹنس بٹوین دا ٹو کمیونٹیز۔ بٹ پرافٹ</w:t>
      </w:r>
    </w:p>
    <w:p>
      <w:r>
        <w:rPr>
          <w:b/>
        </w:rPr>
        <w:t xml:space="preserve">[37:47] </w:t>
      </w:r>
      <w:r>
        <w:t>agreed on new lateral conditions and finalized the Hudaybi agreement.</w:t>
      </w:r>
    </w:p>
    <w:p>
      <w:pPr>
        <w:jc w:val="right"/>
      </w:pPr>
      <w:r>
        <w:t>ایگریڈ ان نیو لیٹرل کنڈیشنز اینڈ فائنلائزڈ دی حدیبی ایگریمنٹ۔</w:t>
      </w:r>
    </w:p>
    <w:p>
      <w:r>
        <w:rPr>
          <w:b/>
        </w:rPr>
        <w:t xml:space="preserve">[37:57] </w:t>
      </w:r>
      <w:r>
        <w:t>and what was the result? result was break less.</w:t>
      </w:r>
    </w:p>
    <w:p>
      <w:pPr>
        <w:jc w:val="right"/>
      </w:pPr>
      <w:r>
        <w:t>اینڈ واٹ واز دا رزلٹ؟ رزلٹ واز بریک لیس۔</w:t>
      </w:r>
    </w:p>
    <w:p>
      <w:r>
        <w:rPr>
          <w:b/>
        </w:rPr>
        <w:t xml:space="preserve">[38:02] </w:t>
      </w:r>
      <w:r>
        <w:t>after Hudaybi agreement, you can see in the history that there was peace every where, tolerance every where, adjustment every where.</w:t>
      </w:r>
    </w:p>
    <w:p>
      <w:pPr>
        <w:jc w:val="right"/>
      </w:pPr>
      <w:r>
        <w:t>افٹر حدیبی ایگریمنٹ، یو کین سی ان دا ہسٹری دیٹ دیر واز پیس ایوری ویر، ٹالرنس ایوری ویر، ایڈجسٹمنٹ ایوری ویر۔</w:t>
      </w:r>
    </w:p>
    <w:p>
      <w:r>
        <w:rPr>
          <w:b/>
        </w:rPr>
        <w:t xml:space="preserve">[38:17] </w:t>
      </w:r>
      <w:r>
        <w:t>and then, there was great progress. after Hudaybi, there was great progress and development in both the side.</w:t>
      </w:r>
    </w:p>
    <w:p>
      <w:pPr>
        <w:jc w:val="right"/>
      </w:pPr>
      <w:r>
        <w:t>اینڈ دین، دیر واز گریٹ پروگریس۔ افٹر حدیبیہ، دیر واز گریٹ پروگریس اینڈ ڈیولپمنٹ ان بوتھ دا سائیڈ۔</w:t>
      </w:r>
    </w:p>
    <w:p>
      <w:r>
        <w:rPr>
          <w:b/>
        </w:rPr>
        <w:t xml:space="preserve">[38:33] </w:t>
      </w:r>
      <w:r>
        <w:t>so, the islamic formula to living in a multi religious society is based on adjustment.</w:t>
      </w:r>
    </w:p>
    <w:p>
      <w:pPr>
        <w:jc w:val="right"/>
      </w:pPr>
      <w:r>
        <w:t>سو، دا اسلامک فارمولا ٹو لیونگ ان اے ملٹی ریلیجس سوسائٹی از بیسڈ ان ایڈجسٹمنٹ۔</w:t>
      </w:r>
    </w:p>
    <w:p>
      <w:r>
        <w:rPr>
          <w:b/>
        </w:rPr>
        <w:t xml:space="preserve">[38:46] </w:t>
      </w:r>
      <w:r>
        <w:t>even</w:t>
      </w:r>
    </w:p>
    <w:p>
      <w:pPr>
        <w:jc w:val="right"/>
      </w:pPr>
      <w:r>
        <w:t>ایون</w:t>
      </w:r>
    </w:p>
    <w:p>
      <w:r>
        <w:rPr>
          <w:b/>
        </w:rPr>
        <w:t xml:space="preserve">[38:52] </w:t>
      </w:r>
      <w:r>
        <w:t>based on adjustment. in tolerance.</w:t>
      </w:r>
    </w:p>
    <w:p>
      <w:pPr>
        <w:jc w:val="right"/>
      </w:pPr>
      <w:r>
        <w:t>بیسڈ ان ایڈجسٹمنٹ۔ ان ٹالرنس۔</w:t>
      </w:r>
    </w:p>
    <w:p>
      <w:r>
        <w:rPr>
          <w:b/>
        </w:rPr>
        <w:t xml:space="preserve">[39:02] </w:t>
      </w:r>
      <w:r>
        <w:t>this is the only formula of peace in a society. in every society, in every society,</w:t>
      </w:r>
    </w:p>
    <w:p>
      <w:pPr>
        <w:jc w:val="right"/>
      </w:pPr>
      <w:r>
        <w:t>دس از دا اونلی فارمولا آف پیس ان ا سوسائٹی۔ ان ایوری سوسائٹی، ان ایوری سوسائٹی،</w:t>
      </w:r>
    </w:p>
    <w:p>
      <w:r>
        <w:rPr>
          <w:b/>
        </w:rPr>
        <w:t xml:space="preserve">[39:19] </w:t>
      </w:r>
      <w:r>
        <w:t>this formula is based on this simple and natural principle that</w:t>
      </w:r>
    </w:p>
    <w:p>
      <w:pPr>
        <w:jc w:val="right"/>
      </w:pPr>
      <w:r>
        <w:t>دس فارمولا از بیسڈ ان دس سمپل اینڈ نیچرل پرنسپل دیٹ</w:t>
      </w:r>
    </w:p>
    <w:p>
      <w:r>
        <w:rPr>
          <w:b/>
        </w:rPr>
        <w:t xml:space="preserve">[39:30] </w:t>
      </w:r>
      <w:r>
        <w:t>follow one and respect all. always try to establish peace.</w:t>
      </w:r>
    </w:p>
    <w:p>
      <w:pPr>
        <w:jc w:val="right"/>
      </w:pPr>
      <w:r>
        <w:t>فالو ون اینڈ ریسپیکٹ آل۔ آلویز ٹرائی ٹو اسٹیبلش پیس۔</w:t>
      </w:r>
    </w:p>
    <w:p>
      <w:r>
        <w:rPr>
          <w:b/>
        </w:rPr>
        <w:t xml:space="preserve">[39:44] </w:t>
      </w:r>
      <w:r>
        <w:t>always try to establish tolerance.</w:t>
      </w:r>
    </w:p>
    <w:p>
      <w:pPr>
        <w:jc w:val="right"/>
      </w:pPr>
      <w:r>
        <w:t>آلویز ٹرائی ٹو اسٹیبلش ٹالرنس۔</w:t>
      </w:r>
    </w:p>
    <w:p>
      <w:r>
        <w:rPr>
          <w:b/>
        </w:rPr>
        <w:t xml:space="preserve">[39:48] </w:t>
      </w:r>
      <w:r>
        <w:t>always try to establish mutual respect. so, islamic formula is not based on mutual recognition.</w:t>
      </w:r>
    </w:p>
    <w:p>
      <w:pPr>
        <w:jc w:val="right"/>
      </w:pPr>
      <w:r>
        <w:t>آلویز ٹرائی ٹو اسٹیبلش میوچول ریسپیکٹ۔ سو، اسلامک فارمولا از ناٹ بیسڈ ان میوچول ریکگنیشن۔</w:t>
      </w:r>
    </w:p>
    <w:p>
      <w:r>
        <w:rPr>
          <w:b/>
        </w:rPr>
        <w:t xml:space="preserve">[40:04] </w:t>
      </w:r>
      <w:r>
        <w:t>some people are talking about mutual recognition, but mutual recognition is not the islamic formula.</w:t>
      </w:r>
    </w:p>
    <w:p>
      <w:pPr>
        <w:jc w:val="right"/>
      </w:pPr>
      <w:r>
        <w:t>سم پیپل آر ٹاکنگ اباؤٹ میوچول ریکگنیشن، بٹ میوچول ریکگنیشن از ناٹ دا اسلامک فارمولا۔</w:t>
      </w:r>
    </w:p>
    <w:p>
      <w:r>
        <w:rPr>
          <w:b/>
        </w:rPr>
        <w:t xml:space="preserve">[40:15] </w:t>
      </w:r>
      <w:r>
        <w:t>and also, it is not practicable formula. mutual recognition is not a practicable formula. the islamic formula in this regard is based on the principle of mutual respect.</w:t>
      </w:r>
    </w:p>
    <w:p>
      <w:pPr>
        <w:jc w:val="right"/>
      </w:pPr>
      <w:r>
        <w:t>اینڈ السو، اٹ از ناٹ پریکٹیکبل فارمولا۔ میوچول ریکگنیشن از ناٹ ا پریکٹیکبل فارمولا۔ دا اسلامک فارمولا ان دس ریگارڈ از بیسڈ ان دا پرنسپل آف میوچول ریسپیکٹ۔</w:t>
      </w:r>
    </w:p>
    <w:p>
      <w:r>
        <w:rPr>
          <w:b/>
        </w:rPr>
        <w:t xml:space="preserve">[40:34] </w:t>
      </w:r>
      <w:r>
        <w:t>so, i can see that</w:t>
      </w:r>
    </w:p>
    <w:p>
      <w:pPr>
        <w:jc w:val="right"/>
      </w:pPr>
      <w:r>
        <w:t>سو، آئی کین سی دیٹ</w:t>
      </w:r>
    </w:p>
    <w:p>
      <w:r>
        <w:rPr>
          <w:b/>
        </w:rPr>
        <w:t xml:space="preserve">[40:40] </w:t>
      </w:r>
      <w:r>
        <w:t>this is the,</w:t>
      </w:r>
    </w:p>
    <w:p>
      <w:pPr>
        <w:jc w:val="right"/>
      </w:pPr>
      <w:r>
        <w:t>دس از دا،</w:t>
      </w:r>
    </w:p>
    <w:p>
      <w:r>
        <w:rPr>
          <w:b/>
        </w:rPr>
        <w:t xml:space="preserve">[40:43] </w:t>
      </w:r>
      <w:r>
        <w:t>i can see that this</w:t>
      </w:r>
    </w:p>
    <w:p>
      <w:pPr>
        <w:jc w:val="right"/>
      </w:pPr>
      <w:r>
        <w:t>آئی کین سی دیٹ دس</w:t>
      </w:r>
    </w:p>
    <w:p>
      <w:r>
        <w:rPr>
          <w:b/>
        </w:rPr>
        <w:t xml:space="preserve">[40:48] </w:t>
      </w:r>
      <w:r>
        <w:t>is the only formula according to the Islamic principle and also according to the law of nature</w:t>
      </w:r>
    </w:p>
    <w:p>
      <w:pPr>
        <w:jc w:val="right"/>
      </w:pPr>
      <w:r>
        <w:t>از دا اونلی فارمولا اکارڈنگ ٹو دا اسلامک پرنسپل اینڈ السو اکارڈنگ ٹو دا لاء آف نیچر</w:t>
      </w:r>
    </w:p>
    <w:p>
      <w:r>
        <w:rPr>
          <w:b/>
        </w:rPr>
        <w:t xml:space="preserve">[40:57] </w:t>
      </w:r>
      <w:r>
        <w:t>that is follow one and respect all.</w:t>
      </w:r>
    </w:p>
    <w:p>
      <w:pPr>
        <w:jc w:val="right"/>
      </w:pPr>
      <w:r>
        <w:t>دیٹ از فالو ون اینڈ ریسپیکٹ آل۔</w:t>
      </w:r>
    </w:p>
    <w:p>
      <w:r>
        <w:rPr>
          <w:b/>
        </w:rPr>
        <w:t xml:space="preserve">[41:10] </w:t>
      </w:r>
      <w:r>
        <w:t>aqool qawli haza wastaghfirullaha aliyyalakum ajmaeen.</w:t>
      </w:r>
    </w:p>
    <w:p>
      <w:pPr>
        <w:jc w:val="right"/>
      </w:pPr>
      <w:r>
        <w:t>اقول قولیھذا واستغفراللہ العلی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