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Journey of Civilization (Part 2) 14 Jan 2007 - Maulana Wahiduddin Khan</w:t>
      </w:r>
    </w:p>
    <w:p>
      <w:r>
        <w:t>https://www.youtube.com/watch?v=K4nZXHphmlM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ala an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rabbi 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wahlul uqdatam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bahut pehle maine ek philosopher ka</w:t>
      </w:r>
    </w:p>
    <w:p>
      <w:pPr>
        <w:jc w:val="right"/>
      </w:pPr>
      <w:r>
        <w:t>بہت پہلے میں نے ایک فلاسفر کا</w:t>
      </w:r>
    </w:p>
    <w:p>
      <w:r>
        <w:rPr>
          <w:b/>
        </w:rPr>
        <w:t xml:space="preserve">[00:42] </w:t>
      </w:r>
      <w:r>
        <w:t>article padha to us mein usne likha tha ke</w:t>
      </w:r>
    </w:p>
    <w:p>
      <w:pPr>
        <w:jc w:val="right"/>
      </w:pPr>
      <w:r>
        <w:t>آرٹیکل پڑھا تو اس میں اس نے لکھا تھا کہ</w:t>
      </w:r>
    </w:p>
    <w:p>
      <w:r>
        <w:rPr>
          <w:b/>
        </w:rPr>
        <w:t xml:space="preserve">[00:51] </w:t>
      </w:r>
      <w:r>
        <w:t>muskurana, yani ismail,</w:t>
      </w:r>
    </w:p>
    <w:p>
      <w:pPr>
        <w:jc w:val="right"/>
      </w:pPr>
      <w:r>
        <w:t>مسکرانا، یعنی اسماعیل،</w:t>
      </w:r>
    </w:p>
    <w:p>
      <w:r>
        <w:rPr>
          <w:b/>
        </w:rPr>
        <w:t xml:space="preserve">[00:54] </w:t>
      </w:r>
      <w:r>
        <w:t>sirf insan ki quality hai. is universe mein koi doosra</w:t>
      </w:r>
    </w:p>
    <w:p>
      <w:pPr>
        <w:jc w:val="right"/>
      </w:pPr>
      <w:r>
        <w:t>صرف انسان کی کوالٹی ہے۔ اس یونیورس میں کوئی دوسرا</w:t>
      </w:r>
    </w:p>
    <w:p>
      <w:r>
        <w:rPr>
          <w:b/>
        </w:rPr>
        <w:t xml:space="preserve">[01:01] </w:t>
      </w:r>
      <w:r>
        <w:t>nahin jo ismail kar sakta ho,</w:t>
      </w:r>
    </w:p>
    <w:p>
      <w:pPr>
        <w:jc w:val="right"/>
      </w:pPr>
      <w:r>
        <w:t>نہیں جو اسماعیل کر سکتا ہو،</w:t>
      </w:r>
    </w:p>
    <w:p>
      <w:r>
        <w:rPr>
          <w:b/>
        </w:rPr>
        <w:t xml:space="preserve">[01:06] </w:t>
      </w:r>
      <w:r>
        <w:t>jo muskara sak</w:t>
      </w:r>
    </w:p>
    <w:p>
      <w:pPr>
        <w:jc w:val="right"/>
      </w:pPr>
      <w:r>
        <w:t>جو مسکرا سکت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