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of Civilization 14 Jan 2007 - Maulana Wahiduddin Khan</w:t>
      </w:r>
    </w:p>
    <w:p>
      <w:r>
        <w:t>https://www.youtube.com/watch?v=MEHzksOmFZc</w:t>
      </w:r>
    </w:p>
    <w:p>
      <w:r>
        <w:rPr>
          <w:b/>
        </w:rPr>
        <w:t xml:space="preserve">[00:14] </w:t>
      </w:r>
      <w:r>
        <w:t>bismillah hir rahman nir rahim, wa salla Allahu ala an-nabiyyi al-karim.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aaj</w:t>
      </w:r>
    </w:p>
    <w:p>
      <w:pPr>
        <w:jc w:val="right"/>
      </w:pPr>
      <w:r>
        <w:t>آج</w:t>
      </w:r>
    </w:p>
    <w:p>
      <w:r>
        <w:rPr>
          <w:b/>
        </w:rPr>
        <w:t xml:space="preserve">[00:42] </w:t>
      </w:r>
      <w:r>
        <w:t>jo kuch main kehna chahta hoon, is ke liye appropriate topic yeh samajh mein aata hai ke journey of civilization reaches its end.</w:t>
      </w:r>
    </w:p>
    <w:p>
      <w:pPr>
        <w:jc w:val="right"/>
      </w:pPr>
      <w:r>
        <w:t>جو کچھ میں کہنا چاہتا ہوں، اس کے لیے appropriate topic یہ سمجھ میں آتا ہے کہ journey of civilization reaches its end۔</w:t>
      </w:r>
    </w:p>
    <w:p>
      <w:r>
        <w:rPr>
          <w:b/>
        </w:rPr>
        <w:t xml:space="preserve">[01:07] </w:t>
      </w:r>
      <w:r>
        <w:t>tehzeeb ka safar apne khatme par pahunch raha hai.</w:t>
      </w:r>
    </w:p>
    <w:p>
      <w:pPr>
        <w:jc w:val="right"/>
      </w:pPr>
      <w:r>
        <w:t>تہذیب کا سفر اپنے خاتمے پر پہنچ رہا ہے۔</w:t>
      </w:r>
    </w:p>
    <w:p>
      <w:r>
        <w:rPr>
          <w:b/>
        </w:rPr>
        <w:t xml:space="preserve">[01:20] </w:t>
      </w:r>
      <w:r>
        <w:t>aaj kal bohat zyada reporten akhbaron mein aa rahi hain, jo aap bhi zaroor parhte honge, jis se maloom hota hai ke insan ka safar, insan ka tehzibi safar ya taraqqi ka safar,</w:t>
      </w:r>
    </w:p>
    <w:p>
      <w:pPr>
        <w:jc w:val="right"/>
      </w:pPr>
      <w:r>
        <w:t>آج کل بہت زیادہ رپورٹیں اخباروں میں آ رہی ہیں، جو آپ بھی ضرور پڑھتے ہوں گے، جس سے معلوم ہوتا ہے کہ انسان کا سفر، انسان کا تہذیبی سفر یا ترقی کا سفر،</w:t>
      </w:r>
    </w:p>
    <w:p>
      <w:r>
        <w:rPr>
          <w:b/>
        </w:rPr>
        <w:t xml:space="preserve">[01:41] </w:t>
      </w:r>
      <w:r>
        <w:t>ek impasse par pahunch gaya hai. ek impasse par.</w:t>
      </w:r>
    </w:p>
    <w:p>
      <w:pPr>
        <w:jc w:val="right"/>
      </w:pPr>
      <w:r>
        <w:t>ایک impasse پر پہنچ گیا ہے۔ ایک impasse پر۔</w:t>
      </w:r>
    </w:p>
    <w:p>
      <w:r>
        <w:rPr>
          <w:b/>
        </w:rPr>
        <w:t xml:space="preserve">[01:51] </w:t>
      </w:r>
      <w:r>
        <w:t>aaj, dekhiye, aaj ka jo Times of India hai, yani January 14 ka, January 14 ke Times of India mein ek report hai.</w:t>
      </w:r>
    </w:p>
    <w:p>
      <w:pPr>
        <w:jc w:val="right"/>
      </w:pPr>
      <w:r>
        <w:t>آج، دیکھیے، آج کا جو Times of India ہے، یعنی جنوری 14 کا، جنوری 14 کے Times of India میں ایک رپورٹ ہے۔</w:t>
      </w:r>
    </w:p>
    <w:p>
      <w:r>
        <w:rPr>
          <w:b/>
        </w:rPr>
        <w:t xml:space="preserve">[02:03] </w:t>
      </w:r>
      <w:r>
        <w:t>yeh report base karti hai WHO, World Health Organization ke ek survey par.</w:t>
      </w:r>
    </w:p>
    <w:p>
      <w:pPr>
        <w:jc w:val="right"/>
      </w:pPr>
      <w:r>
        <w:t>یہ رپورٹ base کرتی ہے WHO، World Health Organization کے ایک سروے پر۔</w:t>
      </w:r>
    </w:p>
    <w:p>
      <w:r>
        <w:rPr>
          <w:b/>
        </w:rPr>
        <w:t xml:space="preserve">[02:17] </w:t>
      </w:r>
      <w:r>
        <w:t>to is ka jo caption hai woh hai: "What's the hurry?"</w:t>
      </w:r>
    </w:p>
    <w:p>
      <w:pPr>
        <w:jc w:val="right"/>
      </w:pPr>
      <w:r>
        <w:t>تو اس کا جو caption ہے وہ ہے: "What's the hurry?"</w:t>
      </w:r>
    </w:p>
    <w:p>
      <w:r>
        <w:rPr>
          <w:b/>
        </w:rPr>
        <w:t xml:space="preserve">[02:28] </w:t>
      </w:r>
      <w:r>
        <w:t>"What's the hurry?" ajlat kya hai?</w:t>
      </w:r>
    </w:p>
    <w:p>
      <w:pPr>
        <w:jc w:val="right"/>
      </w:pPr>
      <w:r>
        <w:t>"What's the hurry?" عجلت کیا ہے؟</w:t>
      </w:r>
    </w:p>
    <w:p>
      <w:r>
        <w:rPr>
          <w:b/>
        </w:rPr>
        <w:t xml:space="preserve">[02:39] </w:t>
      </w:r>
      <w:r>
        <w:t>main ne is ko parha to is mein unhon ne yeh bataya hai ke har aadmi</w:t>
      </w:r>
    </w:p>
    <w:p>
      <w:pPr>
        <w:jc w:val="right"/>
      </w:pPr>
      <w:r>
        <w:t>میں نے اس کو پڑھا تو اس میں انہوں نے یہ بتایا ہے کہ ہر آدمی</w:t>
      </w:r>
    </w:p>
    <w:p>
      <w:r>
        <w:rPr>
          <w:b/>
        </w:rPr>
        <w:t xml:space="preserve">[02:52] </w:t>
      </w:r>
      <w:r>
        <w:t>kya chahta hai?</w:t>
      </w:r>
    </w:p>
    <w:p>
      <w:pPr>
        <w:jc w:val="right"/>
      </w:pPr>
      <w:r>
        <w:t>کیا چاہتا ہے؟</w:t>
      </w:r>
    </w:p>
    <w:p>
      <w:r>
        <w:rPr>
          <w:b/>
        </w:rPr>
        <w:t xml:space="preserve">[02:56] </w:t>
      </w:r>
      <w:r>
        <w:t>apne liye ek materialistic heaven banana chahta hai, ek maadi jannat.</w:t>
      </w:r>
    </w:p>
    <w:p>
      <w:pPr>
        <w:jc w:val="right"/>
      </w:pPr>
      <w:r>
        <w:t>اپنے لیے ایک materialistic heaven بنانا چاہتا ہے، ایک مادی جنت۔</w:t>
      </w:r>
    </w:p>
    <w:p>
      <w:r>
        <w:rPr>
          <w:b/>
        </w:rPr>
        <w:t xml:space="preserve">[03:07] </w:t>
      </w:r>
      <w:r>
        <w:t>materialistic heaven</w:t>
      </w:r>
    </w:p>
    <w:p>
      <w:pPr>
        <w:jc w:val="right"/>
      </w:pPr>
      <w:r>
        <w:t>materialistic heaven</w:t>
      </w:r>
    </w:p>
    <w:p>
      <w:r>
        <w:rPr>
          <w:b/>
        </w:rPr>
        <w:t xml:space="preserve">[03:09] </w:t>
      </w:r>
      <w:r>
        <w:t>. lekin koi bhi kamyab nahi hota.</w:t>
      </w:r>
    </w:p>
    <w:p>
      <w:pPr>
        <w:jc w:val="right"/>
      </w:pPr>
      <w:r>
        <w:t>۔ لیکن کوئی بھی کامیاب نہیں ہوتا۔</w:t>
      </w:r>
    </w:p>
    <w:p>
      <w:r>
        <w:rPr>
          <w:b/>
        </w:rPr>
        <w:t xml:space="preserve">[03:16] </w:t>
      </w:r>
      <w:r>
        <w:t>koi bhi kamyab nahi hota.</w:t>
      </w:r>
    </w:p>
    <w:p>
      <w:pPr>
        <w:jc w:val="right"/>
      </w:pPr>
      <w:r>
        <w:t>کوئی بھی کامیاب نہیں ہوتا۔</w:t>
      </w:r>
    </w:p>
    <w:p>
      <w:r>
        <w:rPr>
          <w:b/>
        </w:rPr>
        <w:t xml:space="preserve">[03:29] </w:t>
      </w:r>
      <w:r>
        <w:t>yani logon ki daud jo hai material progress ki taraf, is ko is mein kaha gaya hai ke "Might rush to nowhere." "Might rush to nowhere."</w:t>
      </w:r>
    </w:p>
    <w:p>
      <w:pPr>
        <w:jc w:val="right"/>
      </w:pPr>
      <w:r>
        <w:t>یعنی لوگوں کی دوڑ جو ہے material progress کی طرف، اس کو اس میں کہا گیا ہے کہ "Might rush to nowhere." "Might rush to nowhere."</w:t>
      </w:r>
    </w:p>
    <w:p>
      <w:r>
        <w:rPr>
          <w:b/>
        </w:rPr>
        <w:t xml:space="preserve">[03:50] </w:t>
      </w:r>
      <w:r>
        <w:t>log andha dhundh daud rahe hain jabke manzil koi nahi.</w:t>
      </w:r>
    </w:p>
    <w:p>
      <w:pPr>
        <w:jc w:val="right"/>
      </w:pPr>
      <w:r>
        <w:t>لوگ اندھا دھند دوڑ رہے ہیں جبکہ منزل کوئی نہیں۔</w:t>
      </w:r>
    </w:p>
    <w:p>
      <w:r>
        <w:rPr>
          <w:b/>
        </w:rPr>
        <w:t xml:space="preserve">[03:58] </w:t>
      </w:r>
      <w:r>
        <w:t>har aadmi supremely disappointed ka case ban raha hai.</w:t>
      </w:r>
    </w:p>
    <w:p>
      <w:pPr>
        <w:jc w:val="right"/>
      </w:pPr>
      <w:r>
        <w:t>ہر آدمی supremely disappointed کا case بن رہا ہے۔</w:t>
      </w:r>
    </w:p>
    <w:p>
      <w:r>
        <w:rPr>
          <w:b/>
        </w:rPr>
        <w:t xml:space="preserve">[04:09] </w:t>
      </w:r>
      <w:r>
        <w:t>is mein jo word use kiya gaya hai: supremely disappointed. bohat zyada mayoos</w:t>
      </w:r>
    </w:p>
    <w:p>
      <w:pPr>
        <w:jc w:val="right"/>
      </w:pPr>
      <w:r>
        <w:t>اس میں جو word use کیا گیا ہے: supremely disappointed۔ بہت زیادہ مایوس</w:t>
      </w:r>
    </w:p>
    <w:p>
      <w:r>
        <w:rPr>
          <w:b/>
        </w:rPr>
        <w:t xml:space="preserve">[04:20] </w:t>
      </w:r>
      <w:r>
        <w:t>ka case ban raha hai.</w:t>
      </w:r>
    </w:p>
    <w:p>
      <w:pPr>
        <w:jc w:val="right"/>
      </w:pPr>
      <w:r>
        <w:t>کا case بن رہا ہے۔</w:t>
      </w:r>
    </w:p>
    <w:p>
      <w:r>
        <w:rPr>
          <w:b/>
        </w:rPr>
        <w:t xml:space="preserve">[04:27] </w:t>
      </w:r>
      <w:r>
        <w:t>har aadmi chahta hai ke superman aur superwoman bane, magar koi ban nahi pata.</w:t>
      </w:r>
    </w:p>
    <w:p>
      <w:pPr>
        <w:jc w:val="right"/>
      </w:pPr>
      <w:r>
        <w:t>ہر آدمی چاہتا ہے کہ superman اور superwoman بنے، مگر کوئی بن نہیں پاتا۔</w:t>
      </w:r>
    </w:p>
    <w:p>
      <w:r>
        <w:rPr>
          <w:b/>
        </w:rPr>
        <w:t xml:space="preserve">[04:40] </w:t>
      </w:r>
      <w:r>
        <w:t>koi ban nahi pata.</w:t>
      </w:r>
    </w:p>
    <w:p>
      <w:pPr>
        <w:jc w:val="right"/>
      </w:pPr>
      <w:r>
        <w:t>کوئی بن نہیں پاتا۔</w:t>
      </w:r>
    </w:p>
    <w:p>
      <w:r>
        <w:rPr>
          <w:b/>
        </w:rPr>
        <w:t xml:space="preserve">[04:46] </w:t>
      </w:r>
      <w:r>
        <w:t>aisa lagta hai ke har aadmi happiness ki talash mein daud raha hai, ek aisi tunnel ki taraf jis ke idhar happiness hai nahi.</w:t>
      </w:r>
    </w:p>
    <w:p>
      <w:pPr>
        <w:jc w:val="right"/>
      </w:pPr>
      <w:r>
        <w:t>ایسا لگتا ہے کہ ہر آدمی happiness کی تلاش میں دوڑ رہا ہے، ایک ایسی tunnel کی طرف جس کے ادھر happiness ہے نہیں۔</w:t>
      </w:r>
    </w:p>
    <w:p>
      <w:r>
        <w:rPr>
          <w:b/>
        </w:rPr>
        <w:t xml:space="preserve">[05:03] </w:t>
      </w:r>
      <w:r>
        <w:t>aik tunnel hai jis mein daur rahe hain, daur rahe hain saare log. But at the end of the tunnel there is no happiness.</w:t>
      </w:r>
    </w:p>
    <w:p>
      <w:pPr>
        <w:jc w:val="right"/>
      </w:pPr>
      <w:r>
        <w:t>ایک tunnel ہے جس میں دوڑ رہے ہیں، دوڑ رہے ہیں سارے لوگ۔ But at the end of the tunnel there is no happiness۔</w:t>
      </w:r>
    </w:p>
    <w:p>
      <w:r>
        <w:rPr>
          <w:b/>
        </w:rPr>
        <w:t xml:space="preserve">[05:14] </w:t>
      </w:r>
      <w:r>
        <w:t>yeh sab ka case ban raha hai.</w:t>
      </w:r>
    </w:p>
    <w:p>
      <w:pPr>
        <w:jc w:val="right"/>
      </w:pPr>
      <w:r>
        <w:t>یہ سب کا case بن رہا ہے۔</w:t>
      </w:r>
    </w:p>
    <w:p>
      <w:r>
        <w:rPr>
          <w:b/>
        </w:rPr>
        <w:t xml:space="preserve">[05:21] </w:t>
      </w:r>
      <w:r>
        <w:t>toh yeh jo is ka jo caption hai: "What's the hurry?" mein samajhta hoon ke zyada behtar taur par hum keh sakte hain ke caption yeh hona chahiye ke: "It is all due to hurry." yaani insaan ki jo mayoosi hai,</w:t>
      </w:r>
    </w:p>
    <w:p>
      <w:pPr>
        <w:jc w:val="right"/>
      </w:pPr>
      <w:r>
        <w:t>تو یہ جو اس کا جو caption ہے: "What's the hurry?" میں سمجھتا ہوں کہ زیادہ بہتر طور پر ہم کہہ سکتے ہیں کہ caption یہ ہونا چاہیے کہ: "It is all due to hurry." یعنی انسان کی جو مایوسی ہے،</w:t>
      </w:r>
    </w:p>
    <w:p>
      <w:r>
        <w:rPr>
          <w:b/>
        </w:rPr>
        <w:t xml:space="preserve">[05:49] </w:t>
      </w:r>
      <w:r>
        <w:t>insaan jo happiness ko nahi pa raha hai, saari daur dhop karne ke baad bhi.</w:t>
      </w:r>
    </w:p>
    <w:p>
      <w:pPr>
        <w:jc w:val="right"/>
      </w:pPr>
      <w:r>
        <w:t>انسان جو happiness کو نہیں پا رہا ہے، ساری دوڑ دھوپ کرنے کے بعد بھی۔</w:t>
      </w:r>
    </w:p>
    <w:p>
      <w:r>
        <w:rPr>
          <w:b/>
        </w:rPr>
        <w:t xml:space="preserve">[05:56] </w:t>
      </w:r>
      <w:r>
        <w:t>toh is survey mein jo wajah batai gayi hai ke sab log hurry mein hain, jaldi, jaldi, jaldi, toh mein ne socha ke is ka zyada behtar caption yeh hona chahiye: "It is all due to hurry."</w:t>
      </w:r>
    </w:p>
    <w:p>
      <w:pPr>
        <w:jc w:val="right"/>
      </w:pPr>
      <w:r>
        <w:t>تو اس سروے میں جو وجہ بتائی گئی ہے کہ سب لوگ hurry میں ہیں، جلدی، جلدی، جلدی، تو میں نے سوچا کہ اس کا زیادہ بہتر caption یہ ہونا چاہیے: "It is all due to hurry."</w:t>
      </w:r>
    </w:p>
    <w:p>
      <w:r>
        <w:rPr>
          <w:b/>
        </w:rPr>
        <w:t xml:space="preserve">[06:17] </w:t>
      </w:r>
      <w:r>
        <w:t>dekhiye, yeh dobara aik misunderstanding hai. Yeh hurry ki baat nahi</w:t>
      </w:r>
    </w:p>
    <w:p>
      <w:pPr>
        <w:jc w:val="right"/>
      </w:pPr>
      <w:r>
        <w:t>دیکھیے، یہ دوبارہ ایک misunderstanding ہے۔ یہ hurry کی بات نہیں</w:t>
      </w:r>
    </w:p>
    <w:p>
      <w:r>
        <w:rPr>
          <w:b/>
        </w:rPr>
        <w:t xml:space="preserve">[06:24] </w:t>
      </w:r>
      <w:r>
        <w:t>hai. Aisa nahi ke jaldi kar rahe hain is liye leisure nahi mil raha hai. Is liye ke yeh toh sankaron saal, yaani hazaron saal ki daur hai.</w:t>
      </w:r>
    </w:p>
    <w:p>
      <w:pPr>
        <w:jc w:val="right"/>
      </w:pPr>
      <w:r>
        <w:t>ہے۔ ایسا نہیں کہ جلدی کر رہے ہیں اس لیے leisure نہیں مل رہا ہے۔ اس لیے کہ یہ تو سینکڑوں سال، یعنی ہزاروں سال کی دوڑ ہے۔</w:t>
      </w:r>
    </w:p>
    <w:p>
      <w:r>
        <w:rPr>
          <w:b/>
        </w:rPr>
        <w:t xml:space="preserve">[06:35] </w:t>
      </w:r>
      <w:r>
        <w:t>aap kaise keh sakte hain ke jaldi? Hazaron saal se insaan daur raha hai ke apne liye aik happiness ki aik paradise bana sake.</w:t>
      </w:r>
    </w:p>
    <w:p>
      <w:pPr>
        <w:jc w:val="right"/>
      </w:pPr>
      <w:r>
        <w:t>آپ کیسے کہہ سکتے ہیں کہ جلدی؟ ہزاروں سال سے انسان دوڑ رہا ہے کہ اپنے لیے ایک happiness کی ایک paradise بنا سکے۔</w:t>
      </w:r>
    </w:p>
    <w:p>
      <w:r>
        <w:rPr>
          <w:b/>
        </w:rPr>
        <w:t xml:space="preserve">[06:48] </w:t>
      </w:r>
      <w:r>
        <w:t>toh hurry kahan, kaise kahenge aap is ko? Bahut lambi, bahut lamba period guzar chuka aur woh happiness ki paradise nahi bani.</w:t>
      </w:r>
    </w:p>
    <w:p>
      <w:pPr>
        <w:jc w:val="right"/>
      </w:pPr>
      <w:r>
        <w:t>تو hurry کہاں، کیسے کہیں گے آپ اس کو؟ بہت لمبی، بہت لمبا period گزر چکا اور وہ happiness کی paradise نہیں بنی۔</w:t>
      </w:r>
    </w:p>
    <w:p>
      <w:r>
        <w:rPr>
          <w:b/>
        </w:rPr>
        <w:t xml:space="preserve">[06:59] </w:t>
      </w:r>
      <w:r>
        <w:t>Case toh yeh hai.</w:t>
      </w:r>
    </w:p>
    <w:p>
      <w:pPr>
        <w:jc w:val="right"/>
      </w:pPr>
      <w:r>
        <w:t>Case تو یہ ہے۔</w:t>
      </w:r>
    </w:p>
    <w:p>
      <w:r>
        <w:rPr>
          <w:b/>
        </w:rPr>
        <w:t xml:space="preserve">[07:03] </w:t>
      </w:r>
      <w:r>
        <w:t>ab dekhiye ke America ko lijiye, jo superpower hai, toh apni taraqqi ki machine ko chalane ke liye is ko chahiye energy, yaani tel.</w:t>
      </w:r>
    </w:p>
    <w:p>
      <w:pPr>
        <w:jc w:val="right"/>
      </w:pPr>
      <w:r>
        <w:t>اب دیکھیے کہ امریکہ کو لیجیے، جو superpower ہے، تو اپنی ترقی کی مشین کو چلانے کے لیے اس کو چاہیے energy، یعنی تیل۔</w:t>
      </w:r>
    </w:p>
    <w:p>
      <w:r>
        <w:rPr>
          <w:b/>
        </w:rPr>
        <w:t xml:space="preserve">[07:24] </w:t>
      </w:r>
      <w:r>
        <w:t>apni taraqqi ki machine ko barabar chalta rehne ke liye is ko tel chahiye. Kyun ke sara jo industrial world hai woh tel par chal raha hai.</w:t>
      </w:r>
    </w:p>
    <w:p>
      <w:pPr>
        <w:jc w:val="right"/>
      </w:pPr>
      <w:r>
        <w:t>اپنی ترقی کی مشین کو برابر چلتا رہنے کے لیے اس کو تیل چاہیے۔ کیونکہ سارا جو industrial world ہے وہ تیل پر چل رہا ہے۔</w:t>
      </w:r>
    </w:p>
    <w:p>
      <w:r>
        <w:rPr>
          <w:b/>
        </w:rPr>
        <w:t xml:space="preserve">[07:40] </w:t>
      </w:r>
      <w:r>
        <w:t>toh tel ke liye is ne attack kiya Iraq par, do baar. Kyun ke aap jante hain ke Iraq mein tel ka bahut bara bhandar hai.</w:t>
      </w:r>
    </w:p>
    <w:p>
      <w:pPr>
        <w:jc w:val="right"/>
      </w:pPr>
      <w:r>
        <w:t>تو تیل کے لیے اس نے attack کیا عراق پر، دو بار۔ کیونکہ آپ جانتے ہیں کہ عراق میں تیل کا بہت بڑا بھنڈار ہے۔</w:t>
      </w:r>
    </w:p>
    <w:p>
      <w:r>
        <w:rPr>
          <w:b/>
        </w:rPr>
        <w:t xml:space="preserve">[07:50] </w:t>
      </w:r>
      <w:r>
        <w:t>toh is par qabza karne ke liye.</w:t>
      </w:r>
    </w:p>
    <w:p>
      <w:pPr>
        <w:jc w:val="right"/>
      </w:pPr>
      <w:r>
        <w:t>تو اس پر قبضہ کرنے کے لیے۔</w:t>
      </w:r>
    </w:p>
    <w:p>
      <w:r>
        <w:rPr>
          <w:b/>
        </w:rPr>
        <w:t xml:space="preserve">[07:54] </w:t>
      </w:r>
      <w:r>
        <w:t>aur report mein bataya gaya hai ke do, aap jante hain ke do baar attack kiya unhon ne. George Bush senior ke zamane mein, phir George Bush junior ke zamane mein.</w:t>
      </w:r>
    </w:p>
    <w:p>
      <w:pPr>
        <w:jc w:val="right"/>
      </w:pPr>
      <w:r>
        <w:t>اور رپورٹ میں بتایا گیا ہے کہ دو، آپ جانتے ہیں کہ دو بار attack کیا انہوں نے۔ جارج بش senior کے زمانے میں، پھر جارج بش junior کے زمانے میں۔</w:t>
      </w:r>
    </w:p>
    <w:p>
      <w:r>
        <w:rPr>
          <w:b/>
        </w:rPr>
        <w:t xml:space="preserve">[08:07] </w:t>
      </w:r>
      <w:r>
        <w:t>aur dono ko mila kar jo kharcha hua woh tha 410 billion, B se.</w:t>
      </w:r>
    </w:p>
    <w:p>
      <w:pPr>
        <w:jc w:val="right"/>
      </w:pPr>
      <w:r>
        <w:t>اور دونوں کو ملا کر جو خرچہ ہوا وہ تھا 410 billion، B سے۔</w:t>
      </w:r>
    </w:p>
    <w:p>
      <w:r>
        <w:rPr>
          <w:b/>
        </w:rPr>
        <w:t xml:space="preserve">[08:18] </w:t>
      </w:r>
      <w:r>
        <w:t>M nahi, B. 410 billion dollar.</w:t>
      </w:r>
    </w:p>
    <w:p>
      <w:pPr>
        <w:jc w:val="right"/>
      </w:pPr>
      <w:r>
        <w:t>M نہیں، B۔ 410 billion ڈالر۔</w:t>
      </w:r>
    </w:p>
    <w:p>
      <w:r>
        <w:rPr>
          <w:b/>
        </w:rPr>
        <w:t xml:space="preserve">[08:25] </w:t>
      </w:r>
      <w:r>
        <w:t>aur mila kuch bhi nahi? Mila kuch bhi nahi? Dekhiye, yeh kal yaani 13 January 13 ko jo Times of India mein aik report aayi hai,</w:t>
      </w:r>
    </w:p>
    <w:p>
      <w:pPr>
        <w:jc w:val="right"/>
      </w:pPr>
      <w:r>
        <w:t>اور ملا کچھ بھی نہیں؟ ملا کچھ بھی نہیں؟ دیکھیے، یہ کل یعنی 13 جنوری 13 کو جو Times of India میں ایک رپورٹ آئی ہے،</w:t>
      </w:r>
    </w:p>
    <w:p>
      <w:r>
        <w:rPr>
          <w:b/>
        </w:rPr>
        <w:t xml:space="preserve">[08:42] </w:t>
      </w:r>
      <w:r>
        <w:t>is mein yeh hai ke ab president in tears, George Bush ki aankhon mein aansu,</w:t>
      </w:r>
    </w:p>
    <w:p>
      <w:pPr>
        <w:jc w:val="right"/>
      </w:pPr>
      <w:r>
        <w:t>اس میں یہ ہے کہ اب president in tears، جارج بش کی آنکھوں میں آنسو،</w:t>
      </w:r>
    </w:p>
    <w:p>
      <w:r>
        <w:rPr>
          <w:b/>
        </w:rPr>
        <w:t xml:space="preserve">[08:51] </w:t>
      </w:r>
      <w:r>
        <w:t>ab president in tears, yaani 410 billion dollar kharch kar ke unhon ne attack kiya Iraq par aur mila kuch bhi nahi.</w:t>
      </w:r>
    </w:p>
    <w:p>
      <w:pPr>
        <w:jc w:val="right"/>
      </w:pPr>
      <w:r>
        <w:t>اب president in tears، یعنی 410 billion ڈالر خرچ کر کے انہوں نے attack کیا عراق پر اور ملا کچھ بھی نہیں۔</w:t>
      </w:r>
    </w:p>
    <w:p>
      <w:r>
        <w:rPr>
          <w:b/>
        </w:rPr>
        <w:t xml:space="preserve">[09:07] </w:t>
      </w:r>
      <w:r>
        <w:t>mila kuch bhi nahi? Toh yeh yeh kehna ke yeh hurry ka maamla hai, yeh galat hai. Hurry ki baat hi nahi hai.</w:t>
      </w:r>
    </w:p>
    <w:p>
      <w:pPr>
        <w:jc w:val="right"/>
      </w:pPr>
      <w:r>
        <w:t>ملا کچھ بھی نہیں۔ تو یہ یہ کہنا کہ یہ hurry کا معاملہ ہے، یہ غلط ہے۔ Hurry کی بات ہی نہیں ہے۔</w:t>
      </w:r>
    </w:p>
    <w:p>
      <w:r>
        <w:rPr>
          <w:b/>
        </w:rPr>
        <w:t xml:space="preserve">[09:16] </w:t>
      </w:r>
      <w:r>
        <w:t>zyada sahi baat yeh hai ke log unachievable ko achieve karne ki koshish kar rahe hain, is liye is ko pa nahi rahe hain.</w:t>
      </w:r>
    </w:p>
    <w:p>
      <w:pPr>
        <w:jc w:val="right"/>
      </w:pPr>
      <w:r>
        <w:t>زیادہ صحیح بات یہ ہے کہ لوگ unachievable کو achieve کرنے کی کوشش کر رہے ہیں، اس لیے اس کو پا نہیں رہے ہیں۔</w:t>
      </w:r>
    </w:p>
    <w:p>
      <w:r>
        <w:rPr>
          <w:b/>
        </w:rPr>
        <w:t xml:space="preserve">[09:28] </w:t>
      </w:r>
      <w:r>
        <w:t>isi tarah se confusion daalte hain intellectuals. Confusion.</w:t>
      </w:r>
    </w:p>
    <w:p>
      <w:pPr>
        <w:jc w:val="right"/>
      </w:pPr>
      <w:r>
        <w:t>اسی طرح سے confusion ڈالتے ہیں intellectuals. Confusion.</w:t>
      </w:r>
    </w:p>
    <w:p>
      <w:r>
        <w:rPr>
          <w:b/>
        </w:rPr>
        <w:t xml:space="preserve">[09:37] </w:t>
      </w:r>
      <w:r>
        <w:t>isi tarah se confusion daalte hain.</w:t>
      </w:r>
    </w:p>
    <w:p>
      <w:pPr>
        <w:jc w:val="right"/>
      </w:pPr>
      <w:r>
        <w:t>اسی طرح سے confusion ڈالتے ہیں۔</w:t>
      </w:r>
    </w:p>
    <w:p>
      <w:r>
        <w:rPr>
          <w:b/>
        </w:rPr>
        <w:t xml:space="preserve">[09:40] </w:t>
      </w:r>
      <w:r>
        <w:t>ab bataiye ke jo cheez is liye nahi mil rahi hai ke insaan ka target hi galat tha, is duniya mein happiness paana, hazaron pers ki history batati hai ke possible nahi hai,</w:t>
      </w:r>
    </w:p>
    <w:p>
      <w:pPr>
        <w:jc w:val="right"/>
      </w:pPr>
      <w:r>
        <w:t>اب بتائیے کہ جو چیز اس لیے نہیں مل رہی ہے کہ انسان کا target ہی غلط تھا، اس دنیا میں happiness پانا، ہزاروں پرس کی history بتاتی ہے کہ possible نہیں ہے،</w:t>
      </w:r>
    </w:p>
    <w:p>
      <w:r>
        <w:rPr>
          <w:b/>
        </w:rPr>
        <w:t xml:space="preserve">[09:55] </w:t>
      </w:r>
      <w:r>
        <w:t>to is ko daal diya kis mein? hurry ke khaane mein. aur keh diya ke "It is all due to hurry." to insaan ko koi direction nahi mila.</w:t>
      </w:r>
    </w:p>
    <w:p>
      <w:pPr>
        <w:jc w:val="right"/>
      </w:pPr>
      <w:r>
        <w:t>تو اس کو ڈال دیا کس میں؟ hurry کے خانے میں۔ اور کہہ دیا کہ "It is all due to hurry." تو انسان کو کوئی direction نہیں ملا۔</w:t>
      </w:r>
    </w:p>
    <w:p>
      <w:r>
        <w:rPr>
          <w:b/>
        </w:rPr>
        <w:t xml:space="preserve">[10:10] </w:t>
      </w:r>
      <w:r>
        <w:t>ab bataiye ke superpower jis ke paas saare sources hain, sab kuch, jo bhi aap soch sakte hon, woh saare sources is ke paas maujood hain.</w:t>
      </w:r>
    </w:p>
    <w:p>
      <w:pPr>
        <w:jc w:val="right"/>
      </w:pPr>
      <w:r>
        <w:t>اب بتائیے کہ superpower جس کے پاس سارے sources ہیں، سب کچھ، جو بھی آپ سوچ سکتے ہوں، وہ سارے sources اس کے پاس موجود ہیں۔</w:t>
      </w:r>
    </w:p>
    <w:p>
      <w:r>
        <w:rPr>
          <w:b/>
        </w:rPr>
        <w:t xml:space="preserve">[10:24] </w:t>
      </w:r>
      <w:r>
        <w:t>aur 410 billion dollar kharch karta hai aur apne target ko achieve nahi kar pa</w:t>
      </w:r>
    </w:p>
    <w:p>
      <w:pPr>
        <w:jc w:val="right"/>
      </w:pPr>
      <w:r>
        <w:t>اور 410 billion ڈالر خرچ کرتا ہے اور اپنے target کو achieve نہیں کر پ</w:t>
      </w:r>
    </w:p>
    <w:p>
      <w:r>
        <w:rPr>
          <w:b/>
        </w:rPr>
        <w:t xml:space="preserve">[10:31] </w:t>
      </w:r>
      <w:r>
        <w:t>ata. to yeh jaldi ki baat kya hai is mein? is se pehle dekhiye, yeh isi Times of India mein January 7, abhi haal mein January 7 mein yeh report aayi thi,</w:t>
      </w:r>
    </w:p>
    <w:p>
      <w:pPr>
        <w:jc w:val="right"/>
      </w:pPr>
      <w:r>
        <w:t>اتا۔ تو یہ جلدی کی بات کیا ہے اس میں؟ اس سے پہلے دیکھیے، یہ اسی Times of India میں جنوری 7، ابھی حال میں جنوری 7 میں یہ رپورٹ آئی تھی،</w:t>
      </w:r>
    </w:p>
    <w:p>
      <w:r>
        <w:rPr>
          <w:b/>
        </w:rPr>
        <w:t xml:space="preserve">[10:48] </w:t>
      </w:r>
      <w:r>
        <w:t>yeh yeh report.</w:t>
      </w:r>
    </w:p>
    <w:p>
      <w:pPr>
        <w:jc w:val="right"/>
      </w:pPr>
      <w:r>
        <w:t>یہ یہ رپورٹ۔</w:t>
      </w:r>
    </w:p>
    <w:p>
      <w:r>
        <w:rPr>
          <w:b/>
        </w:rPr>
        <w:t xml:space="preserve">[10:52] </w:t>
      </w:r>
      <w:r>
        <w:t>to is ka jo is ka jo caption tha woh tha ke "World economy is growing but not happiness." "World economy is growing but not happiness."</w:t>
      </w:r>
    </w:p>
    <w:p>
      <w:pPr>
        <w:jc w:val="right"/>
      </w:pPr>
      <w:r>
        <w:t>تو اس کا جو اس کا جو caption تھا وہ تھا کہ "World economy is growing but not happiness." "World economy is growing but not happiness."</w:t>
      </w:r>
    </w:p>
    <w:p>
      <w:r>
        <w:rPr>
          <w:b/>
        </w:rPr>
        <w:t xml:space="preserve">[11:14] </w:t>
      </w:r>
      <w:r>
        <w:t>ab ghor kijiye ke is mein jaldi ki baat kya hai? World economy grow kar rahi hai. Saare economists yeh keh rahe hain ke world economy bohat tezi se grow kar rahi hai.</w:t>
      </w:r>
    </w:p>
    <w:p>
      <w:pPr>
        <w:jc w:val="right"/>
      </w:pPr>
      <w:r>
        <w:t>اب غور کیجیے کہ اس میں جلدی کی بات کیا ہے؟ World economy grow کر رہی ہے۔ سارے economists یہ کہہ رہے ہیں کہ world economy بہت تیزی سے grow کر رہی ہے۔</w:t>
      </w:r>
    </w:p>
    <w:p>
      <w:r>
        <w:rPr>
          <w:b/>
        </w:rPr>
        <w:t xml:space="preserve">[11:24] </w:t>
      </w:r>
      <w:r>
        <w:t>India mein bhi, India ke bahir bhi.</w:t>
      </w:r>
    </w:p>
    <w:p>
      <w:pPr>
        <w:jc w:val="right"/>
      </w:pPr>
      <w:r>
        <w:t>انڈیا میں بھی، انڈیا کے باہر بھی۔</w:t>
      </w:r>
    </w:p>
    <w:p>
      <w:r>
        <w:rPr>
          <w:b/>
        </w:rPr>
        <w:t xml:space="preserve">[11:28] </w:t>
      </w:r>
      <w:r>
        <w:t>jab world economy grow kar rahi hai to phir failure ka sabab kya hai?</w:t>
      </w:r>
    </w:p>
    <w:p>
      <w:pPr>
        <w:jc w:val="right"/>
      </w:pPr>
      <w:r>
        <w:t>جب world economy grow کر رہی ہے تو پھر failure کا سبب کیا ہے؟</w:t>
      </w:r>
    </w:p>
    <w:p>
      <w:r>
        <w:rPr>
          <w:b/>
        </w:rPr>
        <w:t xml:space="preserve">[11:40] </w:t>
      </w:r>
      <w:r>
        <w:t>to is mein yeh doosri report jo hai, jo January 7 ki hai, is mein bohat aik bohat hi gehri baat kahi gayi hai ke insaan ne is zamane mein saare luxurious items jo hain woh haasil kar liye.</w:t>
      </w:r>
    </w:p>
    <w:p>
      <w:pPr>
        <w:jc w:val="right"/>
      </w:pPr>
      <w:r>
        <w:t>تو اس میں یہ دوسری رپورٹ جو ہے، جو جنوری 7 کی ہے، اس میں بہت ایک بہت ہی گہری بات کہی گئی ہے کہ انسان نے اس زمانے میں سارے luxurious items جو ہیں وہ حاصل کر لیے۔</w:t>
      </w:r>
    </w:p>
    <w:p>
      <w:r>
        <w:rPr>
          <w:b/>
        </w:rPr>
        <w:t xml:space="preserve">[11:56] </w:t>
      </w:r>
      <w:r>
        <w:t>saare luxury, saare luxury, saare luxury.</w:t>
      </w:r>
    </w:p>
    <w:p>
      <w:pPr>
        <w:jc w:val="right"/>
      </w:pPr>
      <w:r>
        <w:t>سارے luxury، سارے luxury، سارے luxury۔</w:t>
      </w:r>
    </w:p>
    <w:p>
      <w:r>
        <w:rPr>
          <w:b/>
        </w:rPr>
        <w:t xml:space="preserve">[12:00] </w:t>
      </w:r>
      <w:r>
        <w:t>lekin phir kya hua? phir kya hua ke boredom aa gaya.</w:t>
      </w:r>
    </w:p>
    <w:p>
      <w:pPr>
        <w:jc w:val="right"/>
      </w:pPr>
      <w:r>
        <w:t>لیکن پھر کیا ہوا؟ پھر کیا ہوا کہ boredom آ گیا۔</w:t>
      </w:r>
    </w:p>
    <w:p>
      <w:r>
        <w:rPr>
          <w:b/>
        </w:rPr>
        <w:t xml:space="preserve">[12:07] </w:t>
      </w:r>
      <w:r>
        <w:t>yaani luxury ke beech mein boredom. yaani luxury ne is ko dekhne mein to laga ke saara saara yaani comfort is ke aage peechay maujood hai, lekin dil ka happiness, dil ki khushi phir bhi is ko nahi mili.</w:t>
      </w:r>
    </w:p>
    <w:p>
      <w:pPr>
        <w:jc w:val="right"/>
      </w:pPr>
      <w:r>
        <w:t>یعنی luxury کے بیچ میں boredom۔ یعنی luxury نے اس کو دیکھنے میں تو لگا کہ سارا سارا یعنی comfort اس کے آگے پیچھے موجود ہے، لیکن دل کا happiness، دل کی خوشی پھر بھی اس کو نہیں ملی۔</w:t>
      </w:r>
    </w:p>
    <w:p>
      <w:r>
        <w:rPr>
          <w:b/>
        </w:rPr>
        <w:t xml:space="preserve">[12:30] </w:t>
      </w:r>
      <w:r>
        <w:t>to is mein bataya gaya hai ke</w:t>
      </w:r>
    </w:p>
    <w:p>
      <w:pPr>
        <w:jc w:val="right"/>
      </w:pPr>
      <w:r>
        <w:t>تو اس میں بتایا گیا ہے کہ</w:t>
      </w:r>
    </w:p>
    <w:p>
      <w:r>
        <w:rPr>
          <w:b/>
        </w:rPr>
        <w:t xml:space="preserve">[12:35] </w:t>
      </w:r>
      <w:r>
        <w:t>"Luxury is luxury before experience." is report mein yeh January 7 ki report hai. "Luxury is luxury before experience.</w:t>
      </w:r>
    </w:p>
    <w:p>
      <w:pPr>
        <w:jc w:val="right"/>
      </w:pPr>
      <w:r>
        <w:t>"Luxury is luxury before experience." اس رپورٹ میں یہ جنوری 7 کی رپورٹ ہے۔ "Luxury is luxury before experience.</w:t>
      </w:r>
    </w:p>
    <w:p>
      <w:r>
        <w:rPr>
          <w:b/>
        </w:rPr>
        <w:t xml:space="preserve">[12:48] </w:t>
      </w:r>
      <w:r>
        <w:t>After experience, luxury loses its charm." "Luxury is luxury before experience.</w:t>
      </w:r>
    </w:p>
    <w:p>
      <w:pPr>
        <w:jc w:val="right"/>
      </w:pPr>
      <w:r>
        <w:t>After experience, luxury loses its charm." "Luxury is luxury before experience.</w:t>
      </w:r>
    </w:p>
    <w:p>
      <w:r>
        <w:rPr>
          <w:b/>
        </w:rPr>
        <w:t xml:space="preserve">[13:01] </w:t>
      </w:r>
      <w:r>
        <w:t>After experience, luxury loses its charm."</w:t>
      </w:r>
    </w:p>
    <w:p>
      <w:pPr>
        <w:jc w:val="right"/>
      </w:pPr>
      <w:r>
        <w:t>After experience, luxury loses its charm."</w:t>
      </w:r>
    </w:p>
    <w:p>
      <w:r>
        <w:rPr>
          <w:b/>
        </w:rPr>
        <w:t xml:space="preserve">[13:07] </w:t>
      </w:r>
      <w:r>
        <w:t>to is mani mein ke luxury pa kar ke bhi khushi nahi mili. Khushi ke saaman pa kar ke bhi khushi haasil nahi hui insaan ko. Masla yeh hai.</w:t>
      </w:r>
    </w:p>
    <w:p>
      <w:pPr>
        <w:jc w:val="right"/>
      </w:pPr>
      <w:r>
        <w:t>تو اس معنی میں کہ luxury پا کر کے بھی خوشی نہیں ملی۔ خوشی کے سامان پا کر کے بھی خوشی حاصل نہیں ہوئی انسان کو۔ مسئلہ یہ ہے۔</w:t>
      </w:r>
    </w:p>
    <w:p>
      <w:r>
        <w:rPr>
          <w:b/>
        </w:rPr>
        <w:t xml:space="preserve">[13:23] </w:t>
      </w:r>
      <w:r>
        <w:t>to yahan par mujhe</w:t>
      </w:r>
    </w:p>
    <w:p>
      <w:pPr>
        <w:jc w:val="right"/>
      </w:pPr>
      <w:r>
        <w:t>تو یہاں پر مجھے</w:t>
      </w:r>
    </w:p>
    <w:p>
      <w:r>
        <w:rPr>
          <w:b/>
        </w:rPr>
        <w:t xml:space="preserve">[13:29] </w:t>
      </w:r>
      <w:r>
        <w:t>quran ki aik aayat yaad aati hai.</w:t>
      </w:r>
    </w:p>
    <w:p>
      <w:pPr>
        <w:jc w:val="right"/>
      </w:pPr>
      <w:r>
        <w:t>قرآن کی ایک آیت یاد آتی ہے۔</w:t>
      </w:r>
    </w:p>
    <w:p>
      <w:r>
        <w:rPr>
          <w:b/>
        </w:rPr>
        <w:t xml:space="preserve">[13:32] </w:t>
      </w:r>
      <w:r>
        <w:t>quran ki aik aayat ka mein aap ko reference doonga.</w:t>
      </w:r>
    </w:p>
    <w:p>
      <w:pPr>
        <w:jc w:val="right"/>
      </w:pPr>
      <w:r>
        <w:t>قرآن کی ایک آیت کا میں آپ کو reference دوں گا۔</w:t>
      </w:r>
    </w:p>
    <w:p>
      <w:r>
        <w:rPr>
          <w:b/>
        </w:rPr>
        <w:t xml:space="preserve">[13:43] </w:t>
      </w:r>
      <w:r>
        <w:t>quran ki surah al-asr.</w:t>
      </w:r>
    </w:p>
    <w:p>
      <w:pPr>
        <w:jc w:val="right"/>
      </w:pPr>
      <w:r>
        <w:t>قرآن کی سورہ العصر۔</w:t>
      </w:r>
    </w:p>
    <w:p>
      <w:r>
        <w:rPr>
          <w:b/>
        </w:rPr>
        <w:t xml:space="preserve">[13:46] </w:t>
      </w:r>
      <w:r>
        <w:t>wal-asr. innal insana lafi khusr</w:t>
      </w:r>
    </w:p>
    <w:p>
      <w:pPr>
        <w:jc w:val="right"/>
      </w:pPr>
      <w:r>
        <w:t>وَالْعَصْرِ إِنَّ الْإِنْسَانَ لَفِي خُسْرٍ</w:t>
      </w:r>
    </w:p>
    <w:p>
      <w:r>
        <w:rPr>
          <w:b/>
        </w:rPr>
        <w:t xml:space="preserve">[13:51] </w:t>
      </w:r>
      <w:r>
        <w:t>is mein ek sweeping remark hai</w:t>
      </w:r>
    </w:p>
    <w:p>
      <w:pPr>
        <w:jc w:val="right"/>
      </w:pPr>
      <w:r>
        <w:t>اس میں ایک sweeping remark ہے</w:t>
      </w:r>
    </w:p>
    <w:p>
      <w:r>
        <w:rPr>
          <w:b/>
        </w:rPr>
        <w:t xml:space="preserve">[13:55] </w:t>
      </w:r>
      <w:r>
        <w:t>ke "History is a witness</w:t>
      </w:r>
    </w:p>
    <w:p>
      <w:pPr>
        <w:jc w:val="right"/>
      </w:pPr>
      <w:r>
        <w:t>کہ "History is a witness</w:t>
      </w:r>
    </w:p>
    <w:p>
      <w:r>
        <w:rPr>
          <w:b/>
        </w:rPr>
        <w:t xml:space="preserve">[13:57] </w:t>
      </w:r>
      <w:r>
        <w:t>that man is</w:t>
      </w:r>
    </w:p>
    <w:p>
      <w:pPr>
        <w:jc w:val="right"/>
      </w:pPr>
      <w:r>
        <w:t>that man is</w:t>
      </w:r>
    </w:p>
    <w:p>
      <w:r>
        <w:rPr>
          <w:b/>
        </w:rPr>
        <w:t xml:space="preserve">[14:01] </w:t>
      </w:r>
      <w:r>
        <w:t>doomed to be in loss alone over this."</w:t>
      </w:r>
    </w:p>
    <w:p>
      <w:pPr>
        <w:jc w:val="right"/>
      </w:pPr>
      <w:r>
        <w:t>doomed to be in loss alone over this."</w:t>
      </w:r>
    </w:p>
    <w:p>
      <w:r>
        <w:rPr>
          <w:b/>
        </w:rPr>
        <w:t xml:space="preserve">[14:06] </w:t>
      </w:r>
      <w:r>
        <w:t>is ka matlab yeh hai is ayat ka ke "History is a witness that man is doomed to</w:t>
      </w:r>
    </w:p>
    <w:p>
      <w:pPr>
        <w:jc w:val="right"/>
      </w:pPr>
      <w:r>
        <w:t>اس کا مطلب یہ ہے اس آیت کا کہ "History is a witness that man is doomed to</w:t>
      </w:r>
    </w:p>
    <w:p>
      <w:r>
        <w:rPr>
          <w:b/>
        </w:rPr>
        <w:t xml:space="preserve">[14:12] </w:t>
      </w:r>
      <w:r>
        <w:t>be in loss."</w:t>
      </w:r>
    </w:p>
    <w:p>
      <w:pPr>
        <w:jc w:val="right"/>
      </w:pPr>
      <w:r>
        <w:t>be in loss."</w:t>
      </w:r>
    </w:p>
    <w:p>
      <w:r>
        <w:rPr>
          <w:b/>
        </w:rPr>
        <w:t xml:space="preserve">[14:14] </w:t>
      </w:r>
      <w:r>
        <w:t>aik sweeping remark hai ke poori history mein yeh hi hai, yeh hi hoga ke log</w:t>
      </w:r>
    </w:p>
    <w:p>
      <w:pPr>
        <w:jc w:val="right"/>
      </w:pPr>
      <w:r>
        <w:t>ایک sweeping remark ہے کہ پوری history میں یہی ہے، یہی ہوگا کہ لوگ</w:t>
      </w:r>
    </w:p>
    <w:p>
      <w:r>
        <w:rPr>
          <w:b/>
        </w:rPr>
        <w:t xml:space="preserve">[14:22] </w:t>
      </w:r>
      <w:r>
        <w:t>loss mein jiyenge.</w:t>
      </w:r>
    </w:p>
    <w:p>
      <w:pPr>
        <w:jc w:val="right"/>
      </w:pPr>
      <w:r>
        <w:t>loss میں جئیں گے۔</w:t>
      </w:r>
    </w:p>
    <w:p>
      <w:r>
        <w:rPr>
          <w:b/>
        </w:rPr>
        <w:t xml:space="preserve">[14:25] </w:t>
      </w:r>
      <w:r>
        <w:t>yaani jis cheez ko woh paana chahenge, us ko pa nahi sakenge woh</w:t>
      </w:r>
    </w:p>
    <w:p>
      <w:pPr>
        <w:jc w:val="right"/>
      </w:pPr>
      <w:r>
        <w:t>یعنی جس چیز کو وہ پانا چاہیں گے، اس کو پا نہیں سکیں گے وہ</w:t>
      </w:r>
    </w:p>
    <w:p>
      <w:r>
        <w:rPr>
          <w:b/>
        </w:rPr>
        <w:t xml:space="preserve">[14:29] </w:t>
      </w:r>
      <w:r>
        <w:t>۔ لَقَدْ خَلَقْنَا الْإِنْسَانَ فِي كَبَدٍ</w:t>
      </w:r>
    </w:p>
    <w:p>
      <w:pPr>
        <w:jc w:val="right"/>
      </w:pPr>
      <w:r>
        <w:t>۔ لَقَدْ خَلَقْنَا الْإِنْسَانَ فِي كَبَدٍ</w:t>
      </w:r>
    </w:p>
    <w:p>
      <w:r>
        <w:rPr>
          <w:b/>
        </w:rPr>
        <w:t xml:space="preserve">[14:37] </w:t>
      </w:r>
      <w:r>
        <w:t>jis cheez ko woh paana chahega insaan, us ko woh pa nahi sakega.</w:t>
      </w:r>
    </w:p>
    <w:p>
      <w:pPr>
        <w:jc w:val="right"/>
      </w:pPr>
      <w:r>
        <w:t>جس چیز کو وہ پانا چاہے گا انسان، اس کو وہ پا نہیں سکے گا۔</w:t>
      </w:r>
    </w:p>
    <w:p>
      <w:r>
        <w:rPr>
          <w:b/>
        </w:rPr>
        <w:t xml:space="preserve">[14:41] </w:t>
      </w:r>
      <w:r>
        <w:t>kisi ajeeb baat hai ke aik sweeping remark deta hai quran. aur chouda sau saal pehle jab ke quran utra, us waqt se le kar ab tak ki poori history, yaani quran se pehle aur quran ke baad,</w:t>
      </w:r>
    </w:p>
    <w:p>
      <w:pPr>
        <w:jc w:val="right"/>
      </w:pPr>
      <w:r>
        <w:t>کیسی عجیب بات ہے کہ ایک sweeping remark دیتا ہے قرآن۔ اور چودہ سو سال پہلے جب کہ قرآن اترا، اس وقت سے لے کر اب تک کی پوری history، یعنی قرآن سے پہلے اور قرآن کے بعد،</w:t>
      </w:r>
    </w:p>
    <w:p>
      <w:r>
        <w:rPr>
          <w:b/>
        </w:rPr>
        <w:t xml:space="preserve">[15:05] </w:t>
      </w:r>
      <w:r>
        <w:t>poori history yeh bata rahi hai ke logon ne political power</w:t>
      </w:r>
    </w:p>
    <w:p>
      <w:pPr>
        <w:jc w:val="right"/>
      </w:pPr>
      <w:r>
        <w:t>پوری history یہ بتا رہی ہے کہ لوگوں نے political power</w:t>
      </w:r>
    </w:p>
    <w:p>
      <w:r>
        <w:rPr>
          <w:b/>
        </w:rPr>
        <w:t xml:space="preserve">[15:13] </w:t>
      </w:r>
      <w:r>
        <w:t>mili, logon ko. logon ko baray baray business kiye, logon ne paisa bhar liya apne bankon mein. sab kuch ikhatta kar liya lekin khushi nahi mili.</w:t>
      </w:r>
    </w:p>
    <w:p>
      <w:pPr>
        <w:jc w:val="right"/>
      </w:pPr>
      <w:r>
        <w:t>ملا، لوگوں کو۔ لوگوں کو بڑے بڑے business کیے، لوگوں نے پیسہ بھر لیا اپنے بینکوں میں۔ سب کچھ اکٹھا کر لیا لیکن خوشی نہیں ملی۔</w:t>
      </w:r>
    </w:p>
    <w:p>
      <w:r>
        <w:rPr>
          <w:b/>
        </w:rPr>
        <w:t xml:space="preserve">[15:28] </w:t>
      </w:r>
      <w:r>
        <w:t>yeh batati hai poori history. is ko jo cheez explain karti hai, woh aik hadith mein aap ke samne pesh karunga.</w:t>
      </w:r>
    </w:p>
    <w:p>
      <w:pPr>
        <w:jc w:val="right"/>
      </w:pPr>
      <w:r>
        <w:t>یہ بتاتی ہے پوری history۔ اس کو جو چیز explain کرتی ہے، وہ ایک حدیث میں آپ کے سامنے پیش کروں گا۔</w:t>
      </w:r>
    </w:p>
    <w:p>
      <w:r>
        <w:rPr>
          <w:b/>
        </w:rPr>
        <w:t xml:space="preserve">[15:38] </w:t>
      </w:r>
      <w:r>
        <w:t>aik hadith hai</w:t>
      </w:r>
    </w:p>
    <w:p>
      <w:pPr>
        <w:jc w:val="right"/>
      </w:pPr>
      <w:r>
        <w:t>ایک حدیث ہے</w:t>
      </w:r>
    </w:p>
    <w:p>
      <w:r>
        <w:rPr>
          <w:b/>
        </w:rPr>
        <w:t xml:space="preserve">[15:43] </w:t>
      </w:r>
      <w:r>
        <w:t>ke "afdalul ibadati in tada'u al faraj" .</w:t>
      </w:r>
    </w:p>
    <w:p>
      <w:pPr>
        <w:jc w:val="right"/>
      </w:pPr>
      <w:r>
        <w:t>کہ "أَفْضَلُ العِبَادَةِ إِنْ تَضَاعُوا الْفَرَجَ" ۔</w:t>
      </w:r>
    </w:p>
    <w:p>
      <w:r>
        <w:rPr>
          <w:b/>
        </w:rPr>
        <w:t xml:space="preserve">[15:53] </w:t>
      </w:r>
      <w:r>
        <w:t>sab se achi ibadat yeh hai ke aadmi</w:t>
      </w:r>
    </w:p>
    <w:p>
      <w:pPr>
        <w:jc w:val="right"/>
      </w:pPr>
      <w:r>
        <w:t>سب سے اچھی عبادت یہ ہے کہ آدمی</w:t>
      </w:r>
    </w:p>
    <w:p>
      <w:r>
        <w:rPr>
          <w:b/>
        </w:rPr>
        <w:t xml:space="preserve">[15:59] </w:t>
      </w:r>
      <w:r>
        <w:t>kashadgi ka intezar kare.</w:t>
      </w:r>
    </w:p>
    <w:p>
      <w:pPr>
        <w:jc w:val="right"/>
      </w:pPr>
      <w:r>
        <w:t>کشادگی کا انتظار کرے۔</w:t>
      </w:r>
    </w:p>
    <w:p>
      <w:r>
        <w:rPr>
          <w:b/>
        </w:rPr>
        <w:t xml:space="preserve">[16:02] </w:t>
      </w:r>
      <w:r>
        <w:t>yani "Best worship is dead, one must wait for the better future."</w:t>
      </w:r>
    </w:p>
    <w:p>
      <w:pPr>
        <w:jc w:val="right"/>
      </w:pPr>
      <w:r>
        <w:t>یعنی "Best worship is dead, one must wait for the better future."</w:t>
      </w:r>
    </w:p>
    <w:p>
      <w:r>
        <w:rPr>
          <w:b/>
        </w:rPr>
        <w:t xml:space="preserve">[16:12] </w:t>
      </w:r>
      <w:r>
        <w:t>is mein, is mein aur is tarah ki doosri ahadees mein se jo baat milti hai, woh yeh</w:t>
      </w:r>
    </w:p>
    <w:p>
      <w:pPr>
        <w:jc w:val="right"/>
      </w:pPr>
      <w:r>
        <w:t>اس میں، اس میں اور اس طرح کی دوسری حدیثوں میں سے جو بات ملتی ہے، وہ یہ</w:t>
      </w:r>
    </w:p>
    <w:p>
      <w:r>
        <w:rPr>
          <w:b/>
        </w:rPr>
        <w:t xml:space="preserve">[16:16] </w:t>
      </w:r>
      <w:r>
        <w:t>hai ke Khuda ne insaan ki zindagi ko</w:t>
      </w:r>
    </w:p>
    <w:p>
      <w:pPr>
        <w:jc w:val="right"/>
      </w:pPr>
      <w:r>
        <w:t>ہے کہ خدا نے انسان کی زندگی کو</w:t>
      </w:r>
    </w:p>
    <w:p>
      <w:r>
        <w:rPr>
          <w:b/>
        </w:rPr>
        <w:t xml:space="preserve">[16:23] </w:t>
      </w:r>
      <w:r>
        <w:t>do period mein banta hai.</w:t>
      </w:r>
    </w:p>
    <w:p>
      <w:pPr>
        <w:jc w:val="right"/>
      </w:pPr>
      <w:r>
        <w:t>دو period میں بانٹا ہے۔</w:t>
      </w:r>
    </w:p>
    <w:p>
      <w:r>
        <w:rPr>
          <w:b/>
        </w:rPr>
        <w:t xml:space="preserve">[16:26] </w:t>
      </w:r>
      <w:r>
        <w:t>Pre-death period aur post-death period.</w:t>
      </w:r>
    </w:p>
    <w:p>
      <w:pPr>
        <w:jc w:val="right"/>
      </w:pPr>
      <w:r>
        <w:t>Pre-death period اور post-death period۔</w:t>
      </w:r>
    </w:p>
    <w:p>
      <w:r>
        <w:rPr>
          <w:b/>
        </w:rPr>
        <w:t xml:space="preserve">[16:30] </w:t>
      </w:r>
      <w:r>
        <w:t>to Pre-death period jo hai, woh waiting period hai. aur post-death period jo hai, woh gaining period hai.</w:t>
      </w:r>
    </w:p>
    <w:p>
      <w:pPr>
        <w:jc w:val="right"/>
      </w:pPr>
      <w:r>
        <w:t>تو Pre-death period جو ہے، وہ waiting period ہے۔ اور post-death period جو ہے، وہ gaining period ہے۔</w:t>
      </w:r>
    </w:p>
    <w:p>
      <w:r>
        <w:rPr>
          <w:b/>
        </w:rPr>
        <w:t xml:space="preserve">[16:43] </w:t>
      </w:r>
      <w:r>
        <w:t>Pre-death period jo hai, woh waiting period hai.</w:t>
      </w:r>
    </w:p>
    <w:p>
      <w:pPr>
        <w:jc w:val="right"/>
      </w:pPr>
      <w:r>
        <w:t>Pre-death period جو ہے، وہ waiting period ہے۔</w:t>
      </w:r>
    </w:p>
    <w:p>
      <w:r>
        <w:rPr>
          <w:b/>
        </w:rPr>
        <w:t xml:space="preserve">[16:49] </w:t>
      </w:r>
      <w:r>
        <w:t>aur post-death period jo hai, woh gaining period hai.</w:t>
      </w:r>
    </w:p>
    <w:p>
      <w:pPr>
        <w:jc w:val="right"/>
      </w:pPr>
      <w:r>
        <w:t>اور post-death period جو ہے، وہ gaining period ہے۔</w:t>
      </w:r>
    </w:p>
    <w:p>
      <w:r>
        <w:rPr>
          <w:b/>
        </w:rPr>
        <w:t xml:space="preserve">[16:52] </w:t>
      </w:r>
      <w:r>
        <w:t>to waiting period mein agar aap woh chahein jo baad ko milne wala hai, to woh aisa hi hai jaise aap hawa jahaz safar kar rahe hon aur chahein ke is mein aap ko aik park mil jaye, is par dorien aap.</w:t>
      </w:r>
    </w:p>
    <w:p>
      <w:pPr>
        <w:jc w:val="right"/>
      </w:pPr>
      <w:r>
        <w:t>تو waiting period میں اگر آپ وہ چاہیں جو بعد کو ملنے والا ہے، تو وہ ایسا ہی ہے جیسے آپ ہوا جہاز سفر کر رہے ہوں اور چاہیں کہ اس میں آپ کو ایک park مل جائے، اس پر دوڑیں آپ۔</w:t>
      </w:r>
    </w:p>
    <w:p>
      <w:r>
        <w:rPr>
          <w:b/>
        </w:rPr>
        <w:t xml:space="preserve">[17:04] </w:t>
      </w:r>
      <w:r>
        <w:t>to hawa jahaz mein aap ko park to nahi milega jis par aap dorne lagen. to waiting period mein log woh cheez chah rahe hain jo gaining period mein milti hai.</w:t>
      </w:r>
    </w:p>
    <w:p>
      <w:pPr>
        <w:jc w:val="right"/>
      </w:pPr>
      <w:r>
        <w:t>تو ہوا جہاز میں آپ کو park تو نہیں ملے گا جس پر آپ دوڑنے لگیں۔ تو waiting period میں لوگ وہ چیز چاہ رہے ہیں جو gaining period میں ملتی ہے۔</w:t>
      </w:r>
    </w:p>
    <w:p>
      <w:r>
        <w:rPr>
          <w:b/>
        </w:rPr>
        <w:t xml:space="preserve">[17:17] </w:t>
      </w:r>
      <w:r>
        <w:t>saara mamla yeh hai. to in other words hum yeh keh sakte hain ke woh unachievable ko achieve karne ki koshish kar rahe hain.</w:t>
      </w:r>
    </w:p>
    <w:p>
      <w:pPr>
        <w:jc w:val="right"/>
      </w:pPr>
      <w:r>
        <w:t>سارا معاملہ یہ ہے۔ تو in other words ہم یہ کہہ سکتے ہیں کہ وہ unachievable کو achieve کرنے کی کوشش کر رہے ہیں۔</w:t>
      </w:r>
    </w:p>
    <w:p>
      <w:r>
        <w:rPr>
          <w:b/>
        </w:rPr>
        <w:t xml:space="preserve">[17:28] </w:t>
      </w:r>
      <w:r>
        <w:t>yaani present world mein, present world mein jo cheez unachievable hai, us ko achieve karne ki koshish kar rahe hain. to kaise mile gi woh?</w:t>
      </w:r>
    </w:p>
    <w:p>
      <w:pPr>
        <w:jc w:val="right"/>
      </w:pPr>
      <w:r>
        <w:t>یعنی present world میں، present world میں جو چیز unachievable ہے، اس کو achieve کرنے کی کوشش کر رہے ہیں۔ تو کیسے ملے گی وہ؟</w:t>
      </w:r>
    </w:p>
    <w:p>
      <w:r>
        <w:rPr>
          <w:b/>
        </w:rPr>
        <w:t xml:space="preserve">[17:41] </w:t>
      </w:r>
      <w:r>
        <w:t>woh to mil nahi sakti.</w:t>
      </w:r>
    </w:p>
    <w:p>
      <w:pPr>
        <w:jc w:val="right"/>
      </w:pPr>
      <w:r>
        <w:t>وہ تو مل نہیں سکتی۔</w:t>
      </w:r>
    </w:p>
    <w:p>
      <w:r>
        <w:rPr>
          <w:b/>
        </w:rPr>
        <w:t xml:space="preserve">[17:47] </w:t>
      </w:r>
      <w:r>
        <w:t>dekhiye, ab se pehle philosophers ne aik baat kahi thi lekin ab woh baat galat sabit ho chuki hai. kyunke yeh problem insaan bohat pehle se face kar raha hai ke happiness nahi milti.</w:t>
      </w:r>
    </w:p>
    <w:p>
      <w:pPr>
        <w:jc w:val="right"/>
      </w:pPr>
      <w:r>
        <w:t>دیکھیے، اب سے پہلے philosophers نے ایک بات کہی تھی لیکن اب وہ بات غلط ثابت ہو چکی ہے۔ کیونکہ یہ problem انسان بہت پہلے سے face کر رہا ہے کہ happiness نہیں ملتی۔</w:t>
      </w:r>
    </w:p>
    <w:p>
      <w:r>
        <w:rPr>
          <w:b/>
        </w:rPr>
        <w:t xml:space="preserve">[18:04] </w:t>
      </w:r>
      <w:r>
        <w:t>happiness nahi milti.</w:t>
      </w:r>
    </w:p>
    <w:p>
      <w:pPr>
        <w:jc w:val="right"/>
      </w:pPr>
      <w:r>
        <w:t>Happiness نہیں ملتی۔</w:t>
      </w:r>
    </w:p>
    <w:p>
      <w:r>
        <w:rPr>
          <w:b/>
        </w:rPr>
        <w:t xml:space="preserve">[18:07] </w:t>
      </w:r>
      <w:r>
        <w:t>to philosophers yeh kehte thay, philosophers aur thinkers ke individual level par agarche progress, individual level par agarche happiness nahi mil rahi hai, lekin humanity at large ke level par to mil rahi hai.</w:t>
      </w:r>
    </w:p>
    <w:p>
      <w:pPr>
        <w:jc w:val="right"/>
      </w:pPr>
      <w:r>
        <w:t>تو philosophers یہ کہتے تھے، philosophers اور thinkers کہ individual level پر اگرچہ progress، individual level پر اگرچہ happiness نہیں مل رہی ہے، لیکن humanity at large کے level پر تو مل رہی ہے۔</w:t>
      </w:r>
    </w:p>
    <w:p>
      <w:r>
        <w:rPr>
          <w:b/>
        </w:rPr>
        <w:t xml:space="preserve">[18:24] </w:t>
      </w:r>
      <w:r>
        <w:t>yaani aik fard jo hai,</w:t>
      </w:r>
    </w:p>
    <w:p>
      <w:pPr>
        <w:jc w:val="right"/>
      </w:pPr>
      <w:r>
        <w:t>یعنی ایک فرد جو ہے،</w:t>
      </w:r>
    </w:p>
    <w:p>
      <w:r>
        <w:rPr>
          <w:b/>
        </w:rPr>
        <w:t xml:space="preserve">[18:28] </w:t>
      </w:r>
      <w:r>
        <w:t>happiness nahi pata. lekin poori humanity ke level par aap dekhiye ke history ja rahi hai taraqqi ki taraf.</w:t>
      </w:r>
    </w:p>
    <w:p>
      <w:pPr>
        <w:jc w:val="right"/>
      </w:pPr>
      <w:r>
        <w:t>happiness نہیں پاتا۔ لیکن پوری humanity کے level پر آپ دیکھیے کہ history جا رہی ہے ترقی کی طرف۔</w:t>
      </w:r>
    </w:p>
    <w:p>
      <w:r>
        <w:rPr>
          <w:b/>
        </w:rPr>
        <w:t xml:space="preserve">[18:40] </w:t>
      </w:r>
      <w:r>
        <w:t>kyunke aap jante hain ke fard ka, agar fard ko dekhein, individual ko dekhein to us ki tasweer milti hai aap ko novel mein. dunya mein jitne bhi novel likhe gaye hain, woh sab tragedy hain.</w:t>
      </w:r>
    </w:p>
    <w:p>
      <w:pPr>
        <w:jc w:val="right"/>
      </w:pPr>
      <w:r>
        <w:t>کیونکہ آپ جانتے ہیں کہ فرد کا، اگر فرد کو دیکھیں، individual کو دیکھیں تو اس کی تصویر ملتی ہے آپ کو ناول میں۔ دنیا میں جتنے بھی ناول لکھے گئے ہیں، وہ سب tragedy ہیں۔</w:t>
      </w:r>
    </w:p>
    <w:p>
      <w:r>
        <w:rPr>
          <w:b/>
        </w:rPr>
        <w:t xml:space="preserve">[18:55] </w:t>
      </w:r>
      <w:r>
        <w:t>agar koi comedy hai to woh popular nahi hua. kisi ne koi comedy likhi to popular nahi hua aisa novel. jitne popular novel hain, woh sab ke sab tragedy hain.</w:t>
      </w:r>
    </w:p>
    <w:p>
      <w:pPr>
        <w:jc w:val="right"/>
      </w:pPr>
      <w:r>
        <w:t>اگر کوئی comedy ہے تو وہ popular نہیں ہوا۔ کسی نے کوئی comedy لکھی تو popular نہیں ہوا ایسا ناول۔ جتنے popular ناول ہیں، وہ سب کے سب tragedy ہیں۔</w:t>
      </w:r>
    </w:p>
    <w:p>
      <w:r>
        <w:rPr>
          <w:b/>
        </w:rPr>
        <w:t xml:space="preserve">[19:07] </w:t>
      </w:r>
      <w:r>
        <w:t>kyun</w:t>
      </w:r>
    </w:p>
    <w:p>
      <w:pPr>
        <w:jc w:val="right"/>
      </w:pPr>
      <w:r>
        <w:t>کی</w:t>
      </w:r>
    </w:p>
    <w:p>
      <w:r>
        <w:rPr>
          <w:b/>
        </w:rPr>
        <w:t xml:space="preserve">[19:08] </w:t>
      </w:r>
      <w:r>
        <w:t>kyun? insaan jo hai, woh tragedy hi ka ka case bana hua hai. us ko khushi nahi mili. woh zindagi mein fail ho gaya.</w:t>
      </w:r>
    </w:p>
    <w:p>
      <w:pPr>
        <w:jc w:val="right"/>
      </w:pPr>
      <w:r>
        <w:t>وں؟ انسان جو ہے، وہ tragedy ہی کا کا case بنا ہوا ہے۔ اس کو خوشی نہیں ملی۔ وہ زندگی میں fail ہو گیا۔</w:t>
      </w:r>
    </w:p>
    <w:p>
      <w:r>
        <w:rPr>
          <w:b/>
        </w:rPr>
        <w:t xml:space="preserve">[19:21] </w:t>
      </w:r>
      <w:r>
        <w:t>wo zindagi mein jo chahta tha, us ko nahi mila.</w:t>
      </w:r>
    </w:p>
    <w:p>
      <w:pPr>
        <w:jc w:val="right"/>
      </w:pPr>
      <w:r>
        <w:t>وہ زندگی میں جو چاہتا تھا، اس کو نہیں ملا۔</w:t>
      </w:r>
    </w:p>
    <w:p>
      <w:r>
        <w:rPr>
          <w:b/>
        </w:rPr>
        <w:t xml:space="preserve">[19:26] </w:t>
      </w:r>
      <w:r>
        <w:t>to aisi halat mein jo tragedy hoti hai, jo tragic stories hoti hain, us se aadmi apne aap ko associate kar pata hai.</w:t>
      </w:r>
    </w:p>
    <w:p>
      <w:pPr>
        <w:jc w:val="right"/>
      </w:pPr>
      <w:r>
        <w:t>تو ایسی حالت میں جو tragedy ہوتی ہے، جو tragic stories ہوتی ہیں، اس سے آدمی اپنے آپ کو associate کر پاتا ہے۔</w:t>
      </w:r>
    </w:p>
    <w:p>
      <w:r>
        <w:rPr>
          <w:b/>
        </w:rPr>
        <w:t xml:space="preserve">[19:36] </w:t>
      </w:r>
      <w:r>
        <w:t>is se aap ko relate kar leta hai. to lagta hai ke sachai hai. yani apne experience ko wahan par hota hua dekhta hai.</w:t>
      </w:r>
    </w:p>
    <w:p>
      <w:pPr>
        <w:jc w:val="right"/>
      </w:pPr>
      <w:r>
        <w:t>اس سے آپ کو relate کر لیتا ہے۔ تو لگتا ہے کہ سچائی ہے۔ یعنی اپنے experience کو وہاں پر ہوتا ہوا دیکھتا ہے۔</w:t>
      </w:r>
    </w:p>
    <w:p>
      <w:r>
        <w:rPr>
          <w:b/>
        </w:rPr>
        <w:t xml:space="preserve">[19:48] </w:t>
      </w:r>
      <w:r>
        <w:t>to tragic stories aadmi ko lagta hai ke haan, yeh sahi baat hai.</w:t>
      </w:r>
    </w:p>
    <w:p>
      <w:pPr>
        <w:jc w:val="right"/>
      </w:pPr>
      <w:r>
        <w:t>تو tragic stories آدمی کو لگتا ہے کہ ہاں، یہ صحیح بات ہے۔</w:t>
      </w:r>
    </w:p>
    <w:p>
      <w:r>
        <w:rPr>
          <w:b/>
        </w:rPr>
        <w:t xml:space="preserve">[19:53] </w:t>
      </w:r>
      <w:r>
        <w:t>to apne ko is se associate kar leta hai. apne aap ko is se relate kar leta hai. is liye is ko, is se is ka, is ka mind address hota hai.</w:t>
      </w:r>
    </w:p>
    <w:p>
      <w:pPr>
        <w:jc w:val="right"/>
      </w:pPr>
      <w:r>
        <w:t>تو اپنے کو اس سے associate کر لیتا ہے۔ اپنے آپ کو اس سے relate کر لیتا ہے۔ اس لیے اس کو، اس سے اس کا، اس کا mind address ہوتا ہے۔</w:t>
      </w:r>
    </w:p>
    <w:p>
      <w:r>
        <w:rPr>
          <w:b/>
        </w:rPr>
        <w:t xml:space="preserve">[20:04] </w:t>
      </w:r>
      <w:r>
        <w:t>lekin jo comedy hoti hai, to comedy se aadmi associate nahi kar pata. koi jee raha hai wo gham mein. aur aap suna rahe hain is ko khushi ki kahaniyan.</w:t>
      </w:r>
    </w:p>
    <w:p>
      <w:pPr>
        <w:jc w:val="right"/>
      </w:pPr>
      <w:r>
        <w:t>لیکن جو comedy ہوتی ہے، تو comedy سے آدمی associate نہیں کر پاتا۔ کوئی جی رہا ہے وہ غم میں۔ اور آپ سنا رہے ہیں اس کو خوشی کی کہانیاں۔</w:t>
      </w:r>
    </w:p>
    <w:p>
      <w:r>
        <w:rPr>
          <w:b/>
        </w:rPr>
        <w:t xml:space="preserve">[20:17] </w:t>
      </w:r>
      <w:r>
        <w:t>to is ka mind address nahi hota.</w:t>
      </w:r>
    </w:p>
    <w:p>
      <w:pPr>
        <w:jc w:val="right"/>
      </w:pPr>
      <w:r>
        <w:t>تو اس کا mind address نہیں ہوتا۔</w:t>
      </w:r>
    </w:p>
    <w:p>
      <w:r>
        <w:rPr>
          <w:b/>
        </w:rPr>
        <w:t xml:space="preserve">[20:21] </w:t>
      </w:r>
      <w:r>
        <w:t>isi liye dunya mein tragic stories khoob maqbool hui hain. lekin comedy kabhi maqbool nahi hui.</w:t>
      </w:r>
    </w:p>
    <w:p>
      <w:pPr>
        <w:jc w:val="right"/>
      </w:pPr>
      <w:r>
        <w:t>اسی لیے دنیا میں tragic stories خوب مقبول ہوئی ہیں۔ لیکن comedy کبھی مقبول نہیں ہوئی۔</w:t>
      </w:r>
    </w:p>
    <w:p>
      <w:r>
        <w:rPr>
          <w:b/>
        </w:rPr>
        <w:t xml:space="preserve">[20:31] </w:t>
      </w:r>
      <w:r>
        <w:t>kyun ke log is ko apne aap se relate nahi kar paate.</w:t>
      </w:r>
    </w:p>
    <w:p>
      <w:pPr>
        <w:jc w:val="right"/>
      </w:pPr>
      <w:r>
        <w:t>کیونکہ لوگ اس کو اپنے آپ سے relate نہیں کر پاتے۔</w:t>
      </w:r>
    </w:p>
    <w:p>
      <w:r>
        <w:rPr>
          <w:b/>
        </w:rPr>
        <w:t xml:space="preserve">[20:36] </w:t>
      </w:r>
      <w:r>
        <w:t>to main yeh keh raha tha ke philosophers jo hain, pehle yeh kaha karte the ke theek hai, individual level par agarche insaan happiness nahi pa raha hai, lekin humanity at large ke level par to mil rahi hai is ko khushi.</w:t>
      </w:r>
    </w:p>
    <w:p>
      <w:pPr>
        <w:jc w:val="right"/>
      </w:pPr>
      <w:r>
        <w:t>تو میں یہ کہہ رہا تھا کہ philosophers جو ہیں، پہلے یہ کہا کرتے تھے کہ ٹھیک ہے، individual level پر اگرچہ انسان happiness نہیں پا رہا ہے، لیکن humanity at large کے level پر تو مل رہی ہے اس کو خوشی۔</w:t>
      </w:r>
    </w:p>
    <w:p>
      <w:r>
        <w:rPr>
          <w:b/>
        </w:rPr>
        <w:t xml:space="preserve">[20:57] </w:t>
      </w:r>
      <w:r>
        <w:t>majmooi tor par. ab yeh ek false argument sabit ho gaya.</w:t>
      </w:r>
    </w:p>
    <w:p>
      <w:pPr>
        <w:jc w:val="right"/>
      </w:pPr>
      <w:r>
        <w:t>مجموعی طور پر۔ اب یہ ایک false argument ثابت ہو گیا۔</w:t>
      </w:r>
    </w:p>
    <w:p>
      <w:r>
        <w:rPr>
          <w:b/>
        </w:rPr>
        <w:t xml:space="preserve">[21:04] </w:t>
      </w:r>
      <w:r>
        <w:t>is ki detail dekhiye yeh hai ke ancient insaan bilkul jo primitive age ka jo insaan tha, us ke paas kuch bhi nahi tha.</w:t>
      </w:r>
    </w:p>
    <w:p>
      <w:pPr>
        <w:jc w:val="right"/>
      </w:pPr>
      <w:r>
        <w:t>اس کی detail دیکھیے یہ ہے کہ ancient انسان بالکل جو primitive age کا جو انسان تھا، اس کے پاس کچھ بھی نہیں تھا۔</w:t>
      </w:r>
    </w:p>
    <w:p>
      <w:r>
        <w:rPr>
          <w:b/>
        </w:rPr>
        <w:t xml:space="preserve">[21:17] </w:t>
      </w:r>
      <w:r>
        <w:t>primitive age ka insaan jo tha, us ke paas kuch bhi nahi tha. wo animal ke skin ko apna kapra banata tha.</w:t>
      </w:r>
    </w:p>
    <w:p>
      <w:pPr>
        <w:jc w:val="right"/>
      </w:pPr>
      <w:r>
        <w:t>Primitive age کا انسان جو تھا، اس کے پاس کچھ بھی نہیں تھا۔ وہ animal کے skin کو اپنا کپڑا بناتا تھا۔</w:t>
      </w:r>
    </w:p>
    <w:p>
      <w:r>
        <w:rPr>
          <w:b/>
        </w:rPr>
        <w:t xml:space="preserve">[21:28] </w:t>
      </w:r>
      <w:r>
        <w:t>wo animal ke chamre ko kapra bana kar us ko pehanta tha.</w:t>
      </w:r>
    </w:p>
    <w:p>
      <w:pPr>
        <w:jc w:val="right"/>
      </w:pPr>
      <w:r>
        <w:t>وہ animal کے چمڑے کو کپڑا بنا کر اس کو پہنتا تھا۔</w:t>
      </w:r>
    </w:p>
    <w:p>
      <w:r>
        <w:rPr>
          <w:b/>
        </w:rPr>
        <w:t xml:space="preserve">[21:36] </w:t>
      </w:r>
      <w:r>
        <w:t>rehne ke liye is ke paas kya tha? mountain ke cave. kho. kho mein rehta tha wo. aise ghar nahi hote the is zamane mein.</w:t>
      </w:r>
    </w:p>
    <w:p>
      <w:pPr>
        <w:jc w:val="right"/>
      </w:pPr>
      <w:r>
        <w:t>رہنے کے لیے اس کے پاس کیا تھا؟ Mountain کے cave۔ کھو۔ کھو میں رہتا تھا وہ۔ ایسے گھر نہیں ہوتے تھے اس زمانے میں۔</w:t>
      </w:r>
    </w:p>
    <w:p>
      <w:r>
        <w:rPr>
          <w:b/>
        </w:rPr>
        <w:t xml:space="preserve">[21:49] </w:t>
      </w:r>
      <w:r>
        <w:t>pani peene ke liye wo pathar ka bartan hota tha is ke paas.</w:t>
      </w:r>
    </w:p>
    <w:p>
      <w:pPr>
        <w:jc w:val="right"/>
      </w:pPr>
      <w:r>
        <w:t>پانی پینے کے لیے وہ پتھر کا برتن ہوتا تھا اس کے پاس۔</w:t>
      </w:r>
    </w:p>
    <w:p>
      <w:r>
        <w:rPr>
          <w:b/>
        </w:rPr>
        <w:t xml:space="preserve">[21:57] </w:t>
      </w:r>
      <w:r>
        <w:t>joota pehne ke liye nange paon chalta</w:t>
      </w:r>
    </w:p>
    <w:p>
      <w:pPr>
        <w:jc w:val="right"/>
      </w:pPr>
      <w:r>
        <w:t>جوتا پہننے کے لیے ننگے پاؤں چلتا</w:t>
      </w:r>
    </w:p>
    <w:p>
      <w:r>
        <w:rPr>
          <w:b/>
        </w:rPr>
        <w:t xml:space="preserve">[21:59] </w:t>
      </w:r>
      <w:r>
        <w:t>tha wo. khana pakane ke liye kuch bhi nahi tha siwaye shikar kar liya. gosht ko kuch thora sa phoon bandh kar kha liya.</w:t>
      </w:r>
    </w:p>
    <w:p>
      <w:pPr>
        <w:jc w:val="right"/>
      </w:pPr>
      <w:r>
        <w:t>تھا وہ۔ کھانا پکانے کے لیے کچھ بھی نہیں تھا سوائے شکار کر لیا۔ گوشت کو کچھ تھوڑا سا پھون باندھ کر کھا لیا۔</w:t>
      </w:r>
    </w:p>
    <w:p>
      <w:r>
        <w:rPr>
          <w:b/>
        </w:rPr>
        <w:t xml:space="preserve">[22:09] </w:t>
      </w:r>
      <w:r>
        <w:t>yeh thi primitive insaan ki zindagi.</w:t>
      </w:r>
    </w:p>
    <w:p>
      <w:pPr>
        <w:jc w:val="right"/>
      </w:pPr>
      <w:r>
        <w:t>یہ تھی primitive انسان کی زندگی۔</w:t>
      </w:r>
    </w:p>
    <w:p>
      <w:r>
        <w:rPr>
          <w:b/>
        </w:rPr>
        <w:t xml:space="preserve">[22:15] </w:t>
      </w:r>
      <w:r>
        <w:t>to insaan chahta tha kuch aur mile, kuch aur mile, kuch aur mile. to us ko is ki jo need hai wo mili.</w:t>
      </w:r>
    </w:p>
    <w:p>
      <w:pPr>
        <w:jc w:val="right"/>
      </w:pPr>
      <w:r>
        <w:t>تو انسان چاہتا تھا کچھ اور ملے، کچھ اور ملے، کچھ اور ملے۔ تو اس کو اس کی جو need ہے وہ ملی۔</w:t>
      </w:r>
    </w:p>
    <w:p>
      <w:r>
        <w:rPr>
          <w:b/>
        </w:rPr>
        <w:t xml:space="preserve">[22:22] </w:t>
      </w:r>
      <w:r>
        <w:t>need. matlab iron se saman banaya is ne. ghar is zamane ke lehaz se ghar banaya is ne primitive style par.</w:t>
      </w:r>
    </w:p>
    <w:p>
      <w:pPr>
        <w:jc w:val="right"/>
      </w:pPr>
      <w:r>
        <w:t>Need۔ مطلب iron سے سامان بنایا اس نے۔ گھر اس زمانے کے لحاظ سے گھر بنایا اس نے primitive style پر۔</w:t>
      </w:r>
    </w:p>
    <w:p>
      <w:r>
        <w:rPr>
          <w:b/>
        </w:rPr>
        <w:t xml:space="preserve">[22:35] </w:t>
      </w:r>
      <w:r>
        <w:t>aur bohat cheezen banain is ne. ise pehia banaya jis se wo thora bohat is ka safar chalne laga.</w:t>
      </w:r>
    </w:p>
    <w:p>
      <w:pPr>
        <w:jc w:val="right"/>
      </w:pPr>
      <w:r>
        <w:t>اور بہت چیزیں بنائیں اس نے۔ اسے پہیہ بنایا جس سے وہ تھوڑا بہت اس کا سفر چلنے لگا۔</w:t>
      </w:r>
    </w:p>
    <w:p>
      <w:r>
        <w:rPr>
          <w:b/>
        </w:rPr>
        <w:t xml:space="preserve">[22:43] </w:t>
      </w:r>
      <w:r>
        <w:t>to is tarah se is ko kuch comfort mila. abhi bhi lekin wo khush nahi tha. kyun ke bohat se problems abhi baqi the is ke.</w:t>
      </w:r>
    </w:p>
    <w:p>
      <w:pPr>
        <w:jc w:val="right"/>
      </w:pPr>
      <w:r>
        <w:t>تو اس طرح سے اس کو کچھ comfort ملا۔ ابھی بھی لیکن وہ خوش نہیں تھا۔ کیونکہ بہت سے problems ابھی باقی تھے اس کے۔</w:t>
      </w:r>
    </w:p>
    <w:p>
      <w:r>
        <w:rPr>
          <w:b/>
        </w:rPr>
        <w:t xml:space="preserve">[22:56] </w:t>
      </w:r>
      <w:r>
        <w:t>phir aur insaan ne taraqqi ki. research hui. hote hote insaan ne aur item banaye jis ko hum comfort kehte hain.</w:t>
      </w:r>
    </w:p>
    <w:p>
      <w:pPr>
        <w:jc w:val="right"/>
      </w:pPr>
      <w:r>
        <w:t>پھر اور انسان نے ترقی کی۔ Research ہوئی۔ ہوتے ہوتے انسان نے اور item بنائے جس کو ہم comfort کہتے ہیں۔</w:t>
      </w:r>
    </w:p>
    <w:p>
      <w:r>
        <w:rPr>
          <w:b/>
        </w:rPr>
        <w:t xml:space="preserve">[23:08] </w:t>
      </w:r>
      <w:r>
        <w:t>yani need se doosra zamana aaya jab is ko comfort milne lagi. to kuch din comfort mein raha wo.</w:t>
      </w:r>
    </w:p>
    <w:p>
      <w:pPr>
        <w:jc w:val="right"/>
      </w:pPr>
      <w:r>
        <w:t>یعنی need سے دوسرا زمانہ آیا جب اس کو comfort ملنے لگی۔ تو کچھ دن comfort میں رہا وہ۔</w:t>
      </w:r>
    </w:p>
    <w:p>
      <w:r>
        <w:rPr>
          <w:b/>
        </w:rPr>
        <w:t xml:space="preserve">[23:19] </w:t>
      </w:r>
      <w:r>
        <w:t>phir is ke liye woh forgotten lene laga. woh used to ho gaya. is mein kuch is ko khushi nahi rahi. aur chahne laga.</w:t>
      </w:r>
    </w:p>
    <w:p>
      <w:pPr>
        <w:jc w:val="right"/>
      </w:pPr>
      <w:r>
        <w:t>پھر اس کے لیے وہ forgotten لینے لگا۔ وہ used to ہو گیا۔ اس میں کچھ اس کو خوشی نہیں رہی۔ اور چاہنے لگا۔</w:t>
      </w:r>
    </w:p>
    <w:p>
      <w:r>
        <w:rPr>
          <w:b/>
        </w:rPr>
        <w:t xml:space="preserve">[23:29] </w:t>
      </w:r>
      <w:r>
        <w:t>yahan tak ke luxury ka zamana aaya.</w:t>
      </w:r>
    </w:p>
    <w:p>
      <w:pPr>
        <w:jc w:val="right"/>
      </w:pPr>
      <w:r>
        <w:t>یہاں تک کہ luxury کا زمانہ آیا۔</w:t>
      </w:r>
    </w:p>
    <w:p>
      <w:r>
        <w:rPr>
          <w:b/>
        </w:rPr>
        <w:t xml:space="preserve">[23:33] </w:t>
      </w:r>
      <w:r>
        <w:t>Luxury wale items is ko milay. jaise fridge hai. aur air conditioner hai.</w:t>
      </w:r>
    </w:p>
    <w:p>
      <w:pPr>
        <w:jc w:val="right"/>
      </w:pPr>
      <w:r>
        <w:t>Luxury والے items اس کو ملے۔ جیسے fridge ہے۔ اور air conditioner ہے۔</w:t>
      </w:r>
    </w:p>
    <w:p>
      <w:r>
        <w:rPr>
          <w:b/>
        </w:rPr>
        <w:t xml:space="preserve">[23:43] </w:t>
      </w:r>
      <w:r>
        <w:t>aur car hai. naye qism ke furnished ghar hain. aur plant city hai. waghera waghera.</w:t>
      </w:r>
    </w:p>
    <w:p>
      <w:pPr>
        <w:jc w:val="right"/>
      </w:pPr>
      <w:r>
        <w:t>اور car ہے۔ نئے قسم کے furnished گھر ہیں۔ اور plant city ہے۔ وغیرہ وغیرہ۔</w:t>
      </w:r>
    </w:p>
    <w:p>
      <w:r>
        <w:rPr>
          <w:b/>
        </w:rPr>
        <w:t xml:space="preserve">[23:53] </w:t>
      </w:r>
      <w:r>
        <w:t>lekin luxury ko hasil karne ke baad phir insan ko kya paish aaya? Boredom. Boredom</w:t>
      </w:r>
    </w:p>
    <w:p>
      <w:pPr>
        <w:jc w:val="right"/>
      </w:pPr>
      <w:r>
        <w:t>لیکن luxury کو حاصل کرنے کے بعد پھر انسان کو کیا پیش آیا؟ Boredom۔ Boredom</w:t>
      </w:r>
    </w:p>
    <w:p>
      <w:r>
        <w:rPr>
          <w:b/>
        </w:rPr>
        <w:t xml:space="preserve">[24:03] </w:t>
      </w:r>
      <w:r>
        <w:t>. sari dunya mein. phir dobara gham ka daur aa gaya kyunke aap jante hain ke insan jo hai kisi cheez mein mila jab tak woh mila hua na ho tab tak to woh sochta hai ke yeh mil jaye ga to bari jo khushi mile gi.</w:t>
      </w:r>
    </w:p>
    <w:p>
      <w:pPr>
        <w:jc w:val="right"/>
      </w:pPr>
      <w:r>
        <w:t>۔ ساری دنیا میں۔ پھر دوبارہ غم کا دور آ گیا۔ کیونکہ آپ جانتے ہیں کہ انسان جو ہے کسی چیز میں ملا جب تک وہ ملا ہوا نہ ہو تب تک تو وہ سوچتا ہے کہ یہ مل جائے گا تو بڑی جو خوشی ملے گی۔</w:t>
      </w:r>
    </w:p>
    <w:p>
      <w:r>
        <w:rPr>
          <w:b/>
        </w:rPr>
        <w:t xml:space="preserve">[24:23] </w:t>
      </w:r>
      <w:r>
        <w:t>lekin milne ke baad is ka charm khatam ho jata hai.</w:t>
      </w:r>
    </w:p>
    <w:p>
      <w:pPr>
        <w:jc w:val="right"/>
      </w:pPr>
      <w:r>
        <w:t>لیکن ملنے کے بعد اس کا charm ختم ہو جاتا ہے۔</w:t>
      </w:r>
    </w:p>
    <w:p>
      <w:r>
        <w:rPr>
          <w:b/>
        </w:rPr>
        <w:t xml:space="preserve">[24:31] </w:t>
      </w:r>
      <w:r>
        <w:t>to luxury us waqt tak is ko attractive lagti thi jab tak woh mili hui nahi thi. mil gayi to kya hua?</w:t>
      </w:r>
    </w:p>
    <w:p>
      <w:pPr>
        <w:jc w:val="right"/>
      </w:pPr>
      <w:r>
        <w:t>تو luxury اس وقت تک اس کو attractive لگتی تھی جب تک وہ ملی ہوئی نہیں تھی۔ مل گئی تو کیا ہوا؟</w:t>
      </w:r>
    </w:p>
    <w:p>
      <w:r>
        <w:rPr>
          <w:b/>
        </w:rPr>
        <w:t xml:space="preserve">[24:40] </w:t>
      </w:r>
      <w:r>
        <w:t>is ka attraction khatam ho gaya. phir wohi zamana aa gaya ke khushi nahi. Boredom mein jee raha hai insan.</w:t>
      </w:r>
    </w:p>
    <w:p>
      <w:pPr>
        <w:jc w:val="right"/>
      </w:pPr>
      <w:r>
        <w:t>اس کا attraction ختم ہو گیا۔ پھر وہی زمانہ آ گیا کہ خوشی نہیں۔ Boredom میں جی رہا ہے انسان۔</w:t>
      </w:r>
    </w:p>
    <w:p>
      <w:r>
        <w:rPr>
          <w:b/>
        </w:rPr>
        <w:t xml:space="preserve">[24:48] </w:t>
      </w:r>
      <w:r>
        <w:t>aktahat mein jee raha hai insan.</w:t>
      </w:r>
    </w:p>
    <w:p>
      <w:pPr>
        <w:jc w:val="right"/>
      </w:pPr>
      <w:r>
        <w:t>اکتاہٹ میں جی رہا ہے انسان۔</w:t>
      </w:r>
    </w:p>
    <w:p>
      <w:r>
        <w:rPr>
          <w:b/>
        </w:rPr>
        <w:t xml:space="preserve">[24:51] </w:t>
      </w:r>
      <w:r>
        <w:t>to us waqt kya hua ke nineteen seventy mein ek kitab chhapi jo bohat dunya mein popular hui. Alvin Toffler ki kitab "Future Shock".</w:t>
      </w:r>
    </w:p>
    <w:p>
      <w:pPr>
        <w:jc w:val="right"/>
      </w:pPr>
      <w:r>
        <w:t>تو اس وقت کیا ہوا کہ nineteen seventy میں ایک کتاب چھپی جو بہت دنیا میں popular ہوئی۔ Alvin Toffler کی کتاب "Future Shock"۔</w:t>
      </w:r>
    </w:p>
    <w:p>
      <w:r>
        <w:rPr>
          <w:b/>
        </w:rPr>
        <w:t xml:space="preserve">[25:06] </w:t>
      </w:r>
      <w:r>
        <w:t>"Future Shock" mein is ne bataya tha ke nineteen seventy mein yani ab se thirty-six years pehle, chhatis saal pehle.</w:t>
      </w:r>
    </w:p>
    <w:p>
      <w:pPr>
        <w:jc w:val="right"/>
      </w:pPr>
      <w:r>
        <w:t>"Future Shock" میں اس نے بتایا تھا کہ nineteen seventy میں یعنی اب سے thirty-six years پہلے، چھتیس سال پہلے۔</w:t>
      </w:r>
    </w:p>
    <w:p>
      <w:r>
        <w:rPr>
          <w:b/>
        </w:rPr>
        <w:t xml:space="preserve">[25:21] </w:t>
      </w:r>
      <w:r>
        <w:t>to is mein bataya tha ke us waqt hum puhnche hain industrial age mein. ek lambi journey ke baad.</w:t>
      </w:r>
    </w:p>
    <w:p>
      <w:pPr>
        <w:jc w:val="right"/>
      </w:pPr>
      <w:r>
        <w:t>تو اس میں بتایا تھا کہ اس وقت ہم پہنچے ہیں industrial age میں۔ ایک لمبی journey کے بعد۔</w:t>
      </w:r>
    </w:p>
    <w:p>
      <w:r>
        <w:rPr>
          <w:b/>
        </w:rPr>
        <w:t xml:space="preserve">[25:31] </w:t>
      </w:r>
      <w:r>
        <w:t>ek lambi journey ke baad hum puhnche hain industrial age mein. ke ab ek naya zamana aa raha hai jis ko is ne kaha ke super industrial age.</w:t>
      </w:r>
    </w:p>
    <w:p>
      <w:pPr>
        <w:jc w:val="right"/>
      </w:pPr>
      <w:r>
        <w:t>ایک لمبی journey کے بعد ہم پہنچے ہیں industrial age میں۔ کہ اب ایک نیا زمانہ آ رہا ہے جس کو اس نے کہا کہ super industrial age۔</w:t>
      </w:r>
    </w:p>
    <w:p>
      <w:r>
        <w:rPr>
          <w:b/>
        </w:rPr>
        <w:t xml:space="preserve">[25:42] </w:t>
      </w:r>
      <w:r>
        <w:t>ek naya zamana aa raha hai. jis ko is ne kaha ke super industrial age. yeh chhatis saal ke andar woh super industrial age aa chuka.</w:t>
      </w:r>
    </w:p>
    <w:p>
      <w:pPr>
        <w:jc w:val="right"/>
      </w:pPr>
      <w:r>
        <w:t>ایک نیا زمانہ آ رہا ہے۔ جس کو اس نے کہا کہ super industrial age۔ یہ چھتیس سال کے اندر وہ super industrial age آ چکا۔</w:t>
      </w:r>
    </w:p>
    <w:p>
      <w:r>
        <w:rPr>
          <w:b/>
        </w:rPr>
        <w:t xml:space="preserve">[25:52] </w:t>
      </w:r>
      <w:r>
        <w:t>jo jo is ne kaha tha is mein. yani chhatis saal se pehle industrial age tha is ke kehne ke mutabiq.</w:t>
      </w:r>
    </w:p>
    <w:p>
      <w:pPr>
        <w:jc w:val="right"/>
      </w:pPr>
      <w:r>
        <w:t>جو جو اس نے کہا تھا اس میں۔ یعنی چھتیس سال سے پہلے industrial age تھا اس کے کہنے کے مطابق۔</w:t>
      </w:r>
    </w:p>
    <w:p>
      <w:r>
        <w:rPr>
          <w:b/>
        </w:rPr>
        <w:t xml:space="preserve">[26:02] </w:t>
      </w:r>
      <w:r>
        <w:t>ab hum jee rahe hain super industrial age mein.</w:t>
      </w:r>
    </w:p>
    <w:p>
      <w:pPr>
        <w:jc w:val="right"/>
      </w:pPr>
      <w:r>
        <w:t>اب ہم جی رہے ہیں super industrial age میں۔</w:t>
      </w:r>
    </w:p>
    <w:p>
      <w:r>
        <w:rPr>
          <w:b/>
        </w:rPr>
        <w:t xml:space="preserve">[26:07] </w:t>
      </w:r>
      <w:r>
        <w:t>lekin aap kya hua? Super industrial age jo aaya to us ke baad kya hua? Aise naye naye problem aa gaye jis ka koi solution insan ke paas nahi hai.</w:t>
      </w:r>
    </w:p>
    <w:p>
      <w:pPr>
        <w:jc w:val="right"/>
      </w:pPr>
      <w:r>
        <w:t>لیکن آپ کیا ہوا؟ Super industrial age جو آیا تو اس کے بعد کیا ہوا؟ ایسے نئے نئے problem آ گئے جس کا کوئی solution انسان کے پاس نہیں ہے۔</w:t>
      </w:r>
    </w:p>
    <w:p>
      <w:r>
        <w:rPr>
          <w:b/>
        </w:rPr>
        <w:t xml:space="preserve">[26:20] </w:t>
      </w:r>
      <w:r>
        <w:t>jaise for example global warming. Global warming ka koi solution insan ke paas nahi hai.</w:t>
      </w:r>
    </w:p>
    <w:p>
      <w:pPr>
        <w:jc w:val="right"/>
      </w:pPr>
      <w:r>
        <w:t>جیسے for example global warming۔ Global warming کا کوئی solution انسان کے پاس نہیں ہے۔</w:t>
      </w:r>
    </w:p>
    <w:p>
      <w:r>
        <w:rPr>
          <w:b/>
        </w:rPr>
        <w:t xml:space="preserve">[26:31] </w:t>
      </w:r>
      <w:r>
        <w:t>sari universe ek nayi universe banani pare gi aap ko tab aap global warming se bach sakte hain.</w:t>
      </w:r>
    </w:p>
    <w:p>
      <w:pPr>
        <w:jc w:val="right"/>
      </w:pPr>
      <w:r>
        <w:t>ساری universe ایک نئی universe بنانی پڑے گی آپ کو تب آپ global warming سے بچ سکتے ہیں۔</w:t>
      </w:r>
    </w:p>
    <w:p>
      <w:r>
        <w:rPr>
          <w:b/>
        </w:rPr>
        <w:t xml:space="preserve">[26:38] </w:t>
      </w:r>
      <w:r>
        <w:t>to insan dor raha hai doosre planet ki talash mein. billion, trillion dollar kharch kiye ja rahe hain jo ke space mein ja rahe hain.</w:t>
      </w:r>
    </w:p>
    <w:p>
      <w:pPr>
        <w:jc w:val="right"/>
      </w:pPr>
      <w:r>
        <w:t>تو انسان دوڑ رہا ہے دوسرے planet کی تلاش میں۔ بلین، ٹریلین ڈالر خرچ کیے جا رہے ہیں جو کہ space میں جا رہے ہیں۔</w:t>
      </w:r>
    </w:p>
    <w:p>
      <w:r>
        <w:rPr>
          <w:b/>
        </w:rPr>
        <w:t xml:space="preserve">[26:47] </w:t>
      </w:r>
      <w:r>
        <w:t>ke koi aur planet aisa mil jaye zameen jaisa. jahan life support system ho. to aaj tak aisa koi planet nahi mila hai.</w:t>
      </w:r>
    </w:p>
    <w:p>
      <w:pPr>
        <w:jc w:val="right"/>
      </w:pPr>
      <w:r>
        <w:t>کہ کوئی اور planet ایسا مل جائے زمین جیسا۔ جہاں life support system ہو۔ تو آج تک ایسا کوئی planet نہیں ملا ہے۔</w:t>
      </w:r>
    </w:p>
    <w:p>
      <w:r>
        <w:rPr>
          <w:b/>
        </w:rPr>
        <w:t xml:space="preserve">[27:01] </w:t>
      </w:r>
      <w:r>
        <w:t>ab naye zamane mein kya hua hai ke life support system hi danger mein par gaya hai.</w:t>
      </w:r>
    </w:p>
    <w:p>
      <w:pPr>
        <w:jc w:val="right"/>
      </w:pPr>
      <w:r>
        <w:t>اب نئے زمانے میں کیا ہوا ہے کہ life support system ہی danger میں پڑ گیا ہے۔</w:t>
      </w:r>
    </w:p>
    <w:p>
      <w:r>
        <w:rPr>
          <w:b/>
        </w:rPr>
        <w:t xml:space="preserve">[27:08] </w:t>
      </w:r>
      <w:r>
        <w:t>Global warming hai. aur tsunami hai. earthquake hai. AIDS hain. aur naye naye problem hain.</w:t>
      </w:r>
    </w:p>
    <w:p>
      <w:pPr>
        <w:jc w:val="right"/>
      </w:pPr>
      <w:r>
        <w:t>Global warming ہے۔ اور سونامی ہے۔ ارتھ کویک ہے۔ ایڈز ہیں۔ اور نئے نئے problem ہیں۔</w:t>
      </w:r>
    </w:p>
    <w:p>
      <w:r>
        <w:rPr>
          <w:b/>
        </w:rPr>
        <w:t xml:space="preserve">[27:24] </w:t>
      </w:r>
      <w:r>
        <w:t>to ab kya hai? Ab jo hai insan mehsoos kar raha hai ke life support system hi khatam. glacier ki barf pighal rahi hai.</w:t>
      </w:r>
    </w:p>
    <w:p>
      <w:pPr>
        <w:jc w:val="right"/>
      </w:pPr>
      <w:r>
        <w:t>تو اب کیا ہے؟ اب جو ہے انسان محسوس کر رہا ہے کہ life support system ہی ختم۔ گلیشیئر کی برف پگھل رہی ہے۔</w:t>
      </w:r>
    </w:p>
    <w:p>
      <w:r>
        <w:rPr>
          <w:b/>
        </w:rPr>
        <w:t xml:space="preserve">[27:33] </w:t>
      </w:r>
      <w:r>
        <w:t>aur yeh kaha ja raha hai ke yeh land jo hamara khushki ka hissa hai land is ke bare hisse par samandar ka pani phail jaye ga. aap kya karein ge?</w:t>
      </w:r>
    </w:p>
    <w:p>
      <w:pPr>
        <w:jc w:val="right"/>
      </w:pPr>
      <w:r>
        <w:t>اور یہ کہا جا رہا ہے کہ یہ لینڈ جو ہمارا خشکی کا حصہ ہے لینڈ اس کے بڑے حصے پر سمندر کا پانی پھیل جائے گا۔ آپ کیا کریں گے؟</w:t>
      </w:r>
    </w:p>
    <w:p>
      <w:r>
        <w:rPr>
          <w:b/>
        </w:rPr>
        <w:t xml:space="preserve">[27:44] </w:t>
      </w:r>
      <w:r>
        <w:t>insan ke kuch paas koi is ka hal nahi hai.</w:t>
      </w:r>
    </w:p>
    <w:p>
      <w:pPr>
        <w:jc w:val="right"/>
      </w:pPr>
      <w:r>
        <w:t>انسان کے کچھ پاس کوئی اس کا حل نہیں ہے۔</w:t>
      </w:r>
    </w:p>
    <w:p>
      <w:r>
        <w:rPr>
          <w:b/>
        </w:rPr>
        <w:t xml:space="preserve">[27:48] </w:t>
      </w:r>
      <w:r>
        <w:t>Global warming jo hai is se is waqt yani abhi paper mein aya tha ke newark mein is zamane mein garmi hua karti thi.</w:t>
      </w:r>
    </w:p>
    <w:p>
      <w:pPr>
        <w:jc w:val="right"/>
      </w:pPr>
      <w:r>
        <w:t>Global warming جو ہے اس سے اس وقت یعنی ابھی paper میں آیا تھا کہ نیوارک میں اس زمانے میں گرمی ہوا کرتی تھی۔</w:t>
      </w:r>
    </w:p>
    <w:p>
      <w:r>
        <w:rPr>
          <w:b/>
        </w:rPr>
        <w:t xml:space="preserve">[27:57] </w:t>
      </w:r>
      <w:r>
        <w:t>wahan bohat zabardast thandak hai. ek dam badal gaya hai mausam. kahin garmi hai, kahin thandak hai. kahin kuch hai, kahin kuch hai.</w:t>
      </w:r>
    </w:p>
    <w:p>
      <w:pPr>
        <w:jc w:val="right"/>
      </w:pPr>
      <w:r>
        <w:t>وہاں بہت زبردست ٹھنڈک ہے۔ ایک دم بدل گیا ہے موسم۔ کہیں گرمی ہے، کہیں ٹھنڈک ہے۔ کہیں کچھ ہے، کہیں کچھ ہے۔</w:t>
      </w:r>
    </w:p>
    <w:p>
      <w:r>
        <w:rPr>
          <w:b/>
        </w:rPr>
        <w:t xml:space="preserve">[28:07] </w:t>
      </w:r>
      <w:r>
        <w:t>yeh sab life support system disturb ho raha hai.</w:t>
      </w:r>
    </w:p>
    <w:p>
      <w:pPr>
        <w:jc w:val="right"/>
      </w:pPr>
      <w:r>
        <w:t>یہ سب life support system disturb ہو رہا ہے۔</w:t>
      </w:r>
    </w:p>
    <w:p>
      <w:r>
        <w:rPr>
          <w:b/>
        </w:rPr>
        <w:t xml:space="preserve">[28:13] </w:t>
      </w:r>
      <w:r>
        <w:t>jo life support system yeh zameen par tha. aap jante hain ke poori universe mein yahi planet earth tha jahan par life support system maujood tha.</w:t>
      </w:r>
    </w:p>
    <w:p>
      <w:pPr>
        <w:jc w:val="right"/>
      </w:pPr>
      <w:r>
        <w:t>جو life support system یہ زمین پر تھا۔ آپ جانتے ہیں کہ پوری universe میں یہی planet ارتھ تھا جہاں پر life support system موجود تھا۔</w:t>
      </w:r>
    </w:p>
    <w:p>
      <w:r>
        <w:rPr>
          <w:b/>
        </w:rPr>
        <w:t xml:space="preserve">[28:25] </w:t>
      </w:r>
      <w:r>
        <w:t>lekin woh sab disturb ho raha hai. ab kuch bhi insan ki samajh mein nahi ata ke aage kya kare ga.</w:t>
      </w:r>
    </w:p>
    <w:p>
      <w:pPr>
        <w:jc w:val="right"/>
      </w:pPr>
      <w:r>
        <w:t>لیکن وہ سب disturb ہو رہا ہے۔ اب کچھ بھی انسان کی سمجھ میں نہیں آتا کہ آگے کیا کرے گا۔</w:t>
      </w:r>
    </w:p>
    <w:p>
      <w:r>
        <w:rPr>
          <w:b/>
        </w:rPr>
        <w:t xml:space="preserve">[28:33] </w:t>
      </w:r>
      <w:r>
        <w:t>to industrial age ke baad super industrial age aya. lekin woh aya to kya pata chala? ke life support system hi yahan par sab disturb ho gaya hai.</w:t>
      </w:r>
    </w:p>
    <w:p>
      <w:pPr>
        <w:jc w:val="right"/>
      </w:pPr>
      <w:r>
        <w:t>تو industrial age کے بعد super industrial age آیا۔ لیکن وہ آیا تو کیا پتہ چلا؟ کہ life support system ہی یہاں پر سب disturb ہو گیا ہے۔</w:t>
      </w:r>
    </w:p>
    <w:p>
      <w:r>
        <w:rPr>
          <w:b/>
        </w:rPr>
        <w:t xml:space="preserve">[28:45] </w:t>
      </w:r>
      <w:r>
        <w:t>Global warming mein sara maamle ko kuch na kuch kar ke rakh diya hai.</w:t>
      </w:r>
    </w:p>
    <w:p>
      <w:pPr>
        <w:jc w:val="right"/>
      </w:pPr>
      <w:r>
        <w:t>Global warming میں سارا معاملے کو کچھ نہ کچھ کر کے رکھ دیا ہے۔</w:t>
      </w:r>
    </w:p>
    <w:p>
      <w:r>
        <w:rPr>
          <w:b/>
        </w:rPr>
        <w:t xml:space="preserve">[28:55] </w:t>
      </w:r>
      <w:r>
        <w:t>to yeh kya hai? yeh na to haqeeqi baat hai. na woh ab woh baat bhi nahi rahi ke individual agar happiness nahi pa raha hai to humanity to safar kar rahi hai happiness ki taraf.</w:t>
      </w:r>
    </w:p>
    <w:p>
      <w:pPr>
        <w:jc w:val="right"/>
      </w:pPr>
      <w:r>
        <w:t>تو یہ کیا ہے؟ یہ نہ تو حقیقی بات ہے۔ نہ وہ اب وہ بات بھی نہیں رہی کہ individual اگر happiness نہیں پا رہا ہے تو humanity تو سفر کر رہی ہے happiness کی طرف۔</w:t>
      </w:r>
    </w:p>
    <w:p>
      <w:r>
        <w:rPr>
          <w:b/>
        </w:rPr>
        <w:t xml:space="preserve">[29:09] </w:t>
      </w:r>
      <w:r>
        <w:t>kyun ke yahan to ab impasse aa gaya. end aa gaya. jo mein ne jaisa ke mein ne kaha ke aaj ke mein ne yahi topic rakha hai ke journey of civilization reaches its end.</w:t>
      </w:r>
    </w:p>
    <w:p>
      <w:pPr>
        <w:jc w:val="right"/>
      </w:pPr>
      <w:r>
        <w:t>کیونکہ یہاں تو اب impasse آ گیا۔ End آ گیا۔ جو میں نے جیسا کہ میں نے کہا کہ آج کے میں نے یہی topic رکھا ہے کہ journey of civilization reaches its end۔</w:t>
      </w:r>
    </w:p>
    <w:p>
      <w:r>
        <w:rPr>
          <w:b/>
        </w:rPr>
        <w:t xml:space="preserve">[29:24] </w:t>
      </w:r>
      <w:r>
        <w:t>aage kuch samajh mein nahi ata kya karna hai humein.</w:t>
      </w:r>
    </w:p>
    <w:p>
      <w:pPr>
        <w:jc w:val="right"/>
      </w:pPr>
      <w:r>
        <w:t>آگے کچھ سمجھ میں نہیں آتا کیا کرنا ہے ہمیں۔</w:t>
      </w:r>
    </w:p>
    <w:p>
      <w:r>
        <w:rPr>
          <w:b/>
        </w:rPr>
        <w:t xml:space="preserve">[29:29] </w:t>
      </w:r>
      <w:r>
        <w:t>to yeh bohat bari</w:t>
      </w:r>
    </w:p>
    <w:p>
      <w:pPr>
        <w:jc w:val="right"/>
      </w:pPr>
      <w:r>
        <w:t>تو یہ بہت بڑی</w:t>
      </w:r>
    </w:p>
    <w:p>
      <w:r>
        <w:rPr>
          <w:b/>
        </w:rPr>
        <w:t xml:space="preserve">[29:33] </w:t>
      </w:r>
      <w:r>
        <w:t>yeh bohat bari baat hai jis pe insan ko sochna chahiye.</w:t>
      </w:r>
    </w:p>
    <w:p>
      <w:pPr>
        <w:jc w:val="right"/>
      </w:pPr>
      <w:r>
        <w:t>یہ بہت بڑی بات ہے جس پہ انسان کو سوچنا چاہیے۔</w:t>
      </w:r>
    </w:p>
    <w:p>
      <w:r>
        <w:rPr>
          <w:b/>
        </w:rPr>
        <w:t xml:space="preserve">[29:40] </w:t>
      </w:r>
      <w:r>
        <w:t>bohat bari baat hai. is mein jo lesson hai woh kya hai? woh yeh hai ke jo duniya jo happy world ya desired world hum banana chahte the us duniya pe woh is duniya ban hi nahi sakti hai.</w:t>
      </w:r>
    </w:p>
    <w:p>
      <w:pPr>
        <w:jc w:val="right"/>
      </w:pPr>
      <w:r>
        <w:t>بہت بڑی بات ہے۔ اس میں جو lesson ہے وہ کیا ہے؟ وہ یہ ہے کہ جو دنیا جو happy world یا desired world ہم بنانا چاہتے تھے اس دنیا پہ وہ اس دنیا بن ہی نہیں سکتی ہے۔</w:t>
      </w:r>
    </w:p>
    <w:p>
      <w:r>
        <w:rPr>
          <w:b/>
        </w:rPr>
        <w:t xml:space="preserve">[30:02] </w:t>
      </w:r>
      <w:r>
        <w:t>in humanity dekhiye mein yeh batana chahta hoon ke individual ke liye problem tha ke woh bimar ho jata tha. accident ho jata tha.</w:t>
      </w:r>
    </w:p>
    <w:p>
      <w:pPr>
        <w:jc w:val="right"/>
      </w:pPr>
      <w:r>
        <w:t>ان humanity دیکھیے میں یہ بتانا چاہتا ہوں کہ individual کے لیے problem تھا کہ وہ بیمار ہو جاتا تھا۔ Accident ہو جاتا تھا۔</w:t>
      </w:r>
    </w:p>
    <w:p>
      <w:r>
        <w:rPr>
          <w:b/>
        </w:rPr>
        <w:t xml:space="preserve">[30:11] </w:t>
      </w:r>
      <w:r>
        <w:t>sath saṭh sal mar jata tha. barhapa aa jata tha. maut par is par koi control nahi tha. to individual jo hai woh happiness ko pa pata nahi tha.</w:t>
      </w:r>
    </w:p>
    <w:p>
      <w:pPr>
        <w:jc w:val="right"/>
      </w:pPr>
      <w:r>
        <w:t>ساٹھ ستر سال مر جاتا تھا۔ بڑھاپا آ جاتا تھا۔ موت پر اس پر کوئی کنٹرول نہیں تھا۔ تو individual جو ہے وہ happiness کو پا پاتا نہیں تھا۔</w:t>
      </w:r>
    </w:p>
    <w:p>
      <w:r>
        <w:rPr>
          <w:b/>
        </w:rPr>
        <w:t xml:space="preserve">[30:28] </w:t>
      </w:r>
      <w:r>
        <w:t>agar koi support pa bhi jaye to das bees saal ke baad mar jata tha woh qissa khatam. to log samajhte the ke chalo bhai individual nahi pa raha hai to humanity to pa rahi hai.</w:t>
      </w:r>
    </w:p>
    <w:p>
      <w:pPr>
        <w:jc w:val="right"/>
      </w:pPr>
      <w:r>
        <w:t>اگر کوئی support پا بھی جائے تو دس بیس سال کے بعد مر جاتا تھا وہ قصہ ختم۔ تو لوگ سمجھتے تھے کہ چلو بھئی individual نہیں پا رہا ہے تو humanity تو پا رہی ہے۔</w:t>
      </w:r>
    </w:p>
    <w:p>
      <w:r>
        <w:rPr>
          <w:b/>
        </w:rPr>
        <w:t xml:space="preserve">[30:42] </w:t>
      </w:r>
      <w:r>
        <w:t>to ab ab pata chala ke humanity bhi nahi pa rahi hai. kyun ke jab life support system hi disturb ho gaya to aap kya karein ge? energy ke jo sources hain woh woh khatam ho rahe hain.</w:t>
      </w:r>
    </w:p>
    <w:p>
      <w:pPr>
        <w:jc w:val="right"/>
      </w:pPr>
      <w:r>
        <w:t>تو اب اب پتہ چلا کہ humanity بھی نہیں پا رہی ہے۔ کیونکہ جب life support system ہی disturb ہو گیا تو آپ کیا کریں گے؟ Energy کے جو sources ہیں وہ وہ ختم ہو رہے ہیں۔</w:t>
      </w:r>
    </w:p>
    <w:p>
      <w:r>
        <w:rPr>
          <w:b/>
        </w:rPr>
        <w:t xml:space="preserve">[30:55] </w:t>
      </w:r>
      <w:r>
        <w:t>isi ke liye America ne attack kiya tha Iraq ke upar. is ka bhi koi nateeja nahi nikla. to jab pani jo hai pani ka pollution barh raha hai.</w:t>
      </w:r>
    </w:p>
    <w:p>
      <w:pPr>
        <w:jc w:val="right"/>
      </w:pPr>
      <w:r>
        <w:t>اسی کے لیے امریکہ نے attack کیا تھا عراق کے اوپر۔ اس کا بھی کوئی نتیجہ نہیں نکلا۔ تو جب پانی جو ہے پانی کا pollution بڑھ رہا ہے۔</w:t>
      </w:r>
    </w:p>
    <w:p>
      <w:r>
        <w:rPr>
          <w:b/>
        </w:rPr>
        <w:t xml:space="preserve">[31:08] </w:t>
      </w:r>
      <w:r>
        <w:t>energy khatam ho rahi hai. Global warming ka zamana aa gaya hai. nai nai bimariyan paida ho rahi hain. aaj kal aap jante hain ke sab se zyada research kis par ho rahi hai?</w:t>
      </w:r>
    </w:p>
    <w:p>
      <w:pPr>
        <w:jc w:val="right"/>
      </w:pPr>
      <w:r>
        <w:t>Energy ختم ہو رہی ہے۔ Global warming کا زمانہ آ گیا ہے۔ نئی نئی بیماریاں پیدا ہو رہی ہیں۔ آج کل آپ جانتے ہیں کہ سب سے زیادہ research کس پر ہو رہی ہے؟</w:t>
      </w:r>
    </w:p>
    <w:p>
      <w:r>
        <w:rPr>
          <w:b/>
        </w:rPr>
        <w:t xml:space="preserve">[31:20] </w:t>
      </w:r>
      <w:r>
        <w:t>health par ho rahi hai.</w:t>
      </w:r>
    </w:p>
    <w:p>
      <w:pPr>
        <w:jc w:val="right"/>
      </w:pPr>
      <w:r>
        <w:t>Health پر ہو رہی ہے۔</w:t>
      </w:r>
    </w:p>
    <w:p>
      <w:r>
        <w:rPr>
          <w:b/>
        </w:rPr>
        <w:t xml:space="preserve">[31:23] </w:t>
      </w:r>
      <w:r>
        <w:t>pehlay research hoti thi astronomy par aur chemistry par aur physics par. pehlay. ab ho rahi hai kis par?</w:t>
      </w:r>
    </w:p>
    <w:p>
      <w:pPr>
        <w:jc w:val="right"/>
      </w:pPr>
      <w:r>
        <w:t>پہلے research ہوتی تھی astronomy پر اور chemistry پر اور physics پر۔ پہلے۔ اب ہو رہی ہے کس پر؟</w:t>
      </w:r>
    </w:p>
    <w:p>
      <w:r>
        <w:rPr>
          <w:b/>
        </w:rPr>
        <w:t xml:space="preserve">[31:34] </w:t>
      </w:r>
      <w:r>
        <w:t>problem of health. insan ko nai nai bimariyan jaise AIDS. aur blood pressure, heart attack, cancer.</w:t>
      </w:r>
    </w:p>
    <w:p>
      <w:pPr>
        <w:jc w:val="right"/>
      </w:pPr>
      <w:r>
        <w:t>Problem of health۔ انسان کو نئی نئی بیماریاں جیسے ایڈز۔ اور blood pressure، heart attack، cancer۔</w:t>
      </w:r>
    </w:p>
    <w:p>
      <w:r>
        <w:rPr>
          <w:b/>
        </w:rPr>
        <w:t xml:space="preserve">[31:46] </w:t>
      </w:r>
      <w:r>
        <w:t>sare log cancer mein mar rahe hain.</w:t>
      </w:r>
    </w:p>
    <w:p>
      <w:pPr>
        <w:jc w:val="right"/>
      </w:pPr>
      <w:r>
        <w:t>سارے لوگ cancer میں مر رہے ہیں۔</w:t>
      </w:r>
    </w:p>
    <w:p>
      <w:r>
        <w:rPr>
          <w:b/>
        </w:rPr>
        <w:t xml:space="preserve">[31:48] </w:t>
      </w:r>
      <w:r>
        <w:t>to jo taraqqi aai hai wo wo taraqqi naye naye diseases, naye diseases laai hai. naye qism ke disease.</w:t>
      </w:r>
    </w:p>
    <w:p>
      <w:pPr>
        <w:jc w:val="right"/>
      </w:pPr>
      <w:r>
        <w:t>تو جو ترقی آئی ہے وہ وہ ترقی نئے نئے diseases، نئے diseases لائی ہے۔ نئے قسم کے disease۔</w:t>
      </w:r>
    </w:p>
    <w:p>
      <w:r>
        <w:rPr>
          <w:b/>
        </w:rPr>
        <w:t xml:space="preserve">[31:57] </w:t>
      </w:r>
      <w:r>
        <w:t>naye qism ke health problem. to individual ki happiness bhi khatre mein pad gai. aur aur humanity at large ke ke baray mein jo samajh samjha gaya tha wo bhi ab khatam.</w:t>
      </w:r>
    </w:p>
    <w:p>
      <w:pPr>
        <w:jc w:val="right"/>
      </w:pPr>
      <w:r>
        <w:t>نئے قسم کے health problem۔ تو individual کی happiness بھی خطرے میں پڑ گئی۔ اور اور humanity at large کے کے بارے میں جو سمجھ سمجھا گیا تھا وہ بھی اب ختم۔</w:t>
      </w:r>
    </w:p>
    <w:p>
      <w:r>
        <w:rPr>
          <w:b/>
        </w:rPr>
        <w:t xml:space="preserve">[32:14] </w:t>
      </w:r>
      <w:r>
        <w:t>wo bhi ab khatam. kyunke jab life support system hi khatre mein hai to kaise aap taraqqi karenge? kya karenge aap?</w:t>
      </w:r>
    </w:p>
    <w:p>
      <w:pPr>
        <w:jc w:val="right"/>
      </w:pPr>
      <w:r>
        <w:t>وہ بھی اب ختم۔ کیونکہ جب life support system ہی خطرے میں ہے تو کیسے آپ ترقی کریں گے؟ کیا کریں گے آپ؟</w:t>
      </w:r>
    </w:p>
    <w:p>
      <w:r>
        <w:rPr>
          <w:b/>
        </w:rPr>
        <w:t xml:space="preserve">[32:25] </w:t>
      </w:r>
      <w:r>
        <w:t>to is se jo ek hadith hai jis mein hadith mein aaya hai ke qayamat se pehle suraj zameen ke bohat qareeb aa jayega.</w:t>
      </w:r>
    </w:p>
    <w:p>
      <w:pPr>
        <w:jc w:val="right"/>
      </w:pPr>
      <w:r>
        <w:t>تو اس سے جو ایک حدیث ہے جس میں حدیث میں آیا ہے کہ قیامت سے پہلے سورج زمین کے بہت قریب آ جائے گا۔</w:t>
      </w:r>
    </w:p>
    <w:p>
      <w:r>
        <w:rPr>
          <w:b/>
        </w:rPr>
        <w:t xml:space="preserve">[32:41] </w:t>
      </w:r>
      <w:r>
        <w:t>ek hadith mein bataya gaya hai ke jab qayamat qareeb aa jayegi to to suraj jo hai wo zameen ke bohat qareeb aa jayega.</w:t>
      </w:r>
    </w:p>
    <w:p>
      <w:pPr>
        <w:jc w:val="right"/>
      </w:pPr>
      <w:r>
        <w:t>ایک حدیث میں بتایا گیا ہے کہ جب قیامت قریب آ جائے گی تو تو سورج جو ہے وہ زمین کے بہت قریب آ جائے گا۔</w:t>
      </w:r>
    </w:p>
    <w:p>
      <w:r>
        <w:rPr>
          <w:b/>
        </w:rPr>
        <w:t xml:space="preserve">[32:52] </w:t>
      </w:r>
      <w:r>
        <w:t>yani zameen par garmi barh jayegi. main samajhta hoon ke is ka matlab yeh nahi hai ke is ka distance ghat jayega. is se murad wahi cheez hai jis ko hum aaj kehte hain global warming.</w:t>
      </w:r>
    </w:p>
    <w:p>
      <w:pPr>
        <w:jc w:val="right"/>
      </w:pPr>
      <w:r>
        <w:t>یعنی زمین پر گرمی بڑھ جائے گی۔ میں سمجھتا ہوں کہ اس کا مطلب یہ نہیں ہے کہ اس کا distance گھٹ جائے گا۔ اس سے مراد وہی چیز ہے جس کو ہم آج کہتے ہیں global warming۔</w:t>
      </w:r>
    </w:p>
    <w:p>
      <w:r>
        <w:rPr>
          <w:b/>
        </w:rPr>
        <w:t xml:space="preserve">[33:06] </w:t>
      </w:r>
      <w:r>
        <w:t>zameen ka jo faasla hai zameen aur suraj ke beech mein jo distance hai wo hai nau crore tees lakh meil.</w:t>
      </w:r>
    </w:p>
    <w:p>
      <w:pPr>
        <w:jc w:val="right"/>
      </w:pPr>
      <w:r>
        <w:t>زمین کا جو فاصلہ ہے زمین اور سورج کے بیچ میں جو distance ہے وہ ہے نو کروڑ تیس لاکھ میل۔</w:t>
      </w:r>
    </w:p>
    <w:p>
      <w:r>
        <w:rPr>
          <w:b/>
        </w:rPr>
        <w:t xml:space="preserve">[33:16] </w:t>
      </w:r>
      <w:r>
        <w:t>yani suraj hum hum se nau crore tees lakh meil door hai. is distance mein kuch bhi kami nahi hui hai.</w:t>
      </w:r>
    </w:p>
    <w:p>
      <w:pPr>
        <w:jc w:val="right"/>
      </w:pPr>
      <w:r>
        <w:t>یعنی سورج ہم ہم سے نو کروڑ تیس لاکھ میل دور ہے۔ اس distance میں کچھ بھی کمی نہیں ہوئی ہے۔</w:t>
      </w:r>
    </w:p>
    <w:p>
      <w:r>
        <w:rPr>
          <w:b/>
        </w:rPr>
        <w:t xml:space="preserve">[33:26] </w:t>
      </w:r>
      <w:r>
        <w:t>agar kami hoti to gradual tareeqay pe ho rahi hoti wo. lekin jo distance aaj se hazaron saal pehle tha wahi distance aaj bhi baqi hai.</w:t>
      </w:r>
    </w:p>
    <w:p>
      <w:pPr>
        <w:jc w:val="right"/>
      </w:pPr>
      <w:r>
        <w:t>اگر کمی ہوتی تو gradual طریقے پہ ہو رہی ہوتی وہ۔ لیکن جو distance آج سے ہزاروں سال پہلے تھا وہی distance آج بھی باقی ہے۔</w:t>
      </w:r>
    </w:p>
    <w:p>
      <w:r>
        <w:rPr>
          <w:b/>
        </w:rPr>
        <w:t xml:space="preserve">[33:36] </w:t>
      </w:r>
      <w:r>
        <w:t>nau crore tees lakh meil.</w:t>
      </w:r>
    </w:p>
    <w:p>
      <w:pPr>
        <w:jc w:val="right"/>
      </w:pPr>
      <w:r>
        <w:t>نو کروڑ تیس لاکھ میل۔</w:t>
      </w:r>
    </w:p>
    <w:p>
      <w:r>
        <w:rPr>
          <w:b/>
        </w:rPr>
        <w:t xml:space="preserve">[33:39] </w:t>
      </w:r>
      <w:r>
        <w:t>lekin yeh hum dekhte hain global warming ka phenomena aa gaya. to is se main samjha hoon ke hadith mein jo baat kahi gayi hai is ka matlab yeh nahi ke distance khatam ho jayega.</w:t>
      </w:r>
    </w:p>
    <w:p>
      <w:pPr>
        <w:jc w:val="right"/>
      </w:pPr>
      <w:r>
        <w:t>لیکن یہ ہم دیکھتے ہیں global warming کا phenomena آ گیا۔ تو اس سے میں سمجھا ہوں کہ حدیث میں جو بات کہی گئی ہے اس کا مطلب یہ نہیں کہ distance ختم ہو جائے گا۔</w:t>
      </w:r>
    </w:p>
    <w:p>
      <w:r>
        <w:rPr>
          <w:b/>
        </w:rPr>
        <w:t xml:space="preserve">[33:53] </w:t>
      </w:r>
      <w:r>
        <w:t>balke yeh hoga ke wahi jo us waqt ho raha hai ke ziyada garmi aa jayegi. ziyada hararat aa jayegi. temperature barh jayega.</w:t>
      </w:r>
    </w:p>
    <w:p>
      <w:pPr>
        <w:jc w:val="right"/>
      </w:pPr>
      <w:r>
        <w:t>بلکہ یہ ہوگا کہ وہی جو اس وقت ہو رہا ہے کہ زیادہ گرمی آ جائے گی۔ زیادہ حرارت آ جائے گی۔ Temperature بڑھ جائے گا۔</w:t>
      </w:r>
    </w:p>
    <w:p>
      <w:r>
        <w:rPr>
          <w:b/>
        </w:rPr>
        <w:t xml:space="preserve">[34:04] </w:t>
      </w:r>
      <w:r>
        <w:t>to global warming jo basically hai air pollution ki wajah se. air pollution jo hai jis cheez ko aap kehte hain industrial age ya super industrial age is ka direct phenomena hai.</w:t>
      </w:r>
    </w:p>
    <w:p>
      <w:pPr>
        <w:jc w:val="right"/>
      </w:pPr>
      <w:r>
        <w:t>تو global warming جو basically ہے air pollution کی وجہ سے۔ Air pollution جو ہے جس چیز کو آپ کہتے ہیں industrial age یا super industrial age اس کا direct phenomena ہے۔</w:t>
      </w:r>
    </w:p>
    <w:p>
      <w:r>
        <w:rPr>
          <w:b/>
        </w:rPr>
        <w:t xml:space="preserve">[34:20] </w:t>
      </w:r>
      <w:r>
        <w:t>to aaj yeh to ya to aap aisa karen ke ab tak jo tha yani progress ki taraf ja rahi thi dunya ab retrogress ki taraf shuru karen aap.</w:t>
      </w:r>
    </w:p>
    <w:p>
      <w:pPr>
        <w:jc w:val="right"/>
      </w:pPr>
      <w:r>
        <w:t>تو آج یہ تو یا تو آپ ایسا کریں کہ اب تک جو تھا یعنی progress کی طرف جا رہی تھی دنیا اب retrogress کی طرف شروع کریں آپ۔</w:t>
      </w:r>
    </w:p>
    <w:p>
      <w:r>
        <w:rPr>
          <w:b/>
        </w:rPr>
        <w:t xml:space="preserve">[34:32] </w:t>
      </w:r>
      <w:r>
        <w:t>yani progress ki bajaye retrogress agar shuru kar den yani industry khatam kar den factory khatam kar den sare luxury aur comfort ke items jo bante hain wo sab khatam kar den.</w:t>
      </w:r>
    </w:p>
    <w:p>
      <w:pPr>
        <w:jc w:val="right"/>
      </w:pPr>
      <w:r>
        <w:t>یعنی progress کی بجائے retrogress اگر شروع کر دیں یعنی industry ختم کر دیں factory ختم کر دیں سارے luxury اور comfort کے items جو بنتے ہیں وہ سب ختم کر دیں۔</w:t>
      </w:r>
    </w:p>
    <w:p>
      <w:r>
        <w:rPr>
          <w:b/>
        </w:rPr>
        <w:t xml:space="preserve">[34:42] </w:t>
      </w:r>
      <w:r>
        <w:t>chale jayen primitive age mein tab shayad air pollution na ho to insan to is ke liye tayyar nahi hoga.</w:t>
      </w:r>
    </w:p>
    <w:p>
      <w:pPr>
        <w:jc w:val="right"/>
      </w:pPr>
      <w:r>
        <w:t>چلے جائیں primitive age میں تب شاید air pollution نہ ہو تو انسان تو اس کے لیے تیار نہیں ہوگا۔</w:t>
      </w:r>
    </w:p>
    <w:p>
      <w:r>
        <w:rPr>
          <w:b/>
        </w:rPr>
        <w:t xml:space="preserve">[34:50] </w:t>
      </w:r>
      <w:r>
        <w:t>to comfort aur luxury ki direct price hai air pollution. aur air pollution ka direct result hai global warming. to aap kya karenge?</w:t>
      </w:r>
    </w:p>
    <w:p>
      <w:pPr>
        <w:jc w:val="right"/>
      </w:pPr>
      <w:r>
        <w:t>تو comfort اور luxury کی direct price ہے air pollution۔ اور air pollution کا direct result ہے global warming۔ تو آپ کیا کریں گے؟</w:t>
      </w:r>
    </w:p>
    <w:p>
      <w:r>
        <w:rPr>
          <w:b/>
        </w:rPr>
        <w:t xml:space="preserve">[35:03] </w:t>
      </w:r>
      <w:r>
        <w:t>abhi tak koi aisi technique daryaft nahi hui hai ke hamara hamari factory bhi chalen aur air pollution bhi na ho.</w:t>
      </w:r>
    </w:p>
    <w:p>
      <w:pPr>
        <w:jc w:val="right"/>
      </w:pPr>
      <w:r>
        <w:t>ابھی تک کوئی ایسی technique دریافت نہیں ہوئی ہے کہ ہمارا ہماری factory بھی چلیں اور air pollution بھی نہ ہو۔</w:t>
      </w:r>
    </w:p>
    <w:p>
      <w:r>
        <w:rPr>
          <w:b/>
        </w:rPr>
        <w:t xml:space="preserve">[35:12] </w:t>
      </w:r>
      <w:r>
        <w:t>is ki koi possibility nahi hai.</w:t>
      </w:r>
    </w:p>
    <w:p>
      <w:pPr>
        <w:jc w:val="right"/>
      </w:pPr>
      <w:r>
        <w:t>اس کی کوئی possibility نہیں ہے۔</w:t>
      </w:r>
    </w:p>
    <w:p>
      <w:r>
        <w:rPr>
          <w:b/>
        </w:rPr>
        <w:t xml:space="preserve">[35:16] </w:t>
      </w:r>
      <w:r>
        <w:t>ab se dedh sau saal pehle germany mein jab factory bani pehli baar jo coal par hua karti thi jo dhuan niklta hai is mein to unhon ne dekha ke dhuan ugal rahi hai chamanian factory ki chimni dhuan ugal rahi hai.</w:t>
      </w:r>
    </w:p>
    <w:p>
      <w:pPr>
        <w:jc w:val="right"/>
      </w:pPr>
      <w:r>
        <w:t>اب سے ڈیڑھ سو سال پہلے جرمنی میں جب factory بنی پہلی بار جو coal پر ہوا کرتی تھی جو دھواں نکلتا ہے اس میں تو انہوں نے دیکھا کہ دھواں اگل رہی ہے چمنیاں factory کی چمنی دھواں اگل رہی ہے۔</w:t>
      </w:r>
    </w:p>
    <w:p>
      <w:r>
        <w:rPr>
          <w:b/>
        </w:rPr>
        <w:t xml:space="preserve">[35:32] </w:t>
      </w:r>
      <w:r>
        <w:t>to kaha jata hai ke ek german ne kaha ke jab tak hamari factory dhuan ugal rahi hai tab tak hamari prosperity ka koi khatra nahi.</w:t>
      </w:r>
    </w:p>
    <w:p>
      <w:pPr>
        <w:jc w:val="right"/>
      </w:pPr>
      <w:r>
        <w:t>تو کہا جاتا ہے کہ ایک جرمن نے کہا کہ جب تک ہماری factory دھواں اگل رہی ہے تب تک ہماری prosperity کا کوئی خطرہ نہیں۔</w:t>
      </w:r>
    </w:p>
    <w:p>
      <w:r>
        <w:rPr>
          <w:b/>
        </w:rPr>
        <w:t xml:space="preserve">[35:45] </w:t>
      </w:r>
      <w:r>
        <w:t>to us waqt dhuyein ko wo problem ke roop mein nahi dekh rahe thay. yani dedh sau saal pehle europe ke log factory ke dhuyein ko problem ke roop mein nahi dekh rahe thay.</w:t>
      </w:r>
    </w:p>
    <w:p>
      <w:pPr>
        <w:jc w:val="right"/>
      </w:pPr>
      <w:r>
        <w:t>تو اس وقت دھوئیں کو وہ problem کے روپ میں نہیں دیکھ رہے تھے۔ یعنی ڈیڑھ سو سال پہلے یورپ کے لوگ factory کے دھوئیں کو problem کے روپ میں نہیں دیکھ رہے تھے۔</w:t>
      </w:r>
    </w:p>
    <w:p>
      <w:r>
        <w:rPr>
          <w:b/>
        </w:rPr>
        <w:t xml:space="preserve">[35:59] </w:t>
      </w:r>
      <w:r>
        <w:t>wo samajhte thay ke hamari prosperity ka yeh wo hai symbol hai. aaj wo cheez badal kar air pollution ban chuki hai.</w:t>
      </w:r>
    </w:p>
    <w:p>
      <w:pPr>
        <w:jc w:val="right"/>
      </w:pPr>
      <w:r>
        <w:t>وہ سمجھتے تھے کہ ہماری prosperity کا یہ وہ ہے symbol ہے۔ آج وہ چیز بدل کر air pollution بن چکی ہے۔</w:t>
      </w:r>
    </w:p>
    <w:p>
      <w:r>
        <w:rPr>
          <w:b/>
        </w:rPr>
        <w:t xml:space="preserve">[36:12] </w:t>
      </w:r>
      <w:r>
        <w:t>air pollution. aur air pollution ka result hua hai global warming. ab sari khushiyan khatam ho gayeen. happiness jo dekh rahe thay ke hum hum happiness ki taraf ja rahe hain to happiness nahi mili.</w:t>
      </w:r>
    </w:p>
    <w:p>
      <w:pPr>
        <w:jc w:val="right"/>
      </w:pPr>
      <w:r>
        <w:t>Air pollution۔ اور air pollution کا result ہوا ہے global warming۔ اب ساری خوشیاں ختم ہو گئیں۔ Happiness جو دیکھ رہے تھے کہ ہم ہم happiness کی طرف جا رہے ہیں تو happiness نہیں ملی۔</w:t>
      </w:r>
    </w:p>
    <w:p>
      <w:r>
        <w:rPr>
          <w:b/>
        </w:rPr>
        <w:t xml:space="preserve">[36:29] </w:t>
      </w:r>
      <w:r>
        <w:t>to main kahunga ke ab do mein se ek ka option hai. ya to aap retrogressive journey shuru karen peechay ki taraf.</w:t>
      </w:r>
    </w:p>
    <w:p>
      <w:pPr>
        <w:jc w:val="right"/>
      </w:pPr>
      <w:r>
        <w:t>تو میں کہوں گا کہ اب دو میں سے ایک کا option ہے۔ یا تو آپ retrogressive journey شروع کریں پیچھے کی طرف۔</w:t>
      </w:r>
    </w:p>
    <w:p>
      <w:r>
        <w:rPr>
          <w:b/>
        </w:rPr>
        <w:t xml:space="preserve">[36:42] </w:t>
      </w:r>
      <w:r>
        <w:t>Progressive journey ko chhod kar ke peeche safar shuru karen aur chale jayen wahan par jahan par koi factory nahin hoti thi. Kuchh bhi nahin hota tha.</w:t>
      </w:r>
    </w:p>
    <w:p>
      <w:pPr>
        <w:jc w:val="right"/>
      </w:pPr>
      <w:r>
        <w:t>Progressive journey کو چھوڑ کر کے پیچھے سفر شروع کریں اور چلے جائیں وہاں پر جہاں پر کوئی factory نہیں ہوتی تھی۔ کچھ بھی نہیں ہوتا تھا۔</w:t>
      </w:r>
    </w:p>
    <w:p>
      <w:r>
        <w:rPr>
          <w:b/>
        </w:rPr>
        <w:t xml:space="preserve">[36:52] </w:t>
      </w:r>
      <w:r>
        <w:t>Aadmi lakdi aur yaani iron age aur stone age ki taraf chale jayen. To kya insaan is ke liye tayyar hoga ke woh stone age ki taraf laut jaye woh?</w:t>
      </w:r>
    </w:p>
    <w:p>
      <w:pPr>
        <w:jc w:val="right"/>
      </w:pPr>
      <w:r>
        <w:t>آدمی لکڑی اور یعنی iron age اور stone age کی طرف چلے جائیں۔ تو کیا انسان اس کے لیے تیار ہوگا کہ وہ stone age کی طرف لوٹ جائے وہ؟</w:t>
      </w:r>
    </w:p>
    <w:p>
      <w:r>
        <w:rPr>
          <w:b/>
        </w:rPr>
        <w:t xml:space="preserve">[37:02] </w:t>
      </w:r>
      <w:r>
        <w:t>Main ne nahin samjha ke koi bhi shakhs tayyar hoga is ke liye. Ke stone age ki taraf wapas</w:t>
      </w:r>
    </w:p>
    <w:p>
      <w:pPr>
        <w:jc w:val="right"/>
      </w:pPr>
      <w:r>
        <w:t>میں نے نہیں سمجھا کہ کوئی بھی شخص تیار ہوگا اس کے لیے۔ کہ stone age کی طرف واپس</w:t>
      </w:r>
    </w:p>
    <w:p>
      <w:r>
        <w:rPr>
          <w:b/>
        </w:rPr>
        <w:t xml:space="preserve">[37:07] </w:t>
      </w:r>
      <w:r>
        <w:t>Chala jaye woh. Kaun hai jo sari factory ko band kar de? Sari industry ko band kar de? Main nahin samajhta koi aisa kar sakta hai. To stone age ki taraf hum ja nahin sakte.</w:t>
      </w:r>
    </w:p>
    <w:p>
      <w:pPr>
        <w:jc w:val="right"/>
      </w:pPr>
      <w:r>
        <w:t>چلا جائے وہ۔ کون ہے جو ساری factory کو بند کر دے؟ ساری industry کو بند کر دے؟ میں نہیں سمجھتا کوئی ایسا کر سکتا ہے۔ تو stone age کی طرف ہم جا نہیں سکتے۔</w:t>
      </w:r>
    </w:p>
    <w:p>
      <w:r>
        <w:rPr>
          <w:b/>
        </w:rPr>
        <w:t xml:space="preserve">[37:20] </w:t>
      </w:r>
      <w:r>
        <w:t>Retrogressive safar kar nahin sakte. To kya hai? Phir compulsively hum majboor hain kisi mein jiyein.</w:t>
      </w:r>
    </w:p>
    <w:p>
      <w:pPr>
        <w:jc w:val="right"/>
      </w:pPr>
      <w:r>
        <w:t>Retrogressive سفر کر نہیں سکتے۔ تو کیا ہے؟ پھر compulsively ہم مجبور ہیں کسی میں جیئیں۔</w:t>
      </w:r>
    </w:p>
    <w:p>
      <w:r>
        <w:rPr>
          <w:b/>
        </w:rPr>
        <w:t xml:space="preserve">[37:31] </w:t>
      </w:r>
      <w:r>
        <w:t>Air pollution mein aur global warming mein aur naye naye problem mein.</w:t>
      </w:r>
    </w:p>
    <w:p>
      <w:pPr>
        <w:jc w:val="right"/>
      </w:pPr>
      <w:r>
        <w:t>Air pollution میں اور global warming میں اور نئے نئے problem میں۔</w:t>
      </w:r>
    </w:p>
    <w:p>
      <w:r>
        <w:rPr>
          <w:b/>
        </w:rPr>
        <w:t xml:space="preserve">[37:39] </w:t>
      </w:r>
      <w:r>
        <w:t>To ab jo hai woh waqt aa gaya hai ke hum</w:t>
      </w:r>
    </w:p>
    <w:p>
      <w:pPr>
        <w:jc w:val="right"/>
      </w:pPr>
      <w:r>
        <w:t>تو اب جو ہے وہ وقت آ گیا ہے کہ ہم</w:t>
      </w:r>
    </w:p>
    <w:p>
      <w:r>
        <w:rPr>
          <w:b/>
        </w:rPr>
        <w:t xml:space="preserve">[37:45] </w:t>
      </w:r>
      <w:r>
        <w:t>Yeh sochen ke what is wrong with us?</w:t>
      </w:r>
    </w:p>
    <w:p>
      <w:pPr>
        <w:jc w:val="right"/>
      </w:pPr>
      <w:r>
        <w:t>یہ سوچیں کہ what is wrong with us؟</w:t>
      </w:r>
    </w:p>
    <w:p>
      <w:r>
        <w:rPr>
          <w:b/>
        </w:rPr>
        <w:t xml:space="preserve">[37:57] </w:t>
      </w:r>
      <w:r>
        <w:t>Reassess karen. Yeh waqt reassessment ka hai. Hamari soch ke reassessment ka waqt hai.</w:t>
      </w:r>
    </w:p>
    <w:p>
      <w:pPr>
        <w:jc w:val="right"/>
      </w:pPr>
      <w:r>
        <w:t>Reassess کریں۔ یہ وقت reassessment کا ہے۔ ہماری سوچ کے reassessment کا وقت ہے۔</w:t>
      </w:r>
    </w:p>
    <w:p>
      <w:r>
        <w:rPr>
          <w:b/>
        </w:rPr>
        <w:t xml:space="preserve">[38:06] </w:t>
      </w:r>
      <w:r>
        <w:t>Hamari soch ke reassessment ka waqt hai.</w:t>
      </w:r>
    </w:p>
    <w:p>
      <w:pPr>
        <w:jc w:val="right"/>
      </w:pPr>
      <w:r>
        <w:t>ہماری سوچ کے reassessment کا وقت ہے۔</w:t>
      </w:r>
    </w:p>
    <w:p>
      <w:r>
        <w:rPr>
          <w:b/>
        </w:rPr>
        <w:t xml:space="preserve">[38:13] </w:t>
      </w:r>
      <w:r>
        <w:t>Ke woh jo hum ne samajh rakha tha ke material progress ka matlab hai happiness. Yeh soch ban gayi thi ke material progress ka result kya hoga?</w:t>
      </w:r>
    </w:p>
    <w:p>
      <w:pPr>
        <w:jc w:val="right"/>
      </w:pPr>
      <w:r>
        <w:t>کہ وہ جو ہم نے سمجھ رکھا تھا کہ material progress کا مطلب ہے happiness۔ یہ سوچ بن گئی تھی کہ material progress کا result کیا ہوگا؟</w:t>
      </w:r>
    </w:p>
    <w:p>
      <w:r>
        <w:rPr>
          <w:b/>
        </w:rPr>
        <w:t xml:space="preserve">[38:27] </w:t>
      </w:r>
      <w:r>
        <w:t>Hum ko khushi milegi. Hum ko peace milegi.</w:t>
      </w:r>
    </w:p>
    <w:p>
      <w:pPr>
        <w:jc w:val="right"/>
      </w:pPr>
      <w:r>
        <w:t>ہم کو خوشی ملے گی۔ ہم کو peace ملے گا۔</w:t>
      </w:r>
    </w:p>
    <w:p>
      <w:r>
        <w:rPr>
          <w:b/>
        </w:rPr>
        <w:t xml:space="preserve">[38:32] </w:t>
      </w:r>
      <w:r>
        <w:t>To yeh jo samajh liya gaya tha is ko humein reassess karna hai. Kyun ke material progress bohat hui bohat hui bohat hui.</w:t>
      </w:r>
    </w:p>
    <w:p>
      <w:pPr>
        <w:jc w:val="right"/>
      </w:pPr>
      <w:r>
        <w:t>تو یہ جو سمجھ لیا گیا تھا اس کو ہمیں reassess کرنا ہے۔ کیونکہ material progress بہت ہوئی بہت ہوئی بہت ہوئی۔</w:t>
      </w:r>
    </w:p>
    <w:p>
      <w:r>
        <w:rPr>
          <w:b/>
        </w:rPr>
        <w:t xml:space="preserve">[38:43] </w:t>
      </w:r>
      <w:r>
        <w:t>Lekin happiness nahin mili. Khushi nahin mili. To masla yeh nahin hai ke hum kahen ke log hare mein hain.</w:t>
      </w:r>
    </w:p>
    <w:p>
      <w:pPr>
        <w:jc w:val="right"/>
      </w:pPr>
      <w:r>
        <w:t>لیکن happiness نہیں ملی۔ خوشی نہیں ملی۔ تو مسئلہ یہ نہیں ہے کہ ہم کہیں کہ لوگ حری میں ہیں۔</w:t>
      </w:r>
    </w:p>
    <w:p>
      <w:r>
        <w:rPr>
          <w:b/>
        </w:rPr>
        <w:t xml:space="preserve">[38:53] </w:t>
      </w:r>
      <w:r>
        <w:t>Hare mein kahan hain yeh to yeh to aik aik false statement hai. Hare ki baat nahin hai.</w:t>
      </w:r>
    </w:p>
    <w:p>
      <w:pPr>
        <w:jc w:val="right"/>
      </w:pPr>
      <w:r>
        <w:t>حری میں کہاں ہیں یہ تو یہ تو ایک ایک false statement ہے۔ حری کی بات نہیں ہے۔</w:t>
      </w:r>
    </w:p>
    <w:p>
      <w:r>
        <w:rPr>
          <w:b/>
        </w:rPr>
        <w:t xml:space="preserve">[39:02] </w:t>
      </w:r>
      <w:r>
        <w:t>Yeh to bilkul solid reason hai ke aadmi khushi pa nahin sakta.</w:t>
      </w:r>
    </w:p>
    <w:p>
      <w:pPr>
        <w:jc w:val="right"/>
      </w:pPr>
      <w:r>
        <w:t>یہ تو بالکل solid reason ہے کہ آدمی خوشی پا نہیں سکتا۔</w:t>
      </w:r>
    </w:p>
    <w:p>
      <w:r>
        <w:rPr>
          <w:b/>
        </w:rPr>
        <w:t xml:space="preserve">[39:09] </w:t>
      </w:r>
      <w:r>
        <w:t>Kyun ke industry jo hai pollution lati hai. Pollution jo hai woh global warming paida karta hai. Nayi nayi bimariyan paida karta hai. Naye naye problem paida karta hai.</w:t>
      </w:r>
    </w:p>
    <w:p>
      <w:pPr>
        <w:jc w:val="right"/>
      </w:pPr>
      <w:r>
        <w:t>کیونکہ industry جو ہے pollution لاتی ہے۔ Pollution جو ہے وہ global warming پیدا کرتا ہے۔ نئی نئی بیماریاں پیدا کرتا ہے۔ نئے نئے problem پیدا کرتا ہے۔</w:t>
      </w:r>
    </w:p>
    <w:p>
      <w:r>
        <w:rPr>
          <w:b/>
        </w:rPr>
        <w:t xml:space="preserve">[39:20] </w:t>
      </w:r>
      <w:r>
        <w:t>Glacier ki barf pighal rahi hai. Is se bohat bare bhari masail paida honge. Humein yaani hamare control se bahar hain yeh cheezein.</w:t>
      </w:r>
    </w:p>
    <w:p>
      <w:pPr>
        <w:jc w:val="right"/>
      </w:pPr>
      <w:r>
        <w:t>Glacier کی برف پگھل رہی ہے۔ اس سے بہت بڑے بھاری مسائل پیدا ہوں گے۔ ہمیں یعنی ہمارے کنٹرول سے باہر ہیں یہ چیزیں۔</w:t>
      </w:r>
    </w:p>
    <w:p>
      <w:r>
        <w:rPr>
          <w:b/>
        </w:rPr>
        <w:t xml:space="preserve">[39:31] </w:t>
      </w:r>
      <w:r>
        <w:t>Nature par hamara control nahin hai. Yeh sab nature kar rahi hai. To masla yeh reassessment ka hai.</w:t>
      </w:r>
    </w:p>
    <w:p>
      <w:pPr>
        <w:jc w:val="right"/>
      </w:pPr>
      <w:r>
        <w:t>Nature پر ہمارا کنٹرول نہیں ہے۔ یہ سب nature کر رہی ہے۔ تو مسئلہ یہ reassessment کا ہے۔</w:t>
      </w:r>
    </w:p>
    <w:p>
      <w:r>
        <w:rPr>
          <w:b/>
        </w:rPr>
        <w:t xml:space="preserve">[39:43] </w:t>
      </w:r>
      <w:r>
        <w:t>Reassessment ka masla hai. To woh bhi khatam ho gaya woh myth bhi ke individual agar taraqqi nahin kar raha hai to humanity at large to taraqqi kar rahi hai.</w:t>
      </w:r>
    </w:p>
    <w:p>
      <w:pPr>
        <w:jc w:val="right"/>
      </w:pPr>
      <w:r>
        <w:t>Reassessment کا مسئلہ ہے۔ تو وہ بھی ختم ہو گیا وہ myth بھی کہ individual اگر ترقی نہیں کر رہا ہے تو humanity at large تو ترقی کر رہی ہے۔</w:t>
      </w:r>
    </w:p>
    <w:p>
      <w:r>
        <w:rPr>
          <w:b/>
        </w:rPr>
        <w:t xml:space="preserve">[39:53] </w:t>
      </w:r>
      <w:r>
        <w:t>Is ka bhi end aa gaya. Kyun ke humanity taraqqi kar sakti thi jabke life support system jari rahe.</w:t>
      </w:r>
    </w:p>
    <w:p>
      <w:pPr>
        <w:jc w:val="right"/>
      </w:pPr>
      <w:r>
        <w:t>اس کا بھی end آ گیا۔ کیونکہ humanity ترقی کر سکتی تھی جبکہ life support system جاری رہے۔</w:t>
      </w:r>
    </w:p>
    <w:p>
      <w:r>
        <w:rPr>
          <w:b/>
        </w:rPr>
        <w:t xml:space="preserve">[40:01] </w:t>
      </w:r>
      <w:r>
        <w:t>Jab life support system hi nahin hai to humanity kaise taraqqi karegi? To dead end aa gaya yeh. To jab hum is par reassess karenge to hum payenge ke masla wohi hai ke waiting period mein hum chahte hain ke hum is ko woh gain kar sakein jo baad ko milne wala hai.</w:t>
      </w:r>
    </w:p>
    <w:p>
      <w:pPr>
        <w:jc w:val="right"/>
      </w:pPr>
      <w:r>
        <w:t>جب life support system ہی نہیں ہے تو humanity کیسے ترقی کرے گی؟ تو dead end آ گیا یہ۔ تو جب ہم اس پر reassess کریں گے تو ہم پائیں گے کہ مسئلہ وہی ہے کہ waiting period میں ہم چاہتے ہیں کہ ہم اس کو وہ gain کر سکیں جو بعد کو ملنے والا ہے۔</w:t>
      </w:r>
    </w:p>
    <w:p>
      <w:r>
        <w:rPr>
          <w:b/>
        </w:rPr>
        <w:t xml:space="preserve">[40:25] </w:t>
      </w:r>
      <w:r>
        <w:t>Hum waiting period mein jee rahe hain. Hum gaining period mein nahin jee rahe.</w:t>
      </w:r>
    </w:p>
    <w:p>
      <w:pPr>
        <w:jc w:val="right"/>
      </w:pPr>
      <w:r>
        <w:t>ہم waiting period میں جی رہے ہیں۔ ہم gaining period میں نہیں جی رہے۔</w:t>
      </w:r>
    </w:p>
    <w:p>
      <w:r>
        <w:rPr>
          <w:b/>
        </w:rPr>
        <w:t xml:space="preserve">[40:30] </w:t>
      </w:r>
      <w:r>
        <w:t>Apni soch ko badalna hai. Soch ko badalna hai. Khud material civilization jo hai is mein kuchh bhi aap karen lekin happiness milne wali nahin hai.</w:t>
      </w:r>
    </w:p>
    <w:p>
      <w:pPr>
        <w:jc w:val="right"/>
      </w:pPr>
      <w:r>
        <w:t>اپنی سوچ کو بدلنا ہے۔ سوچ کو بدلنا ہے۔ خود material civilization جو ہے اس میں کچھ بھی آپ کریں لیکن happiness ملنے والی نہیں ہے۔</w:t>
      </w:r>
    </w:p>
    <w:p>
      <w:r>
        <w:rPr>
          <w:b/>
        </w:rPr>
        <w:t xml:space="preserve">[40:45] </w:t>
      </w:r>
      <w:r>
        <w:t>Albatta apni soch ko agar badal lein. Aaj ke zamane ko agar aap samajh lein ke yeh waiting period mein main hoon to phir sukoon aa jayega. Contentment aa jayega.</w:t>
      </w:r>
    </w:p>
    <w:p>
      <w:pPr>
        <w:jc w:val="right"/>
      </w:pPr>
      <w:r>
        <w:t>البتہ اپنی سوچ کو اگر بدل لیں۔ آج کے زمانے کو اگر آپ سمجھ لیں کہ یہ waiting period میں میں ہوں تو پھر سکون آ جائے گا۔ Contentment آ جائے گا۔</w:t>
      </w:r>
    </w:p>
    <w:p>
      <w:r>
        <w:rPr>
          <w:b/>
        </w:rPr>
        <w:t xml:space="preserve">[40:55] </w:t>
      </w:r>
      <w:r>
        <w:t>aur phir aap ko yani khushi mil jaye gi ke jo aaj mein nahi pa raha hoon woh mein kal pa sakta hoon.</w:t>
      </w:r>
    </w:p>
    <w:p>
      <w:pPr>
        <w:jc w:val="right"/>
      </w:pPr>
      <w:r>
        <w:t>اور پھر آپ کو یعنی خوشی مل جائے گی کہ جو آج میں نہیں پا رہا ہوں وہ میں کل پا سکتا ہوں۔</w:t>
      </w:r>
    </w:p>
    <w:p>
      <w:r>
        <w:rPr>
          <w:b/>
        </w:rPr>
        <w:t xml:space="preserve">[41:06] </w:t>
      </w:r>
      <w:r>
        <w:t>bas yahi hal hai is mamle ka ke hum reassess karein. phir se sochein. hum apni zindagi ki replanning karein.</w:t>
      </w:r>
    </w:p>
    <w:p>
      <w:pPr>
        <w:jc w:val="right"/>
      </w:pPr>
      <w:r>
        <w:t>بس یہی حل ہے اس معاملے کا کہ ہم reassess کریں۔ پھر سے سوچیں۔ ہم اپنی زندگی کی replanning کریں۔</w:t>
      </w:r>
    </w:p>
    <w:p>
      <w:r>
        <w:rPr>
          <w:b/>
        </w:rPr>
        <w:t xml:space="preserve">[41:18] </w:t>
      </w:r>
      <w:r>
        <w:t>aur is ke siwa koi doosra option hamare liye nahi hai.</w:t>
      </w:r>
    </w:p>
    <w:p>
      <w:pPr>
        <w:jc w:val="right"/>
      </w:pPr>
      <w:r>
        <w:t>اور اس کے سوا کوئی دوسرا option ہمارے لیے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