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 Al-Baqarah (The Heifer) Verses 217-286 - Maulana Wahiduddin Khan</w:t>
      </w:r>
    </w:p>
    <w:p>
      <w:r>
        <w:t>https://www.youtube.com/watch?v=eTzucwuA3j0</w:t>
      </w:r>
    </w:p>
    <w:p>
      <w:r>
        <w:rPr>
          <w:b/>
        </w:rPr>
        <w:t xml:space="preserve">[01:29] </w:t>
      </w:r>
      <w:r>
        <w:t>wallah ghafoor raheem.</w:t>
      </w:r>
    </w:p>
    <w:p>
      <w:pPr>
        <w:jc w:val="right"/>
      </w:pPr>
      <w:r>
        <w:t>، والله غفور رحيم.</w:t>
      </w:r>
    </w:p>
    <w:p>
      <w:r>
        <w:rPr>
          <w:b/>
        </w:rPr>
        <w:t xml:space="preserve">[01:36] </w:t>
      </w:r>
      <w:r>
        <w:t>log tum se hurmat wale mahine ki babat poochte hain ke is mein ladna kaisa hai, keh do ke is mein ladna bohat bura hai,</w:t>
      </w:r>
    </w:p>
    <w:p>
      <w:pPr>
        <w:jc w:val="right"/>
      </w:pPr>
      <w:r>
        <w:t>لوگ تم سے حرمت والے مہینے کی بابت پوچھتے ہیں کہ اس میں لڑنا کیسا ہے، کہہ دو کہ اس میں لڑنا بہت برا ہے،</w:t>
      </w:r>
    </w:p>
    <w:p>
      <w:r>
        <w:rPr>
          <w:b/>
        </w:rPr>
        <w:t xml:space="preserve">[01:48] </w:t>
      </w:r>
      <w:r>
        <w:t>magar Allah ke raste se rokna aur is ka inkar karna aur masjid haram se rokna aur is ke logon ko is se nikalna Allah ke nazdeek is se bhi zyada bura hai,</w:t>
      </w:r>
    </w:p>
    <w:p>
      <w:pPr>
        <w:jc w:val="right"/>
      </w:pPr>
      <w:r>
        <w:t>مگر اللہ کے راستے سے روکنا اور اس کا انکار کرنا اور مسجد حرام سے روکنا اور اس کے لوگوں کو اس سے نکالنا اللہ کے نزدیک اس سے بھی زیادہ برا ہے،</w:t>
      </w:r>
    </w:p>
    <w:p>
      <w:r>
        <w:rPr>
          <w:b/>
        </w:rPr>
        <w:t xml:space="preserve">[02:06] </w:t>
      </w:r>
      <w:r>
        <w:t>aur fitna qatal se bhi zyada bari burai hai, aur yeh log tum se barabar ladte rahenge yahan tak ke tum ko tumhare deen se pher dein agar qabu paayein,</w:t>
      </w:r>
    </w:p>
    <w:p>
      <w:pPr>
        <w:jc w:val="right"/>
      </w:pPr>
      <w:r>
        <w:t>اور فتنہ قتل سے بھی زیادہ بڑی برائی ہے، اور یہ لوگ تم سے برابر لڑتے رہیں گے یہاں تک کہ تم کو تمہارے دین سے پھیر دیں اگر قابو پائیں،</w:t>
      </w:r>
    </w:p>
    <w:p>
      <w:r>
        <w:rPr>
          <w:b/>
        </w:rPr>
        <w:t xml:space="preserve">[02:21] </w:t>
      </w:r>
      <w:r>
        <w:t>aur tum mein se jo koi apne deen se phire aur kufar ki halat mein mar jaye</w:t>
      </w:r>
    </w:p>
    <w:p>
      <w:pPr>
        <w:jc w:val="right"/>
      </w:pPr>
      <w:r>
        <w:t>اور تم میں سے جو کوئی اپنے دین سے پھرے اور کفر کی حالت میں مر جائے</w:t>
      </w:r>
    </w:p>
    <w:p>
      <w:r>
        <w:rPr>
          <w:b/>
        </w:rPr>
        <w:t xml:space="preserve">[02:31] </w:t>
      </w:r>
      <w:r>
        <w:t>to aise logon ke amal zaya ho gaye dunya mein aur akhirat mein, aur woh aag mein padne</w:t>
      </w:r>
    </w:p>
    <w:p>
      <w:pPr>
        <w:jc w:val="right"/>
      </w:pPr>
      <w:r>
        <w:t>تو ایسے لوگوں کے عمل ضائع ہو گئے دنیا میں اور آخرت میں، اور وہ آگ میں پڑنے</w:t>
      </w:r>
    </w:p>
    <w:p>
      <w:r>
        <w:rPr>
          <w:b/>
        </w:rPr>
        <w:t xml:space="preserve">[02:39] </w:t>
      </w:r>
      <w:r>
        <w:t>waale hain, woh is mein hamesha rahenge, woh log jo imaan laaye aur jinhone hijrat ki</w:t>
      </w:r>
    </w:p>
    <w:p>
      <w:pPr>
        <w:jc w:val="right"/>
      </w:pPr>
      <w:r>
        <w:t>والے ہیں، وہ اس میں ہمیشہ رہیں گے، وہ لوگ جو ایمان لائے اور جنہوں نے ہجرت کی</w:t>
      </w:r>
    </w:p>
    <w:p>
      <w:r>
        <w:rPr>
          <w:b/>
        </w:rPr>
        <w:t xml:space="preserve">[02:48] </w:t>
      </w:r>
      <w:r>
        <w:t>aur Allah ki raah mein jihad kiya, woh Allah ki rehmat ke ummeedwaar hain, aur Allah bakhsne wala</w:t>
      </w:r>
    </w:p>
    <w:p>
      <w:pPr>
        <w:jc w:val="right"/>
      </w:pPr>
      <w:r>
        <w:t>اور اللہ کی راہ میں جہاد کیا، وہ اللہ کی رحمت کے امیدوار ہیں، اور اللہ بخشنے والا</w:t>
      </w:r>
    </w:p>
    <w:p>
      <w:r>
        <w:rPr>
          <w:b/>
        </w:rPr>
        <w:t xml:space="preserve">[03:00] </w:t>
      </w:r>
      <w:r>
        <w:t>meherban hai.</w:t>
      </w:r>
    </w:p>
    <w:p>
      <w:pPr>
        <w:jc w:val="right"/>
      </w:pPr>
      <w:r>
        <w:t>مہربان ہے۔</w:t>
      </w:r>
    </w:p>
    <w:p>
      <w:r>
        <w:rPr>
          <w:b/>
        </w:rPr>
        <w:t xml:space="preserve">[03:05] </w:t>
      </w:r>
      <w:r>
        <w:t>tashreeh: rajab san do hijri mein yeh waqea pesh aya ke musalmanon ke ek dasta aur mushrikeen quraish ke ek jamaat ke darmiyan takrao ho gaya,</w:t>
      </w:r>
    </w:p>
    <w:p>
      <w:pPr>
        <w:jc w:val="right"/>
      </w:pPr>
      <w:r>
        <w:t>تشریح: رجب سن دو ہجری میں یہ واقعہ پیش آیا کہ مسلمانوں کے ایک دستہ اور مشرکین قریش کے ایک جماعت کے درمیان ٹکراؤ ہو گیا،</w:t>
      </w:r>
    </w:p>
    <w:p>
      <w:r>
        <w:rPr>
          <w:b/>
        </w:rPr>
        <w:t xml:space="preserve">[03:19] </w:t>
      </w:r>
      <w:r>
        <w:t>yeh waqea makka aur taif ke darmiyan nakhla mein pesh aya, quraish ka ek aadmi musalmanon ke hath se mara gaya, musalmanon ka khayal tha ke yeh jo madthani ki 30 tareekh hai</w:t>
      </w:r>
    </w:p>
    <w:p>
      <w:pPr>
        <w:jc w:val="right"/>
      </w:pPr>
      <w:r>
        <w:t>یہ واقعہ مکہ اور طائف کے درمیان نخلہ میں پیش آیا، قریش کا ایک آدمی مسلمانوں کے ہاتھ سے مارا گیا، مسلمانوں کا خیال تھا کہ یہ جو مدثانی کی 30 تاریخ ہے</w:t>
      </w:r>
    </w:p>
    <w:p>
      <w:r>
        <w:rPr>
          <w:b/>
        </w:rPr>
        <w:t xml:space="preserve">[03:34] </w:t>
      </w:r>
      <w:r>
        <w:t>magar chand 29 ka ho gaya tha aur woh rajab ki pehli tareekh thi, rajab ka mahina maah haram mein shumar hota hai aur sadiyon ke riwaj se is mamle mein arbon ke jazbat bohat shadeed the,</w:t>
      </w:r>
    </w:p>
    <w:p>
      <w:pPr>
        <w:jc w:val="right"/>
      </w:pPr>
      <w:r>
        <w:t>مگر چاند 29 کا ہو گیا تھا اور وہ رجب کی پہلی تاریخ تھی، رجب کا مہینہ ماہ حرام میں شمار ہوتا ہے اور صدیوں کے رواج سے اس معاملے میں عربوں کے جذبات بہت شدید تھے،</w:t>
      </w:r>
    </w:p>
    <w:p>
      <w:r>
        <w:rPr>
          <w:b/>
        </w:rPr>
        <w:t xml:space="preserve">[03:51] </w:t>
      </w:r>
      <w:r>
        <w:t>is tarah mukhalifeen ko mauqa mil gaya ke woh musalmanon ko aur rasool Allah salallaho alaihi wasallam ko badnaam karein ke yeh log haq parasti se itna door hain ke haram mahinon ki hurmat ka bhi khayal nahi karte,</w:t>
      </w:r>
    </w:p>
    <w:p>
      <w:pPr>
        <w:jc w:val="right"/>
      </w:pPr>
      <w:r>
        <w:t>اس طرح مخالفین کو موقع مل گیا کہ وہ مسلمانوں کو اور رسول اللہ صلی اللہ علیہ وسلم کو بدنام کریں کہ یہ لوگ حق پرستی سے اتنا دور ہیں کہ حرام مہینوں کی حرمت کا بھی خیال نہیں کرتے،</w:t>
      </w:r>
    </w:p>
    <w:p>
      <w:r>
        <w:rPr>
          <w:b/>
        </w:rPr>
        <w:t xml:space="preserve">[04:08] </w:t>
      </w:r>
      <w:r>
        <w:t>jawab mein kaha gaya ke maah haram mein ladna yaqeenan gunah hai,</w:t>
      </w:r>
    </w:p>
    <w:p>
      <w:pPr>
        <w:jc w:val="right"/>
      </w:pPr>
      <w:r>
        <w:t>جواب میں کہا گیا کہ ماہ حرام میں لڑنا یقینا گناہ ہے،</w:t>
      </w:r>
    </w:p>
    <w:p>
      <w:r>
        <w:rPr>
          <w:b/>
        </w:rPr>
        <w:t xml:space="preserve">[04:13] </w:t>
      </w:r>
      <w:r>
        <w:t>magar musalmanon se yeh feal to bhool se aur ittifaqan ho gaya, aur tum logon ka hal yeh hai ke jaan boojh kar aur mustaqil taur par tum is se kahin zyada bade jurm kar rahe ho,</w:t>
      </w:r>
    </w:p>
    <w:p>
      <w:pPr>
        <w:jc w:val="right"/>
      </w:pPr>
      <w:r>
        <w:t>مگر مسلمانوں سے یہ فعل تو بھول سے اور اتفاقا ہو گیا، اور تم لوگوں کا حال یہ ہے کہ جان بوجھ کر اور مستقل طور پر تم اس سے کہیں زیادہ بڑے جرم کر رہے ہو،</w:t>
      </w:r>
    </w:p>
    <w:p>
      <w:r>
        <w:rPr>
          <w:b/>
        </w:rPr>
        <w:t xml:space="preserve">[04:28] </w:t>
      </w:r>
      <w:r>
        <w:t>tumhare darmiyan Allah ki pukar buland hui magar tum ne is ko manane se inkar kar diya, aur doosron ko bhi is ko ikhtiyar karne se tum rokte ho,</w:t>
      </w:r>
    </w:p>
    <w:p>
      <w:pPr>
        <w:jc w:val="right"/>
      </w:pPr>
      <w:r>
        <w:t>تمہارے درمیان اللہ کی پکار بلند ہوئی مگر تم نے اس کو ماننے سے انکار کر دیا، اور دوسروں کو بھی اس کو اختیار کرنے سے تم روکتے ہو،</w:t>
      </w:r>
    </w:p>
    <w:p>
      <w:r>
        <w:rPr>
          <w:b/>
        </w:rPr>
        <w:t xml:space="preserve">[04:43] </w:t>
      </w:r>
      <w:r>
        <w:t>tumhare zid aur anaad ka yeh hal hai ke Allah ke bando ke upar Allah ke ghar ka darwaza band karte ho, aur un ko un ke apne gharon se nikalne par majboor karte ho,</w:t>
      </w:r>
    </w:p>
    <w:p>
      <w:pPr>
        <w:jc w:val="right"/>
      </w:pPr>
      <w:r>
        <w:t>تمہارے ضد اور عناد کا یہ حال ہے کہ اللہ کے بندوں کے اوپر اللہ کے گھر کا دروازہ بند کرتے ہو، اور ان کو ان کے اپنے گھروں سے نکلنے پر مجبور کرتے ہو،</w:t>
      </w:r>
    </w:p>
    <w:p>
      <w:r>
        <w:rPr>
          <w:b/>
        </w:rPr>
        <w:t xml:space="preserve">[04:58] </w:t>
      </w:r>
      <w:r>
        <w:t>hata ke jo log Allah ke deen ki taraf badhte hain un ko tarah tarah se satate ho taake woh is ko chhod dein,</w:t>
      </w:r>
    </w:p>
    <w:p>
      <w:pPr>
        <w:jc w:val="right"/>
      </w:pPr>
      <w:r>
        <w:t>حتی کہ جو لوگ اللہ کے دین کی طرف بڑھتے ہیں ان کو طرح طرح سے ستاتے ہو تاکہ وہ اس کو چھوڑ دیں،</w:t>
      </w:r>
    </w:p>
    <w:p>
      <w:r>
        <w:rPr>
          <w:b/>
        </w:rPr>
        <w:t xml:space="preserve">[05:08] </w:t>
      </w:r>
      <w:r>
        <w:t>halanke kisi ko Allah ke raste se hatana is ko qatal kar dene se bhi zyada bura hai, Allah ke nazdeek yeh bohat bada jurm hai ke aadmi khud badi badi burai mein mubtala ho aur doosre ki ek mamooli khata ko pa jaye to us ko shohrat de kar us ko badnaam kare,</w:t>
      </w:r>
    </w:p>
    <w:p>
      <w:pPr>
        <w:jc w:val="right"/>
      </w:pPr>
      <w:r>
        <w:t>حالانکہ کسی کو اللہ کے راستے سے ہٹانا اس کو قتل کر دینے سے بھی زیادہ برا ہے، اللہ کے نزدیک یہ بہت بڑا جرم ہے کہ آدمی خود بڑی بڑی برائی میں مبتلا ہو اور دوسرے کی ایک معمولی خطا کو پا جائے تو اس کو شہرت دے کر اس کو بدنام کرے،</w:t>
      </w:r>
    </w:p>
    <w:p>
      <w:r>
        <w:rPr>
          <w:b/>
        </w:rPr>
        <w:t xml:space="preserve">[05:33] </w:t>
      </w:r>
      <w:r>
        <w:t>mukhalifat ka yeh nateeja hota hai ke ahle imaan ko apne ghar ko chhodna padta hai, deen par qaim rehne ke liye un ko jihad ki had tak jana padta hai,</w:t>
      </w:r>
    </w:p>
    <w:p>
      <w:pPr>
        <w:jc w:val="right"/>
      </w:pPr>
      <w:r>
        <w:t>مخالفت کا یہ نتیجہ ہوتا ہے کہ اہل ایمان کو اپنے گھر کو چھوڑنا پڑتا ہے، دین پر قائم رہنے کے لیے ان کو جہاد کی حد تک جانا پڑتا ہے،</w:t>
      </w:r>
    </w:p>
    <w:p>
      <w:r>
        <w:rPr>
          <w:b/>
        </w:rPr>
        <w:t xml:space="preserve">[05:48] </w:t>
      </w:r>
      <w:r>
        <w:t>magar maujooda dunya mein aisa hona zaroori hai, yeh ek do tarafah amal hai jo khuda paraston aur khuda dushmano ko ek doosre se alag karta hai,</w:t>
      </w:r>
    </w:p>
    <w:p>
      <w:pPr>
        <w:jc w:val="right"/>
      </w:pPr>
      <w:r>
        <w:t>مگر موجودہ دنیا میں ایسا ہونا ضروری ہے، یہ ایک دو طرفہ عمل ہے جو خدا پرستوں اور خدا دشمنوں کو ایک دوسرے سے الگ کرتا ہے،</w:t>
      </w:r>
    </w:p>
    <w:p>
      <w:r>
        <w:rPr>
          <w:b/>
        </w:rPr>
        <w:t xml:space="preserve">[06:01] </w:t>
      </w:r>
      <w:r>
        <w:t>is tarah ek taraf yeh sabit hota hai ke woh kaun log hain jo Allah ke nahi balkeh apni zaat ke pujari hain, jo apne zaati mafad ke liye Allah se bekhauf ho kar Allah ke bando ko satate hain,</w:t>
      </w:r>
    </w:p>
    <w:p>
      <w:pPr>
        <w:jc w:val="right"/>
      </w:pPr>
      <w:r>
        <w:t>اس طرح ایک طرف یہ ثابت ہوتا ہے کہ وہ کون لوگ ہیں جو اللہ کے نہیں بلکہ اپنی ذات کے پجاری ہیں، جو اپنے ذاتی مفاد کے لیے اللہ سے بے خوف ہو کر اللہ کے بندوں کو ستاتے ہیں،</w:t>
      </w:r>
    </w:p>
    <w:p>
      <w:r>
        <w:rPr>
          <w:b/>
        </w:rPr>
        <w:t xml:space="preserve">[06:17] </w:t>
      </w:r>
      <w:r>
        <w:t>doosri taraf isi waqea ke darmiyan imaan aur hijrat aur jihad ki nekiyan zahoor mein aati hain,</w:t>
      </w:r>
    </w:p>
    <w:p>
      <w:pPr>
        <w:jc w:val="right"/>
      </w:pPr>
      <w:r>
        <w:t>دوسری طرف اسی واقعے کے درمیان ایمان اور ہجرت اور جہاد کی نیکیاں ظہور میں آتی ہیں،</w:t>
      </w:r>
    </w:p>
    <w:p>
      <w:r>
        <w:rPr>
          <w:b/>
        </w:rPr>
        <w:t xml:space="preserve">[06:26] </w:t>
      </w:r>
      <w:r>
        <w:t>is se maloom hota hai ke woh kaun log hain jinhone halaat ki shiddat ke bawajood Allah</w:t>
      </w:r>
    </w:p>
    <w:p>
      <w:pPr>
        <w:jc w:val="right"/>
      </w:pPr>
      <w:r>
        <w:t>اس سے معلوم ہوتا ہے کہ وہ کون لوگ ہیں جنہوں نے حالات کی شدت کے باوجود اللہ</w:t>
      </w:r>
    </w:p>
    <w:p>
      <w:r>
        <w:rPr>
          <w:b/>
        </w:rPr>
        <w:t xml:space="preserve">[06:34] </w:t>
      </w:r>
      <w:r>
        <w:t>par apne bharose ko baqi rakha aur kis ne is ko kho diya.</w:t>
      </w:r>
    </w:p>
    <w:p>
      <w:pPr>
        <w:jc w:val="right"/>
      </w:pPr>
      <w:r>
        <w:t>پر اپنے بھروسے کو باقی رکھا اور کس نے اس کو کھو دیا۔</w:t>
      </w:r>
    </w:p>
    <w:p>
      <w:r>
        <w:rPr>
          <w:b/>
        </w:rPr>
        <w:t xml:space="preserve">[07:56] </w:t>
      </w:r>
      <w:r>
        <w:t>log tum se sharab aur jue ki babat poochte hain, keh do ke in dono cheezon mein bada gunah hai aur logon ke liye kuch faide bhi hain aur un ka gunah bohat zyada hai un ke faide se,</w:t>
      </w:r>
    </w:p>
    <w:p>
      <w:pPr>
        <w:jc w:val="right"/>
      </w:pPr>
      <w:r>
        <w:t>لوگ تم سے شراب اور جوئے کی بابت پوچھتے ہیں، کہہ دو کہ ان دونوں چیزوں میں بڑا گناہ ہے اور لوگوں کے لیے کچھ فائدے بھی ہیں اور ان کا گناہ بہت زیادہ ہے ان کے فائدے سے،</w:t>
      </w:r>
    </w:p>
    <w:p>
      <w:r>
        <w:rPr>
          <w:b/>
        </w:rPr>
        <w:t xml:space="preserve">[08:16] </w:t>
      </w:r>
      <w:r>
        <w:t>aur woh tum se poochte hain ke kya kharch karein, keh do ke jo hajat se zyada ho, is tarah Allah tumhare liye ahkam ko bayan karta hai taake tum dhiyan karo</w:t>
      </w:r>
    </w:p>
    <w:p>
      <w:pPr>
        <w:jc w:val="right"/>
      </w:pPr>
      <w:r>
        <w:t>اور وہ تم سے پوچھتے ہیں کہ کیا خرچ کریں، کہہ دو کہ جو حاجت سے زیادہ ہو، اس طرح اللہ تمہارے لیے احکام کو بیان کرتا ہے تاکہ تم دھیان کرو</w:t>
      </w:r>
    </w:p>
    <w:p>
      <w:r>
        <w:rPr>
          <w:b/>
        </w:rPr>
        <w:t xml:space="preserve">[08:32] </w:t>
      </w:r>
      <w:r>
        <w:t>dunya aur akhirat ke mamlaat mein, aur woh tum se yateemon ki baat poochte hain, keh do ke jis mein un ki behbood ho woh behtar hai, aur agar tum un ko apne sath shamil kar lo to woh tumhare bhai hain, aur Allah ko maloom hai ke kaun kharabi paida karne wala hai aur kaun durustgi paida karne wala,</w:t>
      </w:r>
    </w:p>
    <w:p>
      <w:pPr>
        <w:jc w:val="right"/>
      </w:pPr>
      <w:r>
        <w:t>دنیا اور آخرت کے معاملات میں، اور وہ تم سے یتیموں کی بابت پوچھتے ہیں، کہہ دو کہ جس میں ان کی بہبود ہو وہ بہتر ہے، اور اگر تم ان کو اپنے ساتھ شامل کر لو تو وہ تمہارے بھائی ہیں، اور اللہ کو معلوم ہے کہ کون خرابی پیدا کرنے والا ہے اور کون درستگی پیدا کرنے والا،</w:t>
      </w:r>
    </w:p>
    <w:p>
      <w:r>
        <w:rPr>
          <w:b/>
        </w:rPr>
        <w:t xml:space="preserve">[09:00] </w:t>
      </w:r>
      <w:r>
        <w:t>aur agar Allah chahta to tum ko mushkil mein dal deta,</w:t>
      </w:r>
    </w:p>
    <w:p>
      <w:pPr>
        <w:jc w:val="right"/>
      </w:pPr>
      <w:r>
        <w:t>اور اگر اللہ چاہتا تو تم کو مشکل میں ڈال دیتا،</w:t>
      </w:r>
    </w:p>
    <w:p>
      <w:r>
        <w:rPr>
          <w:b/>
        </w:rPr>
        <w:t xml:space="preserve">[09:07] </w:t>
      </w:r>
      <w:r>
        <w:t>Allah zabardast hai, tadbeer wala hai.</w:t>
      </w:r>
    </w:p>
    <w:p>
      <w:pPr>
        <w:jc w:val="right"/>
      </w:pPr>
      <w:r>
        <w:t>اللہ زبردست ہے، تدبیر والا ہے۔</w:t>
      </w:r>
    </w:p>
    <w:p>
      <w:r>
        <w:rPr>
          <w:b/>
        </w:rPr>
        <w:t xml:space="preserve">[09:13] </w:t>
      </w:r>
      <w:r>
        <w:t>tashreeh: chand sawalat ka jawab dete hue yahan kuch bunyadi usool bata diye gaye hain,</w:t>
      </w:r>
    </w:p>
    <w:p>
      <w:pPr>
        <w:jc w:val="right"/>
      </w:pPr>
      <w:r>
        <w:t>تشریح: چند سوالات کا جواب دیتے ہوئے یہاں کچھ بنیادی اصول بتا دیے گئے ہیں،</w:t>
      </w:r>
    </w:p>
    <w:p>
      <w:r>
        <w:rPr>
          <w:b/>
        </w:rPr>
        <w:t xml:space="preserve">[09:25] </w:t>
      </w:r>
      <w:r>
        <w:t>kisi cheez ka nuqsan agar us ke nafa se zyada ho to woh qabil e tark hai,</w:t>
      </w:r>
    </w:p>
    <w:p>
      <w:pPr>
        <w:jc w:val="right"/>
      </w:pPr>
      <w:r>
        <w:t>کسی چیز کا نقصان اگر اس کے نفع سے زیادہ ہو تو وہ قابل ترک ہے،</w:t>
      </w:r>
    </w:p>
    <w:p>
      <w:r>
        <w:rPr>
          <w:b/>
        </w:rPr>
        <w:t xml:space="preserve">[09:35] </w:t>
      </w:r>
      <w:r>
        <w:t>apni waqai zaroorat se zyada jo maal ho us ko Allah ki rah mein de dena chahiye,</w:t>
      </w:r>
    </w:p>
    <w:p>
      <w:pPr>
        <w:jc w:val="right"/>
      </w:pPr>
      <w:r>
        <w:t>اپنی واقعی ضرورت سے زیادہ جو مال ہو اس کو اللہ کی راہ میں دے دینا چاہیے،</w:t>
      </w:r>
    </w:p>
    <w:p>
      <w:r>
        <w:rPr>
          <w:b/>
        </w:rPr>
        <w:t xml:space="preserve">[09:46] </w:t>
      </w:r>
      <w:r>
        <w:t>bahami mamlaat mein un tareeqon se bachna jo kisi bigaad ka sabab ban sakte hon, aur un tareeqon ko ikhtiyar karna jo islaah paida karne wale hon,</w:t>
      </w:r>
    </w:p>
    <w:p>
      <w:pPr>
        <w:jc w:val="right"/>
      </w:pPr>
      <w:r>
        <w:t>باہمی معاملات میں ان طریقوں سے بچنا جو کسی بگاڑ کا سبب بن سکتے ہوں، اور ان طریقوں کو اختیار کرنا جو اصلاح پیدا کرنے والے ہوں،</w:t>
      </w:r>
    </w:p>
    <w:p>
      <w:r>
        <w:rPr>
          <w:b/>
        </w:rPr>
        <w:t xml:space="preserve">[10:04] </w:t>
      </w:r>
      <w:r>
        <w:t>sharab pi kar aadmi ko suroor hasil hota hai, jua khelne wale ko kabhi mehnat ke baghair kafi daulat hath aa jati hai, is aitbar se un cheezon mein bazahir nafa ka pehlu hai magar dosre aitbar se un ke andar deeni aur akhlaqi nuqsanat hain,</w:t>
      </w:r>
    </w:p>
    <w:p>
      <w:pPr>
        <w:jc w:val="right"/>
      </w:pPr>
      <w:r>
        <w:t>شراب پی کر آدمی کو سرور حاصل ہوتا ہے، جوا کھیلنے والے کو کبھی محنت کے بغیر کافی دولت ہاتھ آ جاتی ہے، اس اعتبار سے ان چیزوں میں بظاہر نفع کا پہلو ہے مگر دوسرے اعتبار سے ان کے اندر دینی اور اخلاقی نقصانات ہیں،</w:t>
      </w:r>
    </w:p>
    <w:p>
      <w:r>
        <w:rPr>
          <w:b/>
        </w:rPr>
        <w:t xml:space="preserve">[10:27] </w:t>
      </w:r>
      <w:r>
        <w:t>aur yeh nuqsanat un ke zahiri nafa se bohat zyada hain,</w:t>
      </w:r>
    </w:p>
    <w:p>
      <w:pPr>
        <w:jc w:val="right"/>
      </w:pPr>
      <w:r>
        <w:t>اور یہ نقصانات ان کے ظاہری نفع سے بہت زیادہ ہیں،</w:t>
      </w:r>
    </w:p>
    <w:p>
      <w:r>
        <w:rPr>
          <w:b/>
        </w:rPr>
        <w:t xml:space="preserve">[10:33] </w:t>
      </w:r>
      <w:r>
        <w:t>is liye un se mana kar diya gaya, kisi cheez ko lene ya na lene ka yahi miyar zindagi ke dosre umoor ke liye bhi hai,</w:t>
      </w:r>
    </w:p>
    <w:p>
      <w:pPr>
        <w:jc w:val="right"/>
      </w:pPr>
      <w:r>
        <w:t>اس لیے ان سے منع کر دیا گیا، کسی چیز کو لینے یا نہ لینے کا یہی معیار زندگی کے دوسرے امور کے لیے بھی ہے،</w:t>
      </w:r>
    </w:p>
    <w:p>
      <w:r>
        <w:rPr>
          <w:b/>
        </w:rPr>
        <w:t xml:space="preserve">[10:44] </w:t>
      </w:r>
      <w:r>
        <w:t>misalan woh tamam ijtimai sargharmiyan, woh tamam taqreebat aur jalsay qabil e tark hain jin ke baray mein deeni aur eqtissadi jaiza bataye ke un mein nafa kam hai aur nuqsan zyada,</w:t>
      </w:r>
    </w:p>
    <w:p>
      <w:pPr>
        <w:jc w:val="right"/>
      </w:pPr>
      <w:r>
        <w:t>مثلاً وہ تمام اجتماعی سرگرمیاں، وہ تمام تقریبات اور جلسے قابل ترک ہیں جن کے بارے میں دینی اور اقتصادی جائزہ بتائے کہ ان میں نفع کم ہے اور نقصان زیادہ،</w:t>
      </w:r>
    </w:p>
    <w:p>
      <w:r>
        <w:rPr>
          <w:b/>
        </w:rPr>
        <w:t xml:space="preserve">[11:10] </w:t>
      </w:r>
      <w:r>
        <w:t>musalman woh hai jo akhirat ko apni manzil banaye, jo is tadap ke sath apni subah sham kar raha ho ke uska Khuda us se razi ho jaye, aise shakhs ke liye dunya ka saaz o saman zindagi ki zaroorat hai na ke zindagi ka maqsad,</w:t>
      </w:r>
    </w:p>
    <w:p>
      <w:pPr>
        <w:jc w:val="right"/>
      </w:pPr>
      <w:r>
        <w:t>مسلمان وہ ہے جو آخرت کو اپنی منزل بنائے، جو اس تڑپ کے ساتھ اپنی صبح شام کر رہا ہو کہ اس کا خدا اس سے راضی ہو جائے، ایسے شخص کے لیے دنیا کا ساز و سامان زندگی کی ضرورت ہے نہ کہ زندگی کا مقصد،</w:t>
      </w:r>
    </w:p>
    <w:p>
      <w:r>
        <w:rPr>
          <w:b/>
        </w:rPr>
        <w:t xml:space="preserve">[11:31] </w:t>
      </w:r>
      <w:r>
        <w:t>woh maal hasil karta hai, woh dunya ke kamon mein masroof hota hai magar yeh sab kuch us ke liye hajat aur zaroorat ke darjay mein hota hai na ke maqsad ke darjay mein,</w:t>
      </w:r>
    </w:p>
    <w:p>
      <w:pPr>
        <w:jc w:val="right"/>
      </w:pPr>
      <w:r>
        <w:t>وہ مال حاصل کرتا ہے، وہ دنیا کے کاموں میں مشغول ہوتا ہے مگر یہ سب کچھ اس کے لیے حاجت اور ضرورت کے درجے میں ہوتا ہے نہ کہ مقصد کے درجے میں،</w:t>
      </w:r>
    </w:p>
    <w:p>
      <w:r>
        <w:rPr>
          <w:b/>
        </w:rPr>
        <w:t xml:space="preserve">[11:46] </w:t>
      </w:r>
      <w:r>
        <w:t>us ke asase ki jo cheez us ki haqeeqi zaroorat se zyada ho us ka behtareen مصرف us ke nazdeek yeh hota hai ke woh us ko apne Rab ki rah mein de de</w:t>
      </w:r>
    </w:p>
    <w:p>
      <w:pPr>
        <w:jc w:val="right"/>
      </w:pPr>
      <w:r>
        <w:t>اس کے اثاثے کی جو چیز اس کی حقیقی ضرورت سے زیادہ ہو اس کا بہترین مصرف اس کے نزدیک یہ ہوتا ہے کہ وہ اس کو اپنے رب کی راہ میں دے دے</w:t>
      </w:r>
    </w:p>
    <w:p>
      <w:r>
        <w:rPr>
          <w:b/>
        </w:rPr>
        <w:t xml:space="preserve">[11:59] </w:t>
      </w:r>
      <w:r>
        <w:t>taake woh us se razi ho aur us ko apni rehmaton ke saye mein jagah de, us ki har cheez baqadr hajat apne liye hoti hai aur hajat se jo zyada ho woh deen ke liye,</w:t>
      </w:r>
    </w:p>
    <w:p>
      <w:pPr>
        <w:jc w:val="right"/>
      </w:pPr>
      <w:r>
        <w:t>تاکہ وہ اس سے راضی ہو اور اس کو اپنی رحمتوں کے سائے میں جگہ دے، اس کی ہر چیز بقدر حاجت اپنے لیے ہوتی ہے اور حاجت سے جو زیادہ ہو وہ دین کے لیے،</w:t>
      </w:r>
    </w:p>
    <w:p>
      <w:r>
        <w:rPr>
          <w:b/>
        </w:rPr>
        <w:t xml:space="preserve">[12:16] </w:t>
      </w:r>
      <w:r>
        <w:t>bahami mamlaat aur karobar ke aksar masail itne pecheeda hote hain ke un ke baray mein sirf bunyadi hidayat diya sakti hain,</w:t>
      </w:r>
    </w:p>
    <w:p>
      <w:pPr>
        <w:jc w:val="right"/>
      </w:pPr>
      <w:r>
        <w:t>باہمی معاملات اور کاروبار کے اکثر مسائل اتنے پیچیدہ ہوتے ہیں کہ ان کے بارے میں صرف بنیادی ہدایات دیا سکتی ہیں،</w:t>
      </w:r>
    </w:p>
    <w:p>
      <w:r>
        <w:rPr>
          <w:b/>
        </w:rPr>
        <w:t xml:space="preserve">[12:27] </w:t>
      </w:r>
      <w:r>
        <w:t>un ki tamam amli tafseelat ko qanoon ke alfaaz mein mutayyan nahi kiya ja sakta, is silsile mein yeh usool muqarrar kar diya gaya ke apni niyat ko durust rakho aur jo karrawai karo yeh soch kar karo ke woh kisi bigaad ka sabab na bane balkeh sahib e maamla ke haq mein behtari paida karne wali ho,</w:t>
      </w:r>
    </w:p>
    <w:p>
      <w:pPr>
        <w:jc w:val="right"/>
      </w:pPr>
      <w:r>
        <w:t>ان کی تمام عملی تفصیلات کو قانون کے الفاظ میں متعین نہیں کیا سکتا، اس سلسلے میں یہ اصول مقرر کر دیا گیا کہ اپنی نیت کو درست رکھو اور جو کارروائی کرو یہ سوچ کر کرو کہ وہ کسی بگاڑ کا سبب نہ بنے بلکہ صاحب معاملہ کے حق میں بہتری پیدا کرنے والی ہو،</w:t>
      </w:r>
    </w:p>
    <w:p>
      <w:r>
        <w:rPr>
          <w:b/>
        </w:rPr>
        <w:t xml:space="preserve">[12:54] </w:t>
      </w:r>
      <w:r>
        <w:t>agar tum dosre ko apna bhai samajhte hue us ke masaleh ki poori riayat karo ge aur tumhara maqsood sirf islaah aur durustgi hoga to Allah ke yahan tumhari pakar nahi.</w:t>
      </w:r>
    </w:p>
    <w:p>
      <w:pPr>
        <w:jc w:val="right"/>
      </w:pPr>
      <w:r>
        <w:t>اگر تم دوسرے کو اپنا بھائی سمجھتے ہوئے اس کے مصالحے کی پوری رعایت کرو گے اور تمہارا مقصود صرف اصلاح اور درستگی ہوگا تو اللہ کے یہاں تمہاری پکڑ نہیں۔</w:t>
      </w:r>
    </w:p>
    <w:p>
      <w:r>
        <w:rPr>
          <w:b/>
        </w:rPr>
        <w:t xml:space="preserve">[13:15] </w:t>
      </w:r>
      <w:r>
        <w:t>wala tankahu al mushrikat hatta yu'minu, wa la amata mu'minatun khayrun min mushrikatin wa law a'ajabatumkum,</w:t>
      </w:r>
    </w:p>
    <w:p>
      <w:pPr>
        <w:jc w:val="right"/>
      </w:pPr>
      <w:r>
        <w:t>ولا تنكحوا المشركات حتى يؤمن، ولامة مؤمنة خير من مشركة ولو أعجبتكم،</w:t>
      </w:r>
    </w:p>
    <w:p>
      <w:r>
        <w:rPr>
          <w:b/>
        </w:rPr>
        <w:t xml:space="preserve">[13:32] </w:t>
      </w:r>
      <w:r>
        <w:t>wa la tankahu al mushrikeena hatta yu'minu, wa la abdu mu'minun khayrun min mushrikin wa law a'ajabakum, ula'ika yad'oona ila an-nar, wallahu yad'o ila al-jannati wal maghfirati bi idhnihi,</w:t>
      </w:r>
    </w:p>
    <w:p>
      <w:pPr>
        <w:jc w:val="right"/>
      </w:pPr>
      <w:r>
        <w:t>ولا تنكحوا المشركين حتى يؤمنوا، ولعبد مؤمن خير من مشرك ولو أعجبكم، أولئك يدعون إلى النار والله يدعو إلى الجنة والمغفرة بإذنه،</w:t>
      </w:r>
    </w:p>
    <w:p>
      <w:r>
        <w:rPr>
          <w:b/>
        </w:rPr>
        <w:t xml:space="preserve">[14:02] </w:t>
      </w:r>
      <w:r>
        <w:t>wa yubayyinu ayatihi lil nasi la'allahum yatadhakkarun, wa yas'alunaka an al-mahith, qul huwa adhun fa'tazilu an-nisa'a fil mahithi wa la taqrabuhunna hatta yat'taharu,</w:t>
      </w:r>
    </w:p>
    <w:p>
      <w:pPr>
        <w:jc w:val="right"/>
      </w:pPr>
      <w:r>
        <w:t>ويبين آياته للناس لعلهم يتذكرون، ويسألونك عن المحيض، قل هو أذن فاعتزلوا النساء في المحيض ولا تقربوهن حتى يطهر،</w:t>
      </w:r>
    </w:p>
    <w:p>
      <w:r>
        <w:rPr>
          <w:b/>
        </w:rPr>
        <w:t xml:space="preserve">[14:28] </w:t>
      </w:r>
      <w:r>
        <w:t>fa idha tat'taharna fa'tuhunna min haythu amarakum Allah,</w:t>
      </w:r>
    </w:p>
    <w:p>
      <w:pPr>
        <w:jc w:val="right"/>
      </w:pPr>
      <w:r>
        <w:t>فإذا تطهرن فأتوهن من حيث أمركم الله،</w:t>
      </w:r>
    </w:p>
    <w:p>
      <w:r>
        <w:rPr>
          <w:b/>
        </w:rPr>
        <w:t xml:space="preserve">[14:37] </w:t>
      </w:r>
      <w:r>
        <w:t>innallaha yuhibbu at-tawwabeena wa yuhibbu al-mutatahhireen,</w:t>
      </w:r>
    </w:p>
    <w:p>
      <w:pPr>
        <w:jc w:val="right"/>
      </w:pPr>
      <w:r>
        <w:t>إن الله يحب التوابين ويحب المتطهرين،</w:t>
      </w:r>
    </w:p>
    <w:p>
      <w:r>
        <w:rPr>
          <w:b/>
        </w:rPr>
        <w:t xml:space="preserve">[14:47] </w:t>
      </w:r>
      <w:r>
        <w:t>nisa'ukum harthun lakum fa'tu harthakum anna shi'tum wa qaddimu li anfusikum, wattaqu allaha wa'lamu annakum mulaquh,</w:t>
      </w:r>
    </w:p>
    <w:p>
      <w:pPr>
        <w:jc w:val="right"/>
      </w:pPr>
      <w:r>
        <w:t>نساؤكم حرث لكم فأتوا حرثكم أنا شئتم وقدموا لأنفسكم، واتقوا الله واعلموا أنكم ملاقوه،</w:t>
      </w:r>
    </w:p>
    <w:p>
      <w:r>
        <w:rPr>
          <w:b/>
        </w:rPr>
        <w:t xml:space="preserve">[15:09] </w:t>
      </w:r>
      <w:r>
        <w:t>wa besh-shir-ul-mu'mineen, aur mushrik auraton se nikah na karo jab tak woh imaan na layen, aur momin kaneez behtar hai ek mushrik aurat se agarche woh tum ko achhi maloom ho,</w:t>
      </w:r>
    </w:p>
    <w:p>
      <w:pPr>
        <w:jc w:val="right"/>
      </w:pPr>
      <w:r>
        <w:t>وبشر المؤمنين، اور مشرک عورتوں سے نکاح نہ کرو جب تک وہ ایمان نہ لائیں، اور مومن کنیز بہتر ہے ایک مشرک عورت سے اگرچہ وہ تم کو اچھی معلوم ہو،</w:t>
      </w:r>
    </w:p>
    <w:p>
      <w:r>
        <w:rPr>
          <w:b/>
        </w:rPr>
        <w:t xml:space="preserve">[15:27] </w:t>
      </w:r>
      <w:r>
        <w:t>aur apni auraton ko mushrik mardon ke nikah mein na do jab tak woh imaan na layen,</w:t>
      </w:r>
    </w:p>
    <w:p>
      <w:pPr>
        <w:jc w:val="right"/>
      </w:pPr>
      <w:r>
        <w:t>اور اپنی عورتوں کو مشرک مردوں کے نکاح میں نہ دو جب تک وہ ایمان نہ لائیں،</w:t>
      </w:r>
    </w:p>
    <w:p>
      <w:r>
        <w:rPr>
          <w:b/>
        </w:rPr>
        <w:t xml:space="preserve">[15:36] </w:t>
      </w:r>
      <w:r>
        <w:t>momin ghulam behtar hai ek aazad mushrik se agarche woh tum ko achha maloom ho, yeh log aag ki taraf bulate hain aur Allah jannat ki taraf aur apni bakhshish ki taraf bulata hai,</w:t>
      </w:r>
    </w:p>
    <w:p>
      <w:pPr>
        <w:jc w:val="right"/>
      </w:pPr>
      <w:r>
        <w:t>مومن غلام بہتر ہے ایک آزاد مشرک سے اگرچہ وہ تم کو اچھا معلوم ہو، یہ لوگ آگ کی طرف بلاتے ہیں اور اللہ جنت کی طرف اور اپنی بخشش کی طرف بلاتا ہے،</w:t>
      </w:r>
    </w:p>
    <w:p>
      <w:r>
        <w:rPr>
          <w:b/>
        </w:rPr>
        <w:t xml:space="preserve">[15:55] </w:t>
      </w:r>
      <w:r>
        <w:t>woh apne ahkam logon ke liye khol kar bayan karta hai taake woh naseehat pakaren, aur woh tum se haiz ka hukum poochte hain, keh do ke woh ek gandagi hai,</w:t>
      </w:r>
    </w:p>
    <w:p>
      <w:pPr>
        <w:jc w:val="right"/>
      </w:pPr>
      <w:r>
        <w:t>وہ اپنے احکام لوگوں کے لیے کھول کر بیان کرتا ہے تاکہ وہ نصیحت پکڑیں، اور وہ تم سے حیض کا حکم پوچھتے ہیں، کہہ دو کہ وہ ایک گندگی ہے،</w:t>
      </w:r>
    </w:p>
    <w:p>
      <w:r>
        <w:rPr>
          <w:b/>
        </w:rPr>
        <w:t xml:space="preserve">[16:08] </w:t>
      </w:r>
      <w:r>
        <w:t>is mein auraton se alag raho, aur jab tak woh paak na ho jayen un ke qareeb na jao, phir jab woh achhi tarah paak ho jayen to is tareeqe se un ke paas jao jis ka Allah ne tum ko hukum diya hai,</w:t>
      </w:r>
    </w:p>
    <w:p>
      <w:pPr>
        <w:jc w:val="right"/>
      </w:pPr>
      <w:r>
        <w:t>اس میں عورتوں سے الگ رہو، اور جب تک وہ پاک نہ ہو جائیں ان کے قریب نہ جاؤ، پھر جب وہ اچھی طرح پاک ہو جائیں تو اس طریقے سے ان کے پاس جاؤ جس کا اللہ نے تم کو حکم دیا ہے،</w:t>
      </w:r>
    </w:p>
    <w:p>
      <w:r>
        <w:rPr>
          <w:b/>
        </w:rPr>
        <w:t xml:space="preserve">[16:24] </w:t>
      </w:r>
      <w:r>
        <w:t>Allah dosto rakhta hai tauba karne walon ko aur woh dosto rakhta hai pak rehne walon ko, tumhari</w:t>
      </w:r>
    </w:p>
    <w:p>
      <w:pPr>
        <w:jc w:val="right"/>
      </w:pPr>
      <w:r>
        <w:t>اللہ دوست رکھتا ہے توبہ کرنے والوں کو اور وہ دوست رکھتا ہے پاک رہنے والوں کو، تمہاری</w:t>
      </w:r>
    </w:p>
    <w:p>
      <w:r>
        <w:rPr>
          <w:b/>
        </w:rPr>
        <w:t xml:space="preserve">[16:35] </w:t>
      </w:r>
      <w:r>
        <w:t>aurtein tumhari khetiyan hain, pas apni kheti mein jis tarah chaho jao aur apne liye aage bhejo, aur</w:t>
      </w:r>
    </w:p>
    <w:p>
      <w:pPr>
        <w:jc w:val="right"/>
      </w:pPr>
      <w:r>
        <w:t>عورتیں تمہاری کھیتیاں ہیں، پس اپنی کھیتی میں جس طرح چاہو جاؤ اور اپنے لیے آگے بھیجو، اور</w:t>
      </w:r>
    </w:p>
    <w:p>
      <w:r>
        <w:rPr>
          <w:b/>
        </w:rPr>
        <w:t xml:space="preserve">[16:44] </w:t>
      </w:r>
      <w:r>
        <w:t>Allah se daro aur jaan lo ke tumhein zaroor is se milna hai, aur imaan walon ko khushkhabri</w:t>
      </w:r>
    </w:p>
    <w:p>
      <w:pPr>
        <w:jc w:val="right"/>
      </w:pPr>
      <w:r>
        <w:t>اللہ سے ڈرو اور جان لو کہ تمہیں ضرور اس سے ملنا ہے، اور ایمان والوں کو خوشخبری</w:t>
      </w:r>
    </w:p>
    <w:p>
      <w:r>
        <w:rPr>
          <w:b/>
        </w:rPr>
        <w:t xml:space="preserve">[16:52] </w:t>
      </w:r>
      <w:r>
        <w:t>de do,</w:t>
      </w:r>
    </w:p>
    <w:p>
      <w:pPr>
        <w:jc w:val="right"/>
      </w:pPr>
      <w:r>
        <w:t>دے دو،</w:t>
      </w:r>
    </w:p>
    <w:p>
      <w:r>
        <w:rPr>
          <w:b/>
        </w:rPr>
        <w:t xml:space="preserve">[16:56] </w:t>
      </w:r>
      <w:r>
        <w:t>tashreeh: mard aur aurat jab nikah ke zariye ek doosre ke saathi bante hain to is ka asal maqsad shahwat rani nahi hota balke yeh isi qism ka ek ba-maqsad taluq hai jo kisan aur khet ke darmiyan hota hai,</w:t>
      </w:r>
    </w:p>
    <w:p>
      <w:pPr>
        <w:jc w:val="right"/>
      </w:pPr>
      <w:r>
        <w:t>تشریح: مرد اور عورت جب نکاح کے ذریعے ایک دوسرے کے ساتھی بنتے ہیں تو اس کا اصل مقصد شہوت رانی نہیں ہوتا بلکہ یہ اسی قسم کا ایک بامقصد تعلق ہے جو کسان اور کھیت کے درمیان ہوتا ہے،</w:t>
      </w:r>
    </w:p>
    <w:p>
      <w:r>
        <w:rPr>
          <w:b/>
        </w:rPr>
        <w:t xml:space="preserve">[17:15] </w:t>
      </w:r>
      <w:r>
        <w:t>is mein aadmi ko itna hi sanjeeda hona chahiye jitna kheti ka mansooba banane wala sanjeeda hota hai,</w:t>
      </w:r>
    </w:p>
    <w:p>
      <w:pPr>
        <w:jc w:val="right"/>
      </w:pPr>
      <w:r>
        <w:t>اس میں آدمی کو اتنا ہی سنجیدہ ہونا چاہیے جتنا کھیتی کا منصوبہ بنانے والا سنجیدہ ہوتا ہے،</w:t>
      </w:r>
    </w:p>
    <w:p>
      <w:r>
        <w:rPr>
          <w:b/>
        </w:rPr>
        <w:t xml:space="preserve">[17:26] </w:t>
      </w:r>
      <w:r>
        <w:t>is silsile mein kuch baaton ka lehaaz zaroori hai, ek yeh ke jore ke intikhab mein sab se zyada jis cheez ko dekha jaye woh imaan hai, miyan biwi ka taluq be had nazuk taluq hai,</w:t>
      </w:r>
    </w:p>
    <w:p>
      <w:pPr>
        <w:jc w:val="right"/>
      </w:pPr>
      <w:r>
        <w:t>اس سلسلے میں کچھ باتوں کا لحاظ ضروری ہے، ایک یہ کہ جوڑے کے انتخاب میں سب سے زیادہ جس چیز کو دیکھا جائے وہ ایمان ہے، میاں بیوی کا تعلق بے حد نازک تعلق ہے،</w:t>
      </w:r>
    </w:p>
    <w:p>
      <w:r>
        <w:rPr>
          <w:b/>
        </w:rPr>
        <w:t xml:space="preserve">[17:42] </w:t>
      </w:r>
      <w:r>
        <w:t>is ke bohat se nafsiati, khandani aur samajti pehlu hain,</w:t>
      </w:r>
    </w:p>
    <w:p>
      <w:pPr>
        <w:jc w:val="right"/>
      </w:pPr>
      <w:r>
        <w:t>اس کے بہت سے نفسیاتی، خاندانی اور سماجی پہلو ہیں،</w:t>
      </w:r>
    </w:p>
    <w:p>
      <w:r>
        <w:rPr>
          <w:b/>
        </w:rPr>
        <w:t xml:space="preserve">[17:49] </w:t>
      </w:r>
      <w:r>
        <w:t>is qism ka taluq do shakhson ke darmiyan agar aqeedaati muwafaqat ke baghair ho to bila-akhir woh do mein se kisi ek ki barbadi ka baais hoga, ek momin apne ghair momin jore se aqeedaati masalehat kar le</w:t>
      </w:r>
    </w:p>
    <w:p>
      <w:pPr>
        <w:jc w:val="right"/>
      </w:pPr>
      <w:r>
        <w:t>اس قسم کا تعلق دو شخصوں کے درمیان اگر اعتقادی موافقت کے بغیر ہو تو بالاخر وہ دو میں سے کسی ایک کی بربادی کا باعث ہوگا، ایک مومن اپنے غیر مومن جوڑے سے اعتقادی مصالحت کر لے</w:t>
      </w:r>
    </w:p>
    <w:p>
      <w:r>
        <w:rPr>
          <w:b/>
        </w:rPr>
        <w:t xml:space="preserve">[18:09] </w:t>
      </w:r>
      <w:r>
        <w:t>to is ka matlab yeh hai ke us ne apne deen ko barbaad kar liya, aur agar woh masalehat na kare to is ke baad dono mein jo kashmakash hogi us ke nateejay mein un ka ghar barbaad ho jayega,</w:t>
      </w:r>
    </w:p>
    <w:p>
      <w:pPr>
        <w:jc w:val="right"/>
      </w:pPr>
      <w:r>
        <w:t>تو اس کا مطلب یہ ہے کہ اس نے اپنے دین کو برباد کر لیا، اور اگر وہ مصالحت نہ کرے تو اس کے بعد دونوں میں جو کشمکش ہوگی اس کے نتیجے میں ان کا گھر برباد ہو جائے گا،</w:t>
      </w:r>
    </w:p>
    <w:p>
      <w:r>
        <w:rPr>
          <w:b/>
        </w:rPr>
        <w:t xml:space="preserve">[18:25] </w:t>
      </w:r>
      <w:r>
        <w:t>doosri cheez yeh ke do sanfon ka yeh taluq Khuda ki banawat ke mutabiq apne fitri dhang par qaim ho, fitrat bhi Khuda ka hukum hai,</w:t>
      </w:r>
    </w:p>
    <w:p>
      <w:pPr>
        <w:jc w:val="right"/>
      </w:pPr>
      <w:r>
        <w:t>دوسری چیز یہ کہ دو صنفوں کا یہ تعلق خدا کی بناوٹ کے مطابق اپنے فطری ڈھنگ پر قائم ہو، فطرت بھی خدا کا حکم ہے،</w:t>
      </w:r>
    </w:p>
    <w:p>
      <w:r>
        <w:rPr>
          <w:b/>
        </w:rPr>
        <w:t xml:space="preserve">[18:36] </w:t>
      </w:r>
      <w:r>
        <w:t>quran ke mehfooz ahkam ki pabandi jis tarah zaroori hai usi tarah is fitri nizaam ki pabandi bhi zaroori hai jo Khuda ne takhleeqi taur par hamare liye bana diya hai, teesri cheez yeh ke har marhale mein aadmi ke upar Allah ka khauf ghalib rahe,</w:t>
      </w:r>
    </w:p>
    <w:p>
      <w:pPr>
        <w:jc w:val="right"/>
      </w:pPr>
      <w:r>
        <w:t>قرآن کے محفوظ احکام کی پابندی جس طرح ضروری ہے اسی طرح اس فطری نظام کی پابندی بھی ضروری ہے جو خدا نے تخلیقی طور پر ہمارے لیے بنا دیا ہے، تیسری چیز یہ کہ ہر مرحلے میں آدمی کے اوپر اللہ کا خوف غالب رہے،</w:t>
      </w:r>
    </w:p>
    <w:p>
      <w:r>
        <w:rPr>
          <w:b/>
        </w:rPr>
        <w:t xml:space="preserve">[18:56] </w:t>
      </w:r>
      <w:r>
        <w:t>woh jo bhi rawaiyya ikhtiyar kare ya soch kar kare ke bila-akhir us ko Rab-ul-Alameen ke haan jana hai</w:t>
      </w:r>
    </w:p>
    <w:p>
      <w:pPr>
        <w:jc w:val="right"/>
      </w:pPr>
      <w:r>
        <w:t>وہ جو بھی رویہ اختیار کرے یا سوچ کر کرے کہ بالاخر اس کو رب العالمین کے ہاں جانا ہے</w:t>
      </w:r>
    </w:p>
    <w:p>
      <w:r>
        <w:rPr>
          <w:b/>
        </w:rPr>
        <w:t xml:space="preserve">[19:04] </w:t>
      </w:r>
      <w:r>
        <w:t>jo khule aur chhupe har cheez se ba-khabar hai, aur apne liye aage bhejo, is ka matlab yeh hai ke apni aakhirat ke liye amal-e-saleh bhejo,</w:t>
      </w:r>
    </w:p>
    <w:p>
      <w:pPr>
        <w:jc w:val="right"/>
      </w:pPr>
      <w:r>
        <w:t>جو کھلے اور چھپے ہر چیز سے باخبر ہے، اور اپنے لیے آگے بھیجو، اس کا مطلب یہ ہے کہ اپنی آخرت کے لیے عمل صالح بھیجو،</w:t>
      </w:r>
    </w:p>
    <w:p>
      <w:r>
        <w:rPr>
          <w:b/>
        </w:rPr>
        <w:t xml:space="preserve">[19:19] </w:t>
      </w:r>
      <w:r>
        <w:t>yaani jo kuch karo yeh samajh kar karo ke tumhara koi kaam sirf dunyaawi kaam nahi hai balke har kaam ka ek ukhrawi pehlu hai,</w:t>
      </w:r>
    </w:p>
    <w:p>
      <w:pPr>
        <w:jc w:val="right"/>
      </w:pPr>
      <w:r>
        <w:t>یعنی جو کچھ کرو یہ سمجھ کر کرو کہ تمہارا کوئی کام صرف دنیاوی کام نہیں ہے بلکہ ہر کام کا ایک اخروی پہلو ہے،</w:t>
      </w:r>
    </w:p>
    <w:p>
      <w:r>
        <w:rPr>
          <w:b/>
        </w:rPr>
        <w:t xml:space="preserve">[19:31] </w:t>
      </w:r>
      <w:r>
        <w:t>marne ke baad tum apne is ukhrawi pehlu se dochar hone wale ho, tum ko is mamle mein had darja hoshiyar rehna chahiye ke tumhara amal aakhirat ke peymanay mein saleh amal qarar paye na ke ghair saleh amal,</w:t>
      </w:r>
    </w:p>
    <w:p>
      <w:pPr>
        <w:jc w:val="right"/>
      </w:pPr>
      <w:r>
        <w:t>مرنے کے بعد تم اپنے اس اخروی پہلو سے دوچار ہونے والے ہو، تم کو اس معاملے میں حد درجہ ہوشیار رہنا چاہیے کہ تمہارا عمل آخرت کے پیمانے میں صالح عمل قرار پائے نہ کہ غیر صالح عمل،</w:t>
      </w:r>
    </w:p>
    <w:p>
      <w:r>
        <w:rPr>
          <w:b/>
        </w:rPr>
        <w:t xml:space="preserve">[19:52] </w:t>
      </w:r>
      <w:r>
        <w:t>wala tajaloo Allah ardatan li aymanikum</w:t>
      </w:r>
    </w:p>
    <w:p>
      <w:pPr>
        <w:jc w:val="right"/>
      </w:pPr>
      <w:r>
        <w:t>ولا تجعلوا الله عرضة لأيمانكم</w:t>
      </w:r>
    </w:p>
    <w:p>
      <w:r>
        <w:rPr>
          <w:b/>
        </w:rPr>
        <w:t xml:space="preserve">[19:57] </w:t>
      </w:r>
      <w:r>
        <w:t>an tabaroo wa taqaw wa tuslihoo baina</w:t>
      </w:r>
    </w:p>
    <w:p>
      <w:pPr>
        <w:jc w:val="right"/>
      </w:pPr>
      <w:r>
        <w:t>أن تبروا وتتقوا وتصلحوا بين</w:t>
      </w:r>
    </w:p>
    <w:p>
      <w:r>
        <w:rPr>
          <w:b/>
        </w:rPr>
        <w:t xml:space="preserve">[20:02] </w:t>
      </w:r>
      <w:r>
        <w:t>alnnasi wallahu samee'un aleem</w:t>
      </w:r>
    </w:p>
    <w:p>
      <w:pPr>
        <w:jc w:val="right"/>
      </w:pPr>
      <w:r>
        <w:t>الناس والله سميع عليم</w:t>
      </w:r>
    </w:p>
    <w:p>
      <w:r>
        <w:rPr>
          <w:b/>
        </w:rPr>
        <w:t xml:space="preserve">[20:09] </w:t>
      </w:r>
      <w:r>
        <w:t>la yuakhizukumullahu bil laghwi fi</w:t>
      </w:r>
    </w:p>
    <w:p>
      <w:pPr>
        <w:jc w:val="right"/>
      </w:pPr>
      <w:r>
        <w:t>لا يؤاخذكم الله باللغو في</w:t>
      </w:r>
    </w:p>
    <w:p>
      <w:r>
        <w:rPr>
          <w:b/>
        </w:rPr>
        <w:t xml:space="preserve">[20:14] </w:t>
      </w:r>
      <w:r>
        <w:t>aymanukum walakin yuakhidhukum</w:t>
      </w:r>
    </w:p>
    <w:p>
      <w:pPr>
        <w:jc w:val="right"/>
      </w:pPr>
      <w:r>
        <w:t>أيمانكم ولكن يؤاخذكم</w:t>
      </w:r>
    </w:p>
    <w:p>
      <w:r>
        <w:rPr>
          <w:b/>
        </w:rPr>
        <w:t xml:space="preserve">[20:20] </w:t>
      </w:r>
      <w:r>
        <w:t>bima kasabat qulubukum</w:t>
      </w:r>
    </w:p>
    <w:p>
      <w:pPr>
        <w:jc w:val="right"/>
      </w:pPr>
      <w:r>
        <w:t>بما كسبت قلوبكم</w:t>
      </w:r>
    </w:p>
    <w:p>
      <w:r>
        <w:rPr>
          <w:b/>
        </w:rPr>
        <w:t xml:space="preserve">[20:23] </w:t>
      </w:r>
      <w:r>
        <w:t>wallahu ghafurun halim</w:t>
      </w:r>
    </w:p>
    <w:p>
      <w:pPr>
        <w:jc w:val="right"/>
      </w:pPr>
      <w:r>
        <w:t>والله غفور حليم</w:t>
      </w:r>
    </w:p>
    <w:p>
      <w:r>
        <w:rPr>
          <w:b/>
        </w:rPr>
        <w:t xml:space="preserve">[20:29] </w:t>
      </w:r>
      <w:r>
        <w:t>alladhina yu'liyoona min nisa'ihim tarabbusu arba'ati ash-hur. fa in fa'u fa innallaha ghafurun rahim. wa in 'azamut-talaqa fa innallaha samiy'un 'alim.</w:t>
      </w:r>
    </w:p>
    <w:p>
      <w:pPr>
        <w:jc w:val="right"/>
      </w:pPr>
      <w:r>
        <w:t>للذين يؤلون من نسائهم تربص أربعة أشهر فإن فاءوا فإن الله غفور رحيم وإن عزموا الطلاق فإن الله سميع عليم</w:t>
      </w:r>
    </w:p>
    <w:p>
      <w:r>
        <w:rPr>
          <w:b/>
        </w:rPr>
        <w:t xml:space="preserve">[20:57] </w:t>
      </w:r>
      <w:r>
        <w:t>wal-mutallaqatu yatarabbashna bi anfusihinna thalathata quruun.</w:t>
      </w:r>
    </w:p>
    <w:p>
      <w:pPr>
        <w:jc w:val="right"/>
      </w:pPr>
      <w:r>
        <w:t>والمطلقات يتربصن بأنفسهن ثلاثة قرون</w:t>
      </w:r>
    </w:p>
    <w:p>
      <w:r>
        <w:rPr>
          <w:b/>
        </w:rPr>
        <w:t xml:space="preserve">[21:08] </w:t>
      </w:r>
      <w:r>
        <w:t>wala yahillu lahunna</w:t>
      </w:r>
    </w:p>
    <w:p>
      <w:pPr>
        <w:jc w:val="right"/>
      </w:pPr>
      <w:r>
        <w:t>ولا يحل لهن</w:t>
      </w:r>
    </w:p>
    <w:p>
      <w:r>
        <w:rPr>
          <w:b/>
        </w:rPr>
        <w:t xml:space="preserve">[21:11] </w:t>
      </w:r>
      <w:r>
        <w:t>an yaktamna ma khalaqa allahu fi</w:t>
      </w:r>
    </w:p>
    <w:p>
      <w:pPr>
        <w:jc w:val="right"/>
      </w:pPr>
      <w:r>
        <w:t>أن يكتمن ما خلق الله في</w:t>
      </w:r>
    </w:p>
    <w:p>
      <w:r>
        <w:rPr>
          <w:b/>
        </w:rPr>
        <w:t xml:space="preserve">[21:16] </w:t>
      </w:r>
      <w:r>
        <w:t>arhamihinna in kunna yu'minuna billahi wal yawmi al akhir</w:t>
      </w:r>
    </w:p>
    <w:p>
      <w:pPr>
        <w:jc w:val="right"/>
      </w:pPr>
      <w:r>
        <w:t>أرحامهن إن كن يؤمن بالله واليوم الآخر</w:t>
      </w:r>
    </w:p>
    <w:p>
      <w:r>
        <w:rPr>
          <w:b/>
        </w:rPr>
        <w:t xml:space="preserve">[21:26] </w:t>
      </w:r>
      <w:r>
        <w:t>wa buulatuuhunna ahqqu biruddiihinna</w:t>
      </w:r>
    </w:p>
    <w:p>
      <w:pPr>
        <w:jc w:val="right"/>
      </w:pPr>
      <w:r>
        <w:t>وبعولتهن أحق بردهن</w:t>
      </w:r>
    </w:p>
    <w:p>
      <w:r>
        <w:rPr>
          <w:b/>
        </w:rPr>
        <w:t xml:space="preserve">[21:31] </w:t>
      </w:r>
      <w:r>
        <w:t>fi dhalika in aradu</w:t>
      </w:r>
    </w:p>
    <w:p>
      <w:pPr>
        <w:jc w:val="right"/>
      </w:pPr>
      <w:r>
        <w:t>في ذلك إن أرادوا</w:t>
      </w:r>
    </w:p>
    <w:p>
      <w:r>
        <w:rPr>
          <w:b/>
        </w:rPr>
        <w:t xml:space="preserve">[21:35] </w:t>
      </w:r>
      <w:r>
        <w:t>islahan wa lahunna mithlu alladhii 'alayhinna</w:t>
      </w:r>
    </w:p>
    <w:p>
      <w:pPr>
        <w:jc w:val="right"/>
      </w:pPr>
      <w:r>
        <w:t>إصلاحا ولهن مثل الذي عليهن</w:t>
      </w:r>
    </w:p>
    <w:p>
      <w:r>
        <w:rPr>
          <w:b/>
        </w:rPr>
        <w:t xml:space="preserve">[21:42] </w:t>
      </w:r>
      <w:r>
        <w:t>bil ma'ruufi wa lil rijali 'alayhinna</w:t>
      </w:r>
    </w:p>
    <w:p>
      <w:pPr>
        <w:jc w:val="right"/>
      </w:pPr>
      <w:r>
        <w:t>بالمعروف وللرجال عليهن</w:t>
      </w:r>
    </w:p>
    <w:p>
      <w:r>
        <w:rPr>
          <w:b/>
        </w:rPr>
        <w:t xml:space="preserve">[21:48] </w:t>
      </w:r>
      <w:r>
        <w:t>darajatun wallahu azizun hakim</w:t>
      </w:r>
    </w:p>
    <w:p>
      <w:pPr>
        <w:jc w:val="right"/>
      </w:pPr>
      <w:r>
        <w:t>درجة والله عزيز حكيم</w:t>
      </w:r>
    </w:p>
    <w:p>
      <w:r>
        <w:rPr>
          <w:b/>
        </w:rPr>
        <w:t xml:space="preserve">[21:55] </w:t>
      </w:r>
      <w:r>
        <w:t>aur Allah ko apni qasmon ka nishana na banao ke tum bhalai na karo aur parhezgari na karo aur logon ke darmiyan sulah na karo.</w:t>
      </w:r>
    </w:p>
    <w:p>
      <w:pPr>
        <w:jc w:val="right"/>
      </w:pPr>
      <w:r>
        <w:t>اور اللہ کو اپنی قسموں کا نشانہ نہ بناؤ کہ تم بھلائی نہ کرو اور پرہیزگاری نہ کرو اور لوگوں کے درمیان صلح نہ کرو۔</w:t>
      </w:r>
    </w:p>
    <w:p>
      <w:r>
        <w:rPr>
          <w:b/>
        </w:rPr>
        <w:t xml:space="preserve">[22:04] </w:t>
      </w:r>
      <w:r>
        <w:t>Allah sunne wala, janne wala hai. Allah tumhari be irada qasmon par tum ko nahi pakadta magar woh is kaam par pakadta hai jo tumhare dil karte hain aur Allah bakhsne wala, tahammul wala hai.</w:t>
      </w:r>
    </w:p>
    <w:p>
      <w:pPr>
        <w:jc w:val="right"/>
      </w:pPr>
      <w:r>
        <w:t>اللہ سننے والا، جاننے والا ہے۔ اللہ تمہاری بے ارادہ قسموں پر تم کو نہیں پکڑتا مگر وہ اس کام پر پکڑتا ہے جو تمہارے دل کرتے ہیں اور اللہ بخشنے والا، تحمل والا ہے۔</w:t>
      </w:r>
    </w:p>
    <w:p>
      <w:r>
        <w:rPr>
          <w:b/>
        </w:rPr>
        <w:t xml:space="preserve">[22:19] </w:t>
      </w:r>
      <w:r>
        <w:t>jo log apni biwiyon se na milne ki qasam kha len un ke liye char mahine tak ki muhlat hai phir agar woh rujoo' kar len to Allah maaf kar dene wala, meherban hai.</w:t>
      </w:r>
    </w:p>
    <w:p>
      <w:pPr>
        <w:jc w:val="right"/>
      </w:pPr>
      <w:r>
        <w:t>جو لوگ اپنی بیویوں سے نہ ملنے کی قسم کھا لیں ان کے لیے چار مہینے تک کی مہلت ہے پھر اگر وہ رجوع کر لیں تو اللہ معاف کر دینے والا، مہربان ہے۔</w:t>
      </w:r>
    </w:p>
    <w:p>
      <w:r>
        <w:rPr>
          <w:b/>
        </w:rPr>
        <w:t xml:space="preserve">[22:30] </w:t>
      </w:r>
      <w:r>
        <w:t>aur agar woh talaq ka faisla karein to yaqeenan Allah sunne wala, janne wala hai. aur talaq di hui auratein apne aap ko teen haiz tak rokein aur</w:t>
      </w:r>
    </w:p>
    <w:p>
      <w:pPr>
        <w:jc w:val="right"/>
      </w:pPr>
      <w:r>
        <w:t>اور اگر وہ طلاق کا فیصلہ کریں تو یقینا اللہ سننے والا، جاننے والا ہے۔ اور طلاق دی ہوئی عورتیں اپنے آپ کو تین حیض تک روکے رکھیں اور</w:t>
      </w:r>
    </w:p>
    <w:p>
      <w:r>
        <w:rPr>
          <w:b/>
        </w:rPr>
        <w:t xml:space="preserve">[22:42] </w:t>
      </w:r>
      <w:r>
        <w:t>agar woh Allah par aur aakhirat ke din par imaan rakhti hain to un ke liye jaiz nahi ke woh is cheez ko chupayein jo Allah ne paida kiya hai un ke pait mein aur is darmiyan mein un ke shohar un ko phir lautane ka haq rakhte hain agar woh sulah karna chahein.</w:t>
      </w:r>
    </w:p>
    <w:p>
      <w:pPr>
        <w:jc w:val="right"/>
      </w:pPr>
      <w:r>
        <w:t>اگر وہ اللہ پر اور آخرت کے دن پر ایمان رکھتی ہیں تو ان کے لیے جائز نہیں کہ وہ اس چیز کو چھپائیں جو اللہ نے پیدا کیا ہے ان کے پیٹ میں اور اس دوران میں ان کے شوہر ان کو پھر لوٹا لینے کا حق رکھتے ہیں اگر وہ صلح کرنا چاہیں۔</w:t>
      </w:r>
    </w:p>
    <w:p>
      <w:r>
        <w:rPr>
          <w:b/>
        </w:rPr>
        <w:t xml:space="preserve">[22:59] </w:t>
      </w:r>
      <w:r>
        <w:t>aur un auraton ke liye dastoor ke mutabiq isi tarah huqooq hain jis tarah dastoor ke mutabiq un par zimmedariyan</w:t>
      </w:r>
    </w:p>
    <w:p>
      <w:pPr>
        <w:jc w:val="right"/>
      </w:pPr>
      <w:r>
        <w:t>اور ان عورتوں کے لیے دستور کے مطابق اسی طرح حقوق ہیں جس طرح دستور کے مطابق ان پر ذمہ داریاں</w:t>
      </w:r>
    </w:p>
    <w:p>
      <w:r>
        <w:rPr>
          <w:b/>
        </w:rPr>
        <w:t xml:space="preserve">[23:07] </w:t>
      </w:r>
      <w:r>
        <w:t>hain aur mardon ka un ke muqable mein kuch darja badha hua hai aur Allah zabardast hai, tadbeer wala hai.</w:t>
      </w:r>
    </w:p>
    <w:p>
      <w:pPr>
        <w:jc w:val="right"/>
      </w:pPr>
      <w:r>
        <w:t>ہیں اور مردوں کا ان کے مقابلے میں کچھ درجہ بڑھا ہوا ہے اور اللہ زبردست ہے، تدبیر والا ہے۔</w:t>
      </w:r>
    </w:p>
    <w:p>
      <w:r>
        <w:rPr>
          <w:b/>
        </w:rPr>
        <w:t xml:space="preserve">[23:16] </w:t>
      </w:r>
      <w:r>
        <w:t>tashreeh: zid aur ghusse mein kabhi ek aadmi qasam kha leta hai ke main falan aadmi ke sath koi naik sulook nahi karunga.</w:t>
      </w:r>
    </w:p>
    <w:p>
      <w:pPr>
        <w:jc w:val="right"/>
      </w:pPr>
      <w:r>
        <w:t>تشریح: ضد اور غصے میں کبھی ایک آدمی قسم کھا لیتا ہے کہ میں فلاں آدمی کے ساتھ کوئی نیک سلوک نہیں کروں گا۔</w:t>
      </w:r>
    </w:p>
    <w:p>
      <w:r>
        <w:rPr>
          <w:b/>
        </w:rPr>
        <w:t xml:space="preserve">[23:25] </w:t>
      </w:r>
      <w:r>
        <w:t>qadeem zamane mein arbon mein is tarah ki qasmon ka bohat riwaj tha. woh ek bhalai ka kaam ya ek islaah ka kaam na karne ki qasam kha lete aur jab un ko is nawiyat ke kaam ke liye pukara jata to keh dete ke hum to is ko na karne ki qasam kha chuke hain.</w:t>
      </w:r>
    </w:p>
    <w:p>
      <w:pPr>
        <w:jc w:val="right"/>
      </w:pPr>
      <w:r>
        <w:t>قدیم زمانے میں عربوں میں اس طرح کی قسموں کا بہت رواج تھا۔ وہ ایک بھلائی کا کام یا ایک اصلاح کا کام نہ کرنے کی قسم کھا لیتے اور جب ان کو اس نوعیت کے کام کے لیے پکارا جاتا تو کہہ دیتے کہ ہم تو اس کو نہ کرنے کی قسم کھا چکے ہیں۔</w:t>
      </w:r>
    </w:p>
    <w:p>
      <w:r>
        <w:rPr>
          <w:b/>
        </w:rPr>
        <w:t xml:space="preserve">[23:42] </w:t>
      </w:r>
      <w:r>
        <w:t>yeh kehna ke main bhalai ka kaam na karunga yun bhi ek galat baat hai aur is ko Khuda ke naam ki qasam kha kar kehna aur bhi zyada bura hai.</w:t>
      </w:r>
    </w:p>
    <w:p>
      <w:pPr>
        <w:jc w:val="right"/>
      </w:pPr>
      <w:r>
        <w:t>یہ کہنا کہ میں بھلائی کا کام نہ کروں گا یوں بھی ایک غلط بات ہے اور اس کو خدا کے نام کی قسم کھا کر کہنا اور بھی زیادہ برا ہے۔</w:t>
      </w:r>
    </w:p>
    <w:p>
      <w:r>
        <w:rPr>
          <w:b/>
        </w:rPr>
        <w:t xml:space="preserve">[23:51] </w:t>
      </w:r>
      <w:r>
        <w:t>kyun ke Khuda to woh hasti hai jo sarapa rehmat aur khair hai. phir aise Khuda ka naam le kar apne aap ko rehmat aur khair ke kamon se alag karna kyun kar durust ho sakta hai?</w:t>
      </w:r>
    </w:p>
    <w:p>
      <w:pPr>
        <w:jc w:val="right"/>
      </w:pPr>
      <w:r>
        <w:t>کیونکہ خدا تو وہ ہستی ہے جو سراپا رحمت اور خیر ہے۔ پھر ایسے خدا کا نام لے کر اپنے آپ کو رحمت اور خیر کے کاموں سے الگ کرنا کیوں کر درست ہو سکتا ہے؟</w:t>
      </w:r>
    </w:p>
    <w:p>
      <w:r>
        <w:rPr>
          <w:b/>
        </w:rPr>
        <w:t xml:space="preserve">[24:03] </w:t>
      </w:r>
      <w:r>
        <w:t>bigad har haal mein bura hai. lekin agar bigad ko Khuda ya us ke deen ka naam le kar kiya jaye to is ki burai bohat zyada badh jati hai.</w:t>
      </w:r>
    </w:p>
    <w:p>
      <w:pPr>
        <w:jc w:val="right"/>
      </w:pPr>
      <w:r>
        <w:t>بگاڑ ہر حال میں برا ہے۔ لیکن اگر بگاڑ کو خدا یا اس کے دین کا نام لے کر کیا جائے تو اس کی برائی بہت زیادہ بڑھ جاتی ہے۔</w:t>
      </w:r>
    </w:p>
    <w:p>
      <w:r>
        <w:rPr>
          <w:b/>
        </w:rPr>
        <w:t xml:space="preserve">[24:12] </w:t>
      </w:r>
      <w:r>
        <w:t>baaz log qasam ko takiya-e-kalam bana lete hain aur ghair-irradi taur par qasam ke alfaaz bolte rehte hain. yeh</w:t>
      </w:r>
    </w:p>
    <w:p>
      <w:pPr>
        <w:jc w:val="right"/>
      </w:pPr>
      <w:r>
        <w:t>بعض لوگ قسم کو تکیہ کلام بنا لیتے ہیں اور غیر ارادی طور پر قسم کے الفاظ بولتے رہتے ہیں۔ یہ</w:t>
      </w:r>
    </w:p>
    <w:p>
      <w:r>
        <w:rPr>
          <w:b/>
        </w:rPr>
        <w:t xml:space="preserve">[24:19] </w:t>
      </w:r>
      <w:r>
        <w:t>ek laghu baat hai aur har aadmi ko is se bachna chahiye. taham miyan biwi ke taluq ki nazakat ki wajah se is tarah ke mamlat mein aisi qasam ko qanooni taur par ghair-muassar qarar diya gaya.</w:t>
      </w:r>
    </w:p>
    <w:p>
      <w:pPr>
        <w:jc w:val="right"/>
      </w:pPr>
      <w:r>
        <w:t>ایک لغو بات ہے اور ہر آدمی کو اس سے بچنا چاہیے۔ تاہم میاں بیوی کے تعلق کی نزاکت کی وجہ سے اس طرح کے معاملات میں ایسی قسم کو قانونی طور پر غیر مؤثر قرار دیا گیا۔</w:t>
      </w:r>
    </w:p>
    <w:p>
      <w:r>
        <w:rPr>
          <w:b/>
        </w:rPr>
        <w:t xml:space="preserve">[24:31] </w:t>
      </w:r>
      <w:r>
        <w:t>albatta woh kalam jo aadmi soch samajh kar munh se nikale aur jis ke sath qalbi irada shamil ho jaye us ki nawiyat bilkul doosri hoti hai.</w:t>
      </w:r>
    </w:p>
    <w:p>
      <w:pPr>
        <w:jc w:val="right"/>
      </w:pPr>
      <w:r>
        <w:t>البتہ وہ کلام جو آدمی سوچ سمجھ کر منہ سے نکالے اور جس کے ساتھ قلبی ارادہ شامل ہو جائے اس کی نوعیت بالکل دوسری ہوتی ہے۔</w:t>
      </w:r>
    </w:p>
    <w:p>
      <w:r>
        <w:rPr>
          <w:b/>
        </w:rPr>
        <w:t xml:space="preserve">[24:40] </w:t>
      </w:r>
      <w:r>
        <w:t>is liye agar koi shakhs iradatan yeh qasam kha le ke main apni aurat ke paas na</w:t>
      </w:r>
    </w:p>
    <w:p>
      <w:pPr>
        <w:jc w:val="right"/>
      </w:pPr>
      <w:r>
        <w:t>اس لیے اگر کوئی شخص ارادتا یہ قسم کھا لے کہ میں اپنی عورت کے پاس نہ</w:t>
      </w:r>
    </w:p>
    <w:p>
      <w:r>
        <w:rPr>
          <w:b/>
        </w:rPr>
        <w:t xml:space="preserve">[24:46] </w:t>
      </w:r>
      <w:r>
        <w:t>jaunga to is ko qabil-e-lihaz qarar de kar is ko ek qanooni masla bana diya gaya aur is ke ahkam muqarrar kiye gaye. khandan ka nizam mein khwah mard ho ya aurat har ek ke huqooq bhi hain aur har ek ki zimmedariyan bhi.</w:t>
      </w:r>
    </w:p>
    <w:p>
      <w:pPr>
        <w:jc w:val="right"/>
      </w:pPr>
      <w:r>
        <w:t>جاؤں گا تو اس کو قابل لحاظ قرار دے کر اس کو ایک قانونی مسئلہ بنا دیا گیا اور اس کے احکام مقرر کیے گئے۔ خاندانی نظام میں خواہ مرد ہو یا عورت ہر ایک کے حقوق بھی ہیں اور ہر ایک کی ذمہ داریاں بھی۔</w:t>
      </w:r>
    </w:p>
    <w:p>
      <w:r>
        <w:rPr>
          <w:b/>
        </w:rPr>
        <w:t xml:space="preserve">[25:01] </w:t>
      </w:r>
      <w:r>
        <w:t>har fard ko chahiye ke doosre se apna haq lene ke sath doosre ko uska haq bhi poori tarah ada kare. koi shakhs ittifaqi halat ya apni fitri baladasti se faida utha kar agar doosre ke sath na-insafi kare ga</w:t>
      </w:r>
    </w:p>
    <w:p>
      <w:pPr>
        <w:jc w:val="right"/>
      </w:pPr>
      <w:r>
        <w:t>ہر فرد کو چاہیے کہ دوسرے سے اپنا حق لینے کے ساتھ دوسرے کو اس کا حق بھی پوری طرح ادا کرے۔ کوئی شخص اتفاقی حالات یا اپنی فطری بالادستی سے فائدہ اٹھا کر اگر دوسرے کے ساتھ ناانصافی کرے گ</w:t>
      </w:r>
    </w:p>
    <w:p>
      <w:r>
        <w:rPr>
          <w:b/>
        </w:rPr>
        <w:t xml:space="preserve">[25:15] </w:t>
      </w:r>
      <w:r>
        <w:t>to woh Khuda ki pakad se apne aap ko bacha nahi sakta.</w:t>
      </w:r>
    </w:p>
    <w:p>
      <w:pPr>
        <w:jc w:val="right"/>
      </w:pPr>
      <w:r>
        <w:t>ا تو وہ خدا کی پکڑ سے اپنے آپ کو بچا نہیں سکتا۔</w:t>
      </w:r>
    </w:p>
    <w:p>
      <w:r>
        <w:rPr>
          <w:b/>
        </w:rPr>
        <w:t xml:space="preserve">[26:25] </w:t>
      </w:r>
      <w:r>
        <w:t>fain tallaqaha fala tahullu lahu min ba'di hatta tankaha zawjan ghairih.</w:t>
      </w:r>
    </w:p>
    <w:p>
      <w:pPr>
        <w:jc w:val="right"/>
      </w:pPr>
      <w:r>
        <w:t>فإن طلقها فلا تحل له من بعد حتى تنكح زوجا غيره.</w:t>
      </w:r>
    </w:p>
    <w:p>
      <w:r>
        <w:rPr>
          <w:b/>
        </w:rPr>
        <w:t xml:space="preserve">[26:36] </w:t>
      </w:r>
      <w:r>
        <w:t>fain tallaqaha fala junaha 'alayhima an yataraja'a in zhanna an yuqima hududallahi.</w:t>
      </w:r>
    </w:p>
    <w:p>
      <w:pPr>
        <w:jc w:val="right"/>
      </w:pPr>
      <w:r>
        <w:t>فإن طلقها فلا جناح عليهما أن يتراجعا إن ظنا أن يقيما حدود الله.</w:t>
      </w:r>
    </w:p>
    <w:p>
      <w:r>
        <w:rPr>
          <w:b/>
        </w:rPr>
        <w:t xml:space="preserve">[26:55] </w:t>
      </w:r>
      <w:r>
        <w:t>wa tilka hududullahi yubayyinuha liqawmin ya'lamun. wa idha tallaqtumun nisa'a fabalaghna ajalahunna famsiku hunna bima'rufin aw sarrihunna bima'ruf.</w:t>
      </w:r>
    </w:p>
    <w:p>
      <w:pPr>
        <w:jc w:val="right"/>
      </w:pPr>
      <w:r>
        <w:t>وتلك حدود الله يبينها لقوم يعلمون. وإذا طلقتم النساء فبلغن أجلهن فأمسكوهن بمعروف أو سرحوهن بمعروف.</w:t>
      </w:r>
    </w:p>
    <w:p>
      <w:r>
        <w:rPr>
          <w:b/>
        </w:rPr>
        <w:t xml:space="preserve">[27:20] </w:t>
      </w:r>
      <w:r>
        <w:t>wa la tumsiku hunna diraran li ta'tadu. wa mai yaf'al zalika faqad zhalam nafsah.</w:t>
      </w:r>
    </w:p>
    <w:p>
      <w:pPr>
        <w:jc w:val="right"/>
      </w:pPr>
      <w:r>
        <w:t>ولا تمسكوهن ضرارا لتعتدوا. ومن يفعل ذلك فقد ظلم نفسه.</w:t>
      </w:r>
    </w:p>
    <w:p>
      <w:r>
        <w:rPr>
          <w:b/>
        </w:rPr>
        <w:t xml:space="preserve">[27:32] </w:t>
      </w:r>
      <w:r>
        <w:t>wa la tattakhidhu ayati allahi huzuwa. wadhkuru ni'matallahi 'alaykum wa ma anzala 'alaykum minal kitabi wal hikmati ya'izhukum bih.</w:t>
      </w:r>
    </w:p>
    <w:p>
      <w:pPr>
        <w:jc w:val="right"/>
      </w:pPr>
      <w:r>
        <w:t>ولا تتخذوا آيات الله هزوا. واذكروا نعمة الله عليكم وما أنزل عليكم من الكتاب والحكمة يعظكم به.</w:t>
      </w:r>
    </w:p>
    <w:p>
      <w:r>
        <w:rPr>
          <w:b/>
        </w:rPr>
        <w:t xml:space="preserve">[27:53] </w:t>
      </w:r>
      <w:r>
        <w:t>wattaqullaha wa'lamu annallaha bikulli shai'in 'alim.</w:t>
      </w:r>
    </w:p>
    <w:p>
      <w:pPr>
        <w:jc w:val="right"/>
      </w:pPr>
      <w:r>
        <w:t>واتقوا الله واعلموا أن الله بكل شيء عليم.</w:t>
      </w:r>
    </w:p>
    <w:p>
      <w:r>
        <w:rPr>
          <w:b/>
        </w:rPr>
        <w:t xml:space="preserve">[28:03] </w:t>
      </w:r>
      <w:r>
        <w:t>talaq do bar hai. phir ya to qaide ke mutabiq rakh lena hai ya khush asli ke sath rukhsat kar dena.</w:t>
      </w:r>
    </w:p>
    <w:p>
      <w:pPr>
        <w:jc w:val="right"/>
      </w:pPr>
      <w:r>
        <w:t>طلاق دو بار ہے۔ پھر یا تو قاعدے کے مطابق رکھ لینا ہے یا خوش اسلوبی کے ساتھ رخصت کر دینا۔</w:t>
      </w:r>
    </w:p>
    <w:p>
      <w:r>
        <w:rPr>
          <w:b/>
        </w:rPr>
        <w:t xml:space="preserve">[28:14] </w:t>
      </w:r>
      <w:r>
        <w:t>aur tumhare liye yeh baat jaiz nahi ke tum ne jo kuch in auraton ko diya hai us mein se kuch le lo, magar yeh ke dono ko dar ho ke woh Allah ki hadon par qaim na reh saken ge.</w:t>
      </w:r>
    </w:p>
    <w:p>
      <w:pPr>
        <w:jc w:val="right"/>
      </w:pPr>
      <w:r>
        <w:t>اور تمہارے لیے یہ بات جائز نہیں کہ تم نے جو کچھ ان عورتوں کو دیا ہے اس میں سے کچھ لے لو، مگر یہ کہ دونوں کو ڈر ہو کہ وہ اللہ کی حدوں پر قائم نہ رہ سکیں گے۔</w:t>
      </w:r>
    </w:p>
    <w:p>
      <w:r>
        <w:rPr>
          <w:b/>
        </w:rPr>
        <w:t xml:space="preserve">[28:33] </w:t>
      </w:r>
      <w:r>
        <w:t>phir agar tum ko yeh dar ho ke dono Allah ki hadon par qaim na reh saken ge to dono par gunah nahi us maal mein jis ko aurat fidya mein de.</w:t>
      </w:r>
    </w:p>
    <w:p>
      <w:pPr>
        <w:jc w:val="right"/>
      </w:pPr>
      <w:r>
        <w:t>پھر اگر تم کو یہ ڈر ہو کہ دونوں اللہ کی حدوں پر قائم نہ رہ سکیں گے تو دونوں پر گناہ نہیں اس مال میں جس کو عورت فدیہ میں دے۔</w:t>
      </w:r>
    </w:p>
    <w:p>
      <w:r>
        <w:rPr>
          <w:b/>
        </w:rPr>
        <w:t xml:space="preserve">[28:46] </w:t>
      </w:r>
      <w:r>
        <w:t>yeh allah ki haden hain to in se bahar na niklo. aur jo shakhs allah ki hadon se nikal jaye to wahi log zalim hain.</w:t>
      </w:r>
    </w:p>
    <w:p>
      <w:pPr>
        <w:jc w:val="right"/>
      </w:pPr>
      <w:r>
        <w:t>یہ اللہ کی حدیں ہیں تو ان سے باہر نہ نکلو۔ اور جو شخص اللہ کی حدوں سے نکل جائے تو وہی لوگ ظالم ہیں۔</w:t>
      </w:r>
    </w:p>
    <w:p>
      <w:r>
        <w:rPr>
          <w:b/>
        </w:rPr>
        <w:t xml:space="preserve">[29:02] </w:t>
      </w:r>
      <w:r>
        <w:t>phir agar woh talaq de de to us ke baad woh aurat is ke liye halaal nahi jab tak ke woh kisi doosre mard se nikah na karay.</w:t>
      </w:r>
    </w:p>
    <w:p>
      <w:pPr>
        <w:jc w:val="right"/>
      </w:pPr>
      <w:r>
        <w:t>پھر اگر وہ طلاق دے دے تو اس کے بعد وہ عورت اس کے لیے حلال نہیں جب تک کہ وہ کسی دوسرے مرد سے نکاح نہ کرے۔</w:t>
      </w:r>
    </w:p>
    <w:p>
      <w:r>
        <w:rPr>
          <w:b/>
        </w:rPr>
        <w:t xml:space="preserve">[29:16] </w:t>
      </w:r>
      <w:r>
        <w:t>phir agar woh mard is ko talaq de de tab gunah nahi in dono par ke phir mil jayein bashart unhein allah ki hadon par qaim rehne ki tawaqqo ho.</w:t>
      </w:r>
    </w:p>
    <w:p>
      <w:pPr>
        <w:jc w:val="right"/>
      </w:pPr>
      <w:r>
        <w:t>پھر اگر وہ مرد اس کو طلاق دے دے تب گناہ نہیں ان دونوں پر کہ پھر مل جائیں بشرط انہیں اللہ کی حدوں پر قائم رہنے کی توقع ہو۔</w:t>
      </w:r>
    </w:p>
    <w:p>
      <w:r>
        <w:rPr>
          <w:b/>
        </w:rPr>
        <w:t xml:space="preserve">[29:31] </w:t>
      </w:r>
      <w:r>
        <w:t>yeh</w:t>
      </w:r>
    </w:p>
    <w:p>
      <w:pPr>
        <w:jc w:val="right"/>
      </w:pPr>
      <w:r>
        <w:t>یہ</w:t>
      </w:r>
    </w:p>
    <w:p>
      <w:r>
        <w:rPr>
          <w:b/>
        </w:rPr>
        <w:t xml:space="preserve">[29:32] </w:t>
      </w:r>
      <w:r>
        <w:t>khudawandi zabte hain jin ko woh bayan kar raha hai un logon ke liye jo danishmand hain. aur</w:t>
      </w:r>
    </w:p>
    <w:p>
      <w:pPr>
        <w:jc w:val="right"/>
      </w:pPr>
      <w:r>
        <w:t>خداوندی ضابطے ہیں جن کو وہ بیان کر رہا ہے ان لوگوں کے لیے جو دانشمند ہیں۔ اور</w:t>
      </w:r>
    </w:p>
    <w:p>
      <w:r>
        <w:rPr>
          <w:b/>
        </w:rPr>
        <w:t xml:space="preserve">[29:41] </w:t>
      </w:r>
      <w:r>
        <w:t>jab tum auraton ko talaq de do aur woh apni iddat tak puhanch jayein to un ko ya qaide ke mutabiq rakh lo ya qaide ke mutabiq rokhsat kar do.</w:t>
      </w:r>
    </w:p>
    <w:p>
      <w:pPr>
        <w:jc w:val="right"/>
      </w:pPr>
      <w:r>
        <w:t>جب تم عورتوں کو طلاق دے دو اور وہ اپنی عدت تک پہنچ جائیں تو ان کو یا قاعدے کے مطابق رکھ لو یا قاعدے کے مطابق رخصت کر دو۔</w:t>
      </w:r>
    </w:p>
    <w:p>
      <w:r>
        <w:rPr>
          <w:b/>
        </w:rPr>
        <w:t xml:space="preserve">[29:57] </w:t>
      </w:r>
      <w:r>
        <w:t>aur takleef puhanchane ki gharz se na roko ta ke un par ziyadati karo.</w:t>
      </w:r>
    </w:p>
    <w:p>
      <w:pPr>
        <w:jc w:val="right"/>
      </w:pPr>
      <w:r>
        <w:t>اور تکلیف پہنچانے کی غرض سے نہ روکو تاکہ ان پر زیادتی کرو۔</w:t>
      </w:r>
    </w:p>
    <w:p>
      <w:r>
        <w:rPr>
          <w:b/>
        </w:rPr>
        <w:t xml:space="preserve">[30:04] </w:t>
      </w:r>
      <w:r>
        <w:t>aur jo aisa karega us ne apna hi bura kiya. aur allah ki ayaton ko khel na banao. aur yaad karo apne upar allah ki nemmat ko aur is kitab o hikmat ko jo us ne tumhari naseehat ke liye utari hai.</w:t>
      </w:r>
    </w:p>
    <w:p>
      <w:pPr>
        <w:jc w:val="right"/>
      </w:pPr>
      <w:r>
        <w:t>اور جو ایسا کرے گا اس نے اپنا ہی برا کیا۔ اور اللہ کی آیتوں کو کھیل نہ بناؤ۔ اور یاد کرو اپنے اوپر اللہ کی نعمت کو اور اس کتاب و حکمت کو جو اس نے تمہاری نصیحت کے لیے اتاری ہے۔</w:t>
      </w:r>
    </w:p>
    <w:p>
      <w:r>
        <w:rPr>
          <w:b/>
        </w:rPr>
        <w:t xml:space="preserve">[30:24] </w:t>
      </w:r>
      <w:r>
        <w:t>aur allah se daro aur jaan lo ke allah har cheez ko janne wala hai.</w:t>
      </w:r>
    </w:p>
    <w:p>
      <w:pPr>
        <w:jc w:val="right"/>
      </w:pPr>
      <w:r>
        <w:t>اور اللہ سے ڈرو اور جان لو کہ اللہ ہر چیز کو جاننے والا ہے۔</w:t>
      </w:r>
    </w:p>
    <w:p>
      <w:r>
        <w:rPr>
          <w:b/>
        </w:rPr>
        <w:t xml:space="preserve">[30:32] </w:t>
      </w:r>
      <w:r>
        <w:t>tashreeh: talaq ek ghair maamooli waqea hai jo ghair maamooli halaat mein paish aata hai.</w:t>
      </w:r>
    </w:p>
    <w:p>
      <w:pPr>
        <w:jc w:val="right"/>
      </w:pPr>
      <w:r>
        <w:t>تشریح: طلاق ایک غیر معمولی واقعہ ہے جو غیر معمولی حالات میں پیش آتا ہے۔</w:t>
      </w:r>
    </w:p>
    <w:p>
      <w:r>
        <w:rPr>
          <w:b/>
        </w:rPr>
        <w:t xml:space="preserve">[30:42] </w:t>
      </w:r>
      <w:r>
        <w:t>magar is intehai jazbati maamle mein bhi taqwa aur ehsan par qaim rehne ka hukum diya gaya.</w:t>
      </w:r>
    </w:p>
    <w:p>
      <w:pPr>
        <w:jc w:val="right"/>
      </w:pPr>
      <w:r>
        <w:t>مگر اس انتہائی جذباتی معاملے میں بھی تقویٰ اور احسان پر قائم رہنے کا حکم دیا گیا۔</w:t>
      </w:r>
    </w:p>
    <w:p>
      <w:r>
        <w:rPr>
          <w:b/>
        </w:rPr>
        <w:t xml:space="preserve">[30:55] </w:t>
      </w:r>
      <w:r>
        <w:t>is se andaza kiya ja sakta hai ke dunya ki zindagi mein momin se kis qism ka sulook allah taala ko matloob hai.</w:t>
      </w:r>
    </w:p>
    <w:p>
      <w:pPr>
        <w:jc w:val="right"/>
      </w:pPr>
      <w:r>
        <w:t>اس سے اندازہ کیا جا سکتا ہے کہ دنیا کی زندگی میں مومن سے کس قسم کا سلوک اللہ تعالیٰ کو مطلوب ہے۔</w:t>
      </w:r>
    </w:p>
    <w:p>
      <w:r>
        <w:rPr>
          <w:b/>
        </w:rPr>
        <w:t xml:space="preserve">[31:05] </w:t>
      </w:r>
      <w:r>
        <w:t>nikah ke rishte ko yakbargu tootne ke bajaye is ko teen marhalon mein anjam dene ka hukum hua jo chand mah mein apni takmeel ko puhanchta hai.</w:t>
      </w:r>
    </w:p>
    <w:p>
      <w:pPr>
        <w:jc w:val="right"/>
      </w:pPr>
      <w:r>
        <w:t>نکاح کے رشتے کو یکبارگی توڑنے کے بجائے اس کو تین مرحلوں میں انجام دینے کا حکم ہوا جو چند ماہ میں اپنی تکمیل کو پہنچتا ہے۔</w:t>
      </w:r>
    </w:p>
    <w:p>
      <w:r>
        <w:rPr>
          <w:b/>
        </w:rPr>
        <w:t xml:space="preserve">[31:19] </w:t>
      </w:r>
      <w:r>
        <w:t>is intehai haijani maamle mein is qism ka sanjeeda tareeqa muqarrar kar ke bataya gaya ke ikhtilaf ke waqt momin ka rawaiyya kaisa hona chahiye.</w:t>
      </w:r>
    </w:p>
    <w:p>
      <w:pPr>
        <w:jc w:val="right"/>
      </w:pPr>
      <w:r>
        <w:t>اس انتہائی حیجانی معاملے میں اس قسم کا سنجیدہ طریقہ مقرر کر کے بتایا گیا کہ اختلاف کے وقت مومن کا رویہ کیسا ہونا چاہیے۔</w:t>
      </w:r>
    </w:p>
    <w:p>
      <w:r>
        <w:rPr>
          <w:b/>
        </w:rPr>
        <w:t xml:space="preserve">[31:33] </w:t>
      </w:r>
      <w:r>
        <w:t>apne mukhalif fareeq ke sath is ka sulook ghair jazbati andaaz mein socha hua sabirana faisla ho na ke ishtial ke tehat zahir hone wala achaanak faisal</w:t>
      </w:r>
    </w:p>
    <w:p>
      <w:pPr>
        <w:jc w:val="right"/>
      </w:pPr>
      <w:r>
        <w:t>اپنے مخالف فریق کے ساتھ اس کا سلوک غیر جذباتی انداز میں سوچا ہوا صابرانہ فیصلہ ہو نہ کہ اشتعال کے تحت ظاہر ہونے والا اچانک فیصل</w:t>
      </w:r>
    </w:p>
    <w:p>
      <w:r>
        <w:rPr>
          <w:b/>
        </w:rPr>
        <w:t xml:space="preserve">[31:48] </w:t>
      </w:r>
      <w:r>
        <w:t>h. isi tarah talaq ke jitne aadab muqarrar kiye gaye hain sab mein zindagi ka bohat gehra sabaq maujood hai.</w:t>
      </w:r>
    </w:p>
    <w:p>
      <w:pPr>
        <w:jc w:val="right"/>
      </w:pPr>
      <w:r>
        <w:t>ہ۔ اسی طرح طلاق کے جتنے آداب مقرر کیے گئے ہیں سب میں زندگی کا بہت گہرا سبق موجود ہے۔</w:t>
      </w:r>
    </w:p>
    <w:p>
      <w:r>
        <w:rPr>
          <w:b/>
        </w:rPr>
        <w:t xml:space="preserve">[32:00] </w:t>
      </w:r>
      <w:r>
        <w:t>alhaidgi ka irada karne ke baad bhi aadmi ek muddat tak dobara ittehad ke imkan par ghore karta rahe.</w:t>
      </w:r>
    </w:p>
    <w:p>
      <w:pPr>
        <w:jc w:val="right"/>
      </w:pPr>
      <w:r>
        <w:t>علیحدگی کا ارادہ کرنے کے بعد بھی آدمی ایک مدت تک دوبارہ اتحاد کے امکان پر غور کرتا رہے۔</w:t>
      </w:r>
    </w:p>
    <w:p>
      <w:r>
        <w:rPr>
          <w:b/>
        </w:rPr>
        <w:t xml:space="preserve">[32:10] </w:t>
      </w:r>
      <w:r>
        <w:t>taaluqat ke khatme ki nabat aa jaye tab bhi woh is ko huqooq insaniyat ke khatme ke hum maani na banaaye.</w:t>
      </w:r>
    </w:p>
    <w:p>
      <w:pPr>
        <w:jc w:val="right"/>
      </w:pPr>
      <w:r>
        <w:t>تعلقات کے خاتمے کی نوبت آ جائے تب بھی وہ اس کو حقوق انسانیت کے خاتمے کے ہم معنی نہ بنائے۔</w:t>
      </w:r>
    </w:p>
    <w:p>
      <w:r>
        <w:rPr>
          <w:b/>
        </w:rPr>
        <w:t xml:space="preserve">[32:22] </w:t>
      </w:r>
      <w:r>
        <w:t>bahami sulook ke liye allah ka jo qanoon hai us ki mukammal pabandi ki jaye. shariyat ke kisi hukum ko qanooni helon ke zariye qalladam na kiya jaye.</w:t>
      </w:r>
    </w:p>
    <w:p>
      <w:pPr>
        <w:jc w:val="right"/>
      </w:pPr>
      <w:r>
        <w:t>باہمی سلوک کے لیے اللہ کا جو قانون ہے اس کی مکمل پابندی کی جائے۔ شریعت کے کسی حکم کو قانونی ہیلوں کے ذریعے قلادم نہ کیا جائے۔</w:t>
      </w:r>
    </w:p>
    <w:p>
      <w:r>
        <w:rPr>
          <w:b/>
        </w:rPr>
        <w:t xml:space="preserve">[32:36] </w:t>
      </w:r>
      <w:r>
        <w:t>qanoon</w:t>
      </w:r>
    </w:p>
    <w:p>
      <w:pPr>
        <w:jc w:val="right"/>
      </w:pPr>
      <w:r>
        <w:t>قانون</w:t>
      </w:r>
    </w:p>
    <w:p>
      <w:r>
        <w:rPr>
          <w:b/>
        </w:rPr>
        <w:t xml:space="preserve">[32:37] </w:t>
      </w:r>
      <w:r>
        <w:t>ki taameel mein sirf alfaaz qanoon ko na dekha jaye balkeh us ki hikmat yani rooh qanoon ko bhi samne rakha jaye.</w:t>
      </w:r>
    </w:p>
    <w:p>
      <w:pPr>
        <w:jc w:val="right"/>
      </w:pPr>
      <w:r>
        <w:t>کی تعمیل میں صرف الفاظ قانون کو نہ دیکھا جائے بلکہ اس کی حکمت یعنی روح قانون کو بھی سامنے رکھا جائے۔</w:t>
      </w:r>
    </w:p>
    <w:p>
      <w:r>
        <w:rPr>
          <w:b/>
        </w:rPr>
        <w:t xml:space="preserve">[32:49] </w:t>
      </w:r>
      <w:r>
        <w:t>alhaidgi se pehle apne sabiqah saathi ko jo kuch diya tha us ko alhaidgi ke baad wapas lene ki koshish na ki jaye.</w:t>
      </w:r>
    </w:p>
    <w:p>
      <w:pPr>
        <w:jc w:val="right"/>
      </w:pPr>
      <w:r>
        <w:t>علیحدگی سے پہلے اپنے سابقہ ساتھی کو جو کچھ دیا تھا اس کو علیحدگی کے بعد واپس لینے کی کوشش نہ کی جائ</w:t>
      </w:r>
    </w:p>
    <w:p>
      <w:r>
        <w:rPr>
          <w:b/>
        </w:rPr>
        <w:t xml:space="preserve">[32:58] </w:t>
      </w:r>
      <w:r>
        <w:t>jis tarah taaluqat ke zamane ko khush asloobi ke sath guzara tha usi tarah alhaidgi ke zamane ko bhi khush asloobi ke sath guzara jaye.</w:t>
      </w:r>
    </w:p>
    <w:p>
      <w:pPr>
        <w:jc w:val="right"/>
      </w:pPr>
      <w:r>
        <w:t>ے۔ جس طرح تعلقات کے زمانے کو خوش اسلوبی کے ساتھ گزارا تھا اسی طرح علیحدگی کے زمانے کو بھی خوش اسلوبی کے ساتھ گزارا جائے۔</w:t>
      </w:r>
    </w:p>
    <w:p>
      <w:r>
        <w:rPr>
          <w:b/>
        </w:rPr>
        <w:t xml:space="preserve">[33:14] </w:t>
      </w:r>
      <w:r>
        <w:t>wa izaa talaktumun nisaa'a fabalaghna ajalahunna falaa ta'duluhunna an yankeha azwaajahunna izaa taraadaw bainahum bil ma'roof.</w:t>
      </w:r>
    </w:p>
    <w:p>
      <w:pPr>
        <w:jc w:val="right"/>
      </w:pPr>
      <w:r>
        <w:t>وإذا طلقتم النساء فبلغن أجلهن فلا تعضلوهن أن ينكحن أزواجهن إذا تراضوا بينهم بالمعروف.</w:t>
      </w:r>
    </w:p>
    <w:p>
      <w:r>
        <w:rPr>
          <w:b/>
        </w:rPr>
        <w:t xml:space="preserve">[33:35] </w:t>
      </w:r>
      <w:r>
        <w:t>zaalika yoo'azu bihee man kaana minkum yu'minu billaahi wal yawmil aakhir.</w:t>
      </w:r>
    </w:p>
    <w:p>
      <w:pPr>
        <w:jc w:val="right"/>
      </w:pPr>
      <w:r>
        <w:t>ذلك يوعظ به من كان منكم يؤمن بالله واليوم الآخر.</w:t>
      </w:r>
    </w:p>
    <w:p>
      <w:r>
        <w:rPr>
          <w:b/>
        </w:rPr>
        <w:t xml:space="preserve">[33:45] </w:t>
      </w:r>
      <w:r>
        <w:t>zaleekum azka lakum wa at'har. wallahu ya'lamu wa antum la ta'lamoon.</w:t>
      </w:r>
    </w:p>
    <w:p>
      <w:pPr>
        <w:jc w:val="right"/>
      </w:pPr>
      <w:r>
        <w:t>ذلكم أزكى لكم وأطهر. والله يعلم وأنتم لا تعلمون.</w:t>
      </w:r>
    </w:p>
    <w:p>
      <w:r>
        <w:rPr>
          <w:b/>
        </w:rPr>
        <w:t xml:space="preserve">[33:56] </w:t>
      </w:r>
      <w:r>
        <w:t>al-walidatu yurdi'na awladahunna hawlayni kamilayni liman arada an yutimma ar-rad'a'ata.</w:t>
      </w:r>
    </w:p>
    <w:p>
      <w:pPr>
        <w:jc w:val="right"/>
      </w:pPr>
      <w:r>
        <w:t>الوالدات يرضعن أولادهن حولين كاملين لمن أراد أن يتم الرضاعة.</w:t>
      </w:r>
    </w:p>
    <w:p>
      <w:r>
        <w:rPr>
          <w:b/>
        </w:rPr>
        <w:t xml:space="preserve">[34:08] </w:t>
      </w:r>
      <w:r>
        <w:t>wa 'ala al-mawloodi lahu rizquhunna wa kiswatuhunna bil-ma'roof. la tukallafu nafsuun illa wus'ahaa.</w:t>
      </w:r>
    </w:p>
    <w:p>
      <w:pPr>
        <w:jc w:val="right"/>
      </w:pPr>
      <w:r>
        <w:t>وعلى المولود له رزقهن وكسوتهن بالمعروف لا تكلف نفس إلا وسعها.</w:t>
      </w:r>
    </w:p>
    <w:p>
      <w:r>
        <w:rPr>
          <w:b/>
        </w:rPr>
        <w:t xml:space="preserve">[34:21] </w:t>
      </w:r>
      <w:r>
        <w:t>la tudarra walidatun biwaladihaa wa la mawloodun lahu biwaladihi. wa 'ala al-warithi mithlu dhalika.</w:t>
      </w:r>
    </w:p>
    <w:p>
      <w:pPr>
        <w:jc w:val="right"/>
      </w:pPr>
      <w:r>
        <w:t>لا تضار والدة بولدها ولا مولود له بولده وعلى الوارث مثل ذلك.</w:t>
      </w:r>
    </w:p>
    <w:p>
      <w:r>
        <w:rPr>
          <w:b/>
        </w:rPr>
        <w:t xml:space="preserve">[34:35] </w:t>
      </w:r>
      <w:r>
        <w:t>fa in aradaa fisaalan 'an taraadun minhumaa wa tashaawurin falaa junaaha 'alayhimaa.</w:t>
      </w:r>
    </w:p>
    <w:p>
      <w:pPr>
        <w:jc w:val="right"/>
      </w:pPr>
      <w:r>
        <w:t>فإن أرادا فصالا عن تراض منهما وتشاور فلا جناح عليهما.</w:t>
      </w:r>
    </w:p>
    <w:p>
      <w:r>
        <w:rPr>
          <w:b/>
        </w:rPr>
        <w:t xml:space="preserve">[34:47] </w:t>
      </w:r>
      <w:r>
        <w:t>wa in aradtum an tustarDi'oo awladakum falaa junaaha 'alaykum.</w:t>
      </w:r>
    </w:p>
    <w:p>
      <w:pPr>
        <w:jc w:val="right"/>
      </w:pPr>
      <w:r>
        <w:t>وإن أردتم أن تسترضعوا أولادكم فلا جناح عليكم.</w:t>
      </w:r>
    </w:p>
    <w:p>
      <w:r>
        <w:rPr>
          <w:b/>
        </w:rPr>
        <w:t xml:space="preserve">[34:57] </w:t>
      </w:r>
      <w:r>
        <w:t>falaa junaaha 'alaykum itha sallamtum ma aataytum bil-ma'roof.</w:t>
      </w:r>
    </w:p>
    <w:p>
      <w:pPr>
        <w:jc w:val="right"/>
      </w:pPr>
      <w:r>
        <w:t>فلا جناح عليكم إذا سلمتم ما آتيتم بالمعروف.</w:t>
      </w:r>
    </w:p>
    <w:p>
      <w:r>
        <w:rPr>
          <w:b/>
        </w:rPr>
        <w:t xml:space="preserve">[35:09] </w:t>
      </w:r>
      <w:r>
        <w:t>wattaqool laaha wa'lamoo annallaha bima ta'maloona baseer.</w:t>
      </w:r>
    </w:p>
    <w:p>
      <w:pPr>
        <w:jc w:val="right"/>
      </w:pPr>
      <w:r>
        <w:t>واتقوا الله واعلموا أن الله بما تعملون بصير.</w:t>
      </w:r>
    </w:p>
    <w:p>
      <w:r>
        <w:rPr>
          <w:b/>
        </w:rPr>
        <w:t xml:space="preserve">[35:21] </w:t>
      </w:r>
      <w:r>
        <w:t>aur jab tum apni auraton ko talaaq de do aur woh apni iddat poori kar lein to un ko na roko ke woh apne shuhuron se nikaah kar lein jabke woh dastoor ke mutabiq aapas mein raazi ho jayen.</w:t>
      </w:r>
    </w:p>
    <w:p>
      <w:pPr>
        <w:jc w:val="right"/>
      </w:pPr>
      <w:r>
        <w:t>اور جب تم اپنی عورتوں کو طلاق دے دو اور وہ اپنی عدت پوری کر لیں تو ان کو نہ روکو کہ وہ اپنے شوہروں سے نکاح کر لیں جبکہ وہ دستور کے موافق آپس میں راضی ہو جائیں۔</w:t>
      </w:r>
    </w:p>
    <w:p>
      <w:r>
        <w:rPr>
          <w:b/>
        </w:rPr>
        <w:t xml:space="preserve">[35:41] </w:t>
      </w:r>
      <w:r>
        <w:t>yeh naseehat ki jaati hai is shakhs ko jo tum mein se Allah par aur aakhirat ke din par yaqeen rakhta ho.</w:t>
      </w:r>
    </w:p>
    <w:p>
      <w:pPr>
        <w:jc w:val="right"/>
      </w:pPr>
      <w:r>
        <w:t>یہ نصیحت کی جاتی ہے اس شخص کو جو تم میں سے اللہ پر اور آخرت کے دن پر یقین رکھتا ہو۔</w:t>
      </w:r>
    </w:p>
    <w:p>
      <w:r>
        <w:rPr>
          <w:b/>
        </w:rPr>
        <w:t xml:space="preserve">[35:51] </w:t>
      </w:r>
      <w:r>
        <w:t>yeh tumhare liye zyada paakeezah hai aur satthra tareeqa hai.</w:t>
      </w:r>
    </w:p>
    <w:p>
      <w:pPr>
        <w:jc w:val="right"/>
      </w:pPr>
      <w:r>
        <w:t>یہ تمہارے لیے زیادہ پاکیزہ ہے اور ستھرا طریقہ ہے۔</w:t>
      </w:r>
    </w:p>
    <w:p>
      <w:r>
        <w:rPr>
          <w:b/>
        </w:rPr>
        <w:t xml:space="preserve">[35:59] </w:t>
      </w:r>
      <w:r>
        <w:t>aur Allah jaanta hai tum nahin jaante. aur maayein apne bachchon ko poore do saal tak doodh pilayen un logon ke liye jo poori muddat tak doodh pilana chahte hon.</w:t>
      </w:r>
    </w:p>
    <w:p>
      <w:pPr>
        <w:jc w:val="right"/>
      </w:pPr>
      <w:r>
        <w:t>اور اللہ جانتا ہے تم نہیں جانتے۔ اور مائیں اپنے بچوں کو پورے دو سال تک دودھ پلائیں ان لوگوں کے لیے جو پوری مدت تک دودھ پلانا چاہتے ہوں۔</w:t>
      </w:r>
    </w:p>
    <w:p>
      <w:r>
        <w:rPr>
          <w:b/>
        </w:rPr>
        <w:t xml:space="preserve">[36:17] </w:t>
      </w:r>
      <w:r>
        <w:t>aur jis ka bachcha hai us ke zimme hai un maon ka khana aur kapra dastoor ke mutabiq.</w:t>
      </w:r>
    </w:p>
    <w:p>
      <w:pPr>
        <w:jc w:val="right"/>
      </w:pPr>
      <w:r>
        <w:t>اور جس کا بچہ ہے اس کے ذمہ ہے ان ماؤں کا کھانا اور کپڑا دستور کے مطابق۔</w:t>
      </w:r>
    </w:p>
    <w:p>
      <w:r>
        <w:rPr>
          <w:b/>
        </w:rPr>
        <w:t xml:space="preserve">[36:28] </w:t>
      </w:r>
      <w:r>
        <w:t>kisi ko hukum nahin diya jaata magar us ki bardasht ke mutabiq. na kisi maa ko us ke bachche ke sabab se takleef di jaaye aur na kisi baap ko us ke bachche ke sabab se.</w:t>
      </w:r>
    </w:p>
    <w:p>
      <w:pPr>
        <w:jc w:val="right"/>
      </w:pPr>
      <w:r>
        <w:t>کسی کو حکم نہیں دیا جاتا مگر اس کی برداشت کے موافق۔ نہ کسی ماں کو اس کے بچہ کے سبب سے تکلیف دی جائے اور نہ کسی باپ کو اس کے بچہ کے سبب سے۔</w:t>
      </w:r>
    </w:p>
    <w:p>
      <w:r>
        <w:rPr>
          <w:b/>
        </w:rPr>
        <w:t xml:space="preserve">[36:47] </w:t>
      </w:r>
      <w:r>
        <w:t>aur yahi zimmedari waaris par bhi hai.</w:t>
      </w:r>
    </w:p>
    <w:p>
      <w:pPr>
        <w:jc w:val="right"/>
      </w:pPr>
      <w:r>
        <w:t>اور یہی ذمہ داری وارث پر بھی ہے۔</w:t>
      </w:r>
    </w:p>
    <w:p>
      <w:r>
        <w:rPr>
          <w:b/>
        </w:rPr>
        <w:t xml:space="preserve">[36:51] </w:t>
      </w:r>
      <w:r>
        <w:t>phir agar dono bahami razamandi aur mashware se doodh chhudana chahein to dono par koi gunaah nahin.</w:t>
      </w:r>
    </w:p>
    <w:p>
      <w:pPr>
        <w:jc w:val="right"/>
      </w:pPr>
      <w:r>
        <w:t>پھر اگر دونوں باہمی رضامندی اور مشورہ سے دودھ چھڑانا چاہیں تو دونوں پر کوئی گناہ نہیں۔</w:t>
      </w:r>
    </w:p>
    <w:p>
      <w:r>
        <w:rPr>
          <w:b/>
        </w:rPr>
        <w:t xml:space="preserve">[37:03] </w:t>
      </w:r>
      <w:r>
        <w:t>aur agar tum chaaho ke apne bachchon ko kisi aur se doodh pilaao tab bhi tum par koi gunaah nahin</w:t>
      </w:r>
    </w:p>
    <w:p>
      <w:pPr>
        <w:jc w:val="right"/>
      </w:pPr>
      <w:r>
        <w:t>اور اگر تم چاہو کہ اپنے بچوں کو کسی اور سے دودھ پلاؤ تب بھی تم پر کوئی گناہ نہیں</w:t>
      </w:r>
    </w:p>
    <w:p>
      <w:r>
        <w:rPr>
          <w:b/>
        </w:rPr>
        <w:t xml:space="preserve">[37:14] </w:t>
      </w:r>
      <w:r>
        <w:t>bashart ke tum qaaide ke mutabiq woh ada kar do jo tum ne un ko dena thehraya tha. aur Allah se daro aur jaan lo ke jo kuch tum karte ho Allah us ko dekh raha hai.</w:t>
      </w:r>
    </w:p>
    <w:p>
      <w:pPr>
        <w:jc w:val="right"/>
      </w:pPr>
      <w:r>
        <w:t>بشرط کہ تم قاعدے کے مطابق وہ ادا کر دو جو تم نے ان کو دینا ٹھہرایا تھا۔ اور اللہ سے ڈرو اور جان لو کہ جو کچھ تم کرتے ہو اللہ اس کو دیکھ رہا ہے۔</w:t>
      </w:r>
    </w:p>
    <w:p>
      <w:r>
        <w:rPr>
          <w:b/>
        </w:rPr>
        <w:t xml:space="preserve">[37:36] </w:t>
      </w:r>
      <w:r>
        <w:t>tashreeh: ek aurat ko us ke khawand ne talaaq de di aur zamana iddat mein ruj'at na ki.</w:t>
      </w:r>
    </w:p>
    <w:p>
      <w:pPr>
        <w:jc w:val="right"/>
      </w:pPr>
      <w:r>
        <w:t>تشریح: ایک عورت کو اس کے خاوند نے طلاق دے دی اور زمانہ عدت میں رجعت نہ کی۔</w:t>
      </w:r>
    </w:p>
    <w:p>
      <w:r>
        <w:rPr>
          <w:b/>
        </w:rPr>
        <w:t xml:space="preserve">[37:49] </w:t>
      </w:r>
      <w:r>
        <w:t>jab iddat khatm ho chuki to doosre logon ke saath pehle shohar ne bhi nikaah ka paigham diya. 'a</w:t>
      </w:r>
    </w:p>
    <w:p>
      <w:pPr>
        <w:jc w:val="right"/>
      </w:pPr>
      <w:r>
        <w:t>جب عدت ختم ہو چکی تو دوسرے لوگوں کے ساتھ پہلے شوہر نے بھی نکاح کا پیغام دیا۔ ع</w:t>
      </w:r>
    </w:p>
    <w:p>
      <w:r>
        <w:rPr>
          <w:b/>
        </w:rPr>
        <w:t xml:space="preserve">[37:59] </w:t>
      </w:r>
      <w:r>
        <w:t>urat ne apne pehle shohar se dobara nikaah karna manzoor kar liya magar aurat ka bhai ghusse mein aa gaya aur nikaah ko rok diya.</w:t>
      </w:r>
    </w:p>
    <w:p>
      <w:pPr>
        <w:jc w:val="right"/>
      </w:pPr>
      <w:r>
        <w:t>ورت نے اپنے پہلے شوہر سے دوبارہ نکاح کرنا منظور کر لیا مگر عورت کا بھائی غصہ میں آ گیا اور نکاح کو روک دیا۔</w:t>
      </w:r>
    </w:p>
    <w:p>
      <w:r>
        <w:rPr>
          <w:b/>
        </w:rPr>
        <w:t xml:space="preserve">[38:14] </w:t>
      </w:r>
      <w:r>
        <w:t>is par yeh hukum utra ke jab dono dobara azdawaji ta'alluq qaim karne par raazi hain to tum rukawat na daalo.</w:t>
      </w:r>
    </w:p>
    <w:p>
      <w:pPr>
        <w:jc w:val="right"/>
      </w:pPr>
      <w:r>
        <w:t>اس پر یہ حکم اترا کہ جب دونوں دوبارہ ازدواجی تعلق قائم کرنے پر راضی ہیں تو تم رکاوٹ نہ ڈالو۔</w:t>
      </w:r>
    </w:p>
    <w:p>
      <w:r>
        <w:rPr>
          <w:b/>
        </w:rPr>
        <w:t xml:space="preserve">[38:27] </w:t>
      </w:r>
      <w:r>
        <w:t>talaaq ke baad bhi aksar bohat se masail baqi rehte hain. kabhi pehle shohar se dobara nikaah ka maamla hota hai.</w:t>
      </w:r>
    </w:p>
    <w:p>
      <w:pPr>
        <w:jc w:val="right"/>
      </w:pPr>
      <w:r>
        <w:t>طلاق کے بعد بھی اکثر بہت سے مسائل باقی رہتے ہیں۔ کبھی پہلے شوہر سے دوبارہ نکاح کا معاملہ ہوتا ہے۔</w:t>
      </w:r>
    </w:p>
    <w:p>
      <w:r>
        <w:rPr>
          <w:b/>
        </w:rPr>
        <w:t xml:space="preserve">[38:38] </w:t>
      </w:r>
      <w:r>
        <w:t>kabhi mutalliqah aurat kisi doosre mard se shadi karna chahti hai. aise mauqe par mushkilat paida karna durust nahin.</w:t>
      </w:r>
    </w:p>
    <w:p>
      <w:pPr>
        <w:jc w:val="right"/>
      </w:pPr>
      <w:r>
        <w:t>کبھی متعلقہ عورت کسی دوسرے مرد سے شادی کرنا چاہتی ہے۔ ایسے مواقع پر مشکلات پیدا کرنا درست نہیں۔</w:t>
      </w:r>
    </w:p>
    <w:p>
      <w:r>
        <w:rPr>
          <w:b/>
        </w:rPr>
        <w:t xml:space="preserve">[38:53] </w:t>
      </w:r>
      <w:r>
        <w:t>kabhi mutalliqah aurat bachche wali hoti hai aur sabiqah shohar ke bachche ko doodh pilane ka masla hota hai.</w:t>
      </w:r>
    </w:p>
    <w:p>
      <w:pPr>
        <w:jc w:val="right"/>
      </w:pPr>
      <w:r>
        <w:t>کبھی متعلقہ عورت بچے والی ہوتی ہے اور سابقہ شوہر کے بچے کو دودھ پلانے کا مسئلہ ہوتا ہے۔</w:t>
      </w:r>
    </w:p>
    <w:p>
      <w:r>
        <w:rPr>
          <w:b/>
        </w:rPr>
        <w:t xml:space="preserve">[39:03] </w:t>
      </w:r>
      <w:r>
        <w:t>aisi halat mein ek doosre ko takleef dene se mana kiya gaya aur hukum diya gaya ke maamle ko jazbat ka sawal na banao.</w:t>
      </w:r>
    </w:p>
    <w:p>
      <w:pPr>
        <w:jc w:val="right"/>
      </w:pPr>
      <w:r>
        <w:t>ایسی حالت میں ایک دوسرے کو تکلیف دینے سے منع کیا گیا اور حکم دیا گیا کہ معاملے کو جذبات کا سوال نہ بناؤ۔</w:t>
      </w:r>
    </w:p>
    <w:p>
      <w:r>
        <w:rPr>
          <w:b/>
        </w:rPr>
        <w:t xml:space="preserve">[39:16] </w:t>
      </w:r>
      <w:r>
        <w:t>is ko bahami mashware aur razamandee se tay kar lo.</w:t>
      </w:r>
    </w:p>
    <w:p>
      <w:pPr>
        <w:jc w:val="right"/>
      </w:pPr>
      <w:r>
        <w:t>اس کو باہمی مشورہ اور رضامندی سے طے کر لو۔</w:t>
      </w:r>
    </w:p>
    <w:p>
      <w:r>
        <w:rPr>
          <w:b/>
        </w:rPr>
        <w:t xml:space="preserve">[39:24] </w:t>
      </w:r>
      <w:r>
        <w:t>is se andaza hota hai ke ikhtilaf aur alhidgi ke waqt maamle ko niptane ka mominana tareeqa kiya hai.</w:t>
      </w:r>
    </w:p>
    <w:p>
      <w:pPr>
        <w:jc w:val="right"/>
      </w:pPr>
      <w:r>
        <w:t>اس سے اندازہ ہوتا ہے کہ اختلاف اور علیحدگی کے وقت معاملے کو نپٹانے کا مومنانہ طریقہ کیا ہے۔</w:t>
      </w:r>
    </w:p>
    <w:p>
      <w:r>
        <w:rPr>
          <w:b/>
        </w:rPr>
        <w:t xml:space="preserve">[39:35] </w:t>
      </w:r>
      <w:r>
        <w:t>woh yeh ke tarafain ki janib jo masail baqi reh gaye hon un ko ek doosre ko pareshan karne ka zariya na banaya jaye.</w:t>
      </w:r>
    </w:p>
    <w:p>
      <w:pPr>
        <w:jc w:val="right"/>
      </w:pPr>
      <w:r>
        <w:t>وہ یہ کہ طرفین کی جانب جو مسائل باقی رہ گئے ہوں ان کو ایک دوسرے کو پریشان کرنے کا ذریعہ نہ بنایا جائے۔</w:t>
      </w:r>
    </w:p>
    <w:p>
      <w:r>
        <w:rPr>
          <w:b/>
        </w:rPr>
        <w:t xml:space="preserve">[39:48] </w:t>
      </w:r>
      <w:r>
        <w:t>balkeh un ko aise dhang se tay kiya jaye jo dono janib ke liye behtar aur qabil-e-qubool ho.</w:t>
      </w:r>
    </w:p>
    <w:p>
      <w:pPr>
        <w:jc w:val="right"/>
      </w:pPr>
      <w:r>
        <w:t>بلکہ ان کو ایسے ڈھنگ سے طے کیا جائے جو دونوں جانب کے لیے بہتر اور قابل قبول ہو۔</w:t>
      </w:r>
    </w:p>
    <w:p>
      <w:r>
        <w:rPr>
          <w:b/>
        </w:rPr>
        <w:t xml:space="preserve">[40:02] </w:t>
      </w:r>
      <w:r>
        <w:t>imaan rooh ki pakizgi hai. phir jis ki rooh pak ho chuki ho woh apne mamlaat mein napaki ka tareeqa kaise ikhtiyar kar sakta hai.</w:t>
      </w:r>
    </w:p>
    <w:p>
      <w:pPr>
        <w:jc w:val="right"/>
      </w:pPr>
      <w:r>
        <w:t>ایمان روح کی پاکیزگی ہے۔ پھر جس کی روح پاک ہو چکی ہو وہ اپنے معاملات میں ناپاکی کا طریقہ کیسے اختیار کر سکتا ہے۔</w:t>
      </w:r>
    </w:p>
    <w:p>
      <w:r>
        <w:rPr>
          <w:b/>
        </w:rPr>
        <w:t xml:space="preserve">[40:17] </w:t>
      </w:r>
      <w:r>
        <w:t>naseehat kisi ke liye sirf is bina par qabil-e-qubool nahi ho jati ke woh barhaq hai. zaroori hai ke sunne wala Allah par yaqeen rakhta ho aur us ki pakar se darne wala ho.</w:t>
      </w:r>
    </w:p>
    <w:p>
      <w:pPr>
        <w:jc w:val="right"/>
      </w:pPr>
      <w:r>
        <w:t>نصیحت کسی کے لیے صرف اس بنا پر قابل قبول نہیں ہو جاتی کہ وہ برحق ہے۔ ضروری ہے کہ سننے والا اللہ پر یقین رکھتا ہو اور اس کی پکڑ سے ڈرنے والا ہو۔</w:t>
      </w:r>
    </w:p>
    <w:p>
      <w:r>
        <w:rPr>
          <w:b/>
        </w:rPr>
        <w:t xml:space="preserve">[40:34] </w:t>
      </w:r>
      <w:r>
        <w:t>woh samjhe ke naseehat karne wale ki naseehat ko radd karne ke liye aaj agar maine kuch alfaaz pa liye to is se asal masla khatam nahi ho jata.</w:t>
      </w:r>
    </w:p>
    <w:p>
      <w:pPr>
        <w:jc w:val="right"/>
      </w:pPr>
      <w:r>
        <w:t>وہ سمجھے کہ نصیحت کرنے والے کی نصیحت کو رد کرنے کے لیے آج اگر میں نے کچھ الفاظ پا لیے تو اس سے اصل مسئلہ ختم نہیں ہو جاتا۔</w:t>
      </w:r>
    </w:p>
    <w:p>
      <w:r>
        <w:rPr>
          <w:b/>
        </w:rPr>
        <w:t xml:space="preserve">[40:48] </w:t>
      </w:r>
      <w:r>
        <w:t>kyun ke maamla bilakhir Allah ki adalat mein pesh hona hai aur wahan kisi qism ka zor aur koi lafzi hujjat kaam aane wali nahi.</w:t>
      </w:r>
    </w:p>
    <w:p>
      <w:pPr>
        <w:jc w:val="right"/>
      </w:pPr>
      <w:r>
        <w:t>کیونکہ معاملہ بالاخر اللہ کی عدالت میں پیش ہونا ہے اور وہاں کسی قسم کا زور اور کوئی لفظی حجت کام آنے والی نہیں۔</w:t>
      </w:r>
    </w:p>
    <w:p>
      <w:r>
        <w:rPr>
          <w:b/>
        </w:rPr>
        <w:t xml:space="preserve">[41:06] </w:t>
      </w:r>
      <w:r>
        <w:t>walladhina yutawaffawna minkum</w:t>
      </w:r>
    </w:p>
    <w:p>
      <w:pPr>
        <w:jc w:val="right"/>
      </w:pPr>
      <w:r>
        <w:t>والذين يتوفون منكم</w:t>
      </w:r>
    </w:p>
    <w:p>
      <w:r>
        <w:rPr>
          <w:b/>
        </w:rPr>
        <w:t xml:space="preserve">[41:10] </w:t>
      </w:r>
      <w:r>
        <w:t>wa yadharuna azwajaa yatarabbashna bi anfusihinna</w:t>
      </w:r>
    </w:p>
    <w:p>
      <w:pPr>
        <w:jc w:val="right"/>
      </w:pPr>
      <w:r>
        <w:t>ويذرون أزواجا يتربصن بأنفسهن</w:t>
      </w:r>
    </w:p>
    <w:p>
      <w:r>
        <w:rPr>
          <w:b/>
        </w:rPr>
        <w:t xml:space="preserve">[41:17] </w:t>
      </w:r>
      <w:r>
        <w:t>arba'ata ashuhurin wa 'ashra</w:t>
      </w:r>
    </w:p>
    <w:p>
      <w:pPr>
        <w:jc w:val="right"/>
      </w:pPr>
      <w:r>
        <w:t>أربعة أشهر وعشرا</w:t>
      </w:r>
    </w:p>
    <w:p>
      <w:r>
        <w:rPr>
          <w:b/>
        </w:rPr>
        <w:t xml:space="preserve">[41:22] </w:t>
      </w:r>
      <w:r>
        <w:t>fa idha balaghna ajalahunna</w:t>
      </w:r>
    </w:p>
    <w:p>
      <w:pPr>
        <w:jc w:val="right"/>
      </w:pPr>
      <w:r>
        <w:t>فإذا بلغن أجلهن</w:t>
      </w:r>
    </w:p>
    <w:p>
      <w:r>
        <w:rPr>
          <w:b/>
        </w:rPr>
        <w:t xml:space="preserve">[41:26] </w:t>
      </w:r>
      <w:r>
        <w:t>fala junaha 'alaykum fima fa'alna fi</w:t>
      </w:r>
    </w:p>
    <w:p>
      <w:pPr>
        <w:jc w:val="right"/>
      </w:pPr>
      <w:r>
        <w:t>فلا جناح عليكم فيما فعلن في</w:t>
      </w:r>
    </w:p>
    <w:p>
      <w:r>
        <w:rPr>
          <w:b/>
        </w:rPr>
        <w:t xml:space="preserve">[41:32] </w:t>
      </w:r>
      <w:r>
        <w:t>anfusihinna bil ma'ruufi wallahu</w:t>
      </w:r>
    </w:p>
    <w:p>
      <w:pPr>
        <w:jc w:val="right"/>
      </w:pPr>
      <w:r>
        <w:t>أنفسهن بالمعروف والله</w:t>
      </w:r>
    </w:p>
    <w:p>
      <w:r>
        <w:rPr>
          <w:b/>
        </w:rPr>
        <w:t xml:space="preserve">[41:39] </w:t>
      </w:r>
      <w:r>
        <w:t>bima ta'maluna khabir</w:t>
      </w:r>
    </w:p>
    <w:p>
      <w:pPr>
        <w:jc w:val="right"/>
      </w:pPr>
      <w:r>
        <w:t>بما تعملون خبير</w:t>
      </w:r>
    </w:p>
    <w:p>
      <w:r>
        <w:rPr>
          <w:b/>
        </w:rPr>
        <w:t xml:space="preserve">[41:44] </w:t>
      </w:r>
      <w:r>
        <w:t>wala junaha 'alaykum fima 'arramtum</w:t>
      </w:r>
    </w:p>
    <w:p>
      <w:pPr>
        <w:jc w:val="right"/>
      </w:pPr>
      <w:r>
        <w:t>ولا جناح عليكم فيما عرضتم</w:t>
      </w:r>
    </w:p>
    <w:p>
      <w:r>
        <w:rPr>
          <w:b/>
        </w:rPr>
        <w:t xml:space="preserve">[41:49] </w:t>
      </w:r>
      <w:r>
        <w:t>bihi min khitbati</w:t>
      </w:r>
    </w:p>
    <w:p>
      <w:pPr>
        <w:jc w:val="right"/>
      </w:pPr>
      <w:r>
        <w:t>به من خطبة</w:t>
      </w:r>
    </w:p>
    <w:p>
      <w:r>
        <w:rPr>
          <w:b/>
        </w:rPr>
        <w:t xml:space="preserve">[41:52] </w:t>
      </w:r>
      <w:r>
        <w:t>annisaa'i</w:t>
      </w:r>
    </w:p>
    <w:p>
      <w:pPr>
        <w:jc w:val="right"/>
      </w:pPr>
      <w:r>
        <w:t>النساء</w:t>
      </w:r>
    </w:p>
    <w:p>
      <w:r>
        <w:rPr>
          <w:b/>
        </w:rPr>
        <w:t xml:space="preserve">[41:54] </w:t>
      </w:r>
      <w:r>
        <w:t>aw a'kantum fi anfusikum 'alimallahu annakum satadhkurunaha walakin la tuwa'iduhunna sirran illa an taqulu illa</w:t>
      </w:r>
    </w:p>
    <w:p>
      <w:pPr>
        <w:jc w:val="right"/>
      </w:pPr>
      <w:r>
        <w:t>أو أكنتم في أنفسكم علم الله أنكم ستذكرونهن ولكن لا تواعدوهن سرا إلا أن تقولوا إلا</w:t>
      </w:r>
    </w:p>
    <w:p>
      <w:r>
        <w:rPr>
          <w:b/>
        </w:rPr>
        <w:t xml:space="preserve">[42:21] </w:t>
      </w:r>
      <w:r>
        <w:t>an taqulu qawlan ma'rufan wala ta'zimoo 'uqdatan-nikahi hatta yablughal-kitabu ajalahu. wa'alamoo annallaha ya'lamu ma fi</w:t>
      </w:r>
    </w:p>
    <w:p>
      <w:pPr>
        <w:jc w:val="right"/>
      </w:pPr>
      <w:r>
        <w:t>أن تقولوا قولا معروفا ولا تعزموا عقدة النكاح حتى يبلغ الكتاب أجله واعلموا أن الله يعلم ما في</w:t>
      </w:r>
    </w:p>
    <w:p>
      <w:r>
        <w:rPr>
          <w:b/>
        </w:rPr>
        <w:t xml:space="preserve">[42:45] </w:t>
      </w:r>
      <w:r>
        <w:t>anfusikum fāhzarūhu. wa'alamoo annallaha ghafurun haleemun</w:t>
      </w:r>
    </w:p>
    <w:p>
      <w:pPr>
        <w:jc w:val="right"/>
      </w:pPr>
      <w:r>
        <w:t>أنفسكم فاحذروه واعلموا أن الله غفور حليم</w:t>
      </w:r>
    </w:p>
    <w:p>
      <w:r>
        <w:rPr>
          <w:b/>
        </w:rPr>
        <w:t xml:space="preserve">[42:59] </w:t>
      </w:r>
      <w:r>
        <w:t>la junaha 'alaykum in tallaqtum</w:t>
      </w:r>
    </w:p>
    <w:p>
      <w:pPr>
        <w:jc w:val="right"/>
      </w:pPr>
      <w:r>
        <w:t>لا جناح عليكم إن طلقتم</w:t>
      </w:r>
    </w:p>
    <w:p>
      <w:r>
        <w:rPr>
          <w:b/>
        </w:rPr>
        <w:t xml:space="preserve">[43:05] </w:t>
      </w:r>
      <w:r>
        <w:t>annisaa'a ma lam tamassuhunna</w:t>
      </w:r>
    </w:p>
    <w:p>
      <w:pPr>
        <w:jc w:val="right"/>
      </w:pPr>
      <w:r>
        <w:t>النساء ما لم تمسوهن</w:t>
      </w:r>
    </w:p>
    <w:p>
      <w:r>
        <w:rPr>
          <w:b/>
        </w:rPr>
        <w:t xml:space="preserve">[43:10] </w:t>
      </w:r>
      <w:r>
        <w:t>aw tafriidhuu lahunna</w:t>
      </w:r>
    </w:p>
    <w:p>
      <w:pPr>
        <w:jc w:val="right"/>
      </w:pPr>
      <w:r>
        <w:t>أو تفرضوا لهن</w:t>
      </w:r>
    </w:p>
    <w:p>
      <w:r>
        <w:rPr>
          <w:b/>
        </w:rPr>
        <w:t xml:space="preserve">[43:14] </w:t>
      </w:r>
      <w:r>
        <w:t>faridhatun wa mut'uuhunna 'ala al muusi'i qadaruhu wa 'ala al muqtiri qadaruhu mataa'an</w:t>
      </w:r>
    </w:p>
    <w:p>
      <w:pPr>
        <w:jc w:val="right"/>
      </w:pPr>
      <w:r>
        <w:t>فريضة ومتعوهن على الموسع قدره وعلى المقتر قدره متاعا</w:t>
      </w:r>
    </w:p>
    <w:p>
      <w:r>
        <w:rPr>
          <w:b/>
        </w:rPr>
        <w:t xml:space="preserve">[43:26] </w:t>
      </w:r>
      <w:r>
        <w:t>bilmaaroof haqqan alal muhsineen</w:t>
      </w:r>
    </w:p>
    <w:p>
      <w:pPr>
        <w:jc w:val="right"/>
      </w:pPr>
      <w:r>
        <w:t>بالمعروف حقا على المحسنين</w:t>
      </w:r>
    </w:p>
    <w:p>
      <w:r>
        <w:rPr>
          <w:b/>
        </w:rPr>
        <w:t xml:space="preserve">[43:33] </w:t>
      </w:r>
      <w:r>
        <w:t>wa in tal quttumoohunna min qabl an tamassoohunna</w:t>
      </w:r>
    </w:p>
    <w:p>
      <w:pPr>
        <w:jc w:val="right"/>
      </w:pPr>
      <w:r>
        <w:t>وإن طلقتموهن من قبل أن تمسوهن</w:t>
      </w:r>
    </w:p>
    <w:p>
      <w:r>
        <w:rPr>
          <w:b/>
        </w:rPr>
        <w:t xml:space="preserve">[43:43] </w:t>
      </w:r>
      <w:r>
        <w:t>wa qad faraztum lahunna</w:t>
      </w:r>
    </w:p>
    <w:p>
      <w:pPr>
        <w:jc w:val="right"/>
      </w:pPr>
      <w:r>
        <w:t>وقد فرضتم لهن</w:t>
      </w:r>
    </w:p>
    <w:p>
      <w:r>
        <w:rPr>
          <w:b/>
        </w:rPr>
        <w:t xml:space="preserve">[43:46] </w:t>
      </w:r>
      <w:r>
        <w:t>fareedatan finisfa ma faraztum</w:t>
      </w:r>
    </w:p>
    <w:p>
      <w:pPr>
        <w:jc w:val="right"/>
      </w:pPr>
      <w:r>
        <w:t>فريضة فنصف ما فرضتم</w:t>
      </w:r>
    </w:p>
    <w:p>
      <w:r>
        <w:rPr>
          <w:b/>
        </w:rPr>
        <w:t xml:space="preserve">[43:51] </w:t>
      </w:r>
      <w:r>
        <w:t>finisfa ma faraztum illa</w:t>
      </w:r>
    </w:p>
    <w:p>
      <w:pPr>
        <w:jc w:val="right"/>
      </w:pPr>
      <w:r>
        <w:t>فنصف ما فرضتم إلا</w:t>
      </w:r>
    </w:p>
    <w:p>
      <w:r>
        <w:rPr>
          <w:b/>
        </w:rPr>
        <w:t xml:space="preserve">[43:56] </w:t>
      </w:r>
      <w:r>
        <w:t>an ya'foowa aw ya'foowallazi biyadihi uqdatun nikah</w:t>
      </w:r>
    </w:p>
    <w:p>
      <w:pPr>
        <w:jc w:val="right"/>
      </w:pPr>
      <w:r>
        <w:t>أن يعفون أو يعفو الذي بيده عقدة النكاح</w:t>
      </w:r>
    </w:p>
    <w:p>
      <w:r>
        <w:rPr>
          <w:b/>
        </w:rPr>
        <w:t xml:space="preserve">[44:05] </w:t>
      </w:r>
      <w:r>
        <w:t>wa an ta'foow aqrabu littuqwa</w:t>
      </w:r>
    </w:p>
    <w:p>
      <w:pPr>
        <w:jc w:val="right"/>
      </w:pPr>
      <w:r>
        <w:t>وأن تعفوا أقرب للتقوى</w:t>
      </w:r>
    </w:p>
    <w:p>
      <w:r>
        <w:rPr>
          <w:b/>
        </w:rPr>
        <w:t xml:space="preserve">[44:13] </w:t>
      </w:r>
      <w:r>
        <w:t>wa la tansawool fadla bainakum</w:t>
      </w:r>
    </w:p>
    <w:p>
      <w:pPr>
        <w:jc w:val="right"/>
      </w:pPr>
      <w:r>
        <w:t>ولا تنسوا الفضل بينكم</w:t>
      </w:r>
    </w:p>
    <w:p>
      <w:r>
        <w:rPr>
          <w:b/>
        </w:rPr>
        <w:t xml:space="preserve">[44:18] </w:t>
      </w:r>
      <w:r>
        <w:t>innallaha bima ta'maluna baseerun</w:t>
      </w:r>
    </w:p>
    <w:p>
      <w:pPr>
        <w:jc w:val="right"/>
      </w:pPr>
      <w:r>
        <w:t>إن الله بما تعملون بصير</w:t>
      </w:r>
    </w:p>
    <w:p>
      <w:r>
        <w:rPr>
          <w:b/>
        </w:rPr>
        <w:t xml:space="preserve">[44:27] </w:t>
      </w:r>
      <w:r>
        <w:t>aur tum mein se jo log mar jayen aur biwiyan chhod jayen woh biwiyan apne aap ko char mahine das din tak intezar mein rakhen</w:t>
      </w:r>
    </w:p>
    <w:p>
      <w:pPr>
        <w:jc w:val="right"/>
      </w:pPr>
      <w:r>
        <w:t>اور تم میں سے جو لوگ مر جائیں اور بیویاں چھوڑ جائیں وہ بیویاں اپنے آپ کو چار مہینے دس دن تک انتظار میں رکھیں</w:t>
      </w:r>
    </w:p>
    <w:p>
      <w:r>
        <w:rPr>
          <w:b/>
        </w:rPr>
        <w:t xml:space="preserve">[44:40] </w:t>
      </w:r>
      <w:r>
        <w:t>phir jab woh apni muddat ko pohnchein to jo kuch woh apni zaat ke bare mein qaide ke</w:t>
      </w:r>
    </w:p>
    <w:p>
      <w:pPr>
        <w:jc w:val="right"/>
      </w:pPr>
      <w:r>
        <w:t>پھر جب وہ اپنی مدت کو پہنچیں تو جو کچھ وہ اپنی ذات کے بارے میں قاعدے کے</w:t>
      </w:r>
    </w:p>
    <w:p>
      <w:r>
        <w:rPr>
          <w:b/>
        </w:rPr>
        <w:t xml:space="preserve">[44:48] </w:t>
      </w:r>
      <w:r>
        <w:t>mowaafiq karein us ka tum par koi gunah nahin</w:t>
      </w:r>
    </w:p>
    <w:p>
      <w:pPr>
        <w:jc w:val="right"/>
      </w:pPr>
      <w:r>
        <w:t>موافق کریں اس کا تم پر کوئی گناہ نہیں</w:t>
      </w:r>
    </w:p>
    <w:p>
      <w:r>
        <w:rPr>
          <w:b/>
        </w:rPr>
        <w:t xml:space="preserve">[44:53] </w:t>
      </w:r>
      <w:r>
        <w:t>aur Allah tumhare kamon se poori tarah ba khabar hai</w:t>
      </w:r>
    </w:p>
    <w:p>
      <w:pPr>
        <w:jc w:val="right"/>
      </w:pPr>
      <w:r>
        <w:t>اور اللہ تمہارے کاموں سے پوری طرح باخبر ہے</w:t>
      </w:r>
    </w:p>
    <w:p>
      <w:r>
        <w:rPr>
          <w:b/>
        </w:rPr>
        <w:t xml:space="preserve">[44:59] </w:t>
      </w:r>
      <w:r>
        <w:t>aur tumhare liye is baat mein koi gunah nahin ke</w:t>
      </w:r>
    </w:p>
    <w:p>
      <w:pPr>
        <w:jc w:val="right"/>
      </w:pPr>
      <w:r>
        <w:t>اور تمہارے لیے اس بات میں کوئی گناہ نہیں کہ</w:t>
      </w:r>
    </w:p>
    <w:p>
      <w:r>
        <w:rPr>
          <w:b/>
        </w:rPr>
        <w:t xml:space="preserve">[45:06] </w:t>
      </w:r>
      <w:r>
        <w:t>in auraton ko paigham dene mein koi baat isharatan kaho ya apne dil mein chupaye rakho</w:t>
      </w:r>
    </w:p>
    <w:p>
      <w:pPr>
        <w:jc w:val="right"/>
      </w:pPr>
      <w:r>
        <w:t>ان عورتوں کو پیغام دینے میں کوئی بات اشارتا کہو یا اپنے دل میں چھپائے رکھو</w:t>
      </w:r>
    </w:p>
    <w:p>
      <w:r>
        <w:rPr>
          <w:b/>
        </w:rPr>
        <w:t xml:space="preserve">[45:17] </w:t>
      </w:r>
      <w:r>
        <w:t>Allah ko maloom hai ke tum zaroor un ka dhiyan karoge magar chup kar un se wada</w:t>
      </w:r>
    </w:p>
    <w:p>
      <w:pPr>
        <w:jc w:val="right"/>
      </w:pPr>
      <w:r>
        <w:t>اللہ کو معلوم ہے کہ تم ضرور ان کا دھیان کرو گے مگر چھپ کر ان سے وعدہ</w:t>
      </w:r>
    </w:p>
    <w:p>
      <w:r>
        <w:rPr>
          <w:b/>
        </w:rPr>
        <w:t xml:space="preserve">[45:24] </w:t>
      </w:r>
      <w:r>
        <w:t>na karo tum un se sirf dastoor ke mutabiq koi baat keh sakte ho aur uqad nikah ka</w:t>
      </w:r>
    </w:p>
    <w:p>
      <w:pPr>
        <w:jc w:val="right"/>
      </w:pPr>
      <w:r>
        <w:t>نہ کرو تم ان سے صرف دستور کے مطابق کوئی بات کہہ سکتے ہو اور عقد نکاح کا</w:t>
      </w:r>
    </w:p>
    <w:p>
      <w:r>
        <w:rPr>
          <w:b/>
        </w:rPr>
        <w:t xml:space="preserve">[45:33] </w:t>
      </w:r>
      <w:r>
        <w:t>irada is waqt tak na karo jab tak muqarrar muddat apni khatam ko na pohanch jaye</w:t>
      </w:r>
    </w:p>
    <w:p>
      <w:pPr>
        <w:jc w:val="right"/>
      </w:pPr>
      <w:r>
        <w:t>ارادہ اس وقت تک نہ کرو جب تک مقررہ مدت اپنی ختم کو نہ پہنچ جائے</w:t>
      </w:r>
    </w:p>
    <w:p>
      <w:r>
        <w:rPr>
          <w:b/>
        </w:rPr>
        <w:t xml:space="preserve">[45:43] </w:t>
      </w:r>
      <w:r>
        <w:t>aur jaan lo ke Allah janta hai jo kuch tumhare dilon mein hai</w:t>
      </w:r>
    </w:p>
    <w:p>
      <w:pPr>
        <w:jc w:val="right"/>
      </w:pPr>
      <w:r>
        <w:t>اور جان لو کہ اللہ جانتا ہے جو کچھ تمہارے دلوں میں ہے</w:t>
      </w:r>
    </w:p>
    <w:p>
      <w:r>
        <w:rPr>
          <w:b/>
        </w:rPr>
        <w:t xml:space="preserve">[45:50] </w:t>
      </w:r>
      <w:r>
        <w:t>pas is se daro aur jaan lo ke Allah bakhshne wala hilm wala hai agar tum auraton ko aisi halat mein talak do ke na un ko tum ne hath lagaya hai aur na un ke liye kuch mahr muqarrar kiya hai to un ke mahr ka tum par kuch mawakhza nahi</w:t>
      </w:r>
    </w:p>
    <w:p>
      <w:pPr>
        <w:jc w:val="right"/>
      </w:pPr>
      <w:r>
        <w:t>پس اس سے ڈرو اور جان لو کہ اللہ بخشنے والا تحمل والا ہے اگر تم عورتوں کو ایسی حالت میں طلاق دو کہ نہ ان کو تم نے ہاتھ لگایا ہے اور نہ ان کے لیے کچھ مہر مقرر کیا ہے تو ان کے مہر کا تم پر کچھ مواخذہ نہیں</w:t>
      </w:r>
    </w:p>
    <w:p>
      <w:r>
        <w:rPr>
          <w:b/>
        </w:rPr>
        <w:t xml:space="preserve">[46:15] </w:t>
      </w:r>
      <w:r>
        <w:t>albata un ko dastoor ke mutabiq kuch saman de do is had wale par apni hesiyat ke mutabiq hai aur tangi wale par apni hesiyat ke mutabiq</w:t>
      </w:r>
    </w:p>
    <w:p>
      <w:pPr>
        <w:jc w:val="right"/>
      </w:pPr>
      <w:r>
        <w:t>البتہ ان کو دستور کے مطابق کچھ سامان دے دو اس حد والے پر اپنی حیثیت کے مطابق ہے اور تنگی والے پر اپنی حیثیت کے مطابق</w:t>
      </w:r>
    </w:p>
    <w:p>
      <w:r>
        <w:rPr>
          <w:b/>
        </w:rPr>
        <w:t xml:space="preserve">[46:31] </w:t>
      </w:r>
      <w:r>
        <w:t>yeh neki karne walon par lazim hai aur agar tum un ko talak do qabl is ke ke un ko hath lagao aur tum un ke liye kuch mahr bhi muqarrar kar chuke the to jitna mahr tum ne muqarrar kiya ho us ka aadha ada kar do</w:t>
      </w:r>
    </w:p>
    <w:p>
      <w:pPr>
        <w:jc w:val="right"/>
      </w:pPr>
      <w:r>
        <w:t>یہ نیکی کرنے والوں پر لازم ہے اور اگر تم ان کو طلاق دو قبل اس کے کہ ان کو ہاتھ لگاؤ اور تم ان کے لیے کچھ مہر بھی مقرر کر چکے تھے تو جتنا مہر تم نے مقرر کیا ہو اس کا ادھا ادا کر دو</w:t>
      </w:r>
    </w:p>
    <w:p>
      <w:r>
        <w:rPr>
          <w:b/>
        </w:rPr>
        <w:t xml:space="preserve">[46:53] </w:t>
      </w:r>
      <w:r>
        <w:t>illa yeh ke woh maaf kar den ya woh mard maaf kar de jis ke hath mein nikah ki girah hai aur tumhara maaf kar dena zyada qareeb hai taqwa se aur apas mein ehsan karne se ghaflat mat karo jo kuch tum karte ho Allah us ko dekh raha hai</w:t>
      </w:r>
    </w:p>
    <w:p>
      <w:pPr>
        <w:jc w:val="right"/>
      </w:pPr>
      <w:r>
        <w:t>الا یہ کہ وہ معاف کر دیں یا وہ مرد معاف کر دے جس کے ہاتھ میں نکاح کی گرہ ہے اور تمہارا معاف کر دینا زیادہ قریب ہے تقوی سے اور اپس میں احسان کرنے سے غفلت مت کرو جو کچھ تم کرتے ہو اللہ اس کو دیکھ رہا ہے</w:t>
      </w:r>
    </w:p>
    <w:p>
      <w:r>
        <w:rPr>
          <w:b/>
        </w:rPr>
        <w:t xml:space="preserve">[47:19] </w:t>
      </w:r>
      <w:r>
        <w:t>tashreeh: nikah aur talak ke qawaneen bayan karte hue bar bar taqwa aur ehsan ki talqeen ki ja rahi hai is se maloom hua ke kisi hukum ko us ki asli rooh ke sath zer amal lane ke liye zaroori hai ke mashre ke afraad khalis qanooni mamla karne wale na hon</w:t>
      </w:r>
    </w:p>
    <w:p>
      <w:pPr>
        <w:jc w:val="right"/>
      </w:pPr>
      <w:r>
        <w:t>تشریح: نکاح اور طلاق کے قوانین بیان کرتے ہوئے بار بار تقوی اور احسان کی تلقین کی جا رہی ہے اس سے معلوم ہوا کہ کسی حکم کو اس کی اصلی روح کے ساتھ زیر عمل لانے کے لیے ضروری ہے کہ معاشرے کے افراد خالص قانونی معاملہ کرنے والے نہ ہوں</w:t>
      </w:r>
    </w:p>
    <w:p>
      <w:r>
        <w:rPr>
          <w:b/>
        </w:rPr>
        <w:t xml:space="preserve">[47:49] </w:t>
      </w:r>
      <w:r>
        <w:t>balkeh ek doosre ke sath husn sulook ka jazba rakhte hon usi ke sath un ko yeh khatka laga hua ho ke doosre ke sath behtar sulook na karna khud apne bare mein behtar sulook na kiye jaane ka khatra mol lena hai kyun ke aakhir kar sara maamla Khuda ke haan pesh hona hai</w:t>
      </w:r>
    </w:p>
    <w:p>
      <w:pPr>
        <w:jc w:val="right"/>
      </w:pPr>
      <w:r>
        <w:t>بلکہ ایک دوسرے کے ساتھ حسن سلوک کا جذبہ رکھتے ہوں اسی کے ساتھ ان کو یہ کھٹکا لگا ہوا ہو کہ دوسرے کے ساتھ بہتر سلوک نہ کرنا خود اپنے بارے میں بہتر سلوک نہ کیے جانے کا خطرہ مول لینا ہے کیونکہ اخر کار سارا معاملہ خدا کے ہاں پیش ہونا ہے</w:t>
      </w:r>
    </w:p>
    <w:p>
      <w:r>
        <w:rPr>
          <w:b/>
        </w:rPr>
        <w:t xml:space="preserve">[48:17] </w:t>
      </w:r>
      <w:r>
        <w:t>aur wahan na lafzi taweelein kisi ke kaam aaein gi aur na kisi ke liye yeh mumkin hoga ke woh maamle se mutalliq kisi baat ko chupa sake</w:t>
      </w:r>
    </w:p>
    <w:p>
      <w:pPr>
        <w:jc w:val="right"/>
      </w:pPr>
      <w:r>
        <w:t>اور وہاں نہ لفظی تاویلیں کسی کے کام ائیں گی اور نہ کسی کے لیے یہ ممکن ہوگا کہ وہ معاملے سے متعلق کسی بات کو چھپا سکے</w:t>
      </w:r>
    </w:p>
    <w:p>
      <w:r>
        <w:rPr>
          <w:b/>
        </w:rPr>
        <w:t xml:space="preserve">[48:33] </w:t>
      </w:r>
      <w:r>
        <w:t>agar nikah ke waqt aurat ka mahr muqarrar hua aur taalluq qaim hone se pehle talaaq ho gayi to bait baar qanoon aadha mahr dena laazim kiya gaya hai</w:t>
      </w:r>
    </w:p>
    <w:p>
      <w:pPr>
        <w:jc w:val="right"/>
      </w:pPr>
      <w:r>
        <w:t>اگر نکاح کے وقت عورت کا مہر مقرر ہوا اور تعلق قائم ہونے سے پہلے طلاق ہو گئی تو بیت بار قانون ادھا مہر دینا لازم کیا گیا ہے</w:t>
      </w:r>
    </w:p>
    <w:p>
      <w:r>
        <w:rPr>
          <w:b/>
        </w:rPr>
        <w:t xml:space="preserve">[48:48] </w:t>
      </w:r>
      <w:r>
        <w:t>magar khair khwahi ka taqaza hai ke dono is maamle mein qanooni bartao ke bajaye fayaazana bartao karna chahein</w:t>
      </w:r>
    </w:p>
    <w:p>
      <w:pPr>
        <w:jc w:val="right"/>
      </w:pPr>
      <w:r>
        <w:t>مگر خیر خواہی کا تقاضا ہے کہ دونوں اس معاملے میں قانونی برتاؤ کے بجائے فیاضانہ برتاؤ کرنا چاہیں</w:t>
      </w:r>
    </w:p>
    <w:p>
      <w:r>
        <w:rPr>
          <w:b/>
        </w:rPr>
        <w:t xml:space="preserve">[49:00] </w:t>
      </w:r>
      <w:r>
        <w:t>aurat ke andar yeh mizaj ho ke jab taalluq qaim nahi hua to mein aadha mahr bhi chhod doon</w:t>
      </w:r>
    </w:p>
    <w:p>
      <w:pPr>
        <w:jc w:val="right"/>
      </w:pPr>
      <w:r>
        <w:t>عورت کے اندر یہ مزاج ہو کہ جب تعلق قائم نہیں ہوا تو میں ادھا مہر بھی چھوڑ دوں</w:t>
      </w:r>
    </w:p>
    <w:p>
      <w:r>
        <w:rPr>
          <w:b/>
        </w:rPr>
        <w:t xml:space="preserve">[49:09] </w:t>
      </w:r>
      <w:r>
        <w:t>mard ke andar yeh jazba ubhre ke agarchay qanoonan mere upar sirf aadhe ki zimmedari hai magar fayaazi ka taqaza hai ke mein poora ka poora ada kar doon fayaazi aur wusat zarf ka yahi mizaj tamam maamlaat mein matloob hai</w:t>
      </w:r>
    </w:p>
    <w:p>
      <w:pPr>
        <w:jc w:val="right"/>
      </w:pPr>
      <w:r>
        <w:t>مرد کے اندر یہ جذبہ ابھرے کہ اگرچہ قانونا میرے اوپر صرف ادھے کی ذمہ داری ہے مگر فیاضی کا تقاضا ہے کہ میں پورا کا پورا ادا کر دوں فیاضی اور وسعت ظرف کا یہی مزاج تمام معاملات میں مطلوب ہے</w:t>
      </w:r>
    </w:p>
    <w:p>
      <w:r>
        <w:rPr>
          <w:b/>
        </w:rPr>
        <w:t xml:space="preserve">[49:33] </w:t>
      </w:r>
      <w:r>
        <w:t>wohi maashra muslim maashra hai jis ke afraad ka yeh haal ho ke har ek doosre ko dena chahe na yeh ke har ek doosre se lene ka haris bana hua ho mazeed yeh ke wusat zarf ka yeh maamla dushmani ke waqt bhi ho na ke sirf dosti ke waqt</w:t>
      </w:r>
    </w:p>
    <w:p>
      <w:pPr>
        <w:jc w:val="right"/>
      </w:pPr>
      <w:r>
        <w:t>وہی معاشرہ مسلم معاشرہ ہے جس کے افراد کا یہ حال ہو کہ ہر ایک دوسرے کو دینا چاہے نہ یہ کہ ہر ایک دوسرے سے لینے کا حریص بنا ہوا ہو مزید یہ کہ وسعت ظرف کا یہ معاملہ دشمنی کے وقت بھی ہو نہ کہ صرف دوستی کے وقت</w:t>
      </w:r>
    </w:p>
    <w:p>
      <w:r>
        <w:rPr>
          <w:b/>
        </w:rPr>
        <w:t xml:space="preserve">[50:01] </w:t>
      </w:r>
      <w:r>
        <w:t>haafizo alas salawaati was salatul wus ta wa qoomoo lillahi qaaniteen</w:t>
      </w:r>
    </w:p>
    <w:p>
      <w:pPr>
        <w:jc w:val="right"/>
      </w:pPr>
      <w:r>
        <w:t>حافظوا على الصلوات والصلاة الوسطى وقوموا لله قانتين</w:t>
      </w:r>
    </w:p>
    <w:p>
      <w:r>
        <w:rPr>
          <w:b/>
        </w:rPr>
        <w:t xml:space="preserve">[50:10] </w:t>
      </w:r>
      <w:r>
        <w:t>fa in khiftum rijala an rukbaana</w:t>
      </w:r>
    </w:p>
    <w:p>
      <w:pPr>
        <w:jc w:val="right"/>
      </w:pPr>
      <w:r>
        <w:t>فإن خفتم فرجالا أو ركبانا</w:t>
      </w:r>
    </w:p>
    <w:p>
      <w:r>
        <w:rPr>
          <w:b/>
        </w:rPr>
        <w:t xml:space="preserve">[50:15] </w:t>
      </w:r>
      <w:r>
        <w:t>faiza amantum fazkuroollaha kama allamakum</w:t>
      </w:r>
    </w:p>
    <w:p>
      <w:pPr>
        <w:jc w:val="right"/>
      </w:pPr>
      <w:r>
        <w:t>فإذا أمنتم فاذكروا الله كما علمكم</w:t>
      </w:r>
    </w:p>
    <w:p>
      <w:r>
        <w:rPr>
          <w:b/>
        </w:rPr>
        <w:t xml:space="preserve">[50:23] </w:t>
      </w:r>
      <w:r>
        <w:t>ma lam takoonoo ta'lamoon</w:t>
      </w:r>
    </w:p>
    <w:p>
      <w:pPr>
        <w:jc w:val="right"/>
      </w:pPr>
      <w:r>
        <w:t>ما لم تكونوا تعلمون</w:t>
      </w:r>
    </w:p>
    <w:p>
      <w:r>
        <w:rPr>
          <w:b/>
        </w:rPr>
        <w:t xml:space="preserve">[50:28] </w:t>
      </w:r>
      <w:r>
        <w:t>wallazeena yatawaffawna minkum wa yazaroona azwaja</w:t>
      </w:r>
    </w:p>
    <w:p>
      <w:pPr>
        <w:jc w:val="right"/>
      </w:pPr>
      <w:r>
        <w:t>والذين يتوفون منكم ويذرون أزواجا</w:t>
      </w:r>
    </w:p>
    <w:p>
      <w:r>
        <w:rPr>
          <w:b/>
        </w:rPr>
        <w:t xml:space="preserve">[50:34] </w:t>
      </w:r>
      <w:r>
        <w:t>wasiyyatan li azwajihim mataa an ilal hawli ghaira ikhraaj</w:t>
      </w:r>
    </w:p>
    <w:p>
      <w:pPr>
        <w:jc w:val="right"/>
      </w:pPr>
      <w:r>
        <w:t>وصية لأزواجهم متاعا إلى الحول غير إخراج</w:t>
      </w:r>
    </w:p>
    <w:p>
      <w:r>
        <w:rPr>
          <w:b/>
        </w:rPr>
        <w:t xml:space="preserve">[50:43] </w:t>
      </w:r>
      <w:r>
        <w:t>fa in kharajna fala junaaha alaikum</w:t>
      </w:r>
    </w:p>
    <w:p>
      <w:pPr>
        <w:jc w:val="right"/>
      </w:pPr>
      <w:r>
        <w:t>فإن خرجن فلا جناح عليكم</w:t>
      </w:r>
    </w:p>
    <w:p>
      <w:r>
        <w:rPr>
          <w:b/>
        </w:rPr>
        <w:t xml:space="preserve">[50:46] </w:t>
      </w:r>
      <w:r>
        <w:t>feema fa'alna fi</w:t>
      </w:r>
    </w:p>
    <w:p>
      <w:pPr>
        <w:jc w:val="right"/>
      </w:pPr>
      <w:r>
        <w:t>فيما فعلن في</w:t>
      </w:r>
    </w:p>
    <w:p>
      <w:r>
        <w:rPr>
          <w:b/>
        </w:rPr>
        <w:t xml:space="preserve">[50:51] </w:t>
      </w:r>
      <w:r>
        <w:t>anfusahunna min ma'roof</w:t>
      </w:r>
    </w:p>
    <w:p>
      <w:pPr>
        <w:jc w:val="right"/>
      </w:pPr>
      <w:r>
        <w:t>أنفسهن من معروف</w:t>
      </w:r>
    </w:p>
    <w:p>
      <w:r>
        <w:rPr>
          <w:b/>
        </w:rPr>
        <w:t xml:space="preserve">[50:56] </w:t>
      </w:r>
      <w:r>
        <w:t>wallahu azeez hakeem</w:t>
      </w:r>
    </w:p>
    <w:p>
      <w:pPr>
        <w:jc w:val="right"/>
      </w:pPr>
      <w:r>
        <w:t>والله عزيز حكيم</w:t>
      </w:r>
    </w:p>
    <w:p>
      <w:r>
        <w:rPr>
          <w:b/>
        </w:rPr>
        <w:t xml:space="preserve">[51:01] </w:t>
      </w:r>
      <w:r>
        <w:t>walil mutallaqaati mataa'un bil ma'roof haqqan alal muttaqeen</w:t>
      </w:r>
    </w:p>
    <w:p>
      <w:pPr>
        <w:jc w:val="right"/>
      </w:pPr>
      <w:r>
        <w:t>وللمطلقات متاع بالمعروف حقا على المتقين</w:t>
      </w:r>
    </w:p>
    <w:p>
      <w:r>
        <w:rPr>
          <w:b/>
        </w:rPr>
        <w:t xml:space="preserve">[51:10] </w:t>
      </w:r>
      <w:r>
        <w:t>kazaalika yubayyinullahu lakum aayaatihi la'allakum ta'qiloon</w:t>
      </w:r>
    </w:p>
    <w:p>
      <w:pPr>
        <w:jc w:val="right"/>
      </w:pPr>
      <w:r>
        <w:t>كذلك يبين الله لكم آياته لعلكم تعقلون</w:t>
      </w:r>
    </w:p>
    <w:p>
      <w:r>
        <w:rPr>
          <w:b/>
        </w:rPr>
        <w:t xml:space="preserve">[51:20] </w:t>
      </w:r>
      <w:r>
        <w:t>pabandi karo namazon ki aur pabandi karo beech ki namaz ki aur khade ho Allah ke saamne aajiz bane hue agar tum ko andesha ho to paidal ya sawari par padh lo phir jab haalat aman aa jaye to Allah ko is tareeqe par yaad karo jo us ne tum ko sikhaya hai</w:t>
      </w:r>
    </w:p>
    <w:p>
      <w:pPr>
        <w:jc w:val="right"/>
      </w:pPr>
      <w:r>
        <w:t>پابندی کرو نمازوں کی اور پابندی کرو بیچ کی نماز کی اور کھڑے ہو اللہ کے سامنے عاجز بنے ہوئے اگر تم کو اندیشہ ہو تو پیدل یا سواری پر پڑھ لو پھر جب حالت امن آ جائے تو اللہ کو اس طریقے پر یاد کرو جو اس نے تم کو سکھایا ہے</w:t>
      </w:r>
    </w:p>
    <w:p>
      <w:r>
        <w:rPr>
          <w:b/>
        </w:rPr>
        <w:t xml:space="preserve">[51:48] </w:t>
      </w:r>
      <w:r>
        <w:t>jis ko tum nahi jante the aur tum mein se jo log fawata pa jayein aur biwiyan chhod rahe hon woh apni biwiyon ke baare mein wasiyat kar dein ke ek saal tak un ko ghar mein rakh kar kharch diya jaye</w:t>
      </w:r>
    </w:p>
    <w:p>
      <w:pPr>
        <w:jc w:val="right"/>
      </w:pPr>
      <w:r>
        <w:t>جس کو تم نہیں جانتے تھے اور تم میں سے جو لوگ وفات پا جائیں اور بیویاں چھوڑ رہے ہوں وہ اپنی بیویوں کے بارے میں وصیت کر دیں کہ ایک سال تک ان کو گھر میں رکھ کر خرچ دیا جائے</w:t>
      </w:r>
    </w:p>
    <w:p>
      <w:r>
        <w:rPr>
          <w:b/>
        </w:rPr>
        <w:t xml:space="preserve">[52:09] </w:t>
      </w:r>
      <w:r>
        <w:t>phir agar woh khud se ghar chhod dein to jo kuch woh apni zaat ke maamle mein dastoor ke mutabiq karein us ka tum par koi ilzaam nahi Allah zabardast hai hikmat wala hai aur talaaq di hui auraton ko bhi dastoor ke mutabiq kharch dena hai</w:t>
      </w:r>
    </w:p>
    <w:p>
      <w:pPr>
        <w:jc w:val="right"/>
      </w:pPr>
      <w:r>
        <w:t>پھر اگر وہ خود سے گھر چھوڑ دیں تو جو کچھ وہ اپنی ذات کے معاملے میں دستور کے مطابق کریں اس کا تم پر کوئی الزام نہیں اللہ زبردست ہے حکمت والا ہے اور طلاق دی ہوئی عورتوں کو بھی دستور کے مطابق خرچ دینا ہے</w:t>
      </w:r>
    </w:p>
    <w:p>
      <w:r>
        <w:rPr>
          <w:b/>
        </w:rPr>
        <w:t xml:space="preserve">[52:33] </w:t>
      </w:r>
      <w:r>
        <w:t>yeh laazim hai purhezgaron ke liye is tarah Allah tumhare liye apne ahkaam khol kar bayan karta hai taake tum samjho</w:t>
      </w:r>
    </w:p>
    <w:p>
      <w:pPr>
        <w:jc w:val="right"/>
      </w:pPr>
      <w:r>
        <w:t>یہ لازم ہے پرہیزگاروں کے لیے اس طرح اللہ تمہارے لیے اپنے احکام کھول کر بیان کرتا ہے تاکہ تم سمجھو</w:t>
      </w:r>
    </w:p>
    <w:p>
      <w:r>
        <w:rPr>
          <w:b/>
        </w:rPr>
        <w:t xml:space="preserve">[52:48] </w:t>
      </w:r>
      <w:r>
        <w:t>tashreeh: namaz goya deen ka khulasa hai</w:t>
      </w:r>
    </w:p>
    <w:p>
      <w:pPr>
        <w:jc w:val="right"/>
      </w:pPr>
      <w:r>
        <w:t>تشریح: نماز گویا دین کا خلاصہ ہے</w:t>
      </w:r>
    </w:p>
    <w:p>
      <w:r>
        <w:rPr>
          <w:b/>
        </w:rPr>
        <w:t xml:space="preserve">[52:56] </w:t>
      </w:r>
      <w:r>
        <w:t>namaz mominana zindagi ki woh mukhtasar tasweer hai jo phailti hai to mukammal islami zindagi ban jati hai yahan ek mukhtasar fiqre mein namaz ke teen aham tareen ajzaa ko bayan kar diya gaya hai</w:t>
      </w:r>
    </w:p>
    <w:p>
      <w:pPr>
        <w:jc w:val="right"/>
      </w:pPr>
      <w:r>
        <w:t>نماز مومنانہ زندگی کی وہ مختصر تصویر ہے جو پھیلتی ہے تو مکمل اسلامی زندگی بن جاتی ہے یہاں ایک مختصر فقرے میں نماز کے تین اہم ترین اجزاء کو بیان کر دیا گیا ہے</w:t>
      </w:r>
    </w:p>
    <w:p>
      <w:r>
        <w:rPr>
          <w:b/>
        </w:rPr>
        <w:t xml:space="preserve">[53:15] </w:t>
      </w:r>
      <w:r>
        <w:t>namaz ka paanch waqt ke liye farz hona</w:t>
      </w:r>
    </w:p>
    <w:p>
      <w:pPr>
        <w:jc w:val="right"/>
      </w:pPr>
      <w:r>
        <w:t>نماز کا پانچ وقت کے لیے فرض ہونا</w:t>
      </w:r>
    </w:p>
    <w:p>
      <w:r>
        <w:rPr>
          <w:b/>
        </w:rPr>
        <w:t xml:space="preserve">[53:21] </w:t>
      </w:r>
      <w:r>
        <w:t>namaz ka ek qabil ehtimam cheez hona yeh</w:t>
      </w:r>
    </w:p>
    <w:p>
      <w:pPr>
        <w:jc w:val="right"/>
      </w:pPr>
      <w:r>
        <w:t>نماز کا ایک قابل اہتمام چیز ہونا یہ</w:t>
      </w:r>
    </w:p>
    <w:p>
      <w:r>
        <w:rPr>
          <w:b/>
        </w:rPr>
        <w:t xml:space="preserve">[53:27] </w:t>
      </w:r>
      <w:r>
        <w:t>baat ke namaz ki asal haqeeqat ajz hai</w:t>
      </w:r>
    </w:p>
    <w:p>
      <w:pPr>
        <w:jc w:val="right"/>
      </w:pPr>
      <w:r>
        <w:t>بات کہ نماز کی اصل حقیقت عجز ہے</w:t>
      </w:r>
    </w:p>
    <w:p>
      <w:r>
        <w:rPr>
          <w:b/>
        </w:rPr>
        <w:t xml:space="preserve">[53:33] </w:t>
      </w:r>
      <w:r>
        <w:t>pabandi karo namazon ki aur pabandi karo beech ki namaz ki is se maloom hua ke namazon mein ek beech ki namaz hai aur phir us ke dono taraf namazein hain</w:t>
      </w:r>
    </w:p>
    <w:p>
      <w:pPr>
        <w:jc w:val="right"/>
      </w:pPr>
      <w:r>
        <w:t>پابندی کرو نمازوں کی اور پابندی کرو بیچ کی نماز کی اس سے معلوم ہوا کہ نمازوں میں ایک بیچ کی نماز ہے اور پھر اس کے دونوں طرف نمازیں ہیں</w:t>
      </w:r>
    </w:p>
    <w:p>
      <w:r>
        <w:rPr>
          <w:b/>
        </w:rPr>
        <w:t xml:space="preserve">[53:49] </w:t>
      </w:r>
      <w:r>
        <w:t>is jumle mein atraf ki namazon se kam az kam chaar ka adad murad lena zaroori hai kyunke arabi zaban mein salawat ka itlaq teen ya is se zyada ki adad par hota hai pehla mumkin adad jis mein namazon ke darmiyan ek beech ki namaz ban sake chaar hi hai</w:t>
      </w:r>
    </w:p>
    <w:p>
      <w:pPr>
        <w:jc w:val="right"/>
      </w:pPr>
      <w:r>
        <w:t>اس جملے میں اطراف کی نمازوں سے کم از کم چار کا عدد مراد لینا ضروری ہے کیونکہ عربی زبان میں صلوات کا اطلاق تین یا اس سے زیادہ کی عدد پر ہوتا ہے پہلا ممکن عدد جس میں نمازوں کے درمیان ایک بیچ کی نماز بن سکے چار ہی ہے</w:t>
      </w:r>
    </w:p>
    <w:p>
      <w:r>
        <w:rPr>
          <w:b/>
        </w:rPr>
        <w:t xml:space="preserve">[54:17] </w:t>
      </w:r>
      <w:r>
        <w:t>is tarah ek namaz beech ki namaz ho kar us ke dono taraf do do namazein ho jati hain beech ki namaz se murad asr ki namaz hai jaisa ke riwayat se sabit hai</w:t>
      </w:r>
    </w:p>
    <w:p>
      <w:pPr>
        <w:jc w:val="right"/>
      </w:pPr>
      <w:r>
        <w:t>اس طرح ایک نماز بیچ کی نماز ہو کر اس کے دونوں طرف دو دو نمازیں ہو جاتی ہیں بیچ کی نماز سے مراد عصر کی نماز ہے جیسا کہ روایات سے ثابت ہے</w:t>
      </w:r>
    </w:p>
    <w:p>
      <w:r>
        <w:rPr>
          <w:b/>
        </w:rPr>
        <w:t xml:space="preserve">[54:34] </w:t>
      </w:r>
      <w:r>
        <w:t>namaz ke doosre pehlu ko batane ke liye muhafizat ka lafz istemal hua hai</w:t>
      </w:r>
    </w:p>
    <w:p>
      <w:pPr>
        <w:jc w:val="right"/>
      </w:pPr>
      <w:r>
        <w:t>نماز کے دوسرے پہلو کو بتانے کے لیے محافظت کا لفظ استعمال ہوا ہے</w:t>
      </w:r>
    </w:p>
    <w:p>
      <w:r>
        <w:rPr>
          <w:b/>
        </w:rPr>
        <w:t xml:space="preserve">[54:42] </w:t>
      </w:r>
      <w:r>
        <w:t>goya namaz isi tarah hifazat ki ek cheez hai jis tarah maal aadmi ke liye hifazat ki cheez hota hai namaz ke auqaat ka poora lehaz us ko bataye hue tareeqe par ada karne ka ehtimam aisi cheezon se bil qasd parhez jo aadmi ki namaz mein koi kharabi paida karne wali hon waghera</w:t>
      </w:r>
    </w:p>
    <w:p>
      <w:pPr>
        <w:jc w:val="right"/>
      </w:pPr>
      <w:r>
        <w:t>گویا نماز اسی طرح حفاظت کی ایک چیز ہے جس طرح مال ادمی کے لیے حفاظت کی چیز ہوتا ہے نماز کے اوقات کا پورا لحاظ اس کو بتائے ہوئے طریقے پر ادا کرنے کا اہتمام ایسی چیزوں سے بالقصد پرہیز جو ادمی کی نماز میں کوئی خرابی پیدا کرنے والی ہوں وغیرہ</w:t>
      </w:r>
    </w:p>
    <w:p>
      <w:r>
        <w:rPr>
          <w:b/>
        </w:rPr>
        <w:t xml:space="preserve">[55:12] </w:t>
      </w:r>
      <w:r>
        <w:t>yeh sab muhafizat namaz mein shamil hain namaz ka teesra pehlu ajz hai yeh namaz ki asal rooh hai namaz bande ka Allah ke saamne khada hona hai</w:t>
      </w:r>
    </w:p>
    <w:p>
      <w:pPr>
        <w:jc w:val="right"/>
      </w:pPr>
      <w:r>
        <w:t>یہ سب محافظت نماز میں شامل ہیں نماز کا تیسرا پہلو عجز ہے یہ نماز کی اصل روح ہے نماز بندے کا اللہ کے سامنے کھڑا ہونا ہے</w:t>
      </w:r>
    </w:p>
    <w:p>
      <w:r>
        <w:rPr>
          <w:b/>
        </w:rPr>
        <w:t xml:space="preserve">[55:28] </w:t>
      </w:r>
      <w:r>
        <w:t>is liye zaroori hai ke namaz ke waqt aadmi ke upar woh kaifiyat taari ho jo sab se bade ke aage khade hone ki soorat mein sab se chhote ke upar taari hoti hai</w:t>
      </w:r>
    </w:p>
    <w:p>
      <w:pPr>
        <w:jc w:val="right"/>
      </w:pPr>
      <w:r>
        <w:t>اس لیے ضروری ہے کہ نماز کے وقت ادمی کے اوپر وہ کیفیت طاری ہو جو سب سے بڑے کے اگے کھڑے ہونے کی صورت میں سب سے چھوٹے کے اوپر طاری ہوتی ہے</w:t>
      </w:r>
    </w:p>
    <w:p>
      <w:r>
        <w:rPr>
          <w:b/>
        </w:rPr>
        <w:t xml:space="preserve">[55:46] </w:t>
      </w:r>
      <w:r>
        <w:t>maashrat ke ahkaam batate hue yeh kehna ke yeh haq hai muttaqiyon ke upar</w:t>
      </w:r>
    </w:p>
    <w:p>
      <w:pPr>
        <w:jc w:val="right"/>
      </w:pPr>
      <w:r>
        <w:t>معاشرت کے احکام بتاتے ہوئے یہ کہنا کہ یہ حق ہے متقیوں کے اوپر</w:t>
      </w:r>
    </w:p>
    <w:p>
      <w:r>
        <w:rPr>
          <w:b/>
        </w:rPr>
        <w:t xml:space="preserve">[55:55] </w:t>
      </w:r>
      <w:r>
        <w:t>shariat ke ek aham pehlu ko zahir karta hai bahami mamlat mein kuch huqooq woh hain jin ko qanoon ne mutayyan kar diya hai magar ek aadam par doosre ke huqooq ki hadein yahin khatm nahi ho jati mutayyan huqooq ke ilawa bhi kuch huqooq hain</w:t>
      </w:r>
    </w:p>
    <w:p>
      <w:pPr>
        <w:jc w:val="right"/>
      </w:pPr>
      <w:r>
        <w:t>شریعت کے ایک اہم پہلو کو ظاہر کرتا ہے باہمی معاملات میں کچھ حقوق وہ ہیں جن کو قانون نے متعین کر دیا ہے مگر ایک ادمی پر دوسرے کے حقوق کی حدیں یہیں ختم نہیں ہو جاتی متعین حقوق کے علاوہ بھی کچھ حقوق ہیں</w:t>
      </w:r>
    </w:p>
    <w:p>
      <w:r>
        <w:rPr>
          <w:b/>
        </w:rPr>
        <w:t xml:space="preserve">[56:20] </w:t>
      </w:r>
      <w:r>
        <w:t>yeh huqooq woh hain jin ko aadam ka taqwa is ko mehsoos karata hai aur aadam ka mutaqiyana ehsas jitna shadeed ho utna hi zyada woh is ko apne upar lazim samajhta hai</w:t>
      </w:r>
    </w:p>
    <w:p>
      <w:pPr>
        <w:jc w:val="right"/>
      </w:pPr>
      <w:r>
        <w:t>یہ حقوق وہ ہیں جن کو ادمی کا تقوی اس کو محسوس کراتا ہے اور ادمی کا متقیانہ احساس جتنا شدید ہو اتنا ہی زیادہ وہ اس کو اپنے اوپر لازم سمجھتا ہے</w:t>
      </w:r>
    </w:p>
    <w:p>
      <w:r>
        <w:rPr>
          <w:b/>
        </w:rPr>
        <w:t xml:space="preserve">[56:41] </w:t>
      </w:r>
      <w:r>
        <w:t>andar ka yeh zor agar maujood na ho to aadmi kabhi sahih tor par doosron ke huqooq ada</w:t>
      </w:r>
    </w:p>
    <w:p>
      <w:pPr>
        <w:jc w:val="right"/>
      </w:pPr>
      <w:r>
        <w:t>اندر کا یہ زور اگر موجود نہ ہو تو ادمی کبھی صحیح طور پر دوسروں کے حقوق ادا</w:t>
      </w:r>
    </w:p>
    <w:p>
      <w:r>
        <w:rPr>
          <w:b/>
        </w:rPr>
        <w:t xml:space="preserve">[56:48] </w:t>
      </w:r>
      <w:r>
        <w:t>nahin kar sakta</w:t>
      </w:r>
    </w:p>
    <w:p>
      <w:pPr>
        <w:jc w:val="right"/>
      </w:pPr>
      <w:r>
        <w:t>نہیں کر سکتا</w:t>
      </w:r>
    </w:p>
    <w:p>
      <w:r>
        <w:rPr>
          <w:b/>
        </w:rPr>
        <w:t xml:space="preserve">[56:51] </w:t>
      </w:r>
      <w:r>
        <w:t>alam taral lazeena kharajoo min diyaarihim wa hum uloofun hudharal maut faqaala lahumullahu mootoo thumma ahyaahum</w:t>
      </w:r>
    </w:p>
    <w:p>
      <w:pPr>
        <w:jc w:val="right"/>
      </w:pPr>
      <w:r>
        <w:t>الم تر الذین خرجوا من دیارہم وهم الوف حذر الموت فقال لهم اللہ موتو ثم احیاهم</w:t>
      </w:r>
    </w:p>
    <w:p>
      <w:r>
        <w:rPr>
          <w:b/>
        </w:rPr>
        <w:t xml:space="preserve">[57:06] </w:t>
      </w:r>
      <w:r>
        <w:t>innallaha lazu fadlin alannasi walakin</w:t>
      </w:r>
    </w:p>
    <w:p>
      <w:pPr>
        <w:jc w:val="right"/>
      </w:pPr>
      <w:r>
        <w:t>ان اللہ لذو فضل علی الناس ولكن</w:t>
      </w:r>
    </w:p>
    <w:p>
      <w:r>
        <w:rPr>
          <w:b/>
        </w:rPr>
        <w:t xml:space="preserve">[57:13] </w:t>
      </w:r>
      <w:r>
        <w:t>aktharun naasi la yashkuroon</w:t>
      </w:r>
    </w:p>
    <w:p>
      <w:pPr>
        <w:jc w:val="right"/>
      </w:pPr>
      <w:r>
        <w:t>اکثر الناس لا یشکرون</w:t>
      </w:r>
    </w:p>
    <w:p>
      <w:r>
        <w:rPr>
          <w:b/>
        </w:rPr>
        <w:t xml:space="preserve">[57:20] </w:t>
      </w:r>
      <w:r>
        <w:t>wa qatiloo fi sabil allahi waalamoo inna allaha samiun aleem</w:t>
      </w:r>
    </w:p>
    <w:p>
      <w:pPr>
        <w:jc w:val="right"/>
      </w:pPr>
      <w:r>
        <w:t>وقاتلوا فی سبیل اللہ واعلموا ان اللہ سميع علیم</w:t>
      </w:r>
    </w:p>
    <w:p>
      <w:r>
        <w:rPr>
          <w:b/>
        </w:rPr>
        <w:t xml:space="preserve">[57:31] </w:t>
      </w:r>
      <w:r>
        <w:t>man zallazi yuqridu allaha qarzan hasanan fayudafihi lahu adhaafan katheerah walahu yaqbidu wayabsutu walayhi turjaoon</w:t>
      </w:r>
    </w:p>
    <w:p>
      <w:pPr>
        <w:jc w:val="right"/>
      </w:pPr>
      <w:r>
        <w:t>من ذا الذي یقرض اللہ قرضا حسنا فیضاعفه له اضعافا کثیرہ واللہ یقبض ویسق والیہ ترجعون</w:t>
      </w:r>
    </w:p>
    <w:p>
      <w:r>
        <w:rPr>
          <w:b/>
        </w:rPr>
        <w:t xml:space="preserve">[57:52] </w:t>
      </w:r>
      <w:r>
        <w:t>kya tum ne un logon ko nahi dekha jo apne gharon se bhaag khare hue maut ke dar se aur woh hazaron ki tadad mein thay to Allah ne un se kaha ke mar jao phir Allah ne un ko zinda kiya beshak Allah logon par fazl karne wala hai</w:t>
      </w:r>
    </w:p>
    <w:p>
      <w:pPr>
        <w:jc w:val="right"/>
      </w:pPr>
      <w:r>
        <w:t>کیا تم نے ان لوگوں کو نہیں دیکھا جو اپنے گھروں سے بھاگ کھڑے ہوئے موت کے ڈر سے اور وہ ہزاروں کی تعداد میں تھے تو اللہ نے ان سے کہا کہ مر جاؤ پھر اللہ نے ان کو زندہ کیا بے شک اللہ لوگوں پر فضل کرنے والا ہے</w:t>
      </w:r>
    </w:p>
    <w:p>
      <w:r>
        <w:rPr>
          <w:b/>
        </w:rPr>
        <w:t xml:space="preserve">[58:17] </w:t>
      </w:r>
      <w:r>
        <w:t>magar aksar log shukr nahi karte aur Allah ki rah mein lado aur jaan lo ke Allah sunne wala janne wala hai kaun hai jo Allah ko qarz e hasan de ke Allah is ko badha kar is ke liye kai guna kar de</w:t>
      </w:r>
    </w:p>
    <w:p>
      <w:pPr>
        <w:jc w:val="right"/>
      </w:pPr>
      <w:r>
        <w:t>مگر اکثر لوگ شکر نہیں کرتے اور اللہ کی راہ میں لڑو اور جان لو کہ اللہ سننے والا جاننے والا ہے کون ہے جو اللہ کو قرض حسن دے کہ اللہ اس کو بڑھا کر اس کے لیے کئی گنا کر دے</w:t>
      </w:r>
    </w:p>
    <w:p>
      <w:r>
        <w:rPr>
          <w:b/>
        </w:rPr>
        <w:t xml:space="preserve">[58:40] </w:t>
      </w:r>
      <w:r>
        <w:t>aur Allah hi tangi bhi paida karta hai aur kushadgi bhi aur tum sab usi ki taraf lotaye jaoge</w:t>
      </w:r>
    </w:p>
    <w:p>
      <w:pPr>
        <w:jc w:val="right"/>
      </w:pPr>
      <w:r>
        <w:t>اور اللہ ہی تنگی بھی پیدا کرتا ہے اور کشادگی بھی اور تم سب اسی کی طرف لوٹائے جاؤ گے</w:t>
      </w:r>
    </w:p>
    <w:p>
      <w:r>
        <w:rPr>
          <w:b/>
        </w:rPr>
        <w:t xml:space="preserve">[58:54] </w:t>
      </w:r>
      <w:r>
        <w:t>tashreeh: makkah se tang aa kar musalman madinah chale aaye madinah mein apne deen ke mutabiq rehne ke liye nisbatan azadana mahol tha</w:t>
      </w:r>
    </w:p>
    <w:p>
      <w:pPr>
        <w:jc w:val="right"/>
      </w:pPr>
      <w:r>
        <w:t>تشریح: مکہ سے تنگ ا کر مسلمان مدینہ چلے ائے مدینہ میں اپنے دین کے مطابق رہنے کے لیے نسبتا ازادانہ ماحول تھا</w:t>
      </w:r>
    </w:p>
    <w:p>
      <w:r>
        <w:rPr>
          <w:b/>
        </w:rPr>
        <w:t xml:space="preserve">[59:09] </w:t>
      </w:r>
      <w:r>
        <w:t>magar mukhalifeen e islam ne ab bhi in ko na chhora</w:t>
      </w:r>
    </w:p>
    <w:p>
      <w:pPr>
        <w:jc w:val="right"/>
      </w:pPr>
      <w:r>
        <w:t>مگر مخالفین اسلام نے اب بھی ان کو نہ چھوڑا</w:t>
      </w:r>
    </w:p>
    <w:p>
      <w:r>
        <w:rPr>
          <w:b/>
        </w:rPr>
        <w:t xml:space="preserve">[59:16] </w:t>
      </w:r>
      <w:r>
        <w:t>unhon ne fouji hamle shuru kar diye</w:t>
      </w:r>
    </w:p>
    <w:p>
      <w:pPr>
        <w:jc w:val="right"/>
      </w:pPr>
      <w:r>
        <w:t>انہوں نے فوجی حملے شروع کر دیے</w:t>
      </w:r>
    </w:p>
    <w:p>
      <w:r>
        <w:rPr>
          <w:b/>
        </w:rPr>
        <w:t xml:space="preserve">[59:19] </w:t>
      </w:r>
      <w:r>
        <w:t>taakeh madina se musalmanon ka khatma kar dein</w:t>
      </w:r>
    </w:p>
    <w:p>
      <w:pPr>
        <w:jc w:val="right"/>
      </w:pPr>
      <w:r>
        <w:t>تاکہ مدینہ سے مسلمانوں کا خاتمہ کر دیں</w:t>
      </w:r>
    </w:p>
    <w:p>
      <w:r>
        <w:rPr>
          <w:b/>
        </w:rPr>
        <w:t xml:space="preserve">[59:25] </w:t>
      </w:r>
      <w:r>
        <w:t>is waqt hukm hua ke in se muqabla karo</w:t>
      </w:r>
    </w:p>
    <w:p>
      <w:pPr>
        <w:jc w:val="right"/>
      </w:pPr>
      <w:r>
        <w:t>اس وقت حکم ہوا کہ ان سے مقابلہ کرو</w:t>
      </w:r>
    </w:p>
    <w:p>
      <w:r>
        <w:rPr>
          <w:b/>
        </w:rPr>
        <w:t xml:space="preserve">[59:29] </w:t>
      </w:r>
      <w:r>
        <w:t>mukhalifeen ki nisbat se is waqt musalmanon ki taaqat bohat kam thi is liye kuch logon ke andar</w:t>
      </w:r>
    </w:p>
    <w:p>
      <w:pPr>
        <w:jc w:val="right"/>
      </w:pPr>
      <w:r>
        <w:t>مخالفین کی نسبت سے اس وقت مسلمانوں کی طاقت بہت کم تھی اس لیے کچھ لوگوں کے اندر</w:t>
      </w:r>
    </w:p>
    <w:p>
      <w:r>
        <w:rPr>
          <w:b/>
        </w:rPr>
        <w:t xml:space="preserve">[59:38] </w:t>
      </w:r>
      <w:r>
        <w:t>be himmati paida hui</w:t>
      </w:r>
    </w:p>
    <w:p>
      <w:pPr>
        <w:jc w:val="right"/>
      </w:pPr>
      <w:r>
        <w:t>بے ہمتی پیدا ہوئی</w:t>
      </w:r>
    </w:p>
    <w:p>
      <w:r>
        <w:rPr>
          <w:b/>
        </w:rPr>
        <w:t xml:space="preserve">[59:41] </w:t>
      </w:r>
      <w:r>
        <w:t>yahan bani israil ki tareekh ka ek waqia yaad dila kar bataya gaya ke zindagi ke maarke mein shikast se darne hi ka naam shikast hai</w:t>
      </w:r>
    </w:p>
    <w:p>
      <w:pPr>
        <w:jc w:val="right"/>
      </w:pPr>
      <w:r>
        <w:t>یہاں بنی اسرائیل کی تاریخ کا ایک واقعہ یاد دلا کر بتایا گیا کہ زندگی کے معرکے میں شکست سے ڈرنے ہی کا نام شکست ہے</w:t>
      </w:r>
    </w:p>
    <w:p>
      <w:r>
        <w:rPr>
          <w:b/>
        </w:rPr>
        <w:t xml:space="preserve">[59:55] </w:t>
      </w:r>
      <w:r>
        <w:t>bani israil ki ek parosi qaum falasteen ne un par hamla kar diya bani israil shikast kha gaye falastiniyon ne do hamlon mein un ke 34 hazar aadmi maar dale</w:t>
      </w:r>
    </w:p>
    <w:p>
      <w:pPr>
        <w:jc w:val="right"/>
      </w:pPr>
      <w:r>
        <w:t>بنی اسرائیل کی ایک پڑوسی قوم فلسطین نے ان پر حملہ کر دیا بنی اسرائیل شکست کھا گئے فلسطینیوں نے دو حملوں میں ان کے 34 ہزار ادمی مار ڈالے</w:t>
      </w:r>
    </w:p>
    <w:p>
      <w:r>
        <w:rPr>
          <w:b/>
        </w:rPr>
        <w:t xml:space="preserve">[1:00:09] </w:t>
      </w:r>
      <w:r>
        <w:t>bani israil itna dare ke apne ghar gaye aur kar bhaag gaye bible ke alfaz mein hushmat bani israil se jati rahi bani israil ka sara gharana khauf mein mubtala ho kar noha aur faryad karne laga isi haal mein un ko bees saal guzar gaye phir unhone socha ke farishton ke samne un ko shikast kyon hui</w:t>
      </w:r>
    </w:p>
    <w:p>
      <w:pPr>
        <w:jc w:val="right"/>
      </w:pPr>
      <w:r>
        <w:t>بنی اسرائیل اتنا ڈرے کہ اپنے گھر گئے اور کر بھاگ گئے بائبل کے الفاظ میں حشمت بنی اسرائیل سے جاتی رہی بنی اسرائیل کا سارا گھرانہ خوف میں مبتلا ہو کر نوحہ اور فریاد کرنے لگا اسی حال میں ان کو بیس سال گزر گئے پھر انہوں نے سوچا کہ فرشتوں کے سامنے ان کو شکست کیوں ہوئی</w:t>
      </w:r>
    </w:p>
    <w:p>
      <w:r>
        <w:rPr>
          <w:b/>
        </w:rPr>
        <w:t xml:space="preserve">[1:00:38] </w:t>
      </w:r>
      <w:r>
        <w:t>in ke nabi ne kaha ke shikast ki wajah Khuda mein tumhare yaqeen ka kamzor ho jaana hai</w:t>
      </w:r>
    </w:p>
    <w:p>
      <w:pPr>
        <w:jc w:val="right"/>
      </w:pPr>
      <w:r>
        <w:t>ان کے نبی نے کہا کہ شکست کی وجہ خدا میں تمہارے یقین کا کمزور ہو جانا ہے</w:t>
      </w:r>
    </w:p>
    <w:p>
      <w:r>
        <w:rPr>
          <w:b/>
        </w:rPr>
        <w:t xml:space="preserve">[1:00:47] </w:t>
      </w:r>
      <w:r>
        <w:t>unhon ne israil ke saare gharane se kaha ke agar tum apne saare dil se Khawand ki taraf</w:t>
      </w:r>
    </w:p>
    <w:p>
      <w:pPr>
        <w:jc w:val="right"/>
      </w:pPr>
      <w:r>
        <w:t>انہوں نے اسرائیل کے سارے گھرانے سے کہا کہ اگر تم اپنے سارے دل سے خداوند کی طرف</w:t>
      </w:r>
    </w:p>
    <w:p>
      <w:r>
        <w:rPr>
          <w:b/>
        </w:rPr>
        <w:t xml:space="preserve">[1:00:58] </w:t>
      </w:r>
      <w:r>
        <w:t>rujoo' laate ho to ajnabi devtaon ko apne beech se door kar do aur Khawand ke liye apne</w:t>
      </w:r>
    </w:p>
    <w:p>
      <w:pPr>
        <w:jc w:val="right"/>
      </w:pPr>
      <w:r>
        <w:t>رجوع لاتے ہو تو اجنبی دیوتاؤں کو اپنے بیچ سے دور کر دو اور خداوند کے لیے اپنے</w:t>
      </w:r>
    </w:p>
    <w:p>
      <w:r>
        <w:rPr>
          <w:b/>
        </w:rPr>
        <w:t xml:space="preserve">[1:01:07] </w:t>
      </w:r>
      <w:r>
        <w:t>diloon ko musta'id kar ke faqat usi ki ibaadat karo Khuda falastiniyon ke haath se tum ko rehai</w:t>
      </w:r>
    </w:p>
    <w:p>
      <w:pPr>
        <w:jc w:val="right"/>
      </w:pPr>
      <w:r>
        <w:t>دلوں کو مستعد کر کے فقط اسی کی عبادت کرو خدا فلسطینیوں کے ہاتھ سے تم کو رہائی</w:t>
      </w:r>
    </w:p>
    <w:p>
      <w:r>
        <w:rPr>
          <w:b/>
        </w:rPr>
        <w:t xml:space="preserve">[1:01:15] </w:t>
      </w:r>
      <w:r>
        <w:t>dega</w:t>
      </w:r>
    </w:p>
    <w:p>
      <w:pPr>
        <w:jc w:val="right"/>
      </w:pPr>
      <w:r>
        <w:t>دے گا</w:t>
      </w:r>
    </w:p>
    <w:p>
      <w:r>
        <w:rPr>
          <w:b/>
        </w:rPr>
        <w:t xml:space="preserve">[1:01:17] </w:t>
      </w:r>
      <w:r>
        <w:t>tab israil ne ajnabi devtaon ko apne se door kiya aur faqat khawand ki ibadat karne lage</w:t>
      </w:r>
    </w:p>
    <w:p>
      <w:pPr>
        <w:jc w:val="right"/>
      </w:pPr>
      <w:r>
        <w:t>تب اسرائیل نے اجنبی دیوتاؤں کو اپنے سے دور کیا اور فقط خداوند کی عبادت کرنے لگے</w:t>
      </w:r>
    </w:p>
    <w:p>
      <w:r>
        <w:rPr>
          <w:b/>
        </w:rPr>
        <w:t xml:space="preserve">[1:01:26] </w:t>
      </w:r>
      <w:r>
        <w:t>ab jab dobara falastiniyon aur israilion mein jang hui to bible ke alfaz mein khawand falastiniyon ke upar is din bari karkh ke sath girja aur un ko ghbra diya aur unhone israilion ke aage shikast khai</w:t>
      </w:r>
    </w:p>
    <w:p>
      <w:pPr>
        <w:jc w:val="right"/>
      </w:pPr>
      <w:r>
        <w:t>اب جب دوبارہ فلسطینیوں اور اسرائیلیوں میں جنگ ہوئی تو بائبل کے الفاظ میں خداوند فلسطینیوں کے اوپر اس دن بڑی کڑک کے ساتھ گرجا اور ان کو گھبرا دیا اور انہوں نے اسرائیلیوں کے اگے شکست کھائی</w:t>
      </w:r>
    </w:p>
    <w:p>
      <w:r>
        <w:rPr>
          <w:b/>
        </w:rPr>
        <w:t xml:space="preserve">[1:01:52] </w:t>
      </w:r>
      <w:r>
        <w:t>Allah par aitmad ke rastay ko chhod kar un par mili maut waqe hui thi Allah par aitmad ke rastay ko ikhtiyar karne ke baad un ko mili zindagi hasil ho gayi</w:t>
      </w:r>
    </w:p>
    <w:p>
      <w:pPr>
        <w:jc w:val="right"/>
      </w:pPr>
      <w:r>
        <w:t>اللہ پر اعتماد کے راستے کو چھوڑ کر ان پر ملی موت واقع ہوئی تھی اللہ پر اعتماد کے راستے کو اختیار کرنے کے بعد ان کو ملی زندگی حاصل ہوگئی</w:t>
      </w:r>
    </w:p>
    <w:p>
      <w:r>
        <w:rPr>
          <w:b/>
        </w:rPr>
        <w:t xml:space="preserve">[1:02:09] </w:t>
      </w:r>
      <w:r>
        <w:t>qarz e hasan ke mani hain acha qarz yahan is se murad woh infaq hai jo khuda ke deen ki rah mein kiya jaye</w:t>
      </w:r>
    </w:p>
    <w:p>
      <w:pPr>
        <w:jc w:val="right"/>
      </w:pPr>
      <w:r>
        <w:t>قرض حسن کے معنی ہیں اچھا قرض یہاں اس سے مراد وہ انفاق ہے جو خدا کے دین کی راہ میں کیا جائے</w:t>
      </w:r>
    </w:p>
    <w:p>
      <w:r>
        <w:rPr>
          <w:b/>
        </w:rPr>
        <w:t xml:space="preserve">[1:02:20] </w:t>
      </w:r>
      <w:r>
        <w:t>yeh infaq khalis Allah ke liye hota hai jis mein koi doosra mafad shamil nahi hota is liye khuda ne is ko apne zame qarz qarar diya aur chunke woh bohat zyada izafe ke sath is ko lotaye ga is liye is ko qarz e hasan farmaya</w:t>
      </w:r>
    </w:p>
    <w:p>
      <w:pPr>
        <w:jc w:val="right"/>
      </w:pPr>
      <w:r>
        <w:t>یہ انفاق خالص اللہ کے لیے ہوتا ہے جس میں کوئی دوسرا مفاد شامل نہیں ہوتا اس لیے خدا نے اس کو اپنے ذمے قرض قرار دیا اور چونکہ وہ بہت زیادہ اضافے کے ساتھ اس کو لوٹائے گا اس لیے اس کو قرض حسن فرمایا</w:t>
      </w:r>
    </w:p>
    <w:p>
      <w:r>
        <w:rPr>
          <w:b/>
        </w:rPr>
        <w:t xml:space="preserve">[1:02:46] </w:t>
      </w:r>
      <w:r>
        <w:t>momin ki raah mein mushkilat ka paish aana koi mehroomi ki baat nahin yeh Allah ke fazl ka</w:t>
      </w:r>
    </w:p>
    <w:p>
      <w:pPr>
        <w:jc w:val="right"/>
      </w:pPr>
      <w:r>
        <w:t>مومن کی راہ میں مشکلات کا پیش انا کوئی محرومی کی بات نہیں یہ اللہ کے فضل کا</w:t>
      </w:r>
    </w:p>
    <w:p>
      <w:r>
        <w:rPr>
          <w:b/>
        </w:rPr>
        <w:t xml:space="preserve">[1:02:53] </w:t>
      </w:r>
      <w:r>
        <w:t>naya darwaza khulna hai is ke baad woh apne jaan o maal ko Allah ke liye kharch kar</w:t>
      </w:r>
    </w:p>
    <w:p>
      <w:pPr>
        <w:jc w:val="right"/>
      </w:pPr>
      <w:r>
        <w:t>نیا دروازہ کھلنا ہے اس کے بعد وہ اپنے جان و مال کو اللہ کے لیے خرچ کر</w:t>
      </w:r>
    </w:p>
    <w:p>
      <w:r>
        <w:rPr>
          <w:b/>
        </w:rPr>
        <w:t xml:space="preserve">[1:03:00] </w:t>
      </w:r>
      <w:r>
        <w:t>ke Allah ki in inaayaton ka mustahiq banta hai jo aam halaat mein kisi ko nahin milti</w:t>
      </w:r>
    </w:p>
    <w:p>
      <w:pPr>
        <w:jc w:val="right"/>
      </w:pPr>
      <w:r>
        <w:t>کے اللہ کی ان عنایتوں کا مستحق بنتا ہے جو عام حالات میں کسی کو نہیں ملتی</w:t>
      </w:r>
    </w:p>
    <w:p>
      <w:r>
        <w:rPr>
          <w:b/>
        </w:rPr>
        <w:t xml:space="preserve">[1:03:10] </w:t>
      </w:r>
      <w:r>
        <w:t>alam taramim</w:t>
      </w:r>
    </w:p>
    <w:p>
      <w:pPr>
        <w:jc w:val="right"/>
      </w:pPr>
      <w:r>
        <w:t>الم تر من</w:t>
      </w:r>
    </w:p>
    <w:p>
      <w:r>
        <w:rPr>
          <w:b/>
        </w:rPr>
        <w:t xml:space="preserve">[1:03:13] </w:t>
      </w:r>
      <w:r>
        <w:t>bane israil mim ba'da moosa</w:t>
      </w:r>
    </w:p>
    <w:p>
      <w:pPr>
        <w:jc w:val="right"/>
      </w:pPr>
      <w:r>
        <w:t>بنی اسرائیل من بعد موسی</w:t>
      </w:r>
    </w:p>
    <w:p>
      <w:r>
        <w:rPr>
          <w:b/>
        </w:rPr>
        <w:t xml:space="preserve">[1:03:22] </w:t>
      </w:r>
      <w:r>
        <w:t>az qaluu linabiyyin lahum ab'ath lana malika</w:t>
      </w:r>
    </w:p>
    <w:p>
      <w:pPr>
        <w:jc w:val="right"/>
      </w:pPr>
      <w:r>
        <w:t>اذ قالوا لنبی لهم ابعث لنا ملكا</w:t>
      </w:r>
    </w:p>
    <w:p>
      <w:r>
        <w:rPr>
          <w:b/>
        </w:rPr>
        <w:t xml:space="preserve">[1:03:28] </w:t>
      </w:r>
      <w:r>
        <w:t>az qaluu linabiyyin lahum ab'ath</w:t>
      </w:r>
    </w:p>
    <w:p>
      <w:pPr>
        <w:jc w:val="right"/>
      </w:pPr>
      <w:r>
        <w:t>اذ قالوا لنبی لهم ابعث</w:t>
      </w:r>
    </w:p>
    <w:p>
      <w:r>
        <w:rPr>
          <w:b/>
        </w:rPr>
        <w:t xml:space="preserve">[1:03:32] </w:t>
      </w:r>
      <w:r>
        <w:t>lana malika nuqatilu fi sabilillah</w:t>
      </w:r>
    </w:p>
    <w:p>
      <w:pPr>
        <w:jc w:val="right"/>
      </w:pPr>
      <w:r>
        <w:t>لنا ملكا نقاتل فی سبیل اللہ</w:t>
      </w:r>
    </w:p>
    <w:p>
      <w:r>
        <w:rPr>
          <w:b/>
        </w:rPr>
        <w:t xml:space="preserve">[1:03:39] </w:t>
      </w:r>
      <w:r>
        <w:t>qala hal 'asaytum an kutiba 'alaykumul qitalu alla tuqatilu</w:t>
      </w:r>
    </w:p>
    <w:p>
      <w:pPr>
        <w:jc w:val="right"/>
      </w:pPr>
      <w:r>
        <w:t>قال ہل عسیتم ان کتب علیکم القتال الا تقاتلو</w:t>
      </w:r>
    </w:p>
    <w:p>
      <w:r>
        <w:rPr>
          <w:b/>
        </w:rPr>
        <w:t xml:space="preserve">[1:03:48] </w:t>
      </w:r>
      <w:r>
        <w:t>qaluu wa ma lana</w:t>
      </w:r>
    </w:p>
    <w:p>
      <w:pPr>
        <w:jc w:val="right"/>
      </w:pPr>
      <w:r>
        <w:t>قالوا وما لنا</w:t>
      </w:r>
    </w:p>
    <w:p>
      <w:r>
        <w:rPr>
          <w:b/>
        </w:rPr>
        <w:t xml:space="preserve">[1:03:52] </w:t>
      </w:r>
      <w:r>
        <w:t>alla nuqatilu fi sabilillah wa qad ukhrijna min diyarina wa abna'ina</w:t>
      </w:r>
    </w:p>
    <w:p>
      <w:pPr>
        <w:jc w:val="right"/>
      </w:pPr>
      <w:r>
        <w:t>الا نقاتل فی سبیل اللہ وقد اخرجنا من دیارنا وابنائنا</w:t>
      </w:r>
    </w:p>
    <w:p>
      <w:r>
        <w:rPr>
          <w:b/>
        </w:rPr>
        <w:t xml:space="preserve">[1:04:05] </w:t>
      </w:r>
      <w:r>
        <w:t>falamma kutiba 'alayhimul qitalu tawallaw illa qalilan</w:t>
      </w:r>
    </w:p>
    <w:p>
      <w:pPr>
        <w:jc w:val="right"/>
      </w:pPr>
      <w:r>
        <w:t>فلما کتب عليهم القتال تولوا الا قليلا</w:t>
      </w:r>
    </w:p>
    <w:p>
      <w:r>
        <w:rPr>
          <w:b/>
        </w:rPr>
        <w:t xml:space="preserve">[1:04:13] </w:t>
      </w:r>
      <w:r>
        <w:t>minhum wallahu 'alim</w:t>
      </w:r>
    </w:p>
    <w:p>
      <w:pPr>
        <w:jc w:val="right"/>
      </w:pPr>
      <w:r>
        <w:t>منهم والله عليم</w:t>
      </w:r>
    </w:p>
    <w:p>
      <w:r>
        <w:rPr>
          <w:b/>
        </w:rPr>
        <w:t xml:space="preserve">[1:04:19] </w:t>
      </w:r>
      <w:r>
        <w:t>bil zalami</w:t>
      </w:r>
    </w:p>
    <w:p>
      <w:pPr>
        <w:jc w:val="right"/>
      </w:pPr>
      <w:r>
        <w:t>بالظالمين</w:t>
      </w:r>
    </w:p>
    <w:p>
      <w:r>
        <w:rPr>
          <w:b/>
        </w:rPr>
        <w:t xml:space="preserve">[1:04:23] </w:t>
      </w:r>
      <w:r>
        <w:t>wa qala lahum nabiyyuhum innallaha qad ab'atha lakum taluta malika</w:t>
      </w:r>
    </w:p>
    <w:p>
      <w:pPr>
        <w:jc w:val="right"/>
      </w:pPr>
      <w:r>
        <w:t>وقال لهم نبيهم ان الله قد ابعث لكم طالوت ملكا</w:t>
      </w:r>
    </w:p>
    <w:p>
      <w:r>
        <w:rPr>
          <w:b/>
        </w:rPr>
        <w:t xml:space="preserve">[1:04:32] </w:t>
      </w:r>
      <w:r>
        <w:t>qaluu anna yakunu lahul mulku 'alayna wa nahnu ahqqu bil mulki minhu wa lam yu'ta sa'atam minal mal</w:t>
      </w:r>
    </w:p>
    <w:p>
      <w:pPr>
        <w:jc w:val="right"/>
      </w:pPr>
      <w:r>
        <w:t>قالوا انا يكون له الملك علينا ونحن احق بالملك منه ولم يؤت سعه من المال</w:t>
      </w:r>
    </w:p>
    <w:p>
      <w:r>
        <w:rPr>
          <w:b/>
        </w:rPr>
        <w:t xml:space="preserve">[1:04:47] </w:t>
      </w:r>
      <w:r>
        <w:t>qala innallaha stafaakum wa zadakum bastatan fil 'ilmi wal jism</w:t>
      </w:r>
    </w:p>
    <w:p>
      <w:pPr>
        <w:jc w:val="right"/>
      </w:pPr>
      <w:r>
        <w:t>قال ان الله اصطفاه عليكم وزاده بسطه في العلم والجسم</w:t>
      </w:r>
    </w:p>
    <w:p>
      <w:r>
        <w:rPr>
          <w:b/>
        </w:rPr>
        <w:t xml:space="preserve">[1:04:57] </w:t>
      </w:r>
      <w:r>
        <w:t>wallahu yu'ti mulkahu man yashaa</w:t>
      </w:r>
    </w:p>
    <w:p>
      <w:pPr>
        <w:jc w:val="right"/>
      </w:pPr>
      <w:r>
        <w:t>والله يؤتي ملكه من يشاء</w:t>
      </w:r>
    </w:p>
    <w:p>
      <w:r>
        <w:rPr>
          <w:b/>
        </w:rPr>
        <w:t xml:space="preserve">[1:05:04] </w:t>
      </w:r>
      <w:r>
        <w:t>wallahu wasi'un 'alim</w:t>
      </w:r>
    </w:p>
    <w:p>
      <w:pPr>
        <w:jc w:val="right"/>
      </w:pPr>
      <w:r>
        <w:t>والله واسع عليم</w:t>
      </w:r>
    </w:p>
    <w:p>
      <w:r>
        <w:rPr>
          <w:b/>
        </w:rPr>
        <w:t xml:space="preserve">[1:05:10] </w:t>
      </w:r>
      <w:r>
        <w:t>wa qala lahum nabiyyuhum inna ayata mulkihi</w:t>
      </w:r>
    </w:p>
    <w:p>
      <w:pPr>
        <w:jc w:val="right"/>
      </w:pPr>
      <w:r>
        <w:t>وقال لهم نبيهم ان ايه ملكه</w:t>
      </w:r>
    </w:p>
    <w:p>
      <w:r>
        <w:rPr>
          <w:b/>
        </w:rPr>
        <w:t xml:space="preserve">[1:05:16] </w:t>
      </w:r>
      <w:r>
        <w:t>an yatiyakumut tabutu fihi sakinatun</w:t>
      </w:r>
    </w:p>
    <w:p>
      <w:pPr>
        <w:jc w:val="right"/>
      </w:pPr>
      <w:r>
        <w:t>ان ياتيكم التابوت فيه سكينه</w:t>
      </w:r>
    </w:p>
    <w:p>
      <w:r>
        <w:rPr>
          <w:b/>
        </w:rPr>
        <w:t xml:space="preserve">[1:05:21] </w:t>
      </w:r>
      <w:r>
        <w:t>mir rabbikum wa baqiyyatun</w:t>
      </w:r>
    </w:p>
    <w:p>
      <w:pPr>
        <w:jc w:val="right"/>
      </w:pPr>
      <w:r>
        <w:t>من ربكم وبقيه</w:t>
      </w:r>
    </w:p>
    <w:p>
      <w:r>
        <w:rPr>
          <w:b/>
        </w:rPr>
        <w:t xml:space="preserve">[1:05:25] </w:t>
      </w:r>
      <w:r>
        <w:t>wa baqiyyatun mimma taraka al musa wa al haruna tahmuluhul mala'ikatu</w:t>
      </w:r>
    </w:p>
    <w:p>
      <w:pPr>
        <w:jc w:val="right"/>
      </w:pPr>
      <w:r>
        <w:t>وبقيه مما ترك ال موسى وال هارون تحمله الملائكه</w:t>
      </w:r>
    </w:p>
    <w:p>
      <w:r>
        <w:rPr>
          <w:b/>
        </w:rPr>
        <w:t xml:space="preserve">[1:05:37] </w:t>
      </w:r>
      <w:r>
        <w:t>inna fi zalika laayatan lakum in kuntum</w:t>
      </w:r>
    </w:p>
    <w:p>
      <w:pPr>
        <w:jc w:val="right"/>
      </w:pPr>
      <w:r>
        <w:t>ان في ذلك لايه لكم ان كنتم</w:t>
      </w:r>
    </w:p>
    <w:p>
      <w:r>
        <w:rPr>
          <w:b/>
        </w:rPr>
        <w:t xml:space="preserve">[1:05:44] </w:t>
      </w:r>
      <w:r>
        <w:t>mu'minin</w:t>
      </w:r>
    </w:p>
    <w:p>
      <w:pPr>
        <w:jc w:val="right"/>
      </w:pPr>
      <w:r>
        <w:t>مؤمنين</w:t>
      </w:r>
    </w:p>
    <w:p>
      <w:r>
        <w:rPr>
          <w:b/>
        </w:rPr>
        <w:t xml:space="preserve">[1:05:49] </w:t>
      </w:r>
      <w:r>
        <w:t>kya tum ne bani israil ke sardaron ko nahi dekha musa ke baad jab ke unhone apne nabi se kaha ke hamare liye ek badshah muqarrar kar dijiye taake hum Allah ki rah mein ladein nabi ne jawab diya aisa na ho ke tum ko ladai ka hukum diya jaye tab tum na lado</w:t>
      </w:r>
    </w:p>
    <w:p>
      <w:pPr>
        <w:jc w:val="right"/>
      </w:pPr>
      <w:r>
        <w:t>کیا تم نے بنی اسرائیل کے سرداروں کو نہیں دیکھا موسی کے بعد جب کہ انہوں نے اپنے نبی سے کہا کہ ہمارے لیے ایک بادشاہ مقرر کر دیجئے تاکہ ہم اللہ کی راہ میں لڑیں نبی نے جواب دیا ایسا نہ ہو کہ تم کو لڑائی کا حکم دیا جائے تب تم نہ لڑو</w:t>
      </w:r>
    </w:p>
    <w:p>
      <w:r>
        <w:rPr>
          <w:b/>
        </w:rPr>
        <w:t xml:space="preserve">[1:06:15] </w:t>
      </w:r>
      <w:r>
        <w:t>unhon ne kaha yeh kaise ho sakta hai ke hum na larein Allah ki rah mein halankeh hum ko apne gharon se nikala gaya hai aur apne bachon se juda kiya gaya hai</w:t>
      </w:r>
    </w:p>
    <w:p>
      <w:pPr>
        <w:jc w:val="right"/>
      </w:pPr>
      <w:r>
        <w:t>انہوں نے کہا یہ کیسے ہو سکتا ہے کہ ہم نہ لڑیں اللہ کی راہ میں حالانکہ ہم کو اپنے گھروں سے نکالا گیا ہے اور اپنے بچوں سے جدا کیا گیا ہے</w:t>
      </w:r>
    </w:p>
    <w:p>
      <w:r>
        <w:rPr>
          <w:b/>
        </w:rPr>
        <w:t xml:space="preserve">[1:06:31] </w:t>
      </w:r>
      <w:r>
        <w:t>phir jab un ko ladaai ka hukum hua to thore logon ke siwa sab phir gaye aur Allah zalimon ko khoob janta hai aur un ke nabi ne un se kaha Allah ne talut ko tumhare liye badshah muqarrar kiya hai unhon ne kaha ke is ko hamare upar badshahi kaise mil sakti hai</w:t>
      </w:r>
    </w:p>
    <w:p>
      <w:pPr>
        <w:jc w:val="right"/>
      </w:pPr>
      <w:r>
        <w:t>پھر جب ان کو لڑائی کا حکم ہوا تو تھوڑے لوگوں کے سوا سب پھر گئے اور اللہ ظالموں کو خوب جانتا ہے اور ان کے نبی نے ان سے کہا اللہ نے طالوت کو تمہارے لیے بادشاہ مقرر کیا ہے انہوں نے کہا کہ اس کو ہمارے اوپر بادشاہی کیسے مل سکتی ہے</w:t>
      </w:r>
    </w:p>
    <w:p>
      <w:r>
        <w:rPr>
          <w:b/>
        </w:rPr>
        <w:t xml:space="preserve">[1:06:59] </w:t>
      </w:r>
      <w:r>
        <w:t>halankeh is ke muqable mein hum badshahi ke zyada haqdar hain aur is ko zyada daulat bhi hasil nahi nabi ne kaha Allah ne tumhare muqable mein is ko chuna hai aur ilm aur jism mein is ko ziyadati di hai aur Allah apni saltanat jis ko chahta hai deta hai</w:t>
      </w:r>
    </w:p>
    <w:p>
      <w:pPr>
        <w:jc w:val="right"/>
      </w:pPr>
      <w:r>
        <w:t>حالانکہ اس کے مقابلے میں ہم بادشاہی کے زیادہ حقدار ہیں اور اس کو زیادہ دولت بھی حاصل نہیں نبی نے کہا اللہ نے تمہارے مقابلے میں اس کو چنا ہے اور علم اور جسم میں اس کو زیادتی دی ہے اور اللہ اپنی سلطنت جس کو چاہتا ہے دیتا ہے</w:t>
      </w:r>
    </w:p>
    <w:p>
      <w:r>
        <w:rPr>
          <w:b/>
        </w:rPr>
        <w:t xml:space="preserve">[1:07:26] </w:t>
      </w:r>
      <w:r>
        <w:t>Allah bari wasat wala janne wala hai aur un ke nabi ne un se kaha ke talut ke badshah hone ki nishani yeh hai ke tumhare paas woh sanduq aa jaye ga jis mein tumhare rab ki taraf se tumhare liye taskeen hai aur al musa aur al haroon ki chori hui yadgarain hain is sanduq ko farishtay le aayen ge</w:t>
      </w:r>
    </w:p>
    <w:p>
      <w:pPr>
        <w:jc w:val="right"/>
      </w:pPr>
      <w:r>
        <w:t>اللہ بڑی وسعت والا جاننے والا ہے اور ان کے نبی نے ان سے کہا کہ طالوت کے بادشاہ ہونے کی نشانی یہ ہے کہ تمہارے پاس وہ صندوق ا جائے گا جس میں تمہارے رب کی طرف سے تمہارے لیے تسکین ہے اور ال موسی اور ال ہارون کی چھوڑی ہوئی یادگاریں ہیں اس صندوق کو فرشتے لے ائیں گے</w:t>
      </w:r>
    </w:p>
    <w:p>
      <w:r>
        <w:rPr>
          <w:b/>
        </w:rPr>
        <w:t xml:space="preserve">[1:07:56] </w:t>
      </w:r>
      <w:r>
        <w:t>is mein tumhare liye bari nishani hai agar tum yaqin rakhne wale ho</w:t>
      </w:r>
    </w:p>
    <w:p>
      <w:pPr>
        <w:jc w:val="right"/>
      </w:pPr>
      <w:r>
        <w:t>اس میں تمہارے لیے بڑی نشانی ہے اگر تم یقین رکھنے والے ہو</w:t>
      </w:r>
    </w:p>
    <w:p>
      <w:r>
        <w:rPr>
          <w:b/>
        </w:rPr>
        <w:t xml:space="preserve">[1:08:04] </w:t>
      </w:r>
      <w:r>
        <w:t>tashrih hazrat musa ke taqriban teen so sal baad bani israel</w:t>
      </w:r>
    </w:p>
    <w:p>
      <w:pPr>
        <w:jc w:val="right"/>
      </w:pPr>
      <w:r>
        <w:t>تشریح حضرت موسی کے تقریبا تین سو سال بعد بنی اسرائیل</w:t>
      </w:r>
    </w:p>
    <w:p>
      <w:r>
        <w:rPr>
          <w:b/>
        </w:rPr>
        <w:t xml:space="preserve">[1:08:11] </w:t>
      </w:r>
      <w:r>
        <w:t>apne pados ki mushrik qomon se maglub ho gaye isi hal mein taqriban</w:t>
      </w:r>
    </w:p>
    <w:p>
      <w:pPr>
        <w:jc w:val="right"/>
      </w:pPr>
      <w:r>
        <w:t>اپنے پڑوس کی مشرک قوموں سے مغلوب ہو گئے اسی حال میں تقریبا</w:t>
      </w:r>
    </w:p>
    <w:p>
      <w:r>
        <w:rPr>
          <w:b/>
        </w:rPr>
        <w:t xml:space="preserve">[1:08:17] </w:t>
      </w:r>
      <w:r>
        <w:t>chothai sadi guzarnay ke baad un ko ehsas hua ke woh apne pichlay daur ko wapas layein</w:t>
      </w:r>
    </w:p>
    <w:p>
      <w:pPr>
        <w:jc w:val="right"/>
      </w:pPr>
      <w:r>
        <w:t>چوتھائی صدی گزارنے کے بعد ان کو احساس ہوا کہ وہ اپنے پچھلے دور کو واپس لائیں</w:t>
      </w:r>
    </w:p>
    <w:p>
      <w:r>
        <w:rPr>
          <w:b/>
        </w:rPr>
        <w:t xml:space="preserve">[1:08:26] </w:t>
      </w:r>
      <w:r>
        <w:t>ab apne dushmanon se ladne ke liye un ko ameer lashkar ki zaroorat thi un ke nabi ne un ke liye aik shakhs ka taqarrur kiya jis ka naam quran mein talut aur bible mein saul aya hai zaati awsaf ke aitbar se woh aik mozu shakhs tha</w:t>
      </w:r>
    </w:p>
    <w:p>
      <w:pPr>
        <w:jc w:val="right"/>
      </w:pPr>
      <w:r>
        <w:t>اب اپنے دشمنوں سے لڑنے کے لیے ان کو امیر لشکر کی ضرورت تھی ان کے نبی نے ان کے لیے ایک شخص کا تقرر کیا جس کا نام قران میں طالوت اور بائبل میں ساؤل ایا ہے ذاتی اوصاف کے اعتبار سے وہ ایک موضوع شخص تھا</w:t>
      </w:r>
    </w:p>
    <w:p>
      <w:r>
        <w:rPr>
          <w:b/>
        </w:rPr>
        <w:t xml:space="preserve">[1:08:49] </w:t>
      </w:r>
      <w:r>
        <w:t>magar bani israel is ki sardari qabool karne ke bajaye is qism ke aitrazat nikalne lage ke woh to chote khandan ka aadmi hai is ke paas maal o daulat nahi magar is tarah ki ikhtilafi bahasain kisi qom ke zawal yafta hone ki alamat hain Allah ke faisle wasat aur ilm ki bina par hote hain</w:t>
      </w:r>
    </w:p>
    <w:p>
      <w:pPr>
        <w:jc w:val="right"/>
      </w:pPr>
      <w:r>
        <w:t>مگر بنی اسرائیل اس کی سرداری قبول کرنے کے بجائے اس قسم کے اعتراضات نکالنے لگے کہ وہ تو چھوٹے خاندان کا ادمی ہے اس کے پاس مال و دولت نہیں مگر اس طرح کی اختلافی بحثیں کسی قوم کے زوال یافتہ ہونے کی علامت ہیں اللہ کے فیصلے وسعت اور علم کی بنا پر ہوتے ہیں</w:t>
      </w:r>
    </w:p>
    <w:p>
      <w:r>
        <w:rPr>
          <w:b/>
        </w:rPr>
        <w:t xml:space="preserve">[1:09:15] </w:t>
      </w:r>
      <w:r>
        <w:t>is liye wohi banda Allah ka mehboob banda hai jo khud bhi wasee ul nazri ka tareeqa ikhtiyar kare aur jo faisla kare haqaiq ki buniyad par kare na ke taassubat aur maslehaton ki buniyad par</w:t>
      </w:r>
    </w:p>
    <w:p>
      <w:pPr>
        <w:jc w:val="right"/>
      </w:pPr>
      <w:r>
        <w:t>اس لیے وہی بندہ اللہ کا محبوب بندہ ہے جو خود بھی وسیع النظری کا طریقہ اختیار کرے اور جو فیصلہ کرے حقائق کی بنیاد پر کرے نہ کہ تعصبات اور مصلحتوں کی بنیاد پر</w:t>
      </w:r>
    </w:p>
    <w:p>
      <w:r>
        <w:rPr>
          <w:b/>
        </w:rPr>
        <w:t xml:space="preserve">[1:09:37] </w:t>
      </w:r>
      <w:r>
        <w:t>tahum sanduq ko wapas la kar Allah ne talut ke taqarrur ki aik ghair maamooli tasdeeq bhi faraham kar di</w:t>
      </w:r>
    </w:p>
    <w:p>
      <w:pPr>
        <w:jc w:val="right"/>
      </w:pPr>
      <w:r>
        <w:t>تاہم صندوق کو واپس لا کر اللہ نے طالوت کے تقرر کی ایک غیر معمولی تصدیق بھی فراہم کر دی</w:t>
      </w:r>
    </w:p>
    <w:p>
      <w:r>
        <w:rPr>
          <w:b/>
        </w:rPr>
        <w:t xml:space="preserve">[1:09:52] </w:t>
      </w:r>
      <w:r>
        <w:t>bani israel ke yahan aik muqaddas sanduq tha jo misr se khurooj ke zamanay se un ke yahan chala aa raha tha</w:t>
      </w:r>
    </w:p>
    <w:p>
      <w:pPr>
        <w:jc w:val="right"/>
      </w:pPr>
      <w:r>
        <w:t>بنی اسرائیل کے یہاں ایک مقدس صندوق تھا جو مصر سے خروج کے زمانے سے ان کے یہاں چلا ا رہا تھا</w:t>
      </w:r>
    </w:p>
    <w:p>
      <w:r>
        <w:rPr>
          <w:b/>
        </w:rPr>
        <w:t xml:space="preserve">[1:10:01] </w:t>
      </w:r>
      <w:r>
        <w:t>is mein torah ki takhtiyan aur doosri mutbarak cheezain theen bani israel is ko apne liye fateh o kamyabi ka nishan samajhte thay falastini sanduq ko un se cheen kar utha le gaye magar us ko unhon ne jis jis basti mein rakha wahan wahan wabain phoot padin</w:t>
      </w:r>
    </w:p>
    <w:p>
      <w:pPr>
        <w:jc w:val="right"/>
      </w:pPr>
      <w:r>
        <w:t>اس میں تورات کی تختیاں اور دوسری متبرک چیزیں تھیں بنی اسرائیل اس کو اپنے لیے فتح و کامیابی کا نشان سمجھتے تھے فلسطینی صندوق کو ان سے چھین کر اٹھا لے گئے مگر اس کو انہوں نے جس جس بستی میں رکھا وہاں وہاں وبائیں پھوٹ پڑیں</w:t>
      </w:r>
    </w:p>
    <w:p>
      <w:r>
        <w:rPr>
          <w:b/>
        </w:rPr>
        <w:t xml:space="preserve">[1:10:26] </w:t>
      </w:r>
      <w:r>
        <w:t>is se unhon ne bura shugun liya aur sanduq ko aik bail gadi par rakh kar hank diya</w:t>
      </w:r>
    </w:p>
    <w:p>
      <w:pPr>
        <w:jc w:val="right"/>
      </w:pPr>
      <w:r>
        <w:t>اس سے انہوں نے برا شگون لیا اور صندوق کو ایک بیل گاڑی پر رکھ کر ہانک دیا</w:t>
      </w:r>
    </w:p>
    <w:p>
      <w:r>
        <w:rPr>
          <w:b/>
        </w:rPr>
        <w:t xml:space="preserve">[1:10:33] </w:t>
      </w:r>
      <w:r>
        <w:t>woh us ko le kar chalte rahe yahan tak ke yahudiyon ki abadi mein puhnch gaye</w:t>
      </w:r>
    </w:p>
    <w:p>
      <w:pPr>
        <w:jc w:val="right"/>
      </w:pPr>
      <w:r>
        <w:t>وہ اس کو لے کر چلتے رہے یہاں تک کہ یہودیوں کی ابادی میں پہنچ گئے</w:t>
      </w:r>
    </w:p>
    <w:p>
      <w:r>
        <w:rPr>
          <w:b/>
        </w:rPr>
        <w:t xml:space="preserve">[1:10:40] </w:t>
      </w:r>
      <w:r>
        <w:t>allah apne kisi bande ki sadaqat ko zahir karne ke liye kabhi is ke gird aisi ghair mamooli</w:t>
      </w:r>
    </w:p>
    <w:p>
      <w:pPr>
        <w:jc w:val="right"/>
      </w:pPr>
      <w:r>
        <w:t>اللہ اپنے کسی بندے کی صداقت کو ظاہر کرنے کے لیے کبھی اس کے گرد ایسی غیر معمولی</w:t>
      </w:r>
    </w:p>
    <w:p>
      <w:r>
        <w:rPr>
          <w:b/>
        </w:rPr>
        <w:t xml:space="preserve">[1:10:48] </w:t>
      </w:r>
      <w:r>
        <w:t>cheezein jama kar deta hai jo aam insano ke sath jama nahi hoti</w:t>
      </w:r>
    </w:p>
    <w:p>
      <w:pPr>
        <w:jc w:val="right"/>
      </w:pPr>
      <w:r>
        <w:t>چیزیں جمع کر دیتا ہے جو عام انسانوں کے ساتھ جمع نہیں ہوتی</w:t>
      </w:r>
    </w:p>
    <w:p>
      <w:r>
        <w:rPr>
          <w:b/>
        </w:rPr>
        <w:t xml:space="preserve">[1:10:56] </w:t>
      </w:r>
      <w:r>
        <w:t>falamma fasala taloot bil junoodi qala innallaha mubtalikum</w:t>
      </w:r>
    </w:p>
    <w:p>
      <w:pPr>
        <w:jc w:val="right"/>
      </w:pPr>
      <w:r>
        <w:t>فلما فصل طالوت بالجنود قال ان اللہ مبتليكم</w:t>
      </w:r>
    </w:p>
    <w:p>
      <w:r>
        <w:rPr>
          <w:b/>
        </w:rPr>
        <w:t xml:space="preserve">[1:11:05] </w:t>
      </w:r>
      <w:r>
        <w:t>binaharin faman sharaba minhufalaisa minni</w:t>
      </w:r>
    </w:p>
    <w:p>
      <w:pPr>
        <w:jc w:val="right"/>
      </w:pPr>
      <w:r>
        <w:t>بنہر فمن شرب منه فلیس منی</w:t>
      </w:r>
    </w:p>
    <w:p>
      <w:r>
        <w:rPr>
          <w:b/>
        </w:rPr>
        <w:t xml:space="preserve">[1:11:12] </w:t>
      </w:r>
      <w:r>
        <w:t>faman</w:t>
      </w:r>
    </w:p>
    <w:p>
      <w:pPr>
        <w:jc w:val="right"/>
      </w:pPr>
      <w:r>
        <w:t>فمن</w:t>
      </w:r>
    </w:p>
    <w:p>
      <w:r>
        <w:rPr>
          <w:b/>
        </w:rPr>
        <w:t xml:space="preserve">[1:11:13] </w:t>
      </w:r>
      <w:r>
        <w:t>sharaba minhufalaisa minni waman lam yatama fahunna</w:t>
      </w:r>
    </w:p>
    <w:p>
      <w:pPr>
        <w:jc w:val="right"/>
      </w:pPr>
      <w:r>
        <w:t>شرب منه فلیس منی ومن لم یطعمه فانه</w:t>
      </w:r>
    </w:p>
    <w:p>
      <w:r>
        <w:rPr>
          <w:b/>
        </w:rPr>
        <w:t xml:space="preserve">[1:11:20] </w:t>
      </w:r>
      <w:r>
        <w:t>minni illaman aghtarifa ghurfatan</w:t>
      </w:r>
    </w:p>
    <w:p>
      <w:pPr>
        <w:jc w:val="right"/>
      </w:pPr>
      <w:r>
        <w:t>منی الا من اغترف غرفه</w:t>
      </w:r>
    </w:p>
    <w:p>
      <w:r>
        <w:rPr>
          <w:b/>
        </w:rPr>
        <w:t xml:space="preserve">[1:11:26] </w:t>
      </w:r>
      <w:r>
        <w:t>bibi dahi fasharabo minhualilla qaleelamminhum</w:t>
      </w:r>
    </w:p>
    <w:p>
      <w:pPr>
        <w:jc w:val="right"/>
      </w:pPr>
      <w:r>
        <w:t>بيده فشربوا منه الا قليلا منہم</w:t>
      </w:r>
    </w:p>
    <w:p>
      <w:r>
        <w:rPr>
          <w:b/>
        </w:rPr>
        <w:t xml:space="preserve">[1:11:34] </w:t>
      </w:r>
      <w:r>
        <w:t>falamma jawazahu huwal lazina amano maahu qaloo la taqata lanalyawma bijalooti wajunoodihi</w:t>
      </w:r>
    </w:p>
    <w:p>
      <w:pPr>
        <w:jc w:val="right"/>
      </w:pPr>
      <w:r>
        <w:t>فلما جاوزه هو والذین امنوا معه قالوا لا طاقه لنا اليوم بجالوت وجنوده</w:t>
      </w:r>
    </w:p>
    <w:p>
      <w:r>
        <w:rPr>
          <w:b/>
        </w:rPr>
        <w:t xml:space="preserve">[1:11:46] </w:t>
      </w:r>
      <w:r>
        <w:t>qalallazina yazunnoona</w:t>
      </w:r>
    </w:p>
    <w:p>
      <w:pPr>
        <w:jc w:val="right"/>
      </w:pPr>
      <w:r>
        <w:t>قال الذین یظنون</w:t>
      </w:r>
    </w:p>
    <w:p>
      <w:r>
        <w:rPr>
          <w:b/>
        </w:rPr>
        <w:t xml:space="preserve">[1:11:49] </w:t>
      </w:r>
      <w:r>
        <w:t>annahum mulaqallahi kammin fiatin</w:t>
      </w:r>
    </w:p>
    <w:p>
      <w:pPr>
        <w:jc w:val="right"/>
      </w:pPr>
      <w:r>
        <w:t>انهم ملاق اللہ کم من فئه</w:t>
      </w:r>
    </w:p>
    <w:p>
      <w:r>
        <w:rPr>
          <w:b/>
        </w:rPr>
        <w:t xml:space="preserve">[1:11:56] </w:t>
      </w:r>
      <w:r>
        <w:t>qalilatin ghalabat fiata</w:t>
      </w:r>
    </w:p>
    <w:p>
      <w:pPr>
        <w:jc w:val="right"/>
      </w:pPr>
      <w:r>
        <w:t>قلیله غلبت فئه</w:t>
      </w:r>
    </w:p>
    <w:p>
      <w:r>
        <w:rPr>
          <w:b/>
        </w:rPr>
        <w:t xml:space="preserve">[1:12:00] </w:t>
      </w:r>
      <w:r>
        <w:t>کثیره باذن اللہ</w:t>
      </w:r>
    </w:p>
    <w:p>
      <w:pPr>
        <w:jc w:val="right"/>
      </w:pPr>
      <w:r>
        <w:t>کثیره باذن اللہ</w:t>
      </w:r>
    </w:p>
    <w:p>
      <w:r>
        <w:rPr>
          <w:b/>
        </w:rPr>
        <w:t xml:space="preserve">[1:12:05] </w:t>
      </w:r>
      <w:r>
        <w:t>واللہ مع الصابرین</w:t>
      </w:r>
    </w:p>
    <w:p>
      <w:pPr>
        <w:jc w:val="right"/>
      </w:pPr>
      <w:r>
        <w:t>واللہ مع الصابرین</w:t>
      </w:r>
    </w:p>
    <w:p>
      <w:r>
        <w:rPr>
          <w:b/>
        </w:rPr>
        <w:t xml:space="preserve">[1:12:11] </w:t>
      </w:r>
      <w:r>
        <w:t>ولما برزوا لجالوت وجنوده قالوا ربنا افرغ علینا صبرا وثبت اقدامنا وثبت اقدامنا وانصرنا على القوم الكافرین</w:t>
      </w:r>
    </w:p>
    <w:p>
      <w:pPr>
        <w:jc w:val="right"/>
      </w:pPr>
      <w:r>
        <w:t>ولما برزوا لجالوت وجنوده قالوا ربنا افرغ علینا صبرا وثبت اقدامنا وثبت اقدامنا وانصرنا على القوم الكافرین</w:t>
      </w:r>
    </w:p>
    <w:p>
      <w:r>
        <w:rPr>
          <w:b/>
        </w:rPr>
        <w:t xml:space="preserve">[1:12:36] </w:t>
      </w:r>
      <w:r>
        <w:t>فهزموهم باذن الله وقتل داوود جالوت واتاه الله الملك والحكمه وعلمه مما يشاء</w:t>
      </w:r>
    </w:p>
    <w:p>
      <w:pPr>
        <w:jc w:val="right"/>
      </w:pPr>
      <w:r>
        <w:t>فهزموهم باذن الله وقتل داوود جالوت واتاه الله الملك والحكمه وعلمه مما يشاء</w:t>
      </w:r>
    </w:p>
    <w:p>
      <w:r>
        <w:rPr>
          <w:b/>
        </w:rPr>
        <w:t xml:space="preserve">[1:12:52] </w:t>
      </w:r>
      <w:r>
        <w:t>ولولا دفع الله الناس بعضهم ببعض لفسدت الارض ولكن الله ذو فضل على العالمین</w:t>
      </w:r>
    </w:p>
    <w:p>
      <w:pPr>
        <w:jc w:val="right"/>
      </w:pPr>
      <w:r>
        <w:t>ولولا دفع الله الناس بعضهم ببعض لفسدت الارض ولكن الله ذو فضل على العالمین</w:t>
      </w:r>
    </w:p>
    <w:p>
      <w:r>
        <w:rPr>
          <w:b/>
        </w:rPr>
        <w:t xml:space="preserve">[1:13:09] </w:t>
      </w:r>
      <w:r>
        <w:t>phir jab talut fojon ko le kar chala to us ne kaha Allah tum ko aik nadi ke zariye azmanay wala hai pas jis ne is ka pani piya woh mera saathi nahi aur jis ne is ko na chakkha woh mera saathi hai magar yeh ke koi apne hath se aik chalo bhar le</w:t>
      </w:r>
    </w:p>
    <w:p>
      <w:pPr>
        <w:jc w:val="right"/>
      </w:pPr>
      <w:r>
        <w:t>پھر جب طالوت فوجوں کو لے کر چلا تو اس نے کہا اللہ تم کو ایک ندی کے ذریعے ازمانے والا ہے پس جس نے اس کا پانی پیا وہ میرا ساتھی نہیں اور جس نے اس کو نہ چکھا وہ میرا ساتھی ہے مگر یہ کہ کوئی اپنے ہاتھ سے ایک چلو بھر لے</w:t>
      </w:r>
    </w:p>
    <w:p>
      <w:r>
        <w:rPr>
          <w:b/>
        </w:rPr>
        <w:t xml:space="preserve">[1:13:36] </w:t>
      </w:r>
      <w:r>
        <w:t>to unhon ne is mein se khoob piya bajiz thore aadmiyon ke phir jab talut aur jo us ke sath iman par qaim rahay thay darya par kar chukay to woh log bolay ke aaj hum ko jalut aur us ki fojon se ladne ki taqat nahi</w:t>
      </w:r>
    </w:p>
    <w:p>
      <w:pPr>
        <w:jc w:val="right"/>
      </w:pPr>
      <w:r>
        <w:t>تو انہوں نے اس میں سے خوب پیا بجز تھوڑے ادمیوں کے پھر جب طالوت اور جو اس کے ساتھ ایمان پر قائم رہے تھے دریا پار کر چکے تو وہ لوگ بولے کہ اج ہم کو جالوت اور اس کی فوجوں سے لڑنے کی طاقت نہیں</w:t>
      </w:r>
    </w:p>
    <w:p>
      <w:r>
        <w:rPr>
          <w:b/>
        </w:rPr>
        <w:t xml:space="preserve">[1:13:58] </w:t>
      </w:r>
      <w:r>
        <w:t>jo log yeh jante thay ke woh Allah se milne wale hain</w:t>
      </w:r>
    </w:p>
    <w:p>
      <w:pPr>
        <w:jc w:val="right"/>
      </w:pPr>
      <w:r>
        <w:t>جو لوگ یہ جانتے تھے کہ وہ اللہ سے ملنے والے ہیں</w:t>
      </w:r>
    </w:p>
    <w:p>
      <w:r>
        <w:rPr>
          <w:b/>
        </w:rPr>
        <w:t xml:space="preserve">[1:14:03] </w:t>
      </w:r>
      <w:r>
        <w:t>unhon ne kaha ke kitni hi choti jamaatein Allah ke hukum se bari jamaaton par ghalib aai hain aur Allah sabar karne walon ke sath hai</w:t>
      </w:r>
    </w:p>
    <w:p>
      <w:pPr>
        <w:jc w:val="right"/>
      </w:pPr>
      <w:r>
        <w:t>انہوں نے کہا کہ کتنی ہی چھوٹی جماعتیں اللہ کے حکم سے بڑی جماعتوں پر غالب ائی ہیں اور اللہ صبر کرنے والوں کے ساتھ ہے</w:t>
      </w:r>
    </w:p>
    <w:p>
      <w:r>
        <w:rPr>
          <w:b/>
        </w:rPr>
        <w:t xml:space="preserve">[1:14:17] </w:t>
      </w:r>
      <w:r>
        <w:t>aur jab jalut aur us ki fojon se un ka samna hua to unhon ne kaha aey hamare rab hamare upar sabar daal de aur hamare qadmon ko jama de aur in munkiron ke muqable mein hamari madad kar</w:t>
      </w:r>
    </w:p>
    <w:p>
      <w:pPr>
        <w:jc w:val="right"/>
      </w:pPr>
      <w:r>
        <w:t>اور جب جالوت اور اس کی فوجوں سے ان کا سامنا ہوا تو انہوں نے کہا اے ہمارے رب ہمارے اوپر صبر ڈال دے اور ہمارے قدموں کو جما دے اور ان منکروں کے مقابلے میں ہماری مدد کر</w:t>
      </w:r>
    </w:p>
    <w:p>
      <w:r>
        <w:rPr>
          <w:b/>
        </w:rPr>
        <w:t xml:space="preserve">[1:14:38] </w:t>
      </w:r>
      <w:r>
        <w:t>phir unho ne allah ke hukum se in ko shikast di aur dawood ne jaloot ko qatal kar</w:t>
      </w:r>
    </w:p>
    <w:p>
      <w:pPr>
        <w:jc w:val="right"/>
      </w:pPr>
      <w:r>
        <w:t>پھر انہوں نے اللہ کے حکم سے ان کو شکست دی اور داؤد نے جالوت کو قتل کر</w:t>
      </w:r>
    </w:p>
    <w:p>
      <w:r>
        <w:rPr>
          <w:b/>
        </w:rPr>
        <w:t xml:space="preserve">[1:14:44] </w:t>
      </w:r>
      <w:r>
        <w:t>diya aur allah ne dawood ko badshahat aur danai ata ki aur jin cheezon ka chaha ilm bakhsha</w:t>
      </w:r>
    </w:p>
    <w:p>
      <w:pPr>
        <w:jc w:val="right"/>
      </w:pPr>
      <w:r>
        <w:t>دیا اور اللہ نے داؤد کو بادشاہت اور دانائی عطا کی اور جن چیزوں کا چاہا علم بخشا</w:t>
      </w:r>
    </w:p>
    <w:p>
      <w:r>
        <w:rPr>
          <w:b/>
        </w:rPr>
        <w:t xml:space="preserve">[1:14:56] </w:t>
      </w:r>
      <w:r>
        <w:t>aur agar allah baz logon ko baz logon se dafa na karta rahe to zameen fasad se bhar</w:t>
      </w:r>
    </w:p>
    <w:p>
      <w:pPr>
        <w:jc w:val="right"/>
      </w:pPr>
      <w:r>
        <w:t>اور اگر اللہ بعض لوگوں کو بعض لوگوں سے دفع نہ کرتا رہے تو زمین فساد سے بھر</w:t>
      </w:r>
    </w:p>
    <w:p>
      <w:r>
        <w:rPr>
          <w:b/>
        </w:rPr>
        <w:t xml:space="preserve">[1:15:03] </w:t>
      </w:r>
      <w:r>
        <w:t>jaye magar allah</w:t>
      </w:r>
    </w:p>
    <w:p>
      <w:pPr>
        <w:jc w:val="right"/>
      </w:pPr>
      <w:r>
        <w:t>جائے مگر اللہ</w:t>
      </w:r>
    </w:p>
    <w:p>
      <w:r>
        <w:rPr>
          <w:b/>
        </w:rPr>
        <w:t xml:space="preserve">[1:15:07] </w:t>
      </w:r>
      <w:r>
        <w:t>dunya walon par bara fazal farmane wala hai</w:t>
      </w:r>
    </w:p>
    <w:p>
      <w:pPr>
        <w:jc w:val="right"/>
      </w:pPr>
      <w:r>
        <w:t>دنیا والوں پر بڑا فضل فرمانے والا ہے</w:t>
      </w:r>
    </w:p>
    <w:p>
      <w:r>
        <w:rPr>
          <w:b/>
        </w:rPr>
        <w:t xml:space="preserve">[1:15:14] </w:t>
      </w:r>
      <w:r>
        <w:t>tashreeh hazrat musa ke taqreeban teen so saal baad aur hazrat masih se taqreeban aik hazar saal pehle aisa hua ke firishtiyon ne bani israel par hamla kiya aur falasteen ke aksar ilaqay un se cheen liye</w:t>
      </w:r>
    </w:p>
    <w:p>
      <w:pPr>
        <w:jc w:val="right"/>
      </w:pPr>
      <w:r>
        <w:t>تشریح حضرت موسی کے تقریبا تین سو سال بعد اور حضرت مسیح سے تقریبا ایک ہزار سال پہلے ایسا ہوا کہ فرشتیوں نے بنی اسرائیل پر حملہ کیا اور فلسطین کے اکثر علاقے ان سے چھین لیے</w:t>
      </w:r>
    </w:p>
    <w:p>
      <w:r>
        <w:rPr>
          <w:b/>
        </w:rPr>
        <w:t xml:space="preserve">[1:15:35] </w:t>
      </w:r>
      <w:r>
        <w:t>aik arsay ke baad bani israel ne chaha ke woh falastiniyon ke khilaaf eikdam karen aur apne ilaqay un se wapas len us waqt un ke darmiyan aik nabi thay jin ka naam samooil tha woh sham ke aik qadeem shehar rama mein rehte thay aur bani israel ke ijtamai umoor ke zimmedar thay</w:t>
      </w:r>
    </w:p>
    <w:p>
      <w:pPr>
        <w:jc w:val="right"/>
      </w:pPr>
      <w:r>
        <w:t>ایک عرصے کے بعد بنی اسرائیل نے چاہا کہ وہ فلسطینیوں کے خلاف اقدام کریں اور اپنے علاقے ان سے واپس لیں اس وقت ان کے درمیان ایک نبی تھے جن کا نام سموئیل تھا وہ شام کے ایک قدیم شہر رامہ میں رہتے تھے اور بنی اسرائیل کے اجتماعی امور کے ذمہ دار تھے</w:t>
      </w:r>
    </w:p>
    <w:p>
      <w:r>
        <w:rPr>
          <w:b/>
        </w:rPr>
        <w:t xml:space="preserve">[1:16:01] </w:t>
      </w:r>
      <w:r>
        <w:t>bani israel ka aik waqt un se mila aur kaha ke aap ab boorhay ho chukay hain is liye aap hum mein se kisi ko humare oopar badshah muqarrar kar den ta ke hum us ki rehnumai mein jang kar saken</w:t>
      </w:r>
    </w:p>
    <w:p>
      <w:pPr>
        <w:jc w:val="right"/>
      </w:pPr>
      <w:r>
        <w:t>بنی اسرائیل کا ایک وقت ان سے ملا اور کہا کہ اپ اب بوڑھے ہو چکے ہیں اس لیے اپ ہم میں سے کسی کو ہمارے اوپر بادشاہ مقرر کر دیں تاکہ ہم اس کی رہنمائی میں جنگ کر سکیں</w:t>
      </w:r>
    </w:p>
    <w:p>
      <w:r>
        <w:rPr>
          <w:b/>
        </w:rPr>
        <w:t xml:space="preserve">[1:16:19] </w:t>
      </w:r>
      <w:r>
        <w:t>torat ke alfaaz mein. aur humara badshah humari adalat kare aur humare agay agay chale aur humari laraai kare</w:t>
      </w:r>
    </w:p>
    <w:p>
      <w:pPr>
        <w:jc w:val="right"/>
      </w:pPr>
      <w:r>
        <w:t>تورات کے الفاظ میں. اور ہمارا بادشاہ ہماری عدالت کرے اور ہمارے اگے اگے چلے اور ہماری لڑائی کرے</w:t>
      </w:r>
    </w:p>
    <w:p>
      <w:r>
        <w:rPr>
          <w:b/>
        </w:rPr>
        <w:t xml:space="preserve">[1:16:36] </w:t>
      </w:r>
      <w:r>
        <w:t>hazrat samooil agarchay yahood ke kirdaar ke baray mein achi rai na rakhte thay taham un ke mutalbay ki bina par unhon ne kaha ke acha mein tumhare liye aik badshah muqarrar kar doon ga chunanchay unhon ne qabailay ke aik bahadur nojawan saul ko un ka badshah muqarrar kar diya</w:t>
      </w:r>
    </w:p>
    <w:p>
      <w:pPr>
        <w:jc w:val="right"/>
      </w:pPr>
      <w:r>
        <w:t>حضرت سموئیل اگرچہ یہود کے کردار کے بارے میں اچھی رائے نہ رکھتے تھے تاہم ان کے مطالبے کی بنا پر انہوں نے کہا کہ اچھا میں تمہارے لیے ایک بادشاہ مقرر کر دوں گا چنانچہ انہوں نے قبیلے کے ایک بہادر نوجوان ساؤل کو ان کا بادشاہ مقرر کر دیا</w:t>
      </w:r>
    </w:p>
    <w:p>
      <w:r>
        <w:rPr>
          <w:b/>
        </w:rPr>
        <w:t xml:space="preserve">[1:17:04] </w:t>
      </w:r>
      <w:r>
        <w:t>saul bani israel ka lashkar le kar dushman ki taraf barhay rastay mein darya-e-yarden parta tha is ko paar kar ke dushman ke ilaqay mein puhnchna tha chunkay taloot ko bani israel ki kamzoriyon ka ilm tha unhon ne un ki jaanch ke liye aik saada tareeqa ikhtiyar kiya darya ko paar karte hue unhon ne ailan kiya ke koi shakhs pani na piye</w:t>
      </w:r>
    </w:p>
    <w:p>
      <w:pPr>
        <w:jc w:val="right"/>
      </w:pPr>
      <w:r>
        <w:t>ساؤل بنی اسرائیل کا لشکر لے کر دشمن کی طرف بڑھے راستے میں دریایردن پڑتا تھا اس کو پار کر کے دشمن کے علاقے میں پہنچنا تھا چونکہ طالوت کو بنی اسرائیل کی کمزوریوں کا علم تھا انہوں نے ان کی جانچ کے لیے ایک سادہ طریقہ اختیار کیا دریا کو پار کرتے ہوئے انہوں نے اعلان کیا کہ کوئی شخص پانی نہ پیے</w:t>
      </w:r>
    </w:p>
    <w:p>
      <w:r>
        <w:rPr>
          <w:b/>
        </w:rPr>
        <w:t xml:space="preserve">[1:17:32] </w:t>
      </w:r>
      <w:r>
        <w:t>albatta aik adha chalo le le to koi harj nahi bani israel ki bari tadad is imtehan mein poori na utri taham is muqablay mein Allah ne unhein kamyabi di hazrat daud jo us waqt sirf aik nojawan thay unhon ne is jang mein faisla kun kirdaar ada kiya firishtiyon ki fauj ka zabardast pehlan jaloot un ke hath se qatal hua</w:t>
      </w:r>
    </w:p>
    <w:p>
      <w:pPr>
        <w:jc w:val="right"/>
      </w:pPr>
      <w:r>
        <w:t>البتہ ایک ادھ چلو لے لے تو کوئی حرج نہیں بنی اسرائیل کی بڑی تعداد اس امتحان میں پوری نہ اتری تاہم اس مقابلے میں اللہ نے انہیں کامیابی دی حضرت داؤد جو اس وقت صرف ایک نوجوان تھے انہوں نے اس جنگ میں فیصلہ کن کردار ادا کیا فرشتیوں کی فوج کا زبردست پہلوان جالوت ان کے ہاتھ سے قتل ہوا</w:t>
      </w:r>
    </w:p>
    <w:p>
      <w:r>
        <w:rPr>
          <w:b/>
        </w:rPr>
        <w:t xml:space="preserve">[1:18:00] </w:t>
      </w:r>
      <w:r>
        <w:t>is ke baad firishtiyon ne israel ke muqablay mein hathiyar daal diye muqablay mein kamyabi hasil karne ke liye zaroori hai ke afraad ke andar mushkilat par jamnay aur sardar ki itaat karne ka madah ho</w:t>
      </w:r>
    </w:p>
    <w:p>
      <w:pPr>
        <w:jc w:val="right"/>
      </w:pPr>
      <w:r>
        <w:t>اس کے بعد فرشتیوں نے اسرائیل کے مقابلے میں ہتھیار ڈال دیے مقابلے میں کامیابی حاصل کرنے کے لیے ضروری ہے کہ افراد کے اندر مشکلات پر جمنے اور سردار کی اطاعت کرنے کا مادہ ہو</w:t>
      </w:r>
    </w:p>
    <w:p>
      <w:r>
        <w:rPr>
          <w:b/>
        </w:rPr>
        <w:t xml:space="preserve">[1:18:20] </w:t>
      </w:r>
      <w:r>
        <w:t>taloot ka apne sathiyon ko pani peenay se mana karna isi isti'dad ki jaanch ki aik saada tadbeer thi bible ke bayan ke mutabiq un mein se sirf chhay so admi aisay niklay jinhon ne rastay mein aanay walay darya ka pani nahi piya tha</w:t>
      </w:r>
    </w:p>
    <w:p>
      <w:pPr>
        <w:jc w:val="right"/>
      </w:pPr>
      <w:r>
        <w:t>طالوت کا اپنے ساتھیوں کو پانی پینے سے منع کرنا اسی استعداد کی جانچ کی ایک سادہ تدبیر تھی بائبل کے بیان کے مطابق ان میں سے صرف چھ سو ادمی ایسے نکلے جنہوں نے راستے میں انے والے دریا کا پانی نہیں پیا تھا</w:t>
      </w:r>
    </w:p>
    <w:p>
      <w:r>
        <w:rPr>
          <w:b/>
        </w:rPr>
        <w:t xml:space="preserve">[1:18:44] </w:t>
      </w:r>
      <w:r>
        <w:t>jin logon ne pani piya unhon ne goya apni akhlaqi kamzoriyon ko aur pukhta kar liya is liye dushman ka bazahir taqatwar hona ab un ko aur ziyada mehsoos honay laga doosri taraf jin logon ne pani nahi piya un ke is feal se un ka sabr aur itaat ka mizaj aur ziyada mazboot ho gaya</w:t>
      </w:r>
    </w:p>
    <w:p>
      <w:pPr>
        <w:jc w:val="right"/>
      </w:pPr>
      <w:r>
        <w:t>جن لوگوں نے پانی پیا انہوں نے گویا اپنی اخلاقی کمزوریوں کو اور پختہ کر لیا اس لیے دشمن کا بظاہر طاقتور ہونا اب ان کو اور زیادہ محسوس ہونے لگا دوسری طرف جن لوگوں نے پانی نہیں پیا ان کے اس فعل سے ان کا صبر اور اطاعت کا مزاج اور زیادہ مضبوط ہو گیا</w:t>
      </w:r>
    </w:p>
    <w:p>
      <w:r>
        <w:rPr>
          <w:b/>
        </w:rPr>
        <w:t xml:space="preserve">[1:19:10] </w:t>
      </w:r>
      <w:r>
        <w:t>un ko woh haqeeqat aur ziyada wazeh soorat mein dikhai dainay lagi jis ko bible ke bayan ke mutabiq taloot ke aik saathi ne un lafzon mein bayan kiya tha aur yeh sari jamaat jaan le ke khawand talwar aur bhalay ke zariye se nahi bachata is liye ke jang to khawand ki hai aur wohi tum ko humare hath mein kar de ga</w:t>
      </w:r>
    </w:p>
    <w:p>
      <w:pPr>
        <w:jc w:val="right"/>
      </w:pPr>
      <w:r>
        <w:t>ان کو وہ حقیقت اور زیادہ واضح صورت میں دکھائی دینے لگی جس کو بائبل کے بیان کے مطابق طالوت کے ایک ساتھی نے ان لفظوں میں بیان کیا تھا اور یہ ساری جماعت جان لے کہ خداوند تلوار اور بھالے کے ذریعے سے نہیں بچاتا اس لیے کہ جنگ تو خداوند کی ہے اور وہی تم کو ہمارے ہاتھ میں کر دے گا</w:t>
      </w:r>
    </w:p>
    <w:p>
      <w:r>
        <w:rPr>
          <w:b/>
        </w:rPr>
        <w:t xml:space="preserve">[1:19:40] </w:t>
      </w:r>
      <w:r>
        <w:t>iqtedar jis ke paas ho woh kuch dinon baad ghamand mein par kar zulm karne lagta hai is liye iqtedar agar kisi ke paas mustaqil tor par jama ho jaye to us ke zulm o fisad se zameen bhar jaye is ke talafi ka intezam Allah ne is tarah kiya hai ke woh sahiban iqtedar ko badalta rehta hai</w:t>
      </w:r>
    </w:p>
    <w:p>
      <w:pPr>
        <w:jc w:val="right"/>
      </w:pPr>
      <w:r>
        <w:t>اقتدار جس کے پاس ہو وہ کچھ دنوں بعد گھمنڈ میں پڑ کر ظلم کرنے لگتا ہے اس لیے اقتدار اگر کسی کے پاس مستقل طور پر جمع ہو جائے تو اس کے ظلم و فساد سے زمین بھر جائے اس کے تلافی کا انتظام اللہ نے اس طرح کیا ہے کہ وہ صاحبان اقتدار کو بدلتا رہتا ہے</w:t>
      </w:r>
    </w:p>
    <w:p>
      <w:r>
        <w:rPr>
          <w:b/>
        </w:rPr>
        <w:t xml:space="preserve">[1:20:06] </w:t>
      </w:r>
      <w:r>
        <w:t>woh be iqtedar logon mein se aik groh ko uthata hai aur us ke zariye se sahib iqtedar ko hata kar us ke mansab par doosray ko bithha deta hai is ka matlab yeh hai ke jab kisi bar sar e ikhtedar jamaat ka zulm barh jaye to yeh us ke khilaaf uthnay walay groh ke liye khuda-e-madad ka waqt hota hai</w:t>
      </w:r>
    </w:p>
    <w:p>
      <w:pPr>
        <w:jc w:val="right"/>
      </w:pPr>
      <w:r>
        <w:t>وہ بے اقتدار لوگوں میں سے ایک گروہ کو اٹھاتا ہے اور اس کے ذریعے سے صاحب اقتدار کو ہٹا کر اس کے منصب پر دوسرے کو بٹھا دیتا ہے اس کا مطلب یہ ہے کہ جب کسی برسر اقتدار جماعت کا ظلم بڑھ جائے تو یہ اس کے خلاف اٹھنے والے گروہ کے لیے خدائے مدد کا وقت ہوتا ہے</w:t>
      </w:r>
    </w:p>
    <w:p>
      <w:r>
        <w:rPr>
          <w:b/>
        </w:rPr>
        <w:t xml:space="preserve">[1:20:32] </w:t>
      </w:r>
      <w:r>
        <w:t>agar woh sabr aur itaat ki shart ko poora karte hue apne aap ko khuda-e-manzoor mein shamil kar de to bazahir kam honay ke bawajood woh Khuda ki madad se ziyada ke oopar ghalib aa jaye ga Khuda ka khauf mahaz aik manfi cheez nahi</w:t>
      </w:r>
    </w:p>
    <w:p>
      <w:pPr>
        <w:jc w:val="right"/>
      </w:pPr>
      <w:r>
        <w:t>اگر وہ صبر اور اطاعت کی شرط کو پورا کرتے ہوئے اپنے اپ کو خدائی منصوبے میں شامل کر دے تو بظاہر کم ہونے کے باوجود وہ خدا کی مدد سے زیادہ کے اوپر غالب ا جائے گا خدا کا خوف محض ایک منفی چیز نہیں</w:t>
      </w:r>
    </w:p>
    <w:p>
      <w:r>
        <w:rPr>
          <w:b/>
        </w:rPr>
        <w:t xml:space="preserve">[1:20:52] </w:t>
      </w:r>
      <w:r>
        <w:t>wo ek ilm hai jo aadmi ke zehn ko is tarah roshan kar deta hai ke wo har</w:t>
      </w:r>
    </w:p>
    <w:p>
      <w:pPr>
        <w:jc w:val="right"/>
      </w:pPr>
      <w:r>
        <w:t>وہ ایک علم ہے جو ادمی کے ذہن کو اس طرح روشن کر دیتا ہے کہ وہ ہر</w:t>
      </w:r>
    </w:p>
    <w:p>
      <w:r>
        <w:rPr>
          <w:b/>
        </w:rPr>
        <w:t xml:space="preserve">[1:20:59] </w:t>
      </w:r>
      <w:r>
        <w:t>cheez ko is ke asli aur haqeeqi roop mein dekh sake</w:t>
      </w:r>
    </w:p>
    <w:p>
      <w:pPr>
        <w:jc w:val="right"/>
      </w:pPr>
      <w:r>
        <w:t>چیز کو اس کے اصلی اور حقیقی روپ میں دیکھ سکے</w:t>
      </w:r>
    </w:p>
    <w:p>
      <w:r>
        <w:rPr>
          <w:b/>
        </w:rPr>
        <w:t xml:space="preserve">[1:21:07] </w:t>
      </w:r>
      <w:r>
        <w:t>tilka ayatulllahi natlooha alayka bilhaqqi</w:t>
      </w:r>
    </w:p>
    <w:p>
      <w:pPr>
        <w:jc w:val="right"/>
      </w:pPr>
      <w:r>
        <w:t>تلك ايات الله نتلوها عليك بالحق</w:t>
      </w:r>
    </w:p>
    <w:p>
      <w:r>
        <w:rPr>
          <w:b/>
        </w:rPr>
        <w:t xml:space="preserve">[1:21:13] </w:t>
      </w:r>
      <w:r>
        <w:t>wa innaka laminal mursaleena</w:t>
      </w:r>
    </w:p>
    <w:p>
      <w:pPr>
        <w:jc w:val="right"/>
      </w:pPr>
      <w:r>
        <w:t>وانك لمن المرسلين</w:t>
      </w:r>
    </w:p>
    <w:p>
      <w:r>
        <w:rPr>
          <w:b/>
        </w:rPr>
        <w:t xml:space="preserve">[1:21:19] </w:t>
      </w:r>
      <w:r>
        <w:t>tilkar rusulu fadallana baadhahum alaa baadhin</w:t>
      </w:r>
    </w:p>
    <w:p>
      <w:pPr>
        <w:jc w:val="right"/>
      </w:pPr>
      <w:r>
        <w:t>تلك الرسل فضلنا بعضهم على بعض</w:t>
      </w:r>
    </w:p>
    <w:p>
      <w:r>
        <w:rPr>
          <w:b/>
        </w:rPr>
        <w:t xml:space="preserve">[1:21:25] </w:t>
      </w:r>
      <w:r>
        <w:t>minhum man kallamallahu warafa baadhahum darajatin</w:t>
      </w:r>
    </w:p>
    <w:p>
      <w:pPr>
        <w:jc w:val="right"/>
      </w:pPr>
      <w:r>
        <w:t>منهم من كلم الله ورفع بعضهم درجات</w:t>
      </w:r>
    </w:p>
    <w:p>
      <w:r>
        <w:rPr>
          <w:b/>
        </w:rPr>
        <w:t xml:space="preserve">[1:21:34] </w:t>
      </w:r>
      <w:r>
        <w:t>wa atayna isa ibna mariyambayyinati wa ayyadnahu biruhil qudsi</w:t>
      </w:r>
    </w:p>
    <w:p>
      <w:pPr>
        <w:jc w:val="right"/>
      </w:pPr>
      <w:r>
        <w:t>واتينا عيسى ابن مريم البينات وايدناه بروح القدس</w:t>
      </w:r>
    </w:p>
    <w:p>
      <w:r>
        <w:rPr>
          <w:b/>
        </w:rPr>
        <w:t xml:space="preserve">[1:21:43] </w:t>
      </w:r>
      <w:r>
        <w:t>walaw shaa allahu ma iqtalallazina min baadihim</w:t>
      </w:r>
    </w:p>
    <w:p>
      <w:pPr>
        <w:jc w:val="right"/>
      </w:pPr>
      <w:r>
        <w:t>ولو شاء الله ما اقتتل الذين من بعدهم</w:t>
      </w:r>
    </w:p>
    <w:p>
      <w:r>
        <w:rPr>
          <w:b/>
        </w:rPr>
        <w:t xml:space="preserve">[1:21:51] </w:t>
      </w:r>
      <w:r>
        <w:t>min baad ma jaathum</w:t>
      </w:r>
    </w:p>
    <w:p>
      <w:pPr>
        <w:jc w:val="right"/>
      </w:pPr>
      <w:r>
        <w:t>من بعد ما جاءتهم</w:t>
      </w:r>
    </w:p>
    <w:p>
      <w:r>
        <w:rPr>
          <w:b/>
        </w:rPr>
        <w:t xml:space="preserve">[1:21:56] </w:t>
      </w:r>
      <w:r>
        <w:t>al bayyinaat walakin ikhtalafu</w:t>
      </w:r>
    </w:p>
    <w:p>
      <w:pPr>
        <w:jc w:val="right"/>
      </w:pPr>
      <w:r>
        <w:t>البينات ولكن اختلفوا</w:t>
      </w:r>
    </w:p>
    <w:p>
      <w:r>
        <w:rPr>
          <w:b/>
        </w:rPr>
        <w:t xml:space="preserve">[1:22:00] </w:t>
      </w:r>
      <w:r>
        <w:t>walakin ikhtalafu faminhum man aamana waminhum</w:t>
      </w:r>
    </w:p>
    <w:p>
      <w:pPr>
        <w:jc w:val="right"/>
      </w:pPr>
      <w:r>
        <w:t>ولكن اختلفوا فمنهم من امن ومنهم</w:t>
      </w:r>
    </w:p>
    <w:p>
      <w:r>
        <w:rPr>
          <w:b/>
        </w:rPr>
        <w:t xml:space="preserve">[1:22:06] </w:t>
      </w:r>
      <w:r>
        <w:t>man kafara walaw shaa'a</w:t>
      </w:r>
    </w:p>
    <w:p>
      <w:pPr>
        <w:jc w:val="right"/>
      </w:pPr>
      <w:r>
        <w:t>من كفر ولو شاء</w:t>
      </w:r>
    </w:p>
    <w:p>
      <w:r>
        <w:rPr>
          <w:b/>
        </w:rPr>
        <w:t xml:space="preserve">[1:22:12] </w:t>
      </w:r>
      <w:r>
        <w:t>allahu ma iqtalau walakin</w:t>
      </w:r>
    </w:p>
    <w:p>
      <w:pPr>
        <w:jc w:val="right"/>
      </w:pPr>
      <w:r>
        <w:t>الله ما اقتتلوا ولكن</w:t>
      </w:r>
    </w:p>
    <w:p>
      <w:r>
        <w:rPr>
          <w:b/>
        </w:rPr>
        <w:t xml:space="preserve">[1:22:15] </w:t>
      </w:r>
      <w:r>
        <w:t>allahu yafalu ma yureed</w:t>
      </w:r>
    </w:p>
    <w:p>
      <w:pPr>
        <w:jc w:val="right"/>
      </w:pPr>
      <w:r>
        <w:t>الله يفعل ما يريد</w:t>
      </w:r>
    </w:p>
    <w:p>
      <w:r>
        <w:rPr>
          <w:b/>
        </w:rPr>
        <w:t xml:space="preserve">[1:22:22] </w:t>
      </w:r>
      <w:r>
        <w:t>yeh Allah ki ayaten hain jo hum tum ko sunatay hain theek theek aur beshak tu peghambaron mein se hai in peghambaron mein se ba'z ko hum ne ba'z par fazilat di</w:t>
      </w:r>
    </w:p>
    <w:p>
      <w:pPr>
        <w:jc w:val="right"/>
      </w:pPr>
      <w:r>
        <w:t>یہ اللہ کی ایتیں ہیں جو ہم تم کو سناتے ہیں ٹھیک ٹھیک اور بے شک تو پیغمبروں میں سے ہے ان پیغمبروں میں سے بعض کو ہم نے بعض پر فضیلت دی</w:t>
      </w:r>
    </w:p>
    <w:p>
      <w:r>
        <w:rPr>
          <w:b/>
        </w:rPr>
        <w:t xml:space="preserve">[1:22:37] </w:t>
      </w:r>
      <w:r>
        <w:t>un mein se ba'z se Allah ne kalam kiya aur ba'z ke darjay buland kiye aur hum ne isa ibn maryam ko khuli nishaniyan deen aur hum ne us ki madad ki rooh ul quds se Allah agar chahta to un ke baad walay saaf hukum aa janay ke baad na lartay magar unhon ne ikhtilaf</w:t>
      </w:r>
    </w:p>
    <w:p>
      <w:pPr>
        <w:jc w:val="right"/>
      </w:pPr>
      <w:r>
        <w:t>ان میں سے بعض سے اللہ نے کلام کیا اور بعض کے درجے بلند کیے اور ہم نے عیسی ابن مریم کو کھلی نشانیاں دیں اور ہم نے اس کی مدد کی روح القدس سے اللہ اگر چاہتا تو ان کے بعد والے صاف حکم ا جانے کے بعد نہ لڑتے مگر انہوں نے اختلاف</w:t>
      </w:r>
    </w:p>
    <w:p>
      <w:r>
        <w:rPr>
          <w:b/>
        </w:rPr>
        <w:t xml:space="preserve">[1:23:03] </w:t>
      </w:r>
      <w:r>
        <w:t>kiya phir un mein se koi iman laya aur kisi ne inkar kiya aur agar Allah chahta to woh na lartay magar Allah karta hai jo woh chahta hai</w:t>
      </w:r>
    </w:p>
    <w:p>
      <w:pPr>
        <w:jc w:val="right"/>
      </w:pPr>
      <w:r>
        <w:t>کیا پھر ان میں سے کوئی ایمان لایا اور کسی نے انکار کیا اور اگر اللہ چاہتا تو وہ نہ لڑتے مگر اللہ کرتا ہے جو وہ چاہتا ہے</w:t>
      </w:r>
    </w:p>
    <w:p>
      <w:r>
        <w:rPr>
          <w:b/>
        </w:rPr>
        <w:t xml:space="preserve">[1:23:19] </w:t>
      </w:r>
      <w:r>
        <w:t>tashreeh Allah ki taraf se koi pukarnay wala jab logon ko pukarta hai to us ki pukar mein aisi nishaniyan shamil hoti hain ke logon ko yeh samajhnay mein dair na lagay ke woh Khuda ki taraf se hai</w:t>
      </w:r>
    </w:p>
    <w:p>
      <w:pPr>
        <w:jc w:val="right"/>
      </w:pPr>
      <w:r>
        <w:t>تشریح اللہ کی طرف سے کوئی پکارنے والا جب لوگوں کو پکارتا ہے تو اس کی پکار میں ایسی نشانیاں شامل ہوتی ہیں کہ لوگوں کو یہ سمجھنے میں دیر نہ لگے کہ وہ خدا کی طرف سے ہے</w:t>
      </w:r>
    </w:p>
    <w:p>
      <w:r>
        <w:rPr>
          <w:b/>
        </w:rPr>
        <w:t xml:space="preserve">[1:23:37] </w:t>
      </w:r>
      <w:r>
        <w:t>is ke bawajood log us ka inkar kar dete hain aur yeh inkar karnay walay sab se pehle woh log hotay hain jo risalat ko mantay chalay aa rahay thay</w:t>
      </w:r>
    </w:p>
    <w:p>
      <w:pPr>
        <w:jc w:val="right"/>
      </w:pPr>
      <w:r>
        <w:t>اس کے باوجود لوگ اس کا انکار کر دیتے ہیں اور یہ انکار کرنے والے سب سے پہلے وہ لوگ ہوتے ہیں جو رسالت کو مانتے چلے ا رہے تھے</w:t>
      </w:r>
    </w:p>
    <w:p>
      <w:r>
        <w:rPr>
          <w:b/>
        </w:rPr>
        <w:t xml:space="preserve">[1:23:52] </w:t>
      </w:r>
      <w:r>
        <w:t>har peghambar mukhtalif halaat mein aata hai aur apne mission ki takmeel ke liye har aik ko alag alag cheezon ki zaroorat hoti hai</w:t>
      </w:r>
    </w:p>
    <w:p>
      <w:pPr>
        <w:jc w:val="right"/>
      </w:pPr>
      <w:r>
        <w:t>ہر پیغمبر مختلف حالات میں اتا ہے اور اپنے مشن کی تکمیل کے لیے ہر ایک کو الگ الگ چیزوں کی ضرورت ہوتی ہے</w:t>
      </w:r>
    </w:p>
    <w:p>
      <w:r>
        <w:rPr>
          <w:b/>
        </w:rPr>
        <w:t xml:space="preserve">[1:24:04] </w:t>
      </w:r>
      <w:r>
        <w:t>is aitbar se kisi peghambar ko fazilat aik fazilat khasoosi cheez di jati hai aur kisi ko doosri fazilat baad ke daur mein peghambar ki yahi fazilat us ke ummatiyon ke liye fitna ban jati hai woh apne nabi ko di janay wali fazilat ko ta'yidi fazilat ke bajaye mutlaq fazilat ke mani mein le letay hain</w:t>
      </w:r>
    </w:p>
    <w:p>
      <w:pPr>
        <w:jc w:val="right"/>
      </w:pPr>
      <w:r>
        <w:t>اس اعتبار سے کسی پیغمبر کو فضیلت ایک فضیلت خصوصی چیز دی جاتی ہے اور کسی کو دوسری فضیلت بعد کے دور میں پیغمبر کی یہی فضیلت اس کے امتیوں کے لیے فتنہ بن جاتی ہے وہ اپنے نبی کو دی جانے والی فضیلت کو تائیدی فضیلت کے بجائے مطلق فضیلت کے معنی میں لے لیتے ہیں</w:t>
      </w:r>
    </w:p>
    <w:p>
      <w:r>
        <w:rPr>
          <w:b/>
        </w:rPr>
        <w:t xml:space="preserve">[1:24:34] </w:t>
      </w:r>
      <w:r>
        <w:t>woh samajhtay hain ke hum sab se afzal peghambar ko man rahay hain is liye ab humein kisi aur ko mannay ki zaroorat nahi hazrat moosa ke mannay walon ne hazrat masih ka inkar kiya kyunkay woh samajhtay thay ke un ka nabi itna afzal hai ke Khuda barah e rast us se hum kalam hua</w:t>
      </w:r>
    </w:p>
    <w:p>
      <w:pPr>
        <w:jc w:val="right"/>
      </w:pPr>
      <w:r>
        <w:t>وہ سمجھتے ہیں کہ ہم سب سے افضل پیغمبر کو مان رہے ہیں اس لیے اب ہمیں کسی اور کو ماننے کی ضرورت نہیں حضرت موسی کے ماننے والوں نے حضرت مسیح کا انکار کیا کیونکہ وہ سمجھتے تھے کہ ان کا نبی اتنا افضل ہے کہ خدا براہ راست اس سے ہم کلام ہوا</w:t>
      </w:r>
    </w:p>
    <w:p>
      <w:r>
        <w:rPr>
          <w:b/>
        </w:rPr>
        <w:t xml:space="preserve">[1:24:57] </w:t>
      </w:r>
      <w:r>
        <w:t>hazrat masih ke mannay walon ne nabi akhir uz zaman ka inkar kiya kyunkay unhon ne samjha ke woh aisi hasti ko man rahay hain jis ki fazilat itni ziyada hai ke Khuda ne is ko baap ke baghair paida kiya isi tarah Allah ke woh banday jo ummat e muhammadi ki islaah o tajdeed ke liye uthay un ka bhi logon ne inkar kiya</w:t>
      </w:r>
    </w:p>
    <w:p>
      <w:pPr>
        <w:jc w:val="right"/>
      </w:pPr>
      <w:r>
        <w:t>حضرت مسیح کے ماننے والوں نے نبی اخر الزماں کا انکار کیا کیونکہ انہوں نے سمجھا کہ وہ ایسی ہستی کو مان رہے ہیں جس کی فضیلت اتنی زیادہ ہے کہ خدا نے اس کو باپ کے بغیر پیدا کیا اسی طرح اللہ کے وہ بندے جو امت محمدی کی اصلاح و تجدید کے لیے اٹھے ان کا بھی لوگوں نے انکار کیا</w:t>
      </w:r>
    </w:p>
    <w:p>
      <w:r>
        <w:rPr>
          <w:b/>
        </w:rPr>
        <w:t xml:space="preserve">[1:25:21] </w:t>
      </w:r>
      <w:r>
        <w:t>kyunkay un ke mukhatebeen ki nafsiyat yeh thi ke hum buzurgon ke waris hain hum akabir ka daman thaamay hue hain phir hum ko kisi aur ki kya zaroorat ummaton ke zawal ke zamanay mein aisa hota hai ke log dunya ke rastay par chal paray hain isi ke sath woh chahtay hain ke un ki jannat bhi mehfooz rahay</w:t>
      </w:r>
    </w:p>
    <w:p>
      <w:pPr>
        <w:jc w:val="right"/>
      </w:pPr>
      <w:r>
        <w:t>کیونکہ ان کے مخاطبین کی نفسیات یہ تھی کہ ہم بزرگوں کے وارث ہیں ہم اکابر کا دامن تھامے ہوئے ہیں پھر ہم کو کسی اور کی کیا ضرورت امتوں کے زوال کے زمانے میں ایسا ہوتا ہے کہ لوگ دنیا کے راستے پر چل پڑتے ہیں اسی کے ساتھ وہ چاہتے ہیں کہ ان کی جنت بھی محفوظ رہے</w:t>
      </w:r>
    </w:p>
    <w:p>
      <w:r>
        <w:rPr>
          <w:b/>
        </w:rPr>
        <w:t xml:space="preserve">[1:25:49] </w:t>
      </w:r>
      <w:r>
        <w:t>is waqt yeh aqeedah un ke liye aik nafsiyati sahara ban jata hai woh apni muqaddas shakhsiyaton ki azmat ke tasawwur mein yeh taskeen pa lete hain ke dunya mein khwah woh kuch bhi karein un ki aakhirat kabhi mushtabah nahi hogi</w:t>
      </w:r>
    </w:p>
    <w:p>
      <w:pPr>
        <w:jc w:val="right"/>
      </w:pPr>
      <w:r>
        <w:t>اس وقت یہ عقیدہ ان کے لیے ایک نفسیاتی سہارا بن جاتا ہے وہ اپنی مقدس شخصیتوں کی عظمت کے تصور میں یہ تسکین پا لیتے ہیں کہ دنیا میں خواہ وہ کچھ بھی کریں ان کی اخرت کبھی مشتبہ نہیں ہوگی</w:t>
      </w:r>
    </w:p>
    <w:p>
      <w:r>
        <w:rPr>
          <w:b/>
        </w:rPr>
        <w:t xml:space="preserve">[1:26:11] </w:t>
      </w:r>
      <w:r>
        <w:t>yahi ghalat aitmad hai jo logon ko Allah ki taraf bulane wale ki mukhalifat par jari banata hai Allah ke liye yeh mumkin tha ke woh logon ki hidayat ke liye koi doosra nizam qaim karta jis mein kisi ke liye ikhtilaf ki gunjaish na ho magar yeh dunya imtehan ki jagah hai</w:t>
      </w:r>
    </w:p>
    <w:p>
      <w:pPr>
        <w:jc w:val="right"/>
      </w:pPr>
      <w:r>
        <w:t>یہی غلط اعتماد ہے جو لوگوں کو اللہ کی طرف بلانے والے کی مخالفت پر جری بناتا ہے اللہ کے لیے یہ ممکن تھا کہ وہ لوگوں کی ہدایت کے لیے کوئی دوسرا نظام قائم کرتا جس میں کسی کے لیے اختلاف کی گنجائش نہ ہو مگر یہ دنیا امتحان کی جگہ ہے</w:t>
      </w:r>
    </w:p>
    <w:p>
      <w:r>
        <w:rPr>
          <w:b/>
        </w:rPr>
        <w:t xml:space="preserve">[1:26:40] </w:t>
      </w:r>
      <w:r>
        <w:t>yahan to isi baat ki azmaish ho rahi hai ke aadmi ghayb ki halat mein Khuda ko paye insan ki zuban se buland hone wali khudai awaz ko pehchane zahiri pardo se guzar kar sachai ko us ke batini roop mein dekh le</w:t>
      </w:r>
    </w:p>
    <w:p>
      <w:pPr>
        <w:jc w:val="right"/>
      </w:pPr>
      <w:r>
        <w:t>یہاں تو اسی بات کی ازمائش ہو رہی ہے کہ ادمی غیب کی حالت میں خدا کو پائے انسان کی زبان سے بلند ہونے والی خدائی اواز کو پہچانے ظاہری پردوں سے گزر کر سچائی کو اس کے باطنی روپ میں دیکھ لے</w:t>
      </w:r>
    </w:p>
    <w:p>
      <w:r>
        <w:rPr>
          <w:b/>
        </w:rPr>
        <w:t xml:space="preserve">[1:27:04] </w:t>
      </w:r>
      <w:r>
        <w:t>ya ayyuha allatheena aamanoo</w:t>
      </w:r>
    </w:p>
    <w:p>
      <w:pPr>
        <w:jc w:val="right"/>
      </w:pPr>
      <w:r>
        <w:t>يا ایہا الذین امنوا</w:t>
      </w:r>
    </w:p>
    <w:p>
      <w:r>
        <w:rPr>
          <w:b/>
        </w:rPr>
        <w:t xml:space="preserve">[1:27:10] </w:t>
      </w:r>
      <w:r>
        <w:t>anfiqoo mimma razaqnaakum</w:t>
      </w:r>
    </w:p>
    <w:p>
      <w:pPr>
        <w:jc w:val="right"/>
      </w:pPr>
      <w:r>
        <w:t>انفقوا مما رزقناكم</w:t>
      </w:r>
    </w:p>
    <w:p>
      <w:r>
        <w:rPr>
          <w:b/>
        </w:rPr>
        <w:t xml:space="preserve">[1:27:15] </w:t>
      </w:r>
      <w:r>
        <w:t>min qabla an yatiya yawm</w:t>
      </w:r>
    </w:p>
    <w:p>
      <w:pPr>
        <w:jc w:val="right"/>
      </w:pPr>
      <w:r>
        <w:t>من قبل ان یاتی یوم</w:t>
      </w:r>
    </w:p>
    <w:p>
      <w:r>
        <w:rPr>
          <w:b/>
        </w:rPr>
        <w:t xml:space="preserve">[1:27:21] </w:t>
      </w:r>
      <w:r>
        <w:t>min qabla an yatiya yawm la bay'un feehi wala khullatun</w:t>
      </w:r>
    </w:p>
    <w:p>
      <w:pPr>
        <w:jc w:val="right"/>
      </w:pPr>
      <w:r>
        <w:t>من قبل ان یاتی یوم لا بيع فيه ولا خله</w:t>
      </w:r>
    </w:p>
    <w:p>
      <w:r>
        <w:rPr>
          <w:b/>
        </w:rPr>
        <w:t xml:space="preserve">[1:27:30] </w:t>
      </w:r>
      <w:r>
        <w:t>wala shafa'atun walkaafiroona humu al dhaalimoona</w:t>
      </w:r>
    </w:p>
    <w:p>
      <w:pPr>
        <w:jc w:val="right"/>
      </w:pPr>
      <w:r>
        <w:t>ولا شفاعه والكافرون هم الظالمون</w:t>
      </w:r>
    </w:p>
    <w:p>
      <w:r>
        <w:rPr>
          <w:b/>
        </w:rPr>
        <w:t xml:space="preserve">[1:27:39] </w:t>
      </w:r>
      <w:r>
        <w:t>allahu la ilaaha illa huwa al hayyu al qayyoomu</w:t>
      </w:r>
    </w:p>
    <w:p>
      <w:pPr>
        <w:jc w:val="right"/>
      </w:pPr>
      <w:r>
        <w:t>الله لا اله الا هو الحي القيوم</w:t>
      </w:r>
    </w:p>
    <w:p>
      <w:r>
        <w:rPr>
          <w:b/>
        </w:rPr>
        <w:t xml:space="preserve">[1:27:47] </w:t>
      </w:r>
      <w:r>
        <w:t>la ta khuthuhu sinatun</w:t>
      </w:r>
    </w:p>
    <w:p>
      <w:pPr>
        <w:jc w:val="right"/>
      </w:pPr>
      <w:r>
        <w:t>لا تاخذه سنه</w:t>
      </w:r>
    </w:p>
    <w:p>
      <w:r>
        <w:rPr>
          <w:b/>
        </w:rPr>
        <w:t xml:space="preserve">[1:27:51] </w:t>
      </w:r>
      <w:r>
        <w:t>wala nawmun lahu ma fee al samawaati wama fee al ardhi</w:t>
      </w:r>
    </w:p>
    <w:p>
      <w:pPr>
        <w:jc w:val="right"/>
      </w:pPr>
      <w:r>
        <w:t>ولا نوم له ما في السماوات وما في الارض</w:t>
      </w:r>
    </w:p>
    <w:p>
      <w:r>
        <w:rPr>
          <w:b/>
        </w:rPr>
        <w:t xml:space="preserve">[1:27:59] </w:t>
      </w:r>
      <w:r>
        <w:t>man dha allathee yashfa'u 'indahu</w:t>
      </w:r>
    </w:p>
    <w:p>
      <w:pPr>
        <w:jc w:val="right"/>
      </w:pPr>
      <w:r>
        <w:t>من ذا الذي يشفع عنده</w:t>
      </w:r>
    </w:p>
    <w:p>
      <w:r>
        <w:rPr>
          <w:b/>
        </w:rPr>
        <w:t xml:space="preserve">[1:28:05] </w:t>
      </w:r>
      <w:r>
        <w:t>illa bi idhnihi ya'lamu ma bayna aydiyhim wama khalfahum</w:t>
      </w:r>
    </w:p>
    <w:p>
      <w:pPr>
        <w:jc w:val="right"/>
      </w:pPr>
      <w:r>
        <w:t>الا باذنه يعلم ما بين ايديهم وما خلفهم</w:t>
      </w:r>
    </w:p>
    <w:p>
      <w:r>
        <w:rPr>
          <w:b/>
        </w:rPr>
        <w:t xml:space="preserve">[1:28:13] </w:t>
      </w:r>
      <w:r>
        <w:t>wala yuheetoona bi shay'in min 'ilmihi</w:t>
      </w:r>
    </w:p>
    <w:p>
      <w:pPr>
        <w:jc w:val="right"/>
      </w:pPr>
      <w:r>
        <w:t>ولا يحيطون بشيء من علمه</w:t>
      </w:r>
    </w:p>
    <w:p>
      <w:r>
        <w:rPr>
          <w:b/>
        </w:rPr>
        <w:t xml:space="preserve">[1:28:20] </w:t>
      </w:r>
      <w:r>
        <w:t>illa bima shaa'a</w:t>
      </w:r>
    </w:p>
    <w:p>
      <w:pPr>
        <w:jc w:val="right"/>
      </w:pPr>
      <w:r>
        <w:t>الا بما شاء</w:t>
      </w:r>
    </w:p>
    <w:p>
      <w:r>
        <w:rPr>
          <w:b/>
        </w:rPr>
        <w:t xml:space="preserve">[1:28:24] </w:t>
      </w:r>
      <w:r>
        <w:t>wasi'a kursiyuhu al samawaati wa al ardha wala ya'ooduhu hifdhuhuma</w:t>
      </w:r>
    </w:p>
    <w:p>
      <w:pPr>
        <w:jc w:val="right"/>
      </w:pPr>
      <w:r>
        <w:t>وسع كرسيه السماوات والارض ولا يؤوده حفظهما</w:t>
      </w:r>
    </w:p>
    <w:p>
      <w:r>
        <w:rPr>
          <w:b/>
        </w:rPr>
        <w:t xml:space="preserve">[1:28:32] </w:t>
      </w:r>
      <w:r>
        <w:t>wahuwa al 'aliyyu al 'adheemu</w:t>
      </w:r>
    </w:p>
    <w:p>
      <w:pPr>
        <w:jc w:val="right"/>
      </w:pPr>
      <w:r>
        <w:t>وهو العلي العظيم</w:t>
      </w:r>
    </w:p>
    <w:p>
      <w:r>
        <w:rPr>
          <w:b/>
        </w:rPr>
        <w:t xml:space="preserve">[1:28:38] </w:t>
      </w:r>
      <w:r>
        <w:t>la ikraaha fee al deeni qad tabayyana al rushdu min al ghayyi</w:t>
      </w:r>
    </w:p>
    <w:p>
      <w:pPr>
        <w:jc w:val="right"/>
      </w:pPr>
      <w:r>
        <w:t>لا اكراه في الدين قد تبين الرشد من الغي</w:t>
      </w:r>
    </w:p>
    <w:p>
      <w:r>
        <w:rPr>
          <w:b/>
        </w:rPr>
        <w:t xml:space="preserve">[1:28:45] </w:t>
      </w:r>
      <w:r>
        <w:t>famany yakfuru bi al taaghooti wa yu'minu</w:t>
      </w:r>
    </w:p>
    <w:p>
      <w:pPr>
        <w:jc w:val="right"/>
      </w:pPr>
      <w:r>
        <w:t>فمن يكفر بالطاغوت ويؤمن</w:t>
      </w:r>
    </w:p>
    <w:p>
      <w:r>
        <w:rPr>
          <w:b/>
        </w:rPr>
        <w:t xml:space="preserve">[1:28:50] </w:t>
      </w:r>
      <w:r>
        <w:t>bi allahi faqad istamsaka bi al 'urwati al wuthqa la infisaama laha</w:t>
      </w:r>
    </w:p>
    <w:p>
      <w:pPr>
        <w:jc w:val="right"/>
      </w:pPr>
      <w:r>
        <w:t>بالله فقد استمسك بالعروه الوثقى لا انفصام لها</w:t>
      </w:r>
    </w:p>
    <w:p>
      <w:r>
        <w:rPr>
          <w:b/>
        </w:rPr>
        <w:t xml:space="preserve">[1:28:58] </w:t>
      </w:r>
      <w:r>
        <w:t>wallahu samee'un 'aleemun</w:t>
      </w:r>
    </w:p>
    <w:p>
      <w:pPr>
        <w:jc w:val="right"/>
      </w:pPr>
      <w:r>
        <w:t>والله سميع عليم</w:t>
      </w:r>
    </w:p>
    <w:p>
      <w:r>
        <w:rPr>
          <w:b/>
        </w:rPr>
        <w:t xml:space="preserve">[1:29:03] </w:t>
      </w:r>
      <w:r>
        <w:t>allahu waliyyu allatheena aamanoo yukhrijuhum</w:t>
      </w:r>
    </w:p>
    <w:p>
      <w:pPr>
        <w:jc w:val="right"/>
      </w:pPr>
      <w:r>
        <w:t>الله ولي الذين امنوا يخرجهم</w:t>
      </w:r>
    </w:p>
    <w:p>
      <w:r>
        <w:rPr>
          <w:b/>
        </w:rPr>
        <w:t xml:space="preserve">[1:29:08] </w:t>
      </w:r>
      <w:r>
        <w:t>min al-zulumat ila al-nur</w:t>
      </w:r>
    </w:p>
    <w:p>
      <w:pPr>
        <w:jc w:val="right"/>
      </w:pPr>
      <w:r>
        <w:t>من الظلمات الى النور</w:t>
      </w:r>
    </w:p>
    <w:p>
      <w:r>
        <w:rPr>
          <w:b/>
        </w:rPr>
        <w:t xml:space="preserve">[1:29:14] </w:t>
      </w:r>
      <w:r>
        <w:t>wa alladhina kafaroo awliyaohum</w:t>
      </w:r>
    </w:p>
    <w:p>
      <w:pPr>
        <w:jc w:val="right"/>
      </w:pPr>
      <w:r>
        <w:t>والذين كفروا اولياؤهم</w:t>
      </w:r>
    </w:p>
    <w:p>
      <w:r>
        <w:rPr>
          <w:b/>
        </w:rPr>
        <w:t xml:space="preserve">[1:29:21] </w:t>
      </w:r>
      <w:r>
        <w:t>al-taghoot yukhrijoonahum min</w:t>
      </w:r>
    </w:p>
    <w:p>
      <w:pPr>
        <w:jc w:val="right"/>
      </w:pPr>
      <w:r>
        <w:t>الطاغوت يخرجونهم من</w:t>
      </w:r>
    </w:p>
    <w:p>
      <w:r>
        <w:rPr>
          <w:b/>
        </w:rPr>
        <w:t xml:space="preserve">[1:29:25] </w:t>
      </w:r>
      <w:r>
        <w:t>al-noori ila al-dhulumati</w:t>
      </w:r>
    </w:p>
    <w:p>
      <w:pPr>
        <w:jc w:val="right"/>
      </w:pPr>
      <w:r>
        <w:t>النور الى الظلمات</w:t>
      </w:r>
    </w:p>
    <w:p>
      <w:r>
        <w:rPr>
          <w:b/>
        </w:rPr>
        <w:t xml:space="preserve">[1:29:30] </w:t>
      </w:r>
      <w:r>
        <w:t>ula'ika ashabu al-nari hum fiha khalidoon</w:t>
      </w:r>
    </w:p>
    <w:p>
      <w:pPr>
        <w:jc w:val="right"/>
      </w:pPr>
      <w:r>
        <w:t>اولئك اصحاب النار هم فيها خالدون</w:t>
      </w:r>
    </w:p>
    <w:p>
      <w:r>
        <w:rPr>
          <w:b/>
        </w:rPr>
        <w:t xml:space="preserve">[1:29:41] </w:t>
      </w:r>
      <w:r>
        <w:t>ae iman walo! kharch karo un cheezon se jo hum ne tum ko diya hai is din ke ane se pehle jis mein na khareed o farokht hai aur na dosti hai aur na sifarish,</w:t>
      </w:r>
    </w:p>
    <w:p>
      <w:pPr>
        <w:jc w:val="right"/>
      </w:pPr>
      <w:r>
        <w:t>اے ایمان والو! خرچ کرو ان چیزوں سے جو ہم نے تم کو دیا ہے اس دن کے انے سے پہلے جس میں نہ خرید و فروخت ہے اور نہ دوستی ہے اور نہ سفارش،</w:t>
      </w:r>
    </w:p>
    <w:p>
      <w:r>
        <w:rPr>
          <w:b/>
        </w:rPr>
        <w:t xml:space="preserve">[1:29:59] </w:t>
      </w:r>
      <w:r>
        <w:t>aur jo munkir hain wohi hain zulm karne wale. Allah is ke siwa koi mabood nahi,</w:t>
      </w:r>
    </w:p>
    <w:p>
      <w:pPr>
        <w:jc w:val="right"/>
      </w:pPr>
      <w:r>
        <w:t>اور جو منکر ہیں وہی ہیں ظلم کرنے والے۔ اللہ اس کے سوا کوئی معبود نہیں،</w:t>
      </w:r>
    </w:p>
    <w:p>
      <w:r>
        <w:rPr>
          <w:b/>
        </w:rPr>
        <w:t xml:space="preserve">[1:30:10] </w:t>
      </w:r>
      <w:r>
        <w:t>woh zinda hai, sab ka thamne wala. us ko na oongh aati hai aur na neend.</w:t>
      </w:r>
    </w:p>
    <w:p>
      <w:pPr>
        <w:jc w:val="right"/>
      </w:pPr>
      <w:r>
        <w:t>وہ زندہ ہے، سب کا تھامنے والا۔ اس کو نہ اونگھ آتی ہے اور نہ نیند۔</w:t>
      </w:r>
    </w:p>
    <w:p>
      <w:r>
        <w:rPr>
          <w:b/>
        </w:rPr>
        <w:t xml:space="preserve">[1:30:22] </w:t>
      </w:r>
      <w:r>
        <w:t>isi ka hai jo kuch aasmano aur zameen mein hai. kaun hai jo is ke paas is ki ijazat ke baghair sifarish kare?</w:t>
      </w:r>
    </w:p>
    <w:p>
      <w:pPr>
        <w:jc w:val="right"/>
      </w:pPr>
      <w:r>
        <w:t>اسی کا ہے جو کچھ آسمانوں اور زمین میں ہے۔ کون ہے جو اس کے پاس اس کی اجازت کے بغیر سفارش کرے؟</w:t>
      </w:r>
    </w:p>
    <w:p>
      <w:r>
        <w:rPr>
          <w:b/>
        </w:rPr>
        <w:t xml:space="preserve">[1:30:39] </w:t>
      </w:r>
      <w:r>
        <w:t>woh janta hai jo kuch un ke aage hai aur jo kuch un ke peechhe hai,</w:t>
      </w:r>
    </w:p>
    <w:p>
      <w:pPr>
        <w:jc w:val="right"/>
      </w:pPr>
      <w:r>
        <w:t>وہ جانتا ہے جو کچھ ان کے آگے ہے اور جو کچھ ان کے پیچھے ہے،</w:t>
      </w:r>
    </w:p>
    <w:p>
      <w:r>
        <w:rPr>
          <w:b/>
        </w:rPr>
        <w:t xml:space="preserve">[1:30:49] </w:t>
      </w:r>
      <w:r>
        <w:t>aur woh is ke ilm mein se kisi cheez ka ahata nahi kar sakte magar jo woh chahe.</w:t>
      </w:r>
    </w:p>
    <w:p>
      <w:pPr>
        <w:jc w:val="right"/>
      </w:pPr>
      <w:r>
        <w:t>اور وہ اس کے علم میں سے کسی چیز کا احاطہ نہیں کر سکتے مگر جو وہ چاہے۔</w:t>
      </w:r>
    </w:p>
    <w:p>
      <w:r>
        <w:rPr>
          <w:b/>
        </w:rPr>
        <w:t xml:space="preserve">[1:31:01] </w:t>
      </w:r>
      <w:r>
        <w:t>is ki hukumat aasmano aur zameen par chhai hui hai,</w:t>
      </w:r>
    </w:p>
    <w:p>
      <w:pPr>
        <w:jc w:val="right"/>
      </w:pPr>
      <w:r>
        <w:t>اس کی حکومت آسمانوں اور زمین پر چھائی ہوئی ہے،</w:t>
      </w:r>
    </w:p>
    <w:p>
      <w:r>
        <w:rPr>
          <w:b/>
        </w:rPr>
        <w:t xml:space="preserve">[1:31:09] </w:t>
      </w:r>
      <w:r>
        <w:t>woh thakta nahi un ke thamne se, aur wohi hai buland martaba, bada.</w:t>
      </w:r>
    </w:p>
    <w:p>
      <w:pPr>
        <w:jc w:val="right"/>
      </w:pPr>
      <w:r>
        <w:t>وہ تھکتا نہیں ان کے تھامنے سے، اور وہی ہے بلند مرتبہ، بڑا۔</w:t>
      </w:r>
    </w:p>
    <w:p>
      <w:r>
        <w:rPr>
          <w:b/>
        </w:rPr>
        <w:t xml:space="preserve">[1:31:21] </w:t>
      </w:r>
      <w:r>
        <w:t>deen ke muamle mein koi zabardasti nahi, hidayat gumrahi se alag ho chuki hai. pas jo shakhs shaitan ka inkar kare aur Allah par iman laye,</w:t>
      </w:r>
    </w:p>
    <w:p>
      <w:pPr>
        <w:jc w:val="right"/>
      </w:pPr>
      <w:r>
        <w:t>دین کے معاملے میں کوئی زبردستی نہیں، ہدایت گمراہی سے الگ ہو چکی ہے۔ پس جو شخص شیطان کا انکار کرے اور اللہ پر ایمان لائے،</w:t>
      </w:r>
    </w:p>
    <w:p>
      <w:r>
        <w:rPr>
          <w:b/>
        </w:rPr>
        <w:t xml:space="preserve">[1:31:38] </w:t>
      </w:r>
      <w:r>
        <w:t>us ne mazboot halqa pakad liya jo tootne wala nahi, aur Allah sunne wala, janne wala hai.</w:t>
      </w:r>
    </w:p>
    <w:p>
      <w:pPr>
        <w:jc w:val="right"/>
      </w:pPr>
      <w:r>
        <w:t>اس نے مضبوط حلقہ پکڑ لیا جو ٹوٹنے والا نہیں، اور اللہ سننے والا، جاننے والا ہے۔</w:t>
      </w:r>
    </w:p>
    <w:p>
      <w:r>
        <w:rPr>
          <w:b/>
        </w:rPr>
        <w:t xml:space="preserve">[1:31:53] </w:t>
      </w:r>
      <w:r>
        <w:t>Allah kaam banane wala hai iman walon ka,</w:t>
      </w:r>
    </w:p>
    <w:p>
      <w:pPr>
        <w:jc w:val="right"/>
      </w:pPr>
      <w:r>
        <w:t>اللہ کام بنانے والا ہے ایمان والوں کا،</w:t>
      </w:r>
    </w:p>
    <w:p>
      <w:r>
        <w:rPr>
          <w:b/>
        </w:rPr>
        <w:t xml:space="preserve">[1:31:58] </w:t>
      </w:r>
      <w:r>
        <w:t>woh un ko andheron se nikal kar ujale ki taraf lata hai, aur jin logon ne inkar kiya, un ke dost shaitan hain,</w:t>
      </w:r>
    </w:p>
    <w:p>
      <w:pPr>
        <w:jc w:val="right"/>
      </w:pPr>
      <w:r>
        <w:t>وہ ان کو اندھیروں سے نکال کر اجالے کی طرف لاتا ہے، اور جن لوگوں نے انکار کیا، ان کے دوست شیطان ہیں،</w:t>
      </w:r>
    </w:p>
    <w:p>
      <w:r>
        <w:rPr>
          <w:b/>
        </w:rPr>
        <w:t xml:space="preserve">[1:32:12] </w:t>
      </w:r>
      <w:r>
        <w:t>woh un ko ujale se nikal kar andheron ki taraf le jate hain. yeh aag mein jane wale log hain, woh is mein hamesha rahenge.</w:t>
      </w:r>
    </w:p>
    <w:p>
      <w:pPr>
        <w:jc w:val="right"/>
      </w:pPr>
      <w:r>
        <w:t>وہ ان کو اجالے سے نکال کر اندھیروں کی طرف لے جاتے ہیں۔ یہ آگ میں جانے والے لوگ ہیں، وہ اس میں ہمیشہ رہیں گے۔</w:t>
      </w:r>
    </w:p>
    <w:p>
      <w:r>
        <w:rPr>
          <w:b/>
        </w:rPr>
        <w:t xml:space="preserve">[1:32:30] </w:t>
      </w:r>
      <w:r>
        <w:t>tashreeh: Khuda ko wohi pata hai jo infaq ki qeemat de kar Khuda ko ikhtiyar kare, aur koi aadmi jab Khuda ko pa leta hai to woh aik aisi roshni ko pa leta hai jis mein woh bhatke baghair chalta rahe, yahan tak ke jannat mein pahunch jaye.</w:t>
      </w:r>
    </w:p>
    <w:p>
      <w:pPr>
        <w:jc w:val="right"/>
      </w:pPr>
      <w:r>
        <w:t>تشریح: خدا کو وہی پاتا ہے جو انفاق کی قیمت دے کر خدا کو اختیار کرے، اور کوئی آدمی جب خدا کو پا لیتا ہے تو وہ ایک ایسی روشنی کو پا لیتا ہے جس میں وہ بھٹکے بغیر چلتا رہے، یہاں تک کہ جنت میں پہنچ جائے۔</w:t>
      </w:r>
    </w:p>
    <w:p>
      <w:r>
        <w:rPr>
          <w:b/>
        </w:rPr>
        <w:t xml:space="preserve">[1:32:57] </w:t>
      </w:r>
      <w:r>
        <w:t>is ke baraks jo shakhs infaq ki qeemat diye baghair Khuda ko ikhtiyar kare, woh hamesha andhere mein rehta hai, jahan shaitan us ko behka kar aise raston par chalata hai jis ki aakhri manzil jahannum ke siwa aur kuch nahi.</w:t>
      </w:r>
    </w:p>
    <w:p>
      <w:pPr>
        <w:jc w:val="right"/>
      </w:pPr>
      <w:r>
        <w:t>اس کے برعکس جو شخص انفاق کی قیمت دیے بغیر خدا کو اختیار کرے، وہ ہمیشہ اندھیرے میں رہتا ہے، جہاں شیطان اس کو بہکا کر ایسے راستوں پر چلاتا ہے جس کی آخری منزل جہنم کے سوا اور کچھ نہیں۔</w:t>
      </w:r>
    </w:p>
    <w:p>
      <w:r>
        <w:rPr>
          <w:b/>
        </w:rPr>
        <w:t xml:space="preserve">[1:33:24] </w:t>
      </w:r>
      <w:r>
        <w:t>infaq se murad apne aap ko aur apne asase ko deen ki rah mein kharch karna hai, apni maslehaton ko qurban kar ke deen ki taraf aage badhna hai.</w:t>
      </w:r>
    </w:p>
    <w:p>
      <w:pPr>
        <w:jc w:val="right"/>
      </w:pPr>
      <w:r>
        <w:t>انفاق سے مراد اپنے آپ کو اور اپنے اثاثے کو دین کی راہ میں خرچ کرنا ہے، اپنی مصلحتوں کو قربان کر کے دین کی طرف آگے بڑھنا ہے۔</w:t>
      </w:r>
    </w:p>
    <w:p>
      <w:r>
        <w:rPr>
          <w:b/>
        </w:rPr>
        <w:t xml:space="preserve">[1:33:39] </w:t>
      </w:r>
      <w:r>
        <w:t>aadmi jab kisi aqeeday ko infaq ki qeemat par ikhtiyar kare to is ka matlab yeh hota hai ke woh is ko ikhtiyar karne mein sanjeeda hai.</w:t>
      </w:r>
    </w:p>
    <w:p>
      <w:pPr>
        <w:jc w:val="right"/>
      </w:pPr>
      <w:r>
        <w:t>آدمی جب کسی عقیدے کو انفاق کی قیمت پر اختیار کرے تو اس کا مطلب یہ ہوتا ہے کہ وہ اس کو اختیار کرنے میں سنجیدہ ہے۔</w:t>
      </w:r>
    </w:p>
    <w:p>
      <w:r>
        <w:rPr>
          <w:b/>
        </w:rPr>
        <w:t xml:space="preserve">[1:33:51] </w:t>
      </w:r>
      <w:r>
        <w:t>yeh sanjeeda hona be had aham hai. kisi mamle mein sanjeeda hona hi woh cheez hai jo aadmi par is mamle ke bhedon ko kholta hai.</w:t>
      </w:r>
    </w:p>
    <w:p>
      <w:pPr>
        <w:jc w:val="right"/>
      </w:pPr>
      <w:r>
        <w:t>یہ سنجیدہ ہونا بے حد اہم ہے۔ کسی معاملے میں سنجیدہ ہونا ہی وہ چیز ہے جو آدمی پر اس معاملے کے بھیدوں کو کھولتا ہے۔</w:t>
      </w:r>
    </w:p>
    <w:p>
      <w:r>
        <w:rPr>
          <w:b/>
        </w:rPr>
        <w:t xml:space="preserve">[1:34:06] </w:t>
      </w:r>
      <w:r>
        <w:t>Sanjeeda hone ke baad hi yeh imkan paida hota hai ke aadmi aur us ke maqsad ke darmiyan haqeeqi taluq qaim ho, aur maqsad ke tamam pehlu us par wazeh hon.</w:t>
      </w:r>
    </w:p>
    <w:p>
      <w:pPr>
        <w:jc w:val="right"/>
      </w:pPr>
      <w:r>
        <w:t>سنجیدہ ہونے کے بعد ہی یہ امکان پیدا ہوتا ہے کہ آدمی اور اس کے مقصد کے درمیان حقیقی تعلق قائم ہو، اور مقصد کے تمام پہلو اس پر واضح ہوں۔</w:t>
      </w:r>
    </w:p>
    <w:p>
      <w:r>
        <w:rPr>
          <w:b/>
        </w:rPr>
        <w:t xml:space="preserve">[1:34:23] </w:t>
      </w:r>
      <w:r>
        <w:t>Is ke bar aks mamla us shakhs ka hai jo apni hasti ki hawalaigi ki qeemat par deen ko ikhtiyar na kare.</w:t>
      </w:r>
    </w:p>
    <w:p>
      <w:pPr>
        <w:jc w:val="right"/>
      </w:pPr>
      <w:r>
        <w:t>اس کے برعکس معاملہ اس شخص کا ہے جو اپنی ہستی کی حوالگی کی قیمت پر دین کو اختیار نہ کرے۔</w:t>
      </w:r>
    </w:p>
    <w:p>
      <w:r>
        <w:rPr>
          <w:b/>
        </w:rPr>
        <w:t xml:space="preserve">[1:34:33] </w:t>
      </w:r>
      <w:r>
        <w:t>Aisa shakhs kabhi deen ke mamle mein sanjeeda nahi hoga, aur is bana par woh akhirat ke mamle ko ek aasan mamla farz kar lega.</w:t>
      </w:r>
    </w:p>
    <w:p>
      <w:pPr>
        <w:jc w:val="right"/>
      </w:pPr>
      <w:r>
        <w:t>ایسا شخص کبھی دین کے معاملے میں سنجیدہ نہیں ہوگا، اور اس بنا پر وہ آخرت کے معاملے کو ایک آسان معاملہ فرض کر لے گا۔</w:t>
      </w:r>
    </w:p>
    <w:p>
      <w:r>
        <w:rPr>
          <w:b/>
        </w:rPr>
        <w:t xml:space="preserve">[1:34:48] </w:t>
      </w:r>
      <w:r>
        <w:t>Woh samjhega ke buzurgon ki sifarish ya deen ke naam par kuch rasmi aur zahiri karrawaiyan akhirat ki nijaat ke liye kafi hain.</w:t>
      </w:r>
    </w:p>
    <w:p>
      <w:pPr>
        <w:jc w:val="right"/>
      </w:pPr>
      <w:r>
        <w:t>وہ سمجھے گا کہ بزرگوں کی سفارش یا دین کے نام پر کچھ رسمی اور ظاہری کارروائیاں آخرت کی نجات کے لیے کافی ہیں۔</w:t>
      </w:r>
    </w:p>
    <w:p>
      <w:r>
        <w:rPr>
          <w:b/>
        </w:rPr>
        <w:t xml:space="preserve">[1:35:01] </w:t>
      </w:r>
      <w:r>
        <w:t>Akhirat ke mamle mein sanjeeda na hone ki wajah se woh is raaz ko na samjhega ke akhirat to malik kainat ke azmat o jalal ke zahoor ka din hai.</w:t>
      </w:r>
    </w:p>
    <w:p>
      <w:pPr>
        <w:jc w:val="right"/>
      </w:pPr>
      <w:r>
        <w:t>آخرت کے معاملے میں سنجیدہ نہ ہونے کی وجہ سے وہ اس راز کو نہ سمجھے گا کہ آخرت تو مالک کائنات کے عظمت و جلال کے ظہور کا دن ہے۔</w:t>
      </w:r>
    </w:p>
    <w:p>
      <w:r>
        <w:rPr>
          <w:b/>
        </w:rPr>
        <w:t xml:space="preserve">[1:35:15] </w:t>
      </w:r>
      <w:r>
        <w:t>Aise ek din ke bare mein mahaz sarsari cheezon par kamyabi ki umeed kar lena Khuda ki Khudaai ka kamtar andaza karna hai,</w:t>
      </w:r>
    </w:p>
    <w:p>
      <w:pPr>
        <w:jc w:val="right"/>
      </w:pPr>
      <w:r>
        <w:t>ایسے ایک دن کے بارے میں محض سرسری چیزوں پر کامیابی کی امید کر لینا خدا کی خدائی کا کمتر اندازہ کرنا ہے،</w:t>
      </w:r>
    </w:p>
    <w:p>
      <w:r>
        <w:rPr>
          <w:b/>
        </w:rPr>
        <w:t xml:space="preserve">[1:35:28] </w:t>
      </w:r>
      <w:r>
        <w:t>jo Khuda ke yahan aadmi ke jurm ko badhane wala hai, na ke woh is ki maqbooliyat ka sabab bane.</w:t>
      </w:r>
    </w:p>
    <w:p>
      <w:pPr>
        <w:jc w:val="right"/>
      </w:pPr>
      <w:r>
        <w:t>جو خدا کے یہاں آدمی کے جرم کو بڑھانے والا ہے، نہ کہ وہ اس کی مقبولیت کا سبب بنے۔</w:t>
      </w:r>
    </w:p>
    <w:p>
      <w:r>
        <w:rPr>
          <w:b/>
        </w:rPr>
        <w:t xml:space="preserve">[1:35:42] </w:t>
      </w:r>
      <w:r>
        <w:t>Khuda ki baat aadmi ke samne dalil ki zaban mein aati hai, aur woh kuch alfaaz bol kar is ko radd kar deta hai.</w:t>
      </w:r>
    </w:p>
    <w:p>
      <w:pPr>
        <w:jc w:val="right"/>
      </w:pPr>
      <w:r>
        <w:t>خدا کی بات آدمی کے سامنے دلیل کی زبان میں آتی ہے، اور وہ کچھ الفاظ بول کر اس کو رد کر دیتا ہے۔</w:t>
      </w:r>
    </w:p>
    <w:p>
      <w:r>
        <w:rPr>
          <w:b/>
        </w:rPr>
        <w:t xml:space="preserve">[1:35:53] </w:t>
      </w:r>
      <w:r>
        <w:t>Yahi shaitani waswasa hai.</w:t>
      </w:r>
    </w:p>
    <w:p>
      <w:pPr>
        <w:jc w:val="right"/>
      </w:pPr>
      <w:r>
        <w:t>یہی شیطانی وسوسہ ہے۔</w:t>
      </w:r>
    </w:p>
    <w:p>
      <w:r>
        <w:rPr>
          <w:b/>
        </w:rPr>
        <w:t xml:space="preserve">[1:35:55] </w:t>
      </w:r>
      <w:r>
        <w:t>Hidayat us ko milti hai jo shaitan ke waswase se apne ko bachaye, aur Khuda ki dalil ko pehchan kar us ke aage jhuk jaye.</w:t>
      </w:r>
    </w:p>
    <w:p>
      <w:pPr>
        <w:jc w:val="right"/>
      </w:pPr>
      <w:r>
        <w:t>ہدایت اس کو ملتی ہے جو شیطان کے وسوسے سے اپنے کو بچائے، اور خدا کی دلیل کو پہچان کر اس کے آگے جھک جائے۔</w:t>
      </w:r>
    </w:p>
    <w:p>
      <w:r>
        <w:rPr>
          <w:b/>
        </w:rPr>
        <w:t xml:space="preserve">[1:36:11] </w:t>
      </w:r>
      <w:r>
        <w:t>Alam tara alladhi</w:t>
      </w:r>
    </w:p>
    <w:p>
      <w:pPr>
        <w:jc w:val="right"/>
      </w:pPr>
      <w:r>
        <w:t>الم تر الذی</w:t>
      </w:r>
    </w:p>
    <w:p>
      <w:r>
        <w:rPr>
          <w:b/>
        </w:rPr>
        <w:t xml:space="preserve">[1:36:16] </w:t>
      </w:r>
      <w:r>
        <w:t>ibrahim fi rabbihi</w:t>
      </w:r>
    </w:p>
    <w:p>
      <w:pPr>
        <w:jc w:val="right"/>
      </w:pPr>
      <w:r>
        <w:t>ابراہیم فی ربہ</w:t>
      </w:r>
    </w:p>
    <w:p>
      <w:r>
        <w:rPr>
          <w:b/>
        </w:rPr>
        <w:t xml:space="preserve">[1:36:20] </w:t>
      </w:r>
      <w:r>
        <w:t>in atahu Allahu al-mulk</w:t>
      </w:r>
    </w:p>
    <w:p>
      <w:pPr>
        <w:jc w:val="right"/>
      </w:pPr>
      <w:r>
        <w:t>ان اتاه اللہ الملک</w:t>
      </w:r>
    </w:p>
    <w:p>
      <w:r>
        <w:rPr>
          <w:b/>
        </w:rPr>
        <w:t xml:space="preserve">[1:36:24] </w:t>
      </w:r>
      <w:r>
        <w:t>in atahu Allahu al-mulk idh qala Ibrahim rabbi alladhi yuhyi wa yumeet qala ana uhyi wa umit</w:t>
      </w:r>
    </w:p>
    <w:p>
      <w:pPr>
        <w:jc w:val="right"/>
      </w:pPr>
      <w:r>
        <w:t>ان اتاه اللہ الملک اذ قال ابراہیم ربی الذی یحیی ویمیت قال انا احیی وامیت</w:t>
      </w:r>
    </w:p>
    <w:p>
      <w:r>
        <w:rPr>
          <w:b/>
        </w:rPr>
        <w:t xml:space="preserve">[1:36:37] </w:t>
      </w:r>
      <w:r>
        <w:t>qala Ibrahim fa inna Allaha yati bi al-shamsi min al-mashriqi fa ati biha min al-maghribi fabahita alladhi kafar</w:t>
      </w:r>
    </w:p>
    <w:p>
      <w:pPr>
        <w:jc w:val="right"/>
      </w:pPr>
      <w:r>
        <w:t>قال ابراہیم فان اللہ یاتی بالشمس من المشرق فات بها من المغرب فبهت الذی کفر</w:t>
      </w:r>
    </w:p>
    <w:p>
      <w:r>
        <w:rPr>
          <w:b/>
        </w:rPr>
        <w:t xml:space="preserve">[1:36:50] </w:t>
      </w:r>
      <w:r>
        <w:t>wa Allahu la yahdi al-qawm al-zalimin</w:t>
      </w:r>
    </w:p>
    <w:p>
      <w:pPr>
        <w:jc w:val="right"/>
      </w:pPr>
      <w:r>
        <w:t>واللہ لا یہدی القوم الظالمین</w:t>
      </w:r>
    </w:p>
    <w:p>
      <w:r>
        <w:rPr>
          <w:b/>
        </w:rPr>
        <w:t xml:space="preserve">[1:36:57] </w:t>
      </w:r>
      <w:r>
        <w:t>Kya tum ne us ko nahi dekha jis ne Ibrahim se us ke Rabb ke bare mein hujjat ki, kyunke Allah ne us ko saltanat di thi?</w:t>
      </w:r>
    </w:p>
    <w:p>
      <w:pPr>
        <w:jc w:val="right"/>
      </w:pPr>
      <w:r>
        <w:t>کیا تم نے اس کو نہیں دیکھا جس نے ابراہیم سے اس کے رب کے بارے میں حجت کی، کیونکہ اللہ نے اس کو سلطنت دی تھی؟</w:t>
      </w:r>
    </w:p>
    <w:p>
      <w:r>
        <w:rPr>
          <w:b/>
        </w:rPr>
        <w:t xml:space="preserve">[1:37:09] </w:t>
      </w:r>
      <w:r>
        <w:t>Jab Ibrahim ne kaha ke mera Rabb woh hai jo jilata aur marta hai, woh bola ke main bhi jilata hoon aur marta hoon.</w:t>
      </w:r>
    </w:p>
    <w:p>
      <w:pPr>
        <w:jc w:val="right"/>
      </w:pPr>
      <w:r>
        <w:t>جب ابراہیم نے کہا کہ میرا رب وہ ہے جو جلاتا اور مارتا ہے، وہ بولا کہ میں بھی جلاتا ہوں اور مارتا ہوں۔</w:t>
      </w:r>
    </w:p>
    <w:p>
      <w:r>
        <w:rPr>
          <w:b/>
        </w:rPr>
        <w:t xml:space="preserve">[1:37:20] </w:t>
      </w:r>
      <w:r>
        <w:t>Ibrahim ne kaha ke Allah suraj ko purab se nikalta</w:t>
      </w:r>
    </w:p>
    <w:p>
      <w:pPr>
        <w:jc w:val="right"/>
      </w:pPr>
      <w:r>
        <w:t>ابراہیم نے کہا کہ اللہ سورج کو پورب سے نکالتا</w:t>
      </w:r>
    </w:p>
    <w:p>
      <w:r>
        <w:rPr>
          <w:b/>
        </w:rPr>
        <w:t xml:space="preserve">[1:37:25] </w:t>
      </w:r>
      <w:r>
        <w:t>hai, tum us ko pasham se nikal do. Tab woh munkir hairaan reh gaya, aur Allah zalimon ko raah nahi dikhata.</w:t>
      </w:r>
    </w:p>
    <w:p>
      <w:pPr>
        <w:jc w:val="right"/>
      </w:pPr>
      <w:r>
        <w:t>ہے، تم اس کو پچھم سے نکال دو۔ تب وہ منکر حیران رہ گیا، اور اللہ ظالموں کو راہ نہیں دکھاتا۔</w:t>
      </w:r>
    </w:p>
    <w:p>
      <w:r>
        <w:rPr>
          <w:b/>
        </w:rPr>
        <w:t xml:space="preserve">[1:37:39] </w:t>
      </w:r>
      <w:r>
        <w:t>Tashreeh:</w:t>
      </w:r>
    </w:p>
    <w:p>
      <w:pPr>
        <w:jc w:val="right"/>
      </w:pPr>
      <w:r>
        <w:t>تشریح:</w:t>
      </w:r>
    </w:p>
    <w:p>
      <w:r>
        <w:rPr>
          <w:b/>
        </w:rPr>
        <w:t xml:space="preserve">[1:37:44] </w:t>
      </w:r>
      <w:r>
        <w:t>Maujooda zamane mein awami taeed se hukumat ka istihqaaq hasil hota hai,</w:t>
      </w:r>
    </w:p>
    <w:p>
      <w:pPr>
        <w:jc w:val="right"/>
      </w:pPr>
      <w:r>
        <w:t>موجودہ زمانے میں عوامی تائید سے حکومت کا استحقاق حاصل ہوتا ہے،</w:t>
      </w:r>
    </w:p>
    <w:p>
      <w:r>
        <w:rPr>
          <w:b/>
        </w:rPr>
        <w:t xml:space="preserve">[1:37:50] </w:t>
      </w:r>
      <w:r>
        <w:t>magar jamhooriyat ke daur se pehle aksar badshah logon ko yeh yaqeen dila kar un ke upar hukumat karte the ke woh Khuda ka insani paikar hain.</w:t>
      </w:r>
    </w:p>
    <w:p>
      <w:pPr>
        <w:jc w:val="right"/>
      </w:pPr>
      <w:r>
        <w:t>مگر جمہوریت کے دور سے پہلے اکثر بادشاہ لوگوں کو یہ یقین دلا کر ان کے اوپر حکومت کرتے تھے کہ وہ خدا کا انسانی پیکر ہیں۔</w:t>
      </w:r>
    </w:p>
    <w:p>
      <w:r>
        <w:rPr>
          <w:b/>
        </w:rPr>
        <w:t xml:space="preserve">[1:38:04] </w:t>
      </w:r>
      <w:r>
        <w:t>Qadeem Iraq ke badshah Namrood ka mamla yahi tha, jo Hazrat Ibrahim ka ham asar tha. Uski qaum suraj ko devtaon ka sardar manti thi aur us ki pooja karti thi.</w:t>
      </w:r>
    </w:p>
    <w:p>
      <w:pPr>
        <w:jc w:val="right"/>
      </w:pPr>
      <w:r>
        <w:t>قدیم عراق کے بادشاہ نمرود کا معاملہ یہی تھا، جو حضرت ابراہیم کا ہم عصر تھا۔ اس کی قوم سورج کو دیوتاؤں کا سردار مانتی تھی اور اس کی پوجا کرتی تھی۔</w:t>
      </w:r>
    </w:p>
    <w:p>
      <w:r>
        <w:rPr>
          <w:b/>
        </w:rPr>
        <w:t xml:space="preserve">[1:38:20] </w:t>
      </w:r>
      <w:r>
        <w:t>Namrood ne kaha ke woh suraj devta ka mazhar hai, is liye woh logon ke upar hukumat karne ka khudai haq rakhta hai.</w:t>
      </w:r>
    </w:p>
    <w:p>
      <w:pPr>
        <w:jc w:val="right"/>
      </w:pPr>
      <w:r>
        <w:t>نمرود نے کہا کہ وہ سورج دیوتا کا مظہر ہے، اس لیے وہ لوگوں کے اوپر حکومت کرنے کا خدائی حق رکھتا ہے۔</w:t>
      </w:r>
    </w:p>
    <w:p>
      <w:r>
        <w:rPr>
          <w:b/>
        </w:rPr>
        <w:t xml:space="preserve">[1:38:32] </w:t>
      </w:r>
      <w:r>
        <w:t>Hazrat Ibrahim ne us waqt ke Iraq mein jab tauheed ki awaaz buland ki to uska siyasat o hukumat se barah e raast koi taluq na tha.</w:t>
      </w:r>
    </w:p>
    <w:p>
      <w:pPr>
        <w:jc w:val="right"/>
      </w:pPr>
      <w:r>
        <w:t>حضرت ابراہیم نے اس وقت کے عراق میں جب توحید کی آواز بلند کی تو اس کا سیاست و حکومت سے براہ راست کوئی تعلق نہ تھا۔</w:t>
      </w:r>
    </w:p>
    <w:p>
      <w:r>
        <w:rPr>
          <w:b/>
        </w:rPr>
        <w:t xml:space="preserve">[1:38:43] </w:t>
      </w:r>
      <w:r>
        <w:t>Aap logon se sirf yeh keh rahe the ke tumhara khaliq aur malik sirf ek Allah hai,</w:t>
      </w:r>
    </w:p>
    <w:p>
      <w:pPr>
        <w:jc w:val="right"/>
      </w:pPr>
      <w:r>
        <w:t>آپ لوگوں سے صرف یہ کہہ رہے تھے کہ تمہارا خالق اور مالک صرف ایک اللہ ہے،</w:t>
      </w:r>
    </w:p>
    <w:p>
      <w:r>
        <w:rPr>
          <w:b/>
        </w:rPr>
        <w:t xml:space="preserve">[1:38:50] </w:t>
      </w:r>
      <w:r>
        <w:t>koi nahi jo khudai mein uska shareek ho. Is liye tum usi ki ibadat karo, usi se daro, aur usi se ummeeden qaim karo.</w:t>
      </w:r>
    </w:p>
    <w:p>
      <w:pPr>
        <w:jc w:val="right"/>
      </w:pPr>
      <w:r>
        <w:t>کوئی نہیں جو خدائی میں اس کا شریک ہو۔ اس لیے تم اسی کی عبادت کرو، اسی سے ڈرو، اور اسی سے امیدیں قائم کرو۔</w:t>
      </w:r>
    </w:p>
    <w:p>
      <w:r>
        <w:rPr>
          <w:b/>
        </w:rPr>
        <w:t xml:space="preserve">[1:39:03] </w:t>
      </w:r>
      <w:r>
        <w:t>taham is ghair siyasi dawat mein nimrood ko apni siyasi par zid parti hui nazar aai. aisa aqeedah jis mein suraj ko ek be zor banda bataya gaya ho</w:t>
      </w:r>
    </w:p>
    <w:p>
      <w:pPr>
        <w:jc w:val="right"/>
      </w:pPr>
      <w:r>
        <w:t>تاہم اس غیر سیاسی دعوت میں نمرود کو اپنی سیاست پر ضد پڑتی ہوئی نظر آئی۔ ایسا عقیدہ جس میں سورج کو ایک بے زور بندہ بتایا گیا ہو</w:t>
      </w:r>
    </w:p>
    <w:p>
      <w:r>
        <w:rPr>
          <w:b/>
        </w:rPr>
        <w:t xml:space="preserve">[1:39:17] </w:t>
      </w:r>
      <w:r>
        <w:t>, woh gaya. اس اعتقادی bunyadi ko dha raha tha jis ke oopar nimrood ne apna siyasi takht bichha rakha tha.</w:t>
      </w:r>
    </w:p>
    <w:p>
      <w:pPr>
        <w:jc w:val="right"/>
      </w:pPr>
      <w:r>
        <w:t>، وہ گیا۔ اس اعتقادی بنیادی کو ڈھا رہا تھا جس کے اوپر نمرود نے اپنا سیاسی تخت بچھا رکھا تھا۔</w:t>
      </w:r>
    </w:p>
    <w:p>
      <w:r>
        <w:rPr>
          <w:b/>
        </w:rPr>
        <w:t xml:space="preserve">[1:39:28] </w:t>
      </w:r>
      <w:r>
        <w:t>is wajah se woh aap ka dushman ho gaya.</w:t>
      </w:r>
    </w:p>
    <w:p>
      <w:pPr>
        <w:jc w:val="right"/>
      </w:pPr>
      <w:r>
        <w:t>اس وجہ سے وہ آپ کا دشمن ہو گیا۔</w:t>
      </w:r>
    </w:p>
    <w:p>
      <w:r>
        <w:rPr>
          <w:b/>
        </w:rPr>
        <w:t xml:space="preserve">[1:39:34] </w:t>
      </w:r>
      <w:r>
        <w:t>hazrat ibrahim ne nimrood se jo guftagu ki, us se anbiya ka tareeqa e dawat maloom hota hai.</w:t>
      </w:r>
    </w:p>
    <w:p>
      <w:pPr>
        <w:jc w:val="right"/>
      </w:pPr>
      <w:r>
        <w:t>حضرت ابراہیم نے نمرود سے جو گفتگو کی، اس سے انبیاء کا طریقہ دعوت معلوم ہوتا ہے۔</w:t>
      </w:r>
    </w:p>
    <w:p>
      <w:r>
        <w:rPr>
          <w:b/>
        </w:rPr>
        <w:t xml:space="preserve">[1:39:43] </w:t>
      </w:r>
      <w:r>
        <w:t>nimrood ke sawal ke jawab mein ajlam ne farmaya ke mera rab woh hai jis ke ikhtiyar mein zindagi aur maut hai.</w:t>
      </w:r>
    </w:p>
    <w:p>
      <w:pPr>
        <w:jc w:val="right"/>
      </w:pPr>
      <w:r>
        <w:t>نمرود کے سوال کے جواب میں اجلام نے فرمایا کہ میرا رب وہ ہے جس کے اختیار میں زندگی اور موت ہے۔</w:t>
      </w:r>
    </w:p>
    <w:p>
      <w:r>
        <w:rPr>
          <w:b/>
        </w:rPr>
        <w:t xml:space="preserve">[1:39:53] </w:t>
      </w:r>
      <w:r>
        <w:t>nimrood ne nadana andaaz ikhtiyar karte hue kaha ke maut aur zindagi par to main bhi ikhtiyar rakhta hoon, jis ko chahoon marwa doon aur jis ko chahoon zinda rehne doon.</w:t>
      </w:r>
    </w:p>
    <w:p>
      <w:pPr>
        <w:jc w:val="right"/>
      </w:pPr>
      <w:r>
        <w:t>نمرود نے نادانہ انداز اختیار کرتے ہوئے کہا کہ موت اور زندگی پر تو میں بھی اختیار رکھتا ہوں، جس کو چاہوں مروا دوں اور جس کو چاہوں زندہ رہنے دوں۔</w:t>
      </w:r>
    </w:p>
    <w:p>
      <w:r>
        <w:rPr>
          <w:b/>
        </w:rPr>
        <w:t xml:space="preserve">[1:40:08] </w:t>
      </w:r>
      <w:r>
        <w:t>aj janab nimrood ka jawab de sakte the,</w:t>
      </w:r>
    </w:p>
    <w:p>
      <w:pPr>
        <w:jc w:val="right"/>
      </w:pPr>
      <w:r>
        <w:t>اج جناب نمرود کا جواب دے سکتے تھے،</w:t>
      </w:r>
    </w:p>
    <w:p>
      <w:r>
        <w:rPr>
          <w:b/>
        </w:rPr>
        <w:t xml:space="preserve">[1:40:12] </w:t>
      </w:r>
      <w:r>
        <w:t>magar aap ne guftagu ko munazra banana pasand na kiya. is liye aap ne foran doosri misaal pesh kar di, jis ke jawab mein nimrood is qism ki baat na kar sakta tha jo us ne pehli misaal ke jawab mein kahi.</w:t>
      </w:r>
    </w:p>
    <w:p>
      <w:pPr>
        <w:jc w:val="right"/>
      </w:pPr>
      <w:r>
        <w:t>مگر آپ نے گفتگو کو مناظرہ بنانا پسند نہ کیا۔ اس لیے آپ نے فوراً دوسری مثال پیش کر دی، جس کے جواب میں نمرود اس قسم کی بات نہ کر سکتا تھا جو اس نے پہلی مثال کے جواب میں کہی۔</w:t>
      </w:r>
    </w:p>
    <w:p>
      <w:r>
        <w:rPr>
          <w:b/>
        </w:rPr>
        <w:t xml:space="preserve">[1:40:31] </w:t>
      </w:r>
      <w:r>
        <w:t>hazrat ibrahim ke liye nimrood hreef na tha, balkeh madu ki hesiyat rakhta tha.</w:t>
      </w:r>
    </w:p>
    <w:p>
      <w:pPr>
        <w:jc w:val="right"/>
      </w:pPr>
      <w:r>
        <w:t>حضرت ابراہیم کے لیے نمرود حریف نہ تھا، بلکہ مدعو کی حیثیت رکھتا تھا۔</w:t>
      </w:r>
    </w:p>
    <w:p>
      <w:r>
        <w:rPr>
          <w:b/>
        </w:rPr>
        <w:t xml:space="preserve">[1:40:38] </w:t>
      </w:r>
      <w:r>
        <w:t>is liye un ko yeh samajhne mein dair na lagi ke istidlal ka kaun sa hakeemana andaaz un ko ikhtiyar karna chahiye.</w:t>
      </w:r>
    </w:p>
    <w:p>
      <w:pPr>
        <w:jc w:val="right"/>
      </w:pPr>
      <w:r>
        <w:t>اس لیے ان کو یہ سمجھنے میں دیر نہ لگی کہ استدلال کا کون سا حکیمانہ انداز ان کو اختیار کرنا چاہیے۔</w:t>
      </w:r>
    </w:p>
    <w:p>
      <w:r>
        <w:rPr>
          <w:b/>
        </w:rPr>
        <w:t xml:space="preserve">[1:40:50] </w:t>
      </w:r>
      <w:r>
        <w:t>maujooda dunya imtehan ki dunya hai, is liye is ko is tarah banaya gaya hai ke ek hi cheez ko aadmi do mukhtalif maano mein le sake.</w:t>
      </w:r>
    </w:p>
    <w:p>
      <w:pPr>
        <w:jc w:val="right"/>
      </w:pPr>
      <w:r>
        <w:t>موجودہ دنیا امتحان کی دنیا ہے، اس لیے اس کو اس طرح بنایا گیا ہے کہ ایک ہی چیز کو آدمی دو مختلف معنوں میں لے سکے۔</w:t>
      </w:r>
    </w:p>
    <w:p>
      <w:r>
        <w:rPr>
          <w:b/>
        </w:rPr>
        <w:t xml:space="preserve">[1:41:04] </w:t>
      </w:r>
      <w:r>
        <w:t>misalan ek shakhs ke paas daulat aur iqtedar aa jaye to woh is ko aise rukh se dekh sakta hai ke us ki kamyabi us ko apni salahiyaton ka nateeja nazar aaye.</w:t>
      </w:r>
    </w:p>
    <w:p>
      <w:pPr>
        <w:jc w:val="right"/>
      </w:pPr>
      <w:r>
        <w:t>مثلاً ایک شخص کے پاس دولت اور اقتدار آ جائے تو وہ اس کو ایسے رخ سے دیکھ سکتا ہے کہ اس کی کامیابی اس کو اپنی صلاحیتوں کا نتیجہ نظر آئے۔</w:t>
      </w:r>
    </w:p>
    <w:p>
      <w:r>
        <w:rPr>
          <w:b/>
        </w:rPr>
        <w:t xml:space="preserve">[1:41:20] </w:t>
      </w:r>
      <w:r>
        <w:t>isi tarah yeh bhi mumkin hai ke woh is ko aise rukh se dekhe ke us ko mehsoos ho ke jo kuch us ko mila hai, woh sarasar khuda ka inaam hai.</w:t>
      </w:r>
    </w:p>
    <w:p>
      <w:pPr>
        <w:jc w:val="right"/>
      </w:pPr>
      <w:r>
        <w:t>اسی طرح یہ بھی ممکن ہے کہ وہ اس کو ایسے رخ سے دیکھے کہ اس کو محسوس ہو کہ جو کچھ اس کو ملا ہے، وہ سراسر خدا کا انعام ہے۔</w:t>
      </w:r>
    </w:p>
    <w:p>
      <w:r>
        <w:rPr>
          <w:b/>
        </w:rPr>
        <w:t xml:space="preserve">[1:41:31] </w:t>
      </w:r>
      <w:r>
        <w:t>pehli soorat zulm ki soorat hai aur doosri shukr ki soorat. jis shakhs ke andar zalimana mizaj ho, us ke liye maujooda dunya sirf gumrahi ki khurak hogi.</w:t>
      </w:r>
    </w:p>
    <w:p>
      <w:pPr>
        <w:jc w:val="right"/>
      </w:pPr>
      <w:r>
        <w:t>پہلی صورت ظلم کی صورت ہے اور دوسری شکر کی صورت۔ جس شخص کے اندر ظالمانہ مزاج ہو، اس کے لیے موجودہ دنیا صرف گمراہی کی خوراک ہوگی۔</w:t>
      </w:r>
    </w:p>
    <w:p>
      <w:r>
        <w:rPr>
          <w:b/>
        </w:rPr>
        <w:t xml:space="preserve">[1:41:47] </w:t>
      </w:r>
      <w:r>
        <w:t>us ko har waqeye mein ghamand aur khud pasandi ki ghiza milegi. is ke bar aks, jis ke andar shukr ka mizaj hoga,</w:t>
      </w:r>
    </w:p>
    <w:p>
      <w:pPr>
        <w:jc w:val="right"/>
      </w:pPr>
      <w:r>
        <w:t>اس کو ہر واقعے میں گھمنڈ اور خود پسندی کی غذا ملے گی۔ اس کے برعکس، جس کے اندر شکر کا مزاج ہوگا،</w:t>
      </w:r>
    </w:p>
    <w:p>
      <w:r>
        <w:rPr>
          <w:b/>
        </w:rPr>
        <w:t xml:space="preserve">[1:41:58] </w:t>
      </w:r>
      <w:r>
        <w:t>us ke liye har waqeye mein hidayat ka saman hoga. khuda ki dunya apni tamam wusaton ke sath us ke liye rizq e imani ka dasterkhwan ban jayegi.</w:t>
      </w:r>
    </w:p>
    <w:p>
      <w:pPr>
        <w:jc w:val="right"/>
      </w:pPr>
      <w:r>
        <w:t>اس کے لیے ہر واقعے میں ہدایت کا سامان ہوگا۔ خدا کی دنیا اپنی تمام وسعتوں کے ساتھ اس کے لیے رزق ایمانی کا دسترخوان بن جائے گی۔</w:t>
      </w:r>
    </w:p>
    <w:p>
      <w:r>
        <w:rPr>
          <w:b/>
        </w:rPr>
        <w:t xml:space="preserve">[1:42:14] </w:t>
      </w:r>
      <w:r>
        <w:t>aw ka alladhi marra ala qaryatin wa hiya khawiyatun ala urooshiha qala anna yuhyi Allahu ba'da mawtiha</w:t>
      </w:r>
    </w:p>
    <w:p>
      <w:pPr>
        <w:jc w:val="right"/>
      </w:pPr>
      <w:r>
        <w:t>اوك الذی مر علی قریۃ وهي خاویه علی عروشها قال انا یحیی اللہ بعد موتها</w:t>
      </w:r>
    </w:p>
    <w:p>
      <w:r>
        <w:rPr>
          <w:b/>
        </w:rPr>
        <w:t xml:space="preserve">[1:42:29] </w:t>
      </w:r>
      <w:r>
        <w:t>fa amatahu Allahu mi'ata 'amin thumma ba'athahu</w:t>
      </w:r>
    </w:p>
    <w:p>
      <w:pPr>
        <w:jc w:val="right"/>
      </w:pPr>
      <w:r>
        <w:t>فاماتہ اللہ مائة عام ثم بعثه</w:t>
      </w:r>
    </w:p>
    <w:p>
      <w:r>
        <w:rPr>
          <w:b/>
        </w:rPr>
        <w:t xml:space="preserve">[1:42:35] </w:t>
      </w:r>
      <w:r>
        <w:t>qala kam labithta qala labithtu yawman aw ba'da yawm</w:t>
      </w:r>
    </w:p>
    <w:p>
      <w:pPr>
        <w:jc w:val="right"/>
      </w:pPr>
      <w:r>
        <w:t>قال کم لبثت قال لبثت يوما او بعض یوم</w:t>
      </w:r>
    </w:p>
    <w:p>
      <w:r>
        <w:rPr>
          <w:b/>
        </w:rPr>
        <w:t xml:space="preserve">[1:42:43] </w:t>
      </w:r>
      <w:r>
        <w:t>qala bal labithta mi'ata 'am</w:t>
      </w:r>
    </w:p>
    <w:p>
      <w:pPr>
        <w:jc w:val="right"/>
      </w:pPr>
      <w:r>
        <w:t>قال بل لبثت مائة عام</w:t>
      </w:r>
    </w:p>
    <w:p>
      <w:r>
        <w:rPr>
          <w:b/>
        </w:rPr>
        <w:t xml:space="preserve">[1:42:47] </w:t>
      </w:r>
      <w:r>
        <w:t>fa anzur ila ta'amika wa sharabika lam yatasannah</w:t>
      </w:r>
    </w:p>
    <w:p>
      <w:pPr>
        <w:jc w:val="right"/>
      </w:pPr>
      <w:r>
        <w:t>فانظر الی طعامک وشرابک لم يتسنہ</w:t>
      </w:r>
    </w:p>
    <w:p>
      <w:r>
        <w:rPr>
          <w:b/>
        </w:rPr>
        <w:t xml:space="preserve">[1:42:55] </w:t>
      </w:r>
      <w:r>
        <w:t>wa anzur ila himarika wa linaj'alaka ayatan lil-nasi</w:t>
      </w:r>
    </w:p>
    <w:p>
      <w:pPr>
        <w:jc w:val="right"/>
      </w:pPr>
      <w:r>
        <w:t>وانظر الی حمارک ولنجعلك آیت للناس</w:t>
      </w:r>
    </w:p>
    <w:p>
      <w:r>
        <w:rPr>
          <w:b/>
        </w:rPr>
        <w:t xml:space="preserve">[1:43:04] </w:t>
      </w:r>
      <w:r>
        <w:t>wa anzur ila al-'izami kayfa nunshizuha thumma naksūhā lahma</w:t>
      </w:r>
    </w:p>
    <w:p>
      <w:pPr>
        <w:jc w:val="right"/>
      </w:pPr>
      <w:r>
        <w:t>وانظر الی العظام کيف ننشزها ثم نکسوها لحما</w:t>
      </w:r>
    </w:p>
    <w:p>
      <w:r>
        <w:rPr>
          <w:b/>
        </w:rPr>
        <w:t xml:space="preserve">[1:43:12] </w:t>
      </w:r>
      <w:r>
        <w:t>falamma tabayyana lahu qala a'lam anna Allaha ala kulli shay'in</w:t>
      </w:r>
    </w:p>
    <w:p>
      <w:pPr>
        <w:jc w:val="right"/>
      </w:pPr>
      <w:r>
        <w:t>فلما تبین له قال اعلم ان اللہ علی کل شیء</w:t>
      </w:r>
    </w:p>
    <w:p>
      <w:r>
        <w:rPr>
          <w:b/>
        </w:rPr>
        <w:t xml:space="preserve">[1:43:22] </w:t>
      </w:r>
      <w:r>
        <w:t>qadirun wa idh qala Ibrahim rabbi arini kayfa tuhyi al-mawta</w:t>
      </w:r>
    </w:p>
    <w:p>
      <w:pPr>
        <w:jc w:val="right"/>
      </w:pPr>
      <w:r>
        <w:t>قدیر واذ قال ابراہیم رب ارنی کيف تحیی الموتی</w:t>
      </w:r>
    </w:p>
    <w:p>
      <w:r>
        <w:rPr>
          <w:b/>
        </w:rPr>
        <w:t xml:space="preserve">[1:43:31] </w:t>
      </w:r>
      <w:r>
        <w:t>qala awalam tu'min qala bala wa lakin litatmainna</w:t>
      </w:r>
    </w:p>
    <w:p>
      <w:pPr>
        <w:jc w:val="right"/>
      </w:pPr>
      <w:r>
        <w:t>قال اولم تؤمن قال بلى ولكن ليطمئن</w:t>
      </w:r>
    </w:p>
    <w:p>
      <w:r>
        <w:rPr>
          <w:b/>
        </w:rPr>
        <w:t xml:space="preserve">[1:43:39] </w:t>
      </w:r>
      <w:r>
        <w:t>qalbi qala fa khudh arba'atan min al-tayri fasurhunna</w:t>
      </w:r>
    </w:p>
    <w:p>
      <w:pPr>
        <w:jc w:val="right"/>
      </w:pPr>
      <w:r>
        <w:t>قلبی قال فخذ اربعة من الطیر فصرهن</w:t>
      </w:r>
    </w:p>
    <w:p>
      <w:r>
        <w:rPr>
          <w:b/>
        </w:rPr>
        <w:t xml:space="preserve">[1:43:47] </w:t>
      </w:r>
      <w:r>
        <w:t>ilayka thumma ij'al</w:t>
      </w:r>
    </w:p>
    <w:p>
      <w:pPr>
        <w:jc w:val="right"/>
      </w:pPr>
      <w:r>
        <w:t>الیک ثم اجعل</w:t>
      </w:r>
    </w:p>
    <w:p>
      <w:r>
        <w:rPr>
          <w:b/>
        </w:rPr>
        <w:t xml:space="preserve">[1:43:49] </w:t>
      </w:r>
      <w:r>
        <w:t>ala kulli jabilin minhunna juz'an thumma ij'al ala kulli jabilin minhunna juz'an thumma ud'uhunna ya'teenka sa'yan. wa a'lam annallaha azizun hakeem.</w:t>
      </w:r>
    </w:p>
    <w:p>
      <w:pPr>
        <w:jc w:val="right"/>
      </w:pPr>
      <w:r>
        <w:t>علی کل جبل منهن جزءا ثم اجعل علی کل جبل منهن جزءا ثم ادعهن یاتینک سعیا واعلم ان اللہ عزیز حکیم</w:t>
      </w:r>
    </w:p>
    <w:p>
      <w:r>
        <w:rPr>
          <w:b/>
        </w:rPr>
        <w:t xml:space="preserve">[1:44:16] </w:t>
      </w:r>
      <w:r>
        <w:t>ya jaise woh shakhs jis ka guzar ek basti par se hua aur woh apni chhaton par giri hui thi, us ne kaha: "halak ho jane ke baad Allah is basti ko dobara kaise zinda karega?" phir Allah ne is par so baras tak ke liye maut taari kar di,</w:t>
      </w:r>
    </w:p>
    <w:p>
      <w:pPr>
        <w:jc w:val="right"/>
      </w:pPr>
      <w:r>
        <w:t>یا جیسے وہ شخص جس کا گزر ایک بستی پر سے ہوا اور وہ اپنی چھتوں پر گری ہوئی تھی، اس نے کہا: "ہلاک ہو جانے کے بعد اللہ اس بستی کو دوبارہ کیسے زندہ کرے گا؟" پھر اللہ نے اس پر سو برس تک کے لیے موت طاری کر دی،</w:t>
      </w:r>
    </w:p>
    <w:p>
      <w:r>
        <w:rPr>
          <w:b/>
        </w:rPr>
        <w:t xml:space="preserve">[1:44:43] </w:t>
      </w:r>
      <w:r>
        <w:t>phir us ko uthaya.</w:t>
      </w:r>
    </w:p>
    <w:p>
      <w:pPr>
        <w:jc w:val="right"/>
      </w:pPr>
      <w:r>
        <w:t>پھر اس کو اٹھایا۔</w:t>
      </w:r>
    </w:p>
    <w:p>
      <w:r>
        <w:rPr>
          <w:b/>
        </w:rPr>
        <w:t xml:space="preserve">[1:44:46] </w:t>
      </w:r>
      <w:r>
        <w:t>Allah ne poocha: "tum kitni der is halat mein rahe?" us ne kaha: "ek din ya ek din se kuch kam." Allah ne kaha: "nahin, balkeh tum so baras rahe ho.</w:t>
      </w:r>
    </w:p>
    <w:p>
      <w:pPr>
        <w:jc w:val="right"/>
      </w:pPr>
      <w:r>
        <w:t>اللہ نے پوچھا: "تم کتنی دیر اس حالت میں رہے؟" اس نے کہا: "ایک دن یا ایک دن سے کچھ کم۔" اللہ نے کہا: "نہیں، بلکہ تم سو برس رہے ہو۔</w:t>
      </w:r>
    </w:p>
    <w:p>
      <w:r>
        <w:rPr>
          <w:b/>
        </w:rPr>
        <w:t xml:space="preserve">[1:45:03] </w:t>
      </w:r>
      <w:r>
        <w:t>ab tum apne khane peene ki cheezon ko dekho ke woh sadi nahin hain, aur apne gadhe ko dekho, aur taake hum tum ko logon ke liye ek nishani bana dein.</w:t>
      </w:r>
    </w:p>
    <w:p>
      <w:pPr>
        <w:jc w:val="right"/>
      </w:pPr>
      <w:r>
        <w:t>اب تم اپنے کھانے پینے کی چیزوں کو دیکھو کہ وہ سڑی نہیں ہیں، اور اپنے گدھے کو دیکھو، اور تاکہ ہم تم کو لوگوں کے لیے ایک نشانی بنا دیں۔</w:t>
      </w:r>
    </w:p>
    <w:p>
      <w:r>
        <w:rPr>
          <w:b/>
        </w:rPr>
        <w:t xml:space="preserve">[1:45:20] </w:t>
      </w:r>
      <w:r>
        <w:t>aur hadiyon ki taraf dekho kis tarah hum un ka dhancha khara karte hain, phir un par gosht charhate hain."</w:t>
      </w:r>
    </w:p>
    <w:p>
      <w:pPr>
        <w:jc w:val="right"/>
      </w:pPr>
      <w:r>
        <w:t>اور ہڈیوں کی طرف دیکھو کس طرح ہم ان کا ڈھانچہ کھڑا کرتے ہیں، پھر ان پر گوشت چڑھاتے ہیں۔"</w:t>
      </w:r>
    </w:p>
    <w:p>
      <w:r>
        <w:rPr>
          <w:b/>
        </w:rPr>
        <w:t xml:space="preserve">[1:45:31] </w:t>
      </w:r>
      <w:r>
        <w:t>pas jab is par wazeh ho gaya to kaha: "main jaanta hoon ke beshak Allah har cheez par qudrat rakhta hai." aur jab ibrahim ne kaha ke: "ae mere rab!</w:t>
      </w:r>
    </w:p>
    <w:p>
      <w:pPr>
        <w:jc w:val="right"/>
      </w:pPr>
      <w:r>
        <w:t>پس جب اس پر واضح ہو گیا تو کہا: "میں جانتا ہوں کہ بے شک اللہ ہر چیز پر قدرت رکھتا ہے۔" اور جب ابراہیم نے کہا کہ: "اے میرے رب!</w:t>
      </w:r>
    </w:p>
    <w:p>
      <w:r>
        <w:rPr>
          <w:b/>
        </w:rPr>
        <w:t xml:space="preserve">[1:45:46] </w:t>
      </w:r>
      <w:r>
        <w:t>muj ko dikha de ke tu murdon ko kis tarah zindah karega?" Allah ne kaha: "kya tum ne yaqeen nahi kiya?</w:t>
      </w:r>
    </w:p>
    <w:p>
      <w:pPr>
        <w:jc w:val="right"/>
      </w:pPr>
      <w:r>
        <w:t>مجھ کو دکھا دے کہ تو مردوں کو کس طرح زندہ کرے گا؟" اللہ نے کہا: "کیا تم نے یقین نہیں کیا؟</w:t>
      </w:r>
    </w:p>
    <w:p>
      <w:r>
        <w:rPr>
          <w:b/>
        </w:rPr>
        <w:t xml:space="preserve">[1:45:57] </w:t>
      </w:r>
      <w:r>
        <w:t>" Ibrahim ne kaha: "kyun nahi, magar is liye ke mere dil ko taskeen ho jaye." farmaya: "tum chaar parinday lo aur un ko apnay paas hila lo,</w:t>
      </w:r>
    </w:p>
    <w:p>
      <w:pPr>
        <w:jc w:val="right"/>
      </w:pPr>
      <w:r>
        <w:t>" ابراہیم نے کہا: "کیوں نہیں، مگر اس لیے کہ میرے دل کو تسکین ہو جائے۔" فرمایا: "تم چار پرندے لو اور ان کو اپنے سے ہلا لو،</w:t>
      </w:r>
    </w:p>
    <w:p>
      <w:r>
        <w:rPr>
          <w:b/>
        </w:rPr>
        <w:t xml:space="preserve">[1:46:11] </w:t>
      </w:r>
      <w:r>
        <w:t>phir un mein se har aik ko alag alag pahari par rakh do, phir un ko bulao.</w:t>
      </w:r>
    </w:p>
    <w:p>
      <w:pPr>
        <w:jc w:val="right"/>
      </w:pPr>
      <w:r>
        <w:t>پھر ان میں سے ہر ایک کو الگ الگ پہاڑی پر رکھ دو، پھر ان کو بلاؤ۔</w:t>
      </w:r>
    </w:p>
    <w:p>
      <w:r>
        <w:rPr>
          <w:b/>
        </w:rPr>
        <w:t xml:space="preserve">[1:46:18] </w:t>
      </w:r>
      <w:r>
        <w:t>wo tumharay paas durtay huay chalay ayen gay, aur jaan lo ke Allah zabardast hai, hikmat wala hai."</w:t>
      </w:r>
    </w:p>
    <w:p>
      <w:pPr>
        <w:jc w:val="right"/>
      </w:pPr>
      <w:r>
        <w:t>وہ تمہارے پاس دوڑتے ہوئے چلے آئیں گے، اور جان لو کہ اللہ زبردست ہے، حکمت والا ہے۔"</w:t>
      </w:r>
    </w:p>
    <w:p>
      <w:r>
        <w:rPr>
          <w:b/>
        </w:rPr>
        <w:t xml:space="preserve">[1:46:31] </w:t>
      </w:r>
      <w:r>
        <w:t>tashreeh: yahan maut ke baad dobara zindah kiye janay ke jin do tajrubat ka zikr hai, is ka taluq anbiya se hai.</w:t>
      </w:r>
    </w:p>
    <w:p>
      <w:pPr>
        <w:jc w:val="right"/>
      </w:pPr>
      <w:r>
        <w:t>تشریح: یہاں موت کے بعد دوبارہ زندہ کیے جانے کے جن دو تجربات کا ذکر ہے، اس کا تعلق انبیاء سے ہے۔</w:t>
      </w:r>
    </w:p>
    <w:p>
      <w:r>
        <w:rPr>
          <w:b/>
        </w:rPr>
        <w:t xml:space="preserve">[1:46:43] </w:t>
      </w:r>
      <w:r>
        <w:t>pehla tajurba غالباً Hazrat Uzair ke sath guzra,</w:t>
      </w:r>
    </w:p>
    <w:p>
      <w:pPr>
        <w:jc w:val="right"/>
      </w:pPr>
      <w:r>
        <w:t>پہلا تجربہ غالباً حضرت عزیر کے ساتھ گزرا،</w:t>
      </w:r>
    </w:p>
    <w:p>
      <w:r>
        <w:rPr>
          <w:b/>
        </w:rPr>
        <w:t xml:space="preserve">[1:46:48] </w:t>
      </w:r>
      <w:r>
        <w:t>jinka zamana panchveen sadi qabl maseeh ka hai, aur doosra tajurba Hazrat Ibrahim se taluq rakhta hai. Anbiya Khuda ki taraf se is liye muqarrar hotay hain ke logon ko ghaybi haqeeqaton se ba-khabar karen.</w:t>
      </w:r>
    </w:p>
    <w:p>
      <w:pPr>
        <w:jc w:val="right"/>
      </w:pPr>
      <w:r>
        <w:t>جن کا زمانہ پانچویں صدی قبل مسیح کا ہے، اور دوسرا تجربہ حضرت ابراہیم سے تعلق رکھتا ہے۔ انبیاء خدا کی طرف سے اس لیے مقرر ہوتے ہیں کہ لوگوں کو غیبی حقیقتوں سے باخبر کریں۔</w:t>
      </w:r>
    </w:p>
    <w:p>
      <w:r>
        <w:rPr>
          <w:b/>
        </w:rPr>
        <w:t xml:space="preserve">[1:47:08] </w:t>
      </w:r>
      <w:r>
        <w:t>is liye un ko wo ghaybi cheezain be-parda kar ke dikha di jati hain</w:t>
      </w:r>
    </w:p>
    <w:p>
      <w:pPr>
        <w:jc w:val="right"/>
      </w:pPr>
      <w:r>
        <w:t>اس لیے ان کو وہ غیبی چیزیں بے پردہ کر کے دکھا دی جاتی ہیں</w:t>
      </w:r>
    </w:p>
    <w:p>
      <w:r>
        <w:rPr>
          <w:b/>
        </w:rPr>
        <w:t xml:space="preserve">[1:47:14] </w:t>
      </w:r>
      <w:r>
        <w:t>jin par doosron ke liye asbab ka parda daal diya gaya hai. Anbiya ke sath yeh khusoosi muamla is liye hota hai ta ke wo in cheezon ke zaati mushahid ban kar un ki babat logon ko ba-khabar kar sakain.</w:t>
      </w:r>
    </w:p>
    <w:p>
      <w:pPr>
        <w:jc w:val="right"/>
      </w:pPr>
      <w:r>
        <w:t>جن پر دوسروں کے لیے اسباب کا پردہ ڈال دیا گیا ہے۔ انبیاء کے ساتھ یہ خصوصی معاملہ اس لیے ہوتا ہے تاکہ وہ ان چیزوں کے ذاتی مشاہد بن کر ان کی بابت لوگوں کو باخبر کر سکیں۔</w:t>
      </w:r>
    </w:p>
    <w:p>
      <w:r>
        <w:rPr>
          <w:b/>
        </w:rPr>
        <w:t xml:space="preserve">[1:47:36] </w:t>
      </w:r>
      <w:r>
        <w:t>wo logon ko jin ghaybi haqeeqaton ki khabar dain, un ke mutaliq keh sakain ke hum aik dekhi hui cheez se tum ko khabardar kar rahay hain, na ke mahaz suni hui cheez se.</w:t>
      </w:r>
    </w:p>
    <w:p>
      <w:pPr>
        <w:jc w:val="right"/>
      </w:pPr>
      <w:r>
        <w:t>وہ لوگوں کو جن غیبی حقیقتوں کی خبر دیں، ان کے متعلق کہہ سکیں کہ ہم ایک دیکھی ہوئی چیز سے تم کو خبردار کر رہے ہیں، نہ کہ محض سنی ہوئی چیز سے۔</w:t>
      </w:r>
    </w:p>
    <w:p>
      <w:r>
        <w:rPr>
          <w:b/>
        </w:rPr>
        <w:t xml:space="preserve">[1:47:52] </w:t>
      </w:r>
      <w:r>
        <w:t>anbiya ko chalis saal ki umar mein nubowat di jati hai.</w:t>
      </w:r>
    </w:p>
    <w:p>
      <w:pPr>
        <w:jc w:val="right"/>
      </w:pPr>
      <w:r>
        <w:t>انبیاء کو چالیس سال کی عمر میں نبوت دی جاتی ہے۔</w:t>
      </w:r>
    </w:p>
    <w:p>
      <w:r>
        <w:rPr>
          <w:b/>
        </w:rPr>
        <w:t xml:space="preserve">[1:47:57] </w:t>
      </w:r>
      <w:r>
        <w:t>nubowat se pehle un ki poori zindagi logon ke samnay is tarah guzarti hai ke un se kisi shakhs ko jhoot ka tajurba nahi hota.</w:t>
      </w:r>
    </w:p>
    <w:p>
      <w:pPr>
        <w:jc w:val="right"/>
      </w:pPr>
      <w:r>
        <w:t>نبوت سے پہلے ان کی پوری زندگی لوگوں کے سامنے اس طرح گزرتی ہے کہ ان سے کسی شخص کو جھوٹ کا تجربہ نہیں ہوتا۔</w:t>
      </w:r>
    </w:p>
    <w:p>
      <w:r>
        <w:rPr>
          <w:b/>
        </w:rPr>
        <w:t xml:space="preserve">[1:48:09] </w:t>
      </w:r>
      <w:r>
        <w:t>taqreeban aadhi sadi tak mahol ke andar apnay sachay honay ka saboot dainay ke baad wo waqt ata hai ke Allah taala un ko logon ke samnay un ghaybi haqeeqaton ke ailan ke liye khara karay</w:t>
      </w:r>
    </w:p>
    <w:p>
      <w:pPr>
        <w:jc w:val="right"/>
      </w:pPr>
      <w:r>
        <w:t>تقریباً نصف صدی تک ماحول کے اندر اپنے سچے ہونے کا ثبوت دینے کے بعد وہ وقت آتا ہے کہ اللہ تعالیٰ ان کو لوگوں کے سامنے ان غیبی حقیقتوں کے اعلان کے لیے کھڑا کرے</w:t>
      </w:r>
    </w:p>
    <w:p>
      <w:r>
        <w:rPr>
          <w:b/>
        </w:rPr>
        <w:t xml:space="preserve">[1:48:25] </w:t>
      </w:r>
      <w:r>
        <w:t>jin ko azmaish ki maslehat ki bina par logon se chupa diya gaya hai. Mahol ke yeh sab se zyada sachay log aik taraf apnay mushahday se logon ko ba-khabar kartay hain,</w:t>
      </w:r>
    </w:p>
    <w:p>
      <w:pPr>
        <w:jc w:val="right"/>
      </w:pPr>
      <w:r>
        <w:t>جن کو آزمائش کی مصلحت کی بنا پر لوگوں سے چھپا دیا گیا ہے۔ ماحول کے یہ سب سے زیادہ سچے لوگ ایک طرف اپنے مشاہدے سے لوگوں کو باخبر کرتے ہیں،</w:t>
      </w:r>
    </w:p>
    <w:p>
      <w:r>
        <w:rPr>
          <w:b/>
        </w:rPr>
        <w:t xml:space="preserve">[1:48:42] </w:t>
      </w:r>
      <w:r>
        <w:t>aur doosri taraf aql aur fitrat ke shawahid se is ko mudallal kartay hain.</w:t>
      </w:r>
    </w:p>
    <w:p>
      <w:pPr>
        <w:jc w:val="right"/>
      </w:pPr>
      <w:r>
        <w:t>اور دوسری طرف عقل اور فطرت کے شواہد سے اس کو مدلل کرتے ہیں۔</w:t>
      </w:r>
    </w:p>
    <w:p>
      <w:r>
        <w:rPr>
          <w:b/>
        </w:rPr>
        <w:t xml:space="preserve">[1:48:49] </w:t>
      </w:r>
      <w:r>
        <w:t>mazeed yeh ke anbiya ko hamesha shadeed tareen halaat se saabaq paish ata hai. Is ke bawajood wo apnay qaul se phiray nahi.</w:t>
      </w:r>
    </w:p>
    <w:p>
      <w:pPr>
        <w:jc w:val="right"/>
      </w:pPr>
      <w:r>
        <w:t>مزید یہ کہ انبیاء کو ہمیشہ شدید ترین حالات سے سابقہ پیش آتا ہے۔ اس کے باوجود وہ اپنے قول سے پھرتے نہیں۔</w:t>
      </w:r>
    </w:p>
    <w:p>
      <w:r>
        <w:rPr>
          <w:b/>
        </w:rPr>
        <w:t xml:space="preserve">[1:49:02] </w:t>
      </w:r>
      <w:r>
        <w:t>wo intehai sabit qadmi ke sath apni baat par jamay rehtay hain. Is tarah yeh sabit ho jata hai ke wo jo kuch kehtay hain, us mein wo poori tarah sanjeeda hain.</w:t>
      </w:r>
    </w:p>
    <w:p>
      <w:pPr>
        <w:jc w:val="right"/>
      </w:pPr>
      <w:r>
        <w:t>وہ انتہائی ثابت قدمی کے ساتھ اپنی بات پر جمے رہتے ہیں۔ اس طرح یہ ثابت ہو جاتا ہے کہ وہ جو کچھ کہتے ہیں، اس میں وہ پوری طرح سنجیدہ ہیں۔</w:t>
      </w:r>
    </w:p>
    <w:p>
      <w:r>
        <w:rPr>
          <w:b/>
        </w:rPr>
        <w:t xml:space="preserve">[1:49:17] </w:t>
      </w:r>
      <w:r>
        <w:t>unhon ne farzi tor par koi baat nahi ghadh li hai, kyun ke khari hui baat ko paish karnay wala kabhi itnay sakht halaat mein apni baat par qaim nahi reh sakta, aur na us ki baat kharji kainaat se itna zyada mutabiq ho sakti hai ke wo sarapa us ki tasdeeq ban jaye.</w:t>
      </w:r>
    </w:p>
    <w:p>
      <w:pPr>
        <w:jc w:val="right"/>
      </w:pPr>
      <w:r>
        <w:t>انہوں نے فرضی طور پر کوئی بات نہیں گھڑ لی ہے، کیونکہ کھڑی ہوئی بات کو پیش کرنے والا کبھی اتنے سخت حالات میں اپنی بات پر قائم نہیں رہ سکتا، اور نہ اس کی بات خارجی کائنات سے اتنا زیادہ مطابق ہو سکتی ہے کہ وہ سراپہ اس کی تصدیق بن جائے۔</w:t>
      </w:r>
    </w:p>
    <w:p>
      <w:r>
        <w:rPr>
          <w:b/>
        </w:rPr>
        <w:t xml:space="preserve">[1:49:43] </w:t>
      </w:r>
      <w:r>
        <w:t>mithla alladhina yunfiquna amwalahum fi sabil Allahi kamithli habbatin anbatat sab'a sanabila</w:t>
      </w:r>
    </w:p>
    <w:p>
      <w:pPr>
        <w:jc w:val="right"/>
      </w:pPr>
      <w:r>
        <w:t>مثل الذینینفقون اموالہم فی سبیل اللہ کمثل حبت انبتت سبع سنابل</w:t>
      </w:r>
    </w:p>
    <w:p>
      <w:r>
        <w:rPr>
          <w:b/>
        </w:rPr>
        <w:t xml:space="preserve">[1:49:56] </w:t>
      </w:r>
      <w:r>
        <w:t>kamithli habbatin anbatat sab'a sanabila fi kulli sunbulatin</w:t>
      </w:r>
    </w:p>
    <w:p>
      <w:pPr>
        <w:jc w:val="right"/>
      </w:pPr>
      <w:r>
        <w:t>کمثل حبت انبتت سبع سنابل فی کل سنبلۃ</w:t>
      </w:r>
    </w:p>
    <w:p>
      <w:r>
        <w:rPr>
          <w:b/>
        </w:rPr>
        <w:t xml:space="preserve">[1:50:04] </w:t>
      </w:r>
      <w:r>
        <w:t>mi'atu habbatin wa Allahu yudafi'u liman yashaa'u</w:t>
      </w:r>
    </w:p>
    <w:p>
      <w:pPr>
        <w:jc w:val="right"/>
      </w:pPr>
      <w:r>
        <w:t>مائة حبة واللہ یضاعف لمن یشاء</w:t>
      </w:r>
    </w:p>
    <w:p>
      <w:r>
        <w:rPr>
          <w:b/>
        </w:rPr>
        <w:t xml:space="preserve">[1:50:12] </w:t>
      </w:r>
      <w:r>
        <w:t>wa Allahu wasi'un 'alimun</w:t>
      </w:r>
    </w:p>
    <w:p>
      <w:pPr>
        <w:jc w:val="right"/>
      </w:pPr>
      <w:r>
        <w:t>واللہ واسع علیم</w:t>
      </w:r>
    </w:p>
    <w:p>
      <w:r>
        <w:rPr>
          <w:b/>
        </w:rPr>
        <w:t xml:space="preserve">[1:50:18] </w:t>
      </w:r>
      <w:r>
        <w:t>alladhina yunfiquna amwalahum fi sabil Allahi thumma la yattabi'una</w:t>
      </w:r>
    </w:p>
    <w:p>
      <w:pPr>
        <w:jc w:val="right"/>
      </w:pPr>
      <w:r>
        <w:t>الذینینفقون اموالہم فی سبیل اللہ ثم لا یتبعون</w:t>
      </w:r>
    </w:p>
    <w:p>
      <w:r>
        <w:rPr>
          <w:b/>
        </w:rPr>
        <w:t xml:space="preserve">[1:50:26] </w:t>
      </w:r>
      <w:r>
        <w:t>ma anfaqo</w:t>
      </w:r>
    </w:p>
    <w:p>
      <w:pPr>
        <w:jc w:val="right"/>
      </w:pPr>
      <w:r>
        <w:t>ما انفقوا</w:t>
      </w:r>
    </w:p>
    <w:p>
      <w:r>
        <w:rPr>
          <w:b/>
        </w:rPr>
        <w:t xml:space="preserve">[1:50:29] </w:t>
      </w:r>
      <w:r>
        <w:t>muna wala iza</w:t>
      </w:r>
    </w:p>
    <w:p>
      <w:pPr>
        <w:jc w:val="right"/>
      </w:pPr>
      <w:r>
        <w:t>منا ولا اذا</w:t>
      </w:r>
    </w:p>
    <w:p>
      <w:r>
        <w:rPr>
          <w:b/>
        </w:rPr>
        <w:t xml:space="preserve">[1:50:34] </w:t>
      </w:r>
      <w:r>
        <w:t>summa la yatba'oon ma</w:t>
      </w:r>
    </w:p>
    <w:p>
      <w:pPr>
        <w:jc w:val="right"/>
      </w:pPr>
      <w:r>
        <w:t>ثم لا یتبعون ما</w:t>
      </w:r>
    </w:p>
    <w:p>
      <w:r>
        <w:rPr>
          <w:b/>
        </w:rPr>
        <w:t xml:space="preserve">[1:50:40] </w:t>
      </w:r>
      <w:r>
        <w:t>anfaqo muna wala</w:t>
      </w:r>
    </w:p>
    <w:p>
      <w:pPr>
        <w:jc w:val="right"/>
      </w:pPr>
      <w:r>
        <w:t>انفقوا منا ولا</w:t>
      </w:r>
    </w:p>
    <w:p>
      <w:r>
        <w:rPr>
          <w:b/>
        </w:rPr>
        <w:t xml:space="preserve">[1:50:45] </w:t>
      </w:r>
      <w:r>
        <w:t>iza lahum ajruhum 'inda rabbihim wala khawfun 'alayhim</w:t>
      </w:r>
    </w:p>
    <w:p>
      <w:pPr>
        <w:jc w:val="right"/>
      </w:pPr>
      <w:r>
        <w:t>اذا لهم اجرهم عند ربهم ولا خوف علیہم</w:t>
      </w:r>
    </w:p>
    <w:p>
      <w:r>
        <w:rPr>
          <w:b/>
        </w:rPr>
        <w:t xml:space="preserve">[1:50:52] </w:t>
      </w:r>
      <w:r>
        <w:t>wala khawfun 'alayhim wala hum yahzanoon</w:t>
      </w:r>
    </w:p>
    <w:p>
      <w:pPr>
        <w:jc w:val="right"/>
      </w:pPr>
      <w:r>
        <w:t>ولا خوف علیہم ولا هم یحزنون</w:t>
      </w:r>
    </w:p>
    <w:p>
      <w:r>
        <w:rPr>
          <w:b/>
        </w:rPr>
        <w:t xml:space="preserve">[1:50:58] </w:t>
      </w:r>
      <w:r>
        <w:t>qawlun ma'roofun wa maghfiratun khayrun</w:t>
      </w:r>
    </w:p>
    <w:p>
      <w:pPr>
        <w:jc w:val="right"/>
      </w:pPr>
      <w:r>
        <w:t>قول معروف ومغفرۃ خیر</w:t>
      </w:r>
    </w:p>
    <w:p>
      <w:r>
        <w:rPr>
          <w:b/>
        </w:rPr>
        <w:t xml:space="preserve">[1:51:04] </w:t>
      </w:r>
      <w:r>
        <w:t>min sadqatin yatba'uha</w:t>
      </w:r>
    </w:p>
    <w:p>
      <w:pPr>
        <w:jc w:val="right"/>
      </w:pPr>
      <w:r>
        <w:t>من صدقه يتبعها</w:t>
      </w:r>
    </w:p>
    <w:p>
      <w:r>
        <w:rPr>
          <w:b/>
        </w:rPr>
        <w:t xml:space="preserve">[1:51:09] </w:t>
      </w:r>
      <w:r>
        <w:t>iza wallahu ghaniyyun haleem</w:t>
      </w:r>
    </w:p>
    <w:p>
      <w:pPr>
        <w:jc w:val="right"/>
      </w:pPr>
      <w:r>
        <w:t>اذا واللہ غنی حلیم</w:t>
      </w:r>
    </w:p>
    <w:p>
      <w:r>
        <w:rPr>
          <w:b/>
        </w:rPr>
        <w:t xml:space="preserve">[1:51:16] </w:t>
      </w:r>
      <w:r>
        <w:t>ya ayyuhallazeena amanoo la tubtilu sadqatikum</w:t>
      </w:r>
    </w:p>
    <w:p>
      <w:pPr>
        <w:jc w:val="right"/>
      </w:pPr>
      <w:r>
        <w:t>يا ایہا الذین امنوا لا تبطلوا صدقاتكم</w:t>
      </w:r>
    </w:p>
    <w:p>
      <w:r>
        <w:rPr>
          <w:b/>
        </w:rPr>
        <w:t xml:space="preserve">[1:51:24] </w:t>
      </w:r>
      <w:r>
        <w:t>bil-manni wal-aza kallazeeyunfiq</w:t>
      </w:r>
    </w:p>
    <w:p>
      <w:pPr>
        <w:jc w:val="right"/>
      </w:pPr>
      <w:r>
        <w:t>بالمن والاذا كالذیینفق</w:t>
      </w:r>
    </w:p>
    <w:p>
      <w:r>
        <w:rPr>
          <w:b/>
        </w:rPr>
        <w:t xml:space="preserve">[1:51:29] </w:t>
      </w:r>
      <w:r>
        <w:t>malahu riaa'an-nas</w:t>
      </w:r>
    </w:p>
    <w:p>
      <w:pPr>
        <w:jc w:val="right"/>
      </w:pPr>
      <w:r>
        <w:t>مالہ رئاء الناس</w:t>
      </w:r>
    </w:p>
    <w:p>
      <w:r>
        <w:rPr>
          <w:b/>
        </w:rPr>
        <w:t xml:space="preserve">[1:51:35] </w:t>
      </w:r>
      <w:r>
        <w:t>kallazeeyunfiq malahu riaa'</w:t>
      </w:r>
    </w:p>
    <w:p>
      <w:pPr>
        <w:jc w:val="right"/>
      </w:pPr>
      <w:r>
        <w:t>كالذیینفق مالہ رئاء</w:t>
      </w:r>
    </w:p>
    <w:p>
      <w:r>
        <w:rPr>
          <w:b/>
        </w:rPr>
        <w:t xml:space="preserve">[1:51:42] </w:t>
      </w:r>
      <w:r>
        <w:t>an-nasa wala yu'minu billahi wal-yawmil-akhir</w:t>
      </w:r>
    </w:p>
    <w:p>
      <w:pPr>
        <w:jc w:val="right"/>
      </w:pPr>
      <w:r>
        <w:t>الناس ولا یؤمن باللہ والیوم الاخر</w:t>
      </w:r>
    </w:p>
    <w:p>
      <w:r>
        <w:rPr>
          <w:b/>
        </w:rPr>
        <w:t xml:space="preserve">[1:51:47] </w:t>
      </w:r>
      <w:r>
        <w:t>fa mathaluhu ka mathali safwanin 'alayhi turabun</w:t>
      </w:r>
    </w:p>
    <w:p>
      <w:pPr>
        <w:jc w:val="right"/>
      </w:pPr>
      <w:r>
        <w:t>فمثله كمثل صفوان علیه تراب</w:t>
      </w:r>
    </w:p>
    <w:p>
      <w:r>
        <w:rPr>
          <w:b/>
        </w:rPr>
        <w:t xml:space="preserve">[1:51:53] </w:t>
      </w:r>
      <w:r>
        <w:t>fa asabahu wabilun fa tarakahu salda</w:t>
      </w:r>
    </w:p>
    <w:p>
      <w:pPr>
        <w:jc w:val="right"/>
      </w:pPr>
      <w:r>
        <w:t>فاصابه وابل فتركه صلدا</w:t>
      </w:r>
    </w:p>
    <w:p>
      <w:r>
        <w:rPr>
          <w:b/>
        </w:rPr>
        <w:t xml:space="preserve">[1:51:59] </w:t>
      </w:r>
      <w:r>
        <w:t>fa tarakahu salda la yaqdiroon</w:t>
      </w:r>
    </w:p>
    <w:p>
      <w:pPr>
        <w:jc w:val="right"/>
      </w:pPr>
      <w:r>
        <w:t>فتركه صلدا لا یقدرون</w:t>
      </w:r>
    </w:p>
    <w:p>
      <w:r>
        <w:rPr>
          <w:b/>
        </w:rPr>
        <w:t xml:space="preserve">[1:52:02] </w:t>
      </w:r>
      <w:r>
        <w:t>ala shay'im mimma kasaboo wallahu la yahdeel qawmal kafireen</w:t>
      </w:r>
    </w:p>
    <w:p>
      <w:pPr>
        <w:jc w:val="right"/>
      </w:pPr>
      <w:r>
        <w:t>على شیء مما کسبوا واللہ لا یہدی القوم الکافرین</w:t>
      </w:r>
    </w:p>
    <w:p>
      <w:r>
        <w:rPr>
          <w:b/>
        </w:rPr>
        <w:t xml:space="preserve">[1:52:15] </w:t>
      </w:r>
      <w:r>
        <w:t>jo log apnay maal Allah ki rah mein kharch kartay hain, un ki misal aisi hai jaisay aik dana ho jis se saat balain paida hon,</w:t>
      </w:r>
    </w:p>
    <w:p>
      <w:pPr>
        <w:jc w:val="right"/>
      </w:pPr>
      <w:r>
        <w:t>جو لوگ اپنے مال اللہ کی راہ میں خرچ کرتے ہیں، ان کی مثال ایسی ہے جیسے ایک دانہ ہو جس سے سات بالیں پیدا ہوں،</w:t>
      </w:r>
    </w:p>
    <w:p>
      <w:r>
        <w:rPr>
          <w:b/>
        </w:rPr>
        <w:t xml:space="preserve">[1:52:29] </w:t>
      </w:r>
      <w:r>
        <w:t>har baali mein so danay hon, aur Allah barhata hai jis ke liye chahta hai, aur Allah is haq wala jananay wala hai.</w:t>
      </w:r>
    </w:p>
    <w:p>
      <w:pPr>
        <w:jc w:val="right"/>
      </w:pPr>
      <w:r>
        <w:t>ہر بالی میں سو دانے ہوں، اور اللہ بڑھاتا ہے جس کے لیے چاہتا ہے، اور اللہ اس حق والا جاننے والا ہے۔</w:t>
      </w:r>
    </w:p>
    <w:p>
      <w:r>
        <w:rPr>
          <w:b/>
        </w:rPr>
        <w:t xml:space="preserve">[1:52:42] </w:t>
      </w:r>
      <w:r>
        <w:t>jo log apnay maal Allah ki rah mein kharch kartay hain, phir kharch karnay ke baad na ehsan rakhtay hain aur na takleef pohanchatay hain, un ke liye un ke Rab ke paas un ka ajr hai,</w:t>
      </w:r>
    </w:p>
    <w:p>
      <w:pPr>
        <w:jc w:val="right"/>
      </w:pPr>
      <w:r>
        <w:t>جو لوگ اپنے مال اللہ کی راہ میں خرچ کرتے ہیں، پھر خرچ کرنے کے بعد نہ احسان رکھتے ہیں اور نہ تکلیف پہنچاتے ہیں، ان کے لیے ان کے رب کے پاس ان کا اجر ہے،</w:t>
      </w:r>
    </w:p>
    <w:p>
      <w:r>
        <w:rPr>
          <w:b/>
        </w:rPr>
        <w:t xml:space="preserve">[1:53:00] </w:t>
      </w:r>
      <w:r>
        <w:t>aur un ke liye na koi dar hai aur na woh ghamgeen hon ge.</w:t>
      </w:r>
    </w:p>
    <w:p>
      <w:pPr>
        <w:jc w:val="right"/>
      </w:pPr>
      <w:r>
        <w:t>اور ان کے لیے نہ کوئی ڈر ہے اور نہ وہ غمگین ہوں گے۔</w:t>
      </w:r>
    </w:p>
    <w:p>
      <w:r>
        <w:rPr>
          <w:b/>
        </w:rPr>
        <w:t xml:space="preserve">[1:53:06] </w:t>
      </w:r>
      <w:r>
        <w:t>munasib baat keh dena aur darguzar karna is sadqa se behtar hai jis ke peechay satana ho, aur Allah be niaz hai, tahammul wala hai.</w:t>
      </w:r>
    </w:p>
    <w:p>
      <w:pPr>
        <w:jc w:val="right"/>
      </w:pPr>
      <w:r>
        <w:t>مناسب بات کہہ دینا اور درگزر کرنا اس صدقہ سے بہتر ہے جس کے پیچھے ستانا ہو، اور اللہ بے نیاز ہے، تحمل والا ہے۔</w:t>
      </w:r>
    </w:p>
    <w:p>
      <w:r>
        <w:rPr>
          <w:b/>
        </w:rPr>
        <w:t xml:space="preserve">[1:53:19] </w:t>
      </w:r>
      <w:r>
        <w:t>ae iman walo! ehsan rakh kar aur sata kar apne sadqa ko zaya na karo</w:t>
      </w:r>
    </w:p>
    <w:p>
      <w:pPr>
        <w:jc w:val="right"/>
      </w:pPr>
      <w:r>
        <w:t>اے ایمان والو! احسان رکھ کر اور ستا کر اپنے صدقہ کو ضائع نہ کرو</w:t>
      </w:r>
    </w:p>
    <w:p>
      <w:r>
        <w:rPr>
          <w:b/>
        </w:rPr>
        <w:t xml:space="preserve">[1:53:26] </w:t>
      </w:r>
      <w:r>
        <w:t>, jis tarah woh shakhs jo apna maal dikhawe ke liye kharch karta hai aur woh Allah par aur aakhirat ke din par iman nahi rakhta, pas us ki misaal aisi hai jaise ek chattan ho jis par kuch mitti ho,</w:t>
      </w:r>
    </w:p>
    <w:p>
      <w:pPr>
        <w:jc w:val="right"/>
      </w:pPr>
      <w:r>
        <w:t>، جس طرح وہ شخص جو اپنا مال دکھاوے کے لیے خرچ کرتا ہے اور وہ اللہ پر اور آخرت کے دن پر ایمان نہیں رکھتا، پس اس کی مثال ایسی ہے جیسے ایک چٹان ہو جس پر کچھ مٹی ہو،</w:t>
      </w:r>
    </w:p>
    <w:p>
      <w:r>
        <w:rPr>
          <w:b/>
        </w:rPr>
        <w:t xml:space="preserve">[1:53:46] </w:t>
      </w:r>
      <w:r>
        <w:t>phir is par zor ka me padhe aur us ko bilkul saaf kar de.</w:t>
      </w:r>
    </w:p>
    <w:p>
      <w:pPr>
        <w:jc w:val="right"/>
      </w:pPr>
      <w:r>
        <w:t>پھر اس پر زور کا مہ پڑے اور اس کو بالکل صاف کر دے۔</w:t>
      </w:r>
    </w:p>
    <w:p>
      <w:r>
        <w:rPr>
          <w:b/>
        </w:rPr>
        <w:t xml:space="preserve">[1:53:52] </w:t>
      </w:r>
      <w:r>
        <w:t>aise logon ko apni kamai kuch bhi hath na lage gi, aur Allah munkiron ko rah nahi dikhata.</w:t>
      </w:r>
    </w:p>
    <w:p>
      <w:pPr>
        <w:jc w:val="right"/>
      </w:pPr>
      <w:r>
        <w:t>ایسے لوگوں کو اپنی کمائی کچھ بھی ہاتھ نہ لگے گی، اور اللہ منکروں کو راہ نہیں دکھاتا۔</w:t>
      </w:r>
    </w:p>
    <w:p>
      <w:r>
        <w:rPr>
          <w:b/>
        </w:rPr>
        <w:t xml:space="preserve">[1:54:04] </w:t>
      </w:r>
      <w:r>
        <w:t>tashreeh: har amal jo aadmi karta hai, woh goya ek beej hai jo aadmi zameen mein dalta hai.</w:t>
      </w:r>
    </w:p>
    <w:p>
      <w:pPr>
        <w:jc w:val="right"/>
      </w:pPr>
      <w:r>
        <w:t>تشریح: ہر عمل جو آدمی کرتا ہے، وہ گویا ایک بیج ہے جو آدمی زمین میں ڈالتا ہے۔</w:t>
      </w:r>
    </w:p>
    <w:p>
      <w:r>
        <w:rPr>
          <w:b/>
        </w:rPr>
        <w:t xml:space="preserve">[1:54:15] </w:t>
      </w:r>
      <w:r>
        <w:t>agar is ka amal is liye tha ke log use dekhen to us ne apna beej dunya ki zameen mein dala ta ke yahan ki zindagi mein apne kiye ka phal pa sake,</w:t>
      </w:r>
    </w:p>
    <w:p>
      <w:pPr>
        <w:jc w:val="right"/>
      </w:pPr>
      <w:r>
        <w:t>اگر اس کا عمل اس لیے تھا کہ لوگ اسے دیکھیں تو اس نے اپنا بیج دنیا کی زمین میں ڈالا تاکہ یہاں کی زندگی میں اپنے کیے کا پھل پا سکے،</w:t>
      </w:r>
    </w:p>
    <w:p>
      <w:r>
        <w:rPr>
          <w:b/>
        </w:rPr>
        <w:t xml:space="preserve">[1:54:29] </w:t>
      </w:r>
      <w:r>
        <w:t>aur agar is ka amal is liye tha ke Allah use dekhe to us ne aakhirat ki zameen mein apna beej dala jo agli dunya mein apne phool aur phal ki baharein dikhaye ga.</w:t>
      </w:r>
    </w:p>
    <w:p>
      <w:pPr>
        <w:jc w:val="right"/>
      </w:pPr>
      <w:r>
        <w:t>اور اگر اس کا عمل اس لیے تھا کہ اللہ اس کو دیکھے تو اس نے آخرت کی زمین میں اپنا بیج ڈالا جو اگلی دنیا میں اپنے پھول اور پھل کی بہاریں دکھائے گا۔</w:t>
      </w:r>
    </w:p>
    <w:p>
      <w:r>
        <w:rPr>
          <w:b/>
        </w:rPr>
        <w:t xml:space="preserve">[1:54:45] </w:t>
      </w:r>
      <w:r>
        <w:t>dunya mein ek dane se hazar dane paida hote hain, yahi haal aakhirat ke khet mein dana dalne ka bhi hai.</w:t>
      </w:r>
    </w:p>
    <w:p>
      <w:pPr>
        <w:jc w:val="right"/>
      </w:pPr>
      <w:r>
        <w:t>دنیا میں ایک دانے سے ہزار دانے پیدا ہوتے ہیں، یہی حال آخرت کے کھیت میں دانہ ڈالنے کا بھی ہے۔</w:t>
      </w:r>
    </w:p>
    <w:p>
      <w:r>
        <w:rPr>
          <w:b/>
        </w:rPr>
        <w:t xml:space="preserve">[1:54:57] </w:t>
      </w:r>
      <w:r>
        <w:t>dunya ke faide ya dunya ki shohrat aur izzat ke liye kharch karne wala isi dunya mein apna muawza lena chahta hai.</w:t>
      </w:r>
    </w:p>
    <w:p>
      <w:pPr>
        <w:jc w:val="right"/>
      </w:pPr>
      <w:r>
        <w:t>دنیا کے فائدہ یا دنیا کی شہرت اور عزت کے لیے خرچ کرنے والا اسی دنیا میں اپنا معاوضہ لینا چاہتا ہے۔</w:t>
      </w:r>
    </w:p>
    <w:p>
      <w:r>
        <w:rPr>
          <w:b/>
        </w:rPr>
        <w:t xml:space="preserve">[1:55:07] </w:t>
      </w:r>
      <w:r>
        <w:t>aise aadmi ke liye aakhirat mein koi hissa nahi, magar jo shakhs Allah ke liye kharch kare, uska haal yeh hota hai ke woh kisi par ehsan nahi jatata.</w:t>
      </w:r>
    </w:p>
    <w:p>
      <w:pPr>
        <w:jc w:val="right"/>
      </w:pPr>
      <w:r>
        <w:t>ایسے آدمی کے لیے آخرت میں کوئی حصہ نہیں، مگر جو شخص اللہ کے لیے خرچ کرے، اس کا حال یہ ہوتا ہے کہ وہ کسی پر احسان نہیں جتاتا۔</w:t>
      </w:r>
    </w:p>
    <w:p>
      <w:r>
        <w:rPr>
          <w:b/>
        </w:rPr>
        <w:t xml:space="preserve">[1:55:23] </w:t>
      </w:r>
      <w:r>
        <w:t>us ne jab Allah ke liye kharch kiya hai to insan par is ka kya ehsan? us ki raqam kharch ho kar jin logon tak pohnchti hai, un ki taraf se us ko acha jawab na mile to woh narazgi ka izhar nahi karta.</w:t>
      </w:r>
    </w:p>
    <w:p>
      <w:pPr>
        <w:jc w:val="right"/>
      </w:pPr>
      <w:r>
        <w:t>اس نے جب اللہ کے لیے خرچ کیا ہے تو انسان پر اس کا کیا احسان؟ اس کی رقم خرچ ہو کر جن لوگوں تک پہنچتی ہے، ان کی طرف سے اس کو اچھا جواب نہ ملے تو وہ ناراضگی کا اظہار نہیں کرتا۔</w:t>
      </w:r>
    </w:p>
    <w:p>
      <w:r>
        <w:rPr>
          <w:b/>
        </w:rPr>
        <w:t xml:space="preserve">[1:55:42] </w:t>
      </w:r>
      <w:r>
        <w:t>us ko to acha jawab Allah se lena hai, phir insan se milne ya na milne ka use kya gham?</w:t>
      </w:r>
    </w:p>
    <w:p>
      <w:pPr>
        <w:jc w:val="right"/>
      </w:pPr>
      <w:r>
        <w:t>اس کو تو اچھا جواب اللہ سے لینا ہے، پھر انسان سے ملنے یا نہ ملنے کا اسے کیا غم؟</w:t>
      </w:r>
    </w:p>
    <w:p>
      <w:r>
        <w:rPr>
          <w:b/>
        </w:rPr>
        <w:t xml:space="preserve">[1:55:52] </w:t>
      </w:r>
      <w:r>
        <w:t>agar kisi sael ko woh nahi de sakta to woh us se bura kalma nahi kehta, balkeh narmi ke sath mazrat kar deta hai, kyunke woh janta hai ke woh jo kuch bol raha hai, Khuda ke samne bol raha hai.</w:t>
      </w:r>
    </w:p>
    <w:p>
      <w:pPr>
        <w:jc w:val="right"/>
      </w:pPr>
      <w:r>
        <w:t>اگر کسی سائل کو وہ نہیں دے سکتا تو وہ اس سے برا کلمہ نہیں کہتا، بلکہ نرمی کے ساتھ معذرت کر دیتا ہے، کیونکہ وہ جانتا ہے کہ وہ جو کچھ بول رہا ہے، خدا کے سامنے بول رہا ہے۔</w:t>
      </w:r>
    </w:p>
    <w:p>
      <w:r>
        <w:rPr>
          <w:b/>
        </w:rPr>
        <w:t xml:space="preserve">[1:56:09] </w:t>
      </w:r>
      <w:r>
        <w:t>Khuda ka khauf us ko insan ke samne zuban rokne par majboor kar deta hai.</w:t>
      </w:r>
    </w:p>
    <w:p>
      <w:pPr>
        <w:jc w:val="right"/>
      </w:pPr>
      <w:r>
        <w:t>خدا کا خوف اس کو انسان کے سامنے زبان روکنے پر مجبور کر دیتا ہے۔</w:t>
      </w:r>
    </w:p>
    <w:p>
      <w:r>
        <w:rPr>
          <w:b/>
        </w:rPr>
        <w:t xml:space="preserve">[1:56:18] </w:t>
      </w:r>
      <w:r>
        <w:t>pathar ki chattan ke oopar kuch mitti jam jaye to oopar se dekhne mein woh mitti dikhai de gi, magar barish ka jhonka aate hi mitti ki oopri teh beh jaye gi aur andar se khali pathar nikal aye ga.</w:t>
      </w:r>
    </w:p>
    <w:p>
      <w:pPr>
        <w:jc w:val="right"/>
      </w:pPr>
      <w:r>
        <w:t>پتھر کی چٹان کے اوپر کچھ مٹی جم جائے تو اوپر سے دیکھنے میں وہ مٹی دکھائی دے گی، مگر بارش کا جھونکا آتے ہی مٹی کی اوپری تہ بہہ جائے گی اور اندر سے خالی پتھر نکل آئے گا۔</w:t>
      </w:r>
    </w:p>
    <w:p>
      <w:r>
        <w:rPr>
          <w:b/>
        </w:rPr>
        <w:t xml:space="preserve">[1:56:38] </w:t>
      </w:r>
      <w:r>
        <w:t>aisa hi haal is insan ka hota hai jo bas oopri dindari liye hue ho,</w:t>
      </w:r>
    </w:p>
    <w:p>
      <w:pPr>
        <w:jc w:val="right"/>
      </w:pPr>
      <w:r>
        <w:t>ایسا ہی حال اس انسان کا ہوتا ہے جو بس اوپری دینداری لیے ہوئے ہو،</w:t>
      </w:r>
    </w:p>
    <w:p>
      <w:r>
        <w:rPr>
          <w:b/>
        </w:rPr>
        <w:t xml:space="preserve">[1:56:47] </w:t>
      </w:r>
      <w:r>
        <w:t>deen is ke andar tak dakhil na hua ho. aise aadmi se agar koi sael be dhangay andaaz se sawal kar de ya kisi ki taraf se koi aisi baat samne aa jaye jo us ki ana par zarb lagane wali ho to woh baphar kar insaaf ki hadon ko tod deta hai.</w:t>
      </w:r>
    </w:p>
    <w:p>
      <w:pPr>
        <w:jc w:val="right"/>
      </w:pPr>
      <w:r>
        <w:t>دین اس کے اندر تک داخل نہ ہوا ہو۔ ایسے آدمی سے اگر کوئی سائل بے ڈھنگے انداز سے سوال کر دے یا کسی کی طرف سے کوئی ایسی بات سامنے آ جائے جو اس کی انا پر ضرب لگانے والی ہو تو وہ بپھر کر انصاف کی حدوں کو توڑ دیتا ہے۔</w:t>
      </w:r>
    </w:p>
    <w:p>
      <w:r>
        <w:rPr>
          <w:b/>
        </w:rPr>
        <w:t xml:space="preserve">[1:57:11] </w:t>
      </w:r>
      <w:r>
        <w:t>aisa waqea ek aisa toofan ban jata hai jo us ki oopri mitti ko baha le aata hai, aur phir us ka andar ka insan samne aa jata hai jis ko woh deen ke zahiri labade ke peechay chupaye hue tha.</w:t>
      </w:r>
    </w:p>
    <w:p>
      <w:pPr>
        <w:jc w:val="right"/>
      </w:pPr>
      <w:r>
        <w:t>ایسا واقعہ ایک ایسا طوفان بن جاتا ہے جو اس کی اوپری مٹی کو بہا لے آتا ہے، اور پھر اس کا اندر کا انسان سامنے آ جاتا ہے جس کو وہ دین کے ظاہری لبادے کے پیچھے چھپائے ہوئے تھا۔</w:t>
      </w:r>
    </w:p>
    <w:p>
      <w:r>
        <w:rPr>
          <w:b/>
        </w:rPr>
        <w:t xml:space="preserve">[1:57:30] </w:t>
      </w:r>
      <w:r>
        <w:t>Allah ke liye amal karna goya dekhe par andekhe ko tarjeeh dena hai.</w:t>
      </w:r>
    </w:p>
    <w:p>
      <w:pPr>
        <w:jc w:val="right"/>
      </w:pPr>
      <w:r>
        <w:t>اللہ کے لیے عمل کرنا گویا دیکھے پر اندیکھے کو ترجیح دینا ہے۔</w:t>
      </w:r>
    </w:p>
    <w:p>
      <w:r>
        <w:rPr>
          <w:b/>
        </w:rPr>
        <w:t xml:space="preserve">[1:57:38] </w:t>
      </w:r>
      <w:r>
        <w:t>jo is buland nazri ka saboot de, wohi woh shakhs hai jis par Khuda ki chupi hui marifat ke darwaze khulte hain.</w:t>
      </w:r>
    </w:p>
    <w:p>
      <w:pPr>
        <w:jc w:val="right"/>
      </w:pPr>
      <w:r>
        <w:t>جو اس بلند نظری کا ثبوت دے، وہی وہ شخص ہے جس پر خدا کی چھپی ہوئی معرفت کے دروازے کھلتے ہیں۔</w:t>
      </w:r>
    </w:p>
    <w:p>
      <w:r>
        <w:rPr>
          <w:b/>
        </w:rPr>
        <w:t xml:space="preserve">[1:57:49] </w:t>
      </w:r>
      <w:r>
        <w:t>wa mathallazeena yunfiqoona amwalahum ibtighaa'a</w:t>
      </w:r>
    </w:p>
    <w:p>
      <w:pPr>
        <w:jc w:val="right"/>
      </w:pPr>
      <w:r>
        <w:t>ومثل الذینینفقون اموالہم ابتغاء</w:t>
      </w:r>
    </w:p>
    <w:p>
      <w:r>
        <w:rPr>
          <w:b/>
        </w:rPr>
        <w:t xml:space="preserve">[1:57:58] </w:t>
      </w:r>
      <w:r>
        <w:t>mar'datillahi wa tasbitee</w:t>
      </w:r>
    </w:p>
    <w:p>
      <w:pPr>
        <w:jc w:val="right"/>
      </w:pPr>
      <w:r>
        <w:t>مرضات اللہ وتثبیتا</w:t>
      </w:r>
    </w:p>
    <w:p>
      <w:r>
        <w:rPr>
          <w:b/>
        </w:rPr>
        <w:t xml:space="preserve">[1:58:01] </w:t>
      </w:r>
      <w:r>
        <w:t>min anfusihim wa tasbitee</w:t>
      </w:r>
    </w:p>
    <w:p>
      <w:pPr>
        <w:jc w:val="right"/>
      </w:pPr>
      <w:r>
        <w:t>من انفسہم وتثبیتا</w:t>
      </w:r>
    </w:p>
    <w:p>
      <w:r>
        <w:rPr>
          <w:b/>
        </w:rPr>
        <w:t xml:space="preserve">[1:58:06] </w:t>
      </w:r>
      <w:r>
        <w:t>min anfusihim ka mathali jannatin</w:t>
      </w:r>
    </w:p>
    <w:p>
      <w:pPr>
        <w:jc w:val="right"/>
      </w:pPr>
      <w:r>
        <w:t>من انفسہم كمثل جنة</w:t>
      </w:r>
    </w:p>
    <w:p>
      <w:r>
        <w:rPr>
          <w:b/>
        </w:rPr>
        <w:t xml:space="preserve">[1:58:12] </w:t>
      </w:r>
      <w:r>
        <w:t>birabwatin asabaha wabilun</w:t>
      </w:r>
    </w:p>
    <w:p>
      <w:pPr>
        <w:jc w:val="right"/>
      </w:pPr>
      <w:r>
        <w:t>بربوة أصابها وابل</w:t>
      </w:r>
    </w:p>
    <w:p>
      <w:r>
        <w:rPr>
          <w:b/>
        </w:rPr>
        <w:t xml:space="preserve">[1:58:16] </w:t>
      </w:r>
      <w:r>
        <w:t>fa atat ukulaha fa atat ukulaha dhi'fayni fa in lam yusibha wabilun fatall</w:t>
      </w:r>
    </w:p>
    <w:p>
      <w:pPr>
        <w:jc w:val="right"/>
      </w:pPr>
      <w:r>
        <w:t>فاتت أكلها فاتت أكلها ضعفين فإن لم يصبها وابل فطل</w:t>
      </w:r>
    </w:p>
    <w:p>
      <w:r>
        <w:rPr>
          <w:b/>
        </w:rPr>
        <w:t xml:space="preserve">[1:58:27] </w:t>
      </w:r>
      <w:r>
        <w:t>wallahu bima ta'maloona baseer</w:t>
      </w:r>
    </w:p>
    <w:p>
      <w:pPr>
        <w:jc w:val="right"/>
      </w:pPr>
      <w:r>
        <w:t>والله بما تعملون بصير</w:t>
      </w:r>
    </w:p>
    <w:p>
      <w:r>
        <w:rPr>
          <w:b/>
        </w:rPr>
        <w:t xml:space="preserve">[1:58:33] </w:t>
      </w:r>
      <w:r>
        <w:t>ayawaddu ahadukum an</w:t>
      </w:r>
    </w:p>
    <w:p>
      <w:pPr>
        <w:jc w:val="right"/>
      </w:pPr>
      <w:r>
        <w:t>أيود أحدكم أن</w:t>
      </w:r>
    </w:p>
    <w:p>
      <w:r>
        <w:rPr>
          <w:b/>
        </w:rPr>
        <w:t xml:space="preserve">[1:58:36] </w:t>
      </w:r>
      <w:r>
        <w:t>takun lahu jannat</w:t>
      </w:r>
    </w:p>
    <w:p>
      <w:pPr>
        <w:jc w:val="right"/>
      </w:pPr>
      <w:r>
        <w:t>تكون له جنة</w:t>
      </w:r>
    </w:p>
    <w:p>
      <w:r>
        <w:rPr>
          <w:b/>
        </w:rPr>
        <w:t xml:space="preserve">[1:58:40] </w:t>
      </w:r>
      <w:r>
        <w:t>min nakhil wa a'nab</w:t>
      </w:r>
    </w:p>
    <w:p>
      <w:pPr>
        <w:jc w:val="right"/>
      </w:pPr>
      <w:r>
        <w:t>من نخيل وأعناب</w:t>
      </w:r>
    </w:p>
    <w:p>
      <w:r>
        <w:rPr>
          <w:b/>
        </w:rPr>
        <w:t xml:space="preserve">[1:58:45] </w:t>
      </w:r>
      <w:r>
        <w:t>tajri min tahtiha al-anhar</w:t>
      </w:r>
    </w:p>
    <w:p>
      <w:pPr>
        <w:jc w:val="right"/>
      </w:pPr>
      <w:r>
        <w:t>تجري من تحتها الأنهار</w:t>
      </w:r>
    </w:p>
    <w:p>
      <w:r>
        <w:rPr>
          <w:b/>
        </w:rPr>
        <w:t xml:space="preserve">[1:58:50] </w:t>
      </w:r>
      <w:r>
        <w:t>tajri min tahtiha al-anhar lahu fiha min kulli al-thmarat wa asabahu al-kibr</w:t>
      </w:r>
    </w:p>
    <w:p>
      <w:pPr>
        <w:jc w:val="right"/>
      </w:pPr>
      <w:r>
        <w:t>تجري من تحتها الأنهار له فيها من كل الثمرات وأصابه الكبر</w:t>
      </w:r>
    </w:p>
    <w:p>
      <w:r>
        <w:rPr>
          <w:b/>
        </w:rPr>
        <w:t xml:space="preserve">[1:59:02] </w:t>
      </w:r>
      <w:r>
        <w:t>wa asabahu al-kibr wa lahu dhurriyat</w:t>
      </w:r>
    </w:p>
    <w:p>
      <w:pPr>
        <w:jc w:val="right"/>
      </w:pPr>
      <w:r>
        <w:t>وأصابه الكبر وله ذرية</w:t>
      </w:r>
    </w:p>
    <w:p>
      <w:r>
        <w:rPr>
          <w:b/>
        </w:rPr>
        <w:t xml:space="preserve">[1:59:06] </w:t>
      </w:r>
      <w:r>
        <w:t>du'afa fa asabaha i'sar</w:t>
      </w:r>
    </w:p>
    <w:p>
      <w:pPr>
        <w:jc w:val="right"/>
      </w:pPr>
      <w:r>
        <w:t>ضعفاء فأصابها إعصار</w:t>
      </w:r>
    </w:p>
    <w:p>
      <w:r>
        <w:rPr>
          <w:b/>
        </w:rPr>
        <w:t xml:space="preserve">[1:59:14] </w:t>
      </w:r>
      <w:r>
        <w:t>fihi nar fa ihtaraqat</w:t>
      </w:r>
    </w:p>
    <w:p>
      <w:pPr>
        <w:jc w:val="right"/>
      </w:pPr>
      <w:r>
        <w:t>فيه نار فاحترقت</w:t>
      </w:r>
    </w:p>
    <w:p>
      <w:r>
        <w:rPr>
          <w:b/>
        </w:rPr>
        <w:t xml:space="preserve">[1:59:19] </w:t>
      </w:r>
      <w:r>
        <w:t>kadhalika yubayyin Allah lakum</w:t>
      </w:r>
    </w:p>
    <w:p>
      <w:pPr>
        <w:jc w:val="right"/>
      </w:pPr>
      <w:r>
        <w:t>كذلك يبين الله لكم</w:t>
      </w:r>
    </w:p>
    <w:p>
      <w:r>
        <w:rPr>
          <w:b/>
        </w:rPr>
        <w:t xml:space="preserve">[1:59:22] </w:t>
      </w:r>
      <w:r>
        <w:t>al-ayati la'allakum tatafakkarun</w:t>
      </w:r>
    </w:p>
    <w:p>
      <w:pPr>
        <w:jc w:val="right"/>
      </w:pPr>
      <w:r>
        <w:t>الآيات لعلكم تتفكرون</w:t>
      </w:r>
    </w:p>
    <w:p>
      <w:r>
        <w:rPr>
          <w:b/>
        </w:rPr>
        <w:t xml:space="preserve">[1:59:30] </w:t>
      </w:r>
      <w:r>
        <w:t>aur un logon ki misaal jo apne maal ko Allah ki raza chahne ke liye aur apne nafs mein pakhtagi ke liye kharch karte hain,</w:t>
      </w:r>
    </w:p>
    <w:p>
      <w:pPr>
        <w:jc w:val="right"/>
      </w:pPr>
      <w:r>
        <w:t>اور ان لوگوں کی مثال جو اپنے مال کو اللہ کی رضا چاہنے کے لیے اور اپنے نفس میں پختگی کے لیے خرچ کرتے ہیں،</w:t>
      </w:r>
    </w:p>
    <w:p>
      <w:r>
        <w:rPr>
          <w:b/>
        </w:rPr>
        <w:t xml:space="preserve">[1:59:41] </w:t>
      </w:r>
      <w:r>
        <w:t>aik bagh ki tarah hai jo bulandi par ho. is par zor ka me pada to woh dono phallaya, aur agar zor ka me na pade to halki phuwar bhi kafi hai.</w:t>
      </w:r>
    </w:p>
    <w:p>
      <w:pPr>
        <w:jc w:val="right"/>
      </w:pPr>
      <w:r>
        <w:t>ایک باغ کی طرح ہے جو بلندی پر ہو۔ اس پر زور کا مہ پڑا تو وہ دونوں پھلایا، اور اگر زور کا مہ نہ پڑے تو ہلکی پھوار بھی کافی ہے۔</w:t>
      </w:r>
    </w:p>
    <w:p>
      <w:r>
        <w:rPr>
          <w:b/>
        </w:rPr>
        <w:t xml:space="preserve">[1:59:59] </w:t>
      </w:r>
      <w:r>
        <w:t>aur jo kuch tum karte ho, Allah us ko dekh raha hai.</w:t>
      </w:r>
    </w:p>
    <w:p>
      <w:pPr>
        <w:jc w:val="right"/>
      </w:pPr>
      <w:r>
        <w:t>اور جو کچھ تم کرتے ہو، اللہ اس کو دیکھ رہا ہے۔</w:t>
      </w:r>
    </w:p>
    <w:p>
      <w:r>
        <w:rPr>
          <w:b/>
        </w:rPr>
        <w:t xml:space="preserve">[2:00:04] </w:t>
      </w:r>
      <w:r>
        <w:t>kya tum mein se koi yeh pasand karta hai ke is ke paas khajooron aur angoron ka aik bagh ho, is ke neeche nehre behti hon, is mein is ke wastay har qism ke phool hon, aur woh boorha ho jaye aur is ke bachay abhi kamzor hon?</w:t>
      </w:r>
    </w:p>
    <w:p>
      <w:pPr>
        <w:jc w:val="right"/>
      </w:pPr>
      <w:r>
        <w:t>کیا تم میں سے کوئی یہ پسند کرتا ہے کہ اس کے پاس کھجوروں اور انگوروں کا ایک باغ ہو، اس کے نیچے نہریں بہہ رہی ہوں، اس میں اس کے واسطے ہر قسم کے پھل ہوں، اور وہ بوڑھا ہو جائے اور اس کے بچے ابھی کمزور ہوں؟</w:t>
      </w:r>
    </w:p>
    <w:p>
      <w:r>
        <w:rPr>
          <w:b/>
        </w:rPr>
        <w:t xml:space="preserve">[2:00:27] </w:t>
      </w:r>
      <w:r>
        <w:t>tab is bagh par aik boola aaye jis mein aag ho, phir woh bagh jal jaye.</w:t>
      </w:r>
    </w:p>
    <w:p>
      <w:pPr>
        <w:jc w:val="right"/>
      </w:pPr>
      <w:r>
        <w:t>تب اس باغ پر ایک بہولہ آئے جس میں آگ ہو، پھر وہ باغ جل جائے۔</w:t>
      </w:r>
    </w:p>
    <w:p>
      <w:r>
        <w:rPr>
          <w:b/>
        </w:rPr>
        <w:t xml:space="preserve">[2:00:34] </w:t>
      </w:r>
      <w:r>
        <w:t>Allah is tarah tumhare liye khol kar nishaniyan bayan karta hai taake tum ghor karo.</w:t>
      </w:r>
    </w:p>
    <w:p>
      <w:pPr>
        <w:jc w:val="right"/>
      </w:pPr>
      <w:r>
        <w:t>اللہ اس طرح تمہارے لیے کھول کر نشانیاں بیان کرتا ہے تاکہ تم غور کرو۔</w:t>
      </w:r>
    </w:p>
    <w:p>
      <w:r>
        <w:rPr>
          <w:b/>
        </w:rPr>
        <w:t xml:space="preserve">[2:00:44] </w:t>
      </w:r>
      <w:r>
        <w:t>tashreeh: aadmi jab kisi cheez ke liye amal karta hai to usi ke sath woh is ke haq mein apni quwwat-e-irada ko mazboot karta hai.</w:t>
      </w:r>
    </w:p>
    <w:p>
      <w:pPr>
        <w:jc w:val="right"/>
      </w:pPr>
      <w:r>
        <w:t>تشریح: آدمی جب کسی چیز کے لیے عمل کرتا ہے تو اسی کے ساتھ وہ اس کے حق میں اپنی قوت ارادی کو مضبوط کرتا ہے۔</w:t>
      </w:r>
    </w:p>
    <w:p>
      <w:r>
        <w:rPr>
          <w:b/>
        </w:rPr>
        <w:t xml:space="preserve">[2:00:57] </w:t>
      </w:r>
      <w:r>
        <w:t>agar woh apni khwahish ke tehat amal kare to us ne apne dil ko apni khwahish par jamaya. is ke baraks, aadmi agar wahan amal kare jahan Khuda chahta hai ke amal kiya jaye to us ne apne dil ko Khuda par jamaya.</w:t>
      </w:r>
    </w:p>
    <w:p>
      <w:pPr>
        <w:jc w:val="right"/>
      </w:pPr>
      <w:r>
        <w:t>اگر وہ اپنی خواہش کے تحت عمل کرے تو اس نے اپنے دل کو اپنی خواہش پر جمایا۔ اس کے برعکس، آدمی اگر وہاں عمل کرے جہاں خدا چاہتا ہے کہ عمل کیا جائے تو اس نے اپنے دل کو خدا پر جمایا۔</w:t>
      </w:r>
    </w:p>
    <w:p>
      <w:r>
        <w:rPr>
          <w:b/>
        </w:rPr>
        <w:t xml:space="preserve">[2:01:17] </w:t>
      </w:r>
      <w:r>
        <w:t>donon rahon mein aisa hota hai ke kabhi aasan halaat mein amal karna hota hai aur kabhi mushkil halaat mein.</w:t>
      </w:r>
    </w:p>
    <w:p>
      <w:pPr>
        <w:jc w:val="right"/>
      </w:pPr>
      <w:r>
        <w:t>دونوں راہوں میں ایسا ہوتا ہے کہ کبھی آسان حالات میں عمل کرنا ہوتا ہے اور کبھی مشکل حالات میں۔</w:t>
      </w:r>
    </w:p>
    <w:p>
      <w:r>
        <w:rPr>
          <w:b/>
        </w:rPr>
        <w:t xml:space="preserve">[2:01:27] </w:t>
      </w:r>
      <w:r>
        <w:t>tahum, mawaqe jitne shadeed hon, aadmi ko jitna zyada mushkilat ka muqabla karte hue apna amal karna pade, utna hi zyada woh apne pesh nazar maqsad ke haq mein apne iraday ko mustahkam karega.</w:t>
      </w:r>
    </w:p>
    <w:p>
      <w:pPr>
        <w:jc w:val="right"/>
      </w:pPr>
      <w:r>
        <w:t>تاہم، مواقع جتنے شدید ہوں، آدمی کو جتنا زیادہ مشکلات کا مقابلہ کرتے ہوئے اپنا عمل کرنا پڑے، اتنا ہی زیادہ وہ اپنے پیش نظر مقصد کے حق میں اپنے ارادے کو مستحکم کرے گا۔</w:t>
      </w:r>
    </w:p>
    <w:p>
      <w:r>
        <w:rPr>
          <w:b/>
        </w:rPr>
        <w:t xml:space="preserve">[2:01:45] </w:t>
      </w:r>
      <w:r>
        <w:t>aam halaat mein Allah ki rah mein apne athase ko kharch karna bhi baais-e-sawab hai,</w:t>
      </w:r>
    </w:p>
    <w:p>
      <w:pPr>
        <w:jc w:val="right"/>
      </w:pPr>
      <w:r>
        <w:t>عام حالات میں اللہ کی راہ میں اپنے اثاثے کو خرچ کرنا بھی باعث ثواب ہے،</w:t>
      </w:r>
    </w:p>
    <w:p>
      <w:r>
        <w:rPr>
          <w:b/>
        </w:rPr>
        <w:t xml:space="preserve">[2:01:52] </w:t>
      </w:r>
      <w:r>
        <w:t>magar jab mukhalif asbab ki wajah se khusoosi quwwat-e-irada ko istemal kar ke aadmi Allah ki rah mein apna athase de to is ka sawab Allah ke yahan bohat zyada hai.</w:t>
      </w:r>
    </w:p>
    <w:p>
      <w:pPr>
        <w:jc w:val="right"/>
      </w:pPr>
      <w:r>
        <w:t>مگر جب مخالف اسباب کی وجہ سے خصوصی قوت ارادی کو استعمال کر کے آدمی اللہ کی راہ میں اپنا اثاثہ دے تو اس کا ثواب اللہ کے یہاں بہت زیادہ ہے۔</w:t>
      </w:r>
    </w:p>
    <w:p>
      <w:r>
        <w:rPr>
          <w:b/>
        </w:rPr>
        <w:t xml:space="preserve">[2:02:11] </w:t>
      </w:r>
      <w:r>
        <w:t>jis mad mein kharch karna dunyavi aitbar se be faida ho, is mein Allah ki raza ke liye kharch karna,</w:t>
      </w:r>
    </w:p>
    <w:p>
      <w:pPr>
        <w:jc w:val="right"/>
      </w:pPr>
      <w:r>
        <w:t>جس مد میں خرچ کرنا دنیاوی اعتبار سے بے فائدہ ہو، اس میں اللہ کی رضا کے لیے خرچ کرنا،</w:t>
      </w:r>
    </w:p>
    <w:p>
      <w:r>
        <w:rPr>
          <w:b/>
        </w:rPr>
        <w:t xml:space="preserve">[2:02:20] </w:t>
      </w:r>
      <w:r>
        <w:t>jis ko dene ka dil na chahe, us ko Allah ke liye dena, jis se khush maamlagi par tabiyat maada na ho, us se Allah ki khatir khush maamlagi karna,</w:t>
      </w:r>
    </w:p>
    <w:p>
      <w:pPr>
        <w:jc w:val="right"/>
      </w:pPr>
      <w:r>
        <w:t>جس کو دینے کا دل نہ چاہے، اس کو اللہ کے لیے دینا، جس سے خوش معاملگی پر طبیعت تامادہ نہ ہو، اس سے اللہ کی خاطر خوش معاملگی کرنا،</w:t>
      </w:r>
    </w:p>
    <w:p>
      <w:r>
        <w:rPr>
          <w:b/>
        </w:rPr>
        <w:t xml:space="preserve">[2:02:36] </w:t>
      </w:r>
      <w:r>
        <w:t>woh cheezein hain jo aadmi ko sab se zyada Khuda parasti par jamati hain aur us ko Khuda ki khusoosi rehmat-o-nasrat ka mustahiq banati hain.</w:t>
      </w:r>
    </w:p>
    <w:p>
      <w:pPr>
        <w:jc w:val="right"/>
      </w:pPr>
      <w:r>
        <w:t>وہ چیزیں ہیں جو آدمی کو سب سے زیادہ خدا پرستی پر جماتی ہیں اور اس کو خدا کی خصوصی رحمت و نصرت کا مستحق بناتی ہیں۔</w:t>
      </w:r>
    </w:p>
    <w:p>
      <w:r>
        <w:rPr>
          <w:b/>
        </w:rPr>
        <w:t xml:space="preserve">[2:02:52] </w:t>
      </w:r>
      <w:r>
        <w:t>aadmi jawani ki umar mein bagh lagata hai taake barhape ki umar mein is ka phal khaye. phir woh shakhs kaisa bad naseeb hai jis ka hara bhara bagh us ki aakhir umar mein ain us waqt barbaad ho jaye jab ke woh sab se zyada is ka mohtaj ho,</w:t>
      </w:r>
    </w:p>
    <w:p>
      <w:pPr>
        <w:jc w:val="right"/>
      </w:pPr>
      <w:r>
        <w:t>آدمی جوانی کی عمر میں باغ لگاتا ہے تاکہ بڑھاپے کی عمر میں اس کا پھل کھائے۔ پھر وہ شخص کیسا بد نصیب ہے جس کا ہرا بھرا باغ اس کی آخر عمر میں عین اس وقت برباد ہو جائے جب کہ وہ سب سے زیادہ اس کا محتاج ہو،</w:t>
      </w:r>
    </w:p>
    <w:p>
      <w:r>
        <w:rPr>
          <w:b/>
        </w:rPr>
        <w:t xml:space="preserve">[2:03:13] </w:t>
      </w:r>
      <w:r>
        <w:t>aur us ke liye woh waqt bhi khatam ho chuka ho jab ke woh dobara naya bagh lagaye aur us ko az sar-e-nau tayyar kare.</w:t>
      </w:r>
    </w:p>
    <w:p>
      <w:pPr>
        <w:jc w:val="right"/>
      </w:pPr>
      <w:r>
        <w:t>اور اس کے لیے وہ وقت بھی ختم ہو چکا ہو جب کہ وہ دوبارہ نیا باغ لگائے اور اس کو از سرنو تیار کرے۔</w:t>
      </w:r>
    </w:p>
    <w:p>
      <w:r>
        <w:rPr>
          <w:b/>
        </w:rPr>
        <w:t xml:space="preserve">[2:03:26] </w:t>
      </w:r>
      <w:r>
        <w:t>aisa hi haal un logon ka hai jinhon ne deen ka kaam dunyavi izzat aur manfa'at ke liye kiya.</w:t>
      </w:r>
    </w:p>
    <w:p>
      <w:pPr>
        <w:jc w:val="right"/>
      </w:pPr>
      <w:r>
        <w:t>ایسا ہی حال ان لوگوں کا ہے جنہوں نے دین کا کام دنیاوی عزت اور منفعت کے لیے کیا۔</w:t>
      </w:r>
    </w:p>
    <w:p>
      <w:r>
        <w:rPr>
          <w:b/>
        </w:rPr>
        <w:t xml:space="preserve">[2:03:36] </w:t>
      </w:r>
      <w:r>
        <w:t>woh bazahir neki aur bhalai ka kaam karte rahe, magar un ka kaam sirf shuklan hi aam dunyadaron se mukhtalif tha.</w:t>
      </w:r>
    </w:p>
    <w:p>
      <w:pPr>
        <w:jc w:val="right"/>
      </w:pPr>
      <w:r>
        <w:t>وہ بظاہر نیکی اور بھلائی کا کام کرتے رہے، مگر ان کا کام صرف شکلاً ہی عام دنیا داروں سے مختلف تھا۔</w:t>
      </w:r>
    </w:p>
    <w:p>
      <w:r>
        <w:rPr>
          <w:b/>
        </w:rPr>
        <w:t xml:space="preserve">[2:03:46] </w:t>
      </w:r>
      <w:r>
        <w:t>bai'at bar-haqeeqat dono mein koi farq na tha.</w:t>
      </w:r>
    </w:p>
    <w:p>
      <w:pPr>
        <w:jc w:val="right"/>
      </w:pPr>
      <w:r>
        <w:t>بیعت برحقیقت دونوں میں کوئی فرق نہ تھا۔</w:t>
      </w:r>
    </w:p>
    <w:p>
      <w:r>
        <w:rPr>
          <w:b/>
        </w:rPr>
        <w:t xml:space="preserve">[2:03:51] </w:t>
      </w:r>
      <w:r>
        <w:t>aam dunyadaron jis dunyavi taraqqi aur naamwari ke liye dunyavi naqshon mein daud dhoop kar rahe thay, usi dunyavi taraqqi aur naamwari ke liye unhon ne deeni naqshon mein daud dhoop jari kar di.</w:t>
      </w:r>
    </w:p>
    <w:p>
      <w:pPr>
        <w:jc w:val="right"/>
      </w:pPr>
      <w:r>
        <w:t>عام دنیا دار جس دنیاوی ترقی اور ناموری کے لیے دنیاوی نقشوں میں دوڑ دھوپ کر رہے تھے، اسی دنیاوی ترقی اور ناموری کے لیے انہوں نے دینی نقشوں میں دوڑ دھوپ جاری کر دی۔</w:t>
      </w:r>
    </w:p>
    <w:p>
      <w:r>
        <w:rPr>
          <w:b/>
        </w:rPr>
        <w:t xml:space="preserve">[2:04:10] </w:t>
      </w:r>
      <w:r>
        <w:t>jo shohrat-o-izzat doosre log dunya ki imarat mein apna athase kharch kar ke hasil kar rahe thay,</w:t>
      </w:r>
    </w:p>
    <w:p>
      <w:pPr>
        <w:jc w:val="right"/>
      </w:pPr>
      <w:r>
        <w:t>جو شہرت و عزت دوسرے لوگ دنیا کی عمارت میں اپنا اثاثہ خرچ کر کے حاصل کر رہے تھے،</w:t>
      </w:r>
    </w:p>
    <w:p>
      <w:r>
        <w:rPr>
          <w:b/>
        </w:rPr>
        <w:t xml:space="preserve">[2:04:17] </w:t>
      </w:r>
      <w:r>
        <w:t>usi shohrat-o-izzat ko unhon ne deen ki imarat mein apna athase kharch kar ke hasil karna chaha. aise log jab marne ke baad akhirat ke alam mein pohnchenge to wahan un ke liye kuch na hoga.</w:t>
      </w:r>
    </w:p>
    <w:p>
      <w:pPr>
        <w:jc w:val="right"/>
      </w:pPr>
      <w:r>
        <w:t>اسی شہرت و عزت کو انہوں نے دین کی عمارت میں اپنا اثاثہ خرچ کر کے حاصل کرنا چاہا۔ ایسے لوگ جب مرنے کے بعد آخرت کے عالم میں پہنچیں گے تو وہاں ان کے لیے کچھ نہ ہوگا۔</w:t>
      </w:r>
    </w:p>
    <w:p>
      <w:r>
        <w:rPr>
          <w:b/>
        </w:rPr>
        <w:t xml:space="preserve">[2:04:35] </w:t>
      </w:r>
      <w:r>
        <w:t>unhon ne jo kuch kiya, usi dunya ke liye kiya. phir woh apne kiye ka phal agli dunya mein kis tarah pa sakte hain?</w:t>
      </w:r>
    </w:p>
    <w:p>
      <w:pPr>
        <w:jc w:val="right"/>
      </w:pPr>
      <w:r>
        <w:t>انہوں نے جو کچھ کیا، اسی دنیا کے لیے کیا۔ پھر وہ اپنے کیے کا پھل اگلی دنیا میں کس طرح پا سکتے ہیں؟</w:t>
      </w:r>
    </w:p>
    <w:p>
      <w:r>
        <w:rPr>
          <w:b/>
        </w:rPr>
        <w:t xml:space="preserve">[2:04:46] </w:t>
      </w:r>
      <w:r>
        <w:t>Khuda ki nishaniyan hamesha zahir hoti hain, magar woh khamosh zaban mein hoti hain. un se wohi sabak le sakta hai jo apne andar sochne ki salahiyat paida kar chuka ho.</w:t>
      </w:r>
    </w:p>
    <w:p>
      <w:pPr>
        <w:jc w:val="right"/>
      </w:pPr>
      <w:r>
        <w:t>خدا کی نشانیاں ہمیشہ ظاہر ہوتی ہیں، مگر وہ خاموش زبان میں ہوتی ہیں۔ ان سے وہی سبق لے سکتا ہے جو اپنے اندر سوچنے کی صلاحیت پیدا کر چکا ہو۔</w:t>
      </w:r>
    </w:p>
    <w:p>
      <w:r>
        <w:rPr>
          <w:b/>
        </w:rPr>
        <w:t xml:space="preserve">[2:05:04] </w:t>
      </w:r>
      <w:r>
        <w:t>ya ayyuha alladhina amanu</w:t>
      </w:r>
    </w:p>
    <w:p>
      <w:pPr>
        <w:jc w:val="right"/>
      </w:pPr>
      <w:r>
        <w:t>يا أيها الذين آمنوا</w:t>
      </w:r>
    </w:p>
    <w:p>
      <w:r>
        <w:rPr>
          <w:b/>
        </w:rPr>
        <w:t xml:space="preserve">[2:05:10] </w:t>
      </w:r>
      <w:r>
        <w:t>anfiqu min tayyibati ma kasabtum wa mimma</w:t>
      </w:r>
    </w:p>
    <w:p>
      <w:pPr>
        <w:jc w:val="right"/>
      </w:pPr>
      <w:r>
        <w:t>أنفقوا من طيبات ما كسبتم ومما</w:t>
      </w:r>
    </w:p>
    <w:p>
      <w:r>
        <w:rPr>
          <w:b/>
        </w:rPr>
        <w:t xml:space="preserve">[2:05:17] </w:t>
      </w:r>
      <w:r>
        <w:t>akhrajna lakum, wa mimma</w:t>
      </w:r>
    </w:p>
    <w:p>
      <w:pPr>
        <w:jc w:val="right"/>
      </w:pPr>
      <w:r>
        <w:t>أخرجنا لكم، ومما</w:t>
      </w:r>
    </w:p>
    <w:p>
      <w:r>
        <w:rPr>
          <w:b/>
        </w:rPr>
        <w:t xml:space="preserve">[2:05:24] </w:t>
      </w:r>
      <w:r>
        <w:t>akhrajna lakum min al-ard wa la tayammamu</w:t>
      </w:r>
    </w:p>
    <w:p>
      <w:pPr>
        <w:jc w:val="right"/>
      </w:pPr>
      <w:r>
        <w:t>أخرجنا لكم من الأرض ولا تيمموا</w:t>
      </w:r>
    </w:p>
    <w:p>
      <w:r>
        <w:rPr>
          <w:b/>
        </w:rPr>
        <w:t xml:space="preserve">[2:05:30] </w:t>
      </w:r>
      <w:r>
        <w:t>al-khabith minhu tunfiqun,</w:t>
      </w:r>
    </w:p>
    <w:p>
      <w:pPr>
        <w:jc w:val="right"/>
      </w:pPr>
      <w:r>
        <w:t>الخبيث منه تنفقون،</w:t>
      </w:r>
    </w:p>
    <w:p>
      <w:r>
        <w:rPr>
          <w:b/>
        </w:rPr>
        <w:t xml:space="preserve">[2:05:35] </w:t>
      </w:r>
      <w:r>
        <w:t>wa la tayamamoo al khabeetha minhu tunfiqun wa lastum bi akhidheehi illa an tughmidoo feeh.</w:t>
      </w:r>
    </w:p>
    <w:p>
      <w:pPr>
        <w:jc w:val="right"/>
      </w:pPr>
      <w:r>
        <w:t>ولا تيمموا الخبيث منه تنفقون ولستم بآخذيه إلا أن تغمضوا فيه.</w:t>
      </w:r>
    </w:p>
    <w:p>
      <w:r>
        <w:rPr>
          <w:b/>
        </w:rPr>
        <w:t xml:space="preserve">[2:05:51] </w:t>
      </w:r>
      <w:r>
        <w:t>walamoo annallaha ghaniyun hameed. ash shaytanu yaidukum al faqr wa yamurukum bil fahsha'i,</w:t>
      </w:r>
    </w:p>
    <w:p>
      <w:pPr>
        <w:jc w:val="right"/>
      </w:pPr>
      <w:r>
        <w:t>واعلموا أن الله غني حميد. الشيطان يعدكم الفقر ويأمركم بالفحشاء،</w:t>
      </w:r>
    </w:p>
    <w:p>
      <w:r>
        <w:rPr>
          <w:b/>
        </w:rPr>
        <w:t xml:space="preserve">[2:06:09] </w:t>
      </w:r>
      <w:r>
        <w:t>wallahu yaidukum maghfiratan minhu wa fadlan, wallahu wasi'un aleem.</w:t>
      </w:r>
    </w:p>
    <w:p>
      <w:pPr>
        <w:jc w:val="right"/>
      </w:pPr>
      <w:r>
        <w:t>والله يعدكم مغفرة منه وفضلاً، والله واسع عليم.</w:t>
      </w:r>
    </w:p>
    <w:p>
      <w:r>
        <w:rPr>
          <w:b/>
        </w:rPr>
        <w:t xml:space="preserve">[2:06:22] </w:t>
      </w:r>
      <w:r>
        <w:t>yu'ti al hikmata man yashaa'u,</w:t>
      </w:r>
    </w:p>
    <w:p>
      <w:pPr>
        <w:jc w:val="right"/>
      </w:pPr>
      <w:r>
        <w:t>يؤتي الحكمة من يشاء،</w:t>
      </w:r>
    </w:p>
    <w:p>
      <w:r>
        <w:rPr>
          <w:b/>
        </w:rPr>
        <w:t xml:space="preserve">[2:06:28] </w:t>
      </w:r>
      <w:r>
        <w:t>wa man yu'ta al hikmata faqad ooti khayran katheeran, wa ma yadhakkaru illa olool albab.</w:t>
      </w:r>
    </w:p>
    <w:p>
      <w:pPr>
        <w:jc w:val="right"/>
      </w:pPr>
      <w:r>
        <w:t>ومن يؤتي الحكمة فقد أوتي خيراً كثيراً، وما يذكر إلا أولو الألباب.</w:t>
      </w:r>
    </w:p>
    <w:p>
      <w:r>
        <w:rPr>
          <w:b/>
        </w:rPr>
        <w:t xml:space="preserve">[2:06:46] </w:t>
      </w:r>
      <w:r>
        <w:t>ae iman walo! kharch karo umda cheez apni kamai mein se, aur is mein se jo hum ne tumhare liye zameen mein se paida kiya hai,</w:t>
      </w:r>
    </w:p>
    <w:p>
      <w:pPr>
        <w:jc w:val="right"/>
      </w:pPr>
      <w:r>
        <w:t>اے ایمان والو! خرچ کرو عمدہ چیز اپنی کمائی میں سے، اور اس میں سے جو ہم نے تمہارے لیے زمین میں سے پیدا کیا ہے،</w:t>
      </w:r>
    </w:p>
    <w:p>
      <w:r>
        <w:rPr>
          <w:b/>
        </w:rPr>
        <w:t xml:space="preserve">[2:07:00] </w:t>
      </w:r>
      <w:r>
        <w:t>aur raddi cheez ka qasad na karo ke is mein se kharch karo,</w:t>
      </w:r>
    </w:p>
    <w:p>
      <w:pPr>
        <w:jc w:val="right"/>
      </w:pPr>
      <w:r>
        <w:t>اور ردی چیز کا قصد نہ کرو کہ اس میں سے خرچ کرو،</w:t>
      </w:r>
    </w:p>
    <w:p>
      <w:r>
        <w:rPr>
          <w:b/>
        </w:rPr>
        <w:t xml:space="preserve">[2:07:06] </w:t>
      </w:r>
      <w:r>
        <w:t>halan ke tum kabhi us ko lene wale nahi, illa yeh ke chashm poshi kar jao aur jaan lo ke Allah be niaz hai, khoobiyon wala hai.</w:t>
      </w:r>
    </w:p>
    <w:p>
      <w:pPr>
        <w:jc w:val="right"/>
      </w:pPr>
      <w:r>
        <w:t>حالانکہ تم کبھی اس کو لینے والے نہیں، الا یہ کہ چشم پوشی کر جاؤ اور جان لو کہ اللہ بے نیاز ہے، خوبیوں والا ہے۔</w:t>
      </w:r>
    </w:p>
    <w:p>
      <w:r>
        <w:rPr>
          <w:b/>
        </w:rPr>
        <w:t xml:space="preserve">[2:07:19] </w:t>
      </w:r>
      <w:r>
        <w:t>shaitan tum ko muhtaji se darta hai aur buri baat ki talqeen karta hai, aur Allah wada deta hai apni bakhshish ka aur fazal ka, aur Allah is haq wala hai, janne wala hai.</w:t>
      </w:r>
    </w:p>
    <w:p>
      <w:pPr>
        <w:jc w:val="right"/>
      </w:pPr>
      <w:r>
        <w:t>شیطان تم کو محتاجی سے ڈراتا ہے اور بری بات کی تلقین کرتا ہے، اور اللہ وعدہ دیتا ہے اپنی بخشش کا اور فضل کا، اور اللہ اس حق والا ہے، جاننے والا ہے۔</w:t>
      </w:r>
    </w:p>
    <w:p>
      <w:r>
        <w:rPr>
          <w:b/>
        </w:rPr>
        <w:t xml:space="preserve">[2:07:36] </w:t>
      </w:r>
      <w:r>
        <w:t>wo jis ko chahta hai hikmat deta hai, aur jis ko hikmat mili us ko bari dolat mil gayi, aur naseehat wohi hasil karte hain jo aqal wale hain.</w:t>
      </w:r>
    </w:p>
    <w:p>
      <w:pPr>
        <w:jc w:val="right"/>
      </w:pPr>
      <w:r>
        <w:t>وہ جس کو چاہتا ہے حکمت دیتا ہے، اور جس کو حکمت ملی اس کو بڑی دولت مل گئی، اور نصیحت وہی حاصل کرتے ہیں جو عقل والے ہیں۔</w:t>
      </w:r>
    </w:p>
    <w:p>
      <w:r>
        <w:rPr>
          <w:b/>
        </w:rPr>
        <w:t xml:space="preserve">[2:07:52] </w:t>
      </w:r>
      <w:r>
        <w:t>tashreeh: aadmi dunya mein jo kuch kamata hai, us ko kharch karne ki do sooraten hain:</w:t>
      </w:r>
    </w:p>
    <w:p>
      <w:pPr>
        <w:jc w:val="right"/>
      </w:pPr>
      <w:r>
        <w:t>تشریح: آدمی دنیا میں جو کچھ کماتا ہے، اس کو خرچ کرنے کی دو صورتیں ہیں:</w:t>
      </w:r>
    </w:p>
    <w:p>
      <w:r>
        <w:rPr>
          <w:b/>
        </w:rPr>
        <w:t xml:space="preserve">[2:08:01] </w:t>
      </w:r>
      <w:r>
        <w:t>ek yeh ke us ko shaitan ke bataye hue rastay mein kharch kiya jaye, doosri yeh ke us ko Allah ke bataye hue rastay mein kharch kiya jaye.</w:t>
      </w:r>
    </w:p>
    <w:p>
      <w:pPr>
        <w:jc w:val="right"/>
      </w:pPr>
      <w:r>
        <w:t>ایک یہ کہ اس کو شیطان کے بتائے ہوئے راستے میں خرچ کیا جائے، دوسری یہ کہ اس کو اللہ کے بتائے ہوئے راستے میں خرچ کیا جائے۔</w:t>
      </w:r>
    </w:p>
    <w:p>
      <w:r>
        <w:rPr>
          <w:b/>
        </w:rPr>
        <w:t xml:space="preserve">[2:08:17] </w:t>
      </w:r>
      <w:r>
        <w:t>shaitan yeh karta hai ke aadmi ke zaati taqazon ki ahmiyat us ke dil mein bithata hai.</w:t>
      </w:r>
    </w:p>
    <w:p>
      <w:pPr>
        <w:jc w:val="right"/>
      </w:pPr>
      <w:r>
        <w:t>شیطان یہ کرتا ہے کہ آدمی کے ذاتی تقاضوں کی اہمیت اس کے دل میں بٹھاتا ہے۔</w:t>
      </w:r>
    </w:p>
    <w:p>
      <w:r>
        <w:rPr>
          <w:b/>
        </w:rPr>
        <w:t xml:space="preserve">[2:08:25] </w:t>
      </w:r>
      <w:r>
        <w:t>wo us ko sikhata hai ke tum ne jo kuch kamaya hai, us ka behtareen مصرف yeh hai ke us ko apni zaati zarooraton ko poora karne mein lagao.</w:t>
      </w:r>
    </w:p>
    <w:p>
      <w:pPr>
        <w:jc w:val="right"/>
      </w:pPr>
      <w:r>
        <w:t>وہ اس کو سکھاتا ہے کہ تم نے جو کچھ کمایا ہے، اس کا بہترین مصرف یہ ہے کہ اس کو اپنی ذاتی ضرورتوں کو پورا کرنے میں لگاؤ۔</w:t>
      </w:r>
    </w:p>
    <w:p>
      <w:r>
        <w:rPr>
          <w:b/>
        </w:rPr>
        <w:t xml:space="preserve">[2:08:37] </w:t>
      </w:r>
      <w:r>
        <w:t>phir jab shaitan dekhta hai ke aadmi ke paas us ki haqeeqi zaroorat se zyada hai, to wo us ke andar ek aur jazba bharkata hai.</w:t>
      </w:r>
    </w:p>
    <w:p>
      <w:pPr>
        <w:jc w:val="right"/>
      </w:pPr>
      <w:r>
        <w:t>پھر جب شیطان دیکھتا ہے کہ آدمی کے پاس اس کی حقیقی ضرورت سے زیادہ ہے، تو وہ اس کے اندر ایک اور جذبہ بھڑکا دیتا ہے۔</w:t>
      </w:r>
    </w:p>
    <w:p>
      <w:r>
        <w:rPr>
          <w:b/>
        </w:rPr>
        <w:t xml:space="preserve">[2:08:50] </w:t>
      </w:r>
      <w:r>
        <w:t>yeh numood o numaaish ka jazba hai.</w:t>
      </w:r>
    </w:p>
    <w:p>
      <w:pPr>
        <w:jc w:val="right"/>
      </w:pPr>
      <w:r>
        <w:t>یہ نمود و نمائش کا جذبہ ہے۔</w:t>
      </w:r>
    </w:p>
    <w:p>
      <w:r>
        <w:rPr>
          <w:b/>
        </w:rPr>
        <w:t xml:space="preserve">[2:08:55] </w:t>
      </w:r>
      <w:r>
        <w:t>ab wo apni dolat ko be darigh numaaishi kamon mein bahane lagta hai, aur khush hota hai ke us ne apni dolat ko behtareen مصرف mein lagaya.</w:t>
      </w:r>
    </w:p>
    <w:p>
      <w:pPr>
        <w:jc w:val="right"/>
      </w:pPr>
      <w:r>
        <w:t>اب وہ اپنی دولت کو بے دریغ نمائشی کاموں میں بہانے لگتا ہے، اور خوش ہوتا ہے کہ اس نے اپنی دولت کو بہترین مصرف میں لگایا۔</w:t>
      </w:r>
    </w:p>
    <w:p>
      <w:r>
        <w:rPr>
          <w:b/>
        </w:rPr>
        <w:t xml:space="preserve">[2:09:10] </w:t>
      </w:r>
      <w:r>
        <w:t>aadmi ko chahiye ke apne maal ko apni zaati cheez na samjhe, balke Allah ki cheez samjhe.</w:t>
      </w:r>
    </w:p>
    <w:p>
      <w:pPr>
        <w:jc w:val="right"/>
      </w:pPr>
      <w:r>
        <w:t>آدمی کو چاہیے کہ اپنے مال کو اپنی ذاتی چیز نہ سمجھے، بلکہ اللہ کی چیز سمجھے۔</w:t>
      </w:r>
    </w:p>
    <w:p>
      <w:r>
        <w:rPr>
          <w:b/>
        </w:rPr>
        <w:t xml:space="preserve">[2:09:19] </w:t>
      </w:r>
      <w:r>
        <w:t>wo apni kamai mein se apni haqeeqi zaroorat ke بقدر le le, aur us ke baad jo kuch hai, us ko buland tar maqasid mein lagaye.</w:t>
      </w:r>
    </w:p>
    <w:p>
      <w:pPr>
        <w:jc w:val="right"/>
      </w:pPr>
      <w:r>
        <w:t>وہ اپنی کمائی میں سے اپنی حقیقی ضرورت کے بقدر لے لے، اور اس کے بعد جو کچھ ہے، اس کو بلند تر مقاصد میں لگائے۔</w:t>
      </w:r>
    </w:p>
    <w:p>
      <w:r>
        <w:rPr>
          <w:b/>
        </w:rPr>
        <w:t xml:space="preserve">[2:09:32] </w:t>
      </w:r>
      <w:r>
        <w:t>wo Khuda ke kamzor bandoon ko de, aur Khuda ke deen ki zarooraton mein kharch kare.</w:t>
      </w:r>
    </w:p>
    <w:p>
      <w:pPr>
        <w:jc w:val="right"/>
      </w:pPr>
      <w:r>
        <w:t>وہ خدا کے کمزور بندوں کو دے، اور خدا کے دین کی ضرورتوں میں خرچ کرے۔</w:t>
      </w:r>
    </w:p>
    <w:p>
      <w:r>
        <w:rPr>
          <w:b/>
        </w:rPr>
        <w:t xml:space="preserve">[2:09:40] </w:t>
      </w:r>
      <w:r>
        <w:t>aadmi jab Allah ke kamzor bandoon par apna maal kharch karta hai, to goya wo apne Rab se is baat ka ummeedwar ban raha hota hai ke akhirat mein jab wo khali haath Khuda ke samne hazir ho, to uska Khuda us ko apni rehmaton se mehroom na kare.</w:t>
      </w:r>
    </w:p>
    <w:p>
      <w:pPr>
        <w:jc w:val="right"/>
      </w:pPr>
      <w:r>
        <w:t>آدمی جب اللہ کے کمزور بندوں پر اپنا مال خرچ کرتا ہے، تو گویا وہ اپنے رب سے اس بات کا امیدوار بن رہا ہوتا ہے کہ آخرت میں جب وہ خالی ہاتھ خدا کے سامنے حاضر ہو، تو اس کا خدا اس کو اپنی رحمتوں سے محروم نہ کرے۔</w:t>
      </w:r>
    </w:p>
    <w:p>
      <w:r>
        <w:rPr>
          <w:b/>
        </w:rPr>
        <w:t xml:space="preserve">[2:10:02] </w:t>
      </w:r>
      <w:r>
        <w:t>isi tarah jab wo deen ki zarooraton mein apna maal deta hai, to wo apne aap ko Khuda ke mission mein shareek karta hai.</w:t>
      </w:r>
    </w:p>
    <w:p>
      <w:pPr>
        <w:jc w:val="right"/>
      </w:pPr>
      <w:r>
        <w:t>اسی طرح جب وہ دین کی ضرورتوں میں اپنا مال دیتا ہے، تو وہ اپنے آپ کو خدا کے مشن میں شریک کرتا ہے۔</w:t>
      </w:r>
    </w:p>
    <w:p>
      <w:r>
        <w:rPr>
          <w:b/>
        </w:rPr>
        <w:t xml:space="preserve">[2:10:12] </w:t>
      </w:r>
      <w:r>
        <w:t>wo apne maal ko Khuda ke maal mein shamil karta hai ta ke us ki haqeer ponji Khuda ke baray khazanay mein mil kar zyada ho jaye.</w:t>
      </w:r>
    </w:p>
    <w:p>
      <w:pPr>
        <w:jc w:val="right"/>
      </w:pPr>
      <w:r>
        <w:t>وہ اپنے مال کو خدا کے مال میں شامل کرتا ہے تاکہ اس کی حقیر پونجی خدا کے بڑے خزانے میں مل کر زیادہ ہو جائے۔</w:t>
      </w:r>
    </w:p>
    <w:p>
      <w:r>
        <w:rPr>
          <w:b/>
        </w:rPr>
        <w:t xml:space="preserve">[2:10:24] </w:t>
      </w:r>
      <w:r>
        <w:t>jo shakhs apne maal ko Allah ke bataye hue tareeqay ke mutabiq kharch karta hai,</w:t>
      </w:r>
    </w:p>
    <w:p>
      <w:pPr>
        <w:jc w:val="right"/>
      </w:pPr>
      <w:r>
        <w:t>جو شخص اپنے مال کو اللہ کے بتائے ہوئے طریقے کے مطابق خرچ کرتا ہے،</w:t>
      </w:r>
    </w:p>
    <w:p>
      <w:r>
        <w:rPr>
          <w:b/>
        </w:rPr>
        <w:t xml:space="preserve">[2:10:30] </w:t>
      </w:r>
      <w:r>
        <w:t>wo is baat ka saboot deta hai ke is ko hikmat o danai mein se hissa mila hai.</w:t>
      </w:r>
    </w:p>
    <w:p>
      <w:pPr>
        <w:jc w:val="right"/>
      </w:pPr>
      <w:r>
        <w:t>وہ اس بات کا ثبوت دیتا ہے کہ اس کو حکمت و دانائی میں سے حصہ ملا ہے۔</w:t>
      </w:r>
    </w:p>
    <w:p>
      <w:r>
        <w:rPr>
          <w:b/>
        </w:rPr>
        <w:t xml:space="preserve">[2:10:37] </w:t>
      </w:r>
      <w:r>
        <w:t>sab se bari nadani yeh hai ke aadmi maal ki mohabbat mein mubtala ho, aur is ko Allah</w:t>
      </w:r>
    </w:p>
    <w:p>
      <w:pPr>
        <w:jc w:val="right"/>
      </w:pPr>
      <w:r>
        <w:t>سب سے بڑی نادانی یہ ہے کہ آدمی مال کی محبت میں مبتلا ہو، اور اس کو اللہ</w:t>
      </w:r>
    </w:p>
    <w:p>
      <w:r>
        <w:rPr>
          <w:b/>
        </w:rPr>
        <w:t xml:space="preserve">[2:10:46] </w:t>
      </w:r>
      <w:r>
        <w:t>ke rastay mein kharch karne se ruk jaye, aur sab se bari danai yeh hai ke mali mafadat</w:t>
      </w:r>
    </w:p>
    <w:p>
      <w:pPr>
        <w:jc w:val="right"/>
      </w:pPr>
      <w:r>
        <w:t>کے راستے میں خرچ کرنے سے رک جائے، اور سب سے بڑی دانائی یہ ہے کہ مالی مفادات</w:t>
      </w:r>
    </w:p>
    <w:p>
      <w:r>
        <w:rPr>
          <w:b/>
        </w:rPr>
        <w:t xml:space="preserve">[2:10:55] </w:t>
      </w:r>
      <w:r>
        <w:t>aadmi ke liye Allah ki rah mein barhne mein rukawat na banay.</w:t>
      </w:r>
    </w:p>
    <w:p>
      <w:pPr>
        <w:jc w:val="right"/>
      </w:pPr>
      <w:r>
        <w:t>آدمی کے لیے اللہ کی راہ میں بڑھنے میں رکاوٹ نہ بنے۔</w:t>
      </w:r>
    </w:p>
    <w:p>
      <w:r>
        <w:rPr>
          <w:b/>
        </w:rPr>
        <w:t xml:space="preserve">[2:11:02] </w:t>
      </w:r>
      <w:r>
        <w:t>woh apne aap ko Khuda mein itna mila day ke Khuda ko apna aur apne ko Khuda ka samajhne lagay.</w:t>
      </w:r>
    </w:p>
    <w:p>
      <w:pPr>
        <w:jc w:val="right"/>
      </w:pPr>
      <w:r>
        <w:t>وہ اپنے آپ کو خدا میں اتنا ملا دے کہ خدا کو اپنا اور اپنے کو خدا کا سمجھنے لگے۔</w:t>
      </w:r>
    </w:p>
    <w:p>
      <w:r>
        <w:rPr>
          <w:b/>
        </w:rPr>
        <w:t xml:space="preserve">[2:11:12] </w:t>
      </w:r>
      <w:r>
        <w:t>jo shakhs zaati maslehaton ke khol mein jeeta hai, us ke andar woh nigah paida nahi ho sakti jo buland tar haqiqaton ko dekhay aur aala kaifiyaton ka tajurba karay.</w:t>
      </w:r>
    </w:p>
    <w:p>
      <w:pPr>
        <w:jc w:val="right"/>
      </w:pPr>
      <w:r>
        <w:t>جو شخص ذاتی مصلحتوں کے خول میں جیتا ہے، اس کے اندر وہ نگاہ پیدا نہیں ہو سکتی جو بلند تر حقیقتوں کو دیکھے اور اعلیٰ کیفیات کا تجربہ کرے۔</w:t>
      </w:r>
    </w:p>
    <w:p>
      <w:r>
        <w:rPr>
          <w:b/>
        </w:rPr>
        <w:t xml:space="preserve">[2:11:25] </w:t>
      </w:r>
      <w:r>
        <w:t>us ke bar aks, jo shakhs zaati maslehaton ko nazar andaz kar ke Khuda ki taraf barhta hai,</w:t>
      </w:r>
    </w:p>
    <w:p>
      <w:pPr>
        <w:jc w:val="right"/>
      </w:pPr>
      <w:r>
        <w:t>اس کے برعکس، جو شخص ذاتی مصلحتوں کو نظر انداز کر کے خدا کی طرف بڑھتا ہے،</w:t>
      </w:r>
    </w:p>
    <w:p>
      <w:r>
        <w:rPr>
          <w:b/>
        </w:rPr>
        <w:t xml:space="preserve">[2:11:32] </w:t>
      </w:r>
      <w:r>
        <w:t>woh apne aap ko mehdoodiyaton se oopar uthata hai. woh apne shaoor ko is Khuda ke ham satah kar leta hai jo ghani o hameed aur wasee o aleem hai.</w:t>
      </w:r>
    </w:p>
    <w:p>
      <w:pPr>
        <w:jc w:val="right"/>
      </w:pPr>
      <w:r>
        <w:t>وہ اپنے آپ کو محدودیتوں سے اوپر اٹھاتا ہے۔ وہ اپنے شعور کو اس خدا کے ہم سطح کر لیتا ہے جو غنی و حمید اور وسیع و علیم ہے۔</w:t>
      </w:r>
    </w:p>
    <w:p>
      <w:r>
        <w:rPr>
          <w:b/>
        </w:rPr>
        <w:t xml:space="preserve">[2:11:46] </w:t>
      </w:r>
      <w:r>
        <w:t>woh cheezon ko un ke asli roop mein dekhnay lagta hai, kyun ke woh un had bandiyon ke paar ho jata hai</w:t>
      </w:r>
    </w:p>
    <w:p>
      <w:pPr>
        <w:jc w:val="right"/>
      </w:pPr>
      <w:r>
        <w:t>وہ چیزوں کو ان کے اصلی روپ میں دیکھنے لگتا ہے، کیونکہ وہ ان حد بندیوں کے پار ہو جاتا ہے</w:t>
      </w:r>
    </w:p>
    <w:p>
      <w:r>
        <w:rPr>
          <w:b/>
        </w:rPr>
        <w:t xml:space="preserve">[2:11:55] </w:t>
      </w:r>
      <w:r>
        <w:t>jo aadmi ke liye kisi cheez ko us ke asli roop mein rukawat dekhnay mein rukawat banti hain. koi baat khwah kitni hi sachi ho, magar us ki sachai kisi aadmi par usi waqt khulti hai jab ke woh us ko khulay zehn se dekhay.</w:t>
      </w:r>
    </w:p>
    <w:p>
      <w:pPr>
        <w:jc w:val="right"/>
      </w:pPr>
      <w:r>
        <w:t>جو آدمی کے لیے کسی چیز کو اس کے اصلی روپ میں رکاوٹ دیکھنے میں رکاوٹ بنتی ہیں۔ کوئی بات خواہ کتنی ہی سچی ہو، مگر اس کی سچائی کسی آدمی پر اسی وقت کھلتی ہے جب کہ وہ اس کو کھلے ذہن سے دیکھے۔</w:t>
      </w:r>
    </w:p>
    <w:p>
      <w:r>
        <w:rPr>
          <w:b/>
        </w:rPr>
        <w:t xml:space="preserve">[2:12:19] </w:t>
      </w:r>
      <w:r>
        <w:t>wa ma anfaqtum min nafaqatin aw nadartum</w:t>
      </w:r>
    </w:p>
    <w:p>
      <w:pPr>
        <w:jc w:val="right"/>
      </w:pPr>
      <w:r>
        <w:t>وما أنفقتم من نفقة أو نذرتم</w:t>
      </w:r>
    </w:p>
    <w:p>
      <w:r>
        <w:rPr>
          <w:b/>
        </w:rPr>
        <w:t xml:space="preserve">[2:12:28] </w:t>
      </w:r>
      <w:r>
        <w:t>min nadarin fa inna Allaha ya'lamuh</w:t>
      </w:r>
    </w:p>
    <w:p>
      <w:pPr>
        <w:jc w:val="right"/>
      </w:pPr>
      <w:r>
        <w:t>من نذر فإن الله يعلمه</w:t>
      </w:r>
    </w:p>
    <w:p>
      <w:r>
        <w:rPr>
          <w:b/>
        </w:rPr>
        <w:t xml:space="preserve">[2:12:35] </w:t>
      </w:r>
      <w:r>
        <w:t>wa ma lil-zalimina min ansar</w:t>
      </w:r>
    </w:p>
    <w:p>
      <w:pPr>
        <w:jc w:val="right"/>
      </w:pPr>
      <w:r>
        <w:t>وما للظالمين من أنصار</w:t>
      </w:r>
    </w:p>
    <w:p>
      <w:r>
        <w:rPr>
          <w:b/>
        </w:rPr>
        <w:t xml:space="preserve">[2:12:42] </w:t>
      </w:r>
      <w:r>
        <w:t>in tubdu al-sadaqati fa ni'amma</w:t>
      </w:r>
    </w:p>
    <w:p>
      <w:pPr>
        <w:jc w:val="right"/>
      </w:pPr>
      <w:r>
        <w:t>إن تبدوا الصدقات فنعم</w:t>
      </w:r>
    </w:p>
    <w:p>
      <w:r>
        <w:rPr>
          <w:b/>
        </w:rPr>
        <w:t xml:space="preserve">[2:12:46] </w:t>
      </w:r>
      <w:r>
        <w:t>ma hi wa in tukhfuha wa tu'tuha al-fuqara</w:t>
      </w:r>
    </w:p>
    <w:p>
      <w:pPr>
        <w:jc w:val="right"/>
      </w:pPr>
      <w:r>
        <w:t>ما هي وإن تخفوها وتؤتوها الفقراء</w:t>
      </w:r>
    </w:p>
    <w:p>
      <w:r>
        <w:rPr>
          <w:b/>
        </w:rPr>
        <w:t xml:space="preserve">[2:12:54] </w:t>
      </w:r>
      <w:r>
        <w:t>fa huwa khayrun lakum</w:t>
      </w:r>
    </w:p>
    <w:p>
      <w:pPr>
        <w:jc w:val="right"/>
      </w:pPr>
      <w:r>
        <w:t>فهو خير لكم</w:t>
      </w:r>
    </w:p>
    <w:p>
      <w:r>
        <w:rPr>
          <w:b/>
        </w:rPr>
        <w:t xml:space="preserve">[2:12:57] </w:t>
      </w:r>
      <w:r>
        <w:t>wa yukaffiru 'ankum min sayyiatikum</w:t>
      </w:r>
    </w:p>
    <w:p>
      <w:pPr>
        <w:jc w:val="right"/>
      </w:pPr>
      <w:r>
        <w:t>ويكفر عنكم من سيئاتكم</w:t>
      </w:r>
    </w:p>
    <w:p>
      <w:r>
        <w:rPr>
          <w:b/>
        </w:rPr>
        <w:t xml:space="preserve">[2:13:04] </w:t>
      </w:r>
      <w:r>
        <w:t>wallahu bima</w:t>
      </w:r>
    </w:p>
    <w:p>
      <w:pPr>
        <w:jc w:val="right"/>
      </w:pPr>
      <w:r>
        <w:t>والله بما</w:t>
      </w:r>
    </w:p>
    <w:p>
      <w:r>
        <w:rPr>
          <w:b/>
        </w:rPr>
        <w:t xml:space="preserve">[2:13:05] </w:t>
      </w:r>
      <w:r>
        <w:t>taamaloon khabeer lais alayka hidayahum walakin</w:t>
      </w:r>
    </w:p>
    <w:p>
      <w:pPr>
        <w:jc w:val="right"/>
      </w:pPr>
      <w:r>
        <w:t>تعملون خبير ليس عليك هداهم ولكن</w:t>
      </w:r>
    </w:p>
    <w:p>
      <w:r>
        <w:rPr>
          <w:b/>
        </w:rPr>
        <w:t xml:space="preserve">[2:13:13] </w:t>
      </w:r>
      <w:r>
        <w:t>allah yahdi man yashaa</w:t>
      </w:r>
    </w:p>
    <w:p>
      <w:pPr>
        <w:jc w:val="right"/>
      </w:pPr>
      <w:r>
        <w:t>الله يهدي من يشاء</w:t>
      </w:r>
    </w:p>
    <w:p>
      <w:r>
        <w:rPr>
          <w:b/>
        </w:rPr>
        <w:t xml:space="preserve">[2:13:19] </w:t>
      </w:r>
      <w:r>
        <w:t>wama tunfiqu min khair</w:t>
      </w:r>
    </w:p>
    <w:p>
      <w:pPr>
        <w:jc w:val="right"/>
      </w:pPr>
      <w:r>
        <w:t>وما تنفقوا من خير</w:t>
      </w:r>
    </w:p>
    <w:p>
      <w:r>
        <w:rPr>
          <w:b/>
        </w:rPr>
        <w:t xml:space="preserve">[2:13:23] </w:t>
      </w:r>
      <w:r>
        <w:t>falianfusikum wama tunfiqun</w:t>
      </w:r>
    </w:p>
    <w:p>
      <w:pPr>
        <w:jc w:val="right"/>
      </w:pPr>
      <w:r>
        <w:t>فلأنفسكم وما تنفقون</w:t>
      </w:r>
    </w:p>
    <w:p>
      <w:r>
        <w:rPr>
          <w:b/>
        </w:rPr>
        <w:t xml:space="preserve">[2:13:30] </w:t>
      </w:r>
      <w:r>
        <w:t>illa ibtighaa wajh allah</w:t>
      </w:r>
    </w:p>
    <w:p>
      <w:pPr>
        <w:jc w:val="right"/>
      </w:pPr>
      <w:r>
        <w:t>إلا ابتغاء وجه الله</w:t>
      </w:r>
    </w:p>
    <w:p>
      <w:r>
        <w:rPr>
          <w:b/>
        </w:rPr>
        <w:t xml:space="preserve">[2:13:37] </w:t>
      </w:r>
      <w:r>
        <w:t>wama tunfiqu min khair</w:t>
      </w:r>
    </w:p>
    <w:p>
      <w:pPr>
        <w:jc w:val="right"/>
      </w:pPr>
      <w:r>
        <w:t>وما تنفقوا من خير</w:t>
      </w:r>
    </w:p>
    <w:p>
      <w:r>
        <w:rPr>
          <w:b/>
        </w:rPr>
        <w:t xml:space="preserve">[2:13:41] </w:t>
      </w:r>
      <w:r>
        <w:t>yuwaffa ilaykum wawantum la tuzlamoon</w:t>
      </w:r>
    </w:p>
    <w:p>
      <w:pPr>
        <w:jc w:val="right"/>
      </w:pPr>
      <w:r>
        <w:t>يوفى إليكم وأنتم لا تظلمون</w:t>
      </w:r>
    </w:p>
    <w:p>
      <w:r>
        <w:rPr>
          <w:b/>
        </w:rPr>
        <w:t xml:space="preserve">[2:13:48] </w:t>
      </w:r>
      <w:r>
        <w:t>lilfuqara allazeena</w:t>
      </w:r>
    </w:p>
    <w:p>
      <w:pPr>
        <w:jc w:val="right"/>
      </w:pPr>
      <w:r>
        <w:t>للفقراء الذين</w:t>
      </w:r>
    </w:p>
    <w:p>
      <w:r>
        <w:rPr>
          <w:b/>
        </w:rPr>
        <w:t xml:space="preserve">[2:13:52] </w:t>
      </w:r>
      <w:r>
        <w:t>uhsiro fi sabeel allah la yastatee'oon</w:t>
      </w:r>
    </w:p>
    <w:p>
      <w:pPr>
        <w:jc w:val="right"/>
      </w:pPr>
      <w:r>
        <w:t>أحصروا في سبيل الله لا يستطيعون</w:t>
      </w:r>
    </w:p>
    <w:p>
      <w:r>
        <w:rPr>
          <w:b/>
        </w:rPr>
        <w:t xml:space="preserve">[2:13:57] </w:t>
      </w:r>
      <w:r>
        <w:t>darban fil ardi yahsabuhumul jahil</w:t>
      </w:r>
    </w:p>
    <w:p>
      <w:pPr>
        <w:jc w:val="right"/>
      </w:pPr>
      <w:r>
        <w:t>ضربا في الأرض يحسبهم الجاهل</w:t>
      </w:r>
    </w:p>
    <w:p>
      <w:r>
        <w:rPr>
          <w:b/>
        </w:rPr>
        <w:t xml:space="preserve">[2:14:03] </w:t>
      </w:r>
      <w:r>
        <w:t>yahsabuhumul jahil aghniyaa</w:t>
      </w:r>
    </w:p>
    <w:p>
      <w:pPr>
        <w:jc w:val="right"/>
      </w:pPr>
      <w:r>
        <w:t>يحسبهم الجاهل أغنياء</w:t>
      </w:r>
    </w:p>
    <w:p>
      <w:r>
        <w:rPr>
          <w:b/>
        </w:rPr>
        <w:t xml:space="preserve">[2:14:08] </w:t>
      </w:r>
      <w:r>
        <w:t>min al-taaffufi taarifuhum</w:t>
      </w:r>
    </w:p>
    <w:p>
      <w:pPr>
        <w:jc w:val="right"/>
      </w:pPr>
      <w:r>
        <w:t>من التعفف تعرفهم</w:t>
      </w:r>
    </w:p>
    <w:p>
      <w:r>
        <w:rPr>
          <w:b/>
        </w:rPr>
        <w:t xml:space="preserve">[2:14:11] </w:t>
      </w:r>
      <w:r>
        <w:t>bisimatihim la yas'aloon</w:t>
      </w:r>
    </w:p>
    <w:p>
      <w:pPr>
        <w:jc w:val="right"/>
      </w:pPr>
      <w:r>
        <w:t>بسيماهم لا يسألون</w:t>
      </w:r>
    </w:p>
    <w:p>
      <w:r>
        <w:rPr>
          <w:b/>
        </w:rPr>
        <w:t xml:space="preserve">[2:14:14] </w:t>
      </w:r>
      <w:r>
        <w:t>al-nasi ilhaafan wama tunfiqu min khair</w:t>
      </w:r>
    </w:p>
    <w:p>
      <w:pPr>
        <w:jc w:val="right"/>
      </w:pPr>
      <w:r>
        <w:t>الناس إلحافا وما تنفقوا من خير</w:t>
      </w:r>
    </w:p>
    <w:p>
      <w:r>
        <w:rPr>
          <w:b/>
        </w:rPr>
        <w:t xml:space="preserve">[2:14:22] </w:t>
      </w:r>
      <w:r>
        <w:t>fa inna allaha bihi aleem</w:t>
      </w:r>
    </w:p>
    <w:p>
      <w:pPr>
        <w:jc w:val="right"/>
      </w:pPr>
      <w:r>
        <w:t>فإن الله به عليم</w:t>
      </w:r>
    </w:p>
    <w:p>
      <w:r>
        <w:rPr>
          <w:b/>
        </w:rPr>
        <w:t xml:space="preserve">[2:14:28] </w:t>
      </w:r>
      <w:r>
        <w:t>allazeena yunfiquna amwalahum</w:t>
      </w:r>
    </w:p>
    <w:p>
      <w:pPr>
        <w:jc w:val="right"/>
      </w:pPr>
      <w:r>
        <w:t>الذين ينفقون أموالهم</w:t>
      </w:r>
    </w:p>
    <w:p>
      <w:r>
        <w:rPr>
          <w:b/>
        </w:rPr>
        <w:t xml:space="preserve">[2:14:32] </w:t>
      </w:r>
      <w:r>
        <w:t>bil-layli wal-nahari sirran wa alaniyati</w:t>
      </w:r>
    </w:p>
    <w:p>
      <w:pPr>
        <w:jc w:val="right"/>
      </w:pPr>
      <w:r>
        <w:t>بالليل والنهار سرا وعلانية</w:t>
      </w:r>
    </w:p>
    <w:p>
      <w:r>
        <w:rPr>
          <w:b/>
        </w:rPr>
        <w:t xml:space="preserve">[2:14:39] </w:t>
      </w:r>
      <w:r>
        <w:t>falahum</w:t>
      </w:r>
    </w:p>
    <w:p>
      <w:pPr>
        <w:jc w:val="right"/>
      </w:pPr>
      <w:r>
        <w:t>فلهم</w:t>
      </w:r>
    </w:p>
    <w:p>
      <w:r>
        <w:rPr>
          <w:b/>
        </w:rPr>
        <w:t xml:space="preserve">[2:14:39] </w:t>
      </w:r>
      <w:r>
        <w:t>ujooruhum 'inda Rabbihim wa la khawfun 'alayhim wa la hum yahzanoon.</w:t>
      </w:r>
    </w:p>
    <w:p>
      <w:pPr>
        <w:jc w:val="right"/>
      </w:pPr>
      <w:r>
        <w:t>أجرهم فلهم أجرهم عند ربهم ولا خوف عليهم ولا هم يحزنون</w:t>
      </w:r>
    </w:p>
    <w:p>
      <w:r>
        <w:rPr>
          <w:b/>
        </w:rPr>
        <w:t xml:space="preserve">[2:14:53] </w:t>
      </w:r>
      <w:r>
        <w:t>aur tum jo kharch karte ho ya jo nazar mante ho us ko Allah janta hai aur zalimon ka koi madadgar nahi</w:t>
      </w:r>
    </w:p>
    <w:p>
      <w:pPr>
        <w:jc w:val="right"/>
      </w:pPr>
      <w:r>
        <w:t>اور تم جو خرچ کرتے ہو یا جو نظر مانتے ہو اس کو اللہ جانتا ہے اور ظالموں کا کوئی مددگار نہیں</w:t>
      </w:r>
    </w:p>
    <w:p>
      <w:r>
        <w:rPr>
          <w:b/>
        </w:rPr>
        <w:t xml:space="preserve">[2:15:05] </w:t>
      </w:r>
      <w:r>
        <w:t>agar tum apni sadqat zahir kar ke do tab bhi acha hai aur agar tum unhein chupa kar muhtajon ko do to yeh tumhare liye ziyada behtar hai aur Allah tumhare gunahon ko door kar dega aur Allah tumhare kamon se waqif hai</w:t>
      </w:r>
    </w:p>
    <w:p>
      <w:pPr>
        <w:jc w:val="right"/>
      </w:pPr>
      <w:r>
        <w:t>اگر تم اپنی صدقات ظاہر کر کے دو تب بھی اچھا ہے اور اگر تم انہیں چھپا کر محتاجوں کو دو تو یہ تمہارے لیے زیادہ بہتر ہے اور اللہ تمہارے گناہوں کو دور کر دے گا اور اللہ تمہارے کاموں سے واقف ہے</w:t>
      </w:r>
    </w:p>
    <w:p>
      <w:r>
        <w:rPr>
          <w:b/>
        </w:rPr>
        <w:t xml:space="preserve">[2:15:27] </w:t>
      </w:r>
      <w:r>
        <w:t>un ko hidayat par lana tumhara zimma nahi balkay allah jis ko chahta hai hidayat deta hai</w:t>
      </w:r>
    </w:p>
    <w:p>
      <w:pPr>
        <w:jc w:val="right"/>
      </w:pPr>
      <w:r>
        <w:t>ان کو ہدایت پر لانا تمہارا ذمہ نہیں بلکہ اللہ جس کو چاہتا ہے ہدایت دیتا ہے</w:t>
      </w:r>
    </w:p>
    <w:p>
      <w:r>
        <w:rPr>
          <w:b/>
        </w:rPr>
        <w:t xml:space="preserve">[2:15:37] </w:t>
      </w:r>
      <w:r>
        <w:t>aur jo maal tum kharch karoge apnay hi liye karoge aur tum na kharch karo magar</w:t>
      </w:r>
    </w:p>
    <w:p>
      <w:pPr>
        <w:jc w:val="right"/>
      </w:pPr>
      <w:r>
        <w:t>اور جو مال تم خرچ کرو گے اپنے ہی لیے کرو گے اور تم نہ خرچ کرو مگر</w:t>
      </w:r>
    </w:p>
    <w:p>
      <w:r>
        <w:rPr>
          <w:b/>
        </w:rPr>
        <w:t xml:space="preserve">[2:15:44] </w:t>
      </w:r>
      <w:r>
        <w:t>allah ki raza chahanay kay liye</w:t>
      </w:r>
    </w:p>
    <w:p>
      <w:pPr>
        <w:jc w:val="right"/>
      </w:pPr>
      <w:r>
        <w:t>اللہ کی رضا چاہنے کے لیے</w:t>
      </w:r>
    </w:p>
    <w:p>
      <w:r>
        <w:rPr>
          <w:b/>
        </w:rPr>
        <w:t xml:space="preserve">[2:15:49] </w:t>
      </w:r>
      <w:r>
        <w:t>aur tum jo maal kharch karoge woh tum ko poora kar diya jayega aur tumharay liye</w:t>
      </w:r>
    </w:p>
    <w:p>
      <w:pPr>
        <w:jc w:val="right"/>
      </w:pPr>
      <w:r>
        <w:t>اور تم جو مال خرچ کرو گے وہ تم کو پورا کر دیا جائے گا اور تمہارے لیے</w:t>
      </w:r>
    </w:p>
    <w:p>
      <w:r>
        <w:rPr>
          <w:b/>
        </w:rPr>
        <w:t xml:space="preserve">[2:15:55] </w:t>
      </w:r>
      <w:r>
        <w:t>is mein kami na ki jayegi</w:t>
      </w:r>
    </w:p>
    <w:p>
      <w:pPr>
        <w:jc w:val="right"/>
      </w:pPr>
      <w:r>
        <w:t>اس میں کمی نہ کی جائے گی</w:t>
      </w:r>
    </w:p>
    <w:p>
      <w:r>
        <w:rPr>
          <w:b/>
        </w:rPr>
        <w:t xml:space="preserve">[2:15:59] </w:t>
      </w:r>
      <w:r>
        <w:t>sadqat un hajat mandon ke liye hain jo Allah ki rah mein ghar gaye hon zameen mein dor dhoop nahi kar sakte nawaqif aadmi un ko ghani khayal karta hai un ke na mangne ki wajah se tum un ko un ki surat se pehchan sakte ho</w:t>
      </w:r>
    </w:p>
    <w:p>
      <w:pPr>
        <w:jc w:val="right"/>
      </w:pPr>
      <w:r>
        <w:t>صدقات ان حاجت مندوں کے لیے ہیں جو اللہ کی راہ میں گھر گئے ہوں زمین میں دوڑ دھوپ نہیں کر سکتے ناواقف آدمی ان کو غنی خیال کرتا ہے ان کے نہ مانگنے کی وجہ سے تم ان کو ان کی صورت سے پہچان سکتے ہو</w:t>
      </w:r>
    </w:p>
    <w:p>
      <w:r>
        <w:rPr>
          <w:b/>
        </w:rPr>
        <w:t xml:space="preserve">[2:16:24] </w:t>
      </w:r>
      <w:r>
        <w:t>woh logon say lipat kar nahi mangtay</w:t>
      </w:r>
    </w:p>
    <w:p>
      <w:pPr>
        <w:jc w:val="right"/>
      </w:pPr>
      <w:r>
        <w:t>وہ لوگوں سے لپٹ کر نہیں مانگتے</w:t>
      </w:r>
    </w:p>
    <w:p>
      <w:r>
        <w:rPr>
          <w:b/>
        </w:rPr>
        <w:t xml:space="preserve">[2:16:28] </w:t>
      </w:r>
      <w:r>
        <w:t>aur jo maal tum kharch karoge woh allah ko maloom hai</w:t>
      </w:r>
    </w:p>
    <w:p>
      <w:pPr>
        <w:jc w:val="right"/>
      </w:pPr>
      <w:r>
        <w:t>اور جو مال تم خرچ کرو گے وہ اللہ کو معلوم ہے</w:t>
      </w:r>
    </w:p>
    <w:p>
      <w:r>
        <w:rPr>
          <w:b/>
        </w:rPr>
        <w:t xml:space="preserve">[2:16:34] </w:t>
      </w:r>
      <w:r>
        <w:t>jo log apne malon ko raat aur din chhupe aur khule kharch karte hain un ke liye un</w:t>
      </w:r>
    </w:p>
    <w:p>
      <w:pPr>
        <w:jc w:val="right"/>
      </w:pPr>
      <w:r>
        <w:t>جو لوگ اپنے مالوں کو رات اور دن چھپے اور کھلے خرچ کرتے ہیں ان کے لیے ان</w:t>
      </w:r>
    </w:p>
    <w:p>
      <w:r>
        <w:rPr>
          <w:b/>
        </w:rPr>
        <w:t xml:space="preserve">[2:16:43] </w:t>
      </w:r>
      <w:r>
        <w:t>ke rab ke paas ajar hai aur un ke liye na khauf hai aur na woh gamgeen hon</w:t>
      </w:r>
    </w:p>
    <w:p>
      <w:pPr>
        <w:jc w:val="right"/>
      </w:pPr>
      <w:r>
        <w:t>کے رب کے پاس اجر ہے اور ان کے لیے نہ خوف ہے اور نہ وہ غمگین ہوں</w:t>
      </w:r>
    </w:p>
    <w:p>
      <w:r>
        <w:rPr>
          <w:b/>
        </w:rPr>
        <w:t xml:space="preserve">[2:16:50] </w:t>
      </w:r>
      <w:r>
        <w:t>ge</w:t>
      </w:r>
    </w:p>
    <w:p>
      <w:pPr>
        <w:jc w:val="right"/>
      </w:pPr>
      <w:r>
        <w:t>گے</w:t>
      </w:r>
    </w:p>
    <w:p>
      <w:r>
        <w:rPr>
          <w:b/>
        </w:rPr>
        <w:t xml:space="preserve">[2:16:54] </w:t>
      </w:r>
      <w:r>
        <w:t>tashreeh Allah ki rah mein kharch karne ki sab se bari mad yeh hai ke un deeni khadimon ki mali madad ki jaye jo deen ki jud o juhad mein apne ko hamta laga dene ki wajah se be ma'ash ho gaye hon. ek kamyab tajir ke pas kisi doosre kaam ke liye waqt nahi rehta.</w:t>
      </w:r>
    </w:p>
    <w:p>
      <w:pPr>
        <w:jc w:val="right"/>
      </w:pPr>
      <w:r>
        <w:t>تشریح اللہ کی راہ میں خرچ کرنے کی سب سے بڑی مد یہ ہے کہ ان دینی خادموں کی مالی مدد کی جائے جو دین کی جدوجہد میں اپنے کو ہمتا لگا دینے کی وجہ سے بے معاش ہو گئے ہوں ایک کامیاب تاجر کے پاس کسی دوسرے کام کے لیے وقت نہیں رہتا</w:t>
      </w:r>
    </w:p>
    <w:p>
      <w:r>
        <w:rPr>
          <w:b/>
        </w:rPr>
        <w:t xml:space="preserve">[2:17:21] </w:t>
      </w:r>
      <w:r>
        <w:t>theek yahi muamla khidmat. jo shakhs jo shakhs yaksoi ke sath apne aap ko deen ki khidmat mein lagaye us ke pas ma'ashi jud o juhad ke liye waqt nahi rahega. mazeed yeh ke har kaam ki apni ek fitrat hai aur apni fitrat ke lihaz se woh aadmi ka zehn ek khaas dhang par banata hai.</w:t>
      </w:r>
    </w:p>
    <w:p>
      <w:pPr>
        <w:jc w:val="right"/>
      </w:pPr>
      <w:r>
        <w:t>ٹھیک یہی معاملہ خدمت. جو شخص جو شخص یکسوئی کے ساتھ اپنے آپ کو دین کی خدمت میں لگائے اس کے پاس معاشی جدوجہد کے لیے وقت نہیں رہے گا مزید یہ کہ ہر کام کی اپنی ایک فطرت ہے اور اپنی فطرت کے لحاظ سے وہ آدمی کا ذہن ایک خاص ڈھنگ پر بناتا ہے</w:t>
      </w:r>
    </w:p>
    <w:p>
      <w:r>
        <w:rPr>
          <w:b/>
        </w:rPr>
        <w:t xml:space="preserve">[2:17:50] </w:t>
      </w:r>
      <w:r>
        <w:t>jo shakhs tijarat mein lagta hai us ke andar dhire dhire tijarti mizaj paida ho jata hai. tijarat ki rah ki bareekiyan foran us ki samajh mein aa jati hain jab ke wohi aadmi deen ke rastay ki baaton ko gehrai ke sath pakar nahi pata. yeh muamla bar aks soorat mein khadim deen ka hota hai. ab is ka hal kya ho</w:t>
      </w:r>
    </w:p>
    <w:p>
      <w:pPr>
        <w:jc w:val="right"/>
      </w:pPr>
      <w:r>
        <w:t>جو شخص تجارت میں لگتا ہے اس کے اندر دھیرے دھیرے تجارتی مزاج پیدا ہو جاتا ہے تجارت کی راہ کی باریکیاں فوراً اس کی سمجھ میں آ جاتی ہیں جبکہ وہی آدمی دین کے راستے کی باتوں کو گہرائی کے ساتھ پکڑ نہیں پاتا یہ معاملہ برعکس صورت میں خادم دین کا ہوتا ہے اب اس کا حل کیا ہو</w:t>
      </w:r>
    </w:p>
    <w:p>
      <w:r>
        <w:rPr>
          <w:b/>
        </w:rPr>
        <w:t xml:space="preserve">[2:18:18] </w:t>
      </w:r>
      <w:r>
        <w:t>kyun ke kisi muashray mein dono qism ke kamon ka hona zaroori hai. is maslay ka hal yeh hai ke jin logon ke pas ma'ashi wasail jama ho gaye hain us mein woh un logon ka hissa lagayen jo deeni masroofiyat ki wajah se apni ma'ashiyat faraham na kar sakay. yeh goya ek tarah ki khamosh taqseem kar hai</w:t>
      </w:r>
    </w:p>
    <w:p>
      <w:pPr>
        <w:jc w:val="right"/>
      </w:pPr>
      <w:r>
        <w:t>کیونکہ کسی معاشرے میں دونوں قسم کے کاموں کا ہونا ضروری ہے اس مسئلے کا حل یہ ہے کہ جن لوگوں کے پاس معاشی وسائل جمع ہو گئے ہیں اس میں وہ ان لوگوں کا حصہ لگائیں جو دینی مصروفیت کی وجہ سے اپنی معاشیات فراہم نہ کر سکے یہ گویا ایک طرح کی خاموش تقسیم کار ہے</w:t>
      </w:r>
    </w:p>
    <w:p>
      <w:r>
        <w:rPr>
          <w:b/>
        </w:rPr>
        <w:t xml:space="preserve">[2:18:44] </w:t>
      </w:r>
      <w:r>
        <w:t>jo tarafain ke darmiyan khalis razae Elahi ke liye waqe' mein aati hai. khadim deen ne apne aap ko Allah ke liye yakso kiya tha is liye woh insaan se nahi mangta aur na un se panay ka umeedwar rehta.</w:t>
      </w:r>
    </w:p>
    <w:p>
      <w:pPr>
        <w:jc w:val="right"/>
      </w:pPr>
      <w:r>
        <w:t>جو طرفین کے درمیان خالص رضائے الہی کے لیے وقوع میں آتی ہے خادم دین نے اپنے آپ کو اللہ کے لیے یکسو کیا تھا اس لیے وہ انسان سے نہیں مانگتا اور نہ ان سے پانے کا امیدوار رہتا</w:t>
      </w:r>
    </w:p>
    <w:p>
      <w:r>
        <w:rPr>
          <w:b/>
        </w:rPr>
        <w:t xml:space="preserve">[2:19:06] </w:t>
      </w:r>
      <w:r>
        <w:t>doosri taraf sahib ma'ash yeh sochta hai ke mere pas ma'ashi wasail is qeemat par aaye hain ke main khidmat deen ki rah mein woh na kar saka jo mujh ko karna chahiye tha. is liye is ki talafi yeh hai ke main apne maal mein apne un bhaiyon ka hissa lagaoon jo goya meri kami ki talafi Khuda ke yahan kar rahe hain.</w:t>
      </w:r>
    </w:p>
    <w:p>
      <w:pPr>
        <w:jc w:val="right"/>
      </w:pPr>
      <w:r>
        <w:t>دوسری طرف صاحب معاش یہ سوچتا ہے کہ میرے پاس معاشی وسائل اس قیمت پر آئے ہیں کہ میں خدمت دین کی راہ میں وہ نہ کر سکا جو مجھ کو کرنا چاہیے تھا اس لیے اس کی تلافی یہ ہے کہ میں اپنے مال میں اپنے ان بھائیوں کا حصہ لگاؤں جو گویا میری کمی کی تلافی خدا کے یہاں کر رہے ہیں</w:t>
      </w:r>
    </w:p>
    <w:p>
      <w:r>
        <w:rPr>
          <w:b/>
        </w:rPr>
        <w:t xml:space="preserve">[2:19:34] </w:t>
      </w:r>
      <w:r>
        <w:t>jab deen ki jud o juhad is marhalay mein ho ke deen ke naam par ma'ashi uhde na milte hon jab deen ki rah mein lagne wala aadmi be rozgar ho jaye. us waqt deen ke khadimon ko apna maal dena bazahir mahol ke ek ghair aham tabqay se apna rishta jodna hai. aise afraad par kharch karna majlison mein qabil tazkira nahi hota.</w:t>
      </w:r>
    </w:p>
    <w:p>
      <w:pPr>
        <w:jc w:val="right"/>
      </w:pPr>
      <w:r>
        <w:t>جب دین کی جدوجہد اس مرحلے میں ہو کہ دین کے نام پر معاشی عہدے نہ ملتے ہوں جب دین کی راہ میں لگنے والا آدمی بے روزگار ہو جائے اس وقت دین کے خادموں کو اپنا مال دینا بظاہر ماحول کے ایک غیر اہم طبقے سے اپنا رشتہ جوڑنا ہے ایسے افراد پر خرچ کرنا مجلسوں میں قابل تذکرہ نہیں ہوتا</w:t>
      </w:r>
    </w:p>
    <w:p>
      <w:r>
        <w:rPr>
          <w:b/>
        </w:rPr>
        <w:t xml:space="preserve">[2:20:02] </w:t>
      </w:r>
      <w:r>
        <w:t>woh aadmi ki hesiyat aur namoori mein izafa nahi karta magar yahi woh kharch hai jo aadmi ko sab se ziyada Allah ki rehmaton ka mustahiq banata hai. ek sikka</w:t>
      </w:r>
    </w:p>
    <w:p>
      <w:pPr>
        <w:jc w:val="right"/>
      </w:pPr>
      <w:r>
        <w:t>وہ آدمی کی حیثیت اور ناموری میں اضافہ نہیں کرتا مگر یہی وہ خرچ ہے جو آدمی کو سب سے زیادہ اللہ کی رحمتوں کا مستحق بناتا ہے ایک سکہ</w:t>
      </w:r>
    </w:p>
    <w:p>
      <w:r>
        <w:rPr>
          <w:b/>
        </w:rPr>
        <w:t xml:space="preserve">[2:20:20] </w:t>
      </w:r>
      <w:r>
        <w:t>al-ladheena ya'kuloon al-riba la yaqoomoona illa kama yaqoomu alladhee yatakhabbatahu al-shaytanu min al-mass</w:t>
      </w:r>
    </w:p>
    <w:p>
      <w:pPr>
        <w:jc w:val="right"/>
      </w:pPr>
      <w:r>
        <w:t>الذین یعکلون الربا لا یقومون الا كما یقوم الذی یتخبطہ الشیطان من المس</w:t>
      </w:r>
    </w:p>
    <w:p>
      <w:r>
        <w:rPr>
          <w:b/>
        </w:rPr>
        <w:t xml:space="preserve">[2:20:31] </w:t>
      </w:r>
      <w:r>
        <w:t>dhalika bi-annahum qaloo</w:t>
      </w:r>
    </w:p>
    <w:p>
      <w:pPr>
        <w:jc w:val="right"/>
      </w:pPr>
      <w:r>
        <w:t>ذلك بانهم قالوا</w:t>
      </w:r>
    </w:p>
    <w:p>
      <w:r>
        <w:rPr>
          <w:b/>
        </w:rPr>
        <w:t xml:space="preserve">[2:20:37] </w:t>
      </w:r>
      <w:r>
        <w:t>innama al-bay'u mithlu al-riba</w:t>
      </w:r>
    </w:p>
    <w:p>
      <w:pPr>
        <w:jc w:val="right"/>
      </w:pPr>
      <w:r>
        <w:t>انما البيع مثل الربا</w:t>
      </w:r>
    </w:p>
    <w:p>
      <w:r>
        <w:rPr>
          <w:b/>
        </w:rPr>
        <w:t xml:space="preserve">[2:20:41] </w:t>
      </w:r>
      <w:r>
        <w:t>wa-ahalla Allahu al-bay'a wa-harrama al-riba</w:t>
      </w:r>
    </w:p>
    <w:p>
      <w:pPr>
        <w:jc w:val="right"/>
      </w:pPr>
      <w:r>
        <w:t>واحل اللہ البيع وحرم الربا</w:t>
      </w:r>
    </w:p>
    <w:p>
      <w:r>
        <w:rPr>
          <w:b/>
        </w:rPr>
        <w:t xml:space="preserve">[2:20:47] </w:t>
      </w:r>
      <w:r>
        <w:t>fa-man ja'ahu maw'izhatun</w:t>
      </w:r>
    </w:p>
    <w:p>
      <w:pPr>
        <w:jc w:val="right"/>
      </w:pPr>
      <w:r>
        <w:t>فمن جاءه موعظۃ</w:t>
      </w:r>
    </w:p>
    <w:p>
      <w:r>
        <w:rPr>
          <w:b/>
        </w:rPr>
        <w:t xml:space="preserve">[2:20:52] </w:t>
      </w:r>
      <w:r>
        <w:t>min rabbihi fa-antaha fa-lahu ma salafa wa-amruhu</w:t>
      </w:r>
    </w:p>
    <w:p>
      <w:pPr>
        <w:jc w:val="right"/>
      </w:pPr>
      <w:r>
        <w:t>من ربه فانتهى فله ما سلف وامره</w:t>
      </w:r>
    </w:p>
    <w:p>
      <w:r>
        <w:rPr>
          <w:b/>
        </w:rPr>
        <w:t xml:space="preserve">[2:20:58] </w:t>
      </w:r>
      <w:r>
        <w:t>ila Allah</w:t>
      </w:r>
    </w:p>
    <w:p>
      <w:pPr>
        <w:jc w:val="right"/>
      </w:pPr>
      <w:r>
        <w:t>الى الله</w:t>
      </w:r>
    </w:p>
    <w:p>
      <w:r>
        <w:rPr>
          <w:b/>
        </w:rPr>
        <w:t xml:space="preserve">[2:21:02] </w:t>
      </w:r>
      <w:r>
        <w:t>wa man 'aad fa'ula'ika ashabun nar hum fiha khalidoon yamhaqullahu ar riba wa yurbis sadaqat</w:t>
      </w:r>
    </w:p>
    <w:p>
      <w:pPr>
        <w:jc w:val="right"/>
      </w:pPr>
      <w:r>
        <w:t>ومن عاد فاولئك اصحاب النار هم فيها خالدون يمحق الله الربا ويربي الصدقات</w:t>
      </w:r>
    </w:p>
    <w:p>
      <w:r>
        <w:rPr>
          <w:b/>
        </w:rPr>
        <w:t xml:space="preserve">[2:21:18] </w:t>
      </w:r>
      <w:r>
        <w:t>wallahu la yuhibbu kulla kaffarin atheem innal ladheena amanoo wa 'amilus salihate wa aqamus salata wa atuz zakata lahum ajruhum 'inda rabbihim wa la khawfun 'alayhim wa la hum yahzanoon</w:t>
      </w:r>
    </w:p>
    <w:p>
      <w:pPr>
        <w:jc w:val="right"/>
      </w:pPr>
      <w:r>
        <w:t>والله لا يحب كل كفار اثيم ان الذين امنوا وعملوا الصالحات واقاموا الصلاه واتوا الزكاه لهم اجرهم عند ربهم ولا خوف عليهم ولا خوف عليهم ولا هم يحزنون</w:t>
      </w:r>
    </w:p>
    <w:p>
      <w:r>
        <w:rPr>
          <w:b/>
        </w:rPr>
        <w:t xml:space="preserve">[2:21:48] </w:t>
      </w:r>
      <w:r>
        <w:t>jo log sood khate hain woh qayamat mein na uthein ge magar is shakhs ki maanind jis ko shaitan ne chhoo kar khabti bana diya ho yeh is liye ke unhon ne kaha ke tijarat karna bhi waisa hi hai jaise sood lena halankeh Allah ne tijarat ko halaal thehraya hai aur sood ko haraam kiya hai</w:t>
      </w:r>
    </w:p>
    <w:p>
      <w:pPr>
        <w:jc w:val="right"/>
      </w:pPr>
      <w:r>
        <w:t>جو لوگ سود کھاتے ہیں وہ قیامت میں نہ اٹھیں گے مگر اس شخص کی مانند جس کو شیطان نے چھو کر خبطی بنا دیا ہو یہ اس لیے کہ انہوں نے کہا کہ تجارت کرنا بھی ویسا ہی ہے جیسے سود لینا حالانکہ اللہ نے تجارت کو حلال ٹھہرایا ہے اور سود کو حرام کیا ہے</w:t>
      </w:r>
    </w:p>
    <w:p>
      <w:r>
        <w:rPr>
          <w:b/>
        </w:rPr>
        <w:t xml:space="preserve">[2:22:12] </w:t>
      </w:r>
      <w:r>
        <w:t>phir jis shakhs ke paas us ke rab ki taraf se naseehat pohnchi aur woh baaz aa gaya to jo kuch woh le chuka woh us ke liye hai aur uska muamla Allah ke hawale hai aur jo shakhs phir wahi kare to wahi log dozakhi hain woh is mein hamesha rahen ge Allah sood ko ghatata hai aur sadqat ko badhata hai</w:t>
      </w:r>
    </w:p>
    <w:p>
      <w:pPr>
        <w:jc w:val="right"/>
      </w:pPr>
      <w:r>
        <w:t>پھر جس شخص کے پاس اس کے رب کی طرف سے نصیحت پہنچی اور وہ باز آ گیا تو جو کچھ وہ لے چکا وہ اس کے لیے ہے اور اس کا معاملہ اللہ کے حوالے ہے اور جو شخص پھر وہی کرے تو وہی لوگ دوزخی ہیں وہ اس میں ہمیشہ رہیں گے اللہ سود کو گھٹاتا ہے اور صدقات کو بڑھاتا ہے</w:t>
      </w:r>
    </w:p>
    <w:p>
      <w:r>
        <w:rPr>
          <w:b/>
        </w:rPr>
        <w:t xml:space="preserve">[2:22:41] </w:t>
      </w:r>
      <w:r>
        <w:t>Allah pasand nahi karta nashkaron ko gunahgaron ko beshak jo log imaan laye aur naik amal kiye aur namaz ki pabandi ki aur zakat ada ki un ke liye un ka ajr hai un ke rab ke paas un ke liye na koi andesha hai aur na woh ghamgeen honge</w:t>
      </w:r>
    </w:p>
    <w:p>
      <w:pPr>
        <w:jc w:val="right"/>
      </w:pPr>
      <w:r>
        <w:t>اللہ پسند نہیں کرتا ناشکروں کو گنہگاروں کو بے شک جو لوگ ایمان لائے اور نیک عمل کیے اور نماز کی پابندی کی اور زکوۃ ادا کی ان کے لیے ان کا اجر ہے ان کے رب کے پاس ان کے لیے نہ کوئی اندیشہ ہے اور نہ وہ غمگین ہوں گے</w:t>
      </w:r>
    </w:p>
    <w:p>
      <w:r>
        <w:rPr>
          <w:b/>
        </w:rPr>
        <w:t xml:space="preserve">[2:23:06] </w:t>
      </w:r>
      <w:r>
        <w:t>tashreeh bando ke darmiyan bahmi taur par jo maashi ta'alluqat matloob hain un ki alamat zakat hai zakat mein ek musalman doosre musalman ke huqooq ka iqrar yahan tak karta hai ke woh khud apni kamai ka ek hissa nikal kar apne bhai ko deta hai</w:t>
      </w:r>
    </w:p>
    <w:p>
      <w:pPr>
        <w:jc w:val="right"/>
      </w:pPr>
      <w:r>
        <w:t>تشریح بندوں کے درمیان باہمی طور پر جو معاشی تعلقات مطلوب ہیں ان کی علامت زکوۃ ہے زکوۃ میں ایک مسلمان دوسرے مسلمان کے حقوق کا اعتراف یہاں تک کرتا ہے کہ وہ خود اپنی کمائی کا ایک حصہ نکال کر اپنے بھائی کو دیتا ہے</w:t>
      </w:r>
    </w:p>
    <w:p>
      <w:r>
        <w:rPr>
          <w:b/>
        </w:rPr>
        <w:t xml:space="preserve">[2:23:32] </w:t>
      </w:r>
      <w:r>
        <w:t>jo deen huqooq shnasi ka aisa mahol banana chahta ho woh sood ke zarparastana tareeqe ko kisi tarah qabool nahi kar sakta aise mashre mein bahmi len den tijarat ke usool par hota hai na ke sood ke usool par tij</w:t>
      </w:r>
    </w:p>
    <w:p>
      <w:pPr>
        <w:jc w:val="right"/>
      </w:pPr>
      <w:r>
        <w:t>جو دین حقوق شناسی کا ایسا ماحول بنانا چاہتا ہو وہ سود کے زرپرستانہ طریقے کو کسی طرح قبول نہیں کر سکتا ایسے معاشرے میں باہمی لین دین تجارت کے اصول پر ہوتا ہے نہ کہ سود کے اصول پر تج</w:t>
      </w:r>
    </w:p>
    <w:p>
      <w:r>
        <w:rPr>
          <w:b/>
        </w:rPr>
        <w:t xml:space="preserve">[2:23:55] </w:t>
      </w:r>
      <w:r>
        <w:t>arat mein bhi aadmi nafa leta hai magar tijarat ka jo nafa hai woh aadmi ki mehnat aur us ke khatraat mol lene ki qeemat hota hai jabke sood ka nafa mahaz khudgharzi aur zarandozi ka nateeja hai</w:t>
      </w:r>
    </w:p>
    <w:p>
      <w:pPr>
        <w:jc w:val="right"/>
      </w:pPr>
      <w:r>
        <w:t>ارت میں بھی آدمی نفع لیتا ہے مگر تجارت کا جو نفع ہے وہ آدمی کی محنت اور اس کے خطرات مول لینے کی قیمت ہوتا ہے جبکہ سود کا نفع محض خودغرضی اور زر اندوزی کا نتیجہ ہے</w:t>
      </w:r>
    </w:p>
    <w:p>
      <w:r>
        <w:rPr>
          <w:b/>
        </w:rPr>
        <w:t xml:space="preserve">[2:24:16] </w:t>
      </w:r>
      <w:r>
        <w:t>sood ka karobar karne wala apni daulat doosre ko is liye deta hai ke woh is ke zariye apni daulat ko mazeed badhaye</w:t>
      </w:r>
    </w:p>
    <w:p>
      <w:pPr>
        <w:jc w:val="right"/>
      </w:pPr>
      <w:r>
        <w:t>سود کا کاروبار کرنے والا اپنی دولت دوسرے کو اس لیے دیتا ہے کہ وہ اس کے ذریعے اپنی دولت کو مزید بڑھائے</w:t>
      </w:r>
    </w:p>
    <w:p>
      <w:r>
        <w:rPr>
          <w:b/>
        </w:rPr>
        <w:t xml:space="preserve">[2:24:25] </w:t>
      </w:r>
      <w:r>
        <w:t>woh yeh dekh kar khush hota hai ke uska سرمایہ yaqini sharah se barh raha hai magar is amal ke douran woh khud apne andar jo insaan tayar karta hai woh ek khudgharaz aur dunyaparaast insaan hai is ke baraks jo aadmi apni kamai mein se sadqa karta hai</w:t>
      </w:r>
    </w:p>
    <w:p>
      <w:pPr>
        <w:jc w:val="right"/>
      </w:pPr>
      <w:r>
        <w:t>وہ یہ دیکھ کر خوش ہوتا ہے کہ اس کا سرمایہ یقینی شرح سے بڑھ رہا ہے مگر اس عمل کے دوران وہ خود اپنے اندر جو انسان تیار کرتا ہے وہ ایک خودغرض اور دنیا پرست انسان ہے اس کے برعکس جو آدمی اپنی کمائی میں سے صدقہ کرتا ہے</w:t>
      </w:r>
    </w:p>
    <w:p>
      <w:r>
        <w:rPr>
          <w:b/>
        </w:rPr>
        <w:t xml:space="preserve">[2:24:47] </w:t>
      </w:r>
      <w:r>
        <w:t>jo doosron ki zaroorat mandi ko apne liye tijarat ka sauda nahi banata balke us ke sath apne ko shareek karta hai aisa shakhs apne amal ke douran apne andar jo insaan tayar kar raha hai woh pehle se bilkul mukhtalif insaan hai yeh woh insaan hai jis ke dil mein doosron ki khair khwahi hai</w:t>
      </w:r>
    </w:p>
    <w:p>
      <w:pPr>
        <w:jc w:val="right"/>
      </w:pPr>
      <w:r>
        <w:t>جو دوسروں کی ضرورت مندی کو اپنے لیے تجارت کا سودا نہیں بناتا بلکہ اس کے ساتھ اپنے کو شریک کرتا ہے ایسا شخص اپنے عمل کے دوران اپنے اندر جو انسان تیار کر رہا ہے وہ پہلے سے بالکل مختلف انسان ہے یہ وہ انسان ہے جس کے دل میں دوسروں کی خیر خواہی ہے</w:t>
      </w:r>
    </w:p>
    <w:p>
      <w:r>
        <w:rPr>
          <w:b/>
        </w:rPr>
        <w:t xml:space="preserve">[2:25:16] </w:t>
      </w:r>
      <w:r>
        <w:t>jo zaati daire se oopar uth kar sochta hai</w:t>
      </w:r>
    </w:p>
    <w:p>
      <w:pPr>
        <w:jc w:val="right"/>
      </w:pPr>
      <w:r>
        <w:t>جو ذاتی دائرے سے اوپر اٹھ کر سوچتا ہے</w:t>
      </w:r>
    </w:p>
    <w:p>
      <w:r>
        <w:rPr>
          <w:b/>
        </w:rPr>
        <w:t xml:space="preserve">[2:25:24] </w:t>
      </w:r>
      <w:r>
        <w:t>dunya mein aadmi is liye nahi bheja gaya hai ke woh yahan apni kamai ke dhair lagaye aadmi ke liye dhair lagane ki jagah akhirat hai</w:t>
      </w:r>
    </w:p>
    <w:p>
      <w:pPr>
        <w:jc w:val="right"/>
      </w:pPr>
      <w:r>
        <w:t>دنیا میں آدمی اس لیے نہیں بھیجا گیا ہے کہ وہ یہاں اپنی کمائی کے ڈھیر لگائے آدمی کے لیے ڈھیر لگانے کی جگہ اخرت ہے</w:t>
      </w:r>
    </w:p>
    <w:p>
      <w:r>
        <w:rPr>
          <w:b/>
        </w:rPr>
        <w:t xml:space="preserve">[2:25:37] </w:t>
      </w:r>
      <w:r>
        <w:t>dunya mein aadmi ko is liye bheja gaya hai ke yeh dekha jaye ke in mein kaun hai jo apni khusoosiyat ke aitbar se is qabil hai ke us ko akhirat ki jannati dunya mein basaya jaye</w:t>
      </w:r>
    </w:p>
    <w:p>
      <w:pPr>
        <w:jc w:val="right"/>
      </w:pPr>
      <w:r>
        <w:t>دنیا میں آدمی کو اس لیے بھیجا گیا ہے کہ یہ دیکھا جائے کہ ان میں کون ہے جو اپنی خصوصیات کے اعتبار سے اس قابل ہے کہ اس کو اخرت کی جنتی دنیا میں بسایا جائے</w:t>
      </w:r>
    </w:p>
    <w:p>
      <w:r>
        <w:rPr>
          <w:b/>
        </w:rPr>
        <w:t xml:space="preserve">[2:25:56] </w:t>
      </w:r>
      <w:r>
        <w:t>jo log is salahiyat ka saboot den ge un ko Khuda jannat ka bashinda banne ke liye chun le ga aur baqi tamam log kooda katkat ki tarah jahannum mein phenk diye jayen ge</w:t>
      </w:r>
    </w:p>
    <w:p>
      <w:pPr>
        <w:jc w:val="right"/>
      </w:pPr>
      <w:r>
        <w:t>جو لوگ اس صلاحیت کا ثبوت دیں گے ان کو خدا جنت کا باشندہ بننے کے لیے چن لے گا اور باقی تمام لوگ کوڑا کٹکٹ کی طرح جہنم میں پھینک دیے جائیں گے</w:t>
      </w:r>
    </w:p>
    <w:p>
      <w:r>
        <w:rPr>
          <w:b/>
        </w:rPr>
        <w:t xml:space="preserve">[2:26:17] </w:t>
      </w:r>
      <w:r>
        <w:t>sadqa ki rooh hajatmand ko apna maal Khuda ke liye dena hai aur sood ki rooh istihsal ke liye dena sadqa is baat ki alamat hai ke aadmi akhirat mein apne liye nematton ka dhair dekhna chahta hai</w:t>
      </w:r>
    </w:p>
    <w:p>
      <w:pPr>
        <w:jc w:val="right"/>
      </w:pPr>
      <w:r>
        <w:t>صدقہ کی روح حاجت مند کو اپنا مال خدا کے لیے دینا ہے اور سود کی روح استحصال کے لیے دینا صدقہ اس بات کی علامت ہے کہ آدمی اخرت میں اپنے لیے نعمتوں کا ڈھیر دیکھنا چاہتا ہے</w:t>
      </w:r>
    </w:p>
    <w:p>
      <w:r>
        <w:rPr>
          <w:b/>
        </w:rPr>
        <w:t xml:space="preserve">[2:26:40] </w:t>
      </w:r>
      <w:r>
        <w:t>is ke muqable mein sood is baat ki alamat hai ke woh isi dunya mein apne liye dhair lagane ka khwahishmand hai yeh do alag alag insaan hain aur yeh mumkin nahi ke Khuda ke yahan dono ka anjam yaksaan qarar paye</w:t>
      </w:r>
    </w:p>
    <w:p>
      <w:pPr>
        <w:jc w:val="right"/>
      </w:pPr>
      <w:r>
        <w:t>اس کے مقابلے میں سود اس بات کی علامت ہے کہ وہ اسی دنیا میں اپنے لیے ڈھیر لگانے کا خواہشمند ہے یہ دو الگ الگ انسان ہیں اور یہ ممکن نہیں کہ خدا کے یہاں دونوں کا انجام یکساں قرار پائے</w:t>
      </w:r>
    </w:p>
    <w:p>
      <w:r>
        <w:rPr>
          <w:b/>
        </w:rPr>
        <w:t xml:space="preserve">[2:27:03] </w:t>
      </w:r>
      <w:r>
        <w:t>dunya isi ko milti hai jis ne dunya ke liye mehnat ki ho isi tarah akhirat usi ko mile gi jis ne akhirat ke liye apne asase ko qurban kiya</w:t>
      </w:r>
    </w:p>
    <w:p>
      <w:pPr>
        <w:jc w:val="right"/>
      </w:pPr>
      <w:r>
        <w:t>دنیا اسی کو ملتی ہے جس نے دنیا کے لیے محنت کی ہو اسی طرح اخرت اسی کو ملے گی جس نے اخرت کے لیے اپنے اثاثے کو قربان کیا</w:t>
      </w:r>
    </w:p>
    <w:p>
      <w:r>
        <w:rPr>
          <w:b/>
        </w:rPr>
        <w:t xml:space="preserve">[2:27:22] </w:t>
      </w:r>
      <w:r>
        <w:t>ya ayyuha alladheena amanoo ittaqoo Allah wa-dharoo ma baqiya min al-riba</w:t>
      </w:r>
    </w:p>
    <w:p>
      <w:pPr>
        <w:jc w:val="right"/>
      </w:pPr>
      <w:r>
        <w:t>يا أيها الذين آمنوا اتقوا الله وذروا ما بقي من الربا</w:t>
      </w:r>
    </w:p>
    <w:p>
      <w:r>
        <w:rPr>
          <w:b/>
        </w:rPr>
        <w:t xml:space="preserve">[2:27:32] </w:t>
      </w:r>
      <w:r>
        <w:t>in kuntum mu'mineen</w:t>
      </w:r>
    </w:p>
    <w:p>
      <w:pPr>
        <w:jc w:val="right"/>
      </w:pPr>
      <w:r>
        <w:t>إن كنتم مؤمنين</w:t>
      </w:r>
    </w:p>
    <w:p>
      <w:r>
        <w:rPr>
          <w:b/>
        </w:rPr>
        <w:t xml:space="preserve">[2:27:38] </w:t>
      </w:r>
      <w:r>
        <w:t>fa-in lam taf'aloo fa-adhanoo bi-harbin</w:t>
      </w:r>
    </w:p>
    <w:p>
      <w:pPr>
        <w:jc w:val="right"/>
      </w:pPr>
      <w:r>
        <w:t>فإن لم تفعلوا فأذنوا بحرب</w:t>
      </w:r>
    </w:p>
    <w:p>
      <w:r>
        <w:rPr>
          <w:b/>
        </w:rPr>
        <w:t xml:space="preserve">[2:27:42] </w:t>
      </w:r>
      <w:r>
        <w:t>min Allah wa-rasoolihi</w:t>
      </w:r>
    </w:p>
    <w:p>
      <w:pPr>
        <w:jc w:val="right"/>
      </w:pPr>
      <w:r>
        <w:t>من الله ورسوله</w:t>
      </w:r>
    </w:p>
    <w:p>
      <w:r>
        <w:rPr>
          <w:b/>
        </w:rPr>
        <w:t xml:space="preserve">[2:27:46] </w:t>
      </w:r>
      <w:r>
        <w:t>wa-in tubtum fa-lakum ru'oosu amwalikum la tadhlimoona wa-la tudhlamoon</w:t>
      </w:r>
    </w:p>
    <w:p>
      <w:pPr>
        <w:jc w:val="right"/>
      </w:pPr>
      <w:r>
        <w:t>وإن تبتم فلكم رؤوس أموالكم لا تظلمون ولا تظلمون</w:t>
      </w:r>
    </w:p>
    <w:p>
      <w:r>
        <w:rPr>
          <w:b/>
        </w:rPr>
        <w:t xml:space="preserve">[2:27:56] </w:t>
      </w:r>
      <w:r>
        <w:t>wa-in kana dhu 'usratin</w:t>
      </w:r>
    </w:p>
    <w:p>
      <w:pPr>
        <w:jc w:val="right"/>
      </w:pPr>
      <w:r>
        <w:t>وإن كان ذو عسره</w:t>
      </w:r>
    </w:p>
    <w:p>
      <w:r>
        <w:rPr>
          <w:b/>
        </w:rPr>
        <w:t xml:space="preserve">[2:28:00] </w:t>
      </w:r>
      <w:r>
        <w:t>fa-nadhiratun ila maysaratin</w:t>
      </w:r>
    </w:p>
    <w:p>
      <w:pPr>
        <w:jc w:val="right"/>
      </w:pPr>
      <w:r>
        <w:t>فنظره إلى ميسره</w:t>
      </w:r>
    </w:p>
    <w:p>
      <w:r>
        <w:rPr>
          <w:b/>
        </w:rPr>
        <w:t xml:space="preserve">[2:28:04] </w:t>
      </w:r>
      <w:r>
        <w:t>wa-an tasaddaqoo khayrun lakum</w:t>
      </w:r>
    </w:p>
    <w:p>
      <w:pPr>
        <w:jc w:val="right"/>
      </w:pPr>
      <w:r>
        <w:t>وأن تصدقوا خير لكم</w:t>
      </w:r>
    </w:p>
    <w:p>
      <w:r>
        <w:rPr>
          <w:b/>
        </w:rPr>
        <w:t xml:space="preserve">[2:28:08] </w:t>
      </w:r>
      <w:r>
        <w:t>in kuntum ta'lamoon wattaqoo yawman turja'oona feehi ilallahi thumma tuwaffa kullu nafsin ma kasabat wa hum la yudhlamoon</w:t>
      </w:r>
    </w:p>
    <w:p>
      <w:pPr>
        <w:jc w:val="right"/>
      </w:pPr>
      <w:r>
        <w:t>إن كنتم تعلمون واتقوا يوما ترجعون فيه إلى الله ثم توفى كل نفس ما كسبت وهم لا يظلمون</w:t>
      </w:r>
    </w:p>
    <w:p>
      <w:r>
        <w:rPr>
          <w:b/>
        </w:rPr>
        <w:t xml:space="preserve">[2:28:30] </w:t>
      </w:r>
      <w:r>
        <w:t>ae imaan walo! Allah se daro aur jo sood baqi reh gaya hai us ko chhod do agar tum momin ho.</w:t>
      </w:r>
    </w:p>
    <w:p>
      <w:pPr>
        <w:jc w:val="right"/>
      </w:pPr>
      <w:r>
        <w:t>اے ایمان والو! اللہ سے ڈرو اور جو سود باقی رہ گیا ہے اس کو چھوڑ دو اگر تم مومن ہو۔</w:t>
      </w:r>
    </w:p>
    <w:p>
      <w:r>
        <w:rPr>
          <w:b/>
        </w:rPr>
        <w:t xml:space="preserve">[2:28:43] </w:t>
      </w:r>
      <w:r>
        <w:t>agar tum aisa nahi karte to Allah aur us ke Rasool ki taraf se ladai ke liye khabardar ho jao.</w:t>
      </w:r>
    </w:p>
    <w:p>
      <w:pPr>
        <w:jc w:val="right"/>
      </w:pPr>
      <w:r>
        <w:t>اگر تم ایسا نہیں کرتے تو اللہ اور اس کے رسول کی طرف سے لڑائی کے لیے خبردار ہو جاؤ۔</w:t>
      </w:r>
    </w:p>
    <w:p>
      <w:r>
        <w:rPr>
          <w:b/>
        </w:rPr>
        <w:t xml:space="preserve">[2:28:54] </w:t>
      </w:r>
      <w:r>
        <w:t>aur agar tum toba kar lo to asal raqam ke tum haqdar ho.</w:t>
      </w:r>
    </w:p>
    <w:p>
      <w:pPr>
        <w:jc w:val="right"/>
      </w:pPr>
      <w:r>
        <w:t>اور اگر تم توبہ کر لو تو اصل رقم کے تم حقدار ہو۔</w:t>
      </w:r>
    </w:p>
    <w:p>
      <w:r>
        <w:rPr>
          <w:b/>
        </w:rPr>
        <w:t xml:space="preserve">[2:29:00] </w:t>
      </w:r>
      <w:r>
        <w:t>na tum kisi par zulm karo aur na tum par zulm kiya jaye.</w:t>
      </w:r>
    </w:p>
    <w:p>
      <w:pPr>
        <w:jc w:val="right"/>
      </w:pPr>
      <w:r>
        <w:t>نہ تم کسی پر ظلم کرو اور نہ تم پر ظلم کیا جائے۔</w:t>
      </w:r>
    </w:p>
    <w:p>
      <w:r>
        <w:rPr>
          <w:b/>
        </w:rPr>
        <w:t xml:space="preserve">[2:29:08] </w:t>
      </w:r>
      <w:r>
        <w:t>aur agar ek shakhs tangi wala hai to us ki farakhi tak mohlat do. aur agar maaf kar do to yeh tumhare liye zyada behtar hai</w:t>
      </w:r>
    </w:p>
    <w:p>
      <w:pPr>
        <w:jc w:val="right"/>
      </w:pPr>
      <w:r>
        <w:t>اور اگر ایک شخص تنگی والا ہے تو اس کی فراخی تک مہلت دو۔ اور اگر معاف کر دو تو یہ تمہارے لیے زیادہ بہتر ہے</w:t>
      </w:r>
    </w:p>
    <w:p>
      <w:r>
        <w:rPr>
          <w:b/>
        </w:rPr>
        <w:t xml:space="preserve">[2:29:21] </w:t>
      </w:r>
      <w:r>
        <w:t>agar tum samjho. aur is din se daro jis din tum Allah ki taraf lotaye jaoge.</w:t>
      </w:r>
    </w:p>
    <w:p>
      <w:pPr>
        <w:jc w:val="right"/>
      </w:pPr>
      <w:r>
        <w:t>اگر تم سمجھو۔ اور اس دن سے ڈرو جس دن تم اللہ کی طرف لوٹائے جاؤ گے۔</w:t>
      </w:r>
    </w:p>
    <w:p>
      <w:r>
        <w:rPr>
          <w:b/>
        </w:rPr>
        <w:t xml:space="preserve">[2:29:32] </w:t>
      </w:r>
      <w:r>
        <w:t>phir har shakhs ko us ka kiya hua poora poora mil jayega aur un par zulm na hoga.</w:t>
      </w:r>
    </w:p>
    <w:p>
      <w:pPr>
        <w:jc w:val="right"/>
      </w:pPr>
      <w:r>
        <w:t>پھر ہر شخص کو اس کا کیا ہوا پورا پورا مل جائے گا اور ان پر ظلم نہ ہوگا۔</w:t>
      </w:r>
    </w:p>
    <w:p>
      <w:r>
        <w:rPr>
          <w:b/>
        </w:rPr>
        <w:t xml:space="preserve">[2:29:46] </w:t>
      </w:r>
      <w:r>
        <w:t>tashreeh maashre ki islaah ka buniyadi usool yeh hai ke maashre ka koi fard na kisi doosre ke upar ziyadati kare aur na doosra koi is ke upar ziyadati kare.</w:t>
      </w:r>
    </w:p>
    <w:p>
      <w:pPr>
        <w:jc w:val="right"/>
      </w:pPr>
      <w:r>
        <w:t>تشریح معاشرے کی اصلاح کا بنیادی اصول یہ ہے کہ معاشرے کا کوئی فرد نہ کسی دوسرے کے اوپر زیادتی کرے اور نہ دوسرا کوئی اس کے اوپر زیادتی کرے۔</w:t>
      </w:r>
    </w:p>
    <w:p>
      <w:r>
        <w:rPr>
          <w:b/>
        </w:rPr>
        <w:t xml:space="preserve">[2:30:06] </w:t>
      </w:r>
      <w:r>
        <w:t>na koi kisi ke upar zalim bane aur na koi kisi ko mazloom banaye.</w:t>
      </w:r>
    </w:p>
    <w:p>
      <w:pPr>
        <w:jc w:val="right"/>
      </w:pPr>
      <w:r>
        <w:t>نہ کوئی کسی کے اوپر ظالم بنے اور نہ کوئی کسی کو مظلوم بنائے۔</w:t>
      </w:r>
    </w:p>
    <w:p>
      <w:r>
        <w:rPr>
          <w:b/>
        </w:rPr>
        <w:t xml:space="preserve">[2:30:17] </w:t>
      </w:r>
      <w:r>
        <w:t>sood khwari ek khula hua maashi zulm hai is liye Islam ne is ko haram thahraya. Hatta ke Islami iqtidaar ke tehat soodi karobar ko foujdari jurm qarar diya.</w:t>
      </w:r>
    </w:p>
    <w:p>
      <w:pPr>
        <w:jc w:val="right"/>
      </w:pPr>
      <w:r>
        <w:t>سود خواری ایک کھلا ہوا معاشی ظلم ہے اس لیے اسلام نے اس کو حرام ٹھہرایا۔ حتی کہ اسلامی اقتدار کے تحت سودی کاروبار کو فوجداری جرم قرار دیا۔</w:t>
      </w:r>
    </w:p>
    <w:p>
      <w:r>
        <w:rPr>
          <w:b/>
        </w:rPr>
        <w:t xml:space="preserve">[2:30:36] </w:t>
      </w:r>
      <w:r>
        <w:t>tahum ek sood khwar ko jis tarah doosre ke sath zalimana karobar karne ki ijazat nahi hai</w:t>
      </w:r>
    </w:p>
    <w:p>
      <w:pPr>
        <w:jc w:val="right"/>
      </w:pPr>
      <w:r>
        <w:t>تاہم ایک سود خوار کو جس طرح دوسرے کے ساتھ ظالمانہ کاروبار کرنے کی اجازت نہیں ہے</w:t>
      </w:r>
    </w:p>
    <w:p>
      <w:r>
        <w:rPr>
          <w:b/>
        </w:rPr>
        <w:t xml:space="preserve">[2:30:46] </w:t>
      </w:r>
      <w:r>
        <w:t>isi tarah kisi doosre ko bhi yeh haq nahi hai ke woh sood khwar ko apne zulm ka nishana banaye.</w:t>
      </w:r>
    </w:p>
    <w:p>
      <w:pPr>
        <w:jc w:val="right"/>
      </w:pPr>
      <w:r>
        <w:t>اسی طرح کسی دوسرے کو بھی یہ حق نہیں ہے کہ وہ سود خوار کو اپنے ظلم کا نشانہ بنائے۔</w:t>
      </w:r>
    </w:p>
    <w:p>
      <w:r>
        <w:rPr>
          <w:b/>
        </w:rPr>
        <w:t xml:space="preserve">[2:30:59] </w:t>
      </w:r>
      <w:r>
        <w:t>kisi ka mujrim hona is ko is ke deegar huqooq se mehroom nahi karta.</w:t>
      </w:r>
    </w:p>
    <w:p>
      <w:pPr>
        <w:jc w:val="right"/>
      </w:pPr>
      <w:r>
        <w:t>کسی کا مجرم ہونا اس کو اس کے دیگر حقوق سے محروم نہیں کرتا۔</w:t>
      </w:r>
    </w:p>
    <w:p>
      <w:r>
        <w:rPr>
          <w:b/>
        </w:rPr>
        <w:t xml:space="preserve">[2:31:06] </w:t>
      </w:r>
      <w:r>
        <w:t>sood khwar ke khilaf jab karwai ki jayegi to sirf is ke soodi izafe ko saaqt kiya jayega.</w:t>
      </w:r>
    </w:p>
    <w:p>
      <w:pPr>
        <w:jc w:val="right"/>
      </w:pPr>
      <w:r>
        <w:t>سود خوار کے خلاف جب کارروائی کی جائے گی تو صرف اس کے سودی اضافے کو ساقط کیا جائے گا۔</w:t>
      </w:r>
    </w:p>
    <w:p>
      <w:r>
        <w:rPr>
          <w:b/>
        </w:rPr>
        <w:t xml:space="preserve">[2:31:17] </w:t>
      </w:r>
      <w:r>
        <w:t>apni asal raqam ko wapas lene ka woh phir bhi haqdar hoga. Tahumumummi qanoon ke tehat Islam insani kamzoriyon ki bhi aakhri had tak riayat karta hai.</w:t>
      </w:r>
    </w:p>
    <w:p>
      <w:pPr>
        <w:jc w:val="right"/>
      </w:pPr>
      <w:r>
        <w:t>اپنی اصل رقم کو واپس لینے کا وہ پھر بھی حقدار ہوگا۔ تاہم عمومی قانون کے تحت اسلام انسانی کمزوریوں کی بھی آخری حد تک رعایت کرتا ہے۔</w:t>
      </w:r>
    </w:p>
    <w:p>
      <w:r>
        <w:rPr>
          <w:b/>
        </w:rPr>
        <w:t xml:space="preserve">[2:31:33] </w:t>
      </w:r>
      <w:r>
        <w:t>is liye hukum diya gaya ke koi qarzdaar agar waqt par tangdast hai to is ko us waqt tak mohlat di jayegi jab tak woh apne zimme ki raqam ada karne ke qabil na ho jaye.</w:t>
      </w:r>
    </w:p>
    <w:p>
      <w:pPr>
        <w:jc w:val="right"/>
      </w:pPr>
      <w:r>
        <w:t>اس لیے حکم دیا گیا کہ کوئی قرضدار اگر وقت پر تنگدست ہے تو اس کو اس وقت تک مہلت دی جائے گی جب تک وہ اپنے ذمے کی رقم ادا کرنے کے قابل ہو جائے۔</w:t>
      </w:r>
    </w:p>
    <w:p>
      <w:r>
        <w:rPr>
          <w:b/>
        </w:rPr>
        <w:t xml:space="preserve">[2:31:50] </w:t>
      </w:r>
      <w:r>
        <w:t>isi ke sath yeh talqeen bhi ki gayi ke koi shakhs qarz ki raqam ada karne ke qabil na rahe to is ke zimme ki raqam ko siray se maaf kar dene ka hausla paida karo.</w:t>
      </w:r>
    </w:p>
    <w:p>
      <w:pPr>
        <w:jc w:val="right"/>
      </w:pPr>
      <w:r>
        <w:t>اسی کے ساتھ یہ تلقین بھی کی گئی کہ کوئی شخص قرض کی رقم ادا کرنے کے قابل نہ رہے تو اس کے ذمے کی رقم کو سرے سے معاف کر دینے کا حوصلہ پیدا کرو۔</w:t>
      </w:r>
    </w:p>
    <w:p>
      <w:r>
        <w:rPr>
          <w:b/>
        </w:rPr>
        <w:t xml:space="preserve">[2:32:08] </w:t>
      </w:r>
      <w:r>
        <w:t>maaf karne wala Khuda ke yahan ajr ka mustahiq banta hai. Aur dunya mein is ka yeh faida hai ke maashre ke andar bahami riayat aur humdardi ki fiza paida hoti hai jo aakhir kar sab ke liye mufeed hai.</w:t>
      </w:r>
    </w:p>
    <w:p>
      <w:pPr>
        <w:jc w:val="right"/>
      </w:pPr>
      <w:r>
        <w:t>معاف کرنے والا خدا کے یہاں اجر کا مستحق بنتا ہے۔ اور دنیا میں اس کا یہ فائدہ ہے کہ معاشرے کے اندر باہمی رعایت اور ہمدردی کی فضا پیدا ہوتی ہے جو آخر کار سب کے لیے مفید ہے۔</w:t>
      </w:r>
    </w:p>
    <w:p>
      <w:r>
        <w:rPr>
          <w:b/>
        </w:rPr>
        <w:t xml:space="preserve">[2:32:31] </w:t>
      </w:r>
      <w:r>
        <w:t>tahum sirf qanoon ka nifaz maashre ki salah o falah ka zaman nahi. Haqeeqi islaah ke liye zaroori hai ke maashre mein taqwa ki fiza maujood ho.</w:t>
      </w:r>
    </w:p>
    <w:p>
      <w:pPr>
        <w:jc w:val="right"/>
      </w:pPr>
      <w:r>
        <w:t>تاہم صرف قانون کا نفاذ معاشرے کی صلاح و فلاح کا ضامن نہیں۔ حقیقی اصلاح کے لیے ضروری ہے کہ معاشرے میں تقویٰ کی فضا موجود ہو۔</w:t>
      </w:r>
    </w:p>
    <w:p>
      <w:r>
        <w:rPr>
          <w:b/>
        </w:rPr>
        <w:t xml:space="preserve">[2:32:47] </w:t>
      </w:r>
      <w:r>
        <w:t>is liye qanooni hukum batate hue imaan, taqwa aur aakhirat ka ehtimam ke sath zikr kiya gaya.</w:t>
      </w:r>
    </w:p>
    <w:p>
      <w:pPr>
        <w:jc w:val="right"/>
      </w:pPr>
      <w:r>
        <w:t>اس لیے قانونی حکم بتاتے ہوئے ایمان، تقویٰ اور آخرت کا اہتمام کے ساتھ ذکر کیا گیا۔</w:t>
      </w:r>
    </w:p>
    <w:p>
      <w:r>
        <w:rPr>
          <w:b/>
        </w:rPr>
        <w:t xml:space="preserve">[2:32:59] </w:t>
      </w:r>
      <w:r>
        <w:t>jis tarah ek secular nizam isi waqt kamyabi ke sath chalta hai jabke shehriyon ke andar is ke mutabiq qoumi kirdar maujood ho.</w:t>
      </w:r>
    </w:p>
    <w:p>
      <w:pPr>
        <w:jc w:val="right"/>
      </w:pPr>
      <w:r>
        <w:t>جس طرح ایک سیکولر نظام اسی وقت کامیابی کے ساتھ چلتا ہے جبکہ شہریوں کے اندر اس کے مطابق قومی کردار موجود ہو۔</w:t>
      </w:r>
    </w:p>
    <w:p>
      <w:r>
        <w:rPr>
          <w:b/>
        </w:rPr>
        <w:t xml:space="preserve">[2:33:12] </w:t>
      </w:r>
      <w:r>
        <w:t>isi tarah Islami nizam isi waqt sahi tor par waqe mein aata hai jabke afraad ke qabil lehaaz hisse mein taqwa ki rooh pai jati ho.</w:t>
      </w:r>
    </w:p>
    <w:p>
      <w:pPr>
        <w:jc w:val="right"/>
      </w:pPr>
      <w:r>
        <w:t>اسی طرح اسلامی نظام اسی وقت صحیح طور پر وقوع میں آتا ہے جبکہ افراد کے قابل لحاظ حصے میں تقویٰ کی روح پائی جاتی ہو۔</w:t>
      </w:r>
    </w:p>
    <w:p>
      <w:r>
        <w:rPr>
          <w:b/>
        </w:rPr>
        <w:t xml:space="preserve">[2:33:27] </w:t>
      </w:r>
      <w:r>
        <w:t>qoumi kirdar ya taqwa darasal matlooba nizam ke haq mein afraad ki amadgi ka naam hai. Aur afraad ke andar jab tak ek darje ki amadgi na ho mahaz qanoon ke zor par is ko nafiz nahi kiya ja sakta.</w:t>
      </w:r>
    </w:p>
    <w:p>
      <w:pPr>
        <w:jc w:val="right"/>
      </w:pPr>
      <w:r>
        <w:t>قومی کردار یا تقویٰ دراصل مطلوبہ نظام کے حق میں افراد کی آمادگی کا نام ہے۔ اور افراد کے اندر جب تک ایک درجے کی آمادگی نہ ہو محض قانون کے زور پر اس کو نافذ نہیں کیا جا سکتا۔</w:t>
      </w:r>
    </w:p>
    <w:p>
      <w:r>
        <w:rPr>
          <w:b/>
        </w:rPr>
        <w:t xml:space="preserve">[2:33:48] </w:t>
      </w:r>
      <w:r>
        <w:t>mazeed yeh ke Islam ki rooh se islaah maashra bajaye khud matloob cheez nahi.</w:t>
      </w:r>
    </w:p>
    <w:p>
      <w:pPr>
        <w:jc w:val="right"/>
      </w:pPr>
      <w:r>
        <w:t>مزید یہ کہ اسلام کی روح سے اصلاح معاشرہ بجائے خود مطلوب چیز نہیں۔</w:t>
      </w:r>
    </w:p>
    <w:p>
      <w:r>
        <w:rPr>
          <w:b/>
        </w:rPr>
        <w:t xml:space="preserve">[2:33:58] </w:t>
      </w:r>
      <w:r>
        <w:t>Islam mein asal matloob cheez fard ki islaah hai. Maashre ki islaah sirf is ka ek saanwi nateeja hai.</w:t>
      </w:r>
    </w:p>
    <w:p>
      <w:pPr>
        <w:jc w:val="right"/>
      </w:pPr>
      <w:r>
        <w:t>اسلام میں اصل مطلوب چیز فرد کی اصلاح ہے۔ معاشرے کی اصلاح صرف اس کا ایک ثانوی نتیجہ ہے۔</w:t>
      </w:r>
    </w:p>
    <w:p>
      <w:r>
        <w:rPr>
          <w:b/>
        </w:rPr>
        <w:t xml:space="preserve">[2:34:12] </w:t>
      </w:r>
      <w:r>
        <w:t>Quran jis imaan, taqwa aur fikr aakhirat ki taraf bulata hai is ka tahqquq fard ke andar hota hai na ke kisi ijtamai heiyat ke andar.</w:t>
      </w:r>
    </w:p>
    <w:p>
      <w:pPr>
        <w:jc w:val="right"/>
      </w:pPr>
      <w:r>
        <w:t>قرآن جس ایمان، تقویٰ اور فکر آخرت کی طرف بلاتا ہے اس کا تحقق فرد کے اندر ہوتا ہے نہ کہ کسی اجتماعی ہیئت کے اندر۔</w:t>
      </w:r>
    </w:p>
    <w:p>
      <w:r>
        <w:rPr>
          <w:b/>
        </w:rPr>
        <w:t xml:space="preserve">[2:34:25] </w:t>
      </w:r>
      <w:r>
        <w:t>is liye Qurani dawat ka asal mukhateb fard hai. Aur maashre ki islaah afraad ki islaah ka ijtamai zahoor.</w:t>
      </w:r>
    </w:p>
    <w:p>
      <w:pPr>
        <w:jc w:val="right"/>
      </w:pPr>
      <w:r>
        <w:t>اس لیے قرآنی دعوت کا اصل مخاطب فرد ہے۔ اور معاشرے کی اصلاح افراد کی اصلاح کا اجتماعی ظہور۔</w:t>
      </w:r>
    </w:p>
    <w:p>
      <w:r>
        <w:rPr>
          <w:b/>
        </w:rPr>
        <w:t xml:space="preserve">[2:34:41] </w:t>
      </w:r>
      <w:r>
        <w:t>ya ayyuha alladheena amanoo</w:t>
      </w:r>
    </w:p>
    <w:p>
      <w:pPr>
        <w:jc w:val="right"/>
      </w:pPr>
      <w:r>
        <w:t>يا أيها الذين آمنوا</w:t>
      </w:r>
    </w:p>
    <w:p>
      <w:r>
        <w:rPr>
          <w:b/>
        </w:rPr>
        <w:t xml:space="preserve">[2:34:47] </w:t>
      </w:r>
      <w:r>
        <w:t>idha tadayantum bi-daynin ila</w:t>
      </w:r>
    </w:p>
    <w:p>
      <w:pPr>
        <w:jc w:val="right"/>
      </w:pPr>
      <w:r>
        <w:t>إذا تداينتم بدين إلى</w:t>
      </w:r>
    </w:p>
    <w:p>
      <w:r>
        <w:rPr>
          <w:b/>
        </w:rPr>
        <w:t xml:space="preserve">[2:34:54] </w:t>
      </w:r>
      <w:r>
        <w:t>ajalin musamma fa-aktuboohu</w:t>
      </w:r>
    </w:p>
    <w:p>
      <w:pPr>
        <w:jc w:val="right"/>
      </w:pPr>
      <w:r>
        <w:t>أجل مسماً فاكتبوه</w:t>
      </w:r>
    </w:p>
    <w:p>
      <w:r>
        <w:rPr>
          <w:b/>
        </w:rPr>
        <w:t xml:space="preserve">[2:35:01] </w:t>
      </w:r>
      <w:r>
        <w:t>wa-layaktub baynakum katibun</w:t>
      </w:r>
    </w:p>
    <w:p>
      <w:pPr>
        <w:jc w:val="right"/>
      </w:pPr>
      <w:r>
        <w:t>وليكتب بينكم كاتب</w:t>
      </w:r>
    </w:p>
    <w:p>
      <w:r>
        <w:rPr>
          <w:b/>
        </w:rPr>
        <w:t xml:space="preserve">[2:35:05] </w:t>
      </w:r>
      <w:r>
        <w:t>bi-al-'adli wa-la ya'ba katibun an yaktuba kama 'allamahu Allahu</w:t>
      </w:r>
    </w:p>
    <w:p>
      <w:pPr>
        <w:jc w:val="right"/>
      </w:pPr>
      <w:r>
        <w:t>بالعدل ولا يأب كاتب أن يكتب كما علمه الله</w:t>
      </w:r>
    </w:p>
    <w:p>
      <w:r>
        <w:rPr>
          <w:b/>
        </w:rPr>
        <w:t xml:space="preserve">[2:35:15] </w:t>
      </w:r>
      <w:r>
        <w:t>fa-l-yaktub wa-l-yumillil-ladhee 'alayhi al-haqqu wa-l-yattaqi Allah rabbahu wa-la yabkhas minhu shay'an</w:t>
      </w:r>
    </w:p>
    <w:p>
      <w:pPr>
        <w:jc w:val="right"/>
      </w:pPr>
      <w:r>
        <w:t>فليكتب وليملل الذي عليه الحق وليتق الله ربه ولا يبخث منه شيئاً</w:t>
      </w:r>
    </w:p>
    <w:p>
      <w:r>
        <w:rPr>
          <w:b/>
        </w:rPr>
        <w:t xml:space="preserve">[2:35:26] </w:t>
      </w:r>
      <w:r>
        <w:t>fa-inna</w:t>
      </w:r>
    </w:p>
    <w:p>
      <w:pPr>
        <w:jc w:val="right"/>
      </w:pPr>
      <w:r>
        <w:t>فإن</w:t>
      </w:r>
    </w:p>
    <w:p>
      <w:r>
        <w:rPr>
          <w:b/>
        </w:rPr>
        <w:t xml:space="preserve">[2:35:27] </w:t>
      </w:r>
      <w:r>
        <w:t>kan alladhi 'alayhi al-haqq sufihan aw da'ifan aw la yastati' an yumillahu falyumill waliyyuhu bil-'adl</w:t>
      </w:r>
    </w:p>
    <w:p>
      <w:pPr>
        <w:jc w:val="right"/>
      </w:pPr>
      <w:r>
        <w:t>كان الذي عليه الحق سفيهاً أو ضعيفاً أو لا يستطيع أن يمله فليملل وليه بالعدل</w:t>
      </w:r>
    </w:p>
    <w:p>
      <w:r>
        <w:rPr>
          <w:b/>
        </w:rPr>
        <w:t xml:space="preserve">[2:35:41] </w:t>
      </w:r>
      <w:r>
        <w:t>wastashhidu shahidayni min rijali-kum</w:t>
      </w:r>
    </w:p>
    <w:p>
      <w:pPr>
        <w:jc w:val="right"/>
      </w:pPr>
      <w:r>
        <w:t>واستشهدوا شهيدين من رجالكم</w:t>
      </w:r>
    </w:p>
    <w:p>
      <w:r>
        <w:rPr>
          <w:b/>
        </w:rPr>
        <w:t xml:space="preserve">[2:35:46] </w:t>
      </w:r>
      <w:r>
        <w:t>fa'in lam yakuna rajulayn fa-rajul</w:t>
      </w:r>
    </w:p>
    <w:p>
      <w:pPr>
        <w:jc w:val="right"/>
      </w:pPr>
      <w:r>
        <w:t>فإن لم يكونا رجلين فرجل</w:t>
      </w:r>
    </w:p>
    <w:p>
      <w:r>
        <w:rPr>
          <w:b/>
        </w:rPr>
        <w:t xml:space="preserve">[2:35:50] </w:t>
      </w:r>
      <w:r>
        <w:t>wamra'atani mimman tarDununa min al-shuhada'</w:t>
      </w:r>
    </w:p>
    <w:p>
      <w:pPr>
        <w:jc w:val="right"/>
      </w:pPr>
      <w:r>
        <w:t>وامرأتان ممن ترضون من الشهداء</w:t>
      </w:r>
    </w:p>
    <w:p>
      <w:r>
        <w:rPr>
          <w:b/>
        </w:rPr>
        <w:t xml:space="preserve">[2:35:57] </w:t>
      </w:r>
      <w:r>
        <w:t>an taDilla ihda-huma</w:t>
      </w:r>
    </w:p>
    <w:p>
      <w:pPr>
        <w:jc w:val="right"/>
      </w:pPr>
      <w:r>
        <w:t>أن تضل إحداهما</w:t>
      </w:r>
    </w:p>
    <w:p>
      <w:r>
        <w:rPr>
          <w:b/>
        </w:rPr>
        <w:t xml:space="preserve">[2:36:02] </w:t>
      </w:r>
      <w:r>
        <w:t>an taDilla ihda-huma fa-tuthakkira ihda-huma al-ukhra</w:t>
      </w:r>
    </w:p>
    <w:p>
      <w:pPr>
        <w:jc w:val="right"/>
      </w:pPr>
      <w:r>
        <w:t>أن تضل إحداهما فتذكر إحداهما الأخرى</w:t>
      </w:r>
    </w:p>
    <w:p>
      <w:r>
        <w:rPr>
          <w:b/>
        </w:rPr>
        <w:t xml:space="preserve">[2:36:09] </w:t>
      </w:r>
      <w:r>
        <w:t>wa la ya'abba al-shuhada'</w:t>
      </w:r>
    </w:p>
    <w:p>
      <w:pPr>
        <w:jc w:val="right"/>
      </w:pPr>
      <w:r>
        <w:t>ولا يأب الشهداء</w:t>
      </w:r>
    </w:p>
    <w:p>
      <w:r>
        <w:rPr>
          <w:b/>
        </w:rPr>
        <w:t xml:space="preserve">[2:36:12] </w:t>
      </w:r>
      <w:r>
        <w:t>idha ma du'u</w:t>
      </w:r>
    </w:p>
    <w:p>
      <w:pPr>
        <w:jc w:val="right"/>
      </w:pPr>
      <w:r>
        <w:t>إذا ما دعوا</w:t>
      </w:r>
    </w:p>
    <w:p>
      <w:r>
        <w:rPr>
          <w:b/>
        </w:rPr>
        <w:t xml:space="preserve">[2:36:15] </w:t>
      </w:r>
      <w:r>
        <w:t>wa la tas'amu an taktubuhuSaghir an aw kabiran ila</w:t>
      </w:r>
    </w:p>
    <w:p>
      <w:pPr>
        <w:jc w:val="right"/>
      </w:pPr>
      <w:r>
        <w:t>ولا تسأموا أن تكتبوه صغيراً أو كبيراً إلى</w:t>
      </w:r>
    </w:p>
    <w:p>
      <w:r>
        <w:rPr>
          <w:b/>
        </w:rPr>
        <w:t xml:space="preserve">[2:36:25] </w:t>
      </w:r>
      <w:r>
        <w:t>ajalihi dhalikum aqsaTu 'inda Allahi wa aqwamu lil-shahadati wa adna</w:t>
      </w:r>
    </w:p>
    <w:p>
      <w:pPr>
        <w:jc w:val="right"/>
      </w:pPr>
      <w:r>
        <w:t>أجله ذلكم أقسط عند الله وأقوم للشهادة وأدنى</w:t>
      </w:r>
    </w:p>
    <w:p>
      <w:r>
        <w:rPr>
          <w:b/>
        </w:rPr>
        <w:t xml:space="preserve">[2:36:37] </w:t>
      </w:r>
      <w:r>
        <w:t>alla tartabu wa adna</w:t>
      </w:r>
    </w:p>
    <w:p>
      <w:pPr>
        <w:jc w:val="right"/>
      </w:pPr>
      <w:r>
        <w:t>ألا ترتابوا وأدنى</w:t>
      </w:r>
    </w:p>
    <w:p>
      <w:r>
        <w:rPr>
          <w:b/>
        </w:rPr>
        <w:t xml:space="preserve">[2:36:43] </w:t>
      </w:r>
      <w:r>
        <w:t>alla tartabu illa</w:t>
      </w:r>
    </w:p>
    <w:p>
      <w:pPr>
        <w:jc w:val="right"/>
      </w:pPr>
      <w:r>
        <w:t>ألا ترتابوا إلا</w:t>
      </w:r>
    </w:p>
    <w:p>
      <w:r>
        <w:rPr>
          <w:b/>
        </w:rPr>
        <w:t xml:space="preserve">[2:36:49] </w:t>
      </w:r>
      <w:r>
        <w:t>an takuna tijaratan HaDira-tan</w:t>
      </w:r>
    </w:p>
    <w:p>
      <w:pPr>
        <w:jc w:val="right"/>
      </w:pPr>
      <w:r>
        <w:t>أن تكون تجارة حاضرة</w:t>
      </w:r>
    </w:p>
    <w:p>
      <w:r>
        <w:rPr>
          <w:b/>
        </w:rPr>
        <w:t xml:space="preserve">[2:36:53] </w:t>
      </w:r>
      <w:r>
        <w:t>taduruna-ha bayna-kum taduruna-ha bayna-kum fa-laysa 'alay-kum</w:t>
      </w:r>
    </w:p>
    <w:p>
      <w:pPr>
        <w:jc w:val="right"/>
      </w:pPr>
      <w:r>
        <w:t>تديرونها بينكم تديرونها بينكم فليس عليكم</w:t>
      </w:r>
    </w:p>
    <w:p>
      <w:r>
        <w:rPr>
          <w:b/>
        </w:rPr>
        <w:t xml:space="preserve">[2:37:01] </w:t>
      </w:r>
      <w:r>
        <w:t>janahun alla taktubuh</w:t>
      </w:r>
    </w:p>
    <w:p>
      <w:pPr>
        <w:jc w:val="right"/>
      </w:pPr>
      <w:r>
        <w:t>جناح ألا تكتبوها</w:t>
      </w:r>
    </w:p>
    <w:p>
      <w:r>
        <w:rPr>
          <w:b/>
        </w:rPr>
        <w:t xml:space="preserve">[2:37:05] </w:t>
      </w:r>
      <w:r>
        <w:t>wa ash-hidu idha tabaya'tum</w:t>
      </w:r>
    </w:p>
    <w:p>
      <w:pPr>
        <w:jc w:val="right"/>
      </w:pPr>
      <w:r>
        <w:t>وأشهدوا إذا تبايعتم</w:t>
      </w:r>
    </w:p>
    <w:p>
      <w:r>
        <w:rPr>
          <w:b/>
        </w:rPr>
        <w:t xml:space="preserve">[2:37:11] </w:t>
      </w:r>
      <w:r>
        <w:t>wa la yuDarra katib</w:t>
      </w:r>
    </w:p>
    <w:p>
      <w:pPr>
        <w:jc w:val="right"/>
      </w:pPr>
      <w:r>
        <w:t>ولا يضار كاتب</w:t>
      </w:r>
    </w:p>
    <w:p>
      <w:r>
        <w:rPr>
          <w:b/>
        </w:rPr>
        <w:t xml:space="preserve">[2:37:16] </w:t>
      </w:r>
      <w:r>
        <w:t>wa la shahid wa in taf'alu fa-innahu</w:t>
      </w:r>
    </w:p>
    <w:p>
      <w:pPr>
        <w:jc w:val="right"/>
      </w:pPr>
      <w:r>
        <w:t>ولا شهيد وإن تفعلوا فإنه</w:t>
      </w:r>
    </w:p>
    <w:p>
      <w:r>
        <w:rPr>
          <w:b/>
        </w:rPr>
        <w:t xml:space="preserve">[2:37:24] </w:t>
      </w:r>
      <w:r>
        <w:t>fisqun bikum wattaqu Allaha wa yu'allimu-kum Allah</w:t>
      </w:r>
    </w:p>
    <w:p>
      <w:pPr>
        <w:jc w:val="right"/>
      </w:pPr>
      <w:r>
        <w:t>فسوق بكم واتقوا الله ويعلمكم الله</w:t>
      </w:r>
    </w:p>
    <w:p>
      <w:r>
        <w:rPr>
          <w:b/>
        </w:rPr>
        <w:t xml:space="preserve">[2:37:34] </w:t>
      </w:r>
      <w:r>
        <w:t>wa Allahu bi-kulli shay'in 'alim</w:t>
      </w:r>
    </w:p>
    <w:p>
      <w:pPr>
        <w:jc w:val="right"/>
      </w:pPr>
      <w:r>
        <w:t>والله بكل شيء عليم</w:t>
      </w:r>
    </w:p>
    <w:p>
      <w:r>
        <w:rPr>
          <w:b/>
        </w:rPr>
        <w:t xml:space="preserve">[2:37:39] </w:t>
      </w:r>
      <w:r>
        <w:t>wa in kuntum 'ala safarin wa lam tajidu katiban</w:t>
      </w:r>
    </w:p>
    <w:p>
      <w:pPr>
        <w:jc w:val="right"/>
      </w:pPr>
      <w:r>
        <w:t>وإن كنتم على سفر ولم تجدوا كاتباً</w:t>
      </w:r>
    </w:p>
    <w:p>
      <w:r>
        <w:rPr>
          <w:b/>
        </w:rPr>
        <w:t xml:space="preserve">[2:37:47] </w:t>
      </w:r>
      <w:r>
        <w:t>fa-rahanun maqbUDa-tun fa'in amina ba'Du-kum</w:t>
      </w:r>
    </w:p>
    <w:p>
      <w:pPr>
        <w:jc w:val="right"/>
      </w:pPr>
      <w:r>
        <w:t>فرهان مقبوضة فإن أمن بعضكم</w:t>
      </w:r>
    </w:p>
    <w:p>
      <w:r>
        <w:rPr>
          <w:b/>
        </w:rPr>
        <w:t xml:space="preserve">[2:37:54] </w:t>
      </w:r>
      <w:r>
        <w:t>ba'Dan falyu'addi alladhi i'tumina amanatahu wa liyattaqi Allaha rabba-hu</w:t>
      </w:r>
    </w:p>
    <w:p>
      <w:pPr>
        <w:jc w:val="right"/>
      </w:pPr>
      <w:r>
        <w:t>بعضاً فليؤد الذي ائتمن أمانته وليتق الله ربه</w:t>
      </w:r>
    </w:p>
    <w:p>
      <w:r>
        <w:rPr>
          <w:b/>
        </w:rPr>
        <w:t xml:space="preserve">[2:38:03] </w:t>
      </w:r>
      <w:r>
        <w:t>wa la taktumu al-shahadata</w:t>
      </w:r>
    </w:p>
    <w:p>
      <w:pPr>
        <w:jc w:val="right"/>
      </w:pPr>
      <w:r>
        <w:t>ولا تكتموا الشهادة</w:t>
      </w:r>
    </w:p>
    <w:p>
      <w:r>
        <w:rPr>
          <w:b/>
        </w:rPr>
        <w:t xml:space="preserve">[2:38:07] </w:t>
      </w:r>
      <w:r>
        <w:t>wa man yaktumha fa-innahu</w:t>
      </w:r>
    </w:p>
    <w:p>
      <w:pPr>
        <w:jc w:val="right"/>
      </w:pPr>
      <w:r>
        <w:t>ومن يكتمها فإنه</w:t>
      </w:r>
    </w:p>
    <w:p>
      <w:r>
        <w:rPr>
          <w:b/>
        </w:rPr>
        <w:t xml:space="preserve">[2:38:12] </w:t>
      </w:r>
      <w:r>
        <w:t>aathim qalbahu wallahu bima ta'maluna aleem</w:t>
      </w:r>
    </w:p>
    <w:p>
      <w:pPr>
        <w:jc w:val="right"/>
      </w:pPr>
      <w:r>
        <w:t>آثم قلبه والله بما تعملون عليم</w:t>
      </w:r>
    </w:p>
    <w:p>
      <w:r>
        <w:rPr>
          <w:b/>
        </w:rPr>
        <w:t xml:space="preserve">[2:38:22] </w:t>
      </w:r>
      <w:r>
        <w:t>ae imaan waalo! jab tum kisi muqarrar muddat ke liye udhaar ka lain dain karo to us ko likh liya karo aur us ko likh kar tumhaare darmiyaan koi likhne wala insaaf ke saath aur likhne wala likhne se inkaar na kare</w:t>
      </w:r>
    </w:p>
    <w:p>
      <w:pPr>
        <w:jc w:val="right"/>
      </w:pPr>
      <w:r>
        <w:t>اے ایمان والو! جب تم کسی مقرر مدت کے لیے ادھار کا لین دین کرو تو اس کو لکھ لیا کرو اور اس کو لکھ کر تمہارے درمیان کوئی لکھنے والا انصاف کے ساتھ اور لکھنے والا لکھنے سے انکار نہ کرے</w:t>
      </w:r>
    </w:p>
    <w:p>
      <w:r>
        <w:rPr>
          <w:b/>
        </w:rPr>
        <w:t xml:space="preserve">[2:38:47] </w:t>
      </w:r>
      <w:r>
        <w:t>jaisa allaah ne us ko sikhaaya usi tarah us ko chaahiye ke likh de aur woh shakhs likhwaaye jis par haq aata hai aur woh Dare allaah se jo us ka rab hai aur us mein koi kami na kare</w:t>
      </w:r>
    </w:p>
    <w:p>
      <w:pPr>
        <w:jc w:val="right"/>
      </w:pPr>
      <w:r>
        <w:t>جیسا اللہ نے اس کو سکھایا اسی طرح اس کو چاہیے کہ لکھ دے اور وہ شخص لکھوائے جس پر حق آتا ہے اور وہ ڈرے اللہ سے جو اس کا رب ہے اور اس میں کوئی کمی نہ کرے</w:t>
      </w:r>
    </w:p>
    <w:p>
      <w:r>
        <w:rPr>
          <w:b/>
        </w:rPr>
        <w:t xml:space="preserve">[2:39:07] </w:t>
      </w:r>
      <w:r>
        <w:t>aur agar woh shakhs jis par haq aata hai be samajh ho ya kamzor ho ya khud likhwane</w:t>
      </w:r>
    </w:p>
    <w:p>
      <w:pPr>
        <w:jc w:val="right"/>
      </w:pPr>
      <w:r>
        <w:t>اور اگر وہ شخص جس پر حق آتا ہے بے سمجھ ہو یا کمزور ہو یا خود لکھوانے</w:t>
      </w:r>
    </w:p>
    <w:p>
      <w:r>
        <w:rPr>
          <w:b/>
        </w:rPr>
        <w:t xml:space="preserve">[2:39:16] </w:t>
      </w:r>
      <w:r>
        <w:t>ki qudrat na rakhta ho to chahiye ke uska wali insaaf ke sath likhwa de</w:t>
      </w:r>
    </w:p>
    <w:p>
      <w:pPr>
        <w:jc w:val="right"/>
      </w:pPr>
      <w:r>
        <w:t>کی قدرت نہ رکھتا ہو تو چاہیے کہ اس کا ولی انصاف کے ساتھ لکھوا دے</w:t>
      </w:r>
    </w:p>
    <w:p>
      <w:r>
        <w:rPr>
          <w:b/>
        </w:rPr>
        <w:t xml:space="preserve">[2:39:24] </w:t>
      </w:r>
      <w:r>
        <w:t>aur apne murdon mein se do aadmiyon ko gawah kar lo</w:t>
      </w:r>
    </w:p>
    <w:p>
      <w:pPr>
        <w:jc w:val="right"/>
      </w:pPr>
      <w:r>
        <w:t>اور اپنے مردوں میں سے دو آدمیوں کو گواہ کر لو</w:t>
      </w:r>
    </w:p>
    <w:p>
      <w:r>
        <w:rPr>
          <w:b/>
        </w:rPr>
        <w:t xml:space="preserve">[2:39:30] </w:t>
      </w:r>
      <w:r>
        <w:t>aur agar do mard na hon to phir ek mard aur do auraten</w:t>
      </w:r>
    </w:p>
    <w:p>
      <w:pPr>
        <w:jc w:val="right"/>
      </w:pPr>
      <w:r>
        <w:t>اور اگر دو مرد نہ ہوں تو پھر ایک مرد اور دو عورتیں</w:t>
      </w:r>
    </w:p>
    <w:p>
      <w:r>
        <w:rPr>
          <w:b/>
        </w:rPr>
        <w:t xml:space="preserve">[2:39:37] </w:t>
      </w:r>
      <w:r>
        <w:t>un logon mein se jin ko tum pasand karte ho</w:t>
      </w:r>
    </w:p>
    <w:p>
      <w:pPr>
        <w:jc w:val="right"/>
      </w:pPr>
      <w:r>
        <w:t>ان لوگوں میں سے جن کو تم پسند کرتے ہو</w:t>
      </w:r>
    </w:p>
    <w:p>
      <w:r>
        <w:rPr>
          <w:b/>
        </w:rPr>
        <w:t xml:space="preserve">[2:39:42] </w:t>
      </w:r>
      <w:r>
        <w:t>taake agar ek aurat bhool jaye to doosri aurat is ko yaad dila de aur gawah inkar na</w:t>
      </w:r>
    </w:p>
    <w:p>
      <w:pPr>
        <w:jc w:val="right"/>
      </w:pPr>
      <w:r>
        <w:t>تاکہ اگر ایک عورت بھول جائے تو دوسری عورت اس کو یاد دلا دے اور گواہ انکار نہ</w:t>
      </w:r>
    </w:p>
    <w:p>
      <w:r>
        <w:rPr>
          <w:b/>
        </w:rPr>
        <w:t xml:space="preserve">[2:39:52] </w:t>
      </w:r>
      <w:r>
        <w:t>karen jab</w:t>
      </w:r>
    </w:p>
    <w:p>
      <w:pPr>
        <w:jc w:val="right"/>
      </w:pPr>
      <w:r>
        <w:t>کریں جب</w:t>
      </w:r>
    </w:p>
    <w:p>
      <w:r>
        <w:rPr>
          <w:b/>
        </w:rPr>
        <w:t xml:space="preserve">[2:39:53] </w:t>
      </w:r>
      <w:r>
        <w:t>woh bulaaye jaayen aur maamla chhota ho ya bada mi'aad ke ta'ayyun ke saath us ko likhne mein kaahili na karo</w:t>
      </w:r>
    </w:p>
    <w:p>
      <w:pPr>
        <w:jc w:val="right"/>
      </w:pPr>
      <w:r>
        <w:t>وہ بلائے جائیں اور معاملہ چھوٹا ہو یا بڑا میعاد کے تعین کے ساتھ اس کو لکھنے میں کاہلی نہ کرو</w:t>
      </w:r>
    </w:p>
    <w:p>
      <w:r>
        <w:rPr>
          <w:b/>
        </w:rPr>
        <w:t xml:space="preserve">[2:40:05] </w:t>
      </w:r>
      <w:r>
        <w:t>yeh likh lena allaah ke nazdeek zyada insaaf ka tareeqa hai aur gawaahi ko zyada durust rakhne wala hai aur zyada qareen qiyaas hai ke tum shubah mein na parho lekin</w:t>
      </w:r>
    </w:p>
    <w:p>
      <w:pPr>
        <w:jc w:val="right"/>
      </w:pPr>
      <w:r>
        <w:t>یہ لکھ لینا اللہ کے نزدیک زیادہ انصاف کا طریقہ ہے اور گواہی کو زیادہ درست رکھنے والا ہے اور زیادہ قرین قیاس ہے کہ تم شبہ میں نہ پڑو لیکن</w:t>
      </w:r>
    </w:p>
    <w:p>
      <w:r>
        <w:rPr>
          <w:b/>
        </w:rPr>
        <w:t xml:space="preserve">[2:40:22] </w:t>
      </w:r>
      <w:r>
        <w:t>agar koi saudaa dast badast ho jis ka tum aapas mein lain dain kiya karte ho to tum par koi ilzaam nahi ke tum us ko na likho</w:t>
      </w:r>
    </w:p>
    <w:p>
      <w:pPr>
        <w:jc w:val="right"/>
      </w:pPr>
      <w:r>
        <w:t>اگر کوئی سودا دست بدست ہو جس کا تم آپس میں لین دین کیا کرتے ہو تو تم پر کوئی الزام نہیں کہ تم اس کو نہ لکھو</w:t>
      </w:r>
    </w:p>
    <w:p>
      <w:r>
        <w:rPr>
          <w:b/>
        </w:rPr>
        <w:t xml:space="preserve">[2:40:36] </w:t>
      </w:r>
      <w:r>
        <w:t>magar jab yeh sauda karo to gawah bana liya karo aur kisi likhne wale ko ya gawah ko</w:t>
      </w:r>
    </w:p>
    <w:p>
      <w:pPr>
        <w:jc w:val="right"/>
      </w:pPr>
      <w:r>
        <w:t>مگر جب یہ سودا کرو تو گواہ بنا لیا کرو اور کسی لکھنے والے کو یا گواہ کو</w:t>
      </w:r>
    </w:p>
    <w:p>
      <w:r>
        <w:rPr>
          <w:b/>
        </w:rPr>
        <w:t xml:space="preserve">[2:40:46] </w:t>
      </w:r>
      <w:r>
        <w:t>takleef na pahunchai jaye</w:t>
      </w:r>
    </w:p>
    <w:p>
      <w:pPr>
        <w:jc w:val="right"/>
      </w:pPr>
      <w:r>
        <w:t>تکلیف نہ پہنچائی جائے</w:t>
      </w:r>
    </w:p>
    <w:p>
      <w:r>
        <w:rPr>
          <w:b/>
        </w:rPr>
        <w:t xml:space="preserve">[2:40:49] </w:t>
      </w:r>
      <w:r>
        <w:t>aur agar aisa karoge to yeh tumhare liye gunah ki baat hogi</w:t>
      </w:r>
    </w:p>
    <w:p>
      <w:pPr>
        <w:jc w:val="right"/>
      </w:pPr>
      <w:r>
        <w:t>اور اگر ایسا کرو گے تو یہ تمہارے لیے گناہ کی بات ہوگی</w:t>
      </w:r>
    </w:p>
    <w:p>
      <w:r>
        <w:rPr>
          <w:b/>
        </w:rPr>
        <w:t xml:space="preserve">[2:40:55] </w:t>
      </w:r>
      <w:r>
        <w:t>aur Allah se daro Allah tum ko sikhata hai aur Allah har cheez ka janne wala hai</w:t>
      </w:r>
    </w:p>
    <w:p>
      <w:pPr>
        <w:jc w:val="right"/>
      </w:pPr>
      <w:r>
        <w:t>اور اللہ سے ڈرو اللہ تم کو سکھاتا ہے اور اللہ ہر چیز کا جاننے والا ہے</w:t>
      </w:r>
    </w:p>
    <w:p>
      <w:r>
        <w:rPr>
          <w:b/>
        </w:rPr>
        <w:t xml:space="preserve">[2:41:05] </w:t>
      </w:r>
      <w:r>
        <w:t>aur agar tum safar mein ho aur koi likhne wala na pao to reham rakhne ki cheezen qabze</w:t>
      </w:r>
    </w:p>
    <w:p>
      <w:pPr>
        <w:jc w:val="right"/>
      </w:pPr>
      <w:r>
        <w:t>اور اگر تم سفر میں ہو اور کوئی لکھنے والا نہ پاؤ تو رحم رکھنے کی چیزیں قبضے</w:t>
      </w:r>
    </w:p>
    <w:p>
      <w:r>
        <w:rPr>
          <w:b/>
        </w:rPr>
        <w:t xml:space="preserve">[2:41:13] </w:t>
      </w:r>
      <w:r>
        <w:t>mein de di jayen aur agar ek doosre ka aitbaar karta ho to chahiye ke jis par aitbaar</w:t>
      </w:r>
    </w:p>
    <w:p>
      <w:pPr>
        <w:jc w:val="right"/>
      </w:pPr>
      <w:r>
        <w:t>میں دے دی جائیں اور اگر ایک دوسرے کا اعتبار کرتا ہو تو چاہیے کہ جس پر اعتبار</w:t>
      </w:r>
    </w:p>
    <w:p>
      <w:r>
        <w:rPr>
          <w:b/>
        </w:rPr>
        <w:t xml:space="preserve">[2:41:21] </w:t>
      </w:r>
      <w:r>
        <w:t>kiya gaya</w:t>
      </w:r>
    </w:p>
    <w:p>
      <w:pPr>
        <w:jc w:val="right"/>
      </w:pPr>
      <w:r>
        <w:t>کیا گیا</w:t>
      </w:r>
    </w:p>
    <w:p>
      <w:r>
        <w:rPr>
          <w:b/>
        </w:rPr>
        <w:t xml:space="preserve">[2:41:22] </w:t>
      </w:r>
      <w:r>
        <w:t>woh aitbaar ko poora kare aur allaah se Dare jo us ka rab hai aur gawaahi ko na chhupao aur jo shakhs chhupaye ga us ka dil gunahgaar hoga</w:t>
      </w:r>
    </w:p>
    <w:p>
      <w:pPr>
        <w:jc w:val="right"/>
      </w:pPr>
      <w:r>
        <w:t>وہ اعتبار کو پورا کرے اور اللہ سے ڈرے جو اس کا رب ہے اور گواہی کو نہ چھپاؤ اور جو شخص چھپائے گا اس کا دل گنہگار ہوگا</w:t>
      </w:r>
    </w:p>
    <w:p>
      <w:r>
        <w:rPr>
          <w:b/>
        </w:rPr>
        <w:t xml:space="preserve">[2:41:39] </w:t>
      </w:r>
      <w:r>
        <w:t>aur jo kuch tum karte ho allaah us ko jaan ne wala hai</w:t>
      </w:r>
    </w:p>
    <w:p>
      <w:pPr>
        <w:jc w:val="right"/>
      </w:pPr>
      <w:r>
        <w:t>اور جو کچھ تم کرتے ہو اللہ اس کو جاننے والا ہے</w:t>
      </w:r>
    </w:p>
    <w:p>
      <w:r>
        <w:rPr>
          <w:b/>
        </w:rPr>
        <w:t xml:space="preserve">[2:41:49] </w:t>
      </w:r>
      <w:r>
        <w:t>tashreeh</w:t>
      </w:r>
    </w:p>
    <w:p>
      <w:pPr>
        <w:jc w:val="right"/>
      </w:pPr>
      <w:r>
        <w:t>تشریح</w:t>
      </w:r>
    </w:p>
    <w:p>
      <w:r>
        <w:rPr>
          <w:b/>
        </w:rPr>
        <w:t xml:space="preserve">[2:41:52] </w:t>
      </w:r>
      <w:r>
        <w:t>do aadmiyon ke darmiyaan naqd maamla ho to lain dain ho kar usi waqt maamla khatm ho jaata hai</w:t>
      </w:r>
    </w:p>
    <w:p>
      <w:pPr>
        <w:jc w:val="right"/>
      </w:pPr>
      <w:r>
        <w:t>دو آدمیوں کے درمیان نقد معاملہ ہو تو لین دین ہو کر اسی وقت معاملہ ختم ہو جاتا ہے</w:t>
      </w:r>
    </w:p>
    <w:p>
      <w:r>
        <w:rPr>
          <w:b/>
        </w:rPr>
        <w:t xml:space="preserve">[2:42:03] </w:t>
      </w:r>
      <w:r>
        <w:t>magar udhaar maamlaat ki no'iyat mukhtalif hai</w:t>
      </w:r>
    </w:p>
    <w:p>
      <w:pPr>
        <w:jc w:val="right"/>
      </w:pPr>
      <w:r>
        <w:t>مگر ادھار معاملات کی نوعیت مختلف ہے</w:t>
      </w:r>
    </w:p>
    <w:p>
      <w:r>
        <w:rPr>
          <w:b/>
        </w:rPr>
        <w:t xml:space="preserve">[2:42:08] </w:t>
      </w:r>
      <w:r>
        <w:t>udhaar maamle mein agar saari baat zubaani ho to kaaghazi saboot na hone ki wajah se baat ko ikhtilaaf paida hone ka imkaan rehta hai tarafain apne apne mutaabiq maamle ki tasweer pesh karte hain aur koi aisi qat'i bunyaad nahi hoti jis ki roshni mein sahih faisla kiya ja sake</w:t>
      </w:r>
    </w:p>
    <w:p>
      <w:pPr>
        <w:jc w:val="right"/>
      </w:pPr>
      <w:r>
        <w:t>ادھار معاملے میں اگر ساری بات زبانی ہو تو کاغذی ثبوت نہ ہونے کی وجہ سے بات کو اختلاف پیدا ہونے کا امکان رہتا ہے طرفین اپنے اپنے مطابق معاملے کی تصویر پیش کرتے ہیں اور کوئی ایسی قطعی بنیاد نہیں ہوتی جس کی روشنی میں صحیح فیصلہ کیا جا سکے</w:t>
      </w:r>
    </w:p>
    <w:p>
      <w:r>
        <w:rPr>
          <w:b/>
        </w:rPr>
        <w:t xml:space="preserve">[2:42:38] </w:t>
      </w:r>
      <w:r>
        <w:t>nateejah yeh hota hai ke adaaygi ke waqt aksar dono ko ek doosre se shikaayaat paida ho jaati hain is ka hal tehreer hai naqd maamle ko likh liya jaaye to woh bhi behtar hai magar udhaar maamlaat ke liye to zaroori hai ke un ko baqaida tehreer mein laaya jaaye aur us par gawaah bana liye jaayen</w:t>
      </w:r>
    </w:p>
    <w:p>
      <w:pPr>
        <w:jc w:val="right"/>
      </w:pPr>
      <w:r>
        <w:t>نتیجہ یہ ہوتا ہے کہ ادائیگی کے وقت اکثر دونوں کو ایک دوسرے سے شکایات پیدا ہو جاتی ہیں اس کا حل تحریر ہے نقد معاملے کو لکھ لیا جائے تو وہ بھی بہتر ہے مگر ادھار معاملات کے لیے تو ضروری ہے کہ ان کو باقاعدہ تحریر میں لایا جائے اور اس پر گواہ بنا لیے جائیں</w:t>
      </w:r>
    </w:p>
    <w:p>
      <w:r>
        <w:rPr>
          <w:b/>
        </w:rPr>
        <w:t xml:space="preserve">[2:43:07] </w:t>
      </w:r>
      <w:r>
        <w:t>ikhtilaaf ke waqt yahi tehreer faisle ki bunyaad hogi yeh musalman ke liye taqwa aur adl ki ek hifaazati tadbeer hai kitaabat shuda sharaait ke mutaabiq woh apne huqooq ko ada kar ke khuda aur khalq ke saamne buree azmah ho jaata hai</w:t>
      </w:r>
    </w:p>
    <w:p>
      <w:pPr>
        <w:jc w:val="right"/>
      </w:pPr>
      <w:r>
        <w:t>اختلاف کے وقت یہی تحریر فیصلے کی بنیاد ہوگی یہ مسلمان کے لیے تقویٰ اور عدل کی ایک حفاظتی تدبیر ہے کتابت شدہ شرائط کے مطابق وہ اپنے حقوق کو ادا کر کے خدا اور خلق کے سامنے بری الذمہ ہو جاتا ہے</w:t>
      </w:r>
    </w:p>
    <w:p>
      <w:r>
        <w:rPr>
          <w:b/>
        </w:rPr>
        <w:t xml:space="preserve">[2:43:34] </w:t>
      </w:r>
      <w:r>
        <w:t>musalman khuda ke deen ke gawaah hain jis tarah allaah ki baat ko jaante hue chhupana jaaiz nahi usi tarah insaani maamlaat mein kisi ke paas koi gawaahi ho to us ko chaahiye ke us ko zaahir kar de</w:t>
      </w:r>
    </w:p>
    <w:p>
      <w:pPr>
        <w:jc w:val="right"/>
      </w:pPr>
      <w:r>
        <w:t>مسلمان خدا کے دین کے گواہ ہیں جس طرح اللہ کی بات کو جانتے ہوئے چھپانا جائز نہیں اسی طرح انسانی معاملات میں کسی کے پاس کوئی گواہی ہو تو اس کو چاہیے کہ اس کو ظاہر کر دے</w:t>
      </w:r>
    </w:p>
    <w:p>
      <w:r>
        <w:rPr>
          <w:b/>
        </w:rPr>
        <w:t xml:space="preserve">[2:43:53] </w:t>
      </w:r>
      <w:r>
        <w:t>gawaahi ko chhupana apne andar mujrimaana zehn ki parwarish karna hai aur maamle ke mansifana faisle mein woh hissa ada na karna hai jo woh ada kar sakta hai</w:t>
      </w:r>
    </w:p>
    <w:p>
      <w:pPr>
        <w:jc w:val="right"/>
      </w:pPr>
      <w:r>
        <w:t>گواہی کو چھپانا اپنے اندر مجرمانہ ذہن کی پرورش کرنا ہے اور معاملے کے منصفانہ فیصلے میں وہ حصہ ادا نہ کرنا ہے جو وہ ادا کر سکتا ہے</w:t>
      </w:r>
    </w:p>
    <w:p>
      <w:r>
        <w:rPr>
          <w:b/>
        </w:rPr>
        <w:t xml:space="preserve">[2:44:09] </w:t>
      </w:r>
      <w:r>
        <w:t>insaan ka zamir chahta hai ke jab ek cheez haq nazar aaye to us ke haq hone ka itraaf kiya jaaye aur jab ek cheez naahaq dikhaai de to us ke naahaq hone ka ailaan kiya jaaye aisi haalat mein jo shakhs apne waqaar aur maslahat ki khaatir apni zabaan ko band rakhta hai</w:t>
      </w:r>
    </w:p>
    <w:p>
      <w:pPr>
        <w:jc w:val="right"/>
      </w:pPr>
      <w:r>
        <w:t>انسان کا ضمیر چاہتا ہے کہ جب ایک چیز حق نظر آئے تو اس کے حق ہونے کا اعتراف کیا جائے اور جب ایک چیز ناحق دکھائی دے تو اس کے ناحق ہونے کا اعلان کیا جائے ایسی حالت میں جو شخص اپنے وقار اور مصلحت کی خاطر اپنی زبان کو بند رکھتا ہے</w:t>
      </w:r>
    </w:p>
    <w:p>
      <w:r>
        <w:rPr>
          <w:b/>
        </w:rPr>
        <w:t xml:space="preserve">[2:44:39] </w:t>
      </w:r>
      <w:r>
        <w:t>woh goya aisa mujrim hai jo apne jurm par khud hi gawaah ban gaya ho lillaahi maa fis-samaawaati wa maa fil-arDi wa in tubdoo maa</w:t>
      </w:r>
    </w:p>
    <w:p>
      <w:pPr>
        <w:jc w:val="right"/>
      </w:pPr>
      <w:r>
        <w:t>وہ گویا ایسا مجرم ہے جو اپنے جرم پر خود ہی گواہ بن گیا ہو لله ما في السماوات وما في الارض وان تبدوا ما في</w:t>
      </w:r>
    </w:p>
    <w:p>
      <w:r>
        <w:rPr>
          <w:b/>
        </w:rPr>
        <w:t xml:space="preserve">[2:45:01] </w:t>
      </w:r>
      <w:r>
        <w:t>anfusikum aw tukhfoohu yuhaasibkum bihil-laah</w:t>
      </w:r>
    </w:p>
    <w:p>
      <w:pPr>
        <w:jc w:val="right"/>
      </w:pPr>
      <w:r>
        <w:t>انفسكم او تخفوه يحاسبكم به الله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