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Chapter 60 Al-Mumtahanah (She Who is Tested) - Maulana Wahiduddin Khan</w:t>
      </w:r>
    </w:p>
    <w:p>
      <w:r>
        <w:t>https://www.youtube.com/watch?v=XG6TQvMRxYM</w:t>
      </w:r>
    </w:p>
    <w:p>
      <w:r>
        <w:rPr>
          <w:b/>
        </w:rPr>
        <w:t xml:space="preserve">[00:00] </w:t>
      </w:r>
      <w:r>
        <w:t>Bismillah hir-rahman nir-rahim.</w:t>
      </w:r>
    </w:p>
    <w:p>
      <w:pPr>
        <w:jc w:val="right"/>
      </w:pPr>
      <w:r>
        <w:t>بسم الله الرحمن الرحيم.</w:t>
      </w:r>
    </w:p>
    <w:p>
      <w:r>
        <w:rPr>
          <w:b/>
        </w:rPr>
        <w:t xml:space="preserve">[00:07] </w:t>
      </w:r>
      <w:r>
        <w:t>Ya ayyuhallazina amanu la tattakhidhu 'adwi wa 'aduwwakum auliyā tulquna ilaihim bil-mawaddati wa qad kafaru bima ja'akum.</w:t>
      </w:r>
    </w:p>
    <w:p>
      <w:pPr>
        <w:jc w:val="right"/>
      </w:pPr>
      <w:r>
        <w:t>يا أيها الذين آمنوا لا تتخذوا عدوي وعدوكم أولياء تلقون إليهم بالمودة وقد كفروا بما جاءكم.</w:t>
      </w:r>
    </w:p>
    <w:p>
      <w:r>
        <w:rPr>
          <w:b/>
        </w:rPr>
        <w:t xml:space="preserve">[00:29] </w:t>
      </w:r>
      <w:r>
        <w:t>Wa qad kafaru bima ja'akum min al-haqqi yukhrijun ar-rasula wa iyyakum an tu'minu billahi Rabbikum in kuntum kharajtum jihadan.</w:t>
      </w:r>
    </w:p>
    <w:p>
      <w:pPr>
        <w:jc w:val="right"/>
      </w:pPr>
      <w:r>
        <w:t>وقد كفروا بما جاءكم من الحق يخرجون الرسول وإياكم أن تؤمنوا بالله ربكم إن كنتم خرجتم جهادًا.</w:t>
      </w:r>
    </w:p>
    <w:p>
      <w:r>
        <w:rPr>
          <w:b/>
        </w:rPr>
        <w:t xml:space="preserve">[00:50] </w:t>
      </w:r>
      <w:r>
        <w:t>In kuntum kharajtum jihadan fi sabili wabtigha'a mardati tusirruna ilaihim bil-mawaddati wa ana a'lamu bima akhfaytum wa ma a'lantum.</w:t>
      </w:r>
    </w:p>
    <w:p>
      <w:pPr>
        <w:jc w:val="right"/>
      </w:pPr>
      <w:r>
        <w:t>إن كنتم خرجتم جهادًا في سبيلي وابتغاء مرضاتي تسرون إليهم بالمودة وأنا أعلم بما أخفيتم وما أعلنتم.</w:t>
      </w:r>
    </w:p>
    <w:p>
      <w:r>
        <w:rPr>
          <w:b/>
        </w:rPr>
        <w:t xml:space="preserve">[01:17] </w:t>
      </w:r>
      <w:r>
        <w:t>Wa man yaf'alhu minkum faqad dalla sawā'as-sabil.</w:t>
      </w:r>
    </w:p>
    <w:p>
      <w:pPr>
        <w:jc w:val="right"/>
      </w:pPr>
      <w:r>
        <w:t>ومن يفعله منكم فقد ضل سواء السبيل.</w:t>
      </w:r>
    </w:p>
    <w:p>
      <w:r>
        <w:rPr>
          <w:b/>
        </w:rPr>
        <w:t xml:space="preserve">[01:29] </w:t>
      </w:r>
      <w:r>
        <w:t>In yathqafukum kānū lakum a'dā'an wa yabsutu ilaikum aidiyahum.</w:t>
      </w:r>
    </w:p>
    <w:p>
      <w:pPr>
        <w:jc w:val="right"/>
      </w:pPr>
      <w:r>
        <w:t>إن يثقفوكم يكونوا لكم أعداءً ويبسطوا إليكم أيديهم.</w:t>
      </w:r>
    </w:p>
    <w:p>
      <w:r>
        <w:rPr>
          <w:b/>
        </w:rPr>
        <w:t xml:space="preserve">[01:42] </w:t>
      </w:r>
      <w:r>
        <w:t>Wa yabsutu ilaikum aidiyahum wa alsinatahum bis-su'i wa waddū law takfurun.</w:t>
      </w:r>
    </w:p>
    <w:p>
      <w:pPr>
        <w:jc w:val="right"/>
      </w:pPr>
      <w:r>
        <w:t>ويبسطوا إليكم أيديهم وألسنتهم بالسوء وودوا لو تكفرون.</w:t>
      </w:r>
    </w:p>
    <w:p>
      <w:r>
        <w:rPr>
          <w:b/>
        </w:rPr>
        <w:t xml:space="preserve">[01:57] </w:t>
      </w:r>
      <w:r>
        <w:t>Lan tanfa'akum arhamukum wa la auladukum yawmal qiyamati yafsilu bainakum wallahu bima ta'maluna basir.</w:t>
      </w:r>
    </w:p>
    <w:p>
      <w:pPr>
        <w:jc w:val="right"/>
      </w:pPr>
      <w:r>
        <w:t>لن تنفعكم أرحامكم ولا أولادكم يوم القيامة يفصل بينكم والله بما تعملون بصير.</w:t>
      </w:r>
    </w:p>
    <w:p>
      <w:r>
        <w:rPr>
          <w:b/>
        </w:rPr>
        <w:t xml:space="preserve">[02:18] </w:t>
      </w:r>
      <w:r>
        <w:t>shuru Allah ke naam se jo bara meharban nihayat reham wala hai.</w:t>
      </w:r>
    </w:p>
    <w:p>
      <w:pPr>
        <w:jc w:val="right"/>
      </w:pPr>
      <w:r>
        <w:t>شروع اللہ کے نام سے جو بڑا مہربان نہایت رحم والا ہے۔</w:t>
      </w:r>
    </w:p>
    <w:p>
      <w:r>
        <w:rPr>
          <w:b/>
        </w:rPr>
        <w:t xml:space="preserve">[02:26] </w:t>
      </w:r>
      <w:r>
        <w:t>Ae iman walo</w:t>
      </w:r>
    </w:p>
    <w:p>
      <w:pPr>
        <w:jc w:val="right"/>
      </w:pPr>
      <w:r>
        <w:t>اے ایمان والو</w:t>
      </w:r>
    </w:p>
    <w:p>
      <w:r>
        <w:rPr>
          <w:b/>
        </w:rPr>
        <w:t xml:space="preserve">[02:27] </w:t>
      </w:r>
      <w:r>
        <w:t>! tum mere dushmanon aur apne dushmanon ko dost na banao. Tum un se dosti ka izhar karte ho halankeh unhon ne is haq ka inkar kiya jo tumhare paas aya.</w:t>
      </w:r>
    </w:p>
    <w:p>
      <w:pPr>
        <w:jc w:val="right"/>
      </w:pPr>
      <w:r>
        <w:t>! تم میرے دشمنوں اور اپنے دشمنوں کو دوست نہ بناؤ۔ تم ان سے دوستی کا اظہار کرتے ہو حالانکہ انہوں نے اس حق کا انکار کیا جو تمہارے پاس آیا۔</w:t>
      </w:r>
    </w:p>
    <w:p>
      <w:r>
        <w:rPr>
          <w:b/>
        </w:rPr>
        <w:t xml:space="preserve">[02:42] </w:t>
      </w:r>
      <w:r>
        <w:t>Woh rasool ko aur tum ko is bina par jala watan karte hain keh tum apne Rab Allah par iman laye, agar tum meri rah mein jihad aur meri</w:t>
      </w:r>
    </w:p>
    <w:p>
      <w:pPr>
        <w:jc w:val="right"/>
      </w:pPr>
      <w:r>
        <w:t>وہ رسول کو اور تم کو اس بنا پر جلا وطن کرتے ہیں کہ تم اپنے رب اللہ پر ایمان لائے، اگر تم میری راہ میں جہاد اور میری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