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Story of Hazrat Fatima The Prophet's Cherished Daughter (Part- I) July 30, 2023</w:t>
      </w:r>
    </w:p>
    <w:p>
      <w:r>
        <w:t>https://youtu.be/MG9FmkFEyfo</w:t>
      </w:r>
    </w:p>
    <w:p>
      <w:r>
        <w:rPr>
          <w:b/>
        </w:rPr>
        <w:t xml:space="preserve">[00:00] </w:t>
      </w:r>
      <w:r>
        <w:t>assalam o alaikum. Today we will have conversation with Dr. Saniyah Hasnain Khan sahib on the story of Hazrat Fatima.</w:t>
      </w:r>
    </w:p>
    <w:p>
      <w:pPr>
        <w:jc w:val="right"/>
      </w:pPr>
      <w:r>
        <w:t>السلام علیکم۔ Today we will have conversation with Dr. ثانیہ حسنین خان صاحب on the story of Hazrat Fatima.</w:t>
      </w:r>
    </w:p>
    <w:p>
      <w:r>
        <w:rPr>
          <w:b/>
        </w:rPr>
        <w:t xml:space="preserve">[00:09] </w:t>
      </w:r>
      <w:r>
        <w:t>Hazrat Fatima, as we know, holds a significant position in Islamic history. Not only was she the daughter of Prophet Muhammad, but she was also revered for her wisdom, piety, and virtues.</w:t>
      </w:r>
    </w:p>
    <w:p>
      <w:pPr>
        <w:jc w:val="right"/>
      </w:pPr>
      <w:r>
        <w:t>Hazrat Fatima, as we know, holds a significant position in Islamic history. Not only was she the daughter of Prophet Muhammad, but she was also revered for her wisdom, piety, and virtues.</w:t>
      </w:r>
    </w:p>
    <w:p>
      <w:r>
        <w:rPr>
          <w:b/>
        </w:rPr>
        <w:t xml:space="preserve">[00:23] </w:t>
      </w:r>
      <w:r>
        <w:t>Prophet once said that, "Fatima is part of</w:t>
      </w:r>
    </w:p>
    <w:p>
      <w:pPr>
        <w:jc w:val="right"/>
      </w:pPr>
      <w:r>
        <w:t>Prophet once said that, "Fatima is part of</w:t>
      </w:r>
    </w:p>
    <w:p>
      <w:r>
        <w:rPr>
          <w:b/>
        </w:rPr>
        <w:t xml:space="preserve">[00:27] </w:t>
      </w:r>
      <w:r>
        <w:t>me; whoever makes her angry, makes me angry." The legacy of Hazrat Fatima continues to inspire millions of Muslims.</w:t>
      </w:r>
    </w:p>
    <w:p>
      <w:pPr>
        <w:jc w:val="right"/>
      </w:pPr>
      <w:r>
        <w:t>me; whoever makes her angry, makes me angry." The legacy of Hazrat Fatima continues to inspire millions of Muslims.</w:t>
      </w:r>
    </w:p>
    <w:p>
      <w:r>
        <w:rPr>
          <w:b/>
        </w:rPr>
        <w:t xml:space="preserve">[00:36] </w:t>
      </w:r>
      <w:r>
        <w:t>She remains a central figure in the hearts of Muslims and a role model for women. So today we will discuss her story with Dr.</w:t>
      </w:r>
    </w:p>
    <w:p>
      <w:pPr>
        <w:jc w:val="right"/>
      </w:pPr>
      <w:r>
        <w:t>She remains a central figure in the hearts of Muslims and a role model for women. So today we will discuss her story with Dr.</w:t>
      </w:r>
    </w:p>
    <w:p>
      <w:r>
        <w:rPr>
          <w:b/>
        </w:rPr>
        <w:t xml:space="preserve">[00:46] </w:t>
      </w:r>
      <w:r>
        <w:t>sahib, to chaliye inhi se charcha karte hain. assalam o alaikum doctor sahib, kaise hain aap? wa alaikum assalam, alhamdulillah. aap kaise hain?</w:t>
      </w:r>
    </w:p>
    <w:p>
      <w:pPr>
        <w:jc w:val="right"/>
      </w:pPr>
      <w:r>
        <w:t>صاحب، تو چلیے انہی سے چرچا کرتے ہیں۔ السلام علیکم ڈاکٹر صاحب، کیسے ہیں آپ؟ وعلیکم السلام، الحمدللہ۔ آپ کیسے ہیں؟</w:t>
      </w:r>
    </w:p>
    <w:p>
      <w:r>
        <w:rPr>
          <w:b/>
        </w:rPr>
        <w:t xml:space="preserve">[00:52] </w:t>
      </w:r>
      <w:r>
        <w:t>ji alhamdulillah. doctor sahib, aaj ka jo topic hai, I was really looking forward to hearing the story of Hazrat Fatima. So I'm very happy to be a part of today's session.</w:t>
      </w:r>
    </w:p>
    <w:p>
      <w:pPr>
        <w:jc w:val="right"/>
      </w:pPr>
      <w:r>
        <w:t>جی الحمدللہ۔ ڈاکٹر صاحب، آج کا جو ٹاپک ہے، I was really looking forward to hearing the story of Hazrat Fatima. So I'm very happy to be a part of today's session.</w:t>
      </w:r>
    </w:p>
    <w:p>
      <w:r>
        <w:rPr>
          <w:b/>
        </w:rPr>
        <w:t xml:space="preserve">[01:03] </w:t>
      </w:r>
      <w:r>
        <w:t>ji, bahut hi inspiring story hai. ji. to doctor sahib, sab se pehle, shuru se shuru karte hain, un ki zindagi ko le kar, I would request you to tell us about her birth, about her early life.</w:t>
      </w:r>
    </w:p>
    <w:p>
      <w:pPr>
        <w:jc w:val="right"/>
      </w:pPr>
      <w:r>
        <w:t>جی، بہت ہی انسپائرنگ اسٹوری ہے۔ جی۔ تو ڈاکٹر صاحب، سب سے پہلے، شروع سے شروع کرتے ہیں، ان کی زندگی کو لے کر، I would request you to tell us about her birth, about her early life.</w:t>
      </w:r>
    </w:p>
    <w:p>
      <w:r>
        <w:rPr>
          <w:b/>
        </w:rPr>
        <w:t xml:space="preserve">[01:17] </w:t>
      </w:r>
      <w:r>
        <w:t>wahan se bataiye.</w:t>
      </w:r>
    </w:p>
    <w:p>
      <w:pPr>
        <w:jc w:val="right"/>
      </w:pPr>
      <w:r>
        <w:t>وہاں سے بتائیے۔</w:t>
      </w:r>
    </w:p>
    <w:p>
      <w:r>
        <w:rPr>
          <w:b/>
        </w:rPr>
        <w:t xml:space="preserve">[01:19] </w:t>
      </w:r>
      <w:r>
        <w:t>bismillah hir rahman nir rahim, rab ishrah li sadri, wa yassir li amri, wahlul uqdatan min lisani, yafqahu qawli.</w:t>
      </w:r>
    </w:p>
    <w:p>
      <w:pPr>
        <w:jc w:val="right"/>
      </w:pPr>
      <w:r>
        <w:t>بسم الله الرحمن الرحيم، رب اشرح لی صدری، ویسر لی امری، واحل العقدۃ من لسانی، یفقہ قولی۔</w:t>
      </w:r>
    </w:p>
    <w:p>
      <w:r>
        <w:rPr>
          <w:b/>
        </w:rPr>
        <w:t xml:space="preserve">[01:31] </w:t>
      </w:r>
      <w:r>
        <w:t>hazrat fatima rz ki paidaish first year of Prophet h</w:t>
      </w:r>
    </w:p>
    <w:p>
      <w:pPr>
        <w:jc w:val="right"/>
      </w:pPr>
      <w:r>
        <w:t>حضرت فاطمہ رضی اللہ عنہا کی پیدائش فرسٹ ایئر آف پرافٹ ہ</w:t>
      </w:r>
    </w:p>
    <w:p>
      <w:r>
        <w:rPr>
          <w:b/>
        </w:rPr>
        <w:t xml:space="preserve">[01:38] </w:t>
      </w:r>
      <w:r>
        <w:t>d mein hui, yani jab pehli bar quran reveal hona shuru hua, usi saal mein aap paida huin. aur jo un ka naam hai fatima, wo ghaliban hazrat khadija rz ne rakha tha.</w:t>
      </w:r>
    </w:p>
    <w:p>
      <w:pPr>
        <w:jc w:val="right"/>
      </w:pPr>
      <w:r>
        <w:t>ڈ میں ہوئی، یعنی جب پہلی بار قرآن ریویل ہونا شروع ہوا، اسی سال میں آپ پیدا ہوئیں۔ اور جو ان کا نام ہے فاطمہ، وہ غالباً حضرت خدیجہ رضی اللہ عنہا نے رکھا تھا۔</w:t>
      </w:r>
    </w:p>
    <w:p>
      <w:r>
        <w:rPr>
          <w:b/>
        </w:rPr>
        <w:t xml:space="preserve">[01:55] </w:t>
      </w:r>
      <w:r>
        <w:t>chunki hazrat khadija ki mother ka naam bhi fatima tha, fatima bint zaid</w:t>
      </w:r>
    </w:p>
    <w:p>
      <w:pPr>
        <w:jc w:val="right"/>
      </w:pPr>
      <w:r>
        <w:t>چونکہ حضرت خدیجہ کی مدر کا نام بھی فاطمہ تھا، فاطمہ بنت زائد</w:t>
      </w:r>
    </w:p>
    <w:p>
      <w:r>
        <w:rPr>
          <w:b/>
        </w:rPr>
        <w:t xml:space="preserve">[02:00] </w:t>
      </w:r>
      <w:r>
        <w:t>h. waise fatima bahut common naam tha us waqt aur abhi bhi, aur is ka matlab hota hai ke</w:t>
      </w:r>
    </w:p>
    <w:p>
      <w:pPr>
        <w:jc w:val="right"/>
      </w:pPr>
      <w:r>
        <w:t>ہ۔ ویسے فاطمہ بہت کامن نام تھا اس وقت اور ابھی بھی، اور اس کا مطلب ہوتا ہے کہ</w:t>
      </w:r>
    </w:p>
    <w:p>
      <w:r>
        <w:rPr>
          <w:b/>
        </w:rPr>
        <w:t xml:space="preserve">[02:10] </w:t>
      </w:r>
      <w:r>
        <w:t>fil term baby, yani healthy baby. Healthy, full term baby and weaned, yeh is ka literal meaning hota hai. Aur jaisa aap ko maloom hai, Hazrat Khadija ka jo naam tha Khadija, uska matlab hota hai premature.</w:t>
      </w:r>
    </w:p>
    <w:p>
      <w:pPr>
        <w:jc w:val="right"/>
      </w:pPr>
      <w:r>
        <w:t>فل ٹرم بیبی، یعنی ہیلدی بیبی۔ Healthy, full term baby and weaned, یہ اس کا لٹرل میننگ ہوتا ہے۔ اور جیسا آپ کو معلوم ہے، حضرت خدیجہ کا جو نام تھا خدیجہ، اس کا مطلب ہوتا ہے پریمیچور۔</w:t>
      </w:r>
    </w:p>
    <w:p>
      <w:r>
        <w:rPr>
          <w:b/>
        </w:rPr>
        <w:t xml:space="preserve">[02:26] </w:t>
      </w:r>
      <w:r>
        <w:t>to bilkul ulta, premature aur Fatima ka matlab healthy and weaned. To Hazrat Ali ki mother ka naam bhi Fatima tha.</w:t>
      </w:r>
    </w:p>
    <w:p>
      <w:pPr>
        <w:jc w:val="right"/>
      </w:pPr>
      <w:r>
        <w:t>تو بالکل الٹا، پریمیچور اور فاطمہ کا مطلب ہیلدی اینڈ وینڈ۔ تو حضرت علی کی مدر کا نام بھی فاطمہ تھا۔</w:t>
      </w:r>
    </w:p>
    <w:p>
      <w:r>
        <w:rPr>
          <w:b/>
        </w:rPr>
        <w:t xml:space="preserve">[02:37] </w:t>
      </w:r>
      <w:r>
        <w:t>Fatima bohat common naam hota tha. Hazrat Ali ki jo mother theen, un ka naam tha Fatima bint Asad. Balkay unhon ne pehle Hazrat Ali ka naam Asad rakha tha.</w:t>
      </w:r>
    </w:p>
    <w:p>
      <w:pPr>
        <w:jc w:val="right"/>
      </w:pPr>
      <w:r>
        <w:t>فاطمہ بہت کامن نام ہوتا تھا۔ حضرت علی کی جو مدر تھیں، ان کا نام تھا فاطمہ بنت اسد۔ بلکہ انہوں نے پہلے حضرت علی کا نام اسد رکھا تھا۔</w:t>
      </w:r>
    </w:p>
    <w:p>
      <w:r>
        <w:rPr>
          <w:b/>
        </w:rPr>
        <w:t xml:space="preserve">[02:48] </w:t>
      </w:r>
      <w:r>
        <w:t>Asad ka matlab hota hai lion, lion. To lekin phir badal ke Ali rakh diya. To</w:t>
      </w:r>
    </w:p>
    <w:p>
      <w:pPr>
        <w:jc w:val="right"/>
      </w:pPr>
      <w:r>
        <w:t>اسد کا مطلب ہوتا ہے لائن، لائن۔ تو لیکن پھر بدل کے علی رکھ دیا۔ تو</w:t>
      </w:r>
    </w:p>
    <w:p>
      <w:r>
        <w:rPr>
          <w:b/>
        </w:rPr>
        <w:t xml:space="preserve">[02:55] </w:t>
      </w:r>
      <w:r>
        <w:t>kai nicknames bhi thay Hazrat Fatima R.A. ke, jaisay Al-Zahra, jo sab se zyada common naam hai, woh Al-Zahra hai. Beautifully bright, the splendid one aur shining, brilliant.</w:t>
      </w:r>
    </w:p>
    <w:p>
      <w:pPr>
        <w:jc w:val="right"/>
      </w:pPr>
      <w:r>
        <w:t>کئی نک نیمز بھی تھے حضرت فاطمہ رضی اللہ عنہا کے، جیسے الزہرا، جو سب سے زیادہ کامن نام ہے، وہ الزہرا ہے۔ Beautifully bright, the splendid one اور شائننگ، بریلینٹ۔</w:t>
      </w:r>
    </w:p>
    <w:p>
      <w:r>
        <w:rPr>
          <w:b/>
        </w:rPr>
        <w:t xml:space="preserve">[03:08] </w:t>
      </w:r>
      <w:r>
        <w:t>yani bohat hi, she was very beautiful aur shining chehra tha, is liye Al-Zahra kaha jata hai un ko. Aur Batool bhi kaha jata tha.</w:t>
      </w:r>
    </w:p>
    <w:p>
      <w:pPr>
        <w:jc w:val="right"/>
      </w:pPr>
      <w:r>
        <w:t>یعنی بہت ہی، she was very beautiful اور شائننگ چہرہ تھا، اس لیے الزہرا کہا جاتا ہے ان کو۔ اور بتول بھی کہا جاتا تھا۔</w:t>
      </w:r>
    </w:p>
    <w:p>
      <w:r>
        <w:rPr>
          <w:b/>
        </w:rPr>
        <w:t xml:space="preserve">[03:17] </w:t>
      </w:r>
      <w:r>
        <w:t>Batool ka matlab hota hai ke jo distraction se bache aur yaksu ho ke Allah ki ibadat kare aur har takleef ko bardasht kare.</w:t>
      </w:r>
    </w:p>
    <w:p>
      <w:pPr>
        <w:jc w:val="right"/>
      </w:pPr>
      <w:r>
        <w:t>بتول کا مطلب ہوتا ہے کہ جو ڈسٹریکشن سے بچے اور یکسو ہو کے اللہ کی عبادت کرے اور ہر تکلیف کو برداشت کرے۔</w:t>
      </w:r>
    </w:p>
    <w:p>
      <w:r>
        <w:rPr>
          <w:b/>
        </w:rPr>
        <w:t xml:space="preserve">[03:26] </w:t>
      </w:r>
      <w:r>
        <w:t>yani bohat hi sahi naam hai yeh, aur Allah ke ke ke upar razi ho jaye, Allah ke faisle par, to us ko Batool kehte hain.</w:t>
      </w:r>
    </w:p>
    <w:p>
      <w:pPr>
        <w:jc w:val="right"/>
      </w:pPr>
      <w:r>
        <w:t>یعنی بہت ہی صحیح نام ہے یہ، اور اللہ کے کے کے اوپر راضی ہو جائے، اللہ کے فیصلے پر، تو اس کو بتول کہتے ہیں۔</w:t>
      </w:r>
    </w:p>
    <w:p>
      <w:r>
        <w:rPr>
          <w:b/>
        </w:rPr>
        <w:t xml:space="preserve">[03:36] </w:t>
      </w:r>
      <w:r>
        <w:t>aise hi Radiya bhi naam tha un ka</w:t>
      </w:r>
    </w:p>
    <w:p>
      <w:pPr>
        <w:jc w:val="right"/>
      </w:pPr>
      <w:r>
        <w:t>ایسے ہی راضیہ بھی نام تھا ان کا</w:t>
      </w:r>
    </w:p>
    <w:p>
      <w:r>
        <w:rPr>
          <w:b/>
        </w:rPr>
        <w:t xml:space="preserve">[03:38] </w:t>
      </w:r>
      <w:r>
        <w:t>aik. Radiya ka matlab hai Khuda se razi hona. Aur Zakiyya bhi naam tha, yani bohat hi pakiza aur pak khatoon.</w:t>
      </w:r>
    </w:p>
    <w:p>
      <w:pPr>
        <w:jc w:val="right"/>
      </w:pPr>
      <w:r>
        <w:t>ایک۔ راضیہ کا مطلب ہے خدا سے راضی ہونا۔ اور زکیہ بھی نام تھا، یعنی بہت ہی پاکیزہ اور پاک خاتون۔</w:t>
      </w:r>
    </w:p>
    <w:p>
      <w:r>
        <w:rPr>
          <w:b/>
        </w:rPr>
        <w:t xml:space="preserve">[03:47] </w:t>
      </w:r>
      <w:r>
        <w:t>aur jaisa aap ne bhi kaha yeh ke Prophet ne kaha tha, Fatima bid'ati minni faman aghdabaha aghdabani ke Fatima is a part of me, is a piece of me, and who ever will anger her, who ever will make her angry, actually he will make me, me angry.</w:t>
      </w:r>
    </w:p>
    <w:p>
      <w:pPr>
        <w:jc w:val="right"/>
      </w:pPr>
      <w:r>
        <w:t>اور جیسے آپ نے بھی کہا یہ کہ پرافٹ نے کہا تھا، فاطمہ بدعت منی فمن اغضبہ اغضبنی کہ فاطمہ از اے پارٹ آف می، از اے پیس آف می، اینڈ ہو ایور ول اینگر ہر، ہو ایور ول میک ہر اینگری، ایکچولی ہی ول میک می، می اینگری۔</w:t>
      </w:r>
    </w:p>
    <w:p>
      <w:r>
        <w:rPr>
          <w:b/>
        </w:rPr>
        <w:t xml:space="preserve">[04:11] </w:t>
      </w:r>
      <w:r>
        <w:t>to yeh taluq tha Rasool Allah ka bohat hi gehra. Aise hi Hazrat Aisha R.A. se kisi ne poocha ke Who was the most beloved person to the Prophet?</w:t>
      </w:r>
    </w:p>
    <w:p>
      <w:pPr>
        <w:jc w:val="right"/>
      </w:pPr>
      <w:r>
        <w:t>تو یہ تعلق تھا رسول اللہ کا بہت ہی گہرا۔ ایسے ہی حضرت عائشہ رضی اللہ عنہ سے کسی نے پوچھا کہ Who was the most beloved person to the Prophet?</w:t>
      </w:r>
    </w:p>
    <w:p>
      <w:r>
        <w:rPr>
          <w:b/>
        </w:rPr>
        <w:t xml:space="preserve">[04:22] </w:t>
      </w:r>
      <w:r>
        <w:t>to Hazrat Aisha ne kaha, Fatima. To phir kisi ne poocha ke Among the men</w:t>
      </w:r>
    </w:p>
    <w:p>
      <w:pPr>
        <w:jc w:val="right"/>
      </w:pPr>
      <w:r>
        <w:t>تو حضرت عائشہ نے کہا، فاطمہ۔ تو پھر کسی نے پوچھا کہ Among the men</w:t>
      </w:r>
    </w:p>
    <w:p>
      <w:r>
        <w:rPr>
          <w:b/>
        </w:rPr>
        <w:t xml:space="preserve">[04:28] </w:t>
      </w:r>
      <w:r>
        <w:t>? To unhon ne kaha ke her husband, yani Hazrat Ali. Aur phir Hazrat Ali ke baray mein kaha ke He was a sawm qawwam yani He used to fast a lot and he used to stand up in prayer at night a lot.</w:t>
      </w:r>
    </w:p>
    <w:p>
      <w:pPr>
        <w:jc w:val="right"/>
      </w:pPr>
      <w:r>
        <w:t>? تو انہوں نے کہا کہ ہر ہسبینڈ، یعنی حضرت علی۔ اور پھر حضرت علی کے بارے میں کہا کہ He was a suwam qawwam یعنی He used to fast a lot and he used to stand up in prayer at night a lot.</w:t>
      </w:r>
    </w:p>
    <w:p>
      <w:r>
        <w:rPr>
          <w:b/>
        </w:rPr>
        <w:t xml:space="preserve">[04:44] </w:t>
      </w:r>
      <w:r>
        <w:t>sawm qawwam. Aur is tarah se, yani bohat hi, she had a very special place in the heart of the Prophet.</w:t>
      </w:r>
    </w:p>
    <w:p>
      <w:pPr>
        <w:jc w:val="right"/>
      </w:pPr>
      <w:r>
        <w:t>سوام قوام۔ اور اس طرح سے، یعنی بہت ہی، she had a very special place in the heart of the Prophet.</w:t>
      </w:r>
    </w:p>
    <w:p>
      <w:r>
        <w:rPr>
          <w:b/>
        </w:rPr>
        <w:t xml:space="preserve">[04:53] </w:t>
      </w:r>
      <w:r>
        <w:t>ji, mashallah.</w:t>
      </w:r>
    </w:p>
    <w:p>
      <w:pPr>
        <w:jc w:val="right"/>
      </w:pPr>
      <w:r>
        <w:t>جی، ماشاءاللہ۔</w:t>
      </w:r>
    </w:p>
    <w:p>
      <w:r>
        <w:rPr>
          <w:b/>
        </w:rPr>
        <w:t xml:space="preserve">[04:55] </w:t>
      </w:r>
      <w:r>
        <w:t>Doctor sahib, There are various historical accounts and hadiths which indicate that Hazrat Fatima had remarkable resemblance with her father, Prophet Muhammad.</w:t>
      </w:r>
    </w:p>
    <w:p>
      <w:pPr>
        <w:jc w:val="right"/>
      </w:pPr>
      <w:r>
        <w:t>ڈاکٹر صاحب، There are various historical accounts and hadiths which indicate that Hazrat Fatima had remarkable resemblance with her father, Prophet Muhammad.</w:t>
      </w:r>
    </w:p>
    <w:p>
      <w:r>
        <w:rPr>
          <w:b/>
        </w:rPr>
        <w:t xml:space="preserve">[05:07] </w:t>
      </w:r>
      <w:r>
        <w:t>to main chahoon ga is ke baray mein aap kuch batayein.</w:t>
      </w:r>
    </w:p>
    <w:p>
      <w:pPr>
        <w:jc w:val="right"/>
      </w:pPr>
      <w:r>
        <w:t>تو میں چاہوں گا اس کے بارے میں آپ کچھ بتائیں۔</w:t>
      </w:r>
    </w:p>
    <w:p>
      <w:r>
        <w:rPr>
          <w:b/>
        </w:rPr>
        <w:t xml:space="preserve">[05:10] </w:t>
      </w:r>
      <w:r>
        <w:t>haan, yeh bohat hi aham point hai. Kyun ke Hazrat Aisha R.A. ki hadith hai, bohat hi zabardast hadith hai, jis mein unhon ne kaha hai ke</w:t>
      </w:r>
    </w:p>
    <w:p>
      <w:pPr>
        <w:jc w:val="right"/>
      </w:pPr>
      <w:r>
        <w:t>ہاں، یہ بہت ہی اہم پوائنٹ ہے۔ کیونکہ حضرت عائشہ رضی اللہ عنہا کی حدیث ہے، بہت ہی زبردست حدیث ہے، جس میں انہوں نے کہا ہے کہ</w:t>
      </w:r>
    </w:p>
    <w:p>
      <w:r>
        <w:rPr>
          <w:b/>
        </w:rPr>
        <w:t xml:space="preserve">[05:28] </w:t>
      </w:r>
      <w:r>
        <w:t>No one resembles the Prophet like Fatima.</w:t>
      </w:r>
    </w:p>
    <w:p>
      <w:pPr>
        <w:jc w:val="right"/>
      </w:pPr>
      <w:r>
        <w:t>No one resembles the Prophet like Fatima.</w:t>
      </w:r>
    </w:p>
    <w:p>
      <w:r>
        <w:rPr>
          <w:b/>
        </w:rPr>
        <w:t xml:space="preserve">[05:32] </w:t>
      </w:r>
      <w:r>
        <w:t>She was a true copy of the Prophet. A female version of the Prophet. Ji. Hadith mein aise aata hai ke ma ra'aytu ahadan ashbaha samtan wa dalan wa hadyan bi Rasul Allah sallallahu 'alayhi wa sallam.</w:t>
      </w:r>
    </w:p>
    <w:p>
      <w:pPr>
        <w:jc w:val="right"/>
      </w:pPr>
      <w:r>
        <w:t>She was a true copy of the Prophet. A female version of the Prophet. جی۔ حدیث میں ایسے آتا ہے کہ ما رأيت أحداً أشبه سمتاً ودلاً وهدياً برسول الله صلى الله عليه وسلم.</w:t>
      </w:r>
    </w:p>
    <w:p>
      <w:r>
        <w:rPr>
          <w:b/>
        </w:rPr>
        <w:t xml:space="preserve">[05:48] </w:t>
      </w:r>
      <w:r>
        <w:t>I have never seen anyone resembling the Prophet like Fatima in his character, in his manners, in his guidance, and in his conduct.</w:t>
      </w:r>
    </w:p>
    <w:p>
      <w:pPr>
        <w:jc w:val="right"/>
      </w:pPr>
      <w:r>
        <w:t>I have never seen anyone resembling the Prophet like Fatima in his character, in his manners, in his guidance, and in his conduct.</w:t>
      </w:r>
    </w:p>
    <w:p>
      <w:r>
        <w:rPr>
          <w:b/>
        </w:rPr>
        <w:t xml:space="preserve">[06:00] </w:t>
      </w:r>
      <w:r>
        <w:t>aur dekhiye, ek aur bohat hi zabardast baat hai ke fi qiyamihā wa qu'ūdihā min Fatima. Even in his standing up and sitting down, Fatima would look exactly like him.</w:t>
      </w:r>
    </w:p>
    <w:p>
      <w:pPr>
        <w:jc w:val="right"/>
      </w:pPr>
      <w:r>
        <w:t>اور دیکھیے، ایک اور بہت ہی زبردست بات ہے کہ في قيامها وقعودها من فاطمة. Even in his standing up and sitting down, Fatima would look exactly like him.</w:t>
      </w:r>
    </w:p>
    <w:p>
      <w:r>
        <w:rPr>
          <w:b/>
        </w:rPr>
        <w:t xml:space="preserve">[06:15] </w:t>
      </w:r>
      <w:r>
        <w:t>yani har lihaz se bilkul Rasool Allah ki copy theen woh. Aur Hazrat Aisha farmati hain, Hazrat Aisha R.A. farmati hain ke wa kanat idha dakhala 'ala an-Nabi yani if Fatima enters in a room or a gathering where the Prophet is present,</w:t>
      </w:r>
    </w:p>
    <w:p>
      <w:pPr>
        <w:jc w:val="right"/>
      </w:pPr>
      <w:r>
        <w:t>یعنی ہر لحاظ سے بالکل رسول اللہ کی کاپی تھیں وہ۔ اور حضرت عائشہ فرماتیں، حضرت عائشہ رضی اللہ عنہا فرماتی ہیں کہ وكانت إذا دخلت على النبي یعنی if Fatima enters in a room or a gathering where the Prophet is present,</w:t>
      </w:r>
    </w:p>
    <w:p>
      <w:r>
        <w:rPr>
          <w:b/>
        </w:rPr>
        <w:t xml:space="preserve">[06:35] </w:t>
      </w:r>
      <w:r>
        <w:t>he would stand up</w:t>
      </w:r>
    </w:p>
    <w:p>
      <w:pPr>
        <w:jc w:val="right"/>
      </w:pPr>
      <w:r>
        <w:t>he would stand up</w:t>
      </w:r>
    </w:p>
    <w:p>
      <w:r>
        <w:rPr>
          <w:b/>
        </w:rPr>
        <w:t xml:space="preserve">[06:38] </w:t>
      </w:r>
      <w:r>
        <w:t>Ji. He would get up and greet her and he would kiss her on her forehead and let her sit where he was seated.</w:t>
      </w:r>
    </w:p>
    <w:p>
      <w:pPr>
        <w:jc w:val="right"/>
      </w:pPr>
      <w:r>
        <w:t>. جی۔ He would get up and greet her and he would kiss her on her forehead and let her sit where he was seated.</w:t>
      </w:r>
    </w:p>
    <w:p>
      <w:r>
        <w:rPr>
          <w:b/>
        </w:rPr>
        <w:t xml:space="preserve">[06:53] </w:t>
      </w:r>
      <w:r>
        <w:t>yani jahan bhi kursi hai ya koi table hai ya koi chair hai ya koi jagah hai, couch hai, agar prophet wahan bethe hue thay to wahin bethate thay apni apni jagah pe.</w:t>
      </w:r>
    </w:p>
    <w:p>
      <w:pPr>
        <w:jc w:val="right"/>
      </w:pPr>
      <w:r>
        <w:t>یعنی جہاں بھی کرسی ہے یا کوئی ٹیبل ہے یا کوئی چیئر ہے یا کوئی جگہ ہے، کاؤچ ہے، اگر پرافٹ وہاں بیٹھے ہوئے تھے تو وہیں بیٹھاتے تھے اپنی اپنی جگہ پہ۔</w:t>
      </w:r>
    </w:p>
    <w:p>
      <w:r>
        <w:rPr>
          <w:b/>
        </w:rPr>
        <w:t xml:space="preserve">[07:03] </w:t>
      </w:r>
      <w:r>
        <w:t>Aur aise hi hadith mein aata hai wa kaana rasool Allah sallallahu alaihi wasallam dakhala alaiha yani if the Prophet enters in a gathering in a room where Fatima is present,</w:t>
      </w:r>
    </w:p>
    <w:p>
      <w:pPr>
        <w:jc w:val="right"/>
      </w:pPr>
      <w:r>
        <w:t>اور ایسے ہی حدیث میں آتا ہے وكان رسول الله صلى الله عليه وسلم دخل عليها یعنی if the Prophet enters in a gathering in a room where Fatima is present,</w:t>
      </w:r>
    </w:p>
    <w:p>
      <w:r>
        <w:rPr>
          <w:b/>
        </w:rPr>
        <w:t xml:space="preserve">[07:16] </w:t>
      </w:r>
      <w:r>
        <w:t>she would stand up and greet him and rush towards him and kiss his both hands.</w:t>
      </w:r>
    </w:p>
    <w:p>
      <w:pPr>
        <w:jc w:val="right"/>
      </w:pPr>
      <w:r>
        <w:t>she would stand up and greet him and rush towards him and kiss his both hands.</w:t>
      </w:r>
    </w:p>
    <w:p>
      <w:r>
        <w:rPr>
          <w:b/>
        </w:rPr>
        <w:t xml:space="preserve">[07:31] </w:t>
      </w:r>
      <w:r>
        <w:t>She would kiss both of his hands, and some narration she would kiss his forehead as well, and she would hold the Prophet's hand and bring her and let her sit where she was seated.</w:t>
      </w:r>
    </w:p>
    <w:p>
      <w:pPr>
        <w:jc w:val="right"/>
      </w:pPr>
      <w:r>
        <w:t>She would kiss both of his hands, and some narration she would kiss his forehead as well, and she would hold the Prophet's hand and bring her and let her sit where she was seated.</w:t>
      </w:r>
    </w:p>
    <w:p>
      <w:r>
        <w:rPr>
          <w:b/>
        </w:rPr>
        <w:t xml:space="preserve">[07:44] </w:t>
      </w:r>
      <w:r>
        <w:t>to bohat hi, a very special relationship thi Hazrat Fatima ki Rasool Allah SA</w:t>
      </w:r>
    </w:p>
    <w:p>
      <w:pPr>
        <w:jc w:val="right"/>
      </w:pPr>
      <w:r>
        <w:t>تو بہت ہی، a very special relationship تھی حضرت فاطمہ کی رسول اللہ ص</w:t>
      </w:r>
    </w:p>
    <w:p>
      <w:r>
        <w:rPr>
          <w:b/>
        </w:rPr>
        <w:t xml:space="preserve">[07:50] </w:t>
      </w:r>
      <w:r>
        <w:t>llallahu alaihi wasallam se. Aur doctor sahib, thora bohat jo maine bhi unke bare mein parha, she was a very gentle and forgiving person.</w:t>
      </w:r>
    </w:p>
    <w:p>
      <w:pPr>
        <w:jc w:val="right"/>
      </w:pPr>
      <w:r>
        <w:t>لی اللہ علیہ وسلم سے۔ اور ڈاکٹر صاحب، تھوڑا بہت جو میں نے بھی ان کے بارے میں پڑھا، she was a very gentle and forgiving person.</w:t>
      </w:r>
    </w:p>
    <w:p>
      <w:r>
        <w:rPr>
          <w:b/>
        </w:rPr>
        <w:t xml:space="preserve">[07:59] </w:t>
      </w:r>
      <w:r>
        <w:t>Aur jaise prophet bohat hi generous person thay, matlab kaha jata hai ke I mean, he had countless qualities, but one of the most prominent qualities was that he was very generous.</w:t>
      </w:r>
    </w:p>
    <w:p>
      <w:pPr>
        <w:jc w:val="right"/>
      </w:pPr>
      <w:r>
        <w:t>اور جیسے پرافٹ بہت ہی جنرس پرسن تھے، مطلب کہا جاتا ہے کہ I mean, he had countless qualities, but one of the most prominent qualities was that he was very generous.</w:t>
      </w:r>
    </w:p>
    <w:p>
      <w:r>
        <w:rPr>
          <w:b/>
        </w:rPr>
        <w:t xml:space="preserve">[08:13] </w:t>
      </w:r>
      <w:r>
        <w:t>unke liye kaha jata hai ke woh behti hui hawa se bhi zyada generous thay. And same was the case of Hazrat Fat</w:t>
      </w:r>
    </w:p>
    <w:p>
      <w:pPr>
        <w:jc w:val="right"/>
      </w:pPr>
      <w:r>
        <w:t>ان کے لیے کہا جاتا ہے کہ وہ بہتی ہوئی ہوا سے بھی زیادہ جنرس تھے۔ And same was the case of Hazrat Fat</w:t>
      </w:r>
    </w:p>
    <w:p>
      <w:r>
        <w:rPr>
          <w:b/>
        </w:rPr>
        <w:t xml:space="preserve">[08:20] </w:t>
      </w:r>
      <w:r>
        <w:t>ima. She would mill wheat and barley, and she would feed the poor. Pani ki agar zarurat hoti thi to woh madad karti thi. To bohat se zabardast sabak milte hain unki zindagi se.</w:t>
      </w:r>
    </w:p>
    <w:p>
      <w:pPr>
        <w:jc w:val="right"/>
      </w:pPr>
      <w:r>
        <w:t>ima. She would mill wheat and barley, and she would feed the poor. پانی کی اگر ضرورت ہوتی تھی تو وہ مدد کرتی تھی۔ تو بہت سے زبردست سبق ملتے ہیں ان کی زندگی سے۔</w:t>
      </w:r>
    </w:p>
    <w:p>
      <w:r>
        <w:rPr>
          <w:b/>
        </w:rPr>
        <w:t xml:space="preserve">[08:33] </w:t>
      </w:r>
      <w:r>
        <w:t>Doctor sahib, there is a profound and emotional account which highlights the seriousness of the Day of Judgment and the individual accountability before God.</w:t>
      </w:r>
    </w:p>
    <w:p>
      <w:pPr>
        <w:jc w:val="right"/>
      </w:pPr>
      <w:r>
        <w:t>ڈاکٹر صاحب، there is a profound and emotional account which highlights the seriousness of the Day of Judgment and the individual accountability before God.</w:t>
      </w:r>
    </w:p>
    <w:p>
      <w:r>
        <w:rPr>
          <w:b/>
        </w:rPr>
        <w:t xml:space="preserve">[08:49] </w:t>
      </w:r>
      <w:r>
        <w:t>To ek incident hai jis mein prophet ne warn kiya Hazrat Fatima ko ke he would not be able to save her on the Day of Judgment.</w:t>
      </w:r>
    </w:p>
    <w:p>
      <w:pPr>
        <w:jc w:val="right"/>
      </w:pPr>
      <w:r>
        <w:t>تو ایک انسیڈنٹ ہے جس میں پرافٹ نے وارن کیا حضرت فاطمہ کو کہ he would not be able to save her on the Day of Judgment.</w:t>
      </w:r>
    </w:p>
    <w:p>
      <w:r>
        <w:rPr>
          <w:b/>
        </w:rPr>
        <w:t xml:space="preserve">[08:59] </w:t>
      </w:r>
      <w:r>
        <w:t>To yeh yeh jo incident hai, main chahunga ke is ko aap wazeh karein ke aisa konsa incident tha aur kyun kaha prophet ne unko.</w:t>
      </w:r>
    </w:p>
    <w:p>
      <w:pPr>
        <w:jc w:val="right"/>
      </w:pPr>
      <w:r>
        <w:t>تو یہ یہ جو انسیڈنٹ ہے، میں چاہوں گا کہ اس کو آپ واضح کریں کہ ایسا کون سا انسیڈنٹ تھا اور کیوں کہا پرافٹ نے ان کو۔</w:t>
      </w:r>
    </w:p>
    <w:p>
      <w:r>
        <w:rPr>
          <w:b/>
        </w:rPr>
        <w:t xml:space="preserve">[09:11] </w:t>
      </w:r>
      <w:r>
        <w:t>Yeh bohat aham sawal hai. Choonke Quran mein bohat hi early period ki baat hai yeh,</w:t>
      </w:r>
    </w:p>
    <w:p>
      <w:pPr>
        <w:jc w:val="right"/>
      </w:pPr>
      <w:r>
        <w:t>یہ بہت اہم سوال ہے۔ چونکہ قرآن میں بہت ہی ارلی پیریڈ کی بات ہے یہ،</w:t>
      </w:r>
    </w:p>
    <w:p>
      <w:r>
        <w:rPr>
          <w:b/>
        </w:rPr>
        <w:t xml:space="preserve">[09:18] </w:t>
      </w:r>
      <w:r>
        <w:t>yeh reveal hua ke warn your close relatives. To Rasool Allah ne apne relatives ko bulaya aur unko bataya Islam ke bare mein.</w:t>
      </w:r>
    </w:p>
    <w:p>
      <w:pPr>
        <w:jc w:val="right"/>
      </w:pPr>
      <w:r>
        <w:t>یہ ریویل ہوا کہ warn your close relatives. تو رسول اللہ نے اپنے ریلیٹوز کو بلایا اور ان کو بتایا اسلام کے بارے میں۔</w:t>
      </w:r>
    </w:p>
    <w:p>
      <w:r>
        <w:rPr>
          <w:b/>
        </w:rPr>
        <w:t xml:space="preserve">[09:29] </w:t>
      </w:r>
      <w:r>
        <w:t>Aur aise hi kitabon mein aata hai ke he called his aunt, whose name was Safiyyah bint Abdul Muttalib, and Fatima also.</w:t>
      </w:r>
    </w:p>
    <w:p>
      <w:pPr>
        <w:jc w:val="right"/>
      </w:pPr>
      <w:r>
        <w:t>اور ایسے ہی کتابوں میں آتا ہے کہ he called his aunt, whose name was Safiyyah بنت عبدالمطلب, and Fatima also.</w:t>
      </w:r>
    </w:p>
    <w:p>
      <w:r>
        <w:rPr>
          <w:b/>
        </w:rPr>
        <w:t xml:space="preserve">[09:45] </w:t>
      </w:r>
      <w:r>
        <w:t>He called and he said, Ya Safiyyah bint Abdul Muttalib ya Fatima bint Rasool Allah</w:t>
      </w:r>
    </w:p>
    <w:p>
      <w:pPr>
        <w:jc w:val="right"/>
      </w:pPr>
      <w:r>
        <w:t>He called and he said, یا سفیہ بنت عبدالمطلب یا فاطمہ بنت رسول اللہ</w:t>
      </w:r>
    </w:p>
    <w:p>
      <w:r>
        <w:rPr>
          <w:b/>
        </w:rPr>
        <w:t xml:space="preserve">[09:54] </w:t>
      </w:r>
      <w:r>
        <w:t>, salni bima shi'ti la ughni 'an ki min Allah shay'a aur aata hai la amliku lakum min Allah shay'a yani you ask anything from me, my wealth, my property, I will give it to you.</w:t>
      </w:r>
    </w:p>
    <w:p>
      <w:pPr>
        <w:jc w:val="right"/>
      </w:pPr>
      <w:r>
        <w:t>، سلنی بما شئتی لا أغنی عنک من اللہ شیئ اور آتا ہے لا أملک لکم من اللہ شیئ یعنی you ask anything from me, my wealth, my property, I will give it to you.</w:t>
      </w:r>
    </w:p>
    <w:p>
      <w:r>
        <w:rPr>
          <w:b/>
        </w:rPr>
        <w:t xml:space="preserve">[10:10] </w:t>
      </w:r>
      <w:r>
        <w:t>But remember that on the Day of Judgment I cannot save you from God. Yani this is an individual responsibility.</w:t>
      </w:r>
    </w:p>
    <w:p>
      <w:pPr>
        <w:jc w:val="right"/>
      </w:pPr>
      <w:r>
        <w:t>But remember that on the Day of Judgment I cannot save you from God. یعنی this is an individual responsibility.</w:t>
      </w:r>
    </w:p>
    <w:p>
      <w:r>
        <w:rPr>
          <w:b/>
        </w:rPr>
        <w:t xml:space="preserve">[10:19] </w:t>
      </w:r>
      <w:r>
        <w:t>You have to do your job. You have to, you are accountable to God.</w:t>
      </w:r>
    </w:p>
    <w:p>
      <w:pPr>
        <w:jc w:val="right"/>
      </w:pPr>
      <w:r>
        <w:t>You have to do your job. You have to, you are accountable to God.</w:t>
      </w:r>
    </w:p>
    <w:p>
      <w:r>
        <w:rPr>
          <w:b/>
        </w:rPr>
        <w:t xml:space="preserve">[10:24] </w:t>
      </w:r>
      <w:r>
        <w:t>You cannot say on the Day of Judgment that I am the daughter of the Prophet. Ya main yeh keh ke chhoot jaungi ke main to beti hoon Rasool Allah ki ya prophet mere father hain, yeh keh ke bach nahi sakti.</w:t>
      </w:r>
    </w:p>
    <w:p>
      <w:pPr>
        <w:jc w:val="right"/>
      </w:pPr>
      <w:r>
        <w:t>You cannot say on the Day of Judgment that I am the daughter of the Prophet. یا میں یہ کہہ کے چھوٹ جاؤں گی کہ میں تو بیٹی ہوں رسول اللہ کی یا پرافٹ میرے فادر ہیں، یہ کہہ کے بچ نہیں سکتی۔</w:t>
      </w:r>
    </w:p>
    <w:p>
      <w:r>
        <w:rPr>
          <w:b/>
        </w:rPr>
        <w:t xml:space="preserve">[10:36] </w:t>
      </w:r>
      <w:r>
        <w:t>I cannot save you from God on the Day of Judgment. Yeh it is an individual responsibility. No one can protect you, even I cannot protect you.</w:t>
      </w:r>
    </w:p>
    <w:p>
      <w:pPr>
        <w:jc w:val="right"/>
      </w:pPr>
      <w:r>
        <w:t>I cannot save you from God on the Day of Judgment. یہ it is an individual responsibility. No one can protect you, even I cannot protect you.</w:t>
      </w:r>
    </w:p>
    <w:p>
      <w:r>
        <w:rPr>
          <w:b/>
        </w:rPr>
        <w:t xml:space="preserve">[10:46] </w:t>
      </w:r>
      <w:r>
        <w:t>To yeh bohat hi aham baat hai aur bohat hi, matlab, ek warning hai hum sab ke liye.</w:t>
      </w:r>
    </w:p>
    <w:p>
      <w:pPr>
        <w:jc w:val="right"/>
      </w:pPr>
      <w:r>
        <w:t>تو یہ بہت ہی اہم بات ہے اور بہت ہی، مطلب، ایک وارننگ ہے ہم سب کے لیے۔</w:t>
      </w:r>
    </w:p>
    <w:p>
      <w:r>
        <w:rPr>
          <w:b/>
        </w:rPr>
        <w:t xml:space="preserve">[10:54] </w:t>
      </w:r>
      <w:r>
        <w:t>It's a very, very important message for everyone ke we should think about it very seriously.</w:t>
      </w:r>
    </w:p>
    <w:p>
      <w:pPr>
        <w:jc w:val="right"/>
      </w:pPr>
      <w:r>
        <w:t>It's a very, very important message for everyone کہ we should think about it very seriously.</w:t>
      </w:r>
    </w:p>
    <w:p>
      <w:r>
        <w:rPr>
          <w:b/>
        </w:rPr>
        <w:t xml:space="preserve">[11:03] </w:t>
      </w:r>
      <w:r>
        <w:t>Ji, aur Quran mein bhi yeh baat aur kai tarah se, choonke Day of Judgment ko depict Quran bohat bar bar karta hai, bohat hi achhe andaaz mein, jaise is mein aata hai ke yawma yafirru al mar'u min akhihi wa ummihi wa abihi wa sahibatihi wa banihi ke is din, yani Day of Judgment mein,</w:t>
      </w:r>
    </w:p>
    <w:p>
      <w:pPr>
        <w:jc w:val="right"/>
      </w:pPr>
      <w:r>
        <w:t>جی، اور قرآن میں بھی یہ بات اور کئی طرح سے، چونکہ ڈے آف ججمنٹ کو ڈیپکٹ قرآن بہت بار بار کرتا ہے، بہت ہی اچھے انداز میں، جیسے اس میں آتا ہے کہ یوم یفر المرء من اخی وامی وابی وصاحبته وبنی کہ اس دن، یعنی ڈے آف ججمنٹ میں،</w:t>
      </w:r>
    </w:p>
    <w:p>
      <w:r>
        <w:rPr>
          <w:b/>
        </w:rPr>
        <w:t xml:space="preserve">[11:26] </w:t>
      </w:r>
      <w:r>
        <w:t>aadmi apne apne bhai se bhagega, apni maan se bhagega, apne baap se bhagega, apni wif se bhagega, aur apne bete se bhagega.</w:t>
      </w:r>
    </w:p>
    <w:p>
      <w:pPr>
        <w:jc w:val="right"/>
      </w:pPr>
      <w:r>
        <w:t>آدمی اپنے اپنے بھائی سے بھاگے گا، اپنی ماں سے بھاگے گا، اپنے باپ سے بھاگے گا، اپنی وائف سے بھاگے گا، اور اپنے بیٹے سے بھاگے گا۔</w:t>
      </w:r>
    </w:p>
    <w:p>
      <w:r>
        <w:rPr>
          <w:b/>
        </w:rPr>
        <w:t xml:space="preserve">[11:39] </w:t>
      </w:r>
      <w:r>
        <w:t>yani itna sakht din hoga ke woh kisi ki parwah nahi karega. Dunya mein to aadmi jaan de deta hai, lekin day of judgement mein itna sangin halaat honge, itna holnak manzar hoga ke wahan woh kisi ki parwah nahi karega, sirf apne ko bachane ki koshish karega.</w:t>
      </w:r>
    </w:p>
    <w:p>
      <w:pPr>
        <w:jc w:val="right"/>
      </w:pPr>
      <w:r>
        <w:t>یعنی اتنا سخت دن ہوگا کہ وہ کسی کی پرواہ نہیں کرے گا۔ دنیا میں تو آدمی جان دے دیتا ہے، لیکن ڈے آف ججمنٹ میں اتنا سنگین حالات ہوں گے، اتنا ہولناک منظر ہوگا کہ وہاں وہ کسی کی پرواہ نہیں کرے گا، صرف اپنے کو بچانے کی کوشش کرے گا۔</w:t>
      </w:r>
    </w:p>
    <w:p>
      <w:r>
        <w:rPr>
          <w:b/>
        </w:rPr>
        <w:t xml:space="preserve">[11:57] </w:t>
      </w:r>
      <w:r>
        <w:t>Allah taala hum sab ko is din ki sakhti se mehfooz rakhay. Ameen.</w:t>
      </w:r>
    </w:p>
    <w:p>
      <w:pPr>
        <w:jc w:val="right"/>
      </w:pPr>
      <w:r>
        <w:t>اللہ تعالی ہم سب کو اس دن کی سختی سے محفوظ رکھے۔ آمین۔</w:t>
      </w:r>
    </w:p>
    <w:p>
      <w:r>
        <w:rPr>
          <w:b/>
        </w:rPr>
        <w:t xml:space="preserve">[12:04] </w:t>
      </w:r>
      <w:r>
        <w:t>Doctor sahib, jaisa ke hum jante hain ke Hazrat Khadija was the first wife of Prophet Muhammad and she played a pivotal role in laying the foundation of the Islam.</w:t>
      </w:r>
    </w:p>
    <w:p>
      <w:pPr>
        <w:jc w:val="right"/>
      </w:pPr>
      <w:r>
        <w:t>ڈاکٹر صاحب، جیسا کہ ہم جانتے ہیں کہ حضرت خدیجہ was the first wife of Prophet Muhammad and she played a pivotal role in laying the foundation of the Islam.</w:t>
      </w:r>
    </w:p>
    <w:p>
      <w:r>
        <w:rPr>
          <w:b/>
        </w:rPr>
        <w:t xml:space="preserve">[12:16] </w:t>
      </w:r>
      <w:r>
        <w:t>She passed away Doctor sahib in 619 AD and she was a great emotional support for Prophet.</w:t>
      </w:r>
    </w:p>
    <w:p>
      <w:pPr>
        <w:jc w:val="right"/>
      </w:pPr>
      <w:r>
        <w:t>She passed away ڈاکٹر صاحب in 619 AD and she was a great emotional support for Prophet.</w:t>
      </w:r>
    </w:p>
    <w:p>
      <w:r>
        <w:rPr>
          <w:b/>
        </w:rPr>
        <w:t xml:space="preserve">[12:26] </w:t>
      </w:r>
      <w:r>
        <w:t>Post her demise, Prophet had to endure a lot of humiliation, persecution, animosity.</w:t>
      </w:r>
    </w:p>
    <w:p>
      <w:pPr>
        <w:jc w:val="right"/>
      </w:pPr>
      <w:r>
        <w:t>Post her demise, Prophet had to endure a lot of humiliation, persecution, animosity.</w:t>
      </w:r>
    </w:p>
    <w:p>
      <w:r>
        <w:rPr>
          <w:b/>
        </w:rPr>
        <w:t xml:space="preserve">[12:33] </w:t>
      </w:r>
      <w:r>
        <w:t>To mein chahunga ke aap aa aa is aa is is is ke bare mein thoda hum sab ko bataein. Ji nahi, aap ne sahi kaha ke Hazrat Khadija R.A. aur Abu Talib ki hi support thi Prophet ko ke woh kuch kaam kar sake Mecca mein.</w:t>
      </w:r>
    </w:p>
    <w:p>
      <w:pPr>
        <w:jc w:val="right"/>
      </w:pPr>
      <w:r>
        <w:t>تو میں چاہوں گا کہ آپ آ آ اس آ اس اس اس کے بارے میں تھوڑا ہم سب کو بتائیں۔ جی نہیں، آپ نے صحیح کہا کہ حضرت خدیجہ رضی اللہ عنہا اور ابو طالب کی ہی سپورٹ تھی پرافٹ کو کہ وہ کچھ کام کر سکے مکہ میں۔</w:t>
      </w:r>
    </w:p>
    <w:p>
      <w:r>
        <w:rPr>
          <w:b/>
        </w:rPr>
        <w:t xml:space="preserve">[12:51] </w:t>
      </w:r>
      <w:r>
        <w:t>Aur boycott ke baad dono ki death bohat hi jaldi ho gayi, yani few days mein dono ki death ho gayi. Aa haz</w:t>
      </w:r>
    </w:p>
    <w:p>
      <w:pPr>
        <w:jc w:val="right"/>
      </w:pPr>
      <w:r>
        <w:t>اور بائیکاٹ کے بعد دونوں کی ڈیتھ بہت ہی جلدی ہو گئی، یعنی فیو ڈیز میں دونوں کی ڈیتھ ہو گئی۔ آ حض</w:t>
      </w:r>
    </w:p>
    <w:p>
      <w:r>
        <w:rPr>
          <w:b/>
        </w:rPr>
        <w:t xml:space="preserve">[13:01] </w:t>
      </w:r>
      <w:r>
        <w:t>rat Khadija bhi aur Abu Talib bhi. To is ke baad aa jo Mecca ke log thay, woh bare aa free ho gaye, yani Rasool Allah ko tarah tarah ki pareshaniyon mein daalne daalne lage aur aa violent attack, public publicly attack karne lage Prophet ko.</w:t>
      </w:r>
    </w:p>
    <w:p>
      <w:pPr>
        <w:jc w:val="right"/>
      </w:pPr>
      <w:r>
        <w:t>رت خدیجہ بھی اور ابو طالب بھی۔ تو اس کے بعد آ جو مکہ کے لوگ تھے، وہ بڑے آ فری ہو گئے، یعنی رسول اللہ کو طرح طرح کی پریشانیوں میں ڈالنے ڈالنے لگے اور آ وائلنٹ اٹیک، پبلک پبلکلی اٹیک کرنے لگے پرافٹ کو۔</w:t>
      </w:r>
    </w:p>
    <w:p>
      <w:r>
        <w:rPr>
          <w:b/>
        </w:rPr>
        <w:t xml:space="preserve">[13:21] </w:t>
      </w:r>
      <w:r>
        <w:t>Aur Rasool Allah har roz Kaba mein jaya karte thay namaz parhne</w:t>
      </w:r>
    </w:p>
    <w:p>
      <w:pPr>
        <w:jc w:val="right"/>
      </w:pPr>
      <w:r>
        <w:t>اور رسول اللہ ہر روز کعبہ میں جایا کرتے تھے نماز پڑھنے</w:t>
      </w:r>
    </w:p>
    <w:p>
      <w:r>
        <w:rPr>
          <w:b/>
        </w:rPr>
        <w:t xml:space="preserve">[13:25] </w:t>
      </w:r>
      <w:r>
        <w:t>. Ji, chounke wahan Kaba mein log ate thay, aa bahar se bhi ate thay aur jo muqami log hote thay, woh bhi ate thay.</w:t>
      </w:r>
    </w:p>
    <w:p>
      <w:pPr>
        <w:jc w:val="right"/>
      </w:pPr>
      <w:r>
        <w:t>۔ جی، چونکہ وہاں کعبہ میں لوگ آتے تھے، آ باہر سے بھی آتے تھے اور جو مقامی لوگ ہوتے تھے، وہ بھی آتے تھے۔</w:t>
      </w:r>
    </w:p>
    <w:p>
      <w:r>
        <w:rPr>
          <w:b/>
        </w:rPr>
        <w:t xml:space="preserve">[13:34] </w:t>
      </w:r>
      <w:r>
        <w:t>To Rasool Allah jate thay aur Quran ki baatein batate thay, kuch Quran ki wirse sunate thay. To wahan ke jo Mecca ke jo elite thay, Abu Jahl waghera, yeh log in ko yeh pasand nahi tha.</w:t>
      </w:r>
    </w:p>
    <w:p>
      <w:pPr>
        <w:jc w:val="right"/>
      </w:pPr>
      <w:r>
        <w:t>تو رسول اللہ جاتے تھے اور قرآن کی باتیں بتاتے تھے، کچھ قرآن کی ورثے سناتے تھے۔ تو وہاں کے جو مکہ کے جو ایلیٹ تھے، ابوجہل وغیرہ، یہ لوگ ان کو یہ پسند نہیں تھا۔</w:t>
      </w:r>
    </w:p>
    <w:p>
      <w:r>
        <w:rPr>
          <w:b/>
        </w:rPr>
        <w:t xml:space="preserve">[13:48] </w:t>
      </w:r>
      <w:r>
        <w:t>To woh tarah tarah se satate thay.</w:t>
      </w:r>
    </w:p>
    <w:p>
      <w:pPr>
        <w:jc w:val="right"/>
      </w:pPr>
      <w:r>
        <w:t>تو وہ طرح طرح سے ستاتے تھے۔</w:t>
      </w:r>
    </w:p>
    <w:p>
      <w:r>
        <w:rPr>
          <w:b/>
        </w:rPr>
        <w:t xml:space="preserve">[13:51] </w:t>
      </w:r>
      <w:r>
        <w:t>To aa aur wapas jab Prophet ate thay to taqreeban roz aana hi was covered with blood yani har taraf chot lagi lagi rehti thi, pathar marte thay, tarah tarah se satate thay.</w:t>
      </w:r>
    </w:p>
    <w:p>
      <w:pPr>
        <w:jc w:val="right"/>
      </w:pPr>
      <w:r>
        <w:t>تو آ اور واپس جب پرافٹ آتے تھے تو تقریباً روز آنا ہی was covered with blood یعنی ہر طرف چوٹ لگی لگی رہتی تھی، پتھر مارتے تھے، طرح طرح سے ستاتے تھے۔</w:t>
      </w:r>
    </w:p>
    <w:p>
      <w:r>
        <w:rPr>
          <w:b/>
        </w:rPr>
        <w:t xml:space="preserve">[14:05] </w:t>
      </w:r>
      <w:r>
        <w:t>To jab ghar ate thay to Fatima rehti thi wahan. Ji, she she was the only person in the house at that time to she would clean his wounds, she would nurse him, she would take care of him</w:t>
      </w:r>
    </w:p>
    <w:p>
      <w:pPr>
        <w:jc w:val="right"/>
      </w:pPr>
      <w:r>
        <w:t>تو جب گھر آتے تھے تو فاطمہ رہتی تھی وہاں۔ جی، she she was the only person in the house at that time تو she would clean his wounds, she would nurse him, she would take care of him</w:t>
      </w:r>
    </w:p>
    <w:p>
      <w:r>
        <w:rPr>
          <w:b/>
        </w:rPr>
        <w:t xml:space="preserve">[14:20] </w:t>
      </w:r>
      <w:r>
        <w:t>To aa yeh yani yeh ek tarike se bohat hi public humiliation Rasool Allah ke liye ho gaya ke aa log aa tarah tarah se satane lage.</w:t>
      </w:r>
    </w:p>
    <w:p>
      <w:pPr>
        <w:jc w:val="right"/>
      </w:pPr>
      <w:r>
        <w:t>تو آ یہ یعنی یہ ایک طریقے سے بہت ہی پبلک ہیومیلیشن رسول اللہ کے لیے ہو گیا کہ آ لوگ آ طرح طرح سے ستانے لگے۔</w:t>
      </w:r>
    </w:p>
    <w:p>
      <w:r>
        <w:rPr>
          <w:b/>
        </w:rPr>
        <w:t xml:space="preserve">[14:33] </w:t>
      </w:r>
      <w:r>
        <w:t>Aur Fatima ka role bohat aham tha ke jab bhi Rasool Allah ate thay to woh un ki marham p</w:t>
      </w:r>
    </w:p>
    <w:p>
      <w:pPr>
        <w:jc w:val="right"/>
      </w:pPr>
      <w:r>
        <w:t>اور فاطمہ کا رول بہت اہم تھا کہ جب بھی رسول اللہ آتے تھے تو وہ ان کی مرہم پ</w:t>
      </w:r>
    </w:p>
    <w:p>
      <w:r>
        <w:rPr>
          <w:b/>
        </w:rPr>
        <w:t xml:space="preserve">[14:39] </w:t>
      </w:r>
      <w:r>
        <w:t>atti karti thi, zakhamon pe marham lagati thi. Aur us waqt jab Khadija ki death ho gayi, Hazrat Khadija ki, to unhon ne ek tarike se Hazrat Khadija ka role ada kiya.</w:t>
      </w:r>
    </w:p>
    <w:p>
      <w:pPr>
        <w:jc w:val="right"/>
      </w:pPr>
      <w:r>
        <w:t>ٹی کرتی تھی، زخموں پہ مرہم لگاتی تھی۔ اور اس وقت جب خدیجہ کی ڈیتھ ہو گئی، حضرت خدیجہ کی، تو انہوں نے ایک طریقے سے حضرت خدیجہ کا رول ادا کیا۔</w:t>
      </w:r>
    </w:p>
    <w:p>
      <w:r>
        <w:rPr>
          <w:b/>
        </w:rPr>
        <w:t xml:space="preserve">[14:52] </w:t>
      </w:r>
      <w:r>
        <w:t>Hmm, aur jo care karti theen woh Rasool Allah ki jis tarah se care karti theen, Hazrat Fatima, halanke she was just ten years old to un ka ek bara unusual nickname par gaya, Umm Abīhā, haan ji, the mother of her father,</w:t>
      </w:r>
    </w:p>
    <w:p>
      <w:pPr>
        <w:jc w:val="right"/>
      </w:pPr>
      <w:r>
        <w:t>ہمم، اور جو کیئر کرتی تھیں وہ رسول اللہ کی جس طرح سے کیئر کرتی تھیں، حضرت فاطمہ، حالانکہ she was just ten years old تو ان کا ایک بڑا ان یوزل نک نیم پڑ گیا، ام ابیہا، ہاں جی، دی مدر آف ہر فادر،</w:t>
      </w:r>
    </w:p>
    <w:p>
      <w:r>
        <w:rPr>
          <w:b/>
        </w:rPr>
        <w:t xml:space="preserve">[15:07] </w:t>
      </w:r>
      <w:r>
        <w:t>yani motherly affection ki wajah se aa un ka un ka yeh yeh naam par gaya. To aa yeh Hazrat Fatima ka bohat bara role hai us waqt jab Hazrat Khadija maujood nahi theen.</w:t>
      </w:r>
    </w:p>
    <w:p>
      <w:pPr>
        <w:jc w:val="right"/>
      </w:pPr>
      <w:r>
        <w:t>یعنی مدرلی ایفیکشن کی وجہ سے آ ان کا ان کا یہ یہ نام پڑ گیا۔ تو آ یہ حضرت فاطمہ کا بہت بڑا رول ہے اس وقت جب حضرت خدیجہ موجود نہیں تھیں۔</w:t>
      </w:r>
    </w:p>
    <w:p>
      <w:r>
        <w:rPr>
          <w:b/>
        </w:rPr>
        <w:t xml:space="preserve">[15:22] </w:t>
      </w:r>
      <w:r>
        <w:t>To she took care of him, she cooked food for him, she nurse him and cleaned his wounds aur yani jo bhi apne maa ka jo role tha, woh poori tarah se ada kiya unhon ne.</w:t>
      </w:r>
    </w:p>
    <w:p>
      <w:pPr>
        <w:jc w:val="right"/>
      </w:pPr>
      <w:r>
        <w:t>تو she took care of him, she cooked food for him, she nurse him and cleaned his wounds اور یعنی جو بھی اپنے ماں کا جو رول تھا، وہ پوری طرح سے ادا کیا انہوں نے۔</w:t>
      </w:r>
    </w:p>
    <w:p>
      <w:r>
        <w:rPr>
          <w:b/>
        </w:rPr>
        <w:t xml:space="preserve">[15:38] </w:t>
      </w:r>
      <w:r>
        <w:t>Ji ji, aa</w:t>
      </w:r>
    </w:p>
    <w:p>
      <w:pPr>
        <w:jc w:val="right"/>
      </w:pPr>
      <w:r>
        <w:t>جی جی، آ</w:t>
      </w:r>
    </w:p>
    <w:p>
      <w:r>
        <w:rPr>
          <w:b/>
        </w:rPr>
        <w:t xml:space="preserve">[15:41] </w:t>
      </w:r>
      <w:r>
        <w:t>Doctor sahib, Umar bin Hisham and better known as Abu Jahl, meaning father of the ignorance, he was a known bitter opponent of Prophet.</w:t>
      </w:r>
    </w:p>
    <w:p>
      <w:pPr>
        <w:jc w:val="right"/>
      </w:pPr>
      <w:r>
        <w:t>ڈاکٹر صاحب، عمر بن ہشام اور بیٹر نون ایز ابوجہل، میننگ فادر آف دی اگنورنس، ہی واز ا نون بٹر اپونینٹ آف پرافٹ۔</w:t>
      </w:r>
    </w:p>
    <w:p>
      <w:r>
        <w:rPr>
          <w:b/>
        </w:rPr>
        <w:t xml:space="preserve">[15:52] </w:t>
      </w:r>
      <w:r>
        <w:t>He was also, Doctor sahib, as we know, a leader, prominent leader of the Quraish. Aa he once, aa along with his companions, humiliated Prophet aa in front of Kaba.</w:t>
      </w:r>
    </w:p>
    <w:p>
      <w:pPr>
        <w:jc w:val="right"/>
      </w:pPr>
      <w:r>
        <w:t>ہی واز السو، ڈاکٹر صاحب، ایز وی نو، ا لیڈر، پرومیننٹ لیڈر آف دا قریش۔ آ ہی ونس، آ الونگ ود ہز کمپینینز، ہیومیلیٹڈ پرافٹ آ ان فرنٹ آف کعبہ۔</w:t>
      </w:r>
    </w:p>
    <w:p>
      <w:r>
        <w:rPr>
          <w:b/>
        </w:rPr>
        <w:t xml:space="preserve">[16:04] </w:t>
      </w:r>
      <w:r>
        <w:t>To mein chahunga ke aa aap is qisse ke bare mein bhi hum</w:t>
      </w:r>
    </w:p>
    <w:p>
      <w:pPr>
        <w:jc w:val="right"/>
      </w:pPr>
      <w:r>
        <w:t>تو میں چاہوں گا کہ آ آپ اس قصے کے بارے میں بھی ہم</w:t>
      </w:r>
    </w:p>
    <w:p>
      <w:r>
        <w:rPr>
          <w:b/>
        </w:rPr>
        <w:t xml:space="preserve">[16:07] </w:t>
      </w:r>
      <w:r>
        <w:t>sab ko bataein. ji haan, this was really a most painful narration as we read it. aa kya hua ke abū jahal, jo ke bohat hi bitter enemy thay, jaisay aap ne kaha, aa is ne ab is ke panch chhay friends thay.</w:t>
      </w:r>
    </w:p>
    <w:p>
      <w:pPr>
        <w:jc w:val="right"/>
      </w:pPr>
      <w:r>
        <w:t>سب کو بتائیں۔ جی ہاں، this was really a most painful narration as we read it. آ کیا ہوا کہ ابوجہل، جو کہ بہت ہی بٹر اینمی تھے، جیسے آپ نے کہا، آ اس نے اب اس کے پانچ چھ فرینڈز تھے۔</w:t>
      </w:r>
    </w:p>
    <w:p>
      <w:r>
        <w:rPr>
          <w:b/>
        </w:rPr>
        <w:t xml:space="preserve">[16:23] </w:t>
      </w:r>
      <w:r>
        <w:t>ji, is mein se aik tha Uqba ibn Abi Mu'eed. hmm, woh bara lamba chaura, aa he was a very tall and big man.</w:t>
      </w:r>
    </w:p>
    <w:p>
      <w:pPr>
        <w:jc w:val="right"/>
      </w:pPr>
      <w:r>
        <w:t>جی، اس میں سے ایک تھا عقبہ ابن ابی معید۔ ہمم، وہ بڑا لمبا چوڑا، آ he was a very tall and big man.</w:t>
      </w:r>
    </w:p>
    <w:p>
      <w:r>
        <w:rPr>
          <w:b/>
        </w:rPr>
        <w:t xml:space="preserve">[16:34] </w:t>
      </w:r>
      <w:r>
        <w:t>to aa abū jahal ne kaha ke tum aisa karo ke kisi camel ki jo intestine hai, jo guts of a camel, hmm, all the insides and fill of the camel, you bring it and dump it on the prophet's back when he is in sajdah.</w:t>
      </w:r>
    </w:p>
    <w:p>
      <w:pPr>
        <w:jc w:val="right"/>
      </w:pPr>
      <w:r>
        <w:t>تو آ ابوجہل نے کہا کہ تم ایسا کرو کہ کسی کیمل کی جو انٹسٹائن ہے، جو گٹس آف اے کیمل، ہمم، ال دا انسائیڈز اینڈ فل آف دی کیمل، یو برنگ اٹ اینڈ ڈمپ اٹ ان دا پرافٹس بیک وین ہی از ان سجدہ۔</w:t>
      </w:r>
    </w:p>
    <w:p>
      <w:r>
        <w:rPr>
          <w:b/>
        </w:rPr>
        <w:t xml:space="preserve">[16:53] </w:t>
      </w:r>
      <w:r>
        <w:t>hmm, to us ne kaha yes I can do it.</w:t>
      </w:r>
    </w:p>
    <w:p>
      <w:pPr>
        <w:jc w:val="right"/>
      </w:pPr>
      <w:r>
        <w:t>ہمم، تو اس نے کہا yes I can do it.</w:t>
      </w:r>
    </w:p>
    <w:p>
      <w:r>
        <w:rPr>
          <w:b/>
        </w:rPr>
        <w:t xml:space="preserve">[16:56] </w:t>
      </w:r>
      <w:r>
        <w:t>ji, to woh gaya aur sara woh jo camel ki insides hain aur fill hai aur aur guts hain, woh sab jama kar ke le aaya.</w:t>
      </w:r>
    </w:p>
    <w:p>
      <w:pPr>
        <w:jc w:val="right"/>
      </w:pPr>
      <w:r>
        <w:t>جی، تو وہ گیا اور سارا وہ جو کیمل کی انسائیڈز ہیں اور فل ہے اور اور گٹس ہیں، وہ سب جمع کر کے لے آیا۔</w:t>
      </w:r>
    </w:p>
    <w:p>
      <w:r>
        <w:rPr>
          <w:b/>
        </w:rPr>
        <w:t xml:space="preserve">[17:06] </w:t>
      </w:r>
      <w:r>
        <w:t>aur jaisay prophet sajdah sajday mein gaye, woh un ke kamar pe la ke daal di. aur itni woh heavy thi ke prophet was almost unconscious.</w:t>
      </w:r>
    </w:p>
    <w:p>
      <w:pPr>
        <w:jc w:val="right"/>
      </w:pPr>
      <w:r>
        <w:t>اور جیسے پرافٹ سجدہ سجدے میں گئے، وہ ان کے کمر پہ لا کے ڈال دی۔ اور اتنی وہ ہیوی تھی کہ پرافٹ واز الموسٹ انکونشیس۔</w:t>
      </w:r>
    </w:p>
    <w:p>
      <w:r>
        <w:rPr>
          <w:b/>
        </w:rPr>
        <w:t xml:space="preserve">[17:19] </w:t>
      </w:r>
      <w:r>
        <w:t>hmm, aur dab gaye us ke bojh se, hil nahi pa rahe thay aur hata nahi pa rahe</w:t>
      </w:r>
    </w:p>
    <w:p>
      <w:pPr>
        <w:jc w:val="right"/>
      </w:pPr>
      <w:r>
        <w:t>ہمم، اور دب گئے اس کے بوجھ سے، ہل نہیں پا رہے تھے اور ہٹا نہیں پا رہے</w:t>
      </w:r>
    </w:p>
    <w:p>
      <w:r>
        <w:rPr>
          <w:b/>
        </w:rPr>
        <w:t xml:space="preserve">[17:24] </w:t>
      </w:r>
      <w:r>
        <w:t>thay. to wahan par aa us waqt aa aik sahabi thay maujood, aa Ibn Mas'ood, jo ke yeh dekh rahe thay nazara.</w:t>
      </w:r>
    </w:p>
    <w:p>
      <w:pPr>
        <w:jc w:val="right"/>
      </w:pPr>
      <w:r>
        <w:t>تھے۔ تو وہاں پر آ اس وقت آ ایک صحابی تھے موجود، آ اب ابن مسعود، جو کہ یہ دیکھ رہے تھے نظارہ۔</w:t>
      </w:r>
    </w:p>
    <w:p>
      <w:r>
        <w:rPr>
          <w:b/>
        </w:rPr>
        <w:t xml:space="preserve">[17:37] </w:t>
      </w:r>
      <w:r>
        <w:t>aur Hazrat Ibn Mas'ood kuch kar nahi sakte thay, chunke un ki koi aa koi tribe ka woh nahi tha support. woh un ko bhi bohat martay peetay thay.</w:t>
      </w:r>
    </w:p>
    <w:p>
      <w:pPr>
        <w:jc w:val="right"/>
      </w:pPr>
      <w:r>
        <w:t>اور حضرت ابن مسعود کچھ کر نہیں سکتے تھے، چونکہ ان کی کوئی آ کوئی ٹرائب کا وہ نہیں تھا سپورٹ۔ وہ ان کو بھی بہت مارتے پیٹتے تھے۔</w:t>
      </w:r>
    </w:p>
    <w:p>
      <w:r>
        <w:rPr>
          <w:b/>
        </w:rPr>
        <w:t xml:space="preserve">[17:48] </w:t>
      </w:r>
      <w:r>
        <w:t>to unhon ne aa jaldi gaye, woh ghar daurtay huay ghar gaye aur ja ke wahan dekha to wahan Fatima thi.</w:t>
      </w:r>
    </w:p>
    <w:p>
      <w:pPr>
        <w:jc w:val="right"/>
      </w:pPr>
      <w:r>
        <w:t>تو انہوں نے آ جلدی گئے، وہ گھر دوڑتے ہوئے گھر گئے اور جا کے وہاں دیکھا تو وہاں فاطمہ تھی۔</w:t>
      </w:r>
    </w:p>
    <w:p>
      <w:r>
        <w:rPr>
          <w:b/>
        </w:rPr>
        <w:t xml:space="preserve">[17:56] </w:t>
      </w:r>
      <w:r>
        <w:t>bas to Fatima se kaha ke you should rush and save your father, he is in a very difficult aa state. to she came running and she was crying heav</w:t>
      </w:r>
    </w:p>
    <w:p>
      <w:pPr>
        <w:jc w:val="right"/>
      </w:pPr>
      <w:r>
        <w:t>بس تو فاطمہ سے کہا کہ you should rush and save your father, he is in a very difficult آ سٹیٹ۔ تو she came running and she was crying heav</w:t>
      </w:r>
    </w:p>
    <w:p>
      <w:r>
        <w:rPr>
          <w:b/>
        </w:rPr>
        <w:t xml:space="preserve">[18:08] </w:t>
      </w:r>
      <w:r>
        <w:t>ily. she came running and she started removing the guts and cleaning it. aur ahista ahista hataya us ko.</w:t>
      </w:r>
    </w:p>
    <w:p>
      <w:pPr>
        <w:jc w:val="right"/>
      </w:pPr>
      <w:r>
        <w:t>ily. She came running and she started removing the guts and cleaning it. اور آہستہ آہستہ ہٹایا اس کو۔</w:t>
      </w:r>
    </w:p>
    <w:p>
      <w:r>
        <w:rPr>
          <w:b/>
        </w:rPr>
        <w:t xml:space="preserve">[18:17] </w:t>
      </w:r>
      <w:r>
        <w:t>aur she was praying against all those people who did this to her father. aur ahista ahista us ko hataya to thora sa Rasool Allah</w:t>
      </w:r>
    </w:p>
    <w:p>
      <w:pPr>
        <w:jc w:val="right"/>
      </w:pPr>
      <w:r>
        <w:t>اور she was praying against all those people who did this to her father. اور آہستہ آہستہ اس کو ہٹایا تو تھوڑا سا رسول اللہ</w:t>
      </w:r>
    </w:p>
    <w:p>
      <w:r>
        <w:rPr>
          <w:b/>
        </w:rPr>
        <w:t xml:space="preserve">[18:29] </w:t>
      </w:r>
      <w:r>
        <w:t>aa uthnay ki koshish ki aur sahara le ke uthay. aur aa jab dekha ke Fatima bohat hi ro rahi hain, bohat hi ziyada ro rahi hain, to chup karane ki koshish ki.</w:t>
      </w:r>
    </w:p>
    <w:p>
      <w:pPr>
        <w:jc w:val="right"/>
      </w:pPr>
      <w:r>
        <w:t>آ اٹھنے کی کوشش کی اور سہارا لے کے اٹھے۔ اور آ جب دیکھا کہ فاطمہ بہت ہی رو رہی ہیں، بہت ہی زیادہ رو رہی ہیں، تو چپ کرانے کی کوشش کی۔</w:t>
      </w:r>
    </w:p>
    <w:p>
      <w:r>
        <w:rPr>
          <w:b/>
        </w:rPr>
        <w:t xml:space="preserve">[18:42] </w:t>
      </w:r>
      <w:r>
        <w:t>aur woh woh bolay ke ya bunayya, o my daughter, o my lovely daughter, la tabki, in Allah nasir abaki, don't cry, don't cry, your father, Allah</w:t>
      </w:r>
    </w:p>
    <w:p>
      <w:pPr>
        <w:jc w:val="right"/>
      </w:pPr>
      <w:r>
        <w:t>اور وہ وہ بولے کہ یا بنیہ، او مائی ڈاٹر، او مائی لو لی ڈاٹر، لا تبکی، ان اللہ ناصر ابا کی، ڈونٹ کرائی، ڈونٹ کرائی، یور فادر، اللہ</w:t>
      </w:r>
    </w:p>
    <w:p>
      <w:r>
        <w:rPr>
          <w:b/>
        </w:rPr>
        <w:t xml:space="preserve">[18:56] </w:t>
      </w:r>
      <w:r>
        <w:t>will support your father, Allah will give victory to your father, don't cry. lekin woh woh rona band nahi kiya. she was crying so heavily.</w:t>
      </w:r>
    </w:p>
    <w:p>
      <w:pPr>
        <w:jc w:val="right"/>
      </w:pPr>
      <w:r>
        <w:t>ول سپورٹ یور فادر، اللہ ول گیو وکٹری ٹو یور فادر، ڈونٹ کرائی۔ لیکن وہ وہ رونا بند نہیں کیا۔ She was crying so heavily.</w:t>
      </w:r>
    </w:p>
    <w:p>
      <w:r>
        <w:rPr>
          <w:b/>
        </w:rPr>
        <w:t xml:space="preserve">[19:05] </w:t>
      </w:r>
      <w:r>
        <w:t>to yeh dekh ke Rasool Allah aa se raha nahi gaya aur hath aasman pe utha</w:t>
      </w:r>
    </w:p>
    <w:p>
      <w:pPr>
        <w:jc w:val="right"/>
      </w:pPr>
      <w:r>
        <w:t>تو یہ دیکھ کے رسول اللہ آ سے رہا نہیں گیا اور ہاتھ آسمان پہ اٹھا</w:t>
      </w:r>
    </w:p>
    <w:p>
      <w:r>
        <w:rPr>
          <w:b/>
        </w:rPr>
        <w:t xml:space="preserve">[19:10] </w:t>
      </w:r>
      <w:r>
        <w:t>ke he prayed against those who tormented him, who insulted him. halankay Rasool Allah sallallahu alayhi wasallam aa bad dua nahi detay thay.</w:t>
      </w:r>
    </w:p>
    <w:p>
      <w:pPr>
        <w:jc w:val="right"/>
      </w:pPr>
      <w:r>
        <w:t>کے ہی پریڈ اگینسٹ دوز ہو ٹورمنٹڈ ہم، ہو انسلٹڈ ہم۔ حالانکہ رسول اللہ صلی اللہ علیہ وسلم آ بد دعا نہیں دیتے تھے۔</w:t>
      </w:r>
    </w:p>
    <w:p>
      <w:r>
        <w:rPr>
          <w:b/>
        </w:rPr>
        <w:t xml:space="preserve">[19:19] </w:t>
      </w:r>
      <w:r>
        <w:t>ji aa aap ko yaad hoga ke aa Ta'if ke maamlay mein aik baar Fatima Razi Allah Anha, Aisha Razi Allah Anha se kaha tha prophet ne ke tumhari qaum ne mujhe bohat tang kiya, bohat pareshan kiya.</w:t>
      </w:r>
    </w:p>
    <w:p>
      <w:pPr>
        <w:jc w:val="right"/>
      </w:pPr>
      <w:r>
        <w:t>جی آ آپ کو یاد ہوگا کہ آ طائف کے معاملے میں ایک بار فاطمہ رضی اللہ عنہ، عائشہ رضی اللہ عنہا سے کہا تھا پرافٹ نے کہ تمہاری قوم نے مجھے بہت تنگ کیا، بہت پریشان کیا۔</w:t>
      </w:r>
    </w:p>
    <w:p>
      <w:r>
        <w:rPr>
          <w:b/>
        </w:rPr>
        <w:t xml:space="preserve">[19:35] </w:t>
      </w:r>
      <w:r>
        <w:t>ji to</w:t>
      </w:r>
    </w:p>
    <w:p>
      <w:pPr>
        <w:jc w:val="right"/>
      </w:pPr>
      <w:r>
        <w:t>جی تو</w:t>
      </w:r>
    </w:p>
    <w:p>
      <w:r>
        <w:rPr>
          <w:b/>
        </w:rPr>
        <w:t xml:space="preserve">[19:36] </w:t>
      </w:r>
      <w:r>
        <w:t>Hazrat aa Fatima ne aa Hazrat Aisha ne kaha ke aa aa Uhud se bhi ziyada koi sangin din tha aap ka?</w:t>
      </w:r>
    </w:p>
    <w:p>
      <w:pPr>
        <w:jc w:val="right"/>
      </w:pPr>
      <w:r>
        <w:t>حضرت آ فاطمہ نے آ حضرت عائشہ نے کہا کہ آ آ احد سے بھی زیادہ کوئی سنگین دن تھا آپ کا؟</w:t>
      </w:r>
    </w:p>
    <w:p>
      <w:r>
        <w:rPr>
          <w:b/>
        </w:rPr>
        <w:t xml:space="preserve">[19:45] </w:t>
      </w:r>
      <w:r>
        <w:t>kya? ji ji to kaha ke haan, Ta'if ka din tha. ji to Ta'if mein halankay sab se mushkil din Rasool Allah ne khud kaha ke mere liye Ta'if ka din tha, wahan bhi bad dua nahi di.</w:t>
      </w:r>
    </w:p>
    <w:p>
      <w:pPr>
        <w:jc w:val="right"/>
      </w:pPr>
      <w:r>
        <w:t>کیا؟ جی جی تو کہا کہ ہاں، طائف کا دن تھا۔ جی تو طائف میں حالانکہ سب سے مشکل دن رسول اللہ نے خود کہا کہ میرے لیے طائف کا دن تھا، وہاں بھی بد دعا نہیں دی۔</w:t>
      </w:r>
    </w:p>
    <w:p>
      <w:r>
        <w:rPr>
          <w:b/>
        </w:rPr>
        <w:t xml:space="preserve">[19:56] </w:t>
      </w:r>
      <w:r>
        <w:t>ji wahan bhi he prayed for them, du'a ki for their future generations. ji to Rasool Allah kabhi nahi karte thay, lekin us waqt jab dekha ke Fatima</w:t>
      </w:r>
    </w:p>
    <w:p>
      <w:pPr>
        <w:jc w:val="right"/>
      </w:pPr>
      <w:r>
        <w:t>جی وہاں بھی ہی پریڈ فار دیم، دعائی کی فار دیر فیوچر جنریشنز۔ جی تو رسول اللہ کبھی نہیں کرتے تھے، لیکن اس وقت جب دیکھا کہ فاطمہ</w:t>
      </w:r>
    </w:p>
    <w:p>
      <w:r>
        <w:rPr>
          <w:b/>
        </w:rPr>
        <w:t xml:space="preserve">[20:05] </w:t>
      </w:r>
      <w:r>
        <w:t>ka yeh haal to Rasool Allah ne aasman pe hath uthaya aur he prayed against them. he said Allahumma 'alayka al-mala' min Quraysh, aye Allah, in Quraysh ke zalimon ko halak kar.</w:t>
      </w:r>
    </w:p>
    <w:p>
      <w:pPr>
        <w:jc w:val="right"/>
      </w:pPr>
      <w:r>
        <w:t>کا یہ حال تو رسول اللہ نے آسمان پہ ہاتھ اٹھایا اور ہی پریڈ اگینسٹ دیم۔ ہی سیڈ اللہم علیک الملا من قریش اے اللہ، ان قریش کے ظالموں کو ہلاک کر۔</w:t>
      </w:r>
    </w:p>
    <w:p>
      <w:r>
        <w:rPr>
          <w:b/>
        </w:rPr>
        <w:t xml:space="preserve">[20:19] </w:t>
      </w:r>
      <w:r>
        <w:t>aur phir naam le le ke aa aa he prayed against them Allahumma 'alayka Abā Jahl ibn Hishām wa 'Utbah ibn Rabī'ah wa Shaybah ibn Rabī'ah wa 'Uqbah ibn Abi Mu'ayyad, yeh wohi shakhs jis ne yeh harkat ki thi.</w:t>
      </w:r>
    </w:p>
    <w:p>
      <w:pPr>
        <w:jc w:val="right"/>
      </w:pPr>
      <w:r>
        <w:t>اور پھر نام لے لے کے آ آ ہی پریڈ اگینسٹ دیم اللہم علیک ابا جہل بن ہشام وعتبۃ بن ربیعہ وشیبۃ بن ربیعہ وعقبہ بن ابی معید یہ وہی شخص جس نے یہ حرکت کی تھی۔</w:t>
      </w:r>
    </w:p>
    <w:p>
      <w:r>
        <w:rPr>
          <w:b/>
        </w:rPr>
        <w:t xml:space="preserve">[20:34] </w:t>
      </w:r>
      <w:r>
        <w:t>awmiya bin</w:t>
      </w:r>
    </w:p>
    <w:p>
      <w:pPr>
        <w:jc w:val="right"/>
      </w:pPr>
      <w:r>
        <w:t>وامیہ بن</w:t>
      </w:r>
    </w:p>
    <w:p>
      <w:r>
        <w:rPr>
          <w:b/>
        </w:rPr>
        <w:t xml:space="preserve">[20:36] </w:t>
      </w:r>
      <w:r>
        <w:t>khilaf to naam le le ke rasool Allah salallaho alaihi wasallam ne un ko un ke liye bad dua ki aur un ka bohat hi bura anjam hua, jo aik panch chah log thay.</w:t>
      </w:r>
    </w:p>
    <w:p>
      <w:pPr>
        <w:jc w:val="right"/>
      </w:pPr>
      <w:r>
        <w:t>خلف تو نام لے لے کے رسول اللہ صلی اللہ علیہ وسلم نے ان کو ان کے لیے بد دعا کی اور ان کا بہت ہی برا انجام ہوا، جو ایک پانچ چھ لوگ تھے۔</w:t>
      </w:r>
    </w:p>
    <w:p>
      <w:r>
        <w:rPr>
          <w:b/>
        </w:rPr>
        <w:t xml:space="preserve">[20:45] </w:t>
      </w:r>
      <w:r>
        <w:t>kabhi bhi rasool Allah ne is tarah, is tarah ki hi hi always pray for them, right for the his enemies. lekin is waqt aisi soorat-e-haal thi ke aa aa woh un se raha nahi gaya aur hath utha ke rasool Allah pray against them.</w:t>
      </w:r>
    </w:p>
    <w:p>
      <w:pPr>
        <w:jc w:val="right"/>
      </w:pPr>
      <w:r>
        <w:t>کبھی بھی رسول اللہ نے اس طرح، اس طرح کی ہی ہی الویز پریڈ فار دیم، رائٹ فار دا ہز اینمیز۔ لیکن اس وقت ایسی صورتحال تھی کہ آ آ وہ ان سے رہا نہیں گیا اور ہاتھ اٹھا کے رسول اللہ پریڈ اگینسٹ دیم۔</w:t>
      </w:r>
    </w:p>
    <w:p>
      <w:r>
        <w:rPr>
          <w:b/>
        </w:rPr>
        <w:t xml:space="preserve">[21:02] </w:t>
      </w:r>
      <w:r>
        <w:t>aur yani this is the next level of humiliation.</w:t>
      </w:r>
    </w:p>
    <w:p>
      <w:pPr>
        <w:jc w:val="right"/>
      </w:pPr>
      <w:r>
        <w:t>اور یعنی دس از دا نیکسٹ لیول آف ہیومیلیشن۔</w:t>
      </w:r>
    </w:p>
    <w:p>
      <w:r>
        <w:rPr>
          <w:b/>
        </w:rPr>
        <w:t xml:space="preserve">[21:06] </w:t>
      </w:r>
      <w:r>
        <w:t>aap sochiye ke kya kitni takleef hui hogi. tasawwur karen aap ko rasool Allah ko kitni takleef hui hogi aur Hazrat aa aa aa Fatima ko kitni takleef hui hogi yeh yeh manzar dekh ke.</w:t>
      </w:r>
    </w:p>
    <w:p>
      <w:pPr>
        <w:jc w:val="right"/>
      </w:pPr>
      <w:r>
        <w:t>آپ سوچیے کہ کیا کتنی تکلیف ہوئی ہوگی۔ تصور کریں آپ کو رسول اللہ کو کتنی تکلیف ہوئی ہوگی اور حضرت آ آ آ فاطمہ کو کتنی تکلیف ہوئی ہوگی یہ یہ منظر دیکھ کے۔</w:t>
      </w:r>
    </w:p>
    <w:p>
      <w:r>
        <w:rPr>
          <w:b/>
        </w:rPr>
        <w:t xml:space="preserve">[21:17] </w:t>
      </w:r>
      <w:r>
        <w:t>hmm waqai tasawwur bhi yani yani karte hain to rongte khare ho jatay hain. ji aa doctor sahib, kafi log program dekh rahe hain.</w:t>
      </w:r>
    </w:p>
    <w:p>
      <w:pPr>
        <w:jc w:val="right"/>
      </w:pPr>
      <w:r>
        <w:t>ہمم واقعی تصور بھی یعنی یعنی کرتے ہیں تو رونگٹے کھڑے ہو جاتے ہیں۔ جی آ ڈاکٹر صاحب، کافی لوگ پروگرام دیکھ رہے ہیں۔</w:t>
      </w:r>
    </w:p>
    <w:p>
      <w:r>
        <w:rPr>
          <w:b/>
        </w:rPr>
        <w:t xml:space="preserve">[21:27] </w:t>
      </w:r>
      <w:r>
        <w:t>kuch comments parhna chahunga agla sawal lene se pehle.</w:t>
      </w:r>
    </w:p>
    <w:p>
      <w:pPr>
        <w:jc w:val="right"/>
      </w:pPr>
      <w:r>
        <w:t>کچھ کمنٹس پڑھنا چاہوں گا اگلا سوال لینے سے پہلے۔</w:t>
      </w:r>
    </w:p>
    <w:p>
      <w:r>
        <w:rPr>
          <w:b/>
        </w:rPr>
        <w:t xml:space="preserve">[21:31] </w:t>
      </w:r>
      <w:r>
        <w:t>yeh comment bheja hai Syed Haseeb Shah Naqvi sahib ne Pakistan se. unhon ne likha hai: "the life of Syeda Fatima teaches us how to treat a parents well and it is very interesting to discuss this topic." Miss Fareeda Kamran ne Islamabad Pakistan se likha hai: "the relationship between a good father and his daughter is priceless." Hazrat Fatima is such a great role model for women</w:t>
      </w:r>
    </w:p>
    <w:p>
      <w:pPr>
        <w:jc w:val="right"/>
      </w:pPr>
      <w:r>
        <w:t>یہ کمنٹ بھیجا ہے سید حسیب شاہ نقوی صاحب نے پاکستان سے۔ انہوں نے لکھا ہے: "دا لائف آف سیدہ فاطمہ ٹیچز اس ہاؤ ٹو ٹریٹ ا پیرنٹس ویل اینڈ اٹ از ویری انٹرسٹنگ ٹو ڈسکس دس ٹاپک۔" مس فریدہ کامران نے اسلام آباد پاکستان سے لکھا ہے: "دا ریلیشن شپ بٹوین ا گڈ فادر اینڈ ہز ڈاٹر از پرائس لیس۔" حضرت فاطمہ از سچ ا گریٹ رول ماڈل فار وومن</w:t>
      </w:r>
    </w:p>
    <w:p>
      <w:r>
        <w:rPr>
          <w:b/>
        </w:rPr>
        <w:t xml:space="preserve">[21:57] </w:t>
      </w:r>
      <w:r>
        <w:t>. mere Allah, grant us her iman, patience and character. jazak Allah to entire CPS team. mere Allah, put more barakah in your work.</w:t>
      </w:r>
    </w:p>
    <w:p>
      <w:pPr>
        <w:jc w:val="right"/>
      </w:pPr>
      <w:r>
        <w:t>۔ میرے اللہ، گرانٹ اس ہر ایمان، پیشنس اینڈ کریکٹر۔ جزاک اللہ ٹو انٹائر سی پی ایس ٹیم۔ میرے اللہ، پٹ مور برکہ ان یور ورک۔</w:t>
      </w:r>
    </w:p>
    <w:p>
      <w:r>
        <w:rPr>
          <w:b/>
        </w:rPr>
        <w:t xml:space="preserve">[22:07] </w:t>
      </w:r>
      <w:r>
        <w:t>ameen. aa doctor sahib, we all know the rank and position of Hazrat Fatima is widely recognized and respected by the Muslims.</w:t>
      </w:r>
    </w:p>
    <w:p>
      <w:pPr>
        <w:jc w:val="right"/>
      </w:pPr>
      <w:r>
        <w:t>آمین۔ آ ڈاکٹر صاحب، وی ال نو دی رینک اینڈ پوزیشن آف حضرت فاطمہ از وائیڈلی ریکگنائز اینڈ ریسپیکٹڈ بائی دا مسلمز۔</w:t>
      </w:r>
    </w:p>
    <w:p>
      <w:r>
        <w:rPr>
          <w:b/>
        </w:rPr>
        <w:t xml:space="preserve">[22:22] </w:t>
      </w:r>
      <w:r>
        <w:t>aa there is one hadith, doctor sahib, where prophet once said that she is destined to be the leader of women in paradise.</w:t>
      </w:r>
    </w:p>
    <w:p>
      <w:pPr>
        <w:jc w:val="right"/>
      </w:pPr>
      <w:r>
        <w:t>آ دیر از ون حدیث، ڈاکٹر صاحب، ویئر پرافٹ ون سیڈ دیٹ شی از ڈیسٹائن ٹو بی دا لیڈر آف وومن ان پیراڈائز۔</w:t>
      </w:r>
    </w:p>
    <w:p>
      <w:r>
        <w:rPr>
          <w:b/>
        </w:rPr>
        <w:t xml:space="preserve">[22:31] </w:t>
      </w:r>
      <w:r>
        <w:t>to main chahunga is ke bare mein aap hum sab ko kuch batayen. haan, yeh isi daur ki baat hai jab tarah tarah se satate thay log prophet ko.</w:t>
      </w:r>
    </w:p>
    <w:p>
      <w:pPr>
        <w:jc w:val="right"/>
      </w:pPr>
      <w:r>
        <w:t>تو میں چاہوں گا اس کے بارے میں آپ ہم سب کو کچھ بتائیں۔ ہاں، یہ اسی دور کی بات ہے جب طرح طرح سے ستاتے تھے لوگ پرافٹ کو۔</w:t>
      </w:r>
    </w:p>
    <w:p>
      <w:r>
        <w:rPr>
          <w:b/>
        </w:rPr>
        <w:t xml:space="preserve">[22:42] </w:t>
      </w:r>
      <w:r>
        <w:t>to aik bar rasool Allah salallaho alaihi wasallam ne dekha ke Hazrat Khadija bohat, Hazrat Fatima bohat udas hain, baithi hui hain.</w:t>
      </w:r>
    </w:p>
    <w:p>
      <w:pPr>
        <w:jc w:val="right"/>
      </w:pPr>
      <w:r>
        <w:t>تو ایک بار رسول اللہ صلی اللہ علیہ وسلم نے دیکھا کہ حضرت خدیجہ بہت، حضرت فاطمہ بہت اداس ہیں، بیٹھی ہوئی ہیں۔</w:t>
      </w:r>
    </w:p>
    <w:p>
      <w:r>
        <w:rPr>
          <w:b/>
        </w:rPr>
        <w:t xml:space="preserve">[22:50] </w:t>
      </w:r>
      <w:r>
        <w:t>to poocha ke kaifa tajduna kaifa tajdina ya bunaiyya how are you feeling my my my daughter?</w:t>
      </w:r>
    </w:p>
    <w:p>
      <w:pPr>
        <w:jc w:val="right"/>
      </w:pPr>
      <w:r>
        <w:t>تو پوچھا کہ کیف تجدون کیف تجدین یا بنیہ ہاؤ ار یو فیلنگ مائی مائی مائی ڈاٹر؟</w:t>
      </w:r>
    </w:p>
    <w:p>
      <w:r>
        <w:rPr>
          <w:b/>
        </w:rPr>
        <w:t xml:space="preserve">[23:02] </w:t>
      </w:r>
      <w:r>
        <w:t>to Hazrat Fatima ne kaha: inni li wajaa'in ke i am in pain and what increases my pain is that we don't even have food to eat.</w:t>
      </w:r>
    </w:p>
    <w:p>
      <w:pPr>
        <w:jc w:val="right"/>
      </w:pPr>
      <w:r>
        <w:t>تو حضرت فاطمہ نے کہا: انی لوجع کہ ائی ایم ان پین اینڈ واٹ انکریز مائی پین از دیٹ وی ڈونٹ ایون ہیو فوڈ ٹو ایٹ۔</w:t>
      </w:r>
    </w:p>
    <w:p>
      <w:r>
        <w:rPr>
          <w:b/>
        </w:rPr>
        <w:t xml:space="preserve">[23:17] </w:t>
      </w:r>
      <w:r>
        <w:t>to is zamane mein yeh کیفیت hoti thi ke khane ke liye nahi hota tha ke what what increasing my pain, what increases my pain is that we don't have even food to eat.</w:t>
      </w:r>
    </w:p>
    <w:p>
      <w:pPr>
        <w:jc w:val="right"/>
      </w:pPr>
      <w:r>
        <w:t>تو اس زمانے میں یہ کیفیت ہوتی تھی کہ کھانے کے لیے نہیں ہوتا تھا کہ واٹ واٹ انکریزنگ مائی پین، واٹ انکریز مائی پین از دیٹ وی ڈونٹ ہیو ایون فوڈ ٹو ایٹ۔</w:t>
      </w:r>
    </w:p>
    <w:p>
      <w:r>
        <w:rPr>
          <w:b/>
        </w:rPr>
        <w:t xml:space="preserve">[23:30] </w:t>
      </w:r>
      <w:r>
        <w:t>to Hazrat Muhammad salallaho alaihi wasallam ne kaha ke ama tardeenai ke are you not satisfied? are you not happy?</w:t>
      </w:r>
    </w:p>
    <w:p>
      <w:pPr>
        <w:jc w:val="right"/>
      </w:pPr>
      <w:r>
        <w:t>تو حضرت محمد صلی اللہ علیہ وسلم نے کہا کہ اما تردینی کہ ار یو ناٹ سیٹسفائیڈ؟ ار یو ناٹ ہیپی؟</w:t>
      </w:r>
    </w:p>
    <w:p>
      <w:r>
        <w:rPr>
          <w:b/>
        </w:rPr>
        <w:t xml:space="preserve">[23:39] </w:t>
      </w:r>
      <w:r>
        <w:t>ama tardeenai inki sayyidatun nisa al-alamin ke are you na</w:t>
      </w:r>
    </w:p>
    <w:p>
      <w:pPr>
        <w:jc w:val="right"/>
      </w:pPr>
      <w:r>
        <w:t>اما تردینی انکی سیدۃ نساء العالمین کہ ار یو نا</w:t>
      </w:r>
    </w:p>
    <w:p>
      <w:r>
        <w:rPr>
          <w:b/>
        </w:rPr>
        <w:t xml:space="preserve">[23:45] </w:t>
      </w:r>
      <w:r>
        <w:t>t happy? are you not satisfied? are you not contented that you will be the leader of women in paradise?</w:t>
      </w:r>
    </w:p>
    <w:p>
      <w:pPr>
        <w:jc w:val="right"/>
      </w:pPr>
      <w:r>
        <w:t>ٹ ہیپی؟ ار یو ناٹ سیٹسفائیڈ؟ ار یو ناٹ کنٹینٹڈ دیٹ یو ول بی دا لیڈر آف وومن ان پیراڈائز؟</w:t>
      </w:r>
    </w:p>
    <w:p>
      <w:r>
        <w:rPr>
          <w:b/>
        </w:rPr>
        <w:t xml:space="preserve">[23:54] </w:t>
      </w:r>
      <w:r>
        <w:t>you will be the queen of paradise. to ab aap dekhiye, look at her knowledge and her understanding what she says.</w:t>
      </w:r>
    </w:p>
    <w:p>
      <w:pPr>
        <w:jc w:val="right"/>
      </w:pPr>
      <w:r>
        <w:t>یو ول بی دا کوئین آف پیراڈائز۔ تو اب آپ دیکھیے، لوک ایٹ ہر نالج اینڈ ہر انڈرسٹینڈنگ واٹ شی سیز۔</w:t>
      </w:r>
    </w:p>
    <w:p>
      <w:r>
        <w:rPr>
          <w:b/>
        </w:rPr>
        <w:t xml:space="preserve">[24:04] </w:t>
      </w:r>
      <w:r>
        <w:t>she says: ya abati fa ayna Maryam bint Imran? where is Mary the daughter of Imran, the mother of Jesus</w:t>
      </w:r>
    </w:p>
    <w:p>
      <w:pPr>
        <w:jc w:val="right"/>
      </w:pPr>
      <w:r>
        <w:t>شی سیز: یا ابتی فاين مریم بنت عمران؟ ویئر از میری دی ڈاٹر آف عمران، دی مدر آف جیس</w:t>
      </w:r>
    </w:p>
    <w:p>
      <w:r>
        <w:rPr>
          <w:b/>
        </w:rPr>
        <w:t xml:space="preserve">[24:14] </w:t>
      </w:r>
      <w:r>
        <w:t>s? yani aa, this position is reserved for her. how can i be the queen of jannat? ji to aa, rasool Allah bohat achhi tarah samjhate hain is ko.</w:t>
      </w:r>
    </w:p>
    <w:p>
      <w:pPr>
        <w:jc w:val="right"/>
      </w:pPr>
      <w:r>
        <w:t>س؟ یعنی آہ، اس پوزیشن از ریزروڈ فار ہر۔ ہاؤ کین ائی بی دا کوئین آف جنت؟ جی تو آہ، رسول اللہ بہت اچھی طرح سمجھاتے ہیں اس کو۔</w:t>
      </w:r>
    </w:p>
    <w:p>
      <w:r>
        <w:rPr>
          <w:b/>
        </w:rPr>
        <w:t xml:space="preserve">[24:26] </w:t>
      </w:r>
      <w:r>
        <w:t>aa, kehte hain ke al-qa sayyidatun nisa al-alamin she was the leader of women of her time</w:t>
      </w:r>
    </w:p>
    <w:p>
      <w:pPr>
        <w:jc w:val="right"/>
      </w:pPr>
      <w:r>
        <w:t>آہ، کہتے ہیں کہ القا سید نساء عالمہ شی واز دی لیڈر آف وومن آف ہر ٹائ</w:t>
      </w:r>
    </w:p>
    <w:p>
      <w:r>
        <w:rPr>
          <w:b/>
        </w:rPr>
        <w:t xml:space="preserve">[24:35] </w:t>
      </w:r>
      <w:r>
        <w:t>m. ji and you are the leader of women of your time. ji aur phir aa, rasool Allah ne char khawateen ka naam liya.</w:t>
      </w:r>
    </w:p>
    <w:p>
      <w:pPr>
        <w:jc w:val="right"/>
      </w:pPr>
      <w:r>
        <w:t>م۔ جی اینڈ یو ار دا لیڈر آف وومن آف یور ٹائم۔ جی اور پھر آہ، رسول اللہ نے چار خواتین کا نام لیا۔</w:t>
      </w:r>
    </w:p>
    <w:p>
      <w:r>
        <w:rPr>
          <w:b/>
        </w:rPr>
        <w:t xml:space="preserve">[24:44] </w:t>
      </w:r>
      <w:r>
        <w:t>aa, jo aa, remarkable women of all times, jis mein naam tha Maryam aur Asiya aur Khadija aur Fatima</w:t>
      </w:r>
    </w:p>
    <w:p>
      <w:pPr>
        <w:jc w:val="right"/>
      </w:pPr>
      <w:r>
        <w:t>آہ، جو آہ، ریمارکیبل وومن آف آل ٹائمز، جس میں نام تھا مریم اور اسیہ اور خدیجہ اور فاطم</w:t>
      </w:r>
    </w:p>
    <w:p>
      <w:r>
        <w:rPr>
          <w:b/>
        </w:rPr>
        <w:t xml:space="preserve">[24:56] </w:t>
      </w:r>
      <w:r>
        <w:t>h. aise hi ek aah, aah, ek narration hai isi se mutalliq ke ek sahabi the, un ka naam hai Huzaifa R.A.</w:t>
      </w:r>
    </w:p>
    <w:p>
      <w:pPr>
        <w:jc w:val="right"/>
      </w:pPr>
      <w:r>
        <w:t>ہ۔ ایسے ہی ایک آہ، آہ، ایک نیریشن ہے اسی سے متعلق کہ ایک صحابی تھے، ان کا نام ہے حذیفہ رضی اللہ عنہ۔</w:t>
      </w:r>
    </w:p>
    <w:p>
      <w:r>
        <w:rPr>
          <w:b/>
        </w:rPr>
        <w:t xml:space="preserve">[25:07] </w:t>
      </w:r>
      <w:r>
        <w:t>to Hazrat Huzaifa batate hain ke ek din meri mother ne mujhe daanta aur kaha ke tum gaye nahi abhi tak prophet ke paas?</w:t>
      </w:r>
    </w:p>
    <w:p>
      <w:pPr>
        <w:jc w:val="right"/>
      </w:pPr>
      <w:r>
        <w:t>تو حضرت حذیفہ بتاتے ہیں کہ ایک دن میری مدر نے مجھے ڈانٹا اور کہا کہ تم گئے نہیں ابھی تک پرافٹ کے پاس؟</w:t>
      </w:r>
    </w:p>
    <w:p>
      <w:r>
        <w:rPr>
          <w:b/>
        </w:rPr>
        <w:t xml:space="preserve">[25:16] </w:t>
      </w:r>
      <w:r>
        <w:t>hmm to unhon ne kaha: "acha, mein jaata hoon, aaj hi jaata hoon aur ja ke aah milta hoon aur aap ki maghfirat ke liye dua karwata hoon aur apne liye bhi dua karata</w:t>
      </w:r>
    </w:p>
    <w:p>
      <w:pPr>
        <w:jc w:val="right"/>
      </w:pPr>
      <w:r>
        <w:t>ہمم تو انہوں نے کہا: "اچھا، میں جاتا ہوں، اج ہی جاتا ہوں اور جا کے آہ ملتا ہوں اور آپ کی مغفرت کے لیے دعا کرواتا ہوں اور اپنے لیے بھی دعا کراتا</w:t>
      </w:r>
    </w:p>
    <w:p>
      <w:r>
        <w:rPr>
          <w:b/>
        </w:rPr>
        <w:t xml:space="preserve">[25:26] </w:t>
      </w:r>
      <w:r>
        <w:t>hoon." lagta hai un ki mother ne kaha hoga ke bhai jao tum aah mere liye dua aah kehne ke liye. to is liye unhon ne thoda sa daantne ke andaaz mein kaha.</w:t>
      </w:r>
    </w:p>
    <w:p>
      <w:pPr>
        <w:jc w:val="right"/>
      </w:pPr>
      <w:r>
        <w:t>ہوں۔" لگتا ہے ان کی مدر نے کہا ہوگا کہ بھئی جاؤ تم آہ میرے لیے دعا آہ کہو کرنے کے لیے۔ تو اس لیے انہوں نے تھوڑا سا ڈانٹنے کے انداز میں کہا۔</w:t>
      </w:r>
    </w:p>
    <w:p>
      <w:r>
        <w:rPr>
          <w:b/>
        </w:rPr>
        <w:t xml:space="preserve">[25:36] </w:t>
      </w:r>
      <w:r>
        <w:t>to woh gaye isi din aur wahan maghrib ki namaz padhi prophet ke saath masjid mein aur phir baithe rahe. phir isha ki bhi namaz padhi.</w:t>
      </w:r>
    </w:p>
    <w:p>
      <w:pPr>
        <w:jc w:val="right"/>
      </w:pPr>
      <w:r>
        <w:t>تو وہ گئے اسی دن اور وہاں مغرب کی نماز پڑھی پرافٹ کے ساتھ مسجد میں اور پھر بیٹھے رہے۔ پھر عشاء کی بھی نماز پڑھی۔</w:t>
      </w:r>
    </w:p>
    <w:p>
      <w:r>
        <w:rPr>
          <w:b/>
        </w:rPr>
        <w:t xml:space="preserve">[25:45] </w:t>
      </w:r>
      <w:r>
        <w:t>ji aur phir prophet bahar nikle masjid se to raat ka waqt ho gaya tha. to woh bhi saath peeche</w:t>
      </w:r>
    </w:p>
    <w:p>
      <w:pPr>
        <w:jc w:val="right"/>
      </w:pPr>
      <w:r>
        <w:t>جی اور پھر پرافٹ باہر نکلے مسجد سے تو رات کا وقت ہو گیا تھا۔ تو وہ بھی ساتھ پیچھے</w:t>
      </w:r>
    </w:p>
    <w:p>
      <w:r>
        <w:rPr>
          <w:b/>
        </w:rPr>
        <w:t xml:space="preserve">[25:55] </w:t>
      </w:r>
      <w:r>
        <w:t>nikle to prophet ne kaha ke kaun hai? Huzaifa? hmm to unhon ne kaha: "haan." to aah bole ke kya baat hai?</w:t>
      </w:r>
    </w:p>
    <w:p>
      <w:pPr>
        <w:jc w:val="right"/>
      </w:pPr>
      <w:r>
        <w:t>نکلے تو پرافٹ نے کہا کہ کون ہے؟ حذیفہ؟ ہمم تو انہوں نے کہا: "ہاں۔" تو آہ بولے کہ کیا بات ہے؟</w:t>
      </w:r>
    </w:p>
    <w:p>
      <w:r>
        <w:rPr>
          <w:b/>
        </w:rPr>
        <w:t xml:space="preserve">[26:05] </w:t>
      </w:r>
      <w:r>
        <w:t>kuch kaam hai tumhein? to phir prophet ne dua di un ko aur un ki mother ko: "may Allah forgive you and your mother." aur phir kaha ke yahan ek farishta hai aur woh bohat hi unique andaaz ka farishta</w:t>
      </w:r>
    </w:p>
    <w:p>
      <w:pPr>
        <w:jc w:val="right"/>
      </w:pPr>
      <w:r>
        <w:t>کچھ کام ہے تمہیں؟ تو پھر پرافٹ نے دعا دی ان کو اور ان کی مدر کو: "مے اللہ فارگیو یو اینڈ یور مدر۔" اور پھر کہا کہ یہاں ایک فرشتہ ہے اور وہ بہت ہی یونیک انداز کا فرشتہ</w:t>
      </w:r>
    </w:p>
    <w:p>
      <w:r>
        <w:rPr>
          <w:b/>
        </w:rPr>
        <w:t xml:space="preserve">[26:20] </w:t>
      </w:r>
      <w:r>
        <w:t>hai. he came to this earth for the first time. hmm aur aur aur aur bataya hai ke woh aaya hai aur yeh information de de raha hai mujhe ke mujhe aah good news de raha hai ke Fatima will be the leader of women in paradise</w:t>
      </w:r>
    </w:p>
    <w:p>
      <w:pPr>
        <w:jc w:val="right"/>
      </w:pPr>
      <w:r>
        <w:t>ہے۔ ہی کیم ٹو دس ارتھ فار دا فرسٹ ٹائم۔ ہمم اور اور اور اور بتایا ہے کہ وہ آیا ہے اور یہ انفارمیشن دے دے رہا ہے مجھے کہ مجھے آہ گڈ نیوز دے رہا ہے کہ فاطمہ ول بی دا لیڈر آف وومن ان پیراڈائز</w:t>
      </w:r>
    </w:p>
    <w:p>
      <w:r>
        <w:rPr>
          <w:b/>
        </w:rPr>
        <w:t xml:space="preserve">[26:40] </w:t>
      </w:r>
      <w:r>
        <w:t>۔ yani bohat hi ek anokhe andaaz mein Allah taala ne yeh baat aah Rasool Allah ko batai ke ek khaas farishte ko bheja hai jo kabhi aaya hi nahi apni zindagi mein zameen ke upar.</w:t>
      </w:r>
    </w:p>
    <w:p>
      <w:pPr>
        <w:jc w:val="right"/>
      </w:pPr>
      <w:r>
        <w:t>۔ یعنی بہت ہی ایک انوکھے انداز میں اللہ تعالی نے یہ بات آہ رسول اللہ کو بتائی کہ ایک خاص فرشتے کو بھیجا ہے جو کبھی آیا ہی نہیں اپنی زندگی میں زمین کے اوپر۔</w:t>
      </w:r>
    </w:p>
    <w:p>
      <w:r>
        <w:rPr>
          <w:b/>
        </w:rPr>
        <w:t xml:space="preserve">[26:52] </w:t>
      </w:r>
      <w:r>
        <w:t>to yeh to bohat bara, its a very amazing honour. is mein ek sabak ka jo pehlu hai woh bohat aham hai. aah yeh bohat hi inspiring aah baat hai.</w:t>
      </w:r>
    </w:p>
    <w:p>
      <w:pPr>
        <w:jc w:val="right"/>
      </w:pPr>
      <w:r>
        <w:t>تو یہ تو بہت بڑا، اٹس ا ویری امیزنگ اونر۔ اس میں ایک سبق کا جو پہلو ہے وہ بہت اہم ہے۔ آہ یہ بہت ہی انسپائرنگ آہ بات ہے۔</w:t>
      </w:r>
    </w:p>
    <w:p>
      <w:r>
        <w:rPr>
          <w:b/>
        </w:rPr>
        <w:t xml:space="preserve">[27:04] </w:t>
      </w:r>
      <w:r>
        <w:t>aah</w:t>
      </w:r>
    </w:p>
    <w:p>
      <w:pPr>
        <w:jc w:val="right"/>
      </w:pPr>
      <w:r>
        <w:t>آہ</w:t>
      </w:r>
    </w:p>
    <w:p>
      <w:r>
        <w:rPr>
          <w:b/>
        </w:rPr>
        <w:t xml:space="preserve">[27:05] </w:t>
      </w:r>
      <w:r>
        <w:t>sabak ka pehlu yeh hai ke jo bhi darjaat the, jo bhi rank tha Ahl-e-Bait ka, prophet ki family ka. ji woh is wajah se nahi tha ke they were the family of the prophet, ke daughters of the prophet aur wife of the prophet ki wajah se, balkeh un ki jo jo un ki aah aah qurbaniyan theen.</w:t>
      </w:r>
    </w:p>
    <w:p>
      <w:pPr>
        <w:jc w:val="right"/>
      </w:pPr>
      <w:r>
        <w:t>سبق کا پہلو یہ ہے کہ جو بھی درجات تھے، جو بھی رینکس تھا اہل البیت کا، پرافٹ کی فیملی کا۔ جی وہ اس وجہ سے نہیں تھا کہ دے وار دا فیملی آف دا پرافٹ، کے ڈاٹرز آف دا پرافٹ اور وائف آف دا پرافٹ کی وجہ سے، بلکہ ان کی جو جو ان کی آہ آہ قربانیاں تھیں۔</w:t>
      </w:r>
    </w:p>
    <w:p>
      <w:r>
        <w:rPr>
          <w:b/>
        </w:rPr>
        <w:t xml:space="preserve">[27:25] </w:t>
      </w:r>
      <w:r>
        <w:t>hmm ke har haal mein prophet ki family ne un ko support kiya, un ka saath diya. chahe bohat impor</w:t>
      </w:r>
    </w:p>
    <w:p>
      <w:pPr>
        <w:jc w:val="right"/>
      </w:pPr>
      <w:r>
        <w:t>ہمم کہ ہر حال میں پرافٹ کی فیملی نے ان کو سپورٹ کیا، ان کا ساتھ دیا۔ چاہے بہت امپور</w:t>
      </w:r>
    </w:p>
    <w:p>
      <w:r>
        <w:rPr>
          <w:b/>
        </w:rPr>
        <w:t xml:space="preserve">[27:32] </w:t>
      </w:r>
      <w:r>
        <w:t>tant baat hai, chahe chahe faqa karna pade, starvation ki nobat aa jaye ya log satayein. ab woh daur khatam ho gaya, is liye hum samajh nahi paate.</w:t>
      </w:r>
    </w:p>
    <w:p>
      <w:pPr>
        <w:jc w:val="right"/>
      </w:pPr>
      <w:r>
        <w:t>ٹنٹ بات ہے، چاہے چاہے فاقہ کرنا پڑے، سٹارویشن کی نوبت آ جائے یا لوگ ستائیں۔ اب وہ دور ختم ہو گیا، اس لیے ہم سمجھ نہیں پاتے۔</w:t>
      </w:r>
    </w:p>
    <w:p>
      <w:r>
        <w:rPr>
          <w:b/>
        </w:rPr>
        <w:t xml:space="preserve">[27:41] </w:t>
      </w:r>
      <w:r>
        <w:t>ji woh daur doosra tha, wahan khane peene ko nahi hota tha aur wahan log maarte peette the. to woh physical takleef pahunchti thi aur aah emotional takleef bhi aur physical takleef bhi.</w:t>
      </w:r>
    </w:p>
    <w:p>
      <w:pPr>
        <w:jc w:val="right"/>
      </w:pPr>
      <w:r>
        <w:t>جی وہ دور دوسرا تھا، وہاں کھانے پینے کو نہیں ہوتا تھا اور وہاں لوگ مارتے پیٹتے تھے۔ تو وہ فزیکل تکلیف پہنچتی تھی اور آہ ایموشنل تکلیف بھی اور فزیکل تکلیف بھی۔</w:t>
      </w:r>
    </w:p>
    <w:p>
      <w:r>
        <w:rPr>
          <w:b/>
        </w:rPr>
        <w:t xml:space="preserve">[27:55] </w:t>
      </w:r>
      <w:r>
        <w:t>to yeh yeh sab sab woh daur khatam ho gaya</w:t>
      </w:r>
    </w:p>
    <w:p>
      <w:pPr>
        <w:jc w:val="right"/>
      </w:pPr>
      <w:r>
        <w:t>تو یہ یہ سب سب وہ دور ختم ہو گیا</w:t>
      </w:r>
    </w:p>
    <w:p>
      <w:r>
        <w:rPr>
          <w:b/>
        </w:rPr>
        <w:t xml:space="preserve">[27:58] </w:t>
      </w:r>
      <w:r>
        <w:t>، lekin is wajah se un ko un ke darjaat itne buland kiye Allah taala ne. aur aaj doosra daur hai, aaj yeh sab cheezein nahi hain.</w:t>
      </w:r>
    </w:p>
    <w:p>
      <w:pPr>
        <w:jc w:val="right"/>
      </w:pPr>
      <w:r>
        <w:t>، لیکن اس وجہ سے ان کو ان کے درجات اتنے بلند کیے اللہ تعالی نے۔ اور آج دوسرا دور ہے، آج یہ سب چیزیں نہیں ہیں۔</w:t>
      </w:r>
    </w:p>
    <w:p>
      <w:r>
        <w:rPr>
          <w:b/>
        </w:rPr>
        <w:t xml:space="preserve">[28:07] </w:t>
      </w:r>
      <w:r>
        <w:t>ji aaj bhi agar dawat ka dawat ke kaam mein log qurbani ki satah par apna hissa ada karein ge to un ke bhi darjaat buland honge.</w:t>
      </w:r>
    </w:p>
    <w:p>
      <w:pPr>
        <w:jc w:val="right"/>
      </w:pPr>
      <w:r>
        <w:t>جی آج بھی اگر دعوت کا دعوت کے کام میں لوگ قربانی کی سطح پر اپنا حصہ ادا کریں گے تو ان کے بھی درجات بلند ہوں گے۔</w:t>
      </w:r>
    </w:p>
    <w:p>
      <w:r>
        <w:rPr>
          <w:b/>
        </w:rPr>
        <w:t xml:space="preserve">[28:18] </w:t>
      </w:r>
      <w:r>
        <w:t>ji chounke aaj to test jo hai woh</w:t>
      </w:r>
    </w:p>
    <w:p>
      <w:pPr>
        <w:jc w:val="right"/>
      </w:pPr>
      <w:r>
        <w:t>جی چونکہ آج تو ٹیسٹ جو ہے وہ</w:t>
      </w:r>
    </w:p>
    <w:p>
      <w:r>
        <w:rPr>
          <w:b/>
        </w:rPr>
        <w:t xml:space="preserve">[28:21] </w:t>
      </w:r>
      <w:r>
        <w:t>alag tarah ka hai. aise hi aata hai ke jo test hai is daur ka, ghaliban Rasool Allah Salallahu Alaihi Wasallam ne farmaya, woh maal hai, wealth hai.</w:t>
      </w:r>
    </w:p>
    <w:p>
      <w:pPr>
        <w:jc w:val="right"/>
      </w:pPr>
      <w:r>
        <w:t>الگ طرح کا ہے۔ ایسے ہی آتا ہے کہ جو ٹیسٹ ہے اس دور کا، غالباً رسول اللہ صلی اللہ علیہ وسلم نے فرمایا، وہ مال ہے، ویلتھ ہے۔</w:t>
      </w:r>
    </w:p>
    <w:p>
      <w:r>
        <w:rPr>
          <w:b/>
        </w:rPr>
        <w:t xml:space="preserve">[28:29] </w:t>
      </w:r>
      <w:r>
        <w:t>hmm ab woh nahi hai ke khana nahi hai, woh pani nahi hai aur ab violence bhi nahi hai. to yeh dunya bilkul peaceful dunya ho gayi. jo log ladh ladh rahe hain to woh bilawaja ladh rahe hain.</w:t>
      </w:r>
    </w:p>
    <w:p>
      <w:pPr>
        <w:jc w:val="right"/>
      </w:pPr>
      <w:r>
        <w:t>ہمم اب وہ نہیں ہے کہ کھانا نہیں ہے، وہ پانی نہیں ہے اور اب وائلنس بھی نہیں ہے۔ تو یہ دنیا بالکل پیس فل دنیا ہو گئی۔ جو لوگ لڑ بڑھ رہے ہیں تو وہ بلاوجہ لڑ رہے ہیں۔</w:t>
      </w:r>
    </w:p>
    <w:p>
      <w:r>
        <w:rPr>
          <w:b/>
        </w:rPr>
        <w:t xml:space="preserve">[28:40] </w:t>
      </w:r>
      <w:r>
        <w:t>hmm aah bilkul peace hai, kisi ko kisi se matlab nahi hai. to aaj ke daur mein jo log apna apna time, apni energy, apna paisa aur apni zindagi ko lagayein ge is dawat ke kaam mein, Khuda ke deen ko logon tak pahunchane mein, Quran ka message logon tak pahunchane mein, to un ke bhi ranks Allah taala isi tarah se badhaye ga.</w:t>
      </w:r>
    </w:p>
    <w:p>
      <w:pPr>
        <w:jc w:val="right"/>
      </w:pPr>
      <w:r>
        <w:t>ہمم آہ بالکل پیس ہے، کسی کو کسی سے مطلب نہیں ہے۔ تو آج کے دور میں جو لوگ اپنا اپنا ٹائم، اپنی انرجی، اپنا پیسہ اور اپنی زندگی کو لگائیں گے اس دعوت کے کام میں، خدا کے دین کو لوگوں تک پہنچانے میں، قرآن کا میسج لوگوں تک پہنچانے میں، تو ان کے بھی رینکس اللہ تعالی اسی طرح سے بڑھائے گا۔</w:t>
      </w:r>
    </w:p>
    <w:p>
      <w:r>
        <w:rPr>
          <w:b/>
        </w:rPr>
        <w:t xml:space="preserve">[29:04] </w:t>
      </w:r>
      <w:r>
        <w:t>ji</w:t>
      </w:r>
    </w:p>
    <w:p>
      <w:pPr>
        <w:jc w:val="right"/>
      </w:pPr>
      <w:r>
        <w:t>جی</w:t>
      </w:r>
    </w:p>
    <w:p>
      <w:r>
        <w:rPr>
          <w:b/>
        </w:rPr>
        <w:t xml:space="preserve">[29:05] </w:t>
      </w:r>
      <w:r>
        <w:t>Masha Allah, bohat yeh important point hai doctor sahib, kyunke generally log aah mysteriousness ke level pe in cheezon ko lete hain. ji but asal cheez to yahi hai ke aah aap ka khud ka sacrifice aah for the deen, aah aap ke kya actions hain, aap ka kya conduct hai, aah yeh bohat important hai.</w:t>
      </w:r>
    </w:p>
    <w:p>
      <w:pPr>
        <w:jc w:val="right"/>
      </w:pPr>
      <w:r>
        <w:t>ماشاءاللہ، بہت یہ امپورٹنٹ پوائنٹ ہے ڈاکٹر صاحب، کیونکہ جنرلی لوگ آہ مسٹیریسنس کے لیول پہ ان چیزوں کو لیتے ہیں۔ جی بٹ اصل چیز تو یہی ہے کہ آہ آپ کا خود کا سیکریفائس آہ فار دا دین، آہ آپ کے کیا ایکشنز ہیں، آپ کا کیا کنڈکٹ ہے، آہ یہ بہت امپورٹنٹ ہے۔</w:t>
      </w:r>
    </w:p>
    <w:p>
      <w:r>
        <w:rPr>
          <w:b/>
        </w:rPr>
        <w:t xml:space="preserve">[29:23] </w:t>
      </w:r>
      <w:r>
        <w:t>jazak Allah doctor sahib for that insightful in</w:t>
      </w:r>
    </w:p>
    <w:p>
      <w:pPr>
        <w:jc w:val="right"/>
      </w:pPr>
      <w:r>
        <w:t>جزاک اللہ ڈاکٹر صاحب فار آہ دیٹ انسائٹ فل آہ ان</w:t>
      </w:r>
    </w:p>
    <w:p>
      <w:r>
        <w:rPr>
          <w:b/>
        </w:rPr>
        <w:t xml:space="preserve">[29:28] </w:t>
      </w:r>
      <w:r>
        <w:t>sir doctor sahib aik aah significant event aah jo islamic history mein aata hai woh hai proposal of marriage aah jo hazrat ali ne bheja hazrat fatima ke liye</w:t>
      </w:r>
    </w:p>
    <w:p>
      <w:pPr>
        <w:jc w:val="right"/>
      </w:pPr>
      <w:r>
        <w:t>سر۔ ڈاکٹر صاحب، ایک آہ سگنیفیکنٹ ایونٹ آہ جو اسلامک ہسٹری میں آتا ہے، وہ ہے پروپوزل آف میرج آہ جو حضرت علی نے بھیجا حضرت فاطمہ کے لیے۔</w:t>
      </w:r>
    </w:p>
    <w:p>
      <w:r>
        <w:rPr>
          <w:b/>
        </w:rPr>
        <w:t xml:space="preserve">[29:40] </w:t>
      </w:r>
      <w:r>
        <w:t>aah pehle woh thore hesitant thay becaus he thought his social and economic status did not match with the position aah of prophet</w:t>
      </w:r>
    </w:p>
    <w:p>
      <w:pPr>
        <w:jc w:val="right"/>
      </w:pPr>
      <w:r>
        <w:t>آہ پہلے وہ تھوڑے ہیسیٹنٹ تھے، بیکاز ہی تھاٹ ہز سوشل اینڈ اکنامک سٹیٹس ڈیڈ ناٹ میچ ود دی پوزیشن آہ آف پرافٹ۔</w:t>
      </w:r>
    </w:p>
    <w:p>
      <w:r>
        <w:rPr>
          <w:b/>
        </w:rPr>
        <w:t xml:space="preserve">[29:48] </w:t>
      </w:r>
      <w:r>
        <w:t>to main chahunga ke woh thora is ke bare mein aap batayein hum sab ko</w:t>
      </w:r>
    </w:p>
    <w:p>
      <w:pPr>
        <w:jc w:val="right"/>
      </w:pPr>
      <w:r>
        <w:t>تو میں چاہوں گا کہ وہ تھوڑا اس کے بارے میں آپ بتائیں ہم سب کو۔</w:t>
      </w:r>
    </w:p>
    <w:p>
      <w:r>
        <w:rPr>
          <w:b/>
        </w:rPr>
        <w:t xml:space="preserve">[29:53] </w:t>
      </w:r>
      <w:r>
        <w:t>haan yeh jo narration kitaab mein aata hai yeh hazrat ali ne khud hi bataya hai ji aur is ke narrator hain un ke bete hasan</w:t>
      </w:r>
    </w:p>
    <w:p>
      <w:pPr>
        <w:jc w:val="right"/>
      </w:pPr>
      <w:r>
        <w:t>ہاں، یہ جو نیریشن کتاب میں آتا ہے، یہ حضرت علی نے خود ہی بتایا ہے۔ جی اور اس کے نیریٹر ہیں ان کے بیٹے الحسن۔</w:t>
      </w:r>
    </w:p>
    <w:p>
      <w:r>
        <w:rPr>
          <w:b/>
        </w:rPr>
        <w:t xml:space="preserve">[30:01] </w:t>
      </w:r>
      <w:r>
        <w:t>ji ke my father told us how we got married ji to hazrat ali batate hain ke hamara hamara aik family ka ghar tha hamare uncles waghera baithe hue thay to hum aisi baat cheet kar rahe thay</w:t>
      </w:r>
    </w:p>
    <w:p>
      <w:pPr>
        <w:jc w:val="right"/>
      </w:pPr>
      <w:r>
        <w:t>جی کہ مائی فادر ٹولڈ اس ہاؤ وی گاٹ میریڈ۔ جی تو حضرت علی بتاتے ہیں کہ ہمارا ہمارا ایک فیملی کا گھر تھا، ہمارے انکلز وغیرہ بیٹھے ہوئے تھے، تو ہم ایسی بات چیت کر رہے تھے۔</w:t>
      </w:r>
    </w:p>
    <w:p>
      <w:r>
        <w:rPr>
          <w:b/>
        </w:rPr>
        <w:t xml:space="preserve">[30:14] </w:t>
      </w:r>
      <w:r>
        <w:t>j</w:t>
      </w:r>
    </w:p>
    <w:p>
      <w:pPr>
        <w:jc w:val="right"/>
      </w:pPr>
      <w:r>
        <w:t>ج</w:t>
      </w:r>
    </w:p>
    <w:p>
      <w:r>
        <w:rPr>
          <w:b/>
        </w:rPr>
        <w:t xml:space="preserve">[30:15] </w:t>
      </w:r>
      <w:r>
        <w:t>y to achaanak woh log meri shadi ke bare mein baat karne lage aur woh kehne lage why dont you go to the prophet and ask for fatima hand humm to aah baharhal yeh baat hoti rahi aur unhone kaha ke aik old maid thi hamari family mein</w:t>
      </w:r>
    </w:p>
    <w:p>
      <w:pPr>
        <w:jc w:val="right"/>
      </w:pPr>
      <w:r>
        <w:t>ی تو اچانک وہ لوگ میری شادی کے بارے میں بات کرنے لگے اور وہ کہنے لگے: "وائی ڈونٹ یو گو ٹو دا پرافٹ اینڈ اسک فار فاطمہ ہینڈ؟" ہمم تو آہ بہرحال یہ بات ہوتی رہی اور انہوں نے کہا کہ ایک اولڈ میڈ تھی ہماری فیملی میں،</w:t>
      </w:r>
    </w:p>
    <w:p>
      <w:r>
        <w:rPr>
          <w:b/>
        </w:rPr>
        <w:t xml:space="preserve">[30:33] </w:t>
      </w:r>
      <w:r>
        <w:t>un ka naam nahi aata ke unhone kaha ke i think prophet has an eye on you</w:t>
      </w:r>
    </w:p>
    <w:p>
      <w:pPr>
        <w:jc w:val="right"/>
      </w:pPr>
      <w:r>
        <w:t>ان کا نام نہیں آتا، کہ انہوں نے کہا کہ: "آئی تھنک پرافٹ ہیز این آئی ان یو۔"</w:t>
      </w:r>
    </w:p>
    <w:p>
      <w:r>
        <w:rPr>
          <w:b/>
        </w:rPr>
        <w:t xml:space="preserve">[30:41] </w:t>
      </w:r>
      <w:r>
        <w:t>to hazrat ali ne kaha ke aah aah prophet ne to bohat hi bare bare sahaba ko hi turn down number of top sahaba chuna ke bohat sare sahaba ne rishte bheje thay aah fatima rz ke liye</w:t>
      </w:r>
    </w:p>
    <w:p>
      <w:pPr>
        <w:jc w:val="right"/>
      </w:pPr>
      <w:r>
        <w:t>تو حضرت علی نے کہا کہ آہ آہ پرافٹ نے تو بہت ہی بڑے بڑے صحابہ کو ہی ٹرن ڈاؤن نمبر آف ٹاپ صحابہ، چونکہ بہت سارے صحابہ نے رشتے بھیجے تھے آہ فاطمہ رضی اللہ عنہا کے لیے۔</w:t>
      </w:r>
    </w:p>
    <w:p>
      <w:r>
        <w:rPr>
          <w:b/>
        </w:rPr>
        <w:t xml:space="preserve">[30:58] </w:t>
      </w:r>
      <w:r>
        <w:t>to aah aah yani unhone kaha ke mere paas to kuch hai bhi nahi aah meri kaise shadi ho sakti hai fatima se</w:t>
      </w:r>
    </w:p>
    <w:p>
      <w:pPr>
        <w:jc w:val="right"/>
      </w:pPr>
      <w:r>
        <w:t>تو آہ آہ یعنی انہوں نے کہا کہ: "میرے پاس تو کچھ ہے بھی نہیں، آہ میری کیسے شادی ہو سکتی ہے فاطمہ سے؟"</w:t>
      </w:r>
    </w:p>
    <w:p>
      <w:r>
        <w:rPr>
          <w:b/>
        </w:rPr>
        <w:t xml:space="preserve">[31:08] </w:t>
      </w:r>
      <w:r>
        <w:t>to lekin woh jo lady thi woh push karti rahi aur us ne kaha ke you just go to the prophet and he will marry his daughter to you aur bhi jo sahaba thay aah hazrat abu bakr rz aur hazrat umar rz aur saad ibn maaz jo ke chief thay aah madina mein yeh sab aah aah encourage karte rahe ke jao ji tum go and ask for fatima hand</w:t>
      </w:r>
    </w:p>
    <w:p>
      <w:pPr>
        <w:jc w:val="right"/>
      </w:pPr>
      <w:r>
        <w:t>تو لیکن وہ جو لیڈی تھی، وہ پش کرتی رہی اور اس نے کہا کہ: "یو جسٹ گو ٹو دا پرافٹ اینڈ ہی ول میری ہز ڈاٹر ٹو یو۔" اور بھی جو صحابہ تھے، آہ حضرت ابوبکر رضی اللہ عنہ اور حضرت عمر رضی اللہ عنہ اور سعد ابن معاذ، جو کہ چیف تھے آہ مدینہ میں، یہ سب آہ آہ انکریج کرتے رہے کہ: "جاؤ جی تم گو اینڈ اسک فار فاطمہ ہینڈ۔</w:t>
      </w:r>
    </w:p>
    <w:p>
      <w:r>
        <w:rPr>
          <w:b/>
        </w:rPr>
        <w:t xml:space="preserve">[31:38] </w:t>
      </w:r>
      <w:r>
        <w:t>to hazrat ali kehte hain ke finally mere andar confidence paida hua aah and i thought i can do it humm aur aah kafi himmat hui to gaye woh aik din</w:t>
      </w:r>
    </w:p>
    <w:p>
      <w:pPr>
        <w:jc w:val="right"/>
      </w:pPr>
      <w:r>
        <w:t>" تو حضرت علی کہتے ہیں کہ: "فائنلی میرے اندر کانفیڈنس پیدا ہوا، آہ اینڈ آئی تھاٹ آئی کین ڈو اٹ۔" ہمم اور آہ کافی ہمت ہوئی تو گئے وہ ایک دن۔</w:t>
      </w:r>
    </w:p>
    <w:p>
      <w:r>
        <w:rPr>
          <w:b/>
        </w:rPr>
        <w:t xml:space="preserve">[31:51] </w:t>
      </w:r>
      <w:r>
        <w:t>humm aur aah gaye prophet ke ghar aur prophet ke samne baith gaye prophet samne baithe hue thay to woh ja ke baith ke bilkul khamosh ho gaye</w:t>
      </w:r>
    </w:p>
    <w:p>
      <w:pPr>
        <w:jc w:val="right"/>
      </w:pPr>
      <w:r>
        <w:t>ہمم اور آہ گئے پرافٹ کے گھر اور پرافٹ کے سامنے بیٹھ گئے۔ پرافٹ سامنے بیٹھے ہوئے تھے تو وہ جا کے بیٹھ کے بالکل خاموش ہو گئے۔</w:t>
      </w:r>
    </w:p>
    <w:p>
      <w:r>
        <w:rPr>
          <w:b/>
        </w:rPr>
        <w:t xml:space="preserve">[32:03] </w:t>
      </w:r>
      <w:r>
        <w:t>ji he could not say one word</w:t>
      </w:r>
    </w:p>
    <w:p>
      <w:pPr>
        <w:jc w:val="right"/>
      </w:pPr>
      <w:r>
        <w:t>جی ہی کڈ ناٹ سے ون ورڈ۔</w:t>
      </w:r>
    </w:p>
    <w:p>
      <w:r>
        <w:rPr>
          <w:b/>
        </w:rPr>
        <w:t xml:space="preserve">[32:06] </w:t>
      </w:r>
      <w:r>
        <w:t>to kehte hain ke maine koshish ki bolne ki i tried to say but i just mumbled a few words haan on is tarah se bas kiya aur bole ke jallat wa hibat li rasool allah sallallahu alaihi wasallam due to the glory respect and love of the prophet i could not say one word humm to aah halanke hazrat ali aah is considered to be the most eloquent among the</w:t>
      </w:r>
    </w:p>
    <w:p>
      <w:pPr>
        <w:jc w:val="right"/>
      </w:pPr>
      <w:r>
        <w:t>تو کہتے ہیں کہ: "میں نے کوشش کی بولنے کی، آئی ٹرائی ٹو سے، بٹ آئی جسٹ ممبلڈ ا فیو ورڈ، ہاں اون اس طرح سے بس کیا۔" اور بولے کہ: "جلالتا وحیبتا لرسول اللہ صلی اللہ علیہ وسلم، ڈیو ٹو دا گلوری، ریسپیکٹ اینڈ لو آف دا پرافٹ، آئی کڈنٹ سے ون ورڈ۔" ہمم تو آہ حالانکہ حضرت علی آہ از کنسیڈر ٹو بی دا موسٹ ایلیکونٹ امنگ دا</w:t>
      </w:r>
    </w:p>
    <w:p>
      <w:r>
        <w:rPr>
          <w:b/>
        </w:rPr>
        <w:t xml:space="preserve">[32:33] </w:t>
      </w:r>
      <w:r>
        <w:t>sahaba he was a writer he was a poet he was a scholar aah lekin he was completely at loss of words completely aah complete loss of words</w:t>
      </w:r>
    </w:p>
    <w:p>
      <w:pPr>
        <w:jc w:val="right"/>
      </w:pPr>
      <w:r>
        <w:t>صحابہ، ہی واز اے رائٹر، ہی واز اے پوئٹ، ہی واز اے سکالر، آہ لیکن ہی واز کمپلیٹلی ایٹ لاس آف ورڈز، کمپلیٹلی آہ کمپلیٹ لاس آف ورڈز۔</w:t>
      </w:r>
    </w:p>
    <w:p>
      <w:r>
        <w:rPr>
          <w:b/>
        </w:rPr>
        <w:t xml:space="preserve">[32:47] </w:t>
      </w:r>
      <w:r>
        <w:t>to kehte hain ke i was shivering i was sweating i was super nervous ji aur aah i mumbled a few words aah and prophet was looking at me</w:t>
      </w:r>
    </w:p>
    <w:p>
      <w:pPr>
        <w:jc w:val="right"/>
      </w:pPr>
      <w:r>
        <w:t>تو کہتے ہیں کہ: "آئی واز شیورنگ، آئی واز سویٹنگ، آئی واز سپر نروس۔" جی اور آہ آئی ممبلڈ ا فیو ورڈز، آہ اینڈ پرافٹ واز لوکنگ ایٹ می۔</w:t>
      </w:r>
    </w:p>
    <w:p>
      <w:r>
        <w:rPr>
          <w:b/>
        </w:rPr>
        <w:t xml:space="preserve">[32:59] </w:t>
      </w:r>
      <w:r>
        <w:t>to prophet ne kaha ke ma ja baka ma ja baka ya ibn ummi what has brought you o son of my uncle</w:t>
      </w:r>
    </w:p>
    <w:p>
      <w:pPr>
        <w:jc w:val="right"/>
      </w:pPr>
      <w:r>
        <w:t>تو پرافٹ نے کہا کہ: "ما جا بکا، ما جا بکا، یا ابن امی، واٹ ہیز براٹ یو، او سن آف مائی انکل؟</w:t>
      </w:r>
    </w:p>
    <w:p>
      <w:r>
        <w:rPr>
          <w:b/>
        </w:rPr>
        <w:t xml:space="preserve">[33:08] </w:t>
      </w:r>
      <w:r>
        <w:t>what what has brought you here o son of my uncle to phir kuch bol nahi sake humm to rasool allah ne kaha allah ka hajja koi kaam hai tumhe</w:t>
      </w:r>
    </w:p>
    <w:p>
      <w:pPr>
        <w:jc w:val="right"/>
      </w:pPr>
      <w:r>
        <w:t>واٹ واٹ ہیز براٹ یو ہیر، او سن آف مائی انکل؟" تو پھر کچھ بول نہیں سکے۔ ہمم تو رسول اللہ نے کہا: "اللہ کا حاجہ، کوئی کام ہے تمہیں؟</w:t>
      </w:r>
    </w:p>
    <w:p>
      <w:r>
        <w:rPr>
          <w:b/>
        </w:rPr>
        <w:t xml:space="preserve">[33:19] </w:t>
      </w:r>
      <w:r>
        <w:t>do you need something to hazrat ali kehte hain ke first sakat yani i was completely silent</w:t>
      </w:r>
    </w:p>
    <w:p>
      <w:pPr>
        <w:jc w:val="right"/>
      </w:pPr>
      <w:r>
        <w:t>ڈو یو نیڈ سمتھنگ؟" تو حضرت علی کہتے ہیں کہ: "فرسٹ سکت، یعنی آئی واز کمپلیٹلی سائلنٹ،</w:t>
      </w:r>
    </w:p>
    <w:p>
      <w:r>
        <w:rPr>
          <w:b/>
        </w:rPr>
        <w:t xml:space="preserve">[33:27] </w:t>
      </w:r>
      <w:r>
        <w:t>to i could not say anything to finally prophet himself said maybe you have come to ask for fatima hand to hazrat ali ne aise dekha zameen ki taraf aur kaha ke naam ya rasool allah yes o messenger of allah to prophet ne kaha ke theek hai its okay good</w:t>
      </w:r>
    </w:p>
    <w:p>
      <w:pPr>
        <w:jc w:val="right"/>
      </w:pPr>
      <w:r>
        <w:t>تو آئی کڈ ناٹ سے اینی تھنگ۔" تو فائنلی پرافٹ ہم سیلف سیڈ: "لعلک جیتا تختب فاطمہ، می بی یو ہیو کم ٹو اسک فار فاطمہ ہینڈ۔" تو حضرت علی نے ایسے دیکھا زمین کی طرف اور کہا کہ: "نام یا رسول اللہ؟" "یس، او میسنجر آف اللہ۔" تو پرافٹ نے کہا کہ: "ٹھیک ہے، اٹس اوکے، گڈ۔</w:t>
      </w:r>
    </w:p>
    <w:p>
      <w:r>
        <w:rPr>
          <w:b/>
        </w:rPr>
        <w:t xml:space="preserve">[33:52] </w:t>
      </w:r>
      <w:r>
        <w:t>aah do you have anything to give as mehr</w:t>
      </w:r>
    </w:p>
    <w:p>
      <w:pPr>
        <w:jc w:val="right"/>
      </w:pPr>
      <w:r>
        <w:t>آہ، ڈو یو ہیو اینی تھنگ ٹو گیو ایز مہر؟"</w:t>
      </w:r>
    </w:p>
    <w:p>
      <w:r>
        <w:rPr>
          <w:b/>
        </w:rPr>
        <w:t xml:space="preserve">[33:56] </w:t>
      </w:r>
      <w:r>
        <w:t>to hazrat ali ne kaha no i dont have anything to give mehr yani he had nothing to prophet ne aik shield latki hui thi wahan jo woh nahi hoti hai</w:t>
      </w:r>
    </w:p>
    <w:p>
      <w:pPr>
        <w:jc w:val="right"/>
      </w:pPr>
      <w:r>
        <w:t>تو حضرت علی نے کہا: "نو، آئی ڈونٹ ہیو اینی تھنگ ٹو گیو مہر، یعنی ہی ہیڈ نتھنگ۔" تو پرافٹ نے ایک شیلڈ لٹکی ہوئی تھی وہاں، جو وہ نہیں ہوتی ہے،</w:t>
      </w:r>
    </w:p>
    <w:p>
      <w:r>
        <w:rPr>
          <w:b/>
        </w:rPr>
        <w:t xml:space="preserve">[34:10] </w:t>
      </w:r>
      <w:r>
        <w:t>dara yani aah jang waghera mein pehente hain log coat of mail ji to kaha ke yeh to hai na tumhare paas humm to unhone kaha haan i i have this to unhone kaha how much you can sell it for humm</w:t>
      </w:r>
    </w:p>
    <w:p>
      <w:pPr>
        <w:jc w:val="right"/>
      </w:pPr>
      <w:r>
        <w:t>درا یعنی آہ جنگ وغیرہ میں پہنتے ہیں لوگ، کوٹ آف مل۔ جی تو کہا کہ: "یہ تو ہے نا تمہارے پاس؟" ہمم تو انہوں نے کہا: "ہاں، آئی آئی ہیو دس۔" تو انہوں نے کہا: "ہاؤ مچ یو کین سیل اٹ فار؟" ہمم</w:t>
      </w:r>
    </w:p>
    <w:p>
      <w:r>
        <w:rPr>
          <w:b/>
        </w:rPr>
        <w:t xml:space="preserve">[34:26] </w:t>
      </w:r>
      <w:r>
        <w:t>to hazrat ali ne kaha ke: "i can sell it for four dirham, four silver coin, which is almost nothing." ji to prophet ne kaha: "okay, go and sell this, and this will be mahr from you, this will be good enough as a gift from you." to ah phir prophet went to fatima, hmm and told her that ali came and he asked for your hand</w:t>
      </w:r>
    </w:p>
    <w:p>
      <w:pPr>
        <w:jc w:val="right"/>
      </w:pPr>
      <w:r>
        <w:t>تو حضرت علی نے کہا کہ: "آئی کین سیل اٹ فار فور درہم، فور سلور کوائن، وچ از الموسٹ نتھنگ۔" جی تو پرافٹ نے کہا: "اوکے، گو اینڈ سیل دس، اینڈ دس ول بی مہر فرام یو، دس ول بی گڈ انف ایز ا گفٹ فرام یو۔" تو آہ پھر پرافٹ وینٹ ٹو فاطمہ، ہمم اینڈ ٹول ہر دیٹ علی کیم اینڈ ہی اسک فار یور ہینڈ</w:t>
      </w:r>
    </w:p>
    <w:p>
      <w:r>
        <w:rPr>
          <w:b/>
        </w:rPr>
        <w:t xml:space="preserve">[34:55] </w:t>
      </w:r>
      <w:r>
        <w:t>, ah, are you okay with it? to woh bilkul khamosh ho gayi, yani modesty ki wajah se, sharm ki wajah se, ek lafz bhi nahi bol bol saki.</w:t>
      </w:r>
    </w:p>
    <w:p>
      <w:pPr>
        <w:jc w:val="right"/>
      </w:pPr>
      <w:r>
        <w:t>، آہ، آر یو اوکے ود اٹ؟ تو وہ بالکل خاموش ہو گئی، یعنی ماڈیسٹی کی وجہ سے، شرم کی وجہ سے، ایک لفظ بھی نہیں بول بول سکی۔</w:t>
      </w:r>
    </w:p>
    <w:p>
      <w:r>
        <w:rPr>
          <w:b/>
        </w:rPr>
        <w:t xml:space="preserve">[35:06] </w:t>
      </w:r>
      <w:r>
        <w:t>to pucha unhone: "rasool allah sallallahu alaihi wasallam ne dobara phir kaha ke: do you have any objection?" yani yeh zaroori hai ke ah ah ah ah ladki ki bhi ah ijazat, razamandi zaroori hai.</w:t>
      </w:r>
    </w:p>
    <w:p>
      <w:pPr>
        <w:jc w:val="right"/>
      </w:pPr>
      <w:r>
        <w:t>تو پوچھا انہوں نے: "رسول اللہ صلی اللہ علیہ وسلم نے دوبارہ پھر کہا کہ: ڈو یو ہیو اینی ابجیکشن؟" یعنی یہ ضروری ہے کہ آہ آہ آہ آہ لڑکی کی بھی آہ اجازت، رضامندی ضروری ہے۔</w:t>
      </w:r>
    </w:p>
    <w:p>
      <w:r>
        <w:rPr>
          <w:b/>
        </w:rPr>
        <w:t xml:space="preserve">[35:22] </w:t>
      </w:r>
      <w:r>
        <w:t>to woh khamosh reh</w:t>
      </w:r>
    </w:p>
    <w:p>
      <w:pPr>
        <w:jc w:val="right"/>
      </w:pPr>
      <w:r>
        <w:t>تو وہ خاموش رہ</w:t>
      </w:r>
    </w:p>
    <w:p>
      <w:r>
        <w:rPr>
          <w:b/>
        </w:rPr>
        <w:t xml:space="preserve">[35:23] </w:t>
      </w:r>
      <w:r>
        <w:t>gayi bilkul. to rasool allah took her silence as her approval of of marriage, yani ah is tarah se hazrat ali aur fatima raziallahu anha ki ka rishta tay hua.</w:t>
      </w:r>
    </w:p>
    <w:p>
      <w:pPr>
        <w:jc w:val="right"/>
      </w:pPr>
      <w:r>
        <w:t>ی بالکل۔ تو رسول اللہ ٹک ہر سائلنس ایز ہر اپروول آف آف میرج، یعنی آہ اس طرح سے حضرت علی اور فاطمہ رضی اللہ عنہا کی کا رشتہ طے ہوا۔</w:t>
      </w:r>
    </w:p>
    <w:p>
      <w:r>
        <w:rPr>
          <w:b/>
        </w:rPr>
        <w:t xml:space="preserve">[35:35] </w:t>
      </w:r>
      <w:r>
        <w:t>yani prophet was dealing with two people who are not speaking. ji to yeh bara ajeeb sa, interesting sa. ji very interesting.</w:t>
      </w:r>
    </w:p>
    <w:p>
      <w:pPr>
        <w:jc w:val="right"/>
      </w:pPr>
      <w:r>
        <w:t>یعنی پرافٹ واز ڈیلنگ ود ٹو پیپل ہو آر ناٹ سپیکنگ۔ جی تو یہ بڑا عجیب سا، انٹرسٹنگ سا۔ جی ویری انٹرسٹنگ۔</w:t>
      </w:r>
    </w:p>
    <w:p>
      <w:r>
        <w:rPr>
          <w:b/>
        </w:rPr>
        <w:t xml:space="preserve">[35:43] </w:t>
      </w:r>
      <w:r>
        <w:t>ji ji mashallah. doctor sahib, do comments parhna chahunga. yeh comment bheja hai zubair ah sirtala ne. ah</w:t>
      </w:r>
    </w:p>
    <w:p>
      <w:pPr>
        <w:jc w:val="right"/>
      </w:pPr>
      <w:r>
        <w:t>جی جی ماشاءاللہ۔ ڈاکٹر صاحب، دو کمنٹس پڑھنا چاہوں گا۔ یہ کمنٹ بھیجا ہے زبیر آہ سرتلا نے۔ آہ</w:t>
      </w:r>
    </w:p>
    <w:p>
      <w:r>
        <w:rPr>
          <w:b/>
        </w:rPr>
        <w:t xml:space="preserve">[35:53] </w:t>
      </w:r>
      <w:r>
        <w:t>unhone bheja qatar se, unhone likha hai ke: "ah watching live stream, very good message, god bless you." ah syed haseeb shah naqvi sahib ne likha hai pakistan se ke: "syeda fatima life is full of troubles, no matter what kind of trouble came upon the messenger of allah.</w:t>
      </w:r>
    </w:p>
    <w:p>
      <w:pPr>
        <w:jc w:val="right"/>
      </w:pPr>
      <w:r>
        <w:t>انہوں نے بھیجا قطر سے، انہوں نے لکھا ہے کہ: "آہ واچنگ لائیو سٹریم، ویری گڈ میسج، گاڈ بلیس یو۔" آہ سید حسیب شاہ نقوی صاحب نے لکھا ہے پاکستان سے کہ: "سیدہ فاطمہ لائف از فل آف ٹربلز، نو میٹر واٹ کائنڈ آف ٹربل کیم اپون دا میسنجر آف اللہ۔</w:t>
      </w:r>
    </w:p>
    <w:p>
      <w:r>
        <w:rPr>
          <w:b/>
        </w:rPr>
        <w:t xml:space="preserve">[36:11] </w:t>
      </w:r>
      <w:r>
        <w:t>syeda supported him, called him the chief of the women of paradise. i pray that allah almighty will help the cps team in dunya and akhirat.</w:t>
      </w:r>
    </w:p>
    <w:p>
      <w:pPr>
        <w:jc w:val="right"/>
      </w:pPr>
      <w:r>
        <w:t>سیدہ سپورٹڈ ہم، کالڈ ہم دا چیف آف دا وومن آف پیراڈائز۔ آئی پری دیٹ اللہ المائٹی ول ہیلپ دا سی پی ایس ٹیم ان دنیا اینڈ آخرت۔</w:t>
      </w:r>
    </w:p>
    <w:p>
      <w:r>
        <w:rPr>
          <w:b/>
        </w:rPr>
        <w:t xml:space="preserve">[36:21] </w:t>
      </w:r>
      <w:r>
        <w:t>ameen."</w:t>
      </w:r>
    </w:p>
    <w:p>
      <w:pPr>
        <w:jc w:val="right"/>
      </w:pPr>
      <w:r>
        <w:t>آمین۔"</w:t>
      </w:r>
    </w:p>
    <w:p>
      <w:r>
        <w:rPr>
          <w:b/>
        </w:rPr>
        <w:t xml:space="preserve">[36:23] </w:t>
      </w:r>
      <w:r>
        <w:t>doctor sahib, jaise aap ne abhi bataya bhi ke unke paas bilkul hi was a man of limited means, he did not have ah financial resources. ah to phir marriage ke liye ah history mein aata hai ke ah hazrat usman step forward to help.</w:t>
      </w:r>
    </w:p>
    <w:p>
      <w:pPr>
        <w:jc w:val="right"/>
      </w:pPr>
      <w:r>
        <w:t>ڈاکٹر صاحب، جیسے آپ نے ابھی بتایا بھی کہ ان کے پاس بالکل ہی واز ا مین آف لمیٹڈ مینز، ہی ڈیڈ ناٹ ہیو آہ فائنینشل ریسورسز۔ آہ تو پھر میرج کے لیے آہ ہسٹری میں آتا ہے کہ آہ حضرت عثمان سٹیپ فارورڈ ٹو ہیلپ۔</w:t>
      </w:r>
    </w:p>
    <w:p>
      <w:r>
        <w:rPr>
          <w:b/>
        </w:rPr>
        <w:t xml:space="preserve">[36:39] </w:t>
      </w:r>
      <w:r>
        <w:t>to is ke bare mein thoda hum sab ko batayein. ah to woh ah gaye market mein, woh zirah bechne ke liye. to hazrat usman ah aaye wahan, bole ke: "how much you are selling</w:t>
      </w:r>
    </w:p>
    <w:p>
      <w:pPr>
        <w:jc w:val="right"/>
      </w:pPr>
      <w:r>
        <w:t>تو اس کے بارے میں تھوڑا ہم سب کو بتائیں۔ آہ تو وہ آہ گئے مارکیٹ میں، وہ زرہ بیچنے کے لیے۔ تو حضرت عثمان آہ آئے وہاں، بولے کہ: "ہاؤ مچ یو آر سیلنگ</w:t>
      </w:r>
    </w:p>
    <w:p>
      <w:r>
        <w:rPr>
          <w:b/>
        </w:rPr>
        <w:t xml:space="preserve">[36:52] </w:t>
      </w:r>
      <w:r>
        <w:t>this for?" ji to hazrat ali ne kaha ke: "how much you will pay?" hmm to he said: "i can, i i will pay you 400 dirham." ji to woh hairaan ho gaye ke: "that's great." to: "are you sure?" to char char rupay ki cheez 400 rupay mein.</w:t>
      </w:r>
    </w:p>
    <w:p>
      <w:pPr>
        <w:jc w:val="right"/>
      </w:pPr>
      <w:r>
        <w:t>دس فار؟" جی تو حضرت علی نے کہا کہ: "ہاؤ مچ یو ول پے؟" ہمم تو ہی سیڈ: "آئی کین، آئی آئی ویل پے یو 400 درہم۔" جی تو وہ حیران ہو گئے کہ: "دیٹس گریٹ۔" تو: "آر یو شور؟" تو چار چار روپے کی چیز 400 روپے میں۔</w:t>
      </w:r>
    </w:p>
    <w:p>
      <w:r>
        <w:rPr>
          <w:b/>
        </w:rPr>
        <w:t xml:space="preserve">[37:09] </w:t>
      </w:r>
      <w:r>
        <w:t>to unhone kaha: "theek hai, main le leta hoon." to unhone le liya ah zirah aur 400 dirham de diye.</w:t>
      </w:r>
    </w:p>
    <w:p>
      <w:pPr>
        <w:jc w:val="right"/>
      </w:pPr>
      <w:r>
        <w:t>تو انہوں نے کہا: "ٹھیک ہے، میں لے لیتا ہوں۔" تو انہوں نے لے لیا آہ درہ اور 400 درہم دے دیے۔</w:t>
      </w:r>
    </w:p>
    <w:p>
      <w:r>
        <w:rPr>
          <w:b/>
        </w:rPr>
        <w:t xml:space="preserve">[37:18] </w:t>
      </w:r>
      <w:r>
        <w:t>400 dirham, 400 dirham, 400 dirham. j</w:t>
      </w:r>
    </w:p>
    <w:p>
      <w:pPr>
        <w:jc w:val="right"/>
      </w:pPr>
      <w:r>
        <w:t>400 درہم، 400 درہم، 400 درہم۔ ج</w:t>
      </w:r>
    </w:p>
    <w:p>
      <w:r>
        <w:rPr>
          <w:b/>
        </w:rPr>
        <w:t xml:space="preserve">[37:21] </w:t>
      </w:r>
      <w:r>
        <w:t>i aur jab jab zirah hazrat ali ne di unko ah is hazrat usman raziallahu anhu ko, to unhone phir wapas de di yeh keh ke ke: "this is my wedding gift for you." to zirah bhi rakh li unhone aur 400 dirham bhi unko mil gaye.</w:t>
      </w:r>
    </w:p>
    <w:p>
      <w:pPr>
        <w:jc w:val="right"/>
      </w:pPr>
      <w:r>
        <w:t>ی اور جب جب درہ حضرت علی نے دی ان کو آہ اس حضرت عثمان رضی اللہ عنہ کو، تو انہوں نے پھر واپس دے دی یہ کہہ کے کہ: "دس از مائی ویڈنگ گفٹ فار یو۔" تو درہ بھی رکھ لی انہوں نے اور 400 درہم بھی ان کو مل گئے۔</w:t>
      </w:r>
    </w:p>
    <w:p>
      <w:r>
        <w:rPr>
          <w:b/>
        </w:rPr>
        <w:t xml:space="preserve">[37:39] </w:t>
      </w:r>
      <w:r>
        <w:t>phir woh ah le ke aaye rasool allah ke paas 400 dirham aur sara waqia sun</w:t>
      </w:r>
    </w:p>
    <w:p>
      <w:pPr>
        <w:jc w:val="right"/>
      </w:pPr>
      <w:r>
        <w:t>پھر وہ آہ لے کے آئے رسول اللہ کے پاس 400 درہم اور سارا واقعہ سن</w:t>
      </w:r>
    </w:p>
    <w:p>
      <w:r>
        <w:rPr>
          <w:b/>
        </w:rPr>
        <w:t xml:space="preserve">[37:46] </w:t>
      </w:r>
      <w:r>
        <w:t>aya. to rasool allah sallallahu alaihi wasallam ne dua ki: "the aal usman" ah aur kaha ke: "raham allah aba amr" ke: "may god bless, may god have mercy on aba amr." ab abu amr tha hazrat usman raziallahu anhu ka ah kuniyat, nickname.</w:t>
      </w:r>
    </w:p>
    <w:p>
      <w:pPr>
        <w:jc w:val="right"/>
      </w:pPr>
      <w:r>
        <w:t>ایا۔ تو رسول اللہ صلی اللہ علیہ وسلم نے دعا کی: "دا ال عثمان" آہ اور کہا کہ: "رحم اللہ ابا امر" کہ: "می گاڈ بلیس، می گاڈ ہیو مرسی ان ابا امر۔" اب ابو امر تھا حضرت عثمان رضی اللہ عنہ کا آہ کنیت، نک نیم۔</w:t>
      </w:r>
    </w:p>
    <w:p>
      <w:r>
        <w:rPr>
          <w:b/>
        </w:rPr>
        <w:t xml:space="preserve">[38:07] </w:t>
      </w:r>
      <w:r>
        <w:t>to kaha ke: "he is he is the most generous of son in laws." rasool allah sallallahu alaihi wasallam</w:t>
      </w:r>
    </w:p>
    <w:p>
      <w:pPr>
        <w:jc w:val="right"/>
      </w:pPr>
      <w:r>
        <w:t>تو کہا کہ: "ہی از ہی از دا موسٹ جنرس آف سن ان لاز۔" رسول اللہ صلی اللہ علیہ وسلم</w:t>
      </w:r>
    </w:p>
    <w:p>
      <w:r>
        <w:rPr>
          <w:b/>
        </w:rPr>
        <w:t xml:space="preserve">[38:14] </w:t>
      </w:r>
      <w:r>
        <w:t>ne farmaya ke: "he is he is he is the most generous of son in laws" and he praised his generosity. aap ko yaad hoga jab hum ne hazrat usman ka program kiya tha to jab bhi koi mauqa hota tha, hmm rasool allah jab bhi koi call dete the to woh sab se aage rehte the.</w:t>
      </w:r>
    </w:p>
    <w:p>
      <w:pPr>
        <w:jc w:val="right"/>
      </w:pPr>
      <w:r>
        <w:t>نے فرمایا کہ: "ہی از ہی از ہی از دا موسٹ جنرس آف سن ان لاز" اینڈ ہی پریزڈ ہز جنرسٹی۔ آپ کو یاد ہوگا جب ہم نے حضرت عثمان کا پروگرام کیا تھا تو جب بھی کوئی موقع ہوتا تھا، ہمم رسول اللہ جب بھی کوئی کال دیتے تھے تو وہ سب سے آگے رہتے تھے۔</w:t>
      </w:r>
    </w:p>
    <w:p>
      <w:r>
        <w:rPr>
          <w:b/>
        </w:rPr>
        <w:t xml:space="preserve">[38:32] </w:t>
      </w:r>
      <w:r>
        <w:t>ji ah he was very generous person.</w:t>
      </w:r>
    </w:p>
    <w:p>
      <w:pPr>
        <w:jc w:val="right"/>
      </w:pPr>
      <w:r>
        <w:t>جی آہ ہی واز ویری جنرس پرسن۔</w:t>
      </w:r>
    </w:p>
    <w:p>
      <w:r>
        <w:rPr>
          <w:b/>
        </w:rPr>
        <w:t xml:space="preserve">[38:36] </w:t>
      </w:r>
      <w:r>
        <w:t>to is tarike se ah unhone hazrat ali raziallahu anhu ne aur bhi kuch saman jo tha ghar mein sab ah bech diya. to he got total 480 dirham.</w:t>
      </w:r>
    </w:p>
    <w:p>
      <w:pPr>
        <w:jc w:val="right"/>
      </w:pPr>
      <w:r>
        <w:t>تو اس طریقے سے آہ انہوں نے حضرت علی رضی اللہ عنہ نے اور بھی کچھ سامان جو تھا گھر میں سب آہ بیچ دیا۔ تو ہی گاٹ ٹوٹل 480 درہم۔</w:t>
      </w:r>
    </w:p>
    <w:p>
      <w:r>
        <w:rPr>
          <w:b/>
        </w:rPr>
        <w:t xml:space="preserve">[38:47] </w:t>
      </w:r>
      <w:r>
        <w:t>ji to woh 480 dirham ah le ke aaye prophet ke paas ke: "yeh ah sab kuch 480 dirham mere paas hai." to ah to phir rasool allah ne kaha: "theek hai yeh." j</w:t>
      </w:r>
    </w:p>
    <w:p>
      <w:pPr>
        <w:jc w:val="right"/>
      </w:pPr>
      <w:r>
        <w:t>جی تو وہ 480 درہم آہ لے کے آئے پرافٹ کے پاس کہ: "یہ آہ سب کچھ 480 درہم میرے پاس ہے۔" تو آہ تو پھر رسول اللہ نے کہا: "ٹھیک ہے یہ۔" ج</w:t>
      </w:r>
    </w:p>
    <w:p>
      <w:r>
        <w:rPr>
          <w:b/>
        </w:rPr>
        <w:t xml:space="preserve">[39:04] </w:t>
      </w:r>
      <w:r>
        <w:t>i ah yani is tarike se yeh ah rishta ek tarike se tay ho gaya. ji ji ji doctor sahib, in fact, ah it also exemplifies the strong bonding and brotherly love.</w:t>
      </w:r>
    </w:p>
    <w:p>
      <w:pPr>
        <w:jc w:val="right"/>
      </w:pPr>
      <w:r>
        <w:t>ی آہ یعنی اس طریقے سے یہ آہ رشتہ ایک طریقے سے طے ہو گیا۔ جی جی جی ڈاکٹر صاحب، ان فیکٹ، آہ اٹ السو ایگزیمپلیفائیز دی سٹرونگ بونڈنگ اینڈ برادرلی لو۔</w:t>
      </w:r>
    </w:p>
    <w:p>
      <w:r>
        <w:rPr>
          <w:b/>
        </w:rPr>
        <w:t xml:space="preserve">[39:16] </w:t>
      </w:r>
      <w:r>
        <w:t>ji ah that existed among the companions at that point of time. to yahi ah mein kahunga yahi unity aur cooperation tha which led to the strong foundation of the muslim community.</w:t>
      </w:r>
    </w:p>
    <w:p>
      <w:pPr>
        <w:jc w:val="right"/>
      </w:pPr>
      <w:r>
        <w:t>جی آہ دیٹ ایگزسٹڈ امنگ دی کمپینینز ایٹ دیٹ پوائنٹ آف ٹائم۔ تو یہی آہ میں کہوں گا یہی یونٹی اور کوآپریشن تھا وچ لیڈ ٹو دا سٹرونگ فاؤنڈیشن آف دا مسلم کمیونٹی۔</w:t>
      </w:r>
    </w:p>
    <w:p>
      <w:r>
        <w:rPr>
          <w:b/>
        </w:rPr>
        <w:t xml:space="preserve">[39:28] </w:t>
      </w:r>
      <w:r>
        <w:t>aah tab</w:t>
      </w:r>
    </w:p>
    <w:p>
      <w:pPr>
        <w:jc w:val="right"/>
      </w:pPr>
      <w:r>
        <w:t>آہ تب</w:t>
      </w:r>
    </w:p>
    <w:p>
      <w:r>
        <w:rPr>
          <w:b/>
        </w:rPr>
        <w:t xml:space="preserve">[39:29] </w:t>
      </w:r>
      <w:r>
        <w:t>hee aah woh barh kar itna kaam kar sakay aur jo mission hai woh poori dunya mein phail gaya. jee aah doctor sahib, aah aaj ke agar hum halaat dekhein to shadiyan hoti hain to itna paisa zaya hota hai.</w:t>
      </w:r>
    </w:p>
    <w:p>
      <w:pPr>
        <w:jc w:val="right"/>
      </w:pPr>
      <w:r>
        <w:t>ھی آہ وہ بڑھ کر اتنا کام کر سکے اور جو مشن ہے وہ پوری دنیا میں پھیل گیا۔ جی آہ ڈاکٹر صاحب، آہ آج کے اگر ہم حالات دیکھیں تو شادیاں ہوتی ہیں تو اتنا پیسہ ضائع ہوتا ہے۔</w:t>
      </w:r>
    </w:p>
    <w:p>
      <w:r>
        <w:rPr>
          <w:b/>
        </w:rPr>
        <w:t xml:space="preserve">[39:43] </w:t>
      </w:r>
      <w:r>
        <w:t>aah itna decoration, wastage of money, lavish affair, aah unlimited amount of gifts are exchanged. to mein poochna chahoon ga ke is time pe kya preparations theen shadi</w:t>
      </w:r>
    </w:p>
    <w:p>
      <w:pPr>
        <w:jc w:val="right"/>
      </w:pPr>
      <w:r>
        <w:t>آہ اتنا ڈیکوریشن، ویسٹیج آف منی، لیوش افیئر، آہ ان لمیٹڈ اماؤنٹ آف گفٹس آر ایکسچینجڈ۔ تو میں پوچھنا چاہوں گا کہ اس ٹائم پہ کیا پریپریشنز تھیں شادی</w:t>
      </w:r>
    </w:p>
    <w:p>
      <w:r>
        <w:rPr>
          <w:b/>
        </w:rPr>
        <w:t xml:space="preserve">[39:56] </w:t>
      </w:r>
      <w:r>
        <w:t>ki? aaj mein to hum different picture dekhte hain lekin mein chahoon ga aap is ki tasweer hamare samne rakhein ke kya preparations theen marriage ki. aur prophet Muhammad sallallahu alaihi wasallam ne Hazrat Aisha Razi Allahu Anha aur Hazrat Umm Salama ko yeh responsibility di ke woh Fatima ko tayyar karein.</w:t>
      </w:r>
    </w:p>
    <w:p>
      <w:pPr>
        <w:jc w:val="right"/>
      </w:pPr>
      <w:r>
        <w:t>کی؟ آج میں تو ہم ڈفرنٹ پکچر دیکھتے ہیں لیکن میں چاہوں گا آپ اس کی تصویر ہمارے سامنے رکھیں کہ کیا پریپریشنز تھیں میرج کی۔ اور پرافٹ محمد صلی اللہ علیہ وسلم نے حضرت عائشہ رضی اللہ عنہا اور حضرت ام سلمہ کو یہ ریسپانسبیلٹی دی کہ وہ فاطمہ کو تیار کریں۔</w:t>
      </w:r>
    </w:p>
    <w:p>
      <w:r>
        <w:rPr>
          <w:b/>
        </w:rPr>
        <w:t xml:space="preserve">[40:16] </w:t>
      </w:r>
      <w:r>
        <w:t>jee aur jo bhi marriage ki preparations hain woh karein. jee</w:t>
      </w:r>
    </w:p>
    <w:p>
      <w:pPr>
        <w:jc w:val="right"/>
      </w:pPr>
      <w:r>
        <w:t>جی اور جو بھی میرج کی پریپریشنز ہیں وہ کریں۔ جی</w:t>
      </w:r>
    </w:p>
    <w:p>
      <w:r>
        <w:rPr>
          <w:b/>
        </w:rPr>
        <w:t xml:space="preserve">[40:20] </w:t>
      </w:r>
      <w:r>
        <w:t>to Hazrat aah Aisha batati hain ke hum gaye bahar valley mein, wahan se hum ne mitti li.</w:t>
      </w:r>
    </w:p>
    <w:p>
      <w:pPr>
        <w:jc w:val="right"/>
      </w:pPr>
      <w:r>
        <w:t>تو حضرت آہ عائشہ بتاتی ہیں کہ ہم گئے باہر ویلی میں، وہاں سے ہم نے مٹی لی۔</w:t>
      </w:r>
    </w:p>
    <w:p>
      <w:r>
        <w:rPr>
          <w:b/>
        </w:rPr>
        <w:t xml:space="preserve">[40:30] </w:t>
      </w:r>
      <w:r>
        <w:t>hum aah jo achi mitti thi, phir us ko hum ne saaf kiya jo kankar pathar sab thay aur apne hath se jo Hazrat Fatima ka ghar tha, ghar kya, ek kamra hota tha us zamane mein.</w:t>
      </w:r>
    </w:p>
    <w:p>
      <w:pPr>
        <w:jc w:val="right"/>
      </w:pPr>
      <w:r>
        <w:t>ہمم آہ جو اچھی مٹی تھی، پھر اس کو ہم نے صاف کیا جو کنکر پتھر سب تھے اور اپنے ہاتھ سے جو حضرت فاطمہ کا گھر تھا، گھر کیا، ایک کمرہ ہوتا تھا اس زمانے میں۔</w:t>
      </w:r>
    </w:p>
    <w:p>
      <w:r>
        <w:rPr>
          <w:b/>
        </w:rPr>
        <w:t xml:space="preserve">[40:43] </w:t>
      </w:r>
      <w:r>
        <w:t>ghar ka matlab hai room, yani wahi sab kuch hota tha aur us ghar mein sirf ek ek door hota tha aur ek window.</w:t>
      </w:r>
    </w:p>
    <w:p>
      <w:pPr>
        <w:jc w:val="right"/>
      </w:pPr>
      <w:r>
        <w:t>گھر کا مطلب ہے روم، یعنی وہی سب کچھ ہوتا تھا اور اس گھر میں صرف ایک ایک ڈور ہوتا تھا اور ایک ونڈو۔</w:t>
      </w:r>
    </w:p>
    <w:p>
      <w:r>
        <w:rPr>
          <w:b/>
        </w:rPr>
        <w:t xml:space="preserve">[40:54] </w:t>
      </w:r>
      <w:r>
        <w:t>to Hazrat Aisha batati hain ke mein aur Umm Salama mitti laye, us ko hum ne chhana waana saaf kiya jo achi mitti thi.</w:t>
      </w:r>
    </w:p>
    <w:p>
      <w:pPr>
        <w:jc w:val="right"/>
      </w:pPr>
      <w:r>
        <w:t>تو حضرت عائشہ بتاتی ہیں کہ میں اور ام سلمہ مٹی لائے، اس کو ہم نے چھانا وانا صاف کیا جو اچھی مٹی تھی۔</w:t>
      </w:r>
    </w:p>
    <w:p>
      <w:r>
        <w:rPr>
          <w:b/>
        </w:rPr>
        <w:t xml:space="preserve">[41:04] </w:t>
      </w:r>
      <w:r>
        <w:t>woh jo Hazrat Aisha Hazrat Fatima ka aah ghar tha, us ka jo farsh tha woh bilkul waisa tha.</w:t>
      </w:r>
    </w:p>
    <w:p>
      <w:pPr>
        <w:jc w:val="right"/>
      </w:pPr>
      <w:r>
        <w:t>وہ جو حضرت عائشہ حضرت فاطمہ کا آہ گھر تھا، اس کا جو فرش تھا وہ بالکل ویسا تھا۔</w:t>
      </w:r>
    </w:p>
    <w:p>
      <w:r>
        <w:rPr>
          <w:b/>
        </w:rPr>
        <w:t xml:space="preserve">[41:13] </w:t>
      </w:r>
      <w:r>
        <w:t>yani farsh is zamane mein aise nahi hotay thay jaise aaj hamare hotay hain, tiles waghera, woh bas mitti ke hotay thay. to woh bohat is pe kankar pathar waghera thay.</w:t>
      </w:r>
    </w:p>
    <w:p>
      <w:pPr>
        <w:jc w:val="right"/>
      </w:pPr>
      <w:r>
        <w:t>یعنی فرش اس زمانے میں ایسے نہیں ہوتے تھے جیسے آج ہمارے ہوتے ہیں، ٹائلز وغیرہ، وہ بس مٹی کے ہوتے تھے۔ تو وہ بہت اس پہ ککر کنکر پتھر وغیرہ تھے۔</w:t>
      </w:r>
    </w:p>
    <w:p>
      <w:r>
        <w:rPr>
          <w:b/>
        </w:rPr>
        <w:t xml:space="preserve">[41:21] </w:t>
      </w:r>
      <w:r>
        <w:t>to woh sab hata ke us ko us pe woh mitti se us ko level kar diya aur unhon ne kaha ke hum ne aah cushions banaye.</w:t>
      </w:r>
    </w:p>
    <w:p>
      <w:pPr>
        <w:jc w:val="right"/>
      </w:pPr>
      <w:r>
        <w:t>تو وہ سب ہٹا کے اس کو اس پہ وہ مٹی سے اس کو لیول کر دیا اور انہوں نے کہا کہ ہم نے آہ کشنز بنائے۔</w:t>
      </w:r>
    </w:p>
    <w:p>
      <w:r>
        <w:rPr>
          <w:b/>
        </w:rPr>
        <w:t xml:space="preserve">[41:34] </w:t>
      </w:r>
      <w:r>
        <w:t>aah aur cushion kis cheez ke bante thay is zamane mein</w:t>
      </w:r>
    </w:p>
    <w:p>
      <w:pPr>
        <w:jc w:val="right"/>
      </w:pPr>
      <w:r>
        <w:t>آہ اور کشن کس چیز کے بنتے تھے اس زمانے میں</w:t>
      </w:r>
    </w:p>
    <w:p>
      <w:r>
        <w:rPr>
          <w:b/>
        </w:rPr>
        <w:t xml:space="preserve">[41:37] </w:t>
      </w:r>
      <w:r>
        <w:t>? is zamane mein jo aah aah palm fiber hota tha, yani aah jo khajoor ke peir ki patiyan, woh jab sookh jati hain na to woh thora aah us ke andar softness ho jati hai.</w:t>
      </w:r>
    </w:p>
    <w:p>
      <w:pPr>
        <w:jc w:val="right"/>
      </w:pPr>
      <w:r>
        <w:t>؟ اس زمانے میں جو آہ آہ پام فائبر ہوتا تھا، یعنی آہ جو کھجور کے پیڑ کی پتیاں، وہ جب سوکھ جاتی ہیں نا تو وہ تھوڑا آہ اس کے اندر سوفٹنس ہو جاتی ہے۔</w:t>
      </w:r>
    </w:p>
    <w:p>
      <w:r>
        <w:rPr>
          <w:b/>
        </w:rPr>
        <w:t xml:space="preserve">[41:54] </w:t>
      </w:r>
      <w:r>
        <w:t>us ko us ko bhartay thay log to us se woh cushions waghera ban</w:t>
      </w:r>
    </w:p>
    <w:p>
      <w:pPr>
        <w:jc w:val="right"/>
      </w:pPr>
      <w:r>
        <w:t>اس کو اس کو بھرتے تھے لوگ تو اس سے وہ کشنز وغیرہ بن</w:t>
      </w:r>
    </w:p>
    <w:p>
      <w:r>
        <w:rPr>
          <w:b/>
        </w:rPr>
        <w:t xml:space="preserve">[41:59] </w:t>
      </w:r>
      <w:r>
        <w:t>tay thay. to is tarah ki woh sab cheezein karein aur prophet ne khud aah aata hai hadith mein ke apne hath se unhon ne ek animal skin ki pillow banai, us mein kuch palm fiber bhare, kuch ek aah ek woh hoti thi</w:t>
      </w:r>
    </w:p>
    <w:p>
      <w:pPr>
        <w:jc w:val="right"/>
      </w:pPr>
      <w:r>
        <w:t>تے تھے۔ تو اس طرح کی وہ سب چیزیں کیں اور پرافٹ نے خود آہ آتا ہے حدیث میں کہ اپنے ہاتھ سے انہوں نے ایک اینیمل سکن کی پلو بنائی، اس میں کچھ پام فائبر بھرے، کچھ ایک آہ ایک وہ ہوتی تھی</w:t>
      </w:r>
    </w:p>
    <w:p>
      <w:r>
        <w:rPr>
          <w:b/>
        </w:rPr>
        <w:t xml:space="preserve">[42:20] </w:t>
      </w:r>
      <w:r>
        <w:t>aah herb jis ka naam tha akhdar, jo ke bohat hi sweet smelling us mein smelling herb thi. woh to woh us ke andar bhari aur aah rasool Allah ne khud apne hath se kiya yeh aur kuch aah aah water ke liye kuch</w:t>
      </w:r>
    </w:p>
    <w:p>
      <w:pPr>
        <w:jc w:val="right"/>
      </w:pPr>
      <w:r>
        <w:t>آہ ہرب جس کا نام تھا اخدر، جو کہ بہت ہی سویٹ سمیلنگ اس میں سمیلنگ ہرب تھی۔ وہ تو وہ اس کے اندر بھری اور آہ رسول اللہ نے خود اپنے ہاتھ سے کیا یہ اور کچھ آہ آہ واٹر کے لیے کچھ</w:t>
      </w:r>
    </w:p>
    <w:p>
      <w:r>
        <w:rPr>
          <w:b/>
        </w:rPr>
        <w:t xml:space="preserve">[42:37] </w:t>
      </w:r>
      <w:r>
        <w:t>aah aah pots rakh diye, kuch aah aah water skin rakh di aur ek aah batati hain Hazrat Aisha ke ek hum ne lakri aah ka stand banaya jis pe kuch hooks thay ke woh kuch tang sakein apne apni cheezein aur rasool Allah ne wahan par kuch</w:t>
      </w:r>
    </w:p>
    <w:p>
      <w:pPr>
        <w:jc w:val="right"/>
      </w:pPr>
      <w:r>
        <w:t>آہ آہ پوٹس رکھ دیے، کچھ آہ آہ واٹر سکن رکھ دی اور ایک آہ بتاتی ہیں حضرت عائشہ کہ ایک ہم نے لکڑی آہ کا اسٹینڈ بنایا جس پہ کچھ ہکس تھے کہ وہ کچھ ٹانگ سکیں اپنے اپنی چیزیں اور رسول اللہ نے وہاں پر کچھ</w:t>
      </w:r>
    </w:p>
    <w:p>
      <w:r>
        <w:rPr>
          <w:b/>
        </w:rPr>
        <w:t xml:space="preserve">[42:58] </w:t>
      </w:r>
      <w:r>
        <w:t>pathar ke jo tukray hotay hain us ke liye chakki ke liye woh rakhe taake woh aata waghera goond sakein.</w:t>
      </w:r>
    </w:p>
    <w:p>
      <w:pPr>
        <w:jc w:val="right"/>
      </w:pPr>
      <w:r>
        <w:t>پتھر کے جو ٹکڑے ہوتے ہیں اس کے لیے چکی کے لیے وہ رکھے تاکہ وہ آٹا وغیرہ گوند سکیں۔</w:t>
      </w:r>
    </w:p>
    <w:p>
      <w:r>
        <w:rPr>
          <w:b/>
        </w:rPr>
        <w:t xml:space="preserve">[43:05] </w:t>
      </w:r>
      <w:r>
        <w:t>to is tarah se bohat hi simple aah aah andaaz ka sara kaam tha. aah matlab aaj ke dour mein hum tasawwur bhi nahi kar sakte ke aisi koi cheez ho sakti hai.</w:t>
      </w:r>
    </w:p>
    <w:p>
      <w:pPr>
        <w:jc w:val="right"/>
      </w:pPr>
      <w:r>
        <w:t>تو اس طرح سے بہت ہی سمپل آہ آہ انداز کا سارا کام تھا۔ آہ مطلب آج کے دور میں ہم تصور بھی نہیں کر سکتے کہ ایسی کوئی چیز ہو سکتی ہے۔</w:t>
      </w:r>
    </w:p>
    <w:p>
      <w:r>
        <w:rPr>
          <w:b/>
        </w:rPr>
        <w:t xml:space="preserve">[43:17] </w:t>
      </w:r>
      <w:r>
        <w:t>to aah Hazrat Ali kehte hain ke jo bed tha woh bhi aise hi mitti ka tha. asal mein is zamane mein kya hota tha ke ek platform banaya jata tha.</w:t>
      </w:r>
    </w:p>
    <w:p>
      <w:pPr>
        <w:jc w:val="right"/>
      </w:pPr>
      <w:r>
        <w:t>تو آہ حضرت علی کہتے ہیں کہ جو بیڈ تھا وہ بھی ایسے ہی مٹی کا تھا۔ اصل میں اس زمانے میں کیا ہوتا تھا کہ ایک پلیٹ فارم بنایا جاتا تھا۔</w:t>
      </w:r>
    </w:p>
    <w:p>
      <w:r>
        <w:rPr>
          <w:b/>
        </w:rPr>
        <w:t xml:space="preserve">[43:28] </w:t>
      </w:r>
      <w:r>
        <w:t>aah bohat ooncha nahi hota</w:t>
      </w:r>
    </w:p>
    <w:p>
      <w:pPr>
        <w:jc w:val="right"/>
      </w:pPr>
      <w:r>
        <w:t>آہ بہت اونچا نہیں ہوتا</w:t>
      </w:r>
    </w:p>
    <w:p>
      <w:r>
        <w:rPr>
          <w:b/>
        </w:rPr>
        <w:t xml:space="preserve">[43:30] </w:t>
      </w:r>
      <w:r>
        <w:t>tha woh bed ke liye ek platform banaya wohi mitti ka aur us ke oopar ek lakri ka frame aah fix kar diya aur phir us mein kuch wahi palm ke jo leaves hain aur woh bhar dein taake aah softness ke liye phir us pe kapra charha diya to woh bed ho</w:t>
      </w:r>
    </w:p>
    <w:p>
      <w:pPr>
        <w:jc w:val="right"/>
      </w:pPr>
      <w:r>
        <w:t>تھا وہ بیڈ کے لیے ایک پلیٹ فارم بنایا وہی مٹی کا اور اس کے اوپر ایک لکڑی کا فریم آہ فکس کر دیا اور پھر اس میں کچھ وہی پام کے جو لیوز ہیں اور وہ بھر دیں تاکہ آہ سوفٹنس کے لیے پھر اس پہ کپڑا چڑھا دیا تو وہ بیڈ ہو</w:t>
      </w:r>
    </w:p>
    <w:p>
      <w:r>
        <w:rPr>
          <w:b/>
        </w:rPr>
        <w:t xml:space="preserve">[43:49] </w:t>
      </w:r>
      <w:r>
        <w:t>gaya. to Hazrat Ali kehte hain ke jo yeh bed tha woh hum raat ko us pe sotay thay aur din mein us ko we use as a couch aur we never had a servant.</w:t>
      </w:r>
    </w:p>
    <w:p>
      <w:pPr>
        <w:jc w:val="right"/>
      </w:pPr>
      <w:r>
        <w:t>گیا۔ تو حضرت علی کہتے ہیں کہ جو یہ بیڈ تھا وہ ہم رات کو اس پہ سوتے تھے اور دن میں اس کو وی یوز ایز اے کاؤچ اور وی نیور ہیڈ اے سرونٹ۔</w:t>
      </w:r>
    </w:p>
    <w:p>
      <w:r>
        <w:rPr>
          <w:b/>
        </w:rPr>
        <w:t xml:space="preserve">[44:02] </w:t>
      </w:r>
      <w:r>
        <w:t>so yeh jo sadgi thi woh bohat hi kamal ki aah sadgi thi is</w:t>
      </w:r>
    </w:p>
    <w:p>
      <w:pPr>
        <w:jc w:val="right"/>
      </w:pPr>
      <w:r>
        <w:t>سو یہ جو سادگی تھی وہ بہت ہی کمال کی آہ سادگی تھی اس</w:t>
      </w:r>
    </w:p>
    <w:p>
      <w:r>
        <w:rPr>
          <w:b/>
        </w:rPr>
        <w:t xml:space="preserve">[44:09] </w:t>
      </w:r>
      <w:r>
        <w:t>zamane mein. ji yani hum tasawwur nahi kar sakte ke is tarah ka bhi koi koi zamana raha hoga ke is qadar simplicity aur sadgi.</w:t>
      </w:r>
    </w:p>
    <w:p>
      <w:pPr>
        <w:jc w:val="right"/>
      </w:pPr>
      <w:r>
        <w:t>زمانے میں۔ جی یعنی ہم تصور نہیں کر سکتے کہ اس طرح کا بھی کوئی کوئی زمانہ رہا ہوگا کہ اس قدر سمپلیسٹی اور سادگی۔</w:t>
      </w:r>
    </w:p>
    <w:p>
      <w:r>
        <w:rPr>
          <w:b/>
        </w:rPr>
        <w:t xml:space="preserve">[44:20] </w:t>
      </w:r>
      <w:r>
        <w:t>ji jazak allah doctor sahib. doctor sahib aakhri sawal poochne se pehle kuch comments parhna chahunga. yeh bheja hai comment dilli se professor najma siddiqui ne.</w:t>
      </w:r>
    </w:p>
    <w:p>
      <w:pPr>
        <w:jc w:val="right"/>
      </w:pPr>
      <w:r>
        <w:t>جی جزاک اللہ ڈاکٹر صاحب۔ ڈاکٹر صاحب آخری سوال پوچھنے سے پہلے کچھ کمنٹس پڑھنا چاہوں گا۔ یہ بھیجا ہے کمنٹ دلی سے پروفیسر نجمہ صدیقی نے۔</w:t>
      </w:r>
    </w:p>
    <w:p>
      <w:r>
        <w:rPr>
          <w:b/>
        </w:rPr>
        <w:t xml:space="preserve">[44:30] </w:t>
      </w:r>
      <w:r>
        <w:t>unhon ne likha hai: "very nice discussion in hazrat fatima in such a meaningful way. she is a great model for all of us. very nice learning.</w:t>
      </w:r>
    </w:p>
    <w:p>
      <w:pPr>
        <w:jc w:val="right"/>
      </w:pPr>
      <w:r>
        <w:t>انہوں نے لکھا ہے: "ویری نائس ڈسکشن ان حضرت فاطمہ ان سچ ا میننگ فل وے۔ شی از ا گریٹ ماڈل فار ال اف اس۔ ویری نائس لرننگ۔</w:t>
      </w:r>
    </w:p>
    <w:p>
      <w:r>
        <w:rPr>
          <w:b/>
        </w:rPr>
        <w:t xml:space="preserve">[44:38] </w:t>
      </w:r>
      <w:r>
        <w:t>jazak allah</w:t>
      </w:r>
    </w:p>
    <w:p>
      <w:pPr>
        <w:jc w:val="right"/>
      </w:pPr>
      <w:r>
        <w:t>جزاک اللہ</w:t>
      </w:r>
    </w:p>
    <w:p>
      <w:r>
        <w:rPr>
          <w:b/>
        </w:rPr>
        <w:t xml:space="preserve">[44:39] </w:t>
      </w:r>
      <w:r>
        <w:t>." muhammad asif khan sahib ne kanpur se likha hai: "aah hazrat fatima ki qurbani ko aaj hum samajh rahe hain ek doosre hi andaaz se.</w:t>
      </w:r>
    </w:p>
    <w:p>
      <w:pPr>
        <w:jc w:val="right"/>
      </w:pPr>
      <w:r>
        <w:t>۔" محمد اصف خان صاحب نے کانپور سے لکھا ہے: "آہ حضرت فاطمہ کی قربانی کو آج ہم سمجھ رہے ہیں ایک دوسرے ہی انداز سے۔</w:t>
      </w:r>
    </w:p>
    <w:p>
      <w:r>
        <w:rPr>
          <w:b/>
        </w:rPr>
        <w:t xml:space="preserve">[44:50] </w:t>
      </w:r>
      <w:r>
        <w:t>aah aur un ki aur un ki aah qurbani un ko aala banati hai. itni gehri baat hamein aaj pehli baar maloom ho saki aur bohat se message aah bhi mil rahe hain.</w:t>
      </w:r>
    </w:p>
    <w:p>
      <w:pPr>
        <w:jc w:val="right"/>
      </w:pPr>
      <w:r>
        <w:t>آہ اور ان کی اور ان کی آہ قربانی ان کو اعلی بناتی ہے۔ اتنی گہری بات ہمیں آج پہلی بار معلوم ہو سکی اور بہت سے میسج آہ بھی مل رہے ہیں۔</w:t>
      </w:r>
    </w:p>
    <w:p>
      <w:r>
        <w:rPr>
          <w:b/>
        </w:rPr>
        <w:t xml:space="preserve">[45:04] </w:t>
      </w:r>
      <w:r>
        <w:t>bohat shukriya doctor sahib. cps is doing a great work</w:t>
      </w:r>
    </w:p>
    <w:p>
      <w:pPr>
        <w:jc w:val="right"/>
      </w:pPr>
      <w:r>
        <w:t>بہت شکریہ ڈاکٹر صاحب۔ سی پی ایس از ڈوئنگ ا گریٹ ورک</w:t>
      </w:r>
    </w:p>
    <w:p>
      <w:r>
        <w:rPr>
          <w:b/>
        </w:rPr>
        <w:t xml:space="preserve">[45:09] </w:t>
      </w:r>
      <w:r>
        <w:t>. allah qabool kare." maulana iqbal umri ne likha hai: "every lecture of doctor sahib is very interesting and informative for all ages. we must share aah this with our children so that they can learn and benefit." miss caroline ne srinagar se likha hai: "what a simple modest dignified and above all most enlightened way of proposing to hazrat aisha.</w:t>
      </w:r>
    </w:p>
    <w:p>
      <w:pPr>
        <w:jc w:val="right"/>
      </w:pPr>
      <w:r>
        <w:t>۔ اللہ قبول کرے۔" مولانا اقبال عمری نے لکھا ہے: "ایوری لیکچر اف ڈاکٹر صاحب از ویری انٹرسٹنگ اینڈ انفارمیٹیو فار ال ایجز۔ وی مسٹ شیئر آہ دس ود اور چلڈرن سو دیٹ دے کین لرن اینڈ بینیفٹ۔" مس کروتلین نے سری نگر سے لکھا ہے: "واٹ ا سمپل ماڈسٹ ڈگنیفائیڈ اینڈ اباؤ ال موسٹ انلائٹنڈ وے اف پروپوزنگ ٹو حضرت عائشہ۔</w:t>
      </w:r>
    </w:p>
    <w:p>
      <w:r>
        <w:rPr>
          <w:b/>
        </w:rPr>
        <w:t xml:space="preserve">[45:33] </w:t>
      </w:r>
      <w:r>
        <w:t>it should be an eye opener to all muslims who make it a complicated affair.</w:t>
      </w:r>
    </w:p>
    <w:p>
      <w:pPr>
        <w:jc w:val="right"/>
      </w:pPr>
      <w:r>
        <w:t>اٹ شوڈ بی این ائی اوپنر ٹو ال مسلمز ہو میک اٹ ا کمپلیکیٹڈ افیئر۔</w:t>
      </w:r>
    </w:p>
    <w:p>
      <w:r>
        <w:rPr>
          <w:b/>
        </w:rPr>
        <w:t xml:space="preserve">[45:38] </w:t>
      </w:r>
      <w:r>
        <w:t>thank you for such a refreshing ah conversation." aah zubair sahib ne likha hai: "really very emotional emotional words.</w:t>
      </w:r>
    </w:p>
    <w:p>
      <w:pPr>
        <w:jc w:val="right"/>
      </w:pPr>
      <w:r>
        <w:t>تھینک یو فار سچ ا ریفریشنگ اہ کنورسیشن۔" آہ زبیر صاحب نے لکھا ہے: "ریلی ویری ایموشن ایموشنل ورڈز۔</w:t>
      </w:r>
    </w:p>
    <w:p>
      <w:r>
        <w:rPr>
          <w:b/>
        </w:rPr>
        <w:t xml:space="preserve">[45:48] </w:t>
      </w:r>
      <w:r>
        <w:t>my eyes continue to tear up. allah aap ko salamat rakhe aur majeed marifat ata kare. amin. allah hum sab ko word of god ko har insan tak pohnchanay mein madad kare.</w:t>
      </w:r>
    </w:p>
    <w:p>
      <w:pPr>
        <w:jc w:val="right"/>
      </w:pPr>
      <w:r>
        <w:t>مائی ائیز کنٹینیو ٹو ٹیئر اپ۔ اللہ آپ کو سلامت رکھے اور مجید معرفت عطا کریں۔ آمین۔ اللہ ہم سب کو ورڈ اف گاڈ کو ہر انسان تک پہنچانے میں مدد کرے۔</w:t>
      </w:r>
    </w:p>
    <w:p>
      <w:r>
        <w:rPr>
          <w:b/>
        </w:rPr>
        <w:t xml:space="preserve">[46:02] </w:t>
      </w:r>
      <w:r>
        <w:t>amin." aah</w:t>
      </w:r>
    </w:p>
    <w:p>
      <w:pPr>
        <w:jc w:val="right"/>
      </w:pPr>
      <w:r>
        <w:t>آمین۔" آہ</w:t>
      </w:r>
    </w:p>
    <w:p>
      <w:r>
        <w:rPr>
          <w:b/>
        </w:rPr>
        <w:t xml:space="preserve">[46:05] </w:t>
      </w:r>
      <w:r>
        <w:t>syed haseeb shah naqvi sahib ne likha hai: "cps pakistan publicizes the message of islam day and night. aah tariq badar sahib forwarded the mission of maulana sahib and also distributed the literature of maulana wahiduddin khan sahib.</w:t>
      </w:r>
    </w:p>
    <w:p>
      <w:pPr>
        <w:jc w:val="right"/>
      </w:pPr>
      <w:r>
        <w:t>سید حسیب شاہ نقوی صاحب نے لکھا ہے: "سی پی ایس پاکستان پبلیسائز دی میسج اف اسلام ڈے اینڈ نائٹ۔ آہ طارق بدر صاحب فارورڈڈ دا مشن اف مولانا صاحب اینڈ السو ڈسٹریبیوٹڈ دا لٹریچر اف مولانا وحید الدین خان صاحب۔</w:t>
      </w:r>
    </w:p>
    <w:p>
      <w:r>
        <w:rPr>
          <w:b/>
        </w:rPr>
        <w:t xml:space="preserve">[46:19] </w:t>
      </w:r>
      <w:r>
        <w:t>may allah help aah cps team. aah amin."</w:t>
      </w:r>
    </w:p>
    <w:p>
      <w:pPr>
        <w:jc w:val="right"/>
      </w:pPr>
      <w:r>
        <w:t>می اللہ ہیلپ آہ سی پی ایس ٹیم۔ آہ آمین۔"</w:t>
      </w:r>
    </w:p>
    <w:p>
      <w:r>
        <w:rPr>
          <w:b/>
        </w:rPr>
        <w:t xml:space="preserve">[46:26] </w:t>
      </w:r>
      <w:r>
        <w:t>doctor sahib to yahi sabak mila ke kitni matlab shadi jis tarah nikah ke baray mein celebration ke aap ne bataya ke it gave us a model of that how in matrimony modesty and simplicity should be followed.</w:t>
      </w:r>
    </w:p>
    <w:p>
      <w:pPr>
        <w:jc w:val="right"/>
      </w:pPr>
      <w:r>
        <w:t>ڈاکٹر صاحب تو یہی سبق ملا کہ کتنی مطلب شادی جس طرح نکاح کے بارے میں سیلیبریشن کے آپ نے بتایا کہ اٹ گیو اس ا ماڈل اف دیٹ ہاؤ ان میٹریمنی ماڈیسٹی اینڈ سمپلیسٹی شوڈ بی فالوڈ۔</w:t>
      </w:r>
    </w:p>
    <w:p>
      <w:r>
        <w:rPr>
          <w:b/>
        </w:rPr>
        <w:t xml:space="preserve">[46:40] </w:t>
      </w:r>
      <w:r>
        <w:t>to aakhri sawal ke aap un ki marriage ke baray mein hum sab ko batayen. to marriage bhi bohat hi sadgi se hui.</w:t>
      </w:r>
    </w:p>
    <w:p>
      <w:pPr>
        <w:jc w:val="right"/>
      </w:pPr>
      <w:r>
        <w:t>تو آخری سوال کہ آپ ان کی میرج کے بارے میں ہم سب کو بتائیں۔ تو میرج بھی بہت ہی سادگی سے ہوئی۔</w:t>
      </w:r>
    </w:p>
    <w:p>
      <w:r>
        <w:rPr>
          <w:b/>
        </w:rPr>
        <w:t xml:space="preserve">[46:47] </w:t>
      </w:r>
      <w:r>
        <w:t>yani prophet ne aah hazrat abubakar razi allah anho ko bulaya, hazrat umar ko bulaya, kuch sahaba ko bulaya aur ansar ke logon ko bhi bulaya.</w:t>
      </w:r>
    </w:p>
    <w:p>
      <w:pPr>
        <w:jc w:val="right"/>
      </w:pPr>
      <w:r>
        <w:t>یعنی پرافٹ نے آہ حضرت ابوبکر رضی اللہ عنہ کو بلایا، حضرت عمر کو بلایا، کچھ صحابہ کو بلایا اور انصار کے لوگوں کو بھی بلایا۔</w:t>
      </w:r>
    </w:p>
    <w:p>
      <w:r>
        <w:rPr>
          <w:b/>
        </w:rPr>
        <w:t xml:space="preserve">[46:56] </w:t>
      </w:r>
      <w:r>
        <w:t>yani jo madina ke log thay, jo chief thay ansar ke, un ko bulaya, leaders jo thay aur bohat hi sadgi se nikah hua. aur kitabon mein kuch kitabon mein aata hai ke prophet ne khutba diya to baad mein prophet ne hazrat ali se kaha ke acha tum ab apne ghar jao aur you wait for me, i will come.</w:t>
      </w:r>
    </w:p>
    <w:p>
      <w:pPr>
        <w:jc w:val="right"/>
      </w:pPr>
      <w:r>
        <w:t>یعنی جو مدینہ کے لوگ تھے، جو چیف تھے انصار کے، ان کو بلایا، لیڈرز جو تھے اور بہت ہی سادگی سے نکاح ہوا۔ اور کتابوں میں کچھ کتابوں میں آتا ہے کہ پرافٹ نے خطبہ دیا تو بعد میں پرافٹ نے حضرت علی سے کہا کہ اچھا تم اب اپنے گھر جاؤ اور یو ویٹ فار می، آئی ویل کم۔</w:t>
      </w:r>
    </w:p>
    <w:p>
      <w:r>
        <w:rPr>
          <w:b/>
        </w:rPr>
        <w:t xml:space="preserve">[47:19] </w:t>
      </w:r>
      <w:r>
        <w:t>to hazrat ali aah aah gaye aur us ke baad jo umm aiman theen, umm aiman razi allah anho prophet ki mother ki maid theen.</w:t>
      </w:r>
    </w:p>
    <w:p>
      <w:pPr>
        <w:jc w:val="right"/>
      </w:pPr>
      <w:r>
        <w:t>تو حضرت علی آہ آہ گئے اور اس کے بعد جو ام ایمن تھیں، ام ایمن رضی اللہ عنہ پرافٹ کی مدر کی میڈ تھیں۔</w:t>
      </w:r>
    </w:p>
    <w:p>
      <w:r>
        <w:rPr>
          <w:b/>
        </w:rPr>
        <w:t xml:space="preserve">[47:31] </w:t>
      </w:r>
      <w:r>
        <w:t>jab madina se aa rahi theen prophet ki mother to un ke rastay mein death ho gayi thi. to maid prophet ko le ke aayi theen, he was just five year old.</w:t>
      </w:r>
    </w:p>
    <w:p>
      <w:pPr>
        <w:jc w:val="right"/>
      </w:pPr>
      <w:r>
        <w:t>جب مدینہ سے آ رہی تھیں پرافٹ کی مدر تو ان کے راستے میں ڈیتھ ہو گئی تھی۔ تو میڈ پرافٹ کو لے کے آئی تھیں، ہی واز جسٹ فائیو ایئر اولڈ۔</w:t>
      </w:r>
    </w:p>
    <w:p>
      <w:r>
        <w:rPr>
          <w:b/>
        </w:rPr>
        <w:t xml:space="preserve">[47:40] </w:t>
      </w:r>
      <w:r>
        <w:t>ji to woh phir ghar mein rehne lagin, she was like prophets mother. to umm aiman brought fatima to ali's house. to</w:t>
      </w:r>
    </w:p>
    <w:p>
      <w:pPr>
        <w:jc w:val="right"/>
      </w:pPr>
      <w:r>
        <w:t>جی تو وہ پھر گھر میں رہنے لگیں، شی واز لائک پرافٹس مدر۔ تو ام ایمن براٹ فاطمہ ٹو علیز ہاؤس۔ تو</w:t>
      </w:r>
    </w:p>
    <w:p>
      <w:r>
        <w:rPr>
          <w:b/>
        </w:rPr>
        <w:t xml:space="preserve">[47:49] </w:t>
      </w:r>
      <w:r>
        <w:t>hazrat ali ne intezar kiya. rasool allah ne kaha tha ke main aaunga sham ko, main wait karna mera aur baray nervous thay ke prophet kya kahenge, what he will say.</w:t>
      </w:r>
    </w:p>
    <w:p>
      <w:pPr>
        <w:jc w:val="right"/>
      </w:pPr>
      <w:r>
        <w:t>حضرت علی نے انتظار کیا۔ رسول اللہ نے کہا تھا کہ میں آؤں گا شام کو، میں ویٹ کرنا میرا اور بڑے نروس تھے کہ پرافٹ کیا کہیں گے، واٹ ہی ویل سے۔</w:t>
      </w:r>
    </w:p>
    <w:p>
      <w:r>
        <w:rPr>
          <w:b/>
        </w:rPr>
        <w:t xml:space="preserve">[47:58] </w:t>
      </w:r>
      <w:r>
        <w:t>to hazrat ali kehte hain: "the prophet walked in and he said to us: keep seated where you are sitting, don't get up." to</w:t>
      </w:r>
    </w:p>
    <w:p>
      <w:pPr>
        <w:jc w:val="right"/>
      </w:pPr>
      <w:r>
        <w:t>تو حضرت علی کہتے ہیں: "دا پرافٹ واکڈ ان اینڈ ہی سیڈ ٹو اس: کیپ سیٹڈ ویئر یو آر سیٹنگ، ڈونٹ گیٹ اپ۔" تو</w:t>
      </w:r>
    </w:p>
    <w:p>
      <w:r>
        <w:rPr>
          <w:b/>
        </w:rPr>
        <w:t xml:space="preserve">[48:10] </w:t>
      </w:r>
      <w:r>
        <w:t>rasool allah ne ek jug liya pani ka aur wuzu kiya. aur wuzu karne ke baad aah ali ko bulaya, hazrat ali razi allah anho ko bulaya aur aah he sprinkled some water on him jis waqt pani se wuzu kiya tha, kuch pani chhirka.</w:t>
      </w:r>
    </w:p>
    <w:p>
      <w:pPr>
        <w:jc w:val="right"/>
      </w:pPr>
      <w:r>
        <w:t>رسول اللہ نے ایک جگ لیا پانی کا اور وضو کیا۔ اور وضو کرنے کے بعد آہ علی کو بلایا، حضرت علی رضی اللہ عنہ کو بلایا اور آہ ہی سپرنگل سم واٹر ان ہم جس وقت پانی سے وضو کیا تھا، کچھ پانی چھڑکا۔</w:t>
      </w:r>
    </w:p>
    <w:p>
      <w:r>
        <w:rPr>
          <w:b/>
        </w:rPr>
        <w:t xml:space="preserve">[48:28] </w:t>
      </w:r>
      <w:r>
        <w:t>ji aur dua ki, he made dua and said: "you now you go." aur phir fatima ko bulaya</w:t>
      </w:r>
    </w:p>
    <w:p>
      <w:pPr>
        <w:jc w:val="right"/>
      </w:pPr>
      <w:r>
        <w:t>جی اور دعا کی، ہی میڈ دعا اینڈ سیڈ: "یو ناؤ یو گو۔" اور پھر فاطمہ کو بلایا</w:t>
      </w:r>
    </w:p>
    <w:p>
      <w:r>
        <w:rPr>
          <w:b/>
        </w:rPr>
        <w:t xml:space="preserve">[48:34] </w:t>
      </w:r>
      <w:r>
        <w:t>to fatima rz boht hi zyada she was shivering, she was shaking, she couldnt walk. boht mushkil se wo aaein aur yani boht hi unko sharm aa rahi thi, haya and modesty.</w:t>
      </w:r>
    </w:p>
    <w:p>
      <w:pPr>
        <w:jc w:val="right"/>
      </w:pPr>
      <w:r>
        <w:t>۔ تو فاطمہ رضی اللہ عنہ بہت ہی زیادہ شی واز شیورنگ، شی واز شیکنگ، شی کڈنٹ واک۔ بہت مشکل سے وہ آئیں اور یعنی بہت ہی ان کو شرم آ رہی تھی، حیا اینڈ ماڈیسٹی۔</w:t>
      </w:r>
    </w:p>
    <w:p>
      <w:r>
        <w:rPr>
          <w:b/>
        </w:rPr>
        <w:t xml:space="preserve">[48:48] </w:t>
      </w:r>
      <w:r>
        <w:t>to ah prophet comforted her and he said: "i have married you to the most beloved person in my family." ji yani dont worry, he is the most beloved person to me in my family</w:t>
      </w:r>
    </w:p>
    <w:p>
      <w:pPr>
        <w:jc w:val="right"/>
      </w:pPr>
      <w:r>
        <w:t>تو آہ پرافٹ کمفرٹڈ ہر اینڈ ہی سیڈ: "آئی ہیو میریڈ یو ٹو دا موسٹ بیلوڈ پرسن ان مائی فیملی۔" جی یعنی ڈونٹ وری، ہی از دا موسٹ بیلوڈ پرسن ٹو می ان مائی فیملی</w:t>
      </w:r>
    </w:p>
    <w:p>
      <w:r>
        <w:rPr>
          <w:b/>
        </w:rPr>
        <w:t xml:space="preserve">[49:02] </w:t>
      </w:r>
      <w:r>
        <w:t>phir dobara prophet ne wuzu kiya. ji and he sprinkled some water in in fatima and then he made a beautiful dua.</w:t>
      </w:r>
    </w:p>
    <w:p>
      <w:pPr>
        <w:jc w:val="right"/>
      </w:pPr>
      <w:r>
        <w:t>۔ پھر دوبارہ پرافٹ نے وضو کیا۔ جی اینڈ ہی سپرنگلڈ سم واٹر ان ان فاطمہ اینڈ دین ہی میڈ ا بیوٹی فل دعا۔</w:t>
      </w:r>
    </w:p>
    <w:p>
      <w:r>
        <w:rPr>
          <w:b/>
        </w:rPr>
        <w:t xml:space="preserve">[49:12] </w:t>
      </w:r>
      <w:r>
        <w:t>yani dua boht hi choti hai, its a very small prayer but very very comprehensive. rasool allah ne dua ki: "allahumma barik fehima, wa barik alayhima, wa barik fi shubhhima." allahumma barik fehima ka matlab hai ke main allah bless you both.</w:t>
      </w:r>
    </w:p>
    <w:p>
      <w:pPr>
        <w:jc w:val="right"/>
      </w:pPr>
      <w:r>
        <w:t>یعنی دعا بہت ہی چھوٹی ہے، اٹس ا ویری سمال پریئر بٹ ویری ویری کمپرہینسو۔ رسول اللہ نے دعا کی: "اللہم بارک فیہما، وبارک علیہما، وبارک فی شبھما۔" اللہم بارک فیہما کا مطلب ہے کہ میں اللہ بلیس یو بوتھ۔</w:t>
      </w:r>
    </w:p>
    <w:p>
      <w:r>
        <w:rPr>
          <w:b/>
        </w:rPr>
        <w:t xml:space="preserve">[49:30] </w:t>
      </w:r>
      <w:r>
        <w:t>y</w:t>
      </w:r>
    </w:p>
    <w:p>
      <w:pPr>
        <w:jc w:val="right"/>
      </w:pPr>
      <w:r>
        <w:t>ی</w:t>
      </w:r>
    </w:p>
    <w:p>
      <w:r>
        <w:rPr>
          <w:b/>
        </w:rPr>
        <w:t xml:space="preserve">[49:31] </w:t>
      </w:r>
      <w:r>
        <w:t>ani kisi insan ke liye agar blessing ki dua ki jae to barik fehima aaega. allahumma barik fehima, main allah bless you both, wa barik alayhima and main allah bless your positions.</w:t>
      </w:r>
    </w:p>
    <w:p>
      <w:pPr>
        <w:jc w:val="right"/>
      </w:pPr>
      <w:r>
        <w:t>عنی کسی انسان کے لیے اگر بلیسنگ کی دعا کی جائے تو بارک فیہما آئے گا۔ اللہم بارک فیہما، میں اللہ بلیس یو بوتھ، وبارک علیہما اینڈ میں اللہ بلیس یور پوزیشنز۔</w:t>
      </w:r>
    </w:p>
    <w:p>
      <w:r>
        <w:rPr>
          <w:b/>
        </w:rPr>
        <w:t xml:space="preserve">[49:43] </w:t>
      </w:r>
      <w:r>
        <w:t>yani jo aap ka ghar hai, aap ki property hai, aap ki cheezein, aap ki wealth hai, in in sab cheezon ki ke liye bhi blessing ki dua ki.</w:t>
      </w:r>
    </w:p>
    <w:p>
      <w:pPr>
        <w:jc w:val="right"/>
      </w:pPr>
      <w:r>
        <w:t>یعنی جو آپ کا گھر ہے، آپ کی پراپرٹی ہے، آپ کی چیزیں، آپ کی ویلتھ ہے، ان ان سب چیزوں کی کے لیے بھی بلیسنگ کی دعا کی۔</w:t>
      </w:r>
    </w:p>
    <w:p>
      <w:r>
        <w:rPr>
          <w:b/>
        </w:rPr>
        <w:t xml:space="preserve">[49:51] </w:t>
      </w:r>
      <w:r>
        <w:t>allahumma barik alayhima, wa barik fi shubhhima. yani main allah bless your of spring, your chil</w:t>
      </w:r>
    </w:p>
    <w:p>
      <w:pPr>
        <w:jc w:val="right"/>
      </w:pPr>
      <w:r>
        <w:t>اللہم بارک علیہما، وبارک فی شبھما۔ یعنی میں اللہ بلیس یور اف سپرنگ، یور چل</w:t>
      </w:r>
    </w:p>
    <w:p>
      <w:r>
        <w:rPr>
          <w:b/>
        </w:rPr>
        <w:t xml:space="preserve">[49:59] </w:t>
      </w:r>
      <w:r>
        <w:t>dren. to bari choti dua lekin comprehensive dua. to is tarah se ye shadi mukammal hui aur allah taala, main allah please with them and main allah make us follow their foot steps and main allah allow us</w:t>
      </w:r>
    </w:p>
    <w:p>
      <w:pPr>
        <w:jc w:val="right"/>
      </w:pPr>
      <w:r>
        <w:t>ڈرن۔ تو بڑی چھوٹی دعا لیکن کمپرہینسو دعا۔ تو اس طرح سے یہ شادی مکمل ہوئی اور اللہ تعالی، میں اللہ پلیز ود دیم اینڈ میں اللہ میک اس فالو دیر فٹ سٹیپس اینڈ میں اللہ الاؤ اس</w:t>
      </w:r>
    </w:p>
    <w:p>
      <w:r>
        <w:rPr>
          <w:b/>
        </w:rPr>
        <w:t xml:space="preserve">[50:18] </w:t>
      </w:r>
      <w:r>
        <w:t>to meet them in jannat al firdous.</w:t>
      </w:r>
    </w:p>
    <w:p>
      <w:pPr>
        <w:jc w:val="right"/>
      </w:pPr>
      <w:r>
        <w:t>ٹو میٹ دیم ان جنت الفردوس۔</w:t>
      </w:r>
    </w:p>
    <w:p>
      <w:r>
        <w:rPr>
          <w:b/>
        </w:rPr>
        <w:t xml:space="preserve">[50:25] </w:t>
      </w:r>
      <w:r>
        <w:t>jazak allah doctor sahib for doing an amazing session</w:t>
      </w:r>
    </w:p>
    <w:p>
      <w:pPr>
        <w:jc w:val="right"/>
      </w:pPr>
      <w:r>
        <w:t>جزاک اللہ ڈاکٹر صاحب فار ڈوئنگ این امیزنگ سیشن</w:t>
      </w:r>
    </w:p>
    <w:p>
      <w:r>
        <w:rPr>
          <w:b/>
        </w:rPr>
        <w:t xml:space="preserve">[50:29] </w:t>
      </w:r>
      <w:r>
        <w:t>today. hamein part 2 ka intezar rahega and we will come with that soon. so with this we will end today session. we be back next sunday same time 10:30 am.</w:t>
      </w:r>
    </w:p>
    <w:p>
      <w:pPr>
        <w:jc w:val="right"/>
      </w:pPr>
      <w:r>
        <w:t>ٹوڈے۔ ہمیں پارٹ ٹو کا انتظار رہے گا اینڈ وی ویل کم ود دیٹ سون۔ سو ود دس وی ویل اینڈ ٹوڈے سیشن۔ وی بی بیک نیکسٹ سنڈے سیم ٹائم 10:30 اے ایم۔</w:t>
      </w:r>
    </w:p>
    <w:p>
      <w:r>
        <w:rPr>
          <w:b/>
        </w:rPr>
        <w:t xml:space="preserve">[50:39] </w:t>
      </w:r>
      <w:r>
        <w:t>thank you for watching today session.</w:t>
      </w:r>
    </w:p>
    <w:p>
      <w:pPr>
        <w:jc w:val="right"/>
      </w:pPr>
      <w:r>
        <w:t>تھینک یو فار واچنگ ٹوڈے سیشن۔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