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55 Al-Rahman (The Merciful) - Maulana Wahiduddin Khan</w:t>
      </w:r>
    </w:p>
    <w:p>
      <w:r>
        <w:t>https://www.youtube.com/watch?v=_KP8RDqESlg</w:t>
      </w:r>
    </w:p>
    <w:p>
      <w:r>
        <w:rPr>
          <w:b/>
        </w:rPr>
        <w:t xml:space="preserve">[00:01] </w:t>
      </w:r>
      <w:r>
        <w:t>bismillah hir rahman nir raheem.</w:t>
      </w:r>
    </w:p>
    <w:p>
      <w:pPr>
        <w:jc w:val="right"/>
      </w:pPr>
      <w:r>
        <w:t>بسم الله الرحمن الرحيم.</w:t>
      </w:r>
    </w:p>
    <w:p>
      <w:r>
        <w:rPr>
          <w:b/>
        </w:rPr>
        <w:t xml:space="preserve">[00:07] </w:t>
      </w:r>
      <w:r>
        <w:t>ar rahman</w:t>
      </w:r>
    </w:p>
    <w:p>
      <w:pPr>
        <w:jc w:val="right"/>
      </w:pPr>
      <w:r>
        <w:t>الرحمن</w:t>
      </w:r>
    </w:p>
    <w:p>
      <w:r>
        <w:rPr>
          <w:b/>
        </w:rPr>
        <w:t xml:space="preserve">[00:12] </w:t>
      </w:r>
      <w:r>
        <w:t>allamal quran,</w:t>
      </w:r>
    </w:p>
    <w:p>
      <w:pPr>
        <w:jc w:val="right"/>
      </w:pPr>
      <w:r>
        <w:t>علم القرآن،</w:t>
      </w:r>
    </w:p>
    <w:p>
      <w:r>
        <w:rPr>
          <w:b/>
        </w:rPr>
        <w:t xml:space="preserve">[00:17] </w:t>
      </w:r>
      <w:r>
        <w:t>khalaqal insaan, allamahul bayaan.</w:t>
      </w:r>
    </w:p>
    <w:p>
      <w:pPr>
        <w:jc w:val="right"/>
      </w:pPr>
      <w:r>
        <w:t>خلق الإنسان، علمه البيان.</w:t>
      </w:r>
    </w:p>
    <w:p>
      <w:r>
        <w:rPr>
          <w:b/>
        </w:rPr>
        <w:t xml:space="preserve">[00:27] </w:t>
      </w:r>
      <w:r>
        <w:t>ash shamsu wal qamaru bi husban,</w:t>
      </w:r>
    </w:p>
    <w:p>
      <w:pPr>
        <w:jc w:val="right"/>
      </w:pPr>
      <w:r>
        <w:t>الشمس والقمر بحسبان،</w:t>
      </w:r>
    </w:p>
    <w:p>
      <w:r>
        <w:rPr>
          <w:b/>
        </w:rPr>
        <w:t xml:space="preserve">[00:34] </w:t>
      </w:r>
      <w:r>
        <w:t>wan najmu wash shajaru yasjudan.</w:t>
      </w:r>
    </w:p>
    <w:p>
      <w:pPr>
        <w:jc w:val="right"/>
      </w:pPr>
      <w:r>
        <w:t>والنجم والشجر يسجدان.</w:t>
      </w:r>
    </w:p>
    <w:p>
      <w:r>
        <w:rPr>
          <w:b/>
        </w:rPr>
        <w:t xml:space="preserve">[00:41] </w:t>
      </w:r>
      <w:r>
        <w:t>was sama'a rafa'aha wa wada'a al-mizan,</w:t>
      </w:r>
    </w:p>
    <w:p>
      <w:pPr>
        <w:jc w:val="right"/>
      </w:pPr>
      <w:r>
        <w:t>والسماء رفعها ووضع الميزان،</w:t>
      </w:r>
    </w:p>
    <w:p>
      <w:r>
        <w:rPr>
          <w:b/>
        </w:rPr>
        <w:t xml:space="preserve">[00:51] </w:t>
      </w:r>
      <w:r>
        <w:t>ala tatghaw fi al-mizan.</w:t>
      </w:r>
    </w:p>
    <w:p>
      <w:pPr>
        <w:jc w:val="right"/>
      </w:pPr>
      <w:r>
        <w:t>ألا تطغوا في الميزان.</w:t>
      </w:r>
    </w:p>
    <w:p>
      <w:r>
        <w:rPr>
          <w:b/>
        </w:rPr>
        <w:t xml:space="preserve">[00:56] </w:t>
      </w:r>
      <w:r>
        <w:t>wa aqimu al-wazna bil-qisti wa la takhsaru al-mizan.</w:t>
      </w:r>
    </w:p>
    <w:p>
      <w:pPr>
        <w:jc w:val="right"/>
      </w:pPr>
      <w:r>
        <w:t>وأقيموا الوزن بالقسط ولا تخسروا الميزان.</w:t>
      </w:r>
    </w:p>
    <w:p>
      <w:r>
        <w:rPr>
          <w:b/>
        </w:rPr>
        <w:t xml:space="preserve">[01:05] </w:t>
      </w:r>
      <w:r>
        <w:t>shuru Allah ke naam se jo bara meherban, nihayat reham wala hai.</w:t>
      </w:r>
    </w:p>
    <w:p>
      <w:pPr>
        <w:jc w:val="right"/>
      </w:pPr>
      <w:r>
        <w:t>شروع اللہ کے نام سے جو بڑا مہربان، نہایت رحم والا ہے۔</w:t>
      </w:r>
    </w:p>
    <w:p>
      <w:r>
        <w:rPr>
          <w:b/>
        </w:rPr>
        <w:t xml:space="preserve">[01:13] </w:t>
      </w:r>
      <w:r>
        <w:t>rehman ne quran ki taleem di, is ne insan ko paida kiya, us ko bolna sikhaya.</w:t>
      </w:r>
    </w:p>
    <w:p>
      <w:pPr>
        <w:jc w:val="right"/>
      </w:pPr>
      <w:r>
        <w:t>رحمان نے قرآن کی تعلیم دی، اس نے انسان کو پیدا کیا، اس کو بولنا سکھایا۔</w:t>
      </w:r>
    </w:p>
    <w:p>
      <w:r>
        <w:rPr>
          <w:b/>
        </w:rPr>
        <w:t xml:space="preserve">[01:23] </w:t>
      </w:r>
      <w:r>
        <w:t>suraj aur chand ke liye ek hisab hai, aur sitare aur darakht sajda karte hain. aur is ne aasman ko ooncha kiya, aur is ne tarazu rakh di ke tum tolne mein ziyadati na karo.</w:t>
      </w:r>
    </w:p>
    <w:p>
      <w:pPr>
        <w:jc w:val="right"/>
      </w:pPr>
      <w:r>
        <w:t>سورج اور چاند کے لیے ایک حساب ہے، اور ستارے اور درخت سجدہ کرتے ہیں۔ اور اس نے آسمان کو اونچا کیا، اور اس نے ترازو رکھ دی کہ تم تولنے میں زیادتی نہ کرو۔</w:t>
      </w:r>
    </w:p>
    <w:p>
      <w:r>
        <w:rPr>
          <w:b/>
        </w:rPr>
        <w:t xml:space="preserve">[01:41] </w:t>
      </w:r>
      <w:r>
        <w:t>saans ke sath seedhi tarazu tolo, aur tol mein na ghatao. tashreeh: Allah ne insan ko banaya, us ko bolne ki anokhi salahiyat di jo sari maloom kainat mein kisi ko hasil nahi.</w:t>
      </w:r>
    </w:p>
    <w:p>
      <w:pPr>
        <w:jc w:val="right"/>
      </w:pPr>
      <w:r>
        <w:t>سانس کے ساتھ سیدھی ترازو تولو، اور تول میں نہ گھٹاؤ۔ تشریح: اللہ نے انسان کو بنایا، اس کو بولنے کی انوکھی صلاحیت دی جو ساری معلوم کائنات میں کسی کو حاصل نہیں۔</w:t>
      </w:r>
    </w:p>
    <w:p>
      <w:r>
        <w:rPr>
          <w:b/>
        </w:rPr>
        <w:t xml:space="preserve">[02:03] </w:t>
      </w:r>
      <w:r>
        <w:t>phir insan se jo adilana rosh matloob thi, us ka amli namuna is ne kainat mein qaim kar diya. insan ke gird o pish ki poori dunya ain isi usool-e-adl par qaim hai jo insan se Allah taala ko matloob hai,</w:t>
      </w:r>
    </w:p>
    <w:p>
      <w:pPr>
        <w:jc w:val="right"/>
      </w:pPr>
      <w:r>
        <w:t>پھر انسان سے جو عادلانہ روش مطلوب تھی، اس کا عملی نمونہ اس نے کائنات میں قائم کر دیا۔ انسان کے گرد و پیش کی پوری دنیا عین اسی اصول عدل پر قائم ہے جو انسان سے اللہ تعالیٰ کو مطلوب ہے،</w:t>
      </w:r>
    </w:p>
    <w:p>
      <w:r>
        <w:rPr>
          <w:b/>
        </w:rPr>
        <w:t xml:space="preserve">[02:22] </w:t>
      </w:r>
      <w:r>
        <w:t>aur quran mein isi adl ko lafzi taur par bayan kar diya gaya hai. quran khodai adl ka lafzi izhar hai, aur kainat khodai adl ka amli izhar.</w:t>
      </w:r>
    </w:p>
    <w:p>
      <w:pPr>
        <w:jc w:val="right"/>
      </w:pPr>
      <w:r>
        <w:t>اور قرآن میں اسی عدل کو لفظی طور پر بیان کر دیا گیا ہے۔ قرآن خدائی عدل کا لفظی اظہار ہے، اور کائنات خدائی عدل کا عملی اظہار۔</w:t>
      </w:r>
    </w:p>
    <w:p>
      <w:r>
        <w:rPr>
          <w:b/>
        </w:rPr>
        <w:t xml:space="preserve">[02:38] </w:t>
      </w:r>
      <w:r>
        <w:t>bandon ke liye zaroori hai ke woh apne qaul aur amal ko isi tarazu se napte rahen, woh na lene mein be-insafi karen aur na dene mein.</w:t>
      </w:r>
    </w:p>
    <w:p>
      <w:pPr>
        <w:jc w:val="right"/>
      </w:pPr>
      <w:r>
        <w:t>بندوں کے لیے ضروری ہے کہ وہ اپنے قول اور عمل کو اسی ترازو سے ناپتے رہیں، وہ نہ لینے میں بے انصافی کریں اور نہ دینے میں۔</w:t>
      </w:r>
    </w:p>
    <w:p>
      <w:r>
        <w:rPr>
          <w:b/>
        </w:rPr>
        <w:t xml:space="preserve">[02:53] </w:t>
      </w:r>
      <w:r>
        <w:t>wal-arda wada'aha lil-anam,</w:t>
      </w:r>
    </w:p>
    <w:p>
      <w:pPr>
        <w:jc w:val="right"/>
      </w:pPr>
      <w:r>
        <w:t>والأرض وضعها للأنام،</w:t>
      </w:r>
    </w:p>
    <w:p>
      <w:r>
        <w:rPr>
          <w:b/>
        </w:rPr>
        <w:t xml:space="preserve">[02:59] </w:t>
      </w:r>
      <w:r>
        <w:t>fiha fakihatun wa nakhlu dhatul akmam, wa al-habbu zul-asfi wa ar-rayhan.</w:t>
      </w:r>
    </w:p>
    <w:p>
      <w:pPr>
        <w:jc w:val="right"/>
      </w:pPr>
      <w:r>
        <w:t>فيها فاكهة والنخل ذات الأكمام، والحب ذو العصف والريحان.</w:t>
      </w:r>
    </w:p>
    <w:p>
      <w:r>
        <w:rPr>
          <w:b/>
        </w:rPr>
        <w:t xml:space="preserve">[03:14] </w:t>
      </w:r>
      <w:r>
        <w:t>fabia'i ala'i rabbikuma tukazziban?</w:t>
      </w:r>
    </w:p>
    <w:p>
      <w:pPr>
        <w:jc w:val="right"/>
      </w:pPr>
      <w:r>
        <w:t>فبأي آلاء ربكما تكذبان؟</w:t>
      </w:r>
    </w:p>
    <w:p>
      <w:r>
        <w:rPr>
          <w:b/>
        </w:rPr>
        <w:t xml:space="preserve">[03:24] </w:t>
      </w:r>
      <w:r>
        <w:t>khalaqal insana min salsalin kal-fakhkhar, wa khalaqal janna min marijin min nar</w:t>
      </w:r>
    </w:p>
    <w:p>
      <w:pPr>
        <w:jc w:val="right"/>
      </w:pPr>
      <w:r>
        <w:t>خلق الإنسان من صلصال كالفخار، وخلق الجان من مارج من نار</w:t>
      </w:r>
    </w:p>
    <w:p>
      <w:r>
        <w:rPr>
          <w:b/>
        </w:rPr>
        <w:t xml:space="preserve">[03:47] </w:t>
      </w:r>
      <w:r>
        <w:t>. fabia'i ala'i rabbikuma tukazziban?</w:t>
      </w:r>
    </w:p>
    <w:p>
      <w:pPr>
        <w:jc w:val="right"/>
      </w:pPr>
      <w:r>
        <w:t>. فبأي آلاء ربكما تكذبان؟</w:t>
      </w:r>
    </w:p>
    <w:p>
      <w:r>
        <w:rPr>
          <w:b/>
        </w:rPr>
        <w:t xml:space="preserve">[03:57] </w:t>
      </w:r>
      <w:r>
        <w:t>rabbul mashriqayni wa rabbul maghribayn.</w:t>
      </w:r>
    </w:p>
    <w:p>
      <w:pPr>
        <w:jc w:val="right"/>
      </w:pPr>
      <w:r>
        <w:t>رب المشرقين ورب المغربين.</w:t>
      </w:r>
    </w:p>
    <w:p>
      <w:r>
        <w:rPr>
          <w:b/>
        </w:rPr>
        <w:t xml:space="preserve">[04:04] </w:t>
      </w:r>
      <w:r>
        <w:t>fabia'i ala'i rabbikuma tukazziban? marajal bahrayni yaltaqiyan,</w:t>
      </w:r>
    </w:p>
    <w:p>
      <w:pPr>
        <w:jc w:val="right"/>
      </w:pPr>
      <w:r>
        <w:t>فبأي آلاء ربكما تكذبان؟ مرج البحرين يلتقيان،</w:t>
      </w:r>
    </w:p>
    <w:p>
      <w:r>
        <w:rPr>
          <w:b/>
        </w:rPr>
        <w:t xml:space="preserve">[04:19] </w:t>
      </w:r>
      <w:r>
        <w:t>baynahuma barzakhun la yabghiyan.</w:t>
      </w:r>
    </w:p>
    <w:p>
      <w:pPr>
        <w:jc w:val="right"/>
      </w:pPr>
      <w:r>
        <w:t>بينهما برزخ لا يبغيان.</w:t>
      </w:r>
    </w:p>
    <w:p>
      <w:r>
        <w:rPr>
          <w:b/>
        </w:rPr>
        <w:t xml:space="preserve">[04:26] </w:t>
      </w:r>
      <w:r>
        <w:t>fabia'i ala'i rabbikuma tukazziban?</w:t>
      </w:r>
    </w:p>
    <w:p>
      <w:pPr>
        <w:jc w:val="right"/>
      </w:pPr>
      <w:r>
        <w:t>فبأي آلاء ربكما تكذبان؟</w:t>
      </w:r>
    </w:p>
    <w:p>
      <w:r>
        <w:rPr>
          <w:b/>
        </w:rPr>
        <w:t xml:space="preserve">[04:35] </w:t>
      </w:r>
      <w:r>
        <w:t>yakhruju minhuma al-lu'lu'u wa al-marjan.</w:t>
      </w:r>
    </w:p>
    <w:p>
      <w:pPr>
        <w:jc w:val="right"/>
      </w:pPr>
      <w:r>
        <w:t>يخرج منهما اللؤلؤ والمرجان.</w:t>
      </w:r>
    </w:p>
    <w:p>
      <w:r>
        <w:rPr>
          <w:b/>
        </w:rPr>
        <w:t xml:space="preserve">[04:42] </w:t>
      </w:r>
      <w:r>
        <w:t>fabia'i ala'i rabbikuma tukazziban? wa lahul jawaril munsha'atu fil bahri kal-a'lam.</w:t>
      </w:r>
    </w:p>
    <w:p>
      <w:pPr>
        <w:jc w:val="right"/>
      </w:pPr>
      <w:r>
        <w:t>فبأي آلاء ربكما تكذبان؟ وله الجوار المنشآت في البحر كالأعلام.</w:t>
      </w:r>
    </w:p>
    <w:p>
      <w:r>
        <w:rPr>
          <w:b/>
        </w:rPr>
        <w:t xml:space="preserve">[05:00] </w:t>
      </w:r>
      <w:r>
        <w:t>fabia'i ala'i rabbikuma tukazziban?</w:t>
      </w:r>
    </w:p>
    <w:p>
      <w:pPr>
        <w:jc w:val="right"/>
      </w:pPr>
      <w:r>
        <w:t>فبأي آلاء ربكما تكذبان؟</w:t>
      </w:r>
    </w:p>
    <w:p>
      <w:r>
        <w:rPr>
          <w:b/>
        </w:rPr>
        <w:t xml:space="preserve">[05:10] </w:t>
      </w:r>
      <w:r>
        <w:t>aur zameen ko is ne khalq ke liye rakh diya, is mein meway hain aur khajoor hain jin ke oopar ghalaf hota hai, aur bhus wale anaaj bhi hain, aur khushbudar phool bhi.</w:t>
      </w:r>
    </w:p>
    <w:p>
      <w:pPr>
        <w:jc w:val="right"/>
      </w:pPr>
      <w:r>
        <w:t>اور زمین کو اس نے خلق کے لیے رکھ دیا، اس میں میوے ہیں اور کھجور ہیں جن کے اوپر غلاف ہوتا ہے، اور بھس والے اناج بھی ہیں، اور خوشبودار پھول بھی۔</w:t>
      </w:r>
    </w:p>
    <w:p>
      <w:r>
        <w:rPr>
          <w:b/>
        </w:rPr>
        <w:t xml:space="preserve">[05:26] </w:t>
      </w:r>
      <w:r>
        <w:t>phir tum apne rab ki kin kin nematon ko jhutlao ge? is ne paida kiya insan ko theekre ki tarah khankhanati mitti se, aur is ne jinnaat ko aag ki lapet se paida kiya.</w:t>
      </w:r>
    </w:p>
    <w:p>
      <w:pPr>
        <w:jc w:val="right"/>
      </w:pPr>
      <w:r>
        <w:t>پھر تم اپنے رب کی کن کن نعمتوں کو جھٹلاؤ گے؟ اس نے پیدا کیا انسان کو ٹھیکڑے کی طرح کھنکھناتی مٹی سے، اور اس نے جنات کو آگ کی لپٹ سے پیدا کیا۔</w:t>
      </w:r>
    </w:p>
    <w:p>
      <w:r>
        <w:rPr>
          <w:b/>
        </w:rPr>
        <w:t xml:space="preserve">[05:42] </w:t>
      </w:r>
      <w:r>
        <w:t>phir tum apne rab ki kin kin nematon ko jhutlao ge? woh malik hai dono mashriq ka aur dono maghrib ka.</w:t>
      </w:r>
    </w:p>
    <w:p>
      <w:pPr>
        <w:jc w:val="right"/>
      </w:pPr>
      <w:r>
        <w:t>پھر تم اپنے رب کی کن کن نعمتوں کو جھٹلاؤ گے؟ وہ مالک ہے دونوں مشرق کا اور دونوں مغرب کا۔</w:t>
      </w:r>
    </w:p>
    <w:p>
      <w:r>
        <w:rPr>
          <w:b/>
        </w:rPr>
        <w:t xml:space="preserve">[05:54] </w:t>
      </w:r>
      <w:r>
        <w:t>phir tum apne rab ki kon kon nematon ko jhutlao ge? is ne chalaye do darya, mil kar chalne wale, dono ke darmiyan ek parda hai jis se woh tajawuz nahi karte.</w:t>
      </w:r>
    </w:p>
    <w:p>
      <w:pPr>
        <w:jc w:val="right"/>
      </w:pPr>
      <w:r>
        <w:t>پھر تم اپنے رب کی کن کن نعمتوں کو جھٹلاؤ گے؟ اس نے چلائے دو دریا، مل کر چلنے والے، دونوں کے درمیان ایک پردہ ہے جس سے وہ تجاوز نہیں کرتے۔</w:t>
      </w:r>
    </w:p>
    <w:p>
      <w:r>
        <w:rPr>
          <w:b/>
        </w:rPr>
        <w:t xml:space="preserve">[06:11] </w:t>
      </w:r>
      <w:r>
        <w:t>tum apne rab ki kon kon nematon ko jhutlao ge? in dono se moti aur minha nikalta hai. phir tum apne rab ki kon kon nematon ko jhutlao ge?</w:t>
      </w:r>
    </w:p>
    <w:p>
      <w:pPr>
        <w:jc w:val="right"/>
      </w:pPr>
      <w:r>
        <w:t>تم اپنے رب کی کن کن نعمتوں کو جھٹلاؤ گے؟ ان دونوں سے موتی اور منہا نکلتا ہے۔ پھر تم اپنے رب کی کن کن نعمتوں کو جھٹلاؤ گے؟</w:t>
      </w:r>
    </w:p>
    <w:p>
      <w:r>
        <w:rPr>
          <w:b/>
        </w:rPr>
        <w:t xml:space="preserve">[06:24] </w:t>
      </w:r>
      <w:r>
        <w:t>aur usi ke hain jahaz samandar mein oonche khare hue jaise pahad. phir tum apne rab ki kon kon nematon ko jhutlao ge?</w:t>
      </w:r>
    </w:p>
    <w:p>
      <w:pPr>
        <w:jc w:val="right"/>
      </w:pPr>
      <w:r>
        <w:t>اور اسی کے ہیں جہاز سمندر میں اونچے کھڑے ہوئے جیسے پہاڑ۔ پھر تم اپنے رب کی کن کن نعمتوں کو جھٹلاؤ گے؟</w:t>
      </w:r>
    </w:p>
    <w:p>
      <w:r>
        <w:rPr>
          <w:b/>
        </w:rPr>
        <w:t xml:space="preserve">[06:37] </w:t>
      </w:r>
      <w:r>
        <w:t>tashreeh: is dunya ka beshtar hissa sitaron par mushtamil hai jo sarapa aag hain. jinat isi aag ke madde se banaye gaye hain, magar insan ke sath Allah taala ka yeh khusoosi muamla hai ke is ko mitti se banaya gaya hai jo wasee kainat mein intehai nadir cheez hai.</w:t>
      </w:r>
    </w:p>
    <w:p>
      <w:pPr>
        <w:jc w:val="right"/>
      </w:pPr>
      <w:r>
        <w:t>تشریح: اس دنیا کا بیشتر حصہ ستاروں پر مشتمل ہے جو سراپہ آگ ہیں۔ جنات اسی آگ کے مادے سے بنائے گئے ہیں، مگر انسان کے ساتھ اللہ تعالیٰ کا یہ خصوصی معاملہ ہے کہ اس کو مٹی سے بنایا گیا ہے جو وسیع کائنات میں انتہائی نادر چیز ہے۔</w:t>
      </w:r>
    </w:p>
    <w:p>
      <w:r>
        <w:rPr>
          <w:b/>
        </w:rPr>
        <w:t xml:space="preserve">[07:05] </w:t>
      </w:r>
      <w:r>
        <w:t>zameen sari kainat mein ek anokha istasna hai. yahan woh tamam asbab had darja tawazun aur tanasub ke sath muhaiya kiye gaye hain jin ke zariye insan jaisi makhlooq ke liye rehna aur tamaddun ki taameer karna mumkin ho sake.</w:t>
      </w:r>
    </w:p>
    <w:p>
      <w:pPr>
        <w:jc w:val="right"/>
      </w:pPr>
      <w:r>
        <w:t>زمین ساری کائنات میں ایک انوکھا استثنیٰ ہے۔ یہاں وہ تمام اسباب حد درجہ توازن اور تناسب کے ساتھ مہیا کیے گئے ہیں جن کے ذریعے انسان جیسی مخلوق کے لیے رہنا اور تمدن کی تعمیر کرنا ممکن ہو سکے۔</w:t>
      </w:r>
    </w:p>
    <w:p>
      <w:r>
        <w:rPr>
          <w:b/>
        </w:rPr>
        <w:t xml:space="preserve">[07:28] </w:t>
      </w:r>
      <w:r>
        <w:t>inhi intazamat mein se ek intazam zameen mein mashriqain aur maghribain ka hona hai. jaare ke mausam mein suraj ke tuloo o ghuroob ke maqamat doosre hote hain,</w:t>
      </w:r>
    </w:p>
    <w:p>
      <w:pPr>
        <w:jc w:val="right"/>
      </w:pPr>
      <w:r>
        <w:t>انہی انتظامات میں سے ایک انتظام زمین میں مشرقین اور مغربین کا ہونا ہے۔ جاڑے کے موسم میں سورج کے طلوع و غروب کے مقامات دوسرے ہوتے ہیں،</w:t>
      </w:r>
    </w:p>
    <w:p>
      <w:r>
        <w:rPr>
          <w:b/>
        </w:rPr>
        <w:t xml:space="preserve">[07:42] </w:t>
      </w:r>
      <w:r>
        <w:t>aur garmi ke mausam mein doosre. is lihaz se is ke mashriq o maghrib kai ho jate hain. yeh mousmi farq faza mein zameen ke mehvari jhukao ki wajah se paida hota hai.</w:t>
      </w:r>
    </w:p>
    <w:p>
      <w:pPr>
        <w:jc w:val="right"/>
      </w:pPr>
      <w:r>
        <w:t>اور گرمی کے موسم میں دوسرے۔ اس لحاظ سے اس کے مشرق و مغرب کئی ہو جاتے ہیں۔ یہ موسمی فرق فضا میں زمین کے محوری جھکاؤ کی وجہ سے پیدا ہوتا ہے۔</w:t>
      </w:r>
    </w:p>
    <w:p>
      <w:r>
        <w:rPr>
          <w:b/>
        </w:rPr>
        <w:t xml:space="preserve">[07:58] </w:t>
      </w:r>
      <w:r>
        <w:t>yeh jhukao kainat ka ek intehai anokha waqea hai, aur is se beshumar tamadduni faide insan ko hasil hote hain.</w:t>
      </w:r>
    </w:p>
    <w:p>
      <w:pPr>
        <w:jc w:val="right"/>
      </w:pPr>
      <w:r>
        <w:t>یہ جھکاؤ کائنات کا ایک انتہائی انوکھا واقعہ ہے، اور اس سے بے شمار تمدنی فائدے انسان کو حاصل ہوتے ہیں۔</w:t>
      </w:r>
    </w:p>
    <w:p>
      <w:r>
        <w:rPr>
          <w:b/>
        </w:rPr>
        <w:t xml:space="preserve">[08:11] </w:t>
      </w:r>
      <w:r>
        <w:t>na qabil e qayas had tak wasee kainat mein insaan aur zameen ka yeh istisni khuda ki nemat o qudrat</w:t>
      </w:r>
    </w:p>
    <w:p>
      <w:pPr>
        <w:jc w:val="right"/>
      </w:pPr>
      <w:r>
        <w:t>ناقابلِ قیاس حد تک وسیع کائنات میں انسان اور زمین کا یہ استثنیٰ خدا کی نعمت و قدرت</w:t>
      </w:r>
    </w:p>
    <w:p>
      <w:r>
        <w:rPr>
          <w:b/>
        </w:rPr>
        <w:t xml:space="preserve">[08:18] </w:t>
      </w:r>
      <w:r>
        <w:t>ka aisa azeem muamla hai ke insaan kisi bhi tarah is ka shukr ada karne par qadir nahin.</w:t>
      </w:r>
    </w:p>
    <w:p>
      <w:pPr>
        <w:jc w:val="right"/>
      </w:pPr>
      <w:r>
        <w:t>کا ایسا عظیم معاملہ ہے کہ انسان کسی بھی طرح اس کا شکر ادا کرنے پر قادر نہیں۔</w:t>
      </w:r>
    </w:p>
    <w:p>
      <w:r>
        <w:rPr>
          <w:b/>
        </w:rPr>
        <w:t xml:space="preserve">[08:42] </w:t>
      </w:r>
      <w:r>
        <w:t>fabi ayi alaa rabbikuma tukazziban? yashaluhu man fis samawati wal arz, kullu yawmin huwa fi sha'n.</w:t>
      </w:r>
    </w:p>
    <w:p>
      <w:pPr>
        <w:jc w:val="right"/>
      </w:pPr>
      <w:r>
        <w:t>فبأي آلاء ربكما تكذبان؟ يسأله من في السماوات والأرض، كل يوم هو في شأن.</w:t>
      </w:r>
    </w:p>
    <w:p>
      <w:r>
        <w:rPr>
          <w:b/>
        </w:rPr>
        <w:t xml:space="preserve">[09:02] </w:t>
      </w:r>
      <w:r>
        <w:t>fabi ayi alaa rabbikuma tukazziban?</w:t>
      </w:r>
    </w:p>
    <w:p>
      <w:pPr>
        <w:jc w:val="right"/>
      </w:pPr>
      <w:r>
        <w:t>فبأي آلاء ربكما تكذبان؟</w:t>
      </w:r>
    </w:p>
    <w:p>
      <w:r>
        <w:rPr>
          <w:b/>
        </w:rPr>
        <w:t xml:space="preserve">[09:12] </w:t>
      </w:r>
      <w:r>
        <w:t>jo bhi zameen par hai woh fana hone wala hai, aur tere rab ki zaat baqi rahe gi, azmat wali aur izzat wali.</w:t>
      </w:r>
    </w:p>
    <w:p>
      <w:pPr>
        <w:jc w:val="right"/>
      </w:pPr>
      <w:r>
        <w:t>جو بھی زمین پر ہے وہ فنا ہونے والا ہے، اور تیرے رب کی ذات باقی رہے گی، عظمت والی اور عزت والی۔</w:t>
      </w:r>
    </w:p>
    <w:p>
      <w:r>
        <w:rPr>
          <w:b/>
        </w:rPr>
        <w:t xml:space="preserve">[09:23] </w:t>
      </w:r>
      <w:r>
        <w:t>phir tum apne rab ki kon kon nematon ko jhutlao ge? usi se mangte hain jo aasmanon aur zameen mein hai, har roz is ka ek kaam hai.</w:t>
      </w:r>
    </w:p>
    <w:p>
      <w:pPr>
        <w:jc w:val="right"/>
      </w:pPr>
      <w:r>
        <w:t>پھر تم اپنے رب کی کن کن نعمتوں کو جھٹلاؤ گے؟ اسی سے مانگتے ہیں جو آسمانوں اور زمین میں ہے، ہر روز اس کا ایک کام ہے۔</w:t>
      </w:r>
    </w:p>
    <w:p>
      <w:r>
        <w:rPr>
          <w:b/>
        </w:rPr>
        <w:t xml:space="preserve">[09:35] </w:t>
      </w:r>
      <w:r>
        <w:t>phir tum apne rab ki kon kon nematon ko jhutlao ge? tashreeh: dunya ka mutalea batata hai ke yahan har cheez fana pazeer hai.</w:t>
      </w:r>
    </w:p>
    <w:p>
      <w:pPr>
        <w:jc w:val="right"/>
      </w:pPr>
      <w:r>
        <w:t>پھر تم اپنے رب کی کن کن نعمتوں کو جھٹلاؤ گے؟ تشریح: دنیا کا مطالعہ بتاتا ہے کہ یہاں ہر چیز فنا پذیر ہے۔</w:t>
      </w:r>
    </w:p>
    <w:p>
      <w:r>
        <w:rPr>
          <w:b/>
        </w:rPr>
        <w:t xml:space="preserve">[09:49] </w:t>
      </w:r>
      <w:r>
        <w:t>ashya ka fana paziri ke bawajood maujood hona yeh sabit karta hai ke in ka khaliq aur muntazim ghair fani hai.</w:t>
      </w:r>
    </w:p>
    <w:p>
      <w:pPr>
        <w:jc w:val="right"/>
      </w:pPr>
      <w:r>
        <w:t>اشیاء کا فنا پذیری کے باوجود موجود ہونا یہ ثابت کرتا ہے کہ ان کا خالق اور منتظم غیر فانی ہے۔</w:t>
      </w:r>
    </w:p>
    <w:p>
      <w:r>
        <w:rPr>
          <w:b/>
        </w:rPr>
        <w:t xml:space="preserve">[10:00] </w:t>
      </w:r>
      <w:r>
        <w:t>agar woh ghair fani na hota to ashya ka wajood hi na hota, ya agar hota to ab tak in ka wajood mit chuka hota.</w:t>
      </w:r>
    </w:p>
    <w:p>
      <w:pPr>
        <w:jc w:val="right"/>
      </w:pPr>
      <w:r>
        <w:t>اگر وہ غیر فانی نہ ہوتا تو اشیاء کا وجود ہی نہ ہوتا، یا اگر ہوتا تو اب تک ان کا وجود مٹ چکا ہوتا۔</w:t>
      </w:r>
    </w:p>
    <w:p>
      <w:r>
        <w:rPr>
          <w:b/>
        </w:rPr>
        <w:t xml:space="preserve">[10:11] </w:t>
      </w:r>
      <w:r>
        <w:t>dunya ka mutalea yeh bhi batata hai ke dunya ki kisi cheez ke andar takhleeq ki taqat nahi. is ka matlab yeh hai ke ashya apni baqa ke liye jin cheezon ke muhtaj hain, woh un ki apni paida ki hui nahi hain.</w:t>
      </w:r>
    </w:p>
    <w:p>
      <w:pPr>
        <w:jc w:val="right"/>
      </w:pPr>
      <w:r>
        <w:t>دنیا کا مطالعہ یہ بھی بتاتا ہے کہ دنیا کی کسی چیز کے اندر تخلیق کی طاقت نہیں۔ اس کا مطلب یہ ہے کہ اشیاء اپنی بقا کے لیے جن چیزوں کے محتاج ہیں، وہ ان کی اپنی پیدا کی ہوئی نہیں ہیں۔</w:t>
      </w:r>
    </w:p>
    <w:p>
      <w:r>
        <w:rPr>
          <w:b/>
        </w:rPr>
        <w:t xml:space="preserve">[10:29] </w:t>
      </w:r>
      <w:r>
        <w:t>yeh waqea dobara khaliq ki be payan qudrat ko batata hai. yeh haqeeqatain itni wazeh hain ke kisi sanjeeda aadmi ke liye in ka inkar mumkin nahi.</w:t>
      </w:r>
    </w:p>
    <w:p>
      <w:pPr>
        <w:jc w:val="right"/>
      </w:pPr>
      <w:r>
        <w:t>یہ واقعہ دوبارہ خالق کی بے پایاں قدرت کو بتاتا ہے۔ یہ حقیقتیں اتنی واضح ہیں کہ کسی سنجیدہ آدمی کے لیے ان کا انکار ممکن نہیں۔</w:t>
      </w:r>
    </w:p>
    <w:p>
      <w:r>
        <w:rPr>
          <w:b/>
        </w:rPr>
        <w:t xml:space="preserve">[10:44] </w:t>
      </w:r>
      <w:r>
        <w:t>Khuda ki nishaniyan is dunya mein itni zyada hain ke ek sanjeeda insan ke liye un ko nazar andaz karna kisi tarah mumkin nahi.</w:t>
      </w:r>
    </w:p>
    <w:p>
      <w:pPr>
        <w:jc w:val="right"/>
      </w:pPr>
      <w:r>
        <w:t>خدا کی نشانیاں اس دنیا میں اتنی زیادہ ہیں کہ ایک سنجیدہ انسان کے لیے ان کو نظر انداز کرنا کسی طرح ممکن نہیں۔</w:t>
      </w:r>
    </w:p>
    <w:p>
      <w:r>
        <w:rPr>
          <w:b/>
        </w:rPr>
        <w:t xml:space="preserve">[10:55] </w:t>
      </w:r>
      <w:r>
        <w:t>magar insan itna zalim hai ke woh nishaniyon ke hujoom mein bhi nishaniyon ka inkar karta hai.</w:t>
      </w:r>
    </w:p>
    <w:p>
      <w:pPr>
        <w:jc w:val="right"/>
      </w:pPr>
      <w:r>
        <w:t>مگر انسان اتنا ظالم ہے کہ وہ نشانیوں کے ہجوم میں بھی نشانیوں کا انکار کرتا ہے۔</w:t>
      </w:r>
    </w:p>
    <w:p>
      <w:r>
        <w:rPr>
          <w:b/>
        </w:rPr>
        <w:t xml:space="preserve">[11:13] </w:t>
      </w:r>
      <w:r>
        <w:t>fabi ayi alaa rabbikuma tukazziban?</w:t>
      </w:r>
    </w:p>
    <w:p>
      <w:pPr>
        <w:jc w:val="right"/>
      </w:pPr>
      <w:r>
        <w:t>فبأي آلاء ربكما تكذبان؟</w:t>
      </w:r>
    </w:p>
    <w:p>
      <w:r>
        <w:rPr>
          <w:b/>
        </w:rPr>
        <w:t xml:space="preserve">[11:22] </w:t>
      </w:r>
      <w:r>
        <w:t>ya ma'shar al-jinn wal ins, in is-tata'tum an tanfazu min aqtar as-samawati wal arz fanfazu,</w:t>
      </w:r>
    </w:p>
    <w:p>
      <w:pPr>
        <w:jc w:val="right"/>
      </w:pPr>
      <w:r>
        <w:t>يا معشر الجن والإنس، إن استطعتم أن تنفذوا من أقطار السماوات والأرض فانفذوا،</w:t>
      </w:r>
    </w:p>
    <w:p>
      <w:r>
        <w:rPr>
          <w:b/>
        </w:rPr>
        <w:t xml:space="preserve">[11:39] </w:t>
      </w:r>
      <w:r>
        <w:t>la tanfuzuna illa bi-sultan.</w:t>
      </w:r>
    </w:p>
    <w:p>
      <w:pPr>
        <w:jc w:val="right"/>
      </w:pPr>
      <w:r>
        <w:t>لا تنفذون إلا بسلطان.</w:t>
      </w:r>
    </w:p>
    <w:p>
      <w:r>
        <w:rPr>
          <w:b/>
        </w:rPr>
        <w:t xml:space="preserve">[11:46] </w:t>
      </w:r>
      <w:r>
        <w:t>fabi ayi alaa rabbikuma tukazziban? yursilu alaikum shuwazum min nar wa nuhas,</w:t>
      </w:r>
    </w:p>
    <w:p>
      <w:pPr>
        <w:jc w:val="right"/>
      </w:pPr>
      <w:r>
        <w:t>فبأي آلاء ربكما تكذبان؟ يرسل عليكما شواظ من نار ونحاس،</w:t>
      </w:r>
    </w:p>
    <w:p>
      <w:r>
        <w:rPr>
          <w:b/>
        </w:rPr>
        <w:t xml:space="preserve">[12:04] </w:t>
      </w:r>
      <w:r>
        <w:t>fala tantasiran. fabi ayi alaa rabbikuma tukazziban</w:t>
      </w:r>
    </w:p>
    <w:p>
      <w:pPr>
        <w:jc w:val="right"/>
      </w:pPr>
      <w:r>
        <w:t>فلا تنتصران. فبأي آلاء ربكما تكذبان</w:t>
      </w:r>
    </w:p>
    <w:p>
      <w:r>
        <w:rPr>
          <w:b/>
        </w:rPr>
        <w:t xml:space="preserve">[12:19] </w:t>
      </w:r>
      <w:r>
        <w:t>? hum jald hi farigh honay walay hain tumhari taraf say, aey do bhari qafilon! phir tum apnay rab ki kon kon nematoun ko jhutlao gay?</w:t>
      </w:r>
    </w:p>
    <w:p>
      <w:pPr>
        <w:jc w:val="right"/>
      </w:pPr>
      <w:r>
        <w:t>؟ ہم جلد ہی فارغ ہونے والے ہیں تمہاری طرف سے، اے دو بھاری قافلوں! پھر تم اپنے رب کی کن کن نعمتوں کو جھٹلاؤ گے؟</w:t>
      </w:r>
    </w:p>
    <w:p>
      <w:r>
        <w:rPr>
          <w:b/>
        </w:rPr>
        <w:t xml:space="preserve">[12:31] </w:t>
      </w:r>
      <w:r>
        <w:t>aey jinnoun aur insanon kay groh!</w:t>
      </w:r>
    </w:p>
    <w:p>
      <w:pPr>
        <w:jc w:val="right"/>
      </w:pPr>
      <w:r>
        <w:t>اے جنوں اور انسانوں کے گروہ!</w:t>
      </w:r>
    </w:p>
    <w:p>
      <w:r>
        <w:rPr>
          <w:b/>
        </w:rPr>
        <w:t xml:space="preserve">[12:34] </w:t>
      </w:r>
      <w:r>
        <w:t>agar tum say ho sakay kay tum aasmanoun aur zameen ki hudood say nikal jao to nikal jao, tum nahi nikal saktay baghair sand kay.</w:t>
      </w:r>
    </w:p>
    <w:p>
      <w:pPr>
        <w:jc w:val="right"/>
      </w:pPr>
      <w:r>
        <w:t>اگر تم سے ہو سکے کہ تم آسمانوں اور زمین کی حدود سے نکل جاؤ تو نکل جاؤ، تم نہیں نکل سکتے بغیر سند کے۔</w:t>
      </w:r>
    </w:p>
    <w:p>
      <w:r>
        <w:rPr>
          <w:b/>
        </w:rPr>
        <w:t xml:space="preserve">[12:46] </w:t>
      </w:r>
      <w:r>
        <w:t>phir tum apnay rab ki kon kon nematoun ko jhutlao gay? tum par chhoray jayen gay aag kay sholay aur dhuwan, to tum bachao na kar sakogay.</w:t>
      </w:r>
    </w:p>
    <w:p>
      <w:pPr>
        <w:jc w:val="right"/>
      </w:pPr>
      <w:r>
        <w:t>پھر تم اپنے رب کی کن کن نعمتوں کو جھٹلاؤ گے؟ تم پر چھوڑے جائیں گے آگ کے شعلے اور دھواں، تو تم بچاؤ نہ کر سکو گے۔</w:t>
      </w:r>
    </w:p>
    <w:p>
      <w:r>
        <w:rPr>
          <w:b/>
        </w:rPr>
        <w:t xml:space="preserve">[12:58] </w:t>
      </w:r>
      <w:r>
        <w:t>phir tum apnay rab ki kon kon nematoun ko jhutlao gay? tashreeh: yeh dunya imtehan ki dunya hai.</w:t>
      </w:r>
    </w:p>
    <w:p>
      <w:pPr>
        <w:jc w:val="right"/>
      </w:pPr>
      <w:r>
        <w:t>پھر تم اپنے رب کی کن کن نعمتوں کو جھٹلاؤ گے؟ تشریح: یہ دنیا امتحان کی دنیا ہے۔</w:t>
      </w:r>
    </w:p>
    <w:p>
      <w:r>
        <w:rPr>
          <w:b/>
        </w:rPr>
        <w:t xml:space="preserve">[13:10] </w:t>
      </w:r>
      <w:r>
        <w:t>jab tak imtehan ki muddat khatam nahi hoti, har shakhs sarkashi karnay kay liye azaad hai. magar kamil azaadi kay bawajood koi jinn o ins is par qadir nahi kay woh kainat ki hudood say bahar chala jaye.</w:t>
      </w:r>
    </w:p>
    <w:p>
      <w:pPr>
        <w:jc w:val="right"/>
      </w:pPr>
      <w:r>
        <w:t>جب تک امتحان کی مدت ختم نہیں ہوتی، ہر شخص سرکشی کرنے کے لیے آزاد ہے۔ مگر کامل آزادی کے باوجود کوئی جن و انس اس پر قادر نہیں کہ وہ کائنات کی حدود سے باہر چلا جائے۔</w:t>
      </w:r>
    </w:p>
    <w:p>
      <w:r>
        <w:rPr>
          <w:b/>
        </w:rPr>
        <w:t xml:space="preserve">[13:27] </w:t>
      </w:r>
      <w:r>
        <w:t>yehi waqia yeh sabit karnay kay liye kafi hai kay insan poori tarah khuda ki girift mein hai. Imtehan ki muddat khatam honay par jab woh logon ko pakray ga to kisi kay liye mumkin na hoga kay us say apnay aap ko bacha sakay.</w:t>
      </w:r>
    </w:p>
    <w:p>
      <w:pPr>
        <w:jc w:val="right"/>
      </w:pPr>
      <w:r>
        <w:t>یہی واقعہ یہ ثابت کرنے کے لیے کافی ہے کہ انسان پوری طرح خدا کی گرفت میں ہے۔ امتحان کی مدت ختم ہونے پر جب وہ لوگوں کو پکڑے گا تو کسی کے لیے ممکن نہ ہوگا کہ اس سے اپنے آپ کو بچا سکے۔</w:t>
      </w:r>
    </w:p>
    <w:p>
      <w:r>
        <w:rPr>
          <w:b/>
        </w:rPr>
        <w:t xml:space="preserve">[13:55] </w:t>
      </w:r>
      <w:r>
        <w:t>fakanat wardat kalduhan. fabi aala'i rabbikuma tukazziban?</w:t>
      </w:r>
    </w:p>
    <w:p>
      <w:pPr>
        <w:jc w:val="right"/>
      </w:pPr>
      <w:r>
        <w:t>فکانت وردة كالدهان۔ فبأي آلاء ربكما تكذبان؟</w:t>
      </w:r>
    </w:p>
    <w:p>
      <w:r>
        <w:rPr>
          <w:b/>
        </w:rPr>
        <w:t xml:space="preserve">[14:11] </w:t>
      </w:r>
      <w:r>
        <w:t>fayawma'idhin la yus'alu 'an dhanbihi</w:t>
      </w:r>
    </w:p>
    <w:p>
      <w:pPr>
        <w:jc w:val="right"/>
      </w:pPr>
      <w:r>
        <w:t>فيومئذ لا يسأل عن ذنبه</w:t>
      </w:r>
    </w:p>
    <w:p>
      <w:r>
        <w:rPr>
          <w:b/>
        </w:rPr>
        <w:t xml:space="preserve">[14:19] </w:t>
      </w:r>
      <w:r>
        <w:t>insun wala jan.</w:t>
      </w:r>
    </w:p>
    <w:p>
      <w:pPr>
        <w:jc w:val="right"/>
      </w:pPr>
      <w:r>
        <w:t>إنس ولا جان۔</w:t>
      </w:r>
    </w:p>
    <w:p>
      <w:r>
        <w:rPr>
          <w:b/>
        </w:rPr>
        <w:t xml:space="preserve">[14:28] </w:t>
      </w:r>
      <w:r>
        <w:t>fabi aala'i rabbikuma tukazziban? ya'riful mujrimuna bisimatihim, fayu'khadhu bin-nawasi wal-aqdam.</w:t>
      </w:r>
    </w:p>
    <w:p>
      <w:pPr>
        <w:jc w:val="right"/>
      </w:pPr>
      <w:r>
        <w:t>فبأي آلاء ربكما تكذبان؟ يعرف المجرمون بسيماهم، فيؤخذ بالنواصي والأقدام۔</w:t>
      </w:r>
    </w:p>
    <w:p>
      <w:r>
        <w:rPr>
          <w:b/>
        </w:rPr>
        <w:t xml:space="preserve">[14:48] </w:t>
      </w:r>
      <w:r>
        <w:t>fabi aala'i rabbikuma tukazziban? hadhihi jahannamu allati yukazzibu bihal mujrimun,</w:t>
      </w:r>
    </w:p>
    <w:p>
      <w:pPr>
        <w:jc w:val="right"/>
      </w:pPr>
      <w:r>
        <w:t>فبأي آلاء ربكما تكذبان؟ هذه جهنم التي يكذب بها المجرمون،</w:t>
      </w:r>
    </w:p>
    <w:p>
      <w:r>
        <w:rPr>
          <w:b/>
        </w:rPr>
        <w:t xml:space="preserve">[15:07] </w:t>
      </w:r>
      <w:r>
        <w:t>yatufuna baynaha wa bayna hamimin aan.</w:t>
      </w:r>
    </w:p>
    <w:p>
      <w:pPr>
        <w:jc w:val="right"/>
      </w:pPr>
      <w:r>
        <w:t>يطوفون بينها وبين حميم آن۔</w:t>
      </w:r>
    </w:p>
    <w:p>
      <w:r>
        <w:rPr>
          <w:b/>
        </w:rPr>
        <w:t xml:space="preserve">[15:15] </w:t>
      </w:r>
      <w:r>
        <w:t>fabi aala'i rabbikuma tukazziban?</w:t>
      </w:r>
    </w:p>
    <w:p>
      <w:pPr>
        <w:jc w:val="right"/>
      </w:pPr>
      <w:r>
        <w:t>فبأي آلاء ربكما تكذبان؟</w:t>
      </w:r>
    </w:p>
    <w:p>
      <w:r>
        <w:rPr>
          <w:b/>
        </w:rPr>
        <w:t xml:space="preserve">[15:24] </w:t>
      </w:r>
      <w:r>
        <w:t>phir jab aasman phat kar khal ki manind surkh ho jaye ga, phir tum apnay rab ki kon kon nematoun ko jhutlao gay?</w:t>
      </w:r>
    </w:p>
    <w:p>
      <w:pPr>
        <w:jc w:val="right"/>
      </w:pPr>
      <w:r>
        <w:t>پھر جب آسمان پھٹ کر کھال کی مانند سرخ ہو جائے گا، پھر تم اپنے رب کی کن کن نعمتوں کو جھٹلاؤ گے؟</w:t>
      </w:r>
    </w:p>
    <w:p>
      <w:r>
        <w:rPr>
          <w:b/>
        </w:rPr>
        <w:t xml:space="preserve">[15:34] </w:t>
      </w:r>
      <w:r>
        <w:t>pas is din kisi insan ya jinn say us kay gunah ki bawat pooch na hogi. phir tum apnay rab ki kon kon nematoun ko jhutlao gay?</w:t>
      </w:r>
    </w:p>
    <w:p>
      <w:pPr>
        <w:jc w:val="right"/>
      </w:pPr>
      <w:r>
        <w:t>پس اس دن کسی انسان یا جن سے اس کے گناہ کی بابت پوچھ نہ ہوگی۔ پھر تم اپنے رب کی کن کن نعمتوں کو جھٹلاؤ گے؟</w:t>
      </w:r>
    </w:p>
    <w:p>
      <w:r>
        <w:rPr>
          <w:b/>
        </w:rPr>
        <w:t xml:space="preserve">[15:47] </w:t>
      </w:r>
      <w:r>
        <w:t>mujrim pehchan liye jayen gay apni alamatoun say, phir pakra jaye ga</w:t>
      </w:r>
    </w:p>
    <w:p>
      <w:pPr>
        <w:jc w:val="right"/>
      </w:pPr>
      <w:r>
        <w:t>مجرم پہچان لیے جائیں گے اپنی علامتوں سے، پھر پکڑا جائے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