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54 Al-Qamar (The Moon) - Maulana Wahiduddin Khan</w:t>
      </w:r>
    </w:p>
    <w:p>
      <w:r>
        <w:t>https://www.youtube.com/watch?v=_Ku6bXv3hN4</w:t>
      </w:r>
    </w:p>
    <w:p>
      <w:r>
        <w:rPr>
          <w:b/>
        </w:rPr>
        <w:t xml:space="preserve">[00:01] </w:t>
      </w:r>
      <w:r>
        <w:t>bismillah hir rahman nir rahim. iqtarabat is sa'atu wanshaqqal qamar, wa in yaraw ayatan yu'ridu wa yaqulun sihrun mustammir,</w:t>
      </w:r>
    </w:p>
    <w:p>
      <w:pPr>
        <w:jc w:val="right"/>
      </w:pPr>
      <w:r>
        <w:t>بسم الله الرحمن الرحيم. اقتربت الساعة وانشق القمر، وإن يروا آية يعرضوا ويقولوا سحر مستمر،</w:t>
      </w:r>
    </w:p>
    <w:p>
      <w:r>
        <w:rPr>
          <w:b/>
        </w:rPr>
        <w:t xml:space="preserve">[00:22] </w:t>
      </w:r>
      <w:r>
        <w:t>wa kadhdhabu wattaba'u ahwa'ahum wa kullu amrin mustaqirr</w:t>
      </w:r>
    </w:p>
    <w:p>
      <w:pPr>
        <w:jc w:val="right"/>
      </w:pPr>
      <w:r>
        <w:t>وكذبوا واتبعوا أهواءهم وكل أمر مستقر</w:t>
      </w:r>
    </w:p>
    <w:p>
      <w:r>
        <w:rPr>
          <w:b/>
        </w:rPr>
        <w:t xml:space="preserve">[00:35] </w:t>
      </w:r>
      <w:r>
        <w:t>. wa laqad ja'ahum minal anba'i ma fihi muzdajir, hikmatun balighatun faman tughni an-nudhur,</w:t>
      </w:r>
    </w:p>
    <w:p>
      <w:pPr>
        <w:jc w:val="right"/>
      </w:pPr>
      <w:r>
        <w:t>. ولقد جاءهم من الأنباء ما فيه مزدجر، حكمة بالغة فما تغني النذر،</w:t>
      </w:r>
    </w:p>
    <w:p>
      <w:r>
        <w:rPr>
          <w:b/>
        </w:rPr>
        <w:t xml:space="preserve">[00:56] </w:t>
      </w:r>
      <w:r>
        <w:t>fatawallah anhum. yawma yad'u ad-da'i ila shay'in</w:t>
      </w:r>
    </w:p>
    <w:p>
      <w:pPr>
        <w:jc w:val="right"/>
      </w:pPr>
      <w:r>
        <w:t>فتول عنهم. يوم يدعو الداع إلى شيء</w:t>
      </w:r>
    </w:p>
    <w:p>
      <w:r>
        <w:rPr>
          <w:b/>
        </w:rPr>
        <w:t xml:space="preserve">[01:04] </w:t>
      </w:r>
      <w:r>
        <w:t>nakir, khush'an absarihim yakhrujuna min al-ajdath ka'annahum</w:t>
      </w:r>
    </w:p>
    <w:p>
      <w:pPr>
        <w:jc w:val="right"/>
      </w:pPr>
      <w:r>
        <w:t>نكر، خش عن أبصارهم يخرجون من الأجداف كأنهم</w:t>
      </w:r>
    </w:p>
    <w:p>
      <w:r>
        <w:rPr>
          <w:b/>
        </w:rPr>
        <w:t xml:space="preserve">[01:13] </w:t>
      </w:r>
      <w:r>
        <w:t>jaradun muntashir, muh'ti'ina ila ad-da'i yaqul al-kafiruna hadha yawmu 'usir.</w:t>
      </w:r>
    </w:p>
    <w:p>
      <w:pPr>
        <w:jc w:val="right"/>
      </w:pPr>
      <w:r>
        <w:t>جراد منتشر، مهطعين إلى الداع يقولوا الكافرون هذا يوم عسر.</w:t>
      </w:r>
    </w:p>
    <w:p>
      <w:r>
        <w:rPr>
          <w:b/>
        </w:rPr>
        <w:t xml:space="preserve">[01:27] </w:t>
      </w:r>
      <w:r>
        <w:t>shuru Allah kay naam say jo bara meharban nihayat reham wala hai. qayamat qareeb aa gayi aur chand phat gaya, aur woh koi bhi nishani dekhen to woh a'iraz hi karen gay aur kahen gay kay yeh to jadu hai jo pehlay say chala aa raha hai.</w:t>
      </w:r>
    </w:p>
    <w:p>
      <w:pPr>
        <w:jc w:val="right"/>
      </w:pPr>
      <w:r>
        <w:t>شروع اللہ کے نام سے جو بڑا مہربان نہایت رحم والا ہے۔ قیامت قریب آ گئی اور چاند پھٹ گیا، اور وہ کوئی بھی نشانی دیکھیں تو وہ اعراض ہی کریں گے اور کہیں گے کہ یہ تو جادو ہے جو پہلے سے چلا آ رہا ہے۔</w:t>
      </w:r>
    </w:p>
    <w:p>
      <w:r>
        <w:rPr>
          <w:b/>
        </w:rPr>
        <w:t xml:space="preserve">[01:51] </w:t>
      </w:r>
      <w:r>
        <w:t>aur unhon nay jhutla diya aur apni khwahishoun ki pairwi ki aur har kaam ka waqt muqarrar hai, aur un ko woh khabrein puhanch chuki hain jis mein</w:t>
      </w:r>
    </w:p>
    <w:p>
      <w:pPr>
        <w:jc w:val="right"/>
      </w:pPr>
      <w:r>
        <w:t>اور انہوں نے جھٹلا دیا اور اپنی خواہشوں کی پیروی کی اور ہر کام کا وقت مقرر ہے، اور ان کو وہ خبریں پہنچ چکی ہیں جس میں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