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51 Al-Dhariyat (Scattering Winds) - Maulana Wahiduddin Khan</w:t>
      </w:r>
    </w:p>
    <w:p>
      <w:r>
        <w:t>https://www.youtube.com/watch?v=RgYgwA5_MlQ</w:t>
      </w:r>
    </w:p>
    <w:p>
      <w:r>
        <w:rPr>
          <w:b/>
        </w:rPr>
        <w:t xml:space="preserve">[00:00] </w:t>
      </w:r>
      <w:r>
        <w:t>bismillah ir rahman ir rahim.</w:t>
      </w:r>
    </w:p>
    <w:p>
      <w:pPr>
        <w:jc w:val="right"/>
      </w:pPr>
      <w:r>
        <w:t>بسم الله الرحمن الرحيم.</w:t>
      </w:r>
    </w:p>
    <w:p>
      <w:r>
        <w:rPr>
          <w:b/>
        </w:rPr>
        <w:t xml:space="preserve">[00:06] </w:t>
      </w:r>
      <w:r>
        <w:t>wadh dhariyati dharwa, falhamilati wiqra, faljariyati yusra, falmuqsimati amra.</w:t>
      </w:r>
    </w:p>
    <w:p>
      <w:pPr>
        <w:jc w:val="right"/>
      </w:pPr>
      <w:r>
        <w:t>والذاريات ذرى، فالحاملات وقرا، فالجاريات يسرا، فالمقسمات أمرا.</w:t>
      </w:r>
    </w:p>
    <w:p>
      <w:r>
        <w:rPr>
          <w:b/>
        </w:rPr>
        <w:t xml:space="preserve">[00:21] </w:t>
      </w:r>
      <w:r>
        <w:t>innama too'adoona lasadiq, wa inna laddeena la waqe', was samau dhatil habak.</w:t>
      </w:r>
    </w:p>
    <w:p>
      <w:pPr>
        <w:jc w:val="right"/>
      </w:pPr>
      <w:r>
        <w:t>إنما توعدون لصادق، وإن الدين لواقع، والسماء ذات الحبك.</w:t>
      </w:r>
    </w:p>
    <w:p>
      <w:r>
        <w:rPr>
          <w:b/>
        </w:rPr>
        <w:t xml:space="preserve">[00:36] </w:t>
      </w:r>
      <w:r>
        <w:t>innakum lafi qawlin mukhtalif, yu'faku anhu man ufika.</w:t>
      </w:r>
    </w:p>
    <w:p>
      <w:pPr>
        <w:jc w:val="right"/>
      </w:pPr>
      <w:r>
        <w:t>إنكم لفي قول مختلف، يؤفك عنه من أفك</w:t>
      </w:r>
    </w:p>
    <w:p>
      <w:r>
        <w:rPr>
          <w:b/>
        </w:rPr>
        <w:t xml:space="preserve">[00:46] </w:t>
      </w:r>
      <w:r>
        <w:t>shuru allah ke naam se jo bara meharban, nihayat reham wala hai. qasam hai un hawaon ki jo gard urane wali hain, phir woh utha leti hain bojh, phir woh chalne lagti hain ahista, phir alag alag karti hain muamla.</w:t>
      </w:r>
    </w:p>
    <w:p>
      <w:pPr>
        <w:jc w:val="right"/>
      </w:pPr>
      <w:r>
        <w:t>. شروع اللہ کے نام سے جو بڑا مہربان، نہایت رحم والا ہے۔ قسم ہے ان ہواؤں کی جو گرد اڑانے والی ہیں، پھر وہ اٹھا لیتی ہیں بوجھ، پھر وہ چلنے لگتی ہیں آہستہ، پھر الگ الگ کرتی ہیں معاملہ۔</w:t>
      </w:r>
    </w:p>
    <w:p>
      <w:r>
        <w:rPr>
          <w:b/>
        </w:rPr>
        <w:t xml:space="preserve">[01:08] </w:t>
      </w:r>
      <w:r>
        <w:t>beshak tum se jo wada kiya ja raha hai woh sach hai, aur beshak insaaf hona zaroor hai. qasam hai jaldar aasman ki, beshak tum ek ikhtilaf mein pade hue ho,</w:t>
      </w:r>
    </w:p>
    <w:p>
      <w:pPr>
        <w:jc w:val="right"/>
      </w:pPr>
      <w:r>
        <w:t>بے شک تم سے جو وعدہ کیا جا رہا ہے وہ سچ ہے، اور بے شک انصاف ہونا ضرور ہے۔ قسم ہے جالدار آسمان کی، بے شک تم ایک اختلاف میں پڑے ہوئے ہو،</w:t>
      </w:r>
    </w:p>
    <w:p>
      <w:r>
        <w:rPr>
          <w:b/>
        </w:rPr>
        <w:t xml:space="preserve">[01:24] </w:t>
      </w:r>
      <w:r>
        <w:t>is se wohi phirta hai jo phera gaya.</w:t>
      </w:r>
    </w:p>
    <w:p>
      <w:pPr>
        <w:jc w:val="right"/>
      </w:pPr>
      <w:r>
        <w:t>اس سے وہی پھرتا ہے جو پھیرا گیا۔</w:t>
      </w:r>
    </w:p>
    <w:p>
      <w:r>
        <w:rPr>
          <w:b/>
        </w:rPr>
        <w:t xml:space="preserve">[01:30] </w:t>
      </w:r>
      <w:r>
        <w:t>tashreeh: yahan barish ke amal ki tasweer kashi ki gayi hai. pehle tez hawaen uthti hain, phir mukhtalif marhal se guzar kar woh badalon ko chalati hain, aur phir woh kisi giroh par baran e rehmat marti hain, aur kisi giroh par sailab ki surat mein tabah kariyan lati hain.</w:t>
      </w:r>
    </w:p>
    <w:p>
      <w:pPr>
        <w:jc w:val="right"/>
      </w:pPr>
      <w:r>
        <w:t>تشریح: یہاں بارش کے عمل کی تصویر کشی کی گئی ہے۔ پہلے تیز ہوائیں اٹھتی ہیں، پھر مختلف مراحل سے گزر کر وہ بادلوں کو چلاتی ہیں، اور پھر وہ کسی گروہ پر باران رحمت برساتی ہیں، اور کسی گروہ پر سیلاب کی صورت میں تباہ کاریاں لاتی ہیں۔</w:t>
      </w:r>
    </w:p>
    <w:p>
      <w:r>
        <w:rPr>
          <w:b/>
        </w:rPr>
        <w:t xml:space="preserve">[01:59] </w:t>
      </w:r>
      <w:r>
        <w:t>yeh waqia batata hai ke khuda ki is dunya mein taqseem e amr ka qanoon hai. yahan kisi ko kam milta hai aur kisi ko zyada, kisi ko diya jata hai aur kisi se cheen liya jata hai.</w:t>
      </w:r>
    </w:p>
    <w:p>
      <w:pPr>
        <w:jc w:val="right"/>
      </w:pPr>
      <w:r>
        <w:t>یہ واقعہ بتاتا ہے کہ خدا کی اس دنیا میں تقسیم امر کا قانون ہے۔ یہاں کسی کو کم ملتا ہے اور کسی کو زیادہ، کسی کو دیا جاتا ہے اور کسی سے چھین لیا جاتا ہے۔</w:t>
      </w:r>
    </w:p>
    <w:p>
      <w:r>
        <w:rPr>
          <w:b/>
        </w:rPr>
        <w:t xml:space="preserve">[02:15] </w:t>
      </w:r>
      <w:r>
        <w:t>yeh ek ishara hai jo batata hai ke maut ke baad aanay wali dunya mein insan ke sath kya muamla pesh aanay wala hai.</w:t>
      </w:r>
    </w:p>
    <w:p>
      <w:pPr>
        <w:jc w:val="right"/>
      </w:pPr>
      <w:r>
        <w:t>یہ ایک اشارہ ہے جو بتاتا ہے کہ موت کے بعد آنے والی دنیا میں انسان کے ساتھ کیا معاملہ پیش آنے والا ہے۔</w:t>
      </w:r>
    </w:p>
    <w:p>
      <w:r>
        <w:rPr>
          <w:b/>
        </w:rPr>
        <w:t xml:space="preserve">[02:26] </w:t>
      </w:r>
      <w:r>
        <w:t>wahan taqseem e amr ka yeh usool apni kamil surat mein nafiz hoga. har ek ko had darja insaaf ke sath wohi milega jo use milna chahiye, aur woh nahi milega jis ko panay ka woh mustahiq na tha.</w:t>
      </w:r>
    </w:p>
    <w:p>
      <w:pPr>
        <w:jc w:val="right"/>
      </w:pPr>
      <w:r>
        <w:t>وہاں تقسیم امر کا یہ اصول اپنی کامل صورت میں نافذ ہوگا۔ ہر ایک کو حد درجہ انصاف کے ساتھ وہی ملے گا جو اسے ملنا چاہیے، اور وہ نہیں ملے گا جس کو پانے کا وہ مستحق نہ تھا۔</w:t>
      </w:r>
    </w:p>
    <w:p>
      <w:r>
        <w:rPr>
          <w:b/>
        </w:rPr>
        <w:t xml:space="preserve">[02:46] </w:t>
      </w:r>
      <w:r>
        <w:t>aasman mein beshumar sitare hain, yeh sab ke sab apne apne madar mein ghoom rahe hain. agar un ki majmoi tasweer banai jaye to woh kisi khanedar jaal ki manind hogi.</w:t>
      </w:r>
    </w:p>
    <w:p>
      <w:pPr>
        <w:jc w:val="right"/>
      </w:pPr>
      <w:r>
        <w:t>آسمان میں بے شمار ستارے ہیں، یہ سب کے سب اپنے اپنے مدار میں گھوم رہے ہیں۔ اگر ان کی مجموعی تصویر بنائی جائے تو وہ کسی خانہ دار جال کی مانند ہوگی۔</w:t>
      </w:r>
    </w:p>
    <w:p>
      <w:r>
        <w:rPr>
          <w:b/>
        </w:rPr>
        <w:t xml:space="preserve">[03:01] </w:t>
      </w:r>
      <w:r>
        <w:t>is qism ka herat nak nizam apne andar gehri maanoiyat ka ishara karta hai. jo log apni aqal ko istemal karein woh is mein sabak payenge, aur jo log apni aqal ko istemal na karein un ke liye woh ek be maani raqs hai jis ke andar koi sabak nahi.</w:t>
      </w:r>
    </w:p>
    <w:p>
      <w:pPr>
        <w:jc w:val="right"/>
      </w:pPr>
      <w:r>
        <w:t>اس قسم کا حیرت ناک نظام اپنے اندر گہری معنویت کا اشارہ کرتا ہے۔ جو لوگ اپنی عقل کو استعمال کریں وہ اس میں سبق پائیں گے، اور جو لوگ اپنی عقل کو استعمال نہ کریں ان کے لیے وہ ایک بے معنی رقص ہے جس کے اندر کوئی سبق نہیں۔</w:t>
      </w:r>
    </w:p>
    <w:p>
      <w:r>
        <w:rPr>
          <w:b/>
        </w:rPr>
        <w:t xml:space="preserve">[03:26] </w:t>
      </w:r>
      <w:r>
        <w:t>qutilal kharassoon allazeena hum fi ghamrati saahoon yasaloona ayana yawmud deen yawma hum alal naari yuftanoon</w:t>
      </w:r>
    </w:p>
    <w:p>
      <w:pPr>
        <w:jc w:val="right"/>
      </w:pPr>
      <w:r>
        <w:t>قتل الخراصون الذین هم فی غمره ساهون یسالون ایان یوم الدین یوم هم على النار یفتنون</w:t>
      </w:r>
    </w:p>
    <w:p>
      <w:r>
        <w:rPr>
          <w:b/>
        </w:rPr>
        <w:t xml:space="preserve">[03:49] </w:t>
      </w:r>
      <w:r>
        <w:t>dhuqu fitnatakum hadha alladhi kuntum</w:t>
      </w:r>
    </w:p>
    <w:p>
      <w:pPr>
        <w:jc w:val="right"/>
      </w:pPr>
      <w:r>
        <w:t>ذوقوا فتنتكم هذا الذي كنتم</w:t>
      </w:r>
    </w:p>
    <w:p>
      <w:r>
        <w:rPr>
          <w:b/>
        </w:rPr>
        <w:t xml:space="preserve">[03:55] </w:t>
      </w:r>
      <w:r>
        <w:t>bihi tasta'jilun. innal mutaqina fi jannatin</w:t>
      </w:r>
    </w:p>
    <w:p>
      <w:pPr>
        <w:jc w:val="right"/>
      </w:pPr>
      <w:r>
        <w:t>به تستعجلون ان المتقین فی جنات</w:t>
      </w:r>
    </w:p>
    <w:p>
      <w:r>
        <w:rPr>
          <w:b/>
        </w:rPr>
        <w:t xml:space="preserve">[04:04] </w:t>
      </w:r>
      <w:r>
        <w:t>wa 'uyun. akhidhina ma</w:t>
      </w:r>
    </w:p>
    <w:p>
      <w:pPr>
        <w:jc w:val="right"/>
      </w:pPr>
      <w:r>
        <w:t>وعيون اخذين ما</w:t>
      </w:r>
    </w:p>
    <w:p>
      <w:r>
        <w:rPr>
          <w:b/>
        </w:rPr>
        <w:t xml:space="preserve">[04:11] </w:t>
      </w:r>
      <w:r>
        <w:t>atahum rabbuhum. innahum kanu qabla dhalika muhsinin</w:t>
      </w:r>
    </w:p>
    <w:p>
      <w:pPr>
        <w:jc w:val="right"/>
      </w:pPr>
      <w:r>
        <w:t>اتاهم ربهم انهم كانوا قبل ذلك محسنين</w:t>
      </w:r>
    </w:p>
    <w:p>
      <w:r>
        <w:rPr>
          <w:b/>
        </w:rPr>
        <w:t xml:space="preserve">[04:21] </w:t>
      </w:r>
      <w:r>
        <w:t>kanu qalilan min al-layli ma yahja'un</w:t>
      </w:r>
    </w:p>
    <w:p>
      <w:pPr>
        <w:jc w:val="right"/>
      </w:pPr>
      <w:r>
        <w:t>كانوا قليلا من الليل ما يهجعون</w:t>
      </w:r>
    </w:p>
    <w:p>
      <w:r>
        <w:rPr>
          <w:b/>
        </w:rPr>
        <w:t xml:space="preserve">[04:28] </w:t>
      </w:r>
      <w:r>
        <w:t>wa bil ashaar hum yastaghfiroon</w:t>
      </w:r>
    </w:p>
    <w:p>
      <w:pPr>
        <w:jc w:val="right"/>
      </w:pPr>
      <w:r>
        <w:t>وبالاسحار هم يستغفرون</w:t>
      </w:r>
    </w:p>
    <w:p>
      <w:r>
        <w:rPr>
          <w:b/>
        </w:rPr>
        <w:t xml:space="preserve">[04:34] </w:t>
      </w:r>
      <w:r>
        <w:t>wa fi amwaalihim haqqul lis saaili wal mahroom</w:t>
      </w:r>
    </w:p>
    <w:p>
      <w:pPr>
        <w:jc w:val="right"/>
      </w:pPr>
      <w:r>
        <w:t>وفي اموالهم حق للسائل والمحروم</w:t>
      </w:r>
    </w:p>
    <w:p>
      <w:r>
        <w:rPr>
          <w:b/>
        </w:rPr>
        <w:t xml:space="preserve">[04:46] </w:t>
      </w:r>
      <w:r>
        <w:t>maare gaye itkal se baatein karne wale jo ghaflat mein bhule hue hain woh poochte hain ke kab</w:t>
      </w:r>
    </w:p>
    <w:p>
      <w:pPr>
        <w:jc w:val="right"/>
      </w:pPr>
      <w:r>
        <w:t>مارے گئے اٹکل سے باتیں کرنے والے جو غفلت میں بھولے ہوئے ہیں وہ پوچھتے ہیں کہ کب</w:t>
      </w:r>
    </w:p>
    <w:p>
      <w:r>
        <w:rPr>
          <w:b/>
        </w:rPr>
        <w:t xml:space="preserve">[04:53] </w:t>
      </w:r>
      <w:r>
        <w:t>hai badle ka din</w:t>
      </w:r>
    </w:p>
    <w:p>
      <w:pPr>
        <w:jc w:val="right"/>
      </w:pPr>
      <w:r>
        <w:t>ہے بدلے کا دن</w:t>
      </w:r>
    </w:p>
    <w:p>
      <w:r>
        <w:rPr>
          <w:b/>
        </w:rPr>
        <w:t xml:space="preserve">[04:56] </w:t>
      </w:r>
      <w:r>
        <w:t>jis din woh aag par rakhe jayenge</w:t>
      </w:r>
    </w:p>
    <w:p>
      <w:pPr>
        <w:jc w:val="right"/>
      </w:pPr>
      <w:r>
        <w:t>جس دن وہ اگ پر رکھے جائیں گے</w:t>
      </w:r>
    </w:p>
    <w:p>
      <w:r>
        <w:rPr>
          <w:b/>
        </w:rPr>
        <w:t xml:space="preserve">[04:59] </w:t>
      </w:r>
      <w:r>
        <w:t>chakhho mazaa apni sharaarat ka yeh hai woh cheez jis ki tum jaldi kar rahe the beshak</w:t>
      </w:r>
    </w:p>
    <w:p>
      <w:pPr>
        <w:jc w:val="right"/>
      </w:pPr>
      <w:r>
        <w:t>چکھو مزہ اپنی شرارت کا یہ ہے وہ چیز جس کی تم جلدی کر رہے تھے بے شک</w:t>
      </w:r>
    </w:p>
    <w:p>
      <w:r>
        <w:rPr>
          <w:b/>
        </w:rPr>
        <w:t xml:space="preserve">[05:08] </w:t>
      </w:r>
      <w:r>
        <w:t>darrne wale log baagon mein aur chashmon mein honge le rahe honge jo kuch un ke</w:t>
      </w:r>
    </w:p>
    <w:p>
      <w:pPr>
        <w:jc w:val="right"/>
      </w:pPr>
      <w:r>
        <w:t>ڈرنے والے لوگ باغوں میں اور چشموں میں ہوں گے لے رہے ہوں گے جو کچھ ان کے</w:t>
      </w:r>
    </w:p>
    <w:p>
      <w:r>
        <w:rPr>
          <w:b/>
        </w:rPr>
        <w:t xml:space="preserve">[05:14] </w:t>
      </w:r>
      <w:r>
        <w:t>rab ne un ko diya</w:t>
      </w:r>
    </w:p>
    <w:p>
      <w:pPr>
        <w:jc w:val="right"/>
      </w:pPr>
      <w:r>
        <w:t>رب نے ان کو دیا</w:t>
      </w:r>
    </w:p>
    <w:p>
      <w:r>
        <w:rPr>
          <w:b/>
        </w:rPr>
        <w:t xml:space="preserve">[05:17] </w:t>
      </w:r>
      <w:r>
        <w:t>woh is se pehle neki karne wale the woh raaton ko kam sote the aur subah ke waqton</w:t>
      </w:r>
    </w:p>
    <w:p>
      <w:pPr>
        <w:jc w:val="right"/>
      </w:pPr>
      <w:r>
        <w:t>وہ اس سے پہلے نیکی کرنے والے تھے وہ راتوں کو کم سوتے تھے اور صبح کے وقتوں</w:t>
      </w:r>
    </w:p>
    <w:p>
      <w:r>
        <w:rPr>
          <w:b/>
        </w:rPr>
        <w:t xml:space="preserve">[05:24] </w:t>
      </w:r>
      <w:r>
        <w:t>mein woh maafi mangte the aur un ke maal mein saail aur mehroom ka haq tha</w:t>
      </w:r>
    </w:p>
    <w:p>
      <w:pPr>
        <w:jc w:val="right"/>
      </w:pPr>
      <w:r>
        <w:t>میں وہ معافی مانگتے تھے اور ان کے مال میں سائل اور محروم کا حق تھا</w:t>
      </w:r>
    </w:p>
    <w:p>
      <w:r>
        <w:rPr>
          <w:b/>
        </w:rPr>
        <w:t xml:space="preserve">[05:34] </w:t>
      </w:r>
      <w:r>
        <w:t>tashreeh: kisi baat ko samajhne ke liye sab se zaroori shart sanjeedgi hai. jo log ek baat ke muamle mein sanjeeda na hon woh is ke qaraeen aur dalail par dhyan nahi dete is liye woh is ko samajh bhi nahi sakte.</w:t>
      </w:r>
    </w:p>
    <w:p>
      <w:pPr>
        <w:jc w:val="right"/>
      </w:pPr>
      <w:r>
        <w:t>تشریح: کسی بات کو سمجھنے کے لیے سب سے ضروری شرط سنجیدگی ہے۔ جو لوگ ایک بات کے معاملے میں سنجیدہ نہ ہوں وہ اس کے قرائن اور دلائل پر دھیان نہیں دیتے اس لیے وہ اس کو سمجھ بھی نہیں سکتے۔</w:t>
      </w:r>
    </w:p>
    <w:p>
      <w:r>
        <w:rPr>
          <w:b/>
        </w:rPr>
        <w:t xml:space="preserve">[05:54] </w:t>
      </w:r>
      <w:r>
        <w:t>woh is ka mazak uda kar yeh zahir karte hain ke woh is qabil hi nahi ke is ko sanjeeda ghaur o fikr ka mozu samjha jaye.</w:t>
      </w:r>
    </w:p>
    <w:p>
      <w:pPr>
        <w:jc w:val="right"/>
      </w:pPr>
      <w:r>
        <w:t>وہ اس کا مذاق اڑا کر یہ ظاہر کرتے ہیں کہ وہ اس قابل ہی نہیں کہ اس کو سنجیدہ غور و فکر کا موضوع سمجھا جائے۔</w:t>
      </w:r>
    </w:p>
    <w:p>
      <w:r>
        <w:rPr>
          <w:b/>
        </w:rPr>
        <w:t xml:space="preserve">[06:03] </w:t>
      </w:r>
      <w:r>
        <w:t>aise logon ko manwana kisi tarah mumkin nahi. woh sirf us waqt eteraf karenge jab ke un ki ghalat rawish ek aisa azab ban kar un ke upar toot pade jis se chhutkara pana kisi tarah un ke liye mumkin na ho.</w:t>
      </w:r>
    </w:p>
    <w:p>
      <w:pPr>
        <w:jc w:val="right"/>
      </w:pPr>
      <w:r>
        <w:t>ایسے لوگوں کو منوانا کسی طرح ممکن نہیں۔ وہ صرف اس وقت اعتراف کریں گے جب کہ ان کی غلط روش ایک ایسا عذاب بن کر ان کے اوپر ٹوٹ پڑے جس سے چھٹکارا پانا کسی طرح ان کے لیے ممکن نہ ہو۔</w:t>
      </w:r>
    </w:p>
    <w:p>
      <w:r>
        <w:rPr>
          <w:b/>
        </w:rPr>
        <w:t xml:space="preserve">[06:22] </w:t>
      </w:r>
      <w:r>
        <w:t>sanjeeda logon ka muamla is se bilkul mukhtalif hota hai. un ki sanjeedgi un ko muhtat bana deti hai. un se sarkashi ka mizaj rukhsat ho jata hai.</w:t>
      </w:r>
    </w:p>
    <w:p>
      <w:pPr>
        <w:jc w:val="right"/>
      </w:pPr>
      <w:r>
        <w:t>سنجیدہ لوگوں کا معاملہ اس سے بالکل مختلف ہوتا ہے۔ ان کی سنجیدگی ان کو محتاط بنا دیتی ہے۔ ان سے سرکشی کا مزاج رخصت ہو جاتا ہے۔</w:t>
      </w:r>
    </w:p>
    <w:p>
      <w:r>
        <w:rPr>
          <w:b/>
        </w:rPr>
        <w:t xml:space="preserve">[06:36] </w:t>
      </w:r>
      <w:r>
        <w:t>un ka barha hua ehsas unhein raton ko bhi bedar rehne par majboor kar deta hai. un ke auqat khuda ki yaad mein basar hone lagte hain.</w:t>
      </w:r>
    </w:p>
    <w:p>
      <w:pPr>
        <w:jc w:val="right"/>
      </w:pPr>
      <w:r>
        <w:t>ان کا بڑھا ہوا احساس انہیں راتوں کو بھی بیدار رہنے پر مجبور کر دیتا ہے۔ ان کے اوقات خدا کی یاد میں بسر ہونے لگتے ہیں۔</w:t>
      </w:r>
    </w:p>
    <w:p>
      <w:r>
        <w:rPr>
          <w:b/>
        </w:rPr>
        <w:t xml:space="preserve">[06:47] </w:t>
      </w:r>
      <w:r>
        <w:t>woh apne maal ko apni mehnat ka nateeja nahi samajhte balke is ko khuda ka atiya samajhte hain. yahi wajah hai ke woh is mein doosron ka bhi haq samajhne lagte hain jis tarah woh is mein apna haq samajhte hain.</w:t>
      </w:r>
    </w:p>
    <w:p>
      <w:pPr>
        <w:jc w:val="right"/>
      </w:pPr>
      <w:r>
        <w:t>وہ اپنے مال کو اپنی محنت کا نتیجہ نہیں سمجھتے بلکہ اس کو خدا کا عطیہ سمجھتے ہیں۔ یہی وجہ ہے کہ وہ اس میں دوسروں کا بھی حق سمجھنے لگتے ہیں جس طرح وہ اس میں اپنا حق سمجھتے ہیں۔</w:t>
      </w:r>
    </w:p>
    <w:p>
      <w:r>
        <w:rPr>
          <w:b/>
        </w:rPr>
        <w:t xml:space="preserve">[07:06] </w:t>
      </w:r>
      <w:r>
        <w:t>wa fil ardi ayatul lil moaqineen</w:t>
      </w:r>
    </w:p>
    <w:p>
      <w:pPr>
        <w:jc w:val="right"/>
      </w:pPr>
      <w:r>
        <w:t>وفي الارض ایات للموقنین</w:t>
      </w:r>
    </w:p>
    <w:p>
      <w:r>
        <w:rPr>
          <w:b/>
        </w:rPr>
        <w:t xml:space="preserve">[07:12] </w:t>
      </w:r>
      <w:r>
        <w:t>wa fi</w:t>
      </w:r>
    </w:p>
    <w:p>
      <w:pPr>
        <w:jc w:val="right"/>
      </w:pPr>
      <w:r>
        <w:t>وفي</w:t>
      </w:r>
    </w:p>
    <w:p>
      <w:r>
        <w:rPr>
          <w:b/>
        </w:rPr>
        <w:t xml:space="preserve">[07:15] </w:t>
      </w:r>
      <w:r>
        <w:t>anfusakum afila tabṣirun</w:t>
      </w:r>
    </w:p>
    <w:p>
      <w:pPr>
        <w:jc w:val="right"/>
      </w:pPr>
      <w:r>
        <w:t>انفسكم افلا تبصرون</w:t>
      </w:r>
    </w:p>
    <w:p>
      <w:r>
        <w:rPr>
          <w:b/>
        </w:rPr>
        <w:t xml:space="preserve">[07:22] </w:t>
      </w:r>
      <w:r>
        <w:t>wa fi as-samaa'i rizqukum wa ma tu'adun</w:t>
      </w:r>
    </w:p>
    <w:p>
      <w:pPr>
        <w:jc w:val="right"/>
      </w:pPr>
      <w:r>
        <w:t>وفي السماء رزقكم وما توعدون</w:t>
      </w:r>
    </w:p>
    <w:p>
      <w:r>
        <w:rPr>
          <w:b/>
        </w:rPr>
        <w:t xml:space="preserve">[07:30] </w:t>
      </w:r>
      <w:r>
        <w:t>fa rab as-samaa'i wal arḍi innahu</w:t>
      </w:r>
    </w:p>
    <w:p>
      <w:pPr>
        <w:jc w:val="right"/>
      </w:pPr>
      <w:r>
        <w:t>فورب السماء والارض انه</w:t>
      </w:r>
    </w:p>
    <w:p>
      <w:r>
        <w:rPr>
          <w:b/>
        </w:rPr>
        <w:t xml:space="preserve">[07:36] </w:t>
      </w:r>
      <w:r>
        <w:t>la ḥaqqun mithlu ma annakum</w:t>
      </w:r>
    </w:p>
    <w:p>
      <w:pPr>
        <w:jc w:val="right"/>
      </w:pPr>
      <w:r>
        <w:t>لحق مثلما انكم</w:t>
      </w:r>
    </w:p>
    <w:p>
      <w:r>
        <w:rPr>
          <w:b/>
        </w:rPr>
        <w:t xml:space="preserve">[07:43] </w:t>
      </w:r>
      <w:r>
        <w:t>tanṭiqun</w:t>
      </w:r>
    </w:p>
    <w:p>
      <w:pPr>
        <w:jc w:val="right"/>
      </w:pPr>
      <w:r>
        <w:t>تنطقون</w:t>
      </w:r>
    </w:p>
    <w:p>
      <w:r>
        <w:rPr>
          <w:b/>
        </w:rPr>
        <w:t xml:space="preserve">[07:48] </w:t>
      </w:r>
      <w:r>
        <w:t>aur zameen mein nishaniyan hain yaqeen karne walon ke liye aur khud tumhare andar bhi kya tum dekhte nahi aur aasman mein tumhari rozi hai aur woh cheez bhi jis ka tum se wada kiya ja raha hai pas aasman aur zameen ke rab ki qasam woh yaqini hai jaisa ke tum bolte ho tashreeh:</w:t>
      </w:r>
    </w:p>
    <w:p>
      <w:pPr>
        <w:jc w:val="right"/>
      </w:pPr>
      <w:r>
        <w:t>اور زمین میں نشانیاں ہیں یقین کرنے والوں کے لیے اور خود تمہارے اندر بھی کیا تم دیکھتے نہیں اور اسمان میں تمہاری روزی ہے اور وہ چیز بھی جس کا تم سے وعدہ کیا جا رہا ہے پس اسمان اور زمین کے رب کی قسم وہ یقینی ہے جیسا کہ تم بولتے ہو تشریح:</w:t>
      </w:r>
    </w:p>
    <w:p>
      <w:r>
        <w:rPr>
          <w:b/>
        </w:rPr>
        <w:t xml:space="preserve">[08:17] </w:t>
      </w:r>
      <w:r>
        <w:t>allah taala ne dunya ko is tarah banaya hai ke maujooda maloom dunya baad ko aanay wali maloom dunya ki nishani ban gayi hai.</w:t>
      </w:r>
    </w:p>
    <w:p>
      <w:pPr>
        <w:jc w:val="right"/>
      </w:pPr>
      <w:r>
        <w:t>اللہ تعالی نے دنیا کو اس طرح بنایا ہے کہ موجودہ معلوم دنیا بعد کو انے والی نامعلوم دنیا کی نشانی بن گئی ہے۔</w:t>
      </w:r>
    </w:p>
    <w:p>
      <w:r>
        <w:rPr>
          <w:b/>
        </w:rPr>
        <w:t xml:space="preserve">[08:28] </w:t>
      </w:r>
      <w:r>
        <w:t>zameen mein phailay hue madi waqiat aur insan ke andar chhpe hue ehsasat dono balwastah andaaz mein is waqey ki khabar paishgi de rahe hain jo maut ke baad barah rast andaaz mein insan ke samne aanay wala hai.</w:t>
      </w:r>
    </w:p>
    <w:p>
      <w:pPr>
        <w:jc w:val="right"/>
      </w:pPr>
      <w:r>
        <w:t>زمین میں پھیلے ہوئے مادی واقعات اور انسان کے اندر چھپے ہوئے احساسات دونوں بالواسطہ انداز میں اس واقعے کی خبر پیشگی دے رہے ہیں جو موت کے بعد براہ راست انداز میں انسان کے سامنے انے والا ہے۔</w:t>
      </w:r>
    </w:p>
    <w:p>
      <w:r>
        <w:rPr>
          <w:b/>
        </w:rPr>
        <w:t xml:space="preserve">[08:48] </w:t>
      </w:r>
      <w:r>
        <w:t>inhi nishaniyon mein se ek nishani nutq bolna hai. hadith mein irshad hua hai ke aakhirat mein jo kuch milega woh khud admi ke apne aamal honge jo us ki taraf lauta diye jayenge.</w:t>
      </w:r>
    </w:p>
    <w:p>
      <w:pPr>
        <w:jc w:val="right"/>
      </w:pPr>
      <w:r>
        <w:t>انہی نشانیوں میں سے ایک نشانی نطق بولنا ہے۔ حدیث میں ارشاد ہوا ہے کہ اخرت میں جو کچھ ملے گا وہ خود ادمی کے اپنے اعمال ہوں گے جو اس کی طرف لوٹا دیے جائیں گے۔</w:t>
      </w:r>
    </w:p>
    <w:p>
      <w:r>
        <w:rPr>
          <w:b/>
        </w:rPr>
        <w:t xml:space="preserve">[09:06] </w:t>
      </w:r>
      <w:r>
        <w:t>goya aakhirat ki duniya mu'eedah duniya hi ka mathni hai. admi ka nutq isi imkan ka ek juzwi mazahira hai.</w:t>
      </w:r>
    </w:p>
    <w:p>
      <w:pPr>
        <w:jc w:val="right"/>
      </w:pPr>
      <w:r>
        <w:t>گویا اخرت کی دنیا معیدہ دنیا ہی کا مثنی ہے۔ ادمی کا نطق اسی امکان کا ایک جزوی مظاہرہ ہے۔</w:t>
      </w:r>
    </w:p>
    <w:p>
      <w:r>
        <w:rPr>
          <w:b/>
        </w:rPr>
        <w:t xml:space="preserve">[09:19] </w:t>
      </w:r>
      <w:r>
        <w:t>admi ki awaz tape par record kar di jaye aur phir tape ko bajaya jaye to ain wahi awaz us se nikalti hai jo insan ki awaz thi.</w:t>
      </w:r>
    </w:p>
    <w:p>
      <w:pPr>
        <w:jc w:val="right"/>
      </w:pPr>
      <w:r>
        <w:t>ادمی کی اواز ٹیپ پر ریکارڈ کر دی جائے اور پھر ٹیپ کو بجایا جائے تو عین وہی اواز اس سے نکلتی ہے جو انسان کی اواز تھی۔</w:t>
      </w:r>
    </w:p>
    <w:p>
      <w:r>
        <w:rPr>
          <w:b/>
        </w:rPr>
        <w:t xml:space="preserve">[09:31] </w:t>
      </w:r>
      <w:r>
        <w:t>tape ki awaz insan ki asal awaz ka mathni hai. is tarah awaz juzwi satah par is waqe ka tajurba kara rahi hai jo kulli satah par aakhirat mein zahir hone wala hai.</w:t>
      </w:r>
    </w:p>
    <w:p>
      <w:pPr>
        <w:jc w:val="right"/>
      </w:pPr>
      <w:r>
        <w:t>ٹیپ کی اواز انسان کی اصل اواز کا مثنی ہے۔ اس طرح اواز جزوی سطح پر اس واقعے کا تجربہ کرا رہی ہے جو کلی سطح پر اخرت میں ظاہر ہونے والا ہے۔</w:t>
      </w:r>
    </w:p>
    <w:p>
      <w:r>
        <w:rPr>
          <w:b/>
        </w:rPr>
        <w:t xml:space="preserve">[09:49] </w:t>
      </w:r>
      <w:r>
        <w:t>woh yaqini hai tumhare nutq ki tarah yaani jab tumhare nutq ki takrar mumkin hai to tumhare wajood ki takrar kyun mumkin nahi?</w:t>
      </w:r>
    </w:p>
    <w:p>
      <w:pPr>
        <w:jc w:val="right"/>
      </w:pPr>
      <w:r>
        <w:t>وہ یقینی ہے تمہارے نطق کی طرح یعنی جب تمہارے نطق کی تکرار ممکن ہے تو تمہارے وجود کی تکرار کیوں ممکن نہیں؟</w:t>
      </w:r>
    </w:p>
    <w:p>
      <w:r>
        <w:rPr>
          <w:b/>
        </w:rPr>
        <w:t xml:space="preserve">[09:59] </w:t>
      </w:r>
      <w:r>
        <w:t>insani hasti ke ek juz ki kamil takrar ka mushahida isi duniya mein ho raha hai. isi se qiyas kiya ja sakta hai ke insani hasti ke kamil majmoo'e ki takrar bhi ho sakti hai.</w:t>
      </w:r>
    </w:p>
    <w:p>
      <w:pPr>
        <w:jc w:val="right"/>
      </w:pPr>
      <w:r>
        <w:t>انسانی ہستی کے ایک جز کی کامل تکرار کا مشاہدہ اسی دنیا میں ہو رہا ہے۔ اسی سے قیاس کیا جا سکتا ہے کہ انسانی ہستی کے کامل مجموعے کی تکرار بھی ہو سکتی ہے۔</w:t>
      </w:r>
    </w:p>
    <w:p>
      <w:r>
        <w:rPr>
          <w:b/>
        </w:rPr>
        <w:t xml:space="preserve">[10:15] </w:t>
      </w:r>
      <w:r>
        <w:t>hal ataaka ḥadith ḍayfi ibrahim al-mukramin?</w:t>
      </w:r>
    </w:p>
    <w:p>
      <w:pPr>
        <w:jc w:val="right"/>
      </w:pPr>
      <w:r>
        <w:t>هل اتاك حديث ضيف ابراهيم المكرمين؟</w:t>
      </w:r>
    </w:p>
    <w:p>
      <w:r>
        <w:rPr>
          <w:b/>
        </w:rPr>
        <w:t xml:space="preserve">[10:22] </w:t>
      </w:r>
      <w:r>
        <w:t>idh dakhalu 'alayhi fa qalu salaaman</w:t>
      </w:r>
    </w:p>
    <w:p>
      <w:pPr>
        <w:jc w:val="right"/>
      </w:pPr>
      <w:r>
        <w:t>اذ دخلوا عليه فقالوا سلاما</w:t>
      </w:r>
    </w:p>
    <w:p>
      <w:r>
        <w:rPr>
          <w:b/>
        </w:rPr>
        <w:t xml:space="preserve">[10:27] </w:t>
      </w:r>
      <w:r>
        <w:t>qala salaamun qawmun</w:t>
      </w:r>
    </w:p>
    <w:p>
      <w:pPr>
        <w:jc w:val="right"/>
      </w:pPr>
      <w:r>
        <w:t>قال سلام قوم</w:t>
      </w:r>
    </w:p>
    <w:p>
      <w:r>
        <w:rPr>
          <w:b/>
        </w:rPr>
        <w:t xml:space="preserve">[10:31] </w:t>
      </w:r>
      <w:r>
        <w:t>munkirun faraa'a ila</w:t>
      </w:r>
    </w:p>
    <w:p>
      <w:pPr>
        <w:jc w:val="right"/>
      </w:pPr>
      <w:r>
        <w:t>منكرون فراغ الى</w:t>
      </w:r>
    </w:p>
    <w:p>
      <w:r>
        <w:rPr>
          <w:b/>
        </w:rPr>
        <w:t xml:space="preserve">[10:39] </w:t>
      </w:r>
      <w:r>
        <w:t>ahlihi fa jaa'a bi 'ijlin</w:t>
      </w:r>
    </w:p>
    <w:p>
      <w:pPr>
        <w:jc w:val="right"/>
      </w:pPr>
      <w:r>
        <w:t>اهله فجاء بعجل</w:t>
      </w:r>
    </w:p>
    <w:p>
      <w:r>
        <w:rPr>
          <w:b/>
        </w:rPr>
        <w:t xml:space="preserve">[10:44] </w:t>
      </w:r>
      <w:r>
        <w:t>samīnin fa qarrabahu ilayhim qala a la ta'kulun</w:t>
      </w:r>
    </w:p>
    <w:p>
      <w:pPr>
        <w:jc w:val="right"/>
      </w:pPr>
      <w:r>
        <w:t>سمين فقربه اليهم قال الا تاكلون</w:t>
      </w:r>
    </w:p>
    <w:p>
      <w:r>
        <w:rPr>
          <w:b/>
        </w:rPr>
        <w:t xml:space="preserve">[10:56] </w:t>
      </w:r>
      <w:r>
        <w:t>fa awjasa minhum khifatan</w:t>
      </w:r>
    </w:p>
    <w:p>
      <w:pPr>
        <w:jc w:val="right"/>
      </w:pPr>
      <w:r>
        <w:t>فاوجس منهم خيفه</w:t>
      </w:r>
    </w:p>
    <w:p>
      <w:r>
        <w:rPr>
          <w:b/>
        </w:rPr>
        <w:t xml:space="preserve">[10:59] </w:t>
      </w:r>
      <w:r>
        <w:t>qalu la</w:t>
      </w:r>
    </w:p>
    <w:p>
      <w:pPr>
        <w:jc w:val="right"/>
      </w:pPr>
      <w:r>
        <w:t>قالوا لا</w:t>
      </w:r>
    </w:p>
    <w:p>
      <w:r>
        <w:rPr>
          <w:b/>
        </w:rPr>
        <w:t xml:space="preserve">[11:00] </w:t>
      </w:r>
      <w:r>
        <w:t>takhfa wa bashiroohu bi ghulaamin aleem fa aqbalat imra'atun fi surratin fa saqqat wajhahu wa qaalat 'ajoozun 'aqeem qaloo kadhalika qala rabbuka innahu huwal hakeemul aleem</w:t>
      </w:r>
    </w:p>
    <w:p>
      <w:pPr>
        <w:jc w:val="right"/>
      </w:pPr>
      <w:r>
        <w:t>تخف وبشروه بغلام عليم فاقبلت امراه في سره فصكت وجهها وقالت عجوز عقيم قالوا كذلك قال ربك انه هو الحكيم العليم</w:t>
      </w:r>
    </w:p>
    <w:p>
      <w:r>
        <w:rPr>
          <w:b/>
        </w:rPr>
        <w:t xml:space="preserve">[11:28] </w:t>
      </w:r>
      <w:r>
        <w:t>kya tum ko ibrahim ke mu'azzaz mehmanon ki baat pahunchi? jab woh us ke paas aaye phir un ko salam kiya us ne kaha tum logon ko bhi salam hai kuch ajnabi log hain phir woh apne ghar ki taraf chala aur ek bacchda bhuna hua le aaya phir us ko un ke paas rakha us ne kaha aap log khate kyun nahi?</w:t>
      </w:r>
    </w:p>
    <w:p>
      <w:pPr>
        <w:jc w:val="right"/>
      </w:pPr>
      <w:r>
        <w:t>کیا تم کو ابراہیم کے معزز مہمانوں کی بات پہنچی؟ جب وہ اس کے پاس ائے پھر ان کو سلام کیا اس نے کہا تم لوگوں کو بھی سلام ہے کچھ اجنبی لوگ ہیں پھر وہ اپنے گھر کی طرف چلا اور ایک بچھڑا بھنا ہوا لے ایا پھر اس کو ان کے پاس رکھا اس نے کہا اپ لوگ کھاتے کیوں نہیں؟</w:t>
      </w:r>
    </w:p>
    <w:p>
      <w:r>
        <w:rPr>
          <w:b/>
        </w:rPr>
        <w:t xml:space="preserve">[11:56] </w:t>
      </w:r>
      <w:r>
        <w:t>phir woh dil mein un se darrra unhon ne kaha ke darro mat aur un ko zi ilm</w:t>
      </w:r>
    </w:p>
    <w:p>
      <w:pPr>
        <w:jc w:val="right"/>
      </w:pPr>
      <w:r>
        <w:t>پھر وہ دل میں ان سے ڈرا انہوں نے کہا کہ ڈرو مت اور ان کو ذی علم</w:t>
      </w:r>
    </w:p>
    <w:p>
      <w:r>
        <w:rPr>
          <w:b/>
        </w:rPr>
        <w:t xml:space="preserve">[12:03] </w:t>
      </w:r>
      <w:r>
        <w:t>ladke ki basharat di</w:t>
      </w:r>
    </w:p>
    <w:p>
      <w:pPr>
        <w:jc w:val="right"/>
      </w:pPr>
      <w:r>
        <w:t>لڑکے کی بشارت دی</w:t>
      </w:r>
    </w:p>
    <w:p>
      <w:r>
        <w:rPr>
          <w:b/>
        </w:rPr>
        <w:t xml:space="preserve">[12:06] </w:t>
      </w:r>
      <w:r>
        <w:t>phir us ki biwi bolti hui aayi</w:t>
      </w:r>
    </w:p>
    <w:p>
      <w:pPr>
        <w:jc w:val="right"/>
      </w:pPr>
      <w:r>
        <w:t>پھر اس کی بیوی بولتی ہوئی ائی</w:t>
      </w:r>
    </w:p>
    <w:p>
      <w:r>
        <w:rPr>
          <w:b/>
        </w:rPr>
        <w:t xml:space="preserve">[12:09] </w:t>
      </w:r>
      <w:r>
        <w:t>phir mathay par hath mara aur kehne lagi ke boodhi banjh</w:t>
      </w:r>
    </w:p>
    <w:p>
      <w:pPr>
        <w:jc w:val="right"/>
      </w:pPr>
      <w:r>
        <w:t>پھر ماتھے پر ہاتھ مارا اور کہنے لگی کہ بوڑھی بانجھ</w:t>
      </w:r>
    </w:p>
    <w:p>
      <w:r>
        <w:rPr>
          <w:b/>
        </w:rPr>
        <w:t xml:space="preserve">[12:16] </w:t>
      </w:r>
      <w:r>
        <w:t>unhon ne kaha ke aisa hi farmaya hai tere rab ne beshak woh hikmat wala janne wala</w:t>
      </w:r>
    </w:p>
    <w:p>
      <w:pPr>
        <w:jc w:val="right"/>
      </w:pPr>
      <w:r>
        <w:t>انہوں نے کہا کہ ایسا ہی فرمایا ہے تیرے رب نے بے شک وہ حکمت والا جاننے والا</w:t>
      </w:r>
    </w:p>
    <w:p>
      <w:r>
        <w:rPr>
          <w:b/>
        </w:rPr>
        <w:t xml:space="preserve">[12:23] </w:t>
      </w:r>
      <w:r>
        <w:t>hai tashreeh: in ayaton mein is manzar ka bayan hai jab ke hazrat ibrahim ke paas khuda ke</w:t>
      </w:r>
    </w:p>
    <w:p>
      <w:pPr>
        <w:jc w:val="right"/>
      </w:pPr>
      <w:r>
        <w:t>ہے تشریح: ان ایتوں میں اس منظر کا بیان ہے جب کہ حضرت ابراہیم کے پاس خدا کے</w:t>
      </w:r>
    </w:p>
    <w:p>
      <w:r>
        <w:rPr>
          <w:b/>
        </w:rPr>
        <w:t xml:space="preserve">[12:34] </w:t>
      </w:r>
      <w:r>
        <w:t>farishtay aaye taake unhein badhape mein aulad ki basharat dein hazrat ibrahim qadeem</w:t>
      </w:r>
    </w:p>
    <w:p>
      <w:pPr>
        <w:jc w:val="right"/>
      </w:pPr>
      <w:r>
        <w:t>فرشتے ائے تاکہ انہیں بڑھاپے میں اولاد کی بشارت دیں حضرت ابراہیم قدیم</w:t>
      </w:r>
    </w:p>
    <w:p>
      <w:r>
        <w:rPr>
          <w:b/>
        </w:rPr>
        <w:t xml:space="preserve">[12:42] </w:t>
      </w:r>
      <w:r>
        <w:t>iraq mein paida hue woh lambi muddat tak apni qaum ko tauheed aur aakhirat ka paigham dete rahe</w:t>
      </w:r>
    </w:p>
    <w:p>
      <w:pPr>
        <w:jc w:val="right"/>
      </w:pPr>
      <w:r>
        <w:t>عراق میں پیدا ہوئے وہ لمبی مدت تک اپنی قوم کو توحید اور اخرت کا پیغام دیتے رہے</w:t>
      </w:r>
    </w:p>
    <w:p>
      <w:r>
        <w:rPr>
          <w:b/>
        </w:rPr>
        <w:t xml:space="preserve">[12:50] </w:t>
      </w:r>
      <w:r>
        <w:t>magar aap ki biwi aur aap ke ek bhatijay ke siwa koi bhi shakhs aap ki baat manne</w:t>
      </w:r>
    </w:p>
    <w:p>
      <w:pPr>
        <w:jc w:val="right"/>
      </w:pPr>
      <w:r>
        <w:t>مگر اپ کی بیوی اور اپ کے ایک بھتیجے کے سوا کوئی بھی شخص اپ کی بات ماننے</w:t>
      </w:r>
    </w:p>
    <w:p>
      <w:r>
        <w:rPr>
          <w:b/>
        </w:rPr>
        <w:t xml:space="preserve">[12:58] </w:t>
      </w:r>
      <w:r>
        <w:t>ke liye tayyar na hua yahan tak ke aap badhape ki umar ko pahunch gaye</w:t>
      </w:r>
    </w:p>
    <w:p>
      <w:pPr>
        <w:jc w:val="right"/>
      </w:pPr>
      <w:r>
        <w:t>کے لیے تیار نہ ہوا یہاں تک کہ اپ بڑھاپے کی عمر کو پہنچ گئے</w:t>
      </w:r>
    </w:p>
    <w:p>
      <w:r>
        <w:rPr>
          <w:b/>
        </w:rPr>
        <w:t xml:space="preserve">[13:05] </w:t>
      </w:r>
      <w:r>
        <w:t>ab aap ke mission ka tasalsul baqi rakhne ke liye doosri mumkin soorat sirf yeh thi ke aap</w:t>
      </w:r>
    </w:p>
    <w:p>
      <w:pPr>
        <w:jc w:val="right"/>
      </w:pPr>
      <w:r>
        <w:t>اب اپ کے مشن کا تسلسل باقی رکھنے کے لیے دوسری ممکن صورت صرف یہ تھی کہ اپ</w:t>
      </w:r>
    </w:p>
    <w:p>
      <w:r>
        <w:rPr>
          <w:b/>
        </w:rPr>
        <w:t xml:space="preserve">[13:12] </w:t>
      </w:r>
      <w:r>
        <w:t>ke yahan aulad paida ho aur aap us ko tarbiyat de kar tayyar karein</w:t>
      </w:r>
    </w:p>
    <w:p>
      <w:pPr>
        <w:jc w:val="right"/>
      </w:pPr>
      <w:r>
        <w:t>کے یہاں اولاد پیدا ہو اور اپ اس کو تربیت دے کر تیار کریں</w:t>
      </w:r>
    </w:p>
    <w:p>
      <w:r>
        <w:rPr>
          <w:b/>
        </w:rPr>
        <w:t xml:space="preserve">[13:19] </w:t>
      </w:r>
      <w:r>
        <w:t>baap aur bete ke darmiyan khooni taluq hota hai yeh khooni taluq ek izafi taqat ban jata hai</w:t>
      </w:r>
    </w:p>
    <w:p>
      <w:pPr>
        <w:jc w:val="right"/>
      </w:pPr>
      <w:r>
        <w:t>باپ اور بیٹے کے درمیان خونی تعلق ہوتا ہے یہ خونی تعلق ایک اضافی طاقت بن جاتا ہے</w:t>
      </w:r>
    </w:p>
    <w:p>
      <w:r>
        <w:rPr>
          <w:b/>
        </w:rPr>
        <w:t xml:space="preserve">[13:26] </w:t>
      </w:r>
      <w:r>
        <w:t>jo bete ko apne</w:t>
      </w:r>
    </w:p>
    <w:p>
      <w:pPr>
        <w:jc w:val="right"/>
      </w:pPr>
      <w:r>
        <w:t>جو بیٹے کو اپنے</w:t>
      </w:r>
    </w:p>
    <w:p>
      <w:r>
        <w:rPr>
          <w:b/>
        </w:rPr>
        <w:t xml:space="preserve">[13:28] </w:t>
      </w:r>
      <w:r>
        <w:t>baap ke sath har haal mein jode rakhe aur us ko uska ham khayal banaye</w:t>
      </w:r>
    </w:p>
    <w:p>
      <w:pPr>
        <w:jc w:val="right"/>
      </w:pPr>
      <w:r>
        <w:t>باپ کے ساتھ ہر حال میں جوڑے رکھے اور اس کو اس کا ہم خیال بنائے</w:t>
      </w:r>
    </w:p>
    <w:p>
      <w:r>
        <w:rPr>
          <w:b/>
        </w:rPr>
        <w:t xml:space="preserve">[13:36] </w:t>
      </w:r>
      <w:r>
        <w:t>allah ta'ala ne hazrat ibrahim ko allah ta'ala akhir umar mein do ladke ata kiye</w:t>
      </w:r>
    </w:p>
    <w:p>
      <w:pPr>
        <w:jc w:val="right"/>
      </w:pPr>
      <w:r>
        <w:t>اللہ تعالی نے حضرت ابراہیم کو اللہ تعالی اخر عمر میں دو لڑکے عطا کیے</w:t>
      </w:r>
    </w:p>
    <w:p>
      <w:r>
        <w:rPr>
          <w:b/>
        </w:rPr>
        <w:t xml:space="preserve">[13:43] </w:t>
      </w:r>
      <w:r>
        <w:t>ek hazrat ishaq jinke zariye se bani israel mein dawat tauheed ka tasalsul jari raha doosre hazrat</w:t>
      </w:r>
    </w:p>
    <w:p>
      <w:pPr>
        <w:jc w:val="right"/>
      </w:pPr>
      <w:r>
        <w:t>ایک حضرت اسحاق جن کے ذریعے سے بنی اسرائیل میں دعوت توحید کا تسلسل جاری رہا دوسرے حضرت</w:t>
      </w:r>
    </w:p>
    <w:p>
      <w:r>
        <w:rPr>
          <w:b/>
        </w:rPr>
        <w:t xml:space="preserve">[13:51] </w:t>
      </w:r>
      <w:r>
        <w:t>ismail jinke zariye arab ke sehra mein ek aisi nasal tayyar karne ka kaam liya gaya jo</w:t>
      </w:r>
    </w:p>
    <w:p>
      <w:pPr>
        <w:jc w:val="right"/>
      </w:pPr>
      <w:r>
        <w:t>اسماعیل جن کے ذریعے عرب کے صحرا میں ایک ایسی نسل تیار کرنے کا کام لیا گیا جو</w:t>
      </w:r>
    </w:p>
    <w:p>
      <w:r>
        <w:rPr>
          <w:b/>
        </w:rPr>
        <w:t xml:space="preserve">[13:59] </w:t>
      </w:r>
      <w:r>
        <w:t>paighambar akhir uz zaman ka sath de kar aap ke tareekhi mission ki takmeel kare</w:t>
      </w:r>
    </w:p>
    <w:p>
      <w:pPr>
        <w:jc w:val="right"/>
      </w:pPr>
      <w:r>
        <w:t>پیغمبر اخر الزماں کا ساتھ دے کر اپ کے تاریخی مشن کی تکمیل کرے</w:t>
      </w:r>
    </w:p>
    <w:p>
      <w:r>
        <w:rPr>
          <w:b/>
        </w:rPr>
        <w:t xml:space="preserve">[14:07] </w:t>
      </w:r>
      <w:r>
        <w:t>qaal famaa khatbukum ayyuhal mursaloon</w:t>
      </w:r>
    </w:p>
    <w:p>
      <w:pPr>
        <w:jc w:val="right"/>
      </w:pPr>
      <w:r>
        <w:t>قال فما خطبکم ایہا المرسلون</w:t>
      </w:r>
    </w:p>
    <w:p>
      <w:r>
        <w:rPr>
          <w:b/>
        </w:rPr>
        <w:t xml:space="preserve">[14:13] </w:t>
      </w:r>
      <w:r>
        <w:t>qaaloo</w:t>
      </w:r>
    </w:p>
    <w:p>
      <w:pPr>
        <w:jc w:val="right"/>
      </w:pPr>
      <w:r>
        <w:t>قالوا</w:t>
      </w:r>
    </w:p>
    <w:p>
      <w:r>
        <w:rPr>
          <w:b/>
        </w:rPr>
        <w:t xml:space="preserve">[14:16] </w:t>
      </w:r>
      <w:r>
        <w:t>ana arsalna ila qaum</w:t>
      </w:r>
    </w:p>
    <w:p>
      <w:pPr>
        <w:jc w:val="right"/>
      </w:pPr>
      <w:r>
        <w:t>انا ارسلنا الى قوم</w:t>
      </w:r>
    </w:p>
    <w:p>
      <w:r>
        <w:rPr>
          <w:b/>
        </w:rPr>
        <w:t xml:space="preserve">[14:23] </w:t>
      </w:r>
      <w:r>
        <w:t>mujrimeen linursila alayhim hijarah</w:t>
      </w:r>
    </w:p>
    <w:p>
      <w:pPr>
        <w:jc w:val="right"/>
      </w:pPr>
      <w:r>
        <w:t>مجرمین لنرسل عليهم حجاره</w:t>
      </w:r>
    </w:p>
    <w:p>
      <w:r>
        <w:rPr>
          <w:b/>
        </w:rPr>
        <w:t xml:space="preserve">[14:30] </w:t>
      </w:r>
      <w:r>
        <w:t>min teen musawwamah</w:t>
      </w:r>
    </w:p>
    <w:p>
      <w:pPr>
        <w:jc w:val="right"/>
      </w:pPr>
      <w:r>
        <w:t>من طين مسومه</w:t>
      </w:r>
    </w:p>
    <w:p>
      <w:r>
        <w:rPr>
          <w:b/>
        </w:rPr>
        <w:t xml:space="preserve">[14:36] </w:t>
      </w:r>
      <w:r>
        <w:t>inda rabbika lilmusrifeen</w:t>
      </w:r>
    </w:p>
    <w:p>
      <w:pPr>
        <w:jc w:val="right"/>
      </w:pPr>
      <w:r>
        <w:t>عند ربك للمسرفين</w:t>
      </w:r>
    </w:p>
    <w:p>
      <w:r>
        <w:rPr>
          <w:b/>
        </w:rPr>
        <w:t xml:space="preserve">[14:42] </w:t>
      </w:r>
      <w:r>
        <w:t>faakhrajna man kaana feeha minal momineen</w:t>
      </w:r>
    </w:p>
    <w:p>
      <w:pPr>
        <w:jc w:val="right"/>
      </w:pPr>
      <w:r>
        <w:t>فاخرجنا من كان فيها من المؤمنين</w:t>
      </w:r>
    </w:p>
    <w:p>
      <w:r>
        <w:rPr>
          <w:b/>
        </w:rPr>
        <w:t xml:space="preserve">[14:49] </w:t>
      </w:r>
      <w:r>
        <w:t>fama wajadna feeha ghaira bait</w:t>
      </w:r>
    </w:p>
    <w:p>
      <w:pPr>
        <w:jc w:val="right"/>
      </w:pPr>
      <w:r>
        <w:t>فما وجدنا فيها غير بيت</w:t>
      </w:r>
    </w:p>
    <w:p>
      <w:r>
        <w:rPr>
          <w:b/>
        </w:rPr>
        <w:t xml:space="preserve">[14:54] </w:t>
      </w:r>
      <w:r>
        <w:t>minal muslimeen wa tarakna feeha</w:t>
      </w:r>
    </w:p>
    <w:p>
      <w:pPr>
        <w:jc w:val="right"/>
      </w:pPr>
      <w:r>
        <w:t>من المسلمين وتركنا فيها</w:t>
      </w:r>
    </w:p>
    <w:p>
      <w:r>
        <w:rPr>
          <w:b/>
        </w:rPr>
        <w:t xml:space="preserve">[15:01] </w:t>
      </w:r>
      <w:r>
        <w:t>aayaton lil-ladheena yakhafuna al-adhab al-aleem</w:t>
      </w:r>
    </w:p>
    <w:p>
      <w:pPr>
        <w:jc w:val="right"/>
      </w:pPr>
      <w:r>
        <w:t>ايه للذين يخافون العذاب الاليم</w:t>
      </w:r>
    </w:p>
    <w:p>
      <w:r>
        <w:rPr>
          <w:b/>
        </w:rPr>
        <w:t xml:space="preserve">[16:52] </w:t>
      </w:r>
      <w:r>
        <w:t>wa fee moosa ith arsalnahu ila fir'awna bisultaan</w:t>
      </w:r>
    </w:p>
    <w:p>
      <w:pPr>
        <w:jc w:val="right"/>
      </w:pPr>
      <w:r>
        <w:t>وفي موسى اذ ارسلناه الى فرعون بسلطان</w:t>
      </w:r>
    </w:p>
    <w:p>
      <w:r>
        <w:rPr>
          <w:b/>
        </w:rPr>
        <w:t xml:space="preserve">[17:01] </w:t>
      </w:r>
      <w:r>
        <w:t>mubeen fatawalla biruknihi wa qala saahirun aw majnoon</w:t>
      </w:r>
    </w:p>
    <w:p>
      <w:pPr>
        <w:jc w:val="right"/>
      </w:pPr>
      <w:r>
        <w:t>مبين فتولى بركنه وقال ساحر او مجنون</w:t>
      </w:r>
    </w:p>
    <w:p>
      <w:r>
        <w:rPr>
          <w:b/>
        </w:rPr>
        <w:t xml:space="preserve">[17:12] </w:t>
      </w:r>
      <w:r>
        <w:t>fa-akhathnahu wa junudahu fanabathnahum fil-yammi wa huwa maleem</w:t>
      </w:r>
    </w:p>
    <w:p>
      <w:pPr>
        <w:jc w:val="right"/>
      </w:pPr>
      <w:r>
        <w:t>فاخذناه وجنوده فنبذناهم في اليم وهو مليم</w:t>
      </w:r>
    </w:p>
    <w:p>
      <w:r>
        <w:rPr>
          <w:b/>
        </w:rPr>
        <w:t xml:space="preserve">[17:21] </w:t>
      </w:r>
      <w:r>
        <w:t>wa fee 'aadin ith arsalna 'alayhimur-reehal-'aqeem</w:t>
      </w:r>
    </w:p>
    <w:p>
      <w:pPr>
        <w:jc w:val="right"/>
      </w:pPr>
      <w:r>
        <w:t>وفي عاد اذ ارسلنا عليهم الريح العقيم</w:t>
      </w:r>
    </w:p>
    <w:p>
      <w:r>
        <w:rPr>
          <w:b/>
        </w:rPr>
        <w:t xml:space="preserve">[17:29] </w:t>
      </w:r>
      <w:r>
        <w:t>ma tadharu min shay'in atat 'alayhi illa ja'alathu takrimeen</w:t>
      </w:r>
    </w:p>
    <w:p>
      <w:pPr>
        <w:jc w:val="right"/>
      </w:pPr>
      <w:r>
        <w:t>ما تذر من شيء اتت عليه الا جعلت تكرمين</w:t>
      </w:r>
    </w:p>
    <w:p>
      <w:r>
        <w:rPr>
          <w:b/>
        </w:rPr>
        <w:t xml:space="preserve">[17:38] </w:t>
      </w:r>
      <w:r>
        <w:t>wa fee</w:t>
      </w:r>
    </w:p>
    <w:p>
      <w:pPr>
        <w:jc w:val="right"/>
      </w:pPr>
      <w:r>
        <w:t>وفي</w:t>
      </w:r>
    </w:p>
    <w:p>
      <w:r>
        <w:rPr>
          <w:b/>
        </w:rPr>
        <w:t xml:space="preserve">[17:39] </w:t>
      </w:r>
      <w:r>
        <w:t>thamooda ith qeela lahum tamatta'oo hatta heen</w:t>
      </w:r>
    </w:p>
    <w:p>
      <w:pPr>
        <w:jc w:val="right"/>
      </w:pPr>
      <w:r>
        <w:t>ثمود اذ قيل لهم تمتعوا حتى حين</w:t>
      </w:r>
    </w:p>
    <w:p>
      <w:r>
        <w:rPr>
          <w:b/>
        </w:rPr>
        <w:t xml:space="preserve">[17:46] </w:t>
      </w:r>
      <w:r>
        <w:t>fa'ataw 'an amri rabbihim fa-akhathathumus-sa'iqatu wa hum yanthuroon</w:t>
      </w:r>
    </w:p>
    <w:p>
      <w:pPr>
        <w:jc w:val="right"/>
      </w:pPr>
      <w:r>
        <w:t>فعتوا عن امر ربهم فاخذتهم الصاعقه وهم ينظرون</w:t>
      </w:r>
    </w:p>
    <w:p>
      <w:r>
        <w:rPr>
          <w:b/>
        </w:rPr>
        <w:t xml:space="preserve">[17:55] </w:t>
      </w:r>
      <w:r>
        <w:t>fama istata'oo min qiyaam</w:t>
      </w:r>
    </w:p>
    <w:p>
      <w:pPr>
        <w:jc w:val="right"/>
      </w:pPr>
      <w:r>
        <w:t>فما استطاعوا من قيام</w:t>
      </w:r>
    </w:p>
    <w:p>
      <w:r>
        <w:rPr>
          <w:b/>
        </w:rPr>
        <w:t xml:space="preserve">[18:00] </w:t>
      </w:r>
      <w:r>
        <w:t>wa ma kanoo muntashireen</w:t>
      </w:r>
    </w:p>
    <w:p>
      <w:pPr>
        <w:jc w:val="right"/>
      </w:pPr>
      <w:r>
        <w:t>وما كانوا منتصرين</w:t>
      </w:r>
    </w:p>
    <w:p>
      <w:r>
        <w:rPr>
          <w:b/>
        </w:rPr>
        <w:t xml:space="preserve">[18:05] </w:t>
      </w:r>
      <w:r>
        <w:t>wa qawmi noohin min qabli innahum</w:t>
      </w:r>
    </w:p>
    <w:p>
      <w:pPr>
        <w:jc w:val="right"/>
      </w:pPr>
      <w:r>
        <w:t>وقوم نوح من قبل انهم</w:t>
      </w:r>
    </w:p>
    <w:p>
      <w:r>
        <w:rPr>
          <w:b/>
        </w:rPr>
        <w:t xml:space="preserve">[18:12] </w:t>
      </w:r>
      <w:r>
        <w:t>kanoo qawman faasiqeen</w:t>
      </w:r>
    </w:p>
    <w:p>
      <w:pPr>
        <w:jc w:val="right"/>
      </w:pPr>
      <w:r>
        <w:t>كانوا قوما فاسقين</w:t>
      </w:r>
    </w:p>
    <w:p>
      <w:r>
        <w:rPr>
          <w:b/>
        </w:rPr>
        <w:t xml:space="preserve">[18:19] </w:t>
      </w:r>
      <w:r>
        <w:t>aur moosa mein bhi nishani hai jab ke hum ne us ko fir'aun ke paas aik khuli daleel</w:t>
      </w:r>
    </w:p>
    <w:p>
      <w:pPr>
        <w:jc w:val="right"/>
      </w:pPr>
      <w:r>
        <w:t>اور موسی میں بھی نشانی ہے جب کہ ہم نے اس کو فرعون کے پاس ایک کھلی دلیل</w:t>
      </w:r>
    </w:p>
    <w:p>
      <w:r>
        <w:rPr>
          <w:b/>
        </w:rPr>
        <w:t xml:space="preserve">[18:26] </w:t>
      </w:r>
      <w:r>
        <w:t>ke saath bheja</w:t>
      </w:r>
    </w:p>
    <w:p>
      <w:pPr>
        <w:jc w:val="right"/>
      </w:pPr>
      <w:r>
        <w:t>کے ساتھ بھیجا</w:t>
      </w:r>
    </w:p>
    <w:p>
      <w:r>
        <w:rPr>
          <w:b/>
        </w:rPr>
        <w:t xml:space="preserve">[18:28] </w:t>
      </w:r>
      <w:r>
        <w:t>to woh apni quwwat ke saath phir gaya aur kaha ke yeh jadoogar hai ya majnoon hai</w:t>
      </w:r>
    </w:p>
    <w:p>
      <w:pPr>
        <w:jc w:val="right"/>
      </w:pPr>
      <w:r>
        <w:t>تو وہ اپنی قوت کے ساتھ پھر گیا اور کہا کہ یہ جادوگر ہے یا مجنون ہے</w:t>
      </w:r>
    </w:p>
    <w:p>
      <w:r>
        <w:rPr>
          <w:b/>
        </w:rPr>
        <w:t xml:space="preserve">[18:38] </w:t>
      </w:r>
      <w:r>
        <w:t>pas hum ne us ko aur us ki fauj ko pakra</w:t>
      </w:r>
    </w:p>
    <w:p>
      <w:pPr>
        <w:jc w:val="right"/>
      </w:pPr>
      <w:r>
        <w:t>پس ہم نے اس کو اور اس کی فوج کو پکڑا</w:t>
      </w:r>
    </w:p>
    <w:p>
      <w:r>
        <w:rPr>
          <w:b/>
        </w:rPr>
        <w:t xml:space="preserve">[18:42] </w:t>
      </w:r>
      <w:r>
        <w:t>phir un ko samandar mein phenk diya aur woh sazawar malamat tha</w:t>
      </w:r>
    </w:p>
    <w:p>
      <w:pPr>
        <w:jc w:val="right"/>
      </w:pPr>
      <w:r>
        <w:t>پھر ان کو سمندر میں پھینک دیا اور وہ سزاوار ملامت تھا</w:t>
      </w:r>
    </w:p>
    <w:p>
      <w:r>
        <w:rPr>
          <w:b/>
        </w:rPr>
        <w:t xml:space="preserve">[18:48] </w:t>
      </w:r>
      <w:r>
        <w:t>aur aad mein bhi nishani hai jab ke hum ne un par aik bay nafa hawa bheji</w:t>
      </w:r>
    </w:p>
    <w:p>
      <w:pPr>
        <w:jc w:val="right"/>
      </w:pPr>
      <w:r>
        <w:t>اور عاد میں بھی نشانی ہے جب کہ ہم نے ان پر ایک بے نفع ہوا بھیجی</w:t>
      </w:r>
    </w:p>
    <w:p>
      <w:r>
        <w:rPr>
          <w:b/>
        </w:rPr>
        <w:t xml:space="preserve">[18:58] </w:t>
      </w:r>
      <w:r>
        <w:t>woh jis cheez par se bhi guzri us ko reza reza kar ke chhod diya</w:t>
      </w:r>
    </w:p>
    <w:p>
      <w:pPr>
        <w:jc w:val="right"/>
      </w:pPr>
      <w:r>
        <w:t>وہ جس چیز پر سے بھی گزری اس کو ریزہ ریزہ کر کے چھوڑ دیا</w:t>
      </w:r>
    </w:p>
    <w:p>
      <w:r>
        <w:rPr>
          <w:b/>
        </w:rPr>
        <w:t xml:space="preserve">[19:04] </w:t>
      </w:r>
      <w:r>
        <w:t>aur</w:t>
      </w:r>
    </w:p>
    <w:p>
      <w:pPr>
        <w:jc w:val="right"/>
      </w:pPr>
      <w:r>
        <w:t>اور</w:t>
      </w:r>
    </w:p>
    <w:p>
      <w:r>
        <w:rPr>
          <w:b/>
        </w:rPr>
        <w:t xml:space="preserve">[19:05] </w:t>
      </w:r>
      <w:r>
        <w:t>thamoood mein bhi nishani hai jab ke un se kaha gaya ke thori muddat tak ke liye faida</w:t>
      </w:r>
    </w:p>
    <w:p>
      <w:pPr>
        <w:jc w:val="right"/>
      </w:pPr>
      <w:r>
        <w:t>ثمود میں بھی نشانی ہے جب کہ ان سے کہا گیا کہ تھوڑی مدت تک کے لیے فائدہ</w:t>
      </w:r>
    </w:p>
    <w:p>
      <w:r>
        <w:rPr>
          <w:b/>
        </w:rPr>
        <w:t xml:space="preserve">[19:11] </w:t>
      </w:r>
      <w:r>
        <w:t>utha lo pas unhon ne apne rab ke hukum se sarkashi ki pas un ko kark ne pakar</w:t>
      </w:r>
    </w:p>
    <w:p>
      <w:pPr>
        <w:jc w:val="right"/>
      </w:pPr>
      <w:r>
        <w:t>اٹھا لو پس انہوں نے اپنے رب کے حکم سے سرکشی کی پس ان کو کڑک نے پکڑ</w:t>
      </w:r>
    </w:p>
    <w:p>
      <w:r>
        <w:rPr>
          <w:b/>
        </w:rPr>
        <w:t xml:space="preserve">[19:20] </w:t>
      </w:r>
      <w:r>
        <w:t>liya aur woh dekh rahe the</w:t>
      </w:r>
    </w:p>
    <w:p>
      <w:pPr>
        <w:jc w:val="right"/>
      </w:pPr>
      <w:r>
        <w:t>لیا اور وہ دیکھ رہے تھے</w:t>
      </w:r>
    </w:p>
    <w:p>
      <w:r>
        <w:rPr>
          <w:b/>
        </w:rPr>
        <w:t xml:space="preserve">[19:24] </w:t>
      </w:r>
      <w:r>
        <w:t>phir woh na uth sake aur na apna bachao kar sake</w:t>
      </w:r>
    </w:p>
    <w:p>
      <w:pPr>
        <w:jc w:val="right"/>
      </w:pPr>
      <w:r>
        <w:t>پھر وہ نہ اٹھ سکے اور نہ اپنا بچاؤ کر سکے</w:t>
      </w:r>
    </w:p>
    <w:p>
      <w:r>
        <w:rPr>
          <w:b/>
        </w:rPr>
        <w:t xml:space="preserve">[19:30] </w:t>
      </w:r>
      <w:r>
        <w:t>aur Nuh ki qaum ko bhi is se pehle beshak woh naafarmaan log thay</w:t>
      </w:r>
    </w:p>
    <w:p>
      <w:pPr>
        <w:jc w:val="right"/>
      </w:pPr>
      <w:r>
        <w:t>اور نوح کی قوم کو بھی اس سے پہلے بے شک وہ نافرمان لوگ تھے</w:t>
      </w:r>
    </w:p>
    <w:p>
      <w:r>
        <w:rPr>
          <w:b/>
        </w:rPr>
        <w:t xml:space="preserve">[19:38] </w:t>
      </w:r>
      <w:r>
        <w:t>tashreeh:</w:t>
      </w:r>
    </w:p>
    <w:p>
      <w:pPr>
        <w:jc w:val="right"/>
      </w:pPr>
      <w:r>
        <w:t>تشریح:</w:t>
      </w:r>
    </w:p>
    <w:p>
      <w:r>
        <w:rPr>
          <w:b/>
        </w:rPr>
        <w:t xml:space="preserve">[19:40] </w:t>
      </w:r>
      <w:r>
        <w:t>Firon Misr ne Hazrat Musa ke moajizon ko jadu qarar diya</w:t>
      </w:r>
    </w:p>
    <w:p>
      <w:pPr>
        <w:jc w:val="right"/>
      </w:pPr>
      <w:r>
        <w:t>فرعون مصر نے حضرت موسی کے معجزوں کو جادو قرار دیا</w:t>
      </w:r>
    </w:p>
    <w:p>
      <w:r>
        <w:rPr>
          <w:b/>
        </w:rPr>
        <w:t xml:space="preserve">[19:46] </w:t>
      </w:r>
      <w:r>
        <w:t>aap ka woh yaqeen</w:t>
      </w:r>
    </w:p>
    <w:p>
      <w:pPr>
        <w:jc w:val="right"/>
      </w:pPr>
      <w:r>
        <w:t>اپ کا وہ یقین</w:t>
      </w:r>
    </w:p>
    <w:p>
      <w:r>
        <w:rPr>
          <w:b/>
        </w:rPr>
        <w:t xml:space="preserve">[19:48] </w:t>
      </w:r>
      <w:r>
        <w:t>jo aap ke bar sar-e-haq hone ko zahir kar raha tha us ko is ne junoon se taabeer</w:t>
      </w:r>
    </w:p>
    <w:p>
      <w:pPr>
        <w:jc w:val="right"/>
      </w:pPr>
      <w:r>
        <w:t>جو اپ کے برسر حق ہونے کو ظاہر کر رہا تھا اس کو اس نے جنون سے تعبیر</w:t>
      </w:r>
    </w:p>
    <w:p>
      <w:r>
        <w:rPr>
          <w:b/>
        </w:rPr>
        <w:t xml:space="preserve">[19:54] </w:t>
      </w:r>
      <w:r>
        <w:t>kiya isi ka naam talbees hai aur yahi talbees hamesha in logon ka tareeqa raha hai jo daleel</w:t>
      </w:r>
    </w:p>
    <w:p>
      <w:pPr>
        <w:jc w:val="right"/>
      </w:pPr>
      <w:r>
        <w:t>کیا اسی کا نام تلبیس ہے اور یہی تلبیس ہمیشہ ان لوگوں کا طریقہ رہا ہے جو دلیل</w:t>
      </w:r>
    </w:p>
    <w:p>
      <w:r>
        <w:rPr>
          <w:b/>
        </w:rPr>
        <w:t xml:space="preserve">[20:03] </w:t>
      </w:r>
      <w:r>
        <w:t>ke bawajood haq ko maanne par tayyar nahi hotay</w:t>
      </w:r>
    </w:p>
    <w:p>
      <w:pPr>
        <w:jc w:val="right"/>
      </w:pPr>
      <w:r>
        <w:t>کے باوجود حق کو ماننے پر تیار نہیں ہوتے</w:t>
      </w:r>
    </w:p>
    <w:p>
      <w:r>
        <w:rPr>
          <w:b/>
        </w:rPr>
        <w:t xml:space="preserve">[20:09] </w:t>
      </w:r>
      <w:r>
        <w:t>haq ke muqable mein is qism ki sarkashi karne walay log kabhi Khuda ki pakar se nahi bachtay</w:t>
      </w:r>
    </w:p>
    <w:p>
      <w:pPr>
        <w:jc w:val="right"/>
      </w:pPr>
      <w:r>
        <w:t>حق کے مقابلے میں اس قسم کی سرکشی کرنے والے لوگ کبھی خدا کی پکڑ سے نہیں بچتے</w:t>
      </w:r>
    </w:p>
    <w:p>
      <w:r>
        <w:rPr>
          <w:b/>
        </w:rPr>
        <w:t xml:space="preserve">[20:17] </w:t>
      </w:r>
      <w:r>
        <w:t>Firon isi bana par halaak kiya gaya aur qaum Aad aur qaum Samood aur qaum Nuh bhi isi</w:t>
      </w:r>
    </w:p>
    <w:p>
      <w:pPr>
        <w:jc w:val="right"/>
      </w:pPr>
      <w:r>
        <w:t>فرعون اسی بنا پر ہلاک کیا گیا اور قوم عاد اور قوم ثمود اور قوم نوح بھی اسی</w:t>
      </w:r>
    </w:p>
    <w:p>
      <w:r>
        <w:rPr>
          <w:b/>
        </w:rPr>
        <w:t xml:space="preserve">[20:27] </w:t>
      </w:r>
      <w:r>
        <w:t>bana par tabah o barbad kar di gayi aise logon ke liye khuda ki duniya mein koi aur faida is thore se faide ke siwa muqaddar nahi jo imtehan ki maslehat ke tehat unhein mehdood muddat ke liye hasil hua tha</w:t>
      </w:r>
    </w:p>
    <w:p>
      <w:pPr>
        <w:jc w:val="right"/>
      </w:pPr>
      <w:r>
        <w:t>بنا پر تباہ و برباد کر دی گئی ایسے لوگوں کے لیے خدا کی دنیا میں کوئی اور فائدہ اس تھوڑے سے فائدے کے سوا مقدر نہیں جو امتحان کی مصلحت کے تحت انہیں محدود مدت کے لیے حاصل ہوا تھا</w:t>
      </w:r>
    </w:p>
    <w:p>
      <w:r>
        <w:rPr>
          <w:b/>
        </w:rPr>
        <w:t xml:space="preserve">[20:47] </w:t>
      </w:r>
      <w:r>
        <w:t>Walsamaa banainaa biyadi</w:t>
      </w:r>
    </w:p>
    <w:p>
      <w:pPr>
        <w:jc w:val="right"/>
      </w:pPr>
      <w:r>
        <w:t>والسماء بنینا باید</w:t>
      </w:r>
    </w:p>
    <w:p>
      <w:r>
        <w:rPr>
          <w:b/>
        </w:rPr>
        <w:t xml:space="preserve">[20:52] </w:t>
      </w:r>
      <w:r>
        <w:t>wa innaa lamooesi'oon wal arda farashnaahaa fanim al-maahidun</w:t>
      </w:r>
    </w:p>
    <w:p>
      <w:pPr>
        <w:jc w:val="right"/>
      </w:pPr>
      <w:r>
        <w:t>وانا لموسعون والارض فرشناها فنعم الماهدون</w:t>
      </w:r>
    </w:p>
    <w:p>
      <w:r>
        <w:rPr>
          <w:b/>
        </w:rPr>
        <w:t xml:space="preserve">[21:04] </w:t>
      </w:r>
      <w:r>
        <w:t>Wa min kulli shai'in khalagnaa zawjaini la'allakum tazakkaroon</w:t>
      </w:r>
    </w:p>
    <w:p>
      <w:pPr>
        <w:jc w:val="right"/>
      </w:pPr>
      <w:r>
        <w:t>ومن كل شيء خلقنا زوجين لعلكم تذكرون</w:t>
      </w:r>
    </w:p>
    <w:p>
      <w:r>
        <w:rPr>
          <w:b/>
        </w:rPr>
        <w:t xml:space="preserve">[21:13] </w:t>
      </w:r>
      <w:r>
        <w:t>Fafirroo ila Allahi inni lakum minhu nadheer</w:t>
      </w:r>
    </w:p>
    <w:p>
      <w:pPr>
        <w:jc w:val="right"/>
      </w:pPr>
      <w:r>
        <w:t>ففروا الى اللہ انی لکم منہ نذیر</w:t>
      </w:r>
    </w:p>
    <w:p>
      <w:r>
        <w:rPr>
          <w:b/>
        </w:rPr>
        <w:t xml:space="preserve">[21:22] </w:t>
      </w:r>
      <w:r>
        <w:t>mubeen wa la taj'aloo ma'a Allahi ilahan aakhar inni lakum minhu</w:t>
      </w:r>
    </w:p>
    <w:p>
      <w:pPr>
        <w:jc w:val="right"/>
      </w:pPr>
      <w:r>
        <w:t>مبین ولا تجعلوا مع اللہ الها اخر انی لکم منہ</w:t>
      </w:r>
    </w:p>
    <w:p>
      <w:r>
        <w:rPr>
          <w:b/>
        </w:rPr>
        <w:t xml:space="preserve">[21:33] </w:t>
      </w:r>
      <w:r>
        <w:t>nadheerun mubeen</w:t>
      </w:r>
    </w:p>
    <w:p>
      <w:pPr>
        <w:jc w:val="right"/>
      </w:pPr>
      <w:r>
        <w:t>نذیر مبین</w:t>
      </w:r>
    </w:p>
    <w:p>
      <w:r>
        <w:rPr>
          <w:b/>
        </w:rPr>
        <w:t xml:space="preserve">[21:38] </w:t>
      </w:r>
      <w:r>
        <w:t>aur hum ne aasman ko apni qudrat se banaya aur hum kushada karne walay hain</w:t>
      </w:r>
    </w:p>
    <w:p>
      <w:pPr>
        <w:jc w:val="right"/>
      </w:pPr>
      <w:r>
        <w:t>اور ہم نے اسمان کو اپنی قدرت سے بنایا اور ہم کشادہ کرنے والے ہیں</w:t>
      </w:r>
    </w:p>
    <w:p>
      <w:r>
        <w:rPr>
          <w:b/>
        </w:rPr>
        <w:t xml:space="preserve">[21:46] </w:t>
      </w:r>
      <w:r>
        <w:t>aur zameen ko hum ne bichhaya</w:t>
      </w:r>
    </w:p>
    <w:p>
      <w:pPr>
        <w:jc w:val="right"/>
      </w:pPr>
      <w:r>
        <w:t>اور زمین کو ہم نے بچھایا</w:t>
      </w:r>
    </w:p>
    <w:p>
      <w:r>
        <w:rPr>
          <w:b/>
        </w:rPr>
        <w:t xml:space="preserve">[21:49] </w:t>
      </w:r>
      <w:r>
        <w:t>pas kiya hi khoob bichanay walay hain</w:t>
      </w:r>
    </w:p>
    <w:p>
      <w:pPr>
        <w:jc w:val="right"/>
      </w:pPr>
      <w:r>
        <w:t>پس کیا ہی خوب بچھانے والے ہیں</w:t>
      </w:r>
    </w:p>
    <w:p>
      <w:r>
        <w:rPr>
          <w:b/>
        </w:rPr>
        <w:t xml:space="preserve">[21:52] </w:t>
      </w:r>
      <w:r>
        <w:t>aur hum ne har cheez ko jora jora banaya hai ta ke tum dhyan karo</w:t>
      </w:r>
    </w:p>
    <w:p>
      <w:pPr>
        <w:jc w:val="right"/>
      </w:pPr>
      <w:r>
        <w:t>اور ہم نے ہر چیز کو جوڑا جوڑا بنایا ہے تاکہ تم دھیان کرو</w:t>
      </w:r>
    </w:p>
    <w:p>
      <w:r>
        <w:rPr>
          <w:b/>
        </w:rPr>
        <w:t xml:space="preserve">[22:00] </w:t>
      </w:r>
      <w:r>
        <w:t>pas daudo Allah ki taraf</w:t>
      </w:r>
    </w:p>
    <w:p>
      <w:pPr>
        <w:jc w:val="right"/>
      </w:pPr>
      <w:r>
        <w:t>پس دوڑو اللہ کی طرف</w:t>
      </w:r>
    </w:p>
    <w:p>
      <w:r>
        <w:rPr>
          <w:b/>
        </w:rPr>
        <w:t xml:space="preserve">[22:03] </w:t>
      </w:r>
      <w:r>
        <w:t>mein is ki taraf se aik khula daranay wala hoon</w:t>
      </w:r>
    </w:p>
    <w:p>
      <w:pPr>
        <w:jc w:val="right"/>
      </w:pPr>
      <w:r>
        <w:t>میں اس کی طرف سے ایک کھلا ڈرانے والا ہوں</w:t>
      </w:r>
    </w:p>
    <w:p>
      <w:r>
        <w:rPr>
          <w:b/>
        </w:rPr>
        <w:t xml:space="preserve">[22:08] </w:t>
      </w:r>
      <w:r>
        <w:t>aur Allah ke sath koi aur mabood na banao mein is ki taraf se tumharay liye khula daranay</w:t>
      </w:r>
    </w:p>
    <w:p>
      <w:pPr>
        <w:jc w:val="right"/>
      </w:pPr>
      <w:r>
        <w:t>اور اللہ کے ساتھ کوئی اور معبود نہ بناؤ میں اس کی طرف سے تمہارے لیے کھلا ڈرانے</w:t>
      </w:r>
    </w:p>
    <w:p>
      <w:r>
        <w:rPr>
          <w:b/>
        </w:rPr>
        <w:t xml:space="preserve">[22:15] </w:t>
      </w:r>
      <w:r>
        <w:t>wala hoon tashreeh:</w:t>
      </w:r>
    </w:p>
    <w:p>
      <w:pPr>
        <w:jc w:val="right"/>
      </w:pPr>
      <w:r>
        <w:t>والا ہوں تشریح:</w:t>
      </w:r>
    </w:p>
    <w:p>
      <w:r>
        <w:rPr>
          <w:b/>
        </w:rPr>
        <w:t xml:space="preserve">[22:21] </w:t>
      </w:r>
      <w:r>
        <w:t>hum aasman ko kushada karne walay hain is fiqray mein ghaliban</w:t>
      </w:r>
    </w:p>
    <w:p>
      <w:pPr>
        <w:jc w:val="right"/>
      </w:pPr>
      <w:r>
        <w:t>ہم اسمان کو کشادہ کرنے والے ہیں اس فقرے میں غالبا</w:t>
      </w:r>
    </w:p>
    <w:p>
      <w:r>
        <w:rPr>
          <w:b/>
        </w:rPr>
        <w:t xml:space="preserve">[22:27] </w:t>
      </w:r>
      <w:r>
        <w:t>kainat ki is noiyat ki taraf ishara hai jo haal mein daryaft hui hai yani kainat ka musalsal</w:t>
      </w:r>
    </w:p>
    <w:p>
      <w:pPr>
        <w:jc w:val="right"/>
      </w:pPr>
      <w:r>
        <w:t>کائنات کی اس نوعیت کی طرف اشارہ ہے جو حال میں دریافت ہوئی ہے یعنی کائنات کا مسلسل</w:t>
      </w:r>
    </w:p>
    <w:p>
      <w:r>
        <w:rPr>
          <w:b/>
        </w:rPr>
        <w:t xml:space="preserve">[22:36] </w:t>
      </w:r>
      <w:r>
        <w:t>apnay charon taraf phailna</w:t>
      </w:r>
    </w:p>
    <w:p>
      <w:pPr>
        <w:jc w:val="right"/>
      </w:pPr>
      <w:r>
        <w:t>اپنے چاروں طرف پھیلنا</w:t>
      </w:r>
    </w:p>
    <w:p>
      <w:r>
        <w:rPr>
          <w:b/>
        </w:rPr>
        <w:t xml:space="preserve">[22:40] </w:t>
      </w:r>
      <w:r>
        <w:t>kainat ka is tarah phailna is baat ka saboot hai ke is ko kisi paida karne wale ne</w:t>
      </w:r>
    </w:p>
    <w:p>
      <w:pPr>
        <w:jc w:val="right"/>
      </w:pPr>
      <w:r>
        <w:t>کائنات کا اس طرح پھیلنا اس بات کا ثبوت ہے کہ اس کو کسی پیدا کرنے والے نے</w:t>
      </w:r>
    </w:p>
    <w:p>
      <w:r>
        <w:rPr>
          <w:b/>
        </w:rPr>
        <w:t xml:space="preserve">[22:46] </w:t>
      </w:r>
      <w:r>
        <w:t>paida kiya hai</w:t>
      </w:r>
    </w:p>
    <w:p>
      <w:pPr>
        <w:jc w:val="right"/>
      </w:pPr>
      <w:r>
        <w:t>پیدا کیا ہے</w:t>
      </w:r>
    </w:p>
    <w:p>
      <w:r>
        <w:rPr>
          <w:b/>
        </w:rPr>
        <w:t xml:space="preserve">[22:49] </w:t>
      </w:r>
      <w:r>
        <w:t>kyunke is phailaao ka matlab yeh hai ke apni ibtida mein woh sikri hui thi</w:t>
      </w:r>
    </w:p>
    <w:p>
      <w:pPr>
        <w:jc w:val="right"/>
      </w:pPr>
      <w:r>
        <w:t>کیونکہ اس پھیلاؤ کا مطلب یہ ہے کہ اپنی ابتداء میں وہ سکڑی ہوئی تھی</w:t>
      </w:r>
    </w:p>
    <w:p>
      <w:r>
        <w:rPr>
          <w:b/>
        </w:rPr>
        <w:t xml:space="preserve">[22:56] </w:t>
      </w:r>
      <w:r>
        <w:t>maloom madi qanoon ke mutabiq kainat ke is ibtedai gole ke tamam ajza andar ki taraf kheenche hue</w:t>
      </w:r>
    </w:p>
    <w:p>
      <w:pPr>
        <w:jc w:val="right"/>
      </w:pPr>
      <w:r>
        <w:t>معلوم مادی قانون کے مطابق کائنات کے اس ابتدائی گولے کے تمام اجزاء اندر کی طرف کھینچے ہوئے</w:t>
      </w:r>
    </w:p>
    <w:p>
      <w:r>
        <w:rPr>
          <w:b/>
        </w:rPr>
        <w:t xml:space="preserve">[23:04] </w:t>
      </w:r>
      <w:r>
        <w:t>the aisi halat</w:t>
      </w:r>
    </w:p>
    <w:p>
      <w:pPr>
        <w:jc w:val="right"/>
      </w:pPr>
      <w:r>
        <w:t>تھے ایسی حالت</w:t>
      </w:r>
    </w:p>
    <w:p>
      <w:r>
        <w:rPr>
          <w:b/>
        </w:rPr>
        <w:t xml:space="preserve">[23:06] </w:t>
      </w:r>
      <w:r>
        <w:t>mein un ka bayroni taraf safar karna kisi kharji mudakhlat ke baghair nahi ho sakta aur kharji mudakhlat</w:t>
      </w:r>
    </w:p>
    <w:p>
      <w:pPr>
        <w:jc w:val="right"/>
      </w:pPr>
      <w:r>
        <w:t>میں ان کا بیرونی طرف سفر کرنا کسی خارجی مداخلت کے بغیر نہیں ہو سکتا اور خارجی مداخلت</w:t>
      </w:r>
    </w:p>
    <w:p>
      <w:r>
        <w:rPr>
          <w:b/>
        </w:rPr>
        <w:t xml:space="preserve">[23:14] </w:t>
      </w:r>
      <w:r>
        <w:t>ko man'ne ke baad Khuda ka man'na lazim ho jata hai</w:t>
      </w:r>
    </w:p>
    <w:p>
      <w:pPr>
        <w:jc w:val="right"/>
      </w:pPr>
      <w:r>
        <w:t>کو ماننے کے بعد خدا کا ماننا لازم ہو جاتا ہے</w:t>
      </w:r>
    </w:p>
    <w:p>
      <w:r>
        <w:rPr>
          <w:b/>
        </w:rPr>
        <w:t xml:space="preserve">[23:21] </w:t>
      </w:r>
      <w:r>
        <w:t>hamari dunya ka nizam intehai ba-ma'ni nizam hai</w:t>
      </w:r>
    </w:p>
    <w:p>
      <w:pPr>
        <w:jc w:val="right"/>
      </w:pPr>
      <w:r>
        <w:t>ہماری دنیا کا نظام انتہائی بامعنی نظام ہے</w:t>
      </w:r>
    </w:p>
    <w:p>
      <w:r>
        <w:rPr>
          <w:b/>
        </w:rPr>
        <w:t xml:space="preserve">[23:25] </w:t>
      </w:r>
      <w:r>
        <w:t>is se sabit hota hai ke moojah dunya ki takhleeq kisi aala maqsad ke tehat hui hai</w:t>
      </w:r>
    </w:p>
    <w:p>
      <w:pPr>
        <w:jc w:val="right"/>
      </w:pPr>
      <w:r>
        <w:t>اس سے ثابت ہوتا ہے کہ موجہ دنیا کی تخلیق کسی اعلی مقصد کے تحت ہوئی ہے</w:t>
      </w:r>
    </w:p>
    <w:p>
      <w:r>
        <w:rPr>
          <w:b/>
        </w:rPr>
        <w:t xml:space="preserve">[23:33] </w:t>
      </w:r>
      <w:r>
        <w:t>magar hum dekhte hain ke insaan ne zameen ko fasad se bhar rakha hai</w:t>
      </w:r>
    </w:p>
    <w:p>
      <w:pPr>
        <w:jc w:val="right"/>
      </w:pPr>
      <w:r>
        <w:t>مگر ہم دیکھتے ہیں کہ انسان نے زمین کو فساد سے بھر رکھا ہے</w:t>
      </w:r>
    </w:p>
    <w:p>
      <w:r>
        <w:rPr>
          <w:b/>
        </w:rPr>
        <w:t xml:space="preserve">[23:40] </w:t>
      </w:r>
      <w:r>
        <w:t>ba-ma'ni kainat mein yeh be-ma'ni waqea bilkul be-jod hai</w:t>
      </w:r>
    </w:p>
    <w:p>
      <w:pPr>
        <w:jc w:val="right"/>
      </w:pPr>
      <w:r>
        <w:t>بامعنی کائنات میں یہ بے معنی واقعہ بالکل بے جوڑ ہے</w:t>
      </w:r>
    </w:p>
    <w:p>
      <w:r>
        <w:rPr>
          <w:b/>
        </w:rPr>
        <w:t xml:space="preserve">[23:48] </w:t>
      </w:r>
      <w:r>
        <w:t>yeh surat-e-haal taqaza karti hai ke</w:t>
      </w:r>
    </w:p>
    <w:p>
      <w:pPr>
        <w:jc w:val="right"/>
      </w:pPr>
      <w:r>
        <w:t>یہ صورتحال تقاضا کرتی ہے کہ</w:t>
      </w:r>
    </w:p>
    <w:p>
      <w:r>
        <w:rPr>
          <w:b/>
        </w:rPr>
        <w:t xml:space="preserve">[23:51] </w:t>
      </w:r>
      <w:r>
        <w:t>aik aisi dunya bane jo har qism ki buraiyon se pak ho</w:t>
      </w:r>
    </w:p>
    <w:p>
      <w:pPr>
        <w:jc w:val="right"/>
      </w:pPr>
      <w:r>
        <w:t>ایک ایسی دنیا بنے جو ہر قسم کی برائیوں سے پاک ہو</w:t>
      </w:r>
    </w:p>
    <w:p>
      <w:r>
        <w:rPr>
          <w:b/>
        </w:rPr>
        <w:t xml:space="preserve">[23:59] </w:t>
      </w:r>
      <w:r>
        <w:t>yahan dobara maujooda dunya ke andar aik aisa waqia maujood hai jo is sawal ka jawab deta hai aur woh hai yahan ki tamam cheezon ka jore jo re hona</w:t>
      </w:r>
    </w:p>
    <w:p>
      <w:pPr>
        <w:jc w:val="right"/>
      </w:pPr>
      <w:r>
        <w:t>یہاں دوبارہ موجودہ دنیا کے اندر ایک ایسا واقعہ موجود ہے جو اس سوال کا جواب دیتا ہے اور وہ ہے یہاں کی تمام چیزوں کا جوڑے جوڑے ہونا</w:t>
      </w:r>
    </w:p>
    <w:p>
      <w:r>
        <w:rPr>
          <w:b/>
        </w:rPr>
        <w:t xml:space="preserve">[24:15] </w:t>
      </w:r>
      <w:r>
        <w:t>madde mein misbat aur manfi zarre nabatat mein nar aur mada insaan mein aurat aur mard is se</w:t>
      </w:r>
    </w:p>
    <w:p>
      <w:pPr>
        <w:jc w:val="right"/>
      </w:pPr>
      <w:r>
        <w:t>مادے میں مثبت اور منفی ذرے نباتات میں نر اور مادہ انسان میں عورت اور مرد اس سے</w:t>
      </w:r>
    </w:p>
    <w:p>
      <w:r>
        <w:rPr>
          <w:b/>
        </w:rPr>
        <w:t xml:space="preserve">[24:24] </w:t>
      </w:r>
      <w:r>
        <w:t>kainat ka yeh mizaj maloom hota hai ke yahan ashya ki kami ko is ke jore ke zariye</w:t>
      </w:r>
    </w:p>
    <w:p>
      <w:pPr>
        <w:jc w:val="right"/>
      </w:pPr>
      <w:r>
        <w:t>کائنات کا یہ مزاج معلوم ہوتا ہے کہ یہاں اشیاء کی کمی کو اس کے جوڑے کے ذریعے</w:t>
      </w:r>
    </w:p>
    <w:p>
      <w:r>
        <w:rPr>
          <w:b/>
        </w:rPr>
        <w:t xml:space="preserve">[24:31] </w:t>
      </w:r>
      <w:r>
        <w:t>mukammal karne ka qanoon raij hai yeh ek qareena hai jo akhirat ke imkan ko sabit karta hai</w:t>
      </w:r>
    </w:p>
    <w:p>
      <w:pPr>
        <w:jc w:val="right"/>
      </w:pPr>
      <w:r>
        <w:t>مکمل کرنے کا قانون رائج ہے یہ ایک قرینہ ہے جو اخرت کے امکان کو ثابت کرتا ہے</w:t>
      </w:r>
    </w:p>
    <w:p>
      <w:r>
        <w:rPr>
          <w:b/>
        </w:rPr>
        <w:t xml:space="preserve">[24:39] </w:t>
      </w:r>
      <w:r>
        <w:t>akhirat ki dunya goya moojah dunya ka doosra jora hai jis se mil kar hamari dunya apne aap</w:t>
      </w:r>
    </w:p>
    <w:p>
      <w:pPr>
        <w:jc w:val="right"/>
      </w:pPr>
      <w:r>
        <w:t>اخرت کی دنیا گویا موجہ دنیا کا دوسرا جوڑا ہے جس سے مل کر ہماری دنیا اپنے اپ</w:t>
      </w:r>
    </w:p>
    <w:p>
      <w:r>
        <w:rPr>
          <w:b/>
        </w:rPr>
        <w:t xml:space="preserve">[24:48] </w:t>
      </w:r>
      <w:r>
        <w:t>ko mukammal karti hai</w:t>
      </w:r>
    </w:p>
    <w:p>
      <w:pPr>
        <w:jc w:val="right"/>
      </w:pPr>
      <w:r>
        <w:t>کو مکمل کرتی ہے</w:t>
      </w:r>
    </w:p>
    <w:p>
      <w:r>
        <w:rPr>
          <w:b/>
        </w:rPr>
        <w:t xml:space="preserve">[24:51] </w:t>
      </w:r>
      <w:r>
        <w:t>ma</w:t>
      </w:r>
    </w:p>
    <w:p>
      <w:pPr>
        <w:jc w:val="right"/>
      </w:pPr>
      <w:r>
        <w:t>ما</w:t>
      </w:r>
    </w:p>
    <w:p>
      <w:r>
        <w:rPr>
          <w:b/>
        </w:rPr>
        <w:t xml:space="preserve">[24:54] </w:t>
      </w:r>
      <w:r>
        <w:t>atiyazeen min qablehim</w:t>
      </w:r>
    </w:p>
    <w:p>
      <w:pPr>
        <w:jc w:val="right"/>
      </w:pPr>
      <w:r>
        <w:t>اتى الذین من قبلہم</w:t>
      </w:r>
    </w:p>
    <w:p>
      <w:r>
        <w:rPr>
          <w:b/>
        </w:rPr>
        <w:t xml:space="preserve">[24:59] </w:t>
      </w:r>
      <w:r>
        <w:t>min rasoolin illa qalo sahirun aw majnoon</w:t>
      </w:r>
    </w:p>
    <w:p>
      <w:pPr>
        <w:jc w:val="right"/>
      </w:pPr>
      <w:r>
        <w:t>من رسول الا قالوا ساحر او مجنون</w:t>
      </w:r>
    </w:p>
    <w:p>
      <w:r>
        <w:rPr>
          <w:b/>
        </w:rPr>
        <w:t xml:space="preserve">[25:06] </w:t>
      </w:r>
      <w:r>
        <w:t>atawawsaw bihi bal hum qawmun</w:t>
      </w:r>
    </w:p>
    <w:p>
      <w:pPr>
        <w:jc w:val="right"/>
      </w:pPr>
      <w:r>
        <w:t>اتواصوا به بل هم قوم</w:t>
      </w:r>
    </w:p>
    <w:p>
      <w:r>
        <w:rPr>
          <w:b/>
        </w:rPr>
        <w:t xml:space="preserve">[25:12] </w:t>
      </w:r>
      <w:r>
        <w:t>taghoon fatawallaw anhum fama</w:t>
      </w:r>
    </w:p>
    <w:p>
      <w:pPr>
        <w:jc w:val="right"/>
      </w:pPr>
      <w:r>
        <w:t>طاغون فتولى عنهم فما</w:t>
      </w:r>
    </w:p>
    <w:p>
      <w:r>
        <w:rPr>
          <w:b/>
        </w:rPr>
        <w:t xml:space="preserve">[25:20] </w:t>
      </w:r>
      <w:r>
        <w:t>anta bimeloomin wazakkir fa inaz zikra</w:t>
      </w:r>
    </w:p>
    <w:p>
      <w:pPr>
        <w:jc w:val="right"/>
      </w:pPr>
      <w:r>
        <w:t>انت بملوم وذکر فان الذكرات</w:t>
      </w:r>
    </w:p>
    <w:p>
      <w:r>
        <w:rPr>
          <w:b/>
        </w:rPr>
        <w:t xml:space="preserve">[25:28] </w:t>
      </w:r>
      <w:r>
        <w:t>tanfa ul mu'mineen isi tarah un ke aglon ke paas koi paighambar aisa nahi aaya jisko unhon ne</w:t>
      </w:r>
    </w:p>
    <w:p>
      <w:pPr>
        <w:jc w:val="right"/>
      </w:pPr>
      <w:r>
        <w:t>تنفع المؤمنین اسی طرح ان کے اگلوں کے پاس کوئی پیغمبر ایسا نہیں ایا جس کو انہوں نے</w:t>
      </w:r>
    </w:p>
    <w:p>
      <w:r>
        <w:rPr>
          <w:b/>
        </w:rPr>
        <w:t xml:space="preserve">[25:39] </w:t>
      </w:r>
      <w:r>
        <w:t>sahhir</w:t>
      </w:r>
    </w:p>
    <w:p>
      <w:pPr>
        <w:jc w:val="right"/>
      </w:pPr>
      <w:r>
        <w:t>ساحر</w:t>
      </w:r>
    </w:p>
    <w:p>
      <w:r>
        <w:rPr>
          <w:b/>
        </w:rPr>
        <w:t xml:space="preserve">[25:40] </w:t>
      </w:r>
      <w:r>
        <w:t>ya majnoon na kaha ho kiya yeh aik doosre ko is ki wasiyat karte chale arhe hain balke yeh sab sarkash log hain pas tum un se i'raz karo tum par kuch ilzam nahi aur samjhate raho kyunke samjhana imaan walon ko nafa deta hai tashreeh:</w:t>
      </w:r>
    </w:p>
    <w:p>
      <w:pPr>
        <w:jc w:val="right"/>
      </w:pPr>
      <w:r>
        <w:t>یا مجنون نہ کہا ہو کیا یہ ایک دوسرے کو اس کی وصیت کرتے چلے ارہے ہیں بلکہ یہ سب سرکش لوگ ہیں پس تم ان سے اعراض کرو تم پر کچھ الزام نہیں اور سمجھاتے رہو کیونکہ سمجھانا ایمان والوں کو نفع دیتا ہے تشریح:</w:t>
      </w:r>
    </w:p>
    <w:p>
      <w:r>
        <w:rPr>
          <w:b/>
        </w:rPr>
        <w:t xml:space="preserve">[26:05] </w:t>
      </w:r>
      <w:r>
        <w:t>aik sanjeeda admi agar kisi baat ki daleel mangay to daleel samnay aanay ke baad wo us ko</w:t>
      </w:r>
    </w:p>
    <w:p>
      <w:pPr>
        <w:jc w:val="right"/>
      </w:pPr>
      <w:r>
        <w:t>ایک سنجیدہ ادمی اگر کسی بات کی دلیل مانگے تو دلیل سامنے انے کے بعد وہ اس کو</w:t>
      </w:r>
    </w:p>
    <w:p>
      <w:r>
        <w:rPr>
          <w:b/>
        </w:rPr>
        <w:t xml:space="preserve">[26:12] </w:t>
      </w:r>
      <w:r>
        <w:t>maan leta hai magar jo log sarkashi ka mizaj rakhtay hon unhein kisi bhi daleel se chup nahi</w:t>
      </w:r>
    </w:p>
    <w:p>
      <w:pPr>
        <w:jc w:val="right"/>
      </w:pPr>
      <w:r>
        <w:t>مان لیتا ہے مگر جو لوگ سرکشی کا مزاج رکھتے ہوں انہیں کسی بھی دلیل سے چپ نہیں</w:t>
      </w:r>
    </w:p>
    <w:p>
      <w:r>
        <w:rPr>
          <w:b/>
        </w:rPr>
        <w:t xml:space="preserve">[26:21] </w:t>
      </w:r>
      <w:r>
        <w:t>kya ja sakta</w:t>
      </w:r>
    </w:p>
    <w:p>
      <w:pPr>
        <w:jc w:val="right"/>
      </w:pPr>
      <w:r>
        <w:t>کیا جا سکتا</w:t>
      </w:r>
    </w:p>
    <w:p>
      <w:r>
        <w:rPr>
          <w:b/>
        </w:rPr>
        <w:t xml:space="preserve">[26:24] </w:t>
      </w:r>
      <w:r>
        <w:t>wo har daleel ko na maannay ke liye dobara kuch naye alfaaz pa len gay hatta ke agar</w:t>
      </w:r>
    </w:p>
    <w:p>
      <w:pPr>
        <w:jc w:val="right"/>
      </w:pPr>
      <w:r>
        <w:t>وہ ہر دلیل کو نہ ماننے کے لیے دوبارہ کچھ نئے الفاظ پا لیں گے حتی کہ اگر</w:t>
      </w:r>
    </w:p>
    <w:p>
      <w:r>
        <w:rPr>
          <w:b/>
        </w:rPr>
        <w:t xml:space="preserve">[26:32] </w:t>
      </w:r>
      <w:r>
        <w:t>un ke samnay aisi daleel paish kar di jaye</w:t>
      </w:r>
    </w:p>
    <w:p>
      <w:pPr>
        <w:jc w:val="right"/>
      </w:pPr>
      <w:r>
        <w:t>ان کے سامنے ایسی دلیل پیش کر دی جائے</w:t>
      </w:r>
    </w:p>
    <w:p>
      <w:r>
        <w:rPr>
          <w:b/>
        </w:rPr>
        <w:t xml:space="preserve">[26:37] </w:t>
      </w:r>
      <w:r>
        <w:t>jis ka tor mumkin na ho to wo yeh keh kar usay nazar andaaz kar dein gay ke</w:t>
      </w:r>
    </w:p>
    <w:p>
      <w:pPr>
        <w:jc w:val="right"/>
      </w:pPr>
      <w:r>
        <w:t>جس کا توڑ ممکن نہ ہو تو وہ یہ کہہ کر اسے نظر انداز کر دیں گے کہ</w:t>
      </w:r>
    </w:p>
    <w:p>
      <w:r>
        <w:rPr>
          <w:b/>
        </w:rPr>
        <w:t xml:space="preserve">[26:44] </w:t>
      </w:r>
      <w:r>
        <w:t>yeh to jadu hai</w:t>
      </w:r>
    </w:p>
    <w:p>
      <w:pPr>
        <w:jc w:val="right"/>
      </w:pPr>
      <w:r>
        <w:t>یہ تو جادو ہے</w:t>
      </w:r>
    </w:p>
    <w:p>
      <w:r>
        <w:rPr>
          <w:b/>
        </w:rPr>
        <w:t xml:space="preserve">[26:47] </w:t>
      </w:r>
      <w:r>
        <w:t>yeh un logon ka haal hai jin ko qom</w:t>
      </w:r>
    </w:p>
    <w:p>
      <w:pPr>
        <w:jc w:val="right"/>
      </w:pPr>
      <w:r>
        <w:t>یہ ان لوگوں کا حال ہے جن کو قوم</w:t>
      </w:r>
    </w:p>
    <w:p>
      <w:r>
        <w:rPr>
          <w:b/>
        </w:rPr>
        <w:t xml:space="preserve">[26:51] </w:t>
      </w:r>
      <w:r>
        <w:t>ke andar badhai ka darja mil gaya ho aise logon ke liye ah</w:t>
      </w:r>
    </w:p>
    <w:p>
      <w:pPr>
        <w:jc w:val="right"/>
      </w:pPr>
      <w:r>
        <w:t>کے اندر بڑائی کا درجہ مل گیا ہو ایسے لوگوں کے لیے اح</w:t>
      </w:r>
    </w:p>
    <w:p>
      <w:r>
        <w:rPr>
          <w:b/>
        </w:rPr>
        <w:t xml:space="preserve">[26:57] </w:t>
      </w:r>
      <w:r>
        <w:t>sas un ki badhai ka ehsas is mein rukawat ban jata hai ke woh kisi doosre shakhs ki zuban se jari hone wali sachai ko maan le aise log agar dawat-e-haq ko na manen to dai ko mayoos na hona chahiye woh un doosre logon mein apne hami pa le ga jo jhooti badhai ke ehsas mein mubtala hone se bache hue hon</w:t>
      </w:r>
    </w:p>
    <w:p>
      <w:pPr>
        <w:jc w:val="right"/>
      </w:pPr>
      <w:r>
        <w:t>ساس ان کی بڑائی کا احساس اس میں رکاوٹ بن جاتا ہے کہ وہ کسی دوسرے شخص کی زبان سے جاری ہونے والی سچائی کو مان لیں ایسے لوگ اگر دعوت حق کو نہ مانیں تو داعی کو مایوس نہ ہونا چاہیے وہ ان دوسرے لوگوں میں اپنے حامی پا لے گا جو جھوٹی بڑائی کے احساس میں مبتلا ہونے سے بچے ہوئے ہوں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