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50 Qaf (Qaf) - Maulana Wahiduddin Khan</w:t>
      </w:r>
    </w:p>
    <w:p>
      <w:r>
        <w:t>https://www.youtube.com/watch?v=UvqWVCOmezs</w:t>
      </w:r>
    </w:p>
    <w:p>
      <w:r>
        <w:rPr>
          <w:b/>
        </w:rPr>
        <w:t xml:space="preserve">[00:01] </w:t>
      </w:r>
      <w:r>
        <w:t>bismillah al-rahman al-rahim.</w:t>
      </w:r>
    </w:p>
    <w:p>
      <w:pPr>
        <w:jc w:val="right"/>
      </w:pPr>
      <w:r>
        <w:t>بسم الله الرحمن الرحيم.</w:t>
      </w:r>
    </w:p>
    <w:p>
      <w:r>
        <w:rPr>
          <w:b/>
        </w:rPr>
        <w:t xml:space="preserve">[00:07] </w:t>
      </w:r>
      <w:r>
        <w:t>qaf. wal-quran al-majid.</w:t>
      </w:r>
    </w:p>
    <w:p>
      <w:pPr>
        <w:jc w:val="right"/>
      </w:pPr>
      <w:r>
        <w:t>قاف. والقرآن المجيد.</w:t>
      </w:r>
    </w:p>
    <w:p>
      <w:r>
        <w:rPr>
          <w:b/>
        </w:rPr>
        <w:t xml:space="preserve">[00:16] </w:t>
      </w:r>
      <w:r>
        <w:t>bal ajab</w:t>
      </w:r>
    </w:p>
    <w:p>
      <w:pPr>
        <w:jc w:val="right"/>
      </w:pPr>
      <w:r>
        <w:t>بل عجب</w:t>
      </w:r>
    </w:p>
    <w:p>
      <w:r>
        <w:rPr>
          <w:b/>
        </w:rPr>
        <w:t xml:space="preserve">[00:20] </w:t>
      </w:r>
      <w:r>
        <w:t>an ja'ahum mundhirun minhum faqal al-kafiruna hadha shay'un ajib.</w:t>
      </w:r>
    </w:p>
    <w:p>
      <w:pPr>
        <w:jc w:val="right"/>
      </w:pPr>
      <w:r>
        <w:t>أن جاءهم منذر منهم فقال الكافرون هذا شيء عجيب.</w:t>
      </w:r>
    </w:p>
    <w:p>
      <w:r>
        <w:rPr>
          <w:b/>
        </w:rPr>
        <w:t xml:space="preserve">[00:35] </w:t>
      </w:r>
      <w:r>
        <w:t>a'idha mitna wa kunna turaban dhalika raijun ba'id.</w:t>
      </w:r>
    </w:p>
    <w:p>
      <w:pPr>
        <w:jc w:val="right"/>
      </w:pPr>
      <w:r>
        <w:t>أئذا متنا وكنا ترابًا ذلك رجع بعيد.</w:t>
      </w:r>
    </w:p>
    <w:p>
      <w:r>
        <w:rPr>
          <w:b/>
        </w:rPr>
        <w:t xml:space="preserve">[00:46] </w:t>
      </w:r>
      <w:r>
        <w:t>qad alimna ma tanqusu al-ardu minhum wa indana kitabun hafiz.</w:t>
      </w:r>
    </w:p>
    <w:p>
      <w:pPr>
        <w:jc w:val="right"/>
      </w:pPr>
      <w:r>
        <w:t>قد علمنا ما تنقص الأرض منهم وعندنا كتاب حفيظ.</w:t>
      </w:r>
    </w:p>
    <w:p>
      <w:r>
        <w:rPr>
          <w:b/>
        </w:rPr>
        <w:t xml:space="preserve">[00:57] </w:t>
      </w:r>
      <w:r>
        <w:t>bal kadhabu bil-haqqi lamma ja'ahum fahum fi amrin murij.</w:t>
      </w:r>
    </w:p>
    <w:p>
      <w:pPr>
        <w:jc w:val="right"/>
      </w:pPr>
      <w:r>
        <w:t>بل كذبوا بالحق لما جاءهم فهم في أمر مريج.</w:t>
      </w:r>
    </w:p>
    <w:p>
      <w:r>
        <w:rPr>
          <w:b/>
        </w:rPr>
        <w:t xml:space="preserve">[01:11] </w:t>
      </w:r>
      <w:r>
        <w:t>qaf. qasam hai ba'azmat quran ki. balke un ko taajjub hua ke un ke pas unhi mein se aik darane wala aya.</w:t>
      </w:r>
    </w:p>
    <w:p>
      <w:pPr>
        <w:jc w:val="right"/>
      </w:pPr>
      <w:r>
        <w:t>قاف. قسم ہے باعظمت قرآن کی۔ بل کہ ان کو تعجب ہوا کہ ان کے پاس انہی میں سے ایک ڈرانے والا آیا۔</w:t>
      </w:r>
    </w:p>
    <w:p>
      <w:r>
        <w:rPr>
          <w:b/>
        </w:rPr>
        <w:t xml:space="preserve">[01:23] </w:t>
      </w:r>
      <w:r>
        <w:t>pas munkiron ne kaha ke yeh taajjub ki cheez hai, kiya jab hum mar jayen ge aur mitti ho jayen ge?</w:t>
      </w:r>
    </w:p>
    <w:p>
      <w:pPr>
        <w:jc w:val="right"/>
      </w:pPr>
      <w:r>
        <w:t>پس منکروں نے کہا کہ یہ تعجب کی چیز ہے، کیا جب ہم مر جائیں گے اور مٹی ہو جائیں گے؟</w:t>
      </w:r>
    </w:p>
    <w:p>
      <w:r>
        <w:rPr>
          <w:b/>
        </w:rPr>
        <w:t xml:space="preserve">[01:34] </w:t>
      </w:r>
      <w:r>
        <w:t>yeh dobara zinda hona bohat ba'eed hai. hum ko maloom hai jitna zameen un ke andar se ghatati hai aur hamare pas kitab hai jis mein sab kuch mehfooz hai.</w:t>
      </w:r>
    </w:p>
    <w:p>
      <w:pPr>
        <w:jc w:val="right"/>
      </w:pPr>
      <w:r>
        <w:t>یہ دوبارہ زندہ ہونا بہت بعید ہے۔ ہم کو معلوم ہے جتنا زمین ان کے اندر سے گھٹاتی ہے اور ہمارے پاس کتاب ہے جس میں سب کچھ محفوظ ہے۔</w:t>
      </w:r>
    </w:p>
    <w:p>
      <w:r>
        <w:rPr>
          <w:b/>
        </w:rPr>
        <w:t xml:space="preserve">[01:49] </w:t>
      </w:r>
      <w:r>
        <w:t>balke unhon ne haq ko jhutlaya hai jabke woh un ke pas aa chuka hai. pas woh uljhan mein pare hue hain. tashreeh.</w:t>
      </w:r>
    </w:p>
    <w:p>
      <w:pPr>
        <w:jc w:val="right"/>
      </w:pPr>
      <w:r>
        <w:t>بلکہ انہوں نے حق کو جھٹلایا ہے جبکہ وہ ان کے پاس آ چکا ہے۔ پس وہ الجھن میں پڑے ہوئے ہیں۔ تشریح۔</w:t>
      </w:r>
    </w:p>
    <w:p>
      <w:r>
        <w:rPr>
          <w:b/>
        </w:rPr>
        <w:t xml:space="preserve">[02:01] </w:t>
      </w:r>
      <w:r>
        <w:t>paighambaron ki tareekh batati hai ke un ke ham-zamana log un ko manane ke liye tayyar nahi hote. albattah jab baad ka zamana ata hai to log aasani ke sath un ki paighambarana hasiyat ko tasleem kar lete hain.</w:t>
      </w:r>
    </w:p>
    <w:p>
      <w:pPr>
        <w:jc w:val="right"/>
      </w:pPr>
      <w:r>
        <w:t>پیغمبروں کی تاریخ بتاتی ہے کہ ان کے ہم زمانہ لوگ ان کو ماننے کے لیے تیار نہیں ہوتے۔ البتہ جب بعد کا زمانہ آتا ہے تو لوگ آسانی کے ساتھ ان کی پیغمبرانہ حیثیت کو تسلیم کر لیتے ہیں۔</w:t>
      </w:r>
    </w:p>
    <w:p>
      <w:r>
        <w:rPr>
          <w:b/>
        </w:rPr>
        <w:t xml:space="preserve">[02:20] </w:t>
      </w:r>
      <w:r>
        <w:t>is ki wajah yeh hai ke paighambar apne ham-zamana logon ko apne barabar ka aik shakhs dikhai deta hai.</w:t>
      </w:r>
    </w:p>
    <w:p>
      <w:pPr>
        <w:jc w:val="right"/>
      </w:pPr>
      <w:r>
        <w:t>اس کی وجہ یہ ہے کہ پیغمبر اپنے ہم زمانہ لوگوں کو اپنے برابر کا ایک شخص دکھائی دیتا ہے۔</w:t>
      </w:r>
    </w:p>
    <w:p>
      <w:r>
        <w:rPr>
          <w:b/>
        </w:rPr>
        <w:t xml:space="preserve">[02:30] </w:t>
      </w:r>
      <w:r>
        <w:t>yeh baat un ke liye taajjub-khair ban jati hai ke jis shakhs ko woh apne barabar ka samjhe hue the woh achank bara ban kar un ko naseehat karne lag.</w:t>
      </w:r>
    </w:p>
    <w:p>
      <w:pPr>
        <w:jc w:val="right"/>
      </w:pPr>
      <w:r>
        <w:t>یہ بات ان کے لیے تعجب خیز بن جاتی ہے کہ جس شخص کو وہ اپنے برابر کا سمجھے ہوئے تھے وہ اچانک بڑا بن کر ان کو نصیحت کرنے لگے۔</w:t>
      </w:r>
    </w:p>
    <w:p>
      <w:r>
        <w:rPr>
          <w:b/>
        </w:rPr>
        <w:t xml:space="preserve">[02:43] </w:t>
      </w:r>
      <w:r>
        <w:t>magar baad ke zamane mein paighambar ke sath azmaton ki tareekh wabasta ho chuki hoti hai. is liye baad ke logon ko woh apne se bartar shakhs dikhai dene lagta hai.</w:t>
      </w:r>
    </w:p>
    <w:p>
      <w:pPr>
        <w:jc w:val="right"/>
      </w:pPr>
      <w:r>
        <w:t>مگر بعد کے زمانے میں پیغمبر کے ساتھ عظمتوں کی تاریخ وابستہ ہو چکی ہوتی ہے۔ اس لیے بعد کے لوگوں کو وہ اپنے سے برتر شخص دکھائی دینے لگتا ہے۔</w:t>
      </w:r>
    </w:p>
    <w:p>
      <w:r>
        <w:rPr>
          <w:b/>
        </w:rPr>
        <w:t xml:space="preserve">[02:59] </w:t>
      </w:r>
      <w:r>
        <w:t>yeh wajah hai ke baad ke zamane mein paighambar ki paighambarana hasiyat ko manna logon ke liye mushkil nahi hota. balfaze digar, ibtidai daur ke logon ke samne paighambar aik niza'i shakhsiyat ke roop mein hota hai aur baad ke logon ke samne sabit shuda shakhsiyat ke roop mein.</w:t>
      </w:r>
    </w:p>
    <w:p>
      <w:pPr>
        <w:jc w:val="right"/>
      </w:pPr>
      <w:r>
        <w:t>یہ وجہ ہے کہ بعد کے زمانے میں پیغمبر کی پیغمبرانہ حیثیت کو ماننا لوگوں کے لیے مشکل نہیں ہوتا۔ بالفاظ دیگر، ابتدائی دور کے لوگوں کے سامنے پیغمبر ایک نزاعی شخصیت کے روپ میں ہوتا ہے اور بعد کے لوگوں کے سامنے ثابت شدہ شخصیت کے روپ میں۔</w:t>
      </w:r>
    </w:p>
    <w:p>
      <w:r>
        <w:rPr>
          <w:b/>
        </w:rPr>
        <w:t xml:space="preserve">[03:27] </w:t>
      </w:r>
      <w:r>
        <w:t>daur-e-awwal ke logon ko apne aur paighambar ke darmiyan khala ko pur karne ke liye shu'uri safar tay karna parta hai jabke baad ke zamane mein yeh khala khud tareekh par kar chuki hoti hai.</w:t>
      </w:r>
    </w:p>
    <w:p>
      <w:pPr>
        <w:jc w:val="right"/>
      </w:pPr>
      <w:r>
        <w:t>دور اول کے لوگوں کو اپنے اور پیغمبر کے درمیان خلا کو پر کرنے کے لیے شعوری سفر طے کرنا پڑتا ہے جبکہ بعد کے زمانے میں یہ خلا خود تاریخ پر کر چکی ہوتی ہے۔</w:t>
      </w:r>
    </w:p>
    <w:p>
      <w:r>
        <w:rPr>
          <w:b/>
        </w:rPr>
        <w:t xml:space="preserve">[03:42] </w:t>
      </w:r>
      <w:r>
        <w:t>jo log peghambar ki peghambari par shubah kar rahe hon un ki nazar mein peghambar ki har baat mujtaba ho jati hai. Hatta ke woh baat bhi jis ka aqeedah riwayati taur par un ke yahan maujood hota hai.</w:t>
      </w:r>
    </w:p>
    <w:p>
      <w:pPr>
        <w:jc w:val="right"/>
      </w:pPr>
      <w:r>
        <w:t>جو لوگ پیغمبر کی پیغمبری پر شبہ کر رہے ہوں ان کی نظر میں پیغمبر کی ہر بات مجتبی ہو جاتی ہے۔ حتیٰ کہ وہ بات بھی جس کا عقیدہ روایتی طور پر ان کے یہاں موجود ہوتا ہے۔</w:t>
      </w:r>
    </w:p>
    <w:p>
      <w:r>
        <w:rPr>
          <w:b/>
        </w:rPr>
        <w:t xml:space="preserve">[03:58] </w:t>
      </w:r>
      <w:r>
        <w:t>Tahum yeh baatein logon ke liye uzar nahi ban sakti. Peghambar ko na manne wale agar us ki kitab ki na qabil e taqleed adabi azmat par ghor karen to woh us ke laney wale ko Khuda ka peghambar manne par majboor ho jayenge.</w:t>
      </w:r>
    </w:p>
    <w:p>
      <w:pPr>
        <w:jc w:val="right"/>
      </w:pPr>
      <w:r>
        <w:t>تاہم یہ باتیں لوگوں کے لیے عذر نہیں بن سکتی۔ پیغمبر کو نہ ماننے والے اگر اس کی کتاب کی ناقابل تقلید ادبی عظمت پر غور کریں تو وہ اس کے لانے والے کو خدا کا پیغمبر ماننے پر مجبور ہو جائیں گے۔</w:t>
      </w:r>
    </w:p>
    <w:p>
      <w:r>
        <w:rPr>
          <w:b/>
        </w:rPr>
        <w:t xml:space="preserve">[04:21] </w:t>
      </w:r>
      <w:r>
        <w:t>afalam yanzuru ila al-samai fawqahum kayfa banaynaha wa zayyanaha wa ma laha min furuj?</w:t>
      </w:r>
    </w:p>
    <w:p>
      <w:pPr>
        <w:jc w:val="right"/>
      </w:pPr>
      <w:r>
        <w:t>أفلم ينظروا إلى السماء فوقهم كيف بنيناها وزيناها وما لها من فروج؟</w:t>
      </w:r>
    </w:p>
    <w:p>
      <w:r>
        <w:rPr>
          <w:b/>
        </w:rPr>
        <w:t xml:space="preserve">[04:38] </w:t>
      </w:r>
      <w:r>
        <w:t>wal-ardi madadnaha wa alqayna fiha rawasi wa ambatna fiha min kulli zawjin bahij.</w:t>
      </w:r>
    </w:p>
    <w:p>
      <w:pPr>
        <w:jc w:val="right"/>
      </w:pPr>
      <w:r>
        <w:t>والأرض مددناها وألقينا فيها رواسي وأنبتنا فيها من كل زوج بهيج.</w:t>
      </w:r>
    </w:p>
    <w:p>
      <w:r>
        <w:rPr>
          <w:b/>
        </w:rPr>
        <w:t xml:space="preserve">[04:52] </w:t>
      </w:r>
      <w:r>
        <w:t>tabassuratan wa tazkiratan li kulli abd minib. Wa nazzalna min al-samai ma'an mubarakatan fa ambatna bihi jannatin wa hubba al-hasid.</w:t>
      </w:r>
    </w:p>
    <w:p>
      <w:pPr>
        <w:jc w:val="right"/>
      </w:pPr>
      <w:r>
        <w:t>تبصره وذكرى لكل عبد منيب. ونزلنا من السماء ماء مباركا فأنبتنا به جنات وحب الحصيد.</w:t>
      </w:r>
    </w:p>
    <w:p>
      <w:r>
        <w:rPr>
          <w:b/>
        </w:rPr>
        <w:t xml:space="preserve">[05:18] </w:t>
      </w:r>
      <w:r>
        <w:t>wal-nakhla basi qatin laha tal'un nazid. Rizqan lil-'ibad wa ahyayna bihi baldatan maytatan.</w:t>
      </w:r>
    </w:p>
    <w:p>
      <w:pPr>
        <w:jc w:val="right"/>
      </w:pPr>
      <w:r>
        <w:t>والنخل باسقات لها طلع نظيد. رزقا للعباد وأحيينا به بلده ميتا.</w:t>
      </w:r>
    </w:p>
    <w:p>
      <w:r>
        <w:rPr>
          <w:b/>
        </w:rPr>
        <w:t xml:space="preserve">[05:33] </w:t>
      </w:r>
      <w:r>
        <w:t>kadhalika al-khuruj. Kya in logon ne apne oopar aasman ko nahi dekha?</w:t>
      </w:r>
    </w:p>
    <w:p>
      <w:pPr>
        <w:jc w:val="right"/>
      </w:pPr>
      <w:r>
        <w:t>كذلك الخروج. کیا ان لوگوں نے اپنے اوپر آسمان کو نہیں دیکھا؟</w:t>
      </w:r>
    </w:p>
    <w:p>
      <w:r>
        <w:rPr>
          <w:b/>
        </w:rPr>
        <w:t xml:space="preserve">[05:43] </w:t>
      </w:r>
      <w:r>
        <w:t>Hum ne kaisa us ko banaya aur us ko ronak di aur us mein koi rakhna nahi. Aur zameen ko hum ne phailaya aur us mein pahad daal diye aur us mein har qism ki ronak ki cheez ugai samajhane ko aur yaad dilane ko har us bande ke liye jo rujoo kare.</w:t>
      </w:r>
    </w:p>
    <w:p>
      <w:pPr>
        <w:jc w:val="right"/>
      </w:pPr>
      <w:r>
        <w:t>ہم نے کیسا اس کو بنایا اور اس کو رونق دی اور اس میں کوئی رکھنا نہیں۔ اور زمین کو ہم نے پھیلایا اور اس میں پہاڑ ڈال دیے اور اس میں ہر قسم کی رونق کی چیز اگائی سمجھانے کو اور یاد دلانے کو ہر اس بندے کے لیے جو رجوع کرے۔</w:t>
      </w:r>
    </w:p>
    <w:p>
      <w:r>
        <w:rPr>
          <w:b/>
        </w:rPr>
        <w:t xml:space="preserve">[06:09] </w:t>
      </w:r>
      <w:r>
        <w:t>Aur hum ne aasman se barkat wala pani utara phir us se hum ne bagh ugaye aur kaati jane wali faslein aur khajooron ke lambe darakht jin mein teh ba teh khoshe lagte hain bandoon ki rozi ke liye aur hum ne us ke zariye se murda zameen ko zinda kiya isi tarah zameen se nikalna hoga.</w:t>
      </w:r>
    </w:p>
    <w:p>
      <w:pPr>
        <w:jc w:val="right"/>
      </w:pPr>
      <w:r>
        <w:t>اور ہم نے آسمان سے برکت والا پانی اتارا پھر اس سے ہم نے باغ اگائے اور کاٹی جانے والی فصلیں اور کھجوروں کے لمبے درخت جن میں تہ بتہ خوشے لگتے ہیں بندوں کی روزی کے لیے اور ہم نے اس کے ذریعے سے مردہ زمین کو زندہ کیا اسی طرح زمین سے نکلنا ہوگا۔</w:t>
      </w:r>
    </w:p>
    <w:p>
      <w:r>
        <w:rPr>
          <w:b/>
        </w:rPr>
        <w:t xml:space="preserve">[06:37] </w:t>
      </w:r>
      <w:r>
        <w:t>tashreeh. kainat ki maanoiyat is ki takhleeqi hikmat is ka har qism ke nuqs se khali hona is</w:t>
      </w:r>
    </w:p>
    <w:p>
      <w:pPr>
        <w:jc w:val="right"/>
      </w:pPr>
      <w:r>
        <w:t>تشریح۔ کائنات کی معنویت اس کی تخلیقی حکمت اس کا ہر قسم کے نقص سے خالی ہونا اس</w:t>
      </w:r>
    </w:p>
    <w:p>
      <w:r>
        <w:rPr>
          <w:b/>
        </w:rPr>
        <w:t xml:space="preserve">[06:48] </w:t>
      </w:r>
      <w:r>
        <w:t>ka insani zarooraton ke ain mutabiq hona yeh waqiat har sahib aql ko ghhor o fikr par majboor</w:t>
      </w:r>
    </w:p>
    <w:p>
      <w:pPr>
        <w:jc w:val="right"/>
      </w:pPr>
      <w:r>
        <w:t>کا انسانی ضرورتوں کے عین مطابق ہونا یہ واقعات ہر صاحب عقل کو غور و فکر پر مجبور</w:t>
      </w:r>
    </w:p>
    <w:p>
      <w:r>
        <w:rPr>
          <w:b/>
        </w:rPr>
        <w:t xml:space="preserve">[06:56] </w:t>
      </w:r>
      <w:r>
        <w:t>kartay hain aur jo shakhs sanjeedgi ke sath kainat ke nizam par ghhor karay wo makhlooqat ke andar</w:t>
      </w:r>
    </w:p>
    <w:p>
      <w:pPr>
        <w:jc w:val="right"/>
      </w:pPr>
      <w:r>
        <w:t>کرتے ہیں اور جو شخص سنجیدگی کے ساتھ کائنات کے نظام پر غور کرے وہ مخلوقات کے اندر</w:t>
      </w:r>
    </w:p>
    <w:p>
      <w:r>
        <w:rPr>
          <w:b/>
        </w:rPr>
        <w:t xml:space="preserve">[07:06] </w:t>
      </w:r>
      <w:r>
        <w:t>us ke khaliq ko pa le ga wo dunya ke andar akhirat ki jhalak dekh le ga kyun ke</w:t>
      </w:r>
    </w:p>
    <w:p>
      <w:pPr>
        <w:jc w:val="right"/>
      </w:pPr>
      <w:r>
        <w:t>اس کے خالق کو پا لے گا وہ دنیا کے اندر آخرت کی جھلک دیکھ لے گا کیونکہ</w:t>
      </w:r>
    </w:p>
    <w:p>
      <w:r>
        <w:rPr>
          <w:b/>
        </w:rPr>
        <w:t xml:space="preserve">[07:14] </w:t>
      </w:r>
      <w:r>
        <w:t>akhirat ki dunya darasal maujood dunya hi ka doosra lazmi roop hai.</w:t>
      </w:r>
    </w:p>
    <w:p>
      <w:pPr>
        <w:jc w:val="right"/>
      </w:pPr>
      <w:r>
        <w:t>آخرت کی دنیا دراصل موجہ دنیا ہی کا دوسرا لازمی روپ ہے۔</w:t>
      </w:r>
    </w:p>
    <w:p>
      <w:r>
        <w:rPr>
          <w:b/>
        </w:rPr>
        <w:t xml:space="preserve">[07:21] </w:t>
      </w:r>
      <w:r>
        <w:t>kazzab qabluhum qawmu nooh</w:t>
      </w:r>
    </w:p>
    <w:p>
      <w:pPr>
        <w:jc w:val="right"/>
      </w:pPr>
      <w:r>
        <w:t>كذبت قبلهم قوم نوح</w:t>
      </w:r>
    </w:p>
    <w:p>
      <w:r>
        <w:rPr>
          <w:b/>
        </w:rPr>
        <w:t xml:space="preserve">[07:25] </w:t>
      </w:r>
      <w:r>
        <w:t>wa ashab ur rassi wa thamood</w:t>
      </w:r>
    </w:p>
    <w:p>
      <w:pPr>
        <w:jc w:val="right"/>
      </w:pPr>
      <w:r>
        <w:t>وأصحاب الرس وثمود</w:t>
      </w:r>
    </w:p>
    <w:p>
      <w:r>
        <w:rPr>
          <w:b/>
        </w:rPr>
        <w:t xml:space="preserve">[07:30] </w:t>
      </w:r>
      <w:r>
        <w:t>wa aad wa firawn wa ikhwanu loot</w:t>
      </w:r>
    </w:p>
    <w:p>
      <w:pPr>
        <w:jc w:val="right"/>
      </w:pPr>
      <w:r>
        <w:t>وعاد وفرعون وإخوان لوط</w:t>
      </w:r>
    </w:p>
    <w:p>
      <w:r>
        <w:rPr>
          <w:b/>
        </w:rPr>
        <w:t xml:space="preserve">[07:37] </w:t>
      </w:r>
      <w:r>
        <w:t>wa ashab ul aykata wa qawmu tubba</w:t>
      </w:r>
    </w:p>
    <w:p>
      <w:pPr>
        <w:jc w:val="right"/>
      </w:pPr>
      <w:r>
        <w:t>وأصحاب الأيكة وقوم تبع</w:t>
      </w:r>
    </w:p>
    <w:p>
      <w:r>
        <w:rPr>
          <w:b/>
        </w:rPr>
        <w:t xml:space="preserve">[07:41] </w:t>
      </w:r>
      <w:r>
        <w:t>kullun kazzab ur rusul fa haqq w'eed</w:t>
      </w:r>
    </w:p>
    <w:p>
      <w:pPr>
        <w:jc w:val="right"/>
      </w:pPr>
      <w:r>
        <w:t>كل كذب الرسل فحق وعيد</w:t>
      </w:r>
    </w:p>
    <w:p>
      <w:r>
        <w:rPr>
          <w:b/>
        </w:rPr>
        <w:t xml:space="preserve">[07:48] </w:t>
      </w:r>
      <w:r>
        <w:t>af'ayna bil khalqi al awwal</w:t>
      </w:r>
    </w:p>
    <w:p>
      <w:pPr>
        <w:jc w:val="right"/>
      </w:pPr>
      <w:r>
        <w:t>أفعينا بالخلق الأول</w:t>
      </w:r>
    </w:p>
    <w:p>
      <w:r>
        <w:rPr>
          <w:b/>
        </w:rPr>
        <w:t xml:space="preserve">[07:53] </w:t>
      </w:r>
      <w:r>
        <w:t>bal hum fi labsin min khalqin</w:t>
      </w:r>
    </w:p>
    <w:p>
      <w:pPr>
        <w:jc w:val="right"/>
      </w:pPr>
      <w:r>
        <w:t>بل هم في لبس من خلق</w:t>
      </w:r>
    </w:p>
    <w:p>
      <w:r>
        <w:rPr>
          <w:b/>
        </w:rPr>
        <w:t xml:space="preserve">[07:58] </w:t>
      </w:r>
      <w:r>
        <w:t>jadeed.</w:t>
      </w:r>
    </w:p>
    <w:p>
      <w:pPr>
        <w:jc w:val="right"/>
      </w:pPr>
      <w:r>
        <w:t>جديد۔</w:t>
      </w:r>
    </w:p>
    <w:p>
      <w:r>
        <w:rPr>
          <w:b/>
        </w:rPr>
        <w:t xml:space="preserve">[08:00] </w:t>
      </w:r>
      <w:r>
        <w:t>Un se pehle Nuh ki qom aur Ashab al-Ras aur Samood aur Aad aur Firon aur Loot ke bhai aur A'ikah wale aur Tubba' ki qom ne bhi jhutlaya sab ne peghambaron ko jhutlaya pas mera darana un par waqe ho kar raha.</w:t>
      </w:r>
    </w:p>
    <w:p>
      <w:pPr>
        <w:jc w:val="right"/>
      </w:pPr>
      <w:r>
        <w:t>ان سے پہلے نوح کی قوم اور اصحاب الرس اور ثمود اور عاد اور فرعون اور لوط کے بھائی اور آئکہ والے اور تبع کی قوم نے بھی جھٹلایا سب نے پیغمبروں کو جھٹلایا پس میرا ڈرانا ان پر واقع ہو کر رہا۔</w:t>
      </w:r>
    </w:p>
    <w:p>
      <w:r>
        <w:rPr>
          <w:b/>
        </w:rPr>
        <w:t xml:space="preserve">[08:22] </w:t>
      </w:r>
      <w:r>
        <w:t>Kya hum pehli baar paida karne se ajiz rahe balkeh yeh log asar e nau paida karne ki taraf se shubah mein hain.</w:t>
      </w:r>
    </w:p>
    <w:p>
      <w:pPr>
        <w:jc w:val="right"/>
      </w:pPr>
      <w:r>
        <w:t>کیا ہم پہلی بار پیدا کرنے سے عاجز رہے بلکہ یہ لوگ اثر نوع پیدا کرنے کی طرف سے شبہ میں ہیں۔</w:t>
      </w:r>
    </w:p>
    <w:p>
      <w:r>
        <w:rPr>
          <w:b/>
        </w:rPr>
        <w:t xml:space="preserve">[08:34] </w:t>
      </w:r>
      <w:r>
        <w:t>Tashreeh. Quran ne tareekh ka jo tasawwur pesh kiya hai us ke mutabiq yahan bar bar aisa hua hai ke peghambaron ke inkar ke nateeje mein un ki mukhatib qomein halaak kar di gayeen.</w:t>
      </w:r>
    </w:p>
    <w:p>
      <w:pPr>
        <w:jc w:val="right"/>
      </w:pPr>
      <w:r>
        <w:t>تشریح۔ قرآن نے تاریخ کا جو تصور پیش کیا ہے اس کے مطابق یہاں بار بار ایسا ہوا ہے کہ پیغمبروں کے انکار کے نتیجے میں ان کی مخاطب قومیں ہلاک کر دی گئیں۔</w:t>
      </w:r>
    </w:p>
    <w:p>
      <w:r>
        <w:rPr>
          <w:b/>
        </w:rPr>
        <w:t xml:space="preserve">[08:50] </w:t>
      </w:r>
      <w:r>
        <w:t>Yahan unhi halaak shuda qomon mein se kuch qomon ka zikr bator misaal farmaya gaya hai. Qomon ki yeh halakat darasal akhirat ka ek hissa hai.</w:t>
      </w:r>
    </w:p>
    <w:p>
      <w:pPr>
        <w:jc w:val="right"/>
      </w:pPr>
      <w:r>
        <w:t>یہاں انہی ہلاک شدہ قوموں میں سے کچھ قوموں کا ذکر بطور مثال فرمایا گیا ہے۔ قوموں کی یہ ہلاکت دراصل آخرت کا ایک حصہ ہے۔</w:t>
      </w:r>
    </w:p>
    <w:p>
      <w:r>
        <w:rPr>
          <w:b/>
        </w:rPr>
        <w:t xml:space="preserve">[09:04] </w:t>
      </w:r>
      <w:r>
        <w:t>Munkir e haq ke liye jo azab akhirat mein muqaddar hai us ka ek juz isi aaj ki dunya mein dikha diya jata hai.</w:t>
      </w:r>
    </w:p>
    <w:p>
      <w:pPr>
        <w:jc w:val="right"/>
      </w:pPr>
      <w:r>
        <w:t>منکر حق کے لیے جو عذاب آخرت میں مقدر ہے اس کا ایک جز اسی آج کی دنیا میں دکھا دیا جاتا ہے۔</w:t>
      </w:r>
    </w:p>
    <w:p>
      <w:r>
        <w:rPr>
          <w:b/>
        </w:rPr>
        <w:t xml:space="preserve">[09:15] </w:t>
      </w:r>
      <w:r>
        <w:t>Dunya ki pehli takhleeq us ki doosri takhleeq ke imkan ko sabit kar rahi hai. Agar aadmi sanjeeda ho to akhirat ko manne ke liye us ke baad use kisi aur daleel ki zaroorat nahi.</w:t>
      </w:r>
    </w:p>
    <w:p>
      <w:pPr>
        <w:jc w:val="right"/>
      </w:pPr>
      <w:r>
        <w:t>دنیا کی پہلی تخلیق اس کی دوسری تخلیق کے امکان کو ثابت کر رہی ہے۔ اگر آدمی سنجیدہ ہو تو آخرت کو ماننے کے لیے اس کے بعد اسے کسی اور دلیل کی ضرورت نہیں۔</w:t>
      </w:r>
    </w:p>
    <w:p>
      <w:r>
        <w:rPr>
          <w:b/>
        </w:rPr>
        <w:t xml:space="preserve">[09:33] </w:t>
      </w:r>
      <w:r>
        <w:t>wa laqad khalqnal insaan</w:t>
      </w:r>
    </w:p>
    <w:p>
      <w:pPr>
        <w:jc w:val="right"/>
      </w:pPr>
      <w:r>
        <w:t>ولقد خلقنا الإنسان</w:t>
      </w:r>
    </w:p>
    <w:p>
      <w:r>
        <w:rPr>
          <w:b/>
        </w:rPr>
        <w:t xml:space="preserve">[09:36] </w:t>
      </w:r>
      <w:r>
        <w:t>wa na'lamu ma tuwaswisu bihi nafsuhu wa nahnu aqrabu ilayhi min hablil wareed</w:t>
      </w:r>
    </w:p>
    <w:p>
      <w:pPr>
        <w:jc w:val="right"/>
      </w:pPr>
      <w:r>
        <w:t>ونعلم ما توسوس به نفسه ونحن أقرب إليه من حبل الوريد</w:t>
      </w:r>
    </w:p>
    <w:p>
      <w:r>
        <w:rPr>
          <w:b/>
        </w:rPr>
        <w:t xml:space="preserve">[09:46] </w:t>
      </w:r>
      <w:r>
        <w:t>iz yatalaqqal mutalaqqiyani 'anil yameeni wa 'an ash shamali q'eed</w:t>
      </w:r>
    </w:p>
    <w:p>
      <w:pPr>
        <w:jc w:val="right"/>
      </w:pPr>
      <w:r>
        <w:t>إذ يتلقى المتلقيان عن اليمين وعن الشمال قعيد</w:t>
      </w:r>
    </w:p>
    <w:p>
      <w:r>
        <w:rPr>
          <w:b/>
        </w:rPr>
        <w:t xml:space="preserve">[09:55] </w:t>
      </w:r>
      <w:r>
        <w:t>ma yalfizhu min qawlin illa ladayhi raqeebun 'ateed.</w:t>
      </w:r>
    </w:p>
    <w:p>
      <w:pPr>
        <w:jc w:val="right"/>
      </w:pPr>
      <w:r>
        <w:t>ما يلفظ من قول إلا لديه رقيب عتيد۔</w:t>
      </w:r>
    </w:p>
    <w:p>
      <w:r>
        <w:rPr>
          <w:b/>
        </w:rPr>
        <w:t xml:space="preserve">[10:05] </w:t>
      </w:r>
      <w:r>
        <w:t>Aur hum ne insaan ko paida kiya aur hum jante hain un baaton ko jo us ke dil mein aati hain aur hum dugay gardan se bhi zyada us se qareeb hain.</w:t>
      </w:r>
    </w:p>
    <w:p>
      <w:pPr>
        <w:jc w:val="right"/>
      </w:pPr>
      <w:r>
        <w:t>اور ہم نے انسان کو پیدا کیا اور ہم جانتے ہیں ان باتوں کو جو اس کے دل میں آتی ہیں اور ہم ڈگے گردن سے بھی زیادہ اس سے قریب ہیں۔</w:t>
      </w:r>
    </w:p>
    <w:p>
      <w:r>
        <w:rPr>
          <w:b/>
        </w:rPr>
        <w:t xml:space="preserve">[10:18] </w:t>
      </w:r>
      <w:r>
        <w:t>Jab do lene wale lete rehte hain jo ke dayein aur bayein taraf baithe hain koi lafz woh nahi bolta magar us ke paas ek musta'id nigran maujood hai.</w:t>
      </w:r>
    </w:p>
    <w:p>
      <w:pPr>
        <w:jc w:val="right"/>
      </w:pPr>
      <w:r>
        <w:t>جب دو لینے والے لیتے رہتے ہیں جو کہ دائیں اور بائیں طرف بیٹھے ہیں کوئی لفظ وہ نہیں بولتا مگر اس کے پاس ایک مستعد نگراں موجود ہے۔</w:t>
      </w:r>
    </w:p>
    <w:p>
      <w:r>
        <w:rPr>
          <w:b/>
        </w:rPr>
        <w:t xml:space="preserve">[10:33] </w:t>
      </w:r>
      <w:r>
        <w:t>Tashreeh. Dunya ka mutalia batata hai ke yahan recording ka na qabil e khata nizam maujood hai. Insaan ki soch us ke zehni parde par hamesha ke liye naqsh ho rahi hai.</w:t>
      </w:r>
    </w:p>
    <w:p>
      <w:pPr>
        <w:jc w:val="right"/>
      </w:pPr>
      <w:r>
        <w:t>تشریح۔ دنیا کا مطالعہ بتاتا ہے کہ یہاں ریکارڈنگ کا ناقابل خطا نظام موجود ہے۔ انسان کی سوچ اس کے ذہنی پردے پر ہمیشہ کے لیے نقش ہو رہی ہے۔</w:t>
      </w:r>
    </w:p>
    <w:p>
      <w:r>
        <w:rPr>
          <w:b/>
        </w:rPr>
        <w:t xml:space="preserve">[10:49] </w:t>
      </w:r>
      <w:r>
        <w:t>Insaan ka har bol hawai lehron ki soorat mein mustaqil taur par baqi rehta hai. Insaan ka amal hararti lehron ke zariye kharji dunya mein is tarah mehfooz ho jata hai ke us ko kisi bhi waqt dohranya ja sake.</w:t>
      </w:r>
    </w:p>
    <w:p>
      <w:pPr>
        <w:jc w:val="right"/>
      </w:pPr>
      <w:r>
        <w:t>انسان کا ہر بول ہوائی لہروں کی صورت میں مستقل طور پر باقی رہتا ہے۔ انسان کا عمل حرارتی لہروں کے ذریعے خارجی دنیا میں اس طرح محفوظ ہو جاتا ہے کہ اس کو کسی بھی وقت دہرایا جا سکے۔</w:t>
      </w:r>
    </w:p>
    <w:p>
      <w:r>
        <w:rPr>
          <w:b/>
        </w:rPr>
        <w:t xml:space="preserve">[11:07] </w:t>
      </w:r>
      <w:r>
        <w:t>Yeh sab aaj ki maloom haqiqaten hain. Aur yeh maloom haqiqaten Quran ki is khabar ko qabil e fahm bana rahi hain ke insaan ki niyat us ka qaul aur us ka amal sab kuch khaliq ke ilm mein hai.</w:t>
      </w:r>
    </w:p>
    <w:p>
      <w:pPr>
        <w:jc w:val="right"/>
      </w:pPr>
      <w:r>
        <w:t>یہ سب آج کی معلوم حقیقتیں ہیں۔ اور یہ معلوم حقیقتیں قرآن کی اس خبر کو قابل فہم بنا رہی ہیں کہ انسان کی نیت اس کا قول اور اس کا عمل سب کچھ خالق کے علم میں ہے۔</w:t>
      </w:r>
    </w:p>
    <w:p>
      <w:r>
        <w:rPr>
          <w:b/>
        </w:rPr>
        <w:t xml:space="preserve">[11:25] </w:t>
      </w:r>
      <w:r>
        <w:t>Insaan ki har cheez farishton ke register mein darj ki ja rahi hai.</w:t>
      </w:r>
    </w:p>
    <w:p>
      <w:pPr>
        <w:jc w:val="right"/>
      </w:pPr>
      <w:r>
        <w:t>انسان کی ہر چیز فرشتوں کے رجسٹر میں درج کی جا رہی ہے۔</w:t>
      </w:r>
    </w:p>
    <w:p>
      <w:r>
        <w:rPr>
          <w:b/>
        </w:rPr>
        <w:t xml:space="preserve">[11:32] </w:t>
      </w:r>
      <w:r>
        <w:t>wajaa'at sakratul maut bilhaqq dhalika ma kunta minhu taheed</w:t>
      </w:r>
    </w:p>
    <w:p>
      <w:pPr>
        <w:jc w:val="right"/>
      </w:pPr>
      <w:r>
        <w:t>وجاءت سكرة الموت بالحق ذلك ما كنت منه تحيد</w:t>
      </w:r>
    </w:p>
    <w:p>
      <w:r>
        <w:rPr>
          <w:b/>
        </w:rPr>
        <w:t xml:space="preserve">[11:43] </w:t>
      </w:r>
      <w:r>
        <w:t>wanufikha fis soor</w:t>
      </w:r>
    </w:p>
    <w:p>
      <w:pPr>
        <w:jc w:val="right"/>
      </w:pPr>
      <w:r>
        <w:t>ونفخ في الصور</w:t>
      </w:r>
    </w:p>
    <w:p>
      <w:r>
        <w:rPr>
          <w:b/>
        </w:rPr>
        <w:t xml:space="preserve">[11:47] </w:t>
      </w:r>
      <w:r>
        <w:t>dhalika yawmul waeed</w:t>
      </w:r>
    </w:p>
    <w:p>
      <w:pPr>
        <w:jc w:val="right"/>
      </w:pPr>
      <w:r>
        <w:t>ذلك يوم الوعيد</w:t>
      </w:r>
    </w:p>
    <w:p>
      <w:r>
        <w:rPr>
          <w:b/>
        </w:rPr>
        <w:t xml:space="preserve">[11:52] </w:t>
      </w:r>
      <w:r>
        <w:t>wajaa'at kullu nafs</w:t>
      </w:r>
    </w:p>
    <w:p>
      <w:pPr>
        <w:jc w:val="right"/>
      </w:pPr>
      <w:r>
        <w:t>وجاءت كل نفس</w:t>
      </w:r>
    </w:p>
    <w:p>
      <w:r>
        <w:rPr>
          <w:b/>
        </w:rPr>
        <w:t xml:space="preserve">[11:57] </w:t>
      </w:r>
      <w:r>
        <w:t>min ma'aha sa'iq</w:t>
      </w:r>
    </w:p>
    <w:p>
      <w:pPr>
        <w:jc w:val="right"/>
      </w:pPr>
      <w:r>
        <w:t>من معها سائق</w:t>
      </w:r>
    </w:p>
    <w:p>
      <w:r>
        <w:rPr>
          <w:b/>
        </w:rPr>
        <w:t xml:space="preserve">[12:01] </w:t>
      </w:r>
      <w:r>
        <w:t>wa shaheed laqad kunta fi ghaflatin min hadha fakashafna</w:t>
      </w:r>
    </w:p>
    <w:p>
      <w:pPr>
        <w:jc w:val="right"/>
      </w:pPr>
      <w:r>
        <w:t>وشهيد لقد كنت في غفلة من هذا فكشفنا</w:t>
      </w:r>
    </w:p>
    <w:p>
      <w:r>
        <w:rPr>
          <w:b/>
        </w:rPr>
        <w:t xml:space="preserve">[12:11] </w:t>
      </w:r>
      <w:r>
        <w:t>anka ghita'aka fabasarukal yawma hadeed</w:t>
      </w:r>
    </w:p>
    <w:p>
      <w:pPr>
        <w:jc w:val="right"/>
      </w:pPr>
      <w:r>
        <w:t>عنك غطاءك فبصرك اليوم حديد</w:t>
      </w:r>
    </w:p>
    <w:p>
      <w:r>
        <w:rPr>
          <w:b/>
        </w:rPr>
        <w:t xml:space="preserve">[12:20] </w:t>
      </w:r>
      <w:r>
        <w:t>wa qala qareenuhu hadha ma ladayya ateed</w:t>
      </w:r>
    </w:p>
    <w:p>
      <w:pPr>
        <w:jc w:val="right"/>
      </w:pPr>
      <w:r>
        <w:t>وقال قرينه هذا ما لدي عتيد</w:t>
      </w:r>
    </w:p>
    <w:p>
      <w:r>
        <w:rPr>
          <w:b/>
        </w:rPr>
        <w:t xml:space="preserve">[12:27] </w:t>
      </w:r>
      <w:r>
        <w:t>alqee fi jahannama</w:t>
      </w:r>
    </w:p>
    <w:p>
      <w:pPr>
        <w:jc w:val="right"/>
      </w:pPr>
      <w:r>
        <w:t>ألقي في جهنم</w:t>
      </w:r>
    </w:p>
    <w:p>
      <w:r>
        <w:rPr>
          <w:b/>
        </w:rPr>
        <w:t xml:space="preserve">[12:30] </w:t>
      </w:r>
      <w:r>
        <w:t>kulla kaffarin areed</w:t>
      </w:r>
    </w:p>
    <w:p>
      <w:pPr>
        <w:jc w:val="right"/>
      </w:pPr>
      <w:r>
        <w:t>كل كفار عنيد</w:t>
      </w:r>
    </w:p>
    <w:p>
      <w:r>
        <w:rPr>
          <w:b/>
        </w:rPr>
        <w:t xml:space="preserve">[12:35] </w:t>
      </w:r>
      <w:r>
        <w:t>min na'in lil khairi mu'tadin</w:t>
      </w:r>
    </w:p>
    <w:p>
      <w:pPr>
        <w:jc w:val="right"/>
      </w:pPr>
      <w:r>
        <w:t>من ناع للخير معتد</w:t>
      </w:r>
    </w:p>
    <w:p>
      <w:r>
        <w:rPr>
          <w:b/>
        </w:rPr>
        <w:t xml:space="preserve">[12:39] </w:t>
      </w:r>
      <w:r>
        <w:t>mureed alladhee ja'ala ma'allahi ilahan aakhara fa'alqiyahu fil 'adhabish shadeed</w:t>
      </w:r>
    </w:p>
    <w:p>
      <w:pPr>
        <w:jc w:val="right"/>
      </w:pPr>
      <w:r>
        <w:t>مريد الذي جعل مع الله إلها آخر فألقياه في العذاب الشديد</w:t>
      </w:r>
    </w:p>
    <w:p>
      <w:r>
        <w:rPr>
          <w:b/>
        </w:rPr>
        <w:t xml:space="preserve">[12:52] </w:t>
      </w:r>
      <w:r>
        <w:t>qala qareenuhu rabbana ma</w:t>
      </w:r>
    </w:p>
    <w:p>
      <w:pPr>
        <w:jc w:val="right"/>
      </w:pPr>
      <w:r>
        <w:t>قال قرينه ربنا ما</w:t>
      </w:r>
    </w:p>
    <w:p>
      <w:r>
        <w:rPr>
          <w:b/>
        </w:rPr>
        <w:t xml:space="preserve">[12:57] </w:t>
      </w:r>
      <w:r>
        <w:t>atwaytuhu walakin kana fi dalalin</w:t>
      </w:r>
    </w:p>
    <w:p>
      <w:pPr>
        <w:jc w:val="right"/>
      </w:pPr>
      <w:r>
        <w:t>أطويته ولكن كان في ضلال</w:t>
      </w:r>
    </w:p>
    <w:p>
      <w:r>
        <w:rPr>
          <w:b/>
        </w:rPr>
        <w:t xml:space="preserve">[13:03] </w:t>
      </w:r>
      <w:r>
        <w:t>min ba'eed qala</w:t>
      </w:r>
    </w:p>
    <w:p>
      <w:pPr>
        <w:jc w:val="right"/>
      </w:pPr>
      <w:r>
        <w:t>من بعيد قال</w:t>
      </w:r>
    </w:p>
    <w:p>
      <w:r>
        <w:rPr>
          <w:b/>
        </w:rPr>
        <w:t xml:space="preserve">[13:06] </w:t>
      </w:r>
      <w:r>
        <w:t>la takhtasimoo ladayya wa qad qaddamt ilaykum bilwa'eedi ma yubaddalu qawli ladayya wa ma ana bi dhallamin lil'abeedi</w:t>
      </w:r>
    </w:p>
    <w:p>
      <w:pPr>
        <w:jc w:val="right"/>
      </w:pPr>
      <w:r>
        <w:t>لا تختصموا لدي وقد قدمت إليكم بالوعيد ما يبدل القول لدي وما أنا بظلام للعبيد</w:t>
      </w:r>
    </w:p>
    <w:p>
      <w:r>
        <w:rPr>
          <w:b/>
        </w:rPr>
        <w:t xml:space="preserve">[13:27] </w:t>
      </w:r>
      <w:r>
        <w:t>aur maut ki behoshi haq ke saath aa pahunchi. yeh wohi cheez hai jis se tu bhagta tha. aur sur phoonka jaye ga yeh darrane ka din hoga.</w:t>
      </w:r>
    </w:p>
    <w:p>
      <w:pPr>
        <w:jc w:val="right"/>
      </w:pPr>
      <w:r>
        <w:t>اور موت کی بےہوشی حق کے ساتھ آ پہنچی۔ یہ وہی چیز ہے جس سے تو بھاگتا تھا۔ اور سور پھونکا جائے گا یہ ڈرانے کا دن ہوگا۔</w:t>
      </w:r>
    </w:p>
    <w:p>
      <w:r>
        <w:rPr>
          <w:b/>
        </w:rPr>
        <w:t xml:space="preserve">[13:40] </w:t>
      </w:r>
      <w:r>
        <w:t>har shakhs is tarah aa gaya ke us ke saath aik haankne wala hai aur aik gawahi dene wala. tum is se ghaflat mein rahe pas hum ne tumhare upar se parda hata diya.</w:t>
      </w:r>
    </w:p>
    <w:p>
      <w:pPr>
        <w:jc w:val="right"/>
      </w:pPr>
      <w:r>
        <w:t>ہر شخص اس طرح آ گیا کہ اس کے ساتھ ایک ہانکنے والا ہے اور ایک گواہی دینے والا۔ تم اس سے غفلت میں رہے پس ہم نے تمہارے اوپر سے پردہ ہٹا دیا۔</w:t>
      </w:r>
    </w:p>
    <w:p>
      <w:r>
        <w:rPr>
          <w:b/>
        </w:rPr>
        <w:t xml:space="preserve">[13:56] </w:t>
      </w:r>
      <w:r>
        <w:t>pas aaj tumhari nigaah tez hai. aur us ke saath ka firishta kahe ga yeh jo mere paas tha hazir hai.</w:t>
      </w:r>
    </w:p>
    <w:p>
      <w:pPr>
        <w:jc w:val="right"/>
      </w:pPr>
      <w:r>
        <w:t>پس آج تمہاری نگاہ تیز ہے۔ اور اس کے ساتھ کا فرشتہ کہے گا یہ جو میرے پاس تھا حاضر ہے۔</w:t>
      </w:r>
    </w:p>
    <w:p>
      <w:r>
        <w:rPr>
          <w:b/>
        </w:rPr>
        <w:t xml:space="preserve">[14:07] </w:t>
      </w:r>
      <w:r>
        <w:t>jahannum mein daal do nashukre mukhalif ko neki se rokne wala had se badhne wala shubah daalne wala jis ne Allah ke saath doosre maabood banaye pas is ko daal do sakht azaab mein.</w:t>
      </w:r>
    </w:p>
    <w:p>
      <w:pPr>
        <w:jc w:val="right"/>
      </w:pPr>
      <w:r>
        <w:t>جہنم میں ڈال دو ناشکر مخالف کو نیکی سے روکنے والا حد سے بڑھنے والا شبہ ڈالنے والا جس نے اللہ کے ساتھ دوسرے معبود بنائے پس اس کو ڈال دو سخت عذاب میں۔</w:t>
      </w:r>
    </w:p>
    <w:p>
      <w:r>
        <w:rPr>
          <w:b/>
        </w:rPr>
        <w:t xml:space="preserve">[14:26] </w:t>
      </w:r>
      <w:r>
        <w:t>is ka saathi shaitan kahe ga ke aye hamare rab</w:t>
      </w:r>
    </w:p>
    <w:p>
      <w:pPr>
        <w:jc w:val="right"/>
      </w:pPr>
      <w:r>
        <w:t>اس کا ساتھی شیطان کہے گا کہ اے ہمارے رب</w:t>
      </w:r>
    </w:p>
    <w:p>
      <w:r>
        <w:rPr>
          <w:b/>
        </w:rPr>
        <w:t xml:space="preserve">[14:30] </w:t>
      </w:r>
      <w:r>
        <w:t>maine is ko sarsar nahi banaya balke woh khud rah bhoola hua door pada tha. irshad hoga mere samne jhagra na karo aur maine pehle hi tum ko azaab se dara diya tha.</w:t>
      </w:r>
    </w:p>
    <w:p>
      <w:pPr>
        <w:jc w:val="right"/>
      </w:pPr>
      <w:r>
        <w:t>میں نے اس کو سرکش نہیں بنایا بلکہ وہ خود راہ بھولا ہوا دور پڑا تھا۔ ارشاد ہوگا میرے سامنے جھگڑا نہ کرو اور میں نے پہلے ہی تم کو عذاب سے ڈرا دیا تھا۔</w:t>
      </w:r>
    </w:p>
    <w:p>
      <w:r>
        <w:rPr>
          <w:b/>
        </w:rPr>
        <w:t xml:space="preserve">[14:45] </w:t>
      </w:r>
      <w:r>
        <w:t>mere yahan baat badli nahi jati aur main bando par zulm karne wala nahi hoon. tashreeh.</w:t>
      </w:r>
    </w:p>
    <w:p>
      <w:pPr>
        <w:jc w:val="right"/>
      </w:pPr>
      <w:r>
        <w:t>میرے یہاں بات بدلی نہیں جاتی اور میں بندوں پر ظلم کرنے والا نہیں۔ تشریح۔</w:t>
      </w:r>
    </w:p>
    <w:p>
      <w:r>
        <w:rPr>
          <w:b/>
        </w:rPr>
        <w:t xml:space="preserve">[14:57] </w:t>
      </w:r>
      <w:r>
        <w:t>in aayat mein maut aur us ke baad</w:t>
      </w:r>
    </w:p>
    <w:p>
      <w:pPr>
        <w:jc w:val="right"/>
      </w:pPr>
      <w:r>
        <w:t>ان آیات میں موت اور اس کے بعد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