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49 Al-Hujurat (The Apartments) - Maulana Wahiduddin Khan</w:t>
      </w:r>
    </w:p>
    <w:p>
      <w:r>
        <w:t>https://www.youtube.com/watch?v=BDR5IQoIv50</w:t>
      </w:r>
    </w:p>
    <w:p>
      <w:r>
        <w:rPr>
          <w:b/>
        </w:rPr>
        <w:t xml:space="preserve">[00:01] </w:t>
      </w:r>
      <w:r>
        <w:t>bismillah hir rahman nir raheem.</w:t>
      </w:r>
    </w:p>
    <w:p>
      <w:pPr>
        <w:jc w:val="right"/>
      </w:pPr>
      <w:r>
        <w:t>بسم الله الرحمن الرحيم.</w:t>
      </w:r>
    </w:p>
    <w:p>
      <w:r>
        <w:rPr>
          <w:b/>
        </w:rPr>
        <w:t xml:space="preserve">[00:07] </w:t>
      </w:r>
      <w:r>
        <w:t>ya ayyuha alladhina amanoo la tuqaddimoo bayna yaday allahi wa rasoolihi wattqaw allaha inna allaha samee'un aleem.</w:t>
      </w:r>
    </w:p>
    <w:p>
      <w:pPr>
        <w:jc w:val="right"/>
      </w:pPr>
      <w:r>
        <w:t>يا أيها الذين آمنوا لا تقدموا بين يدي الله ورسوله واتقوا الله إن الله سميع عليم.</w:t>
      </w:r>
    </w:p>
    <w:p>
      <w:r>
        <w:rPr>
          <w:b/>
        </w:rPr>
        <w:t xml:space="preserve">[00:26] </w:t>
      </w:r>
      <w:r>
        <w:t>shuru Allah ke naam se jo bara meherban, nihayat reham wala hai.</w:t>
      </w:r>
    </w:p>
    <w:p>
      <w:pPr>
        <w:jc w:val="right"/>
      </w:pPr>
      <w:r>
        <w:t>شروع اللہ کے نام سے جو بڑا مہربان، نہایت رحم والا ہے۔</w:t>
      </w:r>
    </w:p>
    <w:p>
      <w:r>
        <w:rPr>
          <w:b/>
        </w:rPr>
        <w:t xml:space="preserve">[00:33] </w:t>
      </w:r>
      <w:r>
        <w:t>aye imaan walo! tum Allah aur us ke rasool se aage na barho, aur Allah se daro; be shakk Allah sunne wala, janne wala hai.</w:t>
      </w:r>
    </w:p>
    <w:p>
      <w:pPr>
        <w:jc w:val="right"/>
      </w:pPr>
      <w:r>
        <w:t>اے ایمان والو! تم اللہ اور اس کے رسول سے آگے نہ بڑھو، اور اللہ سے ڈرو؛ بے شک اللہ سننے والا، جاننے والا ہے۔</w:t>
      </w:r>
    </w:p>
    <w:p>
      <w:r>
        <w:rPr>
          <w:b/>
        </w:rPr>
        <w:t xml:space="preserve">[00:47] </w:t>
      </w:r>
      <w:r>
        <w:t>tashreeh: rasool ki rai se apni rai ko upar karna haram hai. rasool Allah sal Allah alaihi wasallam ki zindagi mein is ki surat yeh thi ke majlis mein guftagu karte hue koi aadmi badh badh kar baatein kare,</w:t>
      </w:r>
    </w:p>
    <w:p>
      <w:pPr>
        <w:jc w:val="right"/>
      </w:pPr>
      <w:r>
        <w:t>تشریح: رسول کی رائے سے اپنی رائے کو اوپر کرنا حرام ہے۔ رسول اللہ صلی اللہ علیہ وسلم کی زندگی میں اس کی صورت یہ تھی کہ مجلس میں گفتگو کرتے ہوئے کوئی آدمی بڑھ بڑھ کر باتیں کرے،</w:t>
      </w:r>
    </w:p>
    <w:p>
      <w:r>
        <w:rPr>
          <w:b/>
        </w:rPr>
        <w:t xml:space="preserve">[01:04] </w:t>
      </w:r>
      <w:r>
        <w:t>woh aap ki baat par apni baat ko muqaddam karna chahe. baad ke zamane mein is ka matlab yeh hai ke aadmi khuda o rasool ki di hui hidayat se aazad ho kar apni rai qaim karne lage.</w:t>
      </w:r>
    </w:p>
    <w:p>
      <w:pPr>
        <w:jc w:val="right"/>
      </w:pPr>
      <w:r>
        <w:t>وہ آپ کی بات پر اپنی بات کو مقدم کرنا چاہے۔ بعد کے زمانے میں اس کا مطلب یہ ہے کہ آدمی خدا و رسول کی دی ہوئی ہدایت سے آزاد ہو کر اپنی رائے قائم کرنے لگے۔</w:t>
      </w:r>
    </w:p>
    <w:p>
      <w:r>
        <w:rPr>
          <w:b/>
        </w:rPr>
        <w:t xml:space="preserve">[01:20] </w:t>
      </w:r>
      <w:r>
        <w:t>is qism ki ghaflat hamesha is liye hoti hai ke aadmi yeh bhool jata hai ke Allah is ke upar nigran hai. agar woh jaane ke is ke munh se nikli hui awaz insano tak pahunchne se pehle Allah tak pahunch rahi hai to aadmi ki zuban ruk jaye; woh bolne se zyada chup rehne ko apne liye pasand karne lage.</w:t>
      </w:r>
    </w:p>
    <w:p>
      <w:pPr>
        <w:jc w:val="right"/>
      </w:pPr>
      <w:r>
        <w:t>اس قسم کی غفلت ہمیشہ اس لیے ہوتی ہے کہ آدمی یہ بھول جاتا ہے کہ اللہ اس کے اوپر نگراں ہے۔ اگر وہ جانے کہ اس کے منہ سے نکلی ہوئی آواز انسانوں تک پہنچنے سے پہلے اللہ تک پہنچ رہی ہے تو آدمی کی زبان رک جائے؛ وہ بولنے سے زیادہ چپ رہنے کو اپنے لیے پسند کرنے لگے۔</w:t>
      </w:r>
    </w:p>
    <w:p>
      <w:r>
        <w:rPr>
          <w:b/>
        </w:rPr>
        <w:t xml:space="preserve">[01:47] </w:t>
      </w:r>
      <w:r>
        <w:t>ya ayyuha alladhina amanoo la tarfa'oo aswatakum fawqa sawti annabiyi wala tajharoo lahu bilqawli.</w:t>
      </w:r>
    </w:p>
    <w:p>
      <w:pPr>
        <w:jc w:val="right"/>
      </w:pPr>
      <w:r>
        <w:t>يا أيها الذين آمنوا لا ترفعوا أصواتكم فوق صوت النبي ولا تجهروا له بالقول.</w:t>
      </w:r>
    </w:p>
    <w:p>
      <w:r>
        <w:rPr>
          <w:b/>
        </w:rPr>
        <w:t xml:space="preserve">[02:05] </w:t>
      </w:r>
      <w:r>
        <w:t>wala tajharoo lahu bilqawli kajjahri ba'dikum li ba'din an tahbata a'malukum wa antum la tash'uroon.</w:t>
      </w:r>
    </w:p>
    <w:p>
      <w:pPr>
        <w:jc w:val="right"/>
      </w:pPr>
      <w:r>
        <w:t>ولا تجهروا له بالقول كجهر بعضكم لبعض أن تحبط أعمالكم وأنتم لا تشعرون.</w:t>
      </w:r>
    </w:p>
    <w:p>
      <w:r>
        <w:rPr>
          <w:b/>
        </w:rPr>
        <w:t xml:space="preserve">[02:20] </w:t>
      </w:r>
      <w:r>
        <w:t>inna alladhina yaghuddoona aswatahum 'inda rasoolillahi olai'ka alladhina imtahana allahu quloobahum littuqwa,</w:t>
      </w:r>
    </w:p>
    <w:p>
      <w:pPr>
        <w:jc w:val="right"/>
      </w:pPr>
      <w:r>
        <w:t>إن الذين يغضون أصواتهم عند رسول الله أولئك الذين امتحن الله قلوبهم للتقوى،</w:t>
      </w:r>
    </w:p>
    <w:p>
      <w:r>
        <w:rPr>
          <w:b/>
        </w:rPr>
        <w:t xml:space="preserve">[02:37] </w:t>
      </w:r>
      <w:r>
        <w:t>lahum maghfiratun wa ajrun 'adheem.</w:t>
      </w:r>
    </w:p>
    <w:p>
      <w:pPr>
        <w:jc w:val="right"/>
      </w:pPr>
      <w:r>
        <w:t>لهم مغفرة وأجر عظيم.</w:t>
      </w:r>
    </w:p>
    <w:p>
      <w:r>
        <w:rPr>
          <w:b/>
        </w:rPr>
        <w:t xml:space="preserve">[02:45] </w:t>
      </w:r>
      <w:r>
        <w:t>inna alladhina yunadoonaka min waraa'i alhujurati aktharuhum la ya'qiloon, wa law annahum sabaroo hatta takhraja ilaihim lakan khayran lahum,</w:t>
      </w:r>
    </w:p>
    <w:p>
      <w:pPr>
        <w:jc w:val="right"/>
      </w:pPr>
      <w:r>
        <w:t>إن الذين ينادونك من وراء الحجرات أكثرهم لا يعقلون، ولو أنهم صبروا حتى تخرج إليهم لكان خيراً لهم،</w:t>
      </w:r>
    </w:p>
    <w:p>
      <w:r>
        <w:rPr>
          <w:b/>
        </w:rPr>
        <w:t xml:space="preserve">[03:07] </w:t>
      </w:r>
      <w:r>
        <w:t>wallahu ghafoorun raheem.</w:t>
      </w:r>
    </w:p>
    <w:p>
      <w:pPr>
        <w:jc w:val="right"/>
      </w:pPr>
      <w:r>
        <w:t>والله غفور رحيم.</w:t>
      </w:r>
    </w:p>
    <w:p>
      <w:r>
        <w:rPr>
          <w:b/>
        </w:rPr>
        <w:t xml:space="preserve">[03:13] </w:t>
      </w:r>
      <w:r>
        <w:t>aye imaan walo! tum apni awazein paighambar ki awaz se upar mat karo, aur na us ko is tarah awaz de kar pukaro jis tarah tum aapas mein aik doosre ko pukarte ho.</w:t>
      </w:r>
    </w:p>
    <w:p>
      <w:pPr>
        <w:jc w:val="right"/>
      </w:pPr>
      <w:r>
        <w:t>اے ایمان والو! تم اپنی آوازیں پیغمبر کی آواز سے اوپر مت کرو، اور نہ اس کو اس طرح آواز دے کر پکارو جس طرح تم آپس میں ایک دوسرے کو پکارتے ہو۔</w:t>
      </w:r>
    </w:p>
    <w:p>
      <w:r>
        <w:rPr>
          <w:b/>
        </w:rPr>
        <w:t xml:space="preserve">[03:28] </w:t>
      </w:r>
      <w:r>
        <w:t>kahin aisa na ho ke tumhare a'maal barbad ho jayen aur tum ko khabar bhi na ho. jo log Allah ke rasool ke aage apni awazein past rakhte hain, wohi woh log hain jin ke dilo ko Allah ne taqwa ke liye chun liya hai.</w:t>
      </w:r>
    </w:p>
    <w:p>
      <w:pPr>
        <w:jc w:val="right"/>
      </w:pPr>
      <w:r>
        <w:t>کہیں ایسا نہ ہو کہ تمہارے اعمال برباد ہو جائیں اور تم کو خبر بھی نہ ہو۔ جو لوگ اللہ کے رسول کے آگے اپنی آوازیں پست رکھتے ہیں، وہی وہ لوگ ہیں جن کے دلوں کو اللہ نے تقویٰ کے لیے چن لیا ہے۔</w:t>
      </w:r>
    </w:p>
    <w:p>
      <w:r>
        <w:rPr>
          <w:b/>
        </w:rPr>
        <w:t xml:space="preserve">[03:47] </w:t>
      </w:r>
      <w:r>
        <w:t>un ke liye maafii hai aur baraa savaab hai. jo log tum ko hajrron ke baahar se pukaarte hain, un mein se aksar samajh nahin rakhte, aur agar woh sabr karte yahaan tak ke tum khud un ke paas nikal kar aa jaao to yeh un ke liye behtar hota, aur Allah bakhshne waalaa, meherbaan hai.</w:t>
      </w:r>
    </w:p>
    <w:p>
      <w:pPr>
        <w:jc w:val="right"/>
      </w:pPr>
      <w:r>
        <w:t>ان کے لیے معافی ہے اور بڑا ثواب ہے۔ جو لوگ تم کو حجروں کے باہر سے پکارتے ہیں، ان میں سے اکثر سمجھ نہیں رکھتے، اور اگر وہ صبر کرتے یہاں تک کہ تم خود ان کے پاس نکل کر آ جاؤ تو یہ ان کے لیے بہتر ہوتا، اور اللہ بخشنے والا، مہربان ہے۔</w:t>
      </w:r>
    </w:p>
    <w:p>
      <w:r>
        <w:rPr>
          <w:b/>
        </w:rPr>
        <w:t xml:space="preserve">[04:14] </w:t>
      </w:r>
      <w:r>
        <w:t>tashreeh: atraaf madeenah ke badwi qabaa'il shu'oori i'tibaar se ziyaadah pakhtah na thay. un ke sardaaron ka haal yeh tha ke woh rasool Allah Sal Allahu Alaihi Wa Sallam ki majlis mein aate to aap ko mukhaatib karte hue "ya rasool Allah" kehne ke bajaaye "ya Muhammad" kehte.</w:t>
      </w:r>
    </w:p>
    <w:p>
      <w:pPr>
        <w:jc w:val="right"/>
      </w:pPr>
      <w:r>
        <w:t>تشریح: اطراف مدینہ کے بدوی قبائل شعوری اعتبار سے زیادہ پختہ نہ تھے۔ ان کے سرداروں کا حال یہ تھا کہ وہ رسول اللہ صلی اللہ علیہ وسلم کی مجلس میں آتے تو آپ کو مخاطب کرتے ہوئے "یا رسول اللہ" کہنے کے بجائے "یا محمد" کہتے۔</w:t>
      </w:r>
    </w:p>
    <w:p>
      <w:r>
        <w:rPr>
          <w:b/>
        </w:rPr>
        <w:t xml:space="preserve">[04:38] </w:t>
      </w:r>
      <w:r>
        <w:t>un ki guftagu mutavaaznah na hoti balkeh mutakabiraanah hoti. is se unhein mana kiya gayaa. rasool duniya mein Khuda ka numaayindah hota hai, us ke saamne is tarah ki naashaayistagi Khuda ke saamne naashaayistagi hai,</w:t>
      </w:r>
    </w:p>
    <w:p>
      <w:pPr>
        <w:jc w:val="right"/>
      </w:pPr>
      <w:r>
        <w:t>ان کی گفتگو متوازنہ نہ ہوتی بلکہ متکبرانہ ہوتی۔ اس سے انہیں منع کیا گیا۔ رسول دنیا میں خدا کا نمائندہ ہوتا ہے، اس کے سامنے اس طرح کی ناشائستگی خدا کے سامنے ناشائستگی ہے،</w:t>
      </w:r>
    </w:p>
    <w:p>
      <w:r>
        <w:rPr>
          <w:b/>
        </w:rPr>
        <w:t xml:space="preserve">[04:56] </w:t>
      </w:r>
      <w:r>
        <w:t>jo ke aadmi ko bilkul be qeemat banaa dene waali hai. rasool Allah Sal Allahu Alaihi Wa Sallam ki fawfaat ke baad aap ki laayi hui hidaayat duniya mein aap ki qaaim muqaam hai.</w:t>
      </w:r>
    </w:p>
    <w:p>
      <w:pPr>
        <w:jc w:val="right"/>
      </w:pPr>
      <w:r>
        <w:t>جو کہ آدمی کو بالکل بے قیمت بنا دینے والی ہے۔ رسول اللہ صلی اللہ علیہ وسلم کی وفات کے بعد آپ کی لائی ہوئی ہدایت دنیا میں آپ کی قائم مقام ہے۔</w:t>
      </w:r>
    </w:p>
    <w:p>
      <w:r>
        <w:rPr>
          <w:b/>
        </w:rPr>
        <w:t xml:space="preserve">[05:09] </w:t>
      </w:r>
      <w:r>
        <w:t>ab is muqaddas hidaayat ke saath wohi taabedaari matloob hai jo taabedaari rasool ki zindagi mein rasool ki zaat ke saath matloob hoti thi.</w:t>
      </w:r>
    </w:p>
    <w:p>
      <w:pPr>
        <w:jc w:val="right"/>
      </w:pPr>
      <w:r>
        <w:t>اب اس مقدس ہدایت کے ساتھ وہی تابعداری مطلوب ہے جو تابعداری رسول کی زندگی میں رسول کی ذات کے ساتھ مطلوب ہوتی تھی۔</w:t>
      </w:r>
    </w:p>
    <w:p>
      <w:r>
        <w:rPr>
          <w:b/>
        </w:rPr>
        <w:t xml:space="preserve">[05:22] </w:t>
      </w:r>
      <w:r>
        <w:t>Allah ka dar aadmi ko sanjeedah banaataa hai. kisi ke dil mein agar waaqi'atan Allah ka dar paida ho jaaye to woh khud apne mizaaaj ke tehat woh baaten jaan legaa jis ko doosre log bataane ke baad bhi nahin jaante.</w:t>
      </w:r>
    </w:p>
    <w:p>
      <w:pPr>
        <w:jc w:val="right"/>
      </w:pPr>
      <w:r>
        <w:t>اللہ کا ڈر آدمی کو سنجیدہ بناتا ہے۔ کسی کے دل میں اگر واقعتا اللہ کا ڈر پیدا ہو جائے تو وہ خود اپنے مزاج کے تحت وہ باتیں جان لے گا جس کو دوسرے لوگ بتانے کے بعد بھی نہیں جانتے۔</w:t>
      </w:r>
    </w:p>
    <w:p>
      <w:r>
        <w:rPr>
          <w:b/>
        </w:rPr>
        <w:t xml:space="preserve">[05:40] </w:t>
      </w:r>
      <w:r>
        <w:t>ya ayyuha allazeena aamanoo in jaa'akum faasiqoon binaba'in fatatabayyanoo.</w:t>
      </w:r>
    </w:p>
    <w:p>
      <w:pPr>
        <w:jc w:val="right"/>
      </w:pPr>
      <w:r>
        <w:t>يا أيها الذين آمنوا إن جاءكم فاسقون بنبأ فتبينوا.</w:t>
      </w:r>
    </w:p>
    <w:p>
      <w:r>
        <w:rPr>
          <w:b/>
        </w:rPr>
        <w:t xml:space="preserve">[05:56] </w:t>
      </w:r>
      <w:r>
        <w:t>fatatabayyanoo</w:t>
      </w:r>
    </w:p>
    <w:p>
      <w:pPr>
        <w:jc w:val="right"/>
      </w:pPr>
      <w:r>
        <w:t>فتبينوا</w:t>
      </w:r>
    </w:p>
    <w:p>
      <w:r>
        <w:rPr>
          <w:b/>
        </w:rPr>
        <w:t xml:space="preserve">[06:00] </w:t>
      </w:r>
      <w:r>
        <w:t>an tuseeboo qawman bijahaalatin fatasbihoo 'alaa maa fa'altum naadimeen.</w:t>
      </w:r>
    </w:p>
    <w:p>
      <w:pPr>
        <w:jc w:val="right"/>
      </w:pPr>
      <w:r>
        <w:t>أن تصيبوا قوما بجهالة فتصبحوا على ما فعلتم نادمين.</w:t>
      </w:r>
    </w:p>
    <w:p>
      <w:r>
        <w:rPr>
          <w:b/>
        </w:rPr>
        <w:t xml:space="preserve">[06:12] </w:t>
      </w:r>
      <w:r>
        <w:t>wa'lamoo anna feekum rasoolu Allahi law yutee'ukum fee katheerin min al-amri la'antum, wa laakin Allaha hababa ilaykumul eemaan.</w:t>
      </w:r>
    </w:p>
    <w:p>
      <w:pPr>
        <w:jc w:val="right"/>
      </w:pPr>
      <w:r>
        <w:t>واعلموا أن فيكم رسول الله لو يطيعكم في كثير من الأمر لعنتم، ولكن الله حبب إليكم الإيمان.</w:t>
      </w:r>
    </w:p>
    <w:p>
      <w:r>
        <w:rPr>
          <w:b/>
        </w:rPr>
        <w:t xml:space="preserve">[06:32] </w:t>
      </w:r>
      <w:r>
        <w:t>wa laakin Allaha hababa ilaykumul eemaan wa zayyanahu fee quloobikum wa kariha ilaykumul kufra wal fusooqa wal 'isyaana.</w:t>
      </w:r>
    </w:p>
    <w:p>
      <w:pPr>
        <w:jc w:val="right"/>
      </w:pPr>
      <w:r>
        <w:t>ولكن الله حبب إليكم الإيمان وزينه في قلوبكم وكره إليكم الكفر والفسوق والعصيان.</w:t>
      </w:r>
    </w:p>
    <w:p>
      <w:r>
        <w:rPr>
          <w:b/>
        </w:rPr>
        <w:t xml:space="preserve">[06:49] </w:t>
      </w:r>
      <w:r>
        <w:t>ulaa'ika humur raashidoon. fadlan min Allahi wa ni'mah, wallahu 'aleemun hakeem.</w:t>
      </w:r>
    </w:p>
    <w:p>
      <w:pPr>
        <w:jc w:val="right"/>
      </w:pPr>
      <w:r>
        <w:t>أولئك هم الراشدون. فضلا من الله ونعمة، والله عليم حكيم.</w:t>
      </w:r>
    </w:p>
    <w:p>
      <w:r>
        <w:rPr>
          <w:b/>
        </w:rPr>
        <w:t xml:space="preserve">[07:06] </w:t>
      </w:r>
      <w:r>
        <w:t>ae imaan waalo!</w:t>
      </w:r>
    </w:p>
    <w:p>
      <w:pPr>
        <w:jc w:val="right"/>
      </w:pPr>
      <w:r>
        <w:t>اے ایمان والو!</w:t>
      </w:r>
    </w:p>
    <w:p>
      <w:r>
        <w:rPr>
          <w:b/>
        </w:rPr>
        <w:t xml:space="preserve">[07:07] </w:t>
      </w:r>
      <w:r>
        <w:t>agar koi faasiq tumhaare paas khabar laaye to tum achhi tarah tahqeeq kar liya karo. kahin aisa na ho ke tum kisi groh ko nadaani se koi nuqsaan pahunchaa do,</w:t>
      </w:r>
    </w:p>
    <w:p>
      <w:pPr>
        <w:jc w:val="right"/>
      </w:pPr>
      <w:r>
        <w:t>اگر کوئی فاسق تمہارے پاس خبر لائے تو تم اچھی طرح تحقیق کر لیا کرو۔ کہیں ایسا نہ ہو کہ تم کسی گروہ کو نادانی سے کوئی نقصان پہنچا دو،</w:t>
      </w:r>
    </w:p>
    <w:p>
      <w:r>
        <w:rPr>
          <w:b/>
        </w:rPr>
        <w:t xml:space="preserve">[07:21] </w:t>
      </w:r>
      <w:r>
        <w:t>phir tum ko apne kiye par pachhtanaa paRe, aur jaan lo ke tumhaare darmiyaan Allah ka rasool hai. agar woh bahut se maamlaat mein tumhaari baat maan le to tum baDi mushkil mein paR jaao,</w:t>
      </w:r>
    </w:p>
    <w:p>
      <w:pPr>
        <w:jc w:val="right"/>
      </w:pPr>
      <w:r>
        <w:t>پھر تم کو اپنے کیے پر پچھتانا پڑے، اور جان لو کہ تمہارے درمیان اللہ کا رسول ہے۔ اگر وہ بہت سے معاملات میں تمہاری بات مان لے تو تم بڑی مشکل میں پڑ جاؤ،</w:t>
      </w:r>
    </w:p>
    <w:p>
      <w:r>
        <w:rPr>
          <w:b/>
        </w:rPr>
        <w:t xml:space="preserve">[07:37] </w:t>
      </w:r>
      <w:r>
        <w:t>lekin Allah ne tum ko imaan ki muhabbat di aur us ko tumhaare dilon mein marghoob banaa diya, aur kufr aur fusq aur naafarmaani se tum ko matanfir kar diya.</w:t>
      </w:r>
    </w:p>
    <w:p>
      <w:pPr>
        <w:jc w:val="right"/>
      </w:pPr>
      <w:r>
        <w:t>لیکن اللہ نے تم کو ایمان کی محبت دی اور اس کو تمہارے دلوں میں مرغوب بنا دیا، اور کفر اور فسق اور نافرمانی سے تم کو متنفر کر دیا۔</w:t>
      </w:r>
    </w:p>
    <w:p>
      <w:r>
        <w:rPr>
          <w:b/>
        </w:rPr>
        <w:t xml:space="preserve">[07:52] </w:t>
      </w:r>
      <w:r>
        <w:t>aise hi log Allah ke fazl aur inaam se raah raast par hain, aur Allah jaanne waalaa, hikmat waalaa hai.</w:t>
      </w:r>
    </w:p>
    <w:p>
      <w:pPr>
        <w:jc w:val="right"/>
      </w:pPr>
      <w:r>
        <w:t>ایسے ہی لوگ اللہ کے فضل اور انعام سے راہ راست پر ہیں، اور اللہ جاننے والا، حکمت والا ہے۔</w:t>
      </w:r>
    </w:p>
    <w:p>
      <w:r>
        <w:rPr>
          <w:b/>
        </w:rPr>
        <w:t xml:space="preserve">[08:03] </w:t>
      </w:r>
      <w:r>
        <w:t>tashreeh: koi aadmi doosre shakhs ke baare mein agar aisi khabar de jis mein us shakhs par koi ilzaam aata ho to aisi khabar ko mahaz sun kar maan lena eimaani ehtiyaat ke saraasar khilaaf hai.</w:t>
      </w:r>
    </w:p>
    <w:p>
      <w:pPr>
        <w:jc w:val="right"/>
      </w:pPr>
      <w:r>
        <w:t>تشریح: کوئی آدمی دوسرے شخص کے بارے میں اگر ایسی خبر دے جس میں اس شخص پر کوئی الزام آتا ہو تو ایسی خبر کو محض سن کر مان لینا ایمانی احتیاط کے سراسر خلاف ہے۔</w:t>
      </w:r>
    </w:p>
    <w:p>
      <w:r>
        <w:rPr>
          <w:b/>
        </w:rPr>
        <w:t xml:space="preserve">[08:21] </w:t>
      </w:r>
      <w:r>
        <w:t>sunne waale par laazim hai ke woh is ki zaroori tahqeeq kare, aur jo raaye qaaim kare ghair jaanibdaaraanah tahqeeq ke baad kare, na ke tahqeeq se pehle.</w:t>
      </w:r>
    </w:p>
    <w:p>
      <w:pPr>
        <w:jc w:val="right"/>
      </w:pPr>
      <w:r>
        <w:t>سننے والے پر لازم ہے کہ وہ اس کی ضروری تحقیق کرے، اور جو رائے قائم کرے غیر جانبدارانہ تحقیق کے بعد کرے، نہ کہ تحقیق سے پہلے۔</w:t>
      </w:r>
    </w:p>
    <w:p>
      <w:r>
        <w:rPr>
          <w:b/>
        </w:rPr>
        <w:t xml:space="preserve">[08:37] </w:t>
      </w:r>
      <w:r>
        <w:t>aksar aisa hota hai ke jab is qism ki khabar ek shakhs ko milti hai to us ke saathhi foran us ke khilaaf iqdaam ki baaten karne lagte hain.</w:t>
      </w:r>
    </w:p>
    <w:p>
      <w:pPr>
        <w:jc w:val="right"/>
      </w:pPr>
      <w:r>
        <w:t>اکثر ایسا ہوتا ہے کہ جب اس قسم کی خبر ایک شخص کو ملتی ہے تو اس کے ساتھی فوراً اس کے خلاف اقدام کی باتیں کرنے لگتے ہیں۔</w:t>
      </w:r>
    </w:p>
    <w:p>
      <w:r>
        <w:rPr>
          <w:b/>
        </w:rPr>
        <w:t xml:space="preserve">[08:48] </w:t>
      </w:r>
      <w:r>
        <w:t>yeh sakht ghair zimmedaari ki baat hai. na kisi aadmi ko aisi khabar par tahqeeq se pehle koi raaye qaaim karna chaahiye, aur na us ke saathiyon ko tahqeeq se pehle iqdaam ka mashwara dena chaahiye.</w:t>
      </w:r>
    </w:p>
    <w:p>
      <w:pPr>
        <w:jc w:val="right"/>
      </w:pPr>
      <w:r>
        <w:t>یہ سخت غیر ذمہ داری کی بات ہے۔ نہ کسی آدمی کو ایسی خبر پر تحقیق سے پہلے کوئی رائے قائم کرنا چاہیے، اور نہ اس کے ساتھیوں کو تحقیق سے پہلے اقدام کا مشورہ دینا چاہیے۔</w:t>
      </w:r>
    </w:p>
    <w:p>
      <w:r>
        <w:rPr>
          <w:b/>
        </w:rPr>
        <w:t xml:space="preserve">[09:05] </w:t>
      </w:r>
      <w:r>
        <w:t>jo log waaqi'i hidaayat ke raaste par aa jaayen, un ke andar bilkul mukhtalif mizaaaj paida hota hai. doosron par ilzaam taraashi se un ko nafrat ho jaati hai.</w:t>
      </w:r>
    </w:p>
    <w:p>
      <w:pPr>
        <w:jc w:val="right"/>
      </w:pPr>
      <w:r>
        <w:t>جو لوگ واقعی ہدایت کے راستے پر آ جائیں، ان کے اندر بالکل مختلف مزاج پیدا ہوتا ہے۔ دوسروں پر الزام تراشی سے ان کو نفرت ہو جاتی ہے۔</w:t>
      </w:r>
    </w:p>
    <w:p>
      <w:r>
        <w:rPr>
          <w:b/>
        </w:rPr>
        <w:t xml:space="preserve">[09:18] </w:t>
      </w:r>
      <w:r>
        <w:t>ghair tahqeeqi baat par bolne se ziyaadah woh is par chup rehna pasand karte hain. un ka yeh mizaaaj is baat ki alaamat hota hai ke un ko Khuda ki rehmaton mein se hissah mila hai.</w:t>
      </w:r>
    </w:p>
    <w:p>
      <w:pPr>
        <w:jc w:val="right"/>
      </w:pPr>
      <w:r>
        <w:t>غیر تحقیقی بات پر بولنے سے زیادہ وہ اس پر چپ رہنا پسند کرتے ہیں۔ ان کا یہ مزاج اس بات کی علامت ہوتا ہے کہ ان کو خدا کی رحمتوں میں سے حصہ ملا ہے۔</w:t>
      </w:r>
    </w:p>
    <w:p>
      <w:r>
        <w:rPr>
          <w:b/>
        </w:rPr>
        <w:t xml:space="preserve">[09:32] </w:t>
      </w:r>
      <w:r>
        <w:t>wo imaan fi waqt an ki zindagi mein utra hai jis ka wo apni zabaan se iqraar kar</w:t>
      </w:r>
    </w:p>
    <w:p>
      <w:pPr>
        <w:jc w:val="right"/>
      </w:pPr>
      <w:r>
        <w:t>وہ ایمان فی الواقع ان کی زندگی میں اترا ہے جس کا وہ اپنی زبان سے اقرار کر</w:t>
      </w:r>
    </w:p>
    <w:p>
      <w:r>
        <w:rPr>
          <w:b/>
        </w:rPr>
        <w:t xml:space="preserve">[09:39] </w:t>
      </w:r>
      <w:r>
        <w:t>rahe hain.</w:t>
      </w:r>
    </w:p>
    <w:p>
      <w:pPr>
        <w:jc w:val="right"/>
      </w:pPr>
      <w:r>
        <w:t>رہے ہیں۔</w:t>
      </w:r>
    </w:p>
    <w:p>
      <w:r>
        <w:rPr>
          <w:b/>
        </w:rPr>
        <w:t xml:space="preserve">[10:34] </w:t>
      </w:r>
      <w:r>
        <w:t>innamaa almu'minoona ikhwah, faaslihoo baina akhwaykum, wattaqool laaha la'allakum tarhamoon.</w:t>
      </w:r>
    </w:p>
    <w:p>
      <w:pPr>
        <w:jc w:val="right"/>
      </w:pPr>
      <w:r>
        <w:t>إنما المؤمنون إخوة، فأصلحوا بين أخويكم، واتقوا الله لعلكم ترحمون.</w:t>
      </w:r>
    </w:p>
    <w:p>
      <w:r>
        <w:rPr>
          <w:b/>
        </w:rPr>
        <w:t xml:space="preserve">[10:43] </w:t>
      </w:r>
      <w:r>
        <w:t>aur agar musalmanon ke do giroh aapas mein lad jayen to un ke darmiyan sulah karvao. phir agar un mein ka ek giroh doosre giroh par ziyadati kare to is giroh se lado jo ziyadati karta hai,</w:t>
      </w:r>
    </w:p>
    <w:p>
      <w:pPr>
        <w:jc w:val="right"/>
      </w:pPr>
      <w:r>
        <w:t>اور اگر مسلمانوں کے دو گروہ آپس میں لڑ جائیں تو ان کے درمیان صلح کراؤ۔ پھر اگر ان میں کا ایک گروہ دوسرے گروہ پر زیادتی کرے تو اس گروہ سے لڑو جو زیادتی کرتا ہے،</w:t>
      </w:r>
    </w:p>
    <w:p>
      <w:r>
        <w:rPr>
          <w:b/>
        </w:rPr>
        <w:t xml:space="preserve">[11:00] </w:t>
      </w:r>
      <w:r>
        <w:t>yahan tak ke woh Allah ke hukum ki taraf lot aye. phir agar woh lot aye to un ke darmiyan adal ke sath sulah karvao aur insaf karo.</w:t>
      </w:r>
    </w:p>
    <w:p>
      <w:pPr>
        <w:jc w:val="right"/>
      </w:pPr>
      <w:r>
        <w:t>یہاں تک کہ وہ اللہ کے حکم کی طرف لوٹ آئے۔ پھر اگر وہ لوٹ آئے تو ان کے درمیان عدل کے ساتھ صلح کراؤ اور انصاف کرو۔</w:t>
      </w:r>
    </w:p>
    <w:p>
      <w:r>
        <w:rPr>
          <w:b/>
        </w:rPr>
        <w:t xml:space="preserve">[11:12] </w:t>
      </w:r>
      <w:r>
        <w:t>beshak Allah insaf karne walon ko pasand karta hai. musalman sab bhai hain, pas apne bhaiyon ke darmiyan milap karvao aur Allah se daro ta ke tum par reham kiya jaye.</w:t>
      </w:r>
    </w:p>
    <w:p>
      <w:pPr>
        <w:jc w:val="right"/>
      </w:pPr>
      <w:r>
        <w:t>بے شک اللہ انصاف کرنے والوں کو پسند کرتا ہے۔ مسلمان سب بھائی ہیں، پس اپنے بھائیوں کے درمیان ملاپ کراؤ اور اللہ سے ڈرو تاکہ تم پر رحم کیا جائے۔</w:t>
      </w:r>
    </w:p>
    <w:p>
      <w:r>
        <w:rPr>
          <w:b/>
        </w:rPr>
        <w:t xml:space="preserve">[11:29] </w:t>
      </w:r>
      <w:r>
        <w:t>tashreeh: musalman aapas mein kis tarah rahen? is ka jawab ek lafz mein yeh hai ke woh is tarah rahen jis tarah bhai bhai aapas mein rehte hain.</w:t>
      </w:r>
    </w:p>
    <w:p>
      <w:pPr>
        <w:jc w:val="right"/>
      </w:pPr>
      <w:r>
        <w:t>تشریح: مسلمان آپس میں کس طرح رہیں؟ اس کا جواب ایک لفظ میں یہ ہے کہ وہ اس طرح رہیں جس طرح بھائی بھائی آپس میں رہتے ہیں۔</w:t>
      </w:r>
    </w:p>
    <w:p>
      <w:r>
        <w:rPr>
          <w:b/>
        </w:rPr>
        <w:t xml:space="preserve">[11:43] </w:t>
      </w:r>
      <w:r>
        <w:t>deeni rishta khooni rishte se kisi tarah kam nahin. agar do musalman aapas mein lad jayen to baqi musalmanon ko har giz aisa nahin karna chahiye ke woh un ke darmiyan mazeed aag bharkayen, balkeh unhein bhaiyon wale jazbe ke tehat dono ke darmiyan musalehat ke liye uth jana chahiye.</w:t>
      </w:r>
    </w:p>
    <w:p>
      <w:pPr>
        <w:jc w:val="right"/>
      </w:pPr>
      <w:r>
        <w:t>دینی رشتہ خونی رشتہ سے کسی طرح کم نہیں۔ اگر دو مسلمان آپس میں لڑ جائیں تو بقیہ مسلمانوں کو ہرگز ایسا نہیں کرنا چاہیے کہ وہ ان کے درمیان مزید آگ بھڑکائیں، بلکہ انہیں بھائیوں والے جذبے کے تحت دونوں کے درمیان مصالحت کے لیے اٹھ جانا چاہیے۔</w:t>
      </w:r>
    </w:p>
    <w:p>
      <w:r>
        <w:rPr>
          <w:b/>
        </w:rPr>
        <w:t xml:space="preserve">[12:08] </w:t>
      </w:r>
      <w:r>
        <w:t>do musalman jab aapas mein laren to ek surat yeh hai ke baqi musalman ghair janibdar ban jayen, ya agar woh dakhal den to is tarah ke khandani aur girohi asbiyat ke tehat apnon se mil kar ghairon se ladne lagen.</w:t>
      </w:r>
    </w:p>
    <w:p>
      <w:pPr>
        <w:jc w:val="right"/>
      </w:pPr>
      <w:r>
        <w:t>دو مسلمان جب آپس میں لڑیں تو ایک صورت یہ ہے کہ بقیہ مسلمان غیر جانبدار بن جائیں، یا اگر وہ دخل دیں تو اس طرح کہ خاندانی اور گروہی عصبیت کے تحت اپنوں سے مل کر غیروں سے لڑنے لگیں۔</w:t>
      </w:r>
    </w:p>
    <w:p>
      <w:r>
        <w:rPr>
          <w:b/>
        </w:rPr>
        <w:t xml:space="preserve">[12:26] </w:t>
      </w:r>
      <w:r>
        <w:t>yeh tamam tareeqe Islam ke khilaf hain. sahi Islami tareeqa yeh hai ke asal muamle ki tehqeeq ki jaye aur jo shakhs haq par ho us ka sath diya jaye, aur jo shakhs nah-haq par ho us ko majboor kiya jaye ke woh muamle ke mansifana faisle par razi ho.</w:t>
      </w:r>
    </w:p>
    <w:p>
      <w:pPr>
        <w:jc w:val="right"/>
      </w:pPr>
      <w:r>
        <w:t>یہ تمام طریقے اسلام کے خلاف ہیں۔ صحیح اسلامی طریقہ یہ ہے کہ اصل معاملے کی تحقیق کی جائے اور جو شخص حق پر ہو اس کا ساتھ دیا جائے، اور جو شخص ناحق پر ہو اس کو مجبور کیا جائے کہ وہ معاملے کے منصفانہ فیصلے پر راضی ہو۔</w:t>
      </w:r>
    </w:p>
    <w:p>
      <w:r>
        <w:rPr>
          <w:b/>
        </w:rPr>
        <w:t xml:space="preserve">[12:50] </w:t>
      </w:r>
      <w:r>
        <w:t>Allah se darne wala aadmi kabhi aisa nahin ho sakta ke woh doosron ko ladte hue dekh kar is se lazzat le.</w:t>
      </w:r>
    </w:p>
    <w:p>
      <w:pPr>
        <w:jc w:val="right"/>
      </w:pPr>
      <w:r>
        <w:t>اللہ سے ڈرنے والا آدمی کبھی ایسا نہیں ہو سکتا کہ وہ دوسروں کو لڑتے ہوئے دیکھ کر اس سے لذت لے۔</w:t>
      </w:r>
    </w:p>
    <w:p>
      <w:r>
        <w:rPr>
          <w:b/>
        </w:rPr>
        <w:t xml:space="preserve">[13:00] </w:t>
      </w:r>
      <w:r>
        <w:t>woh aise manzar ko dekh kar tarphega. is ka mizaj us ko majboor karega ke woh dono ke darmiyan taluqat ko durust karane ki koshish kare.</w:t>
      </w:r>
    </w:p>
    <w:p>
      <w:pPr>
        <w:jc w:val="right"/>
      </w:pPr>
      <w:r>
        <w:t>وہ ایسے منظر کو دیکھ کر تڑپے گا۔ اس کا مزاج اس کو مجبور کرے گا کہ وہ دونوں کے درمیان تعلقات کو درست کرانے کی کوشش کرے۔</w:t>
      </w:r>
    </w:p>
    <w:p>
      <w:r>
        <w:rPr>
          <w:b/>
        </w:rPr>
        <w:t xml:space="preserve">[13:11] </w:t>
      </w:r>
      <w:r>
        <w:t>yahi woh log hain jin ke liye Allah par iman Allah ki rehmaton ka darwaza kholne ka sabab ban jata hai.</w:t>
      </w:r>
    </w:p>
    <w:p>
      <w:pPr>
        <w:jc w:val="right"/>
      </w:pPr>
      <w:r>
        <w:t>یہی وہ لوگ ہیں جن کے لیے اللہ پر ایمان اللہ کی رحمتوں کا دروازہ کھولنے کا سبب بن جاتا ہے۔</w:t>
      </w:r>
    </w:p>
    <w:p>
      <w:r>
        <w:rPr>
          <w:b/>
        </w:rPr>
        <w:t xml:space="preserve">[13:23] </w:t>
      </w:r>
      <w:r>
        <w:t>ya ayyuhal ladhina amanu la yaskhar qaumun min qaumin 'asa an yakunu khairam minhum wa la nisa.</w:t>
      </w:r>
    </w:p>
    <w:p>
      <w:pPr>
        <w:jc w:val="right"/>
      </w:pPr>
      <w:r>
        <w:t>يا أيها الذين آمنوا لا يسخر قوم من قوم عسى أن يكونوا خيراً منهم ولا نساء.</w:t>
      </w:r>
    </w:p>
    <w:p>
      <w:r>
        <w:rPr>
          <w:b/>
        </w:rPr>
        <w:t xml:space="preserve">[13:43] </w:t>
      </w:r>
      <w:r>
        <w:t>wa la nisa</w:t>
      </w:r>
    </w:p>
    <w:p>
      <w:pPr>
        <w:jc w:val="right"/>
      </w:pPr>
      <w:r>
        <w:t>ولا نساء</w:t>
      </w:r>
    </w:p>
    <w:p>
      <w:r>
        <w:rPr>
          <w:b/>
        </w:rPr>
        <w:t xml:space="preserve">[13:48] </w:t>
      </w:r>
      <w:r>
        <w:t>min nisa 'asa an yakuna khairam minhunna wa la talmizu anfusakum.</w:t>
      </w:r>
    </w:p>
    <w:p>
      <w:pPr>
        <w:jc w:val="right"/>
      </w:pPr>
      <w:r>
        <w:t>من نساء عسى أن يكن خيراً منهن ولا تلمزوا أنفسكم.</w:t>
      </w:r>
    </w:p>
    <w:p>
      <w:r>
        <w:rPr>
          <w:b/>
        </w:rPr>
        <w:t xml:space="preserve">[14:07] </w:t>
      </w:r>
      <w:r>
        <w:t>wa la talmizu</w:t>
      </w:r>
    </w:p>
    <w:p>
      <w:pPr>
        <w:jc w:val="right"/>
      </w:pPr>
      <w:r>
        <w:t>ولا تلمزوا</w:t>
      </w:r>
    </w:p>
    <w:p>
      <w:r>
        <w:rPr>
          <w:b/>
        </w:rPr>
        <w:t xml:space="preserve">[14:12] </w:t>
      </w:r>
      <w:r>
        <w:t>anfusakum wa la tanabazu bil-alqab. bi'sa al-ismu al-fusqu ba'da al-iman.</w:t>
      </w:r>
    </w:p>
    <w:p>
      <w:pPr>
        <w:jc w:val="right"/>
      </w:pPr>
      <w:r>
        <w:t>أنفسكم ولا تنابزوا بالألقاب. بئس الاسم الفسوق بعد الإيمان.</w:t>
      </w:r>
    </w:p>
    <w:p>
      <w:r>
        <w:rPr>
          <w:b/>
        </w:rPr>
        <w:t xml:space="preserve">[14:22] </w:t>
      </w:r>
      <w:r>
        <w:t>wa man lam yatub fa'ula'ika humu al-zhalimun.</w:t>
      </w:r>
    </w:p>
    <w:p>
      <w:pPr>
        <w:jc w:val="right"/>
      </w:pPr>
      <w:r>
        <w:t>ومن لم يتب فأولئك هم الظالمون.</w:t>
      </w:r>
    </w:p>
    <w:p>
      <w:r>
        <w:rPr>
          <w:b/>
        </w:rPr>
        <w:t xml:space="preserve">[14:33] </w:t>
      </w:r>
      <w:r>
        <w:t>ae iman walo!</w:t>
      </w:r>
    </w:p>
    <w:p>
      <w:pPr>
        <w:jc w:val="right"/>
      </w:pPr>
      <w:r>
        <w:t>اے ایمان والو!</w:t>
      </w:r>
    </w:p>
    <w:p>
      <w:r>
        <w:rPr>
          <w:b/>
        </w:rPr>
        <w:t xml:space="preserve">[14:36] </w:t>
      </w:r>
      <w:r>
        <w:t>na mard doosre mardon ka mazak urayen, ho sakta hai ke woh un se behtar hon, aur na auraten doosri auraton ka mazak urayen, ho sakta hai ke woh un se behtar hon,</w:t>
      </w:r>
    </w:p>
    <w:p>
      <w:pPr>
        <w:jc w:val="right"/>
      </w:pPr>
      <w:r>
        <w:t>نہ مرد دوسرے مردوں کا مذاق اڑائیں، ہو سکتا ہے کہ وہ ان سے بہتر ہوں، اور نہ عورتیں دوسری عورتوں کا مذاق اڑائیں، ہو سکتا ہے کہ وہ ان سے بہتر ہوں،</w:t>
      </w:r>
    </w:p>
    <w:p>
      <w:r>
        <w:rPr>
          <w:b/>
        </w:rPr>
        <w:t xml:space="preserve">[14:51] </w:t>
      </w:r>
      <w:r>
        <w:t>aur na ek doosre ko taana do, aur na ek doosre ko bure laqab se pukaro. iman lane ke baad gunah ka naam lagna bura hai, aur jo baz na ayen to wohi log zalim hain.</w:t>
      </w:r>
    </w:p>
    <w:p>
      <w:pPr>
        <w:jc w:val="right"/>
      </w:pPr>
      <w:r>
        <w:t>اور نہ ایک دوسرے کو طعنہ دو، اور نہ ایک دوسرے کو برے لقب سے پکارو۔ ایمان لانے کے بعد گناہ کا نام لگنا برا ہے، اور جو باز نہ آئیں تو وہی لوگ ظالم ہیں۔</w:t>
      </w:r>
    </w:p>
    <w:p>
      <w:r>
        <w:rPr>
          <w:b/>
        </w:rPr>
        <w:t xml:space="preserve">[15:10] </w:t>
      </w:r>
      <w:r>
        <w:t>tashreeh: har aadmi ke andar paidaishi taur par bara banne ka jazba chupa hua hai. yahi wajah hai ke ek shakhs ko doosre shakhs ki koi baat mil jaye to woh us ko khoob numayan karta hai ta ke is tarah apne ko bara aur doosre ko chota sabit kar sake.</w:t>
      </w:r>
    </w:p>
    <w:p>
      <w:pPr>
        <w:jc w:val="right"/>
      </w:pPr>
      <w:r>
        <w:t>تشریح: ہر آدمی کے اندر پیدائشی طور پر بڑا بننے کا جذبہ چھپا ہوا ہے۔ یہی وجہ ہے کہ ایک شخص کو دوسرے شخص کی کوئی بات مل جائے تو وہ اس کو خوب نمایاں کرتا ہے تاکہ اس طرح اپنے کو بڑا اور دوسرے کو چھوٹا ثابت کرے۔</w:t>
      </w:r>
    </w:p>
    <w:p>
      <w:r>
        <w:rPr>
          <w:b/>
        </w:rPr>
        <w:t xml:space="preserve">[15:35] </w:t>
      </w:r>
      <w:r>
        <w:t>woh doosre ka mazak urata hai, woh doosre par aib lagata hai, woh doosre ko bure naam se yaad karta hai ta ke is ke zariye se apne barhai ke jazbe ki taskeen hasil kar sake.</w:t>
      </w:r>
    </w:p>
    <w:p>
      <w:pPr>
        <w:jc w:val="right"/>
      </w:pPr>
      <w:r>
        <w:t>وہ دوسرے کا مذاق اڑاتا ہے، وہ دوسرے پر عیب لگاتا ہے، وہ دوسرے کو برے نام سے یاد کرتا ہے تاکہ اس کے ذریعے سے اپنے بڑائی کے جذبے کی تسکین حاصل کرے۔</w:t>
      </w:r>
    </w:p>
    <w:p>
      <w:r>
        <w:rPr>
          <w:b/>
        </w:rPr>
        <w:t xml:space="preserve">[15:53] </w:t>
      </w:r>
      <w:r>
        <w:t>magar acha aur bura hone ka meyar woh nahin hai jo aadmi ba-taur khud muqarrar kare.</w:t>
      </w:r>
    </w:p>
    <w:p>
      <w:pPr>
        <w:jc w:val="right"/>
      </w:pPr>
      <w:r>
        <w:t>مگر اچھا اور برا ہونے کا معیار وہ نہیں ہے جو آدمی بطور خود مقرر کرے۔</w:t>
      </w:r>
    </w:p>
    <w:p>
      <w:r>
        <w:rPr>
          <w:b/>
        </w:rPr>
        <w:t xml:space="preserve">[16:03] </w:t>
      </w:r>
      <w:r>
        <w:t>acha darasal woh hai jo Khuda ki nazar mein acha ho, aur bura woh hai jo Khuda ki nazar mein bura thehre.</w:t>
      </w:r>
    </w:p>
    <w:p>
      <w:pPr>
        <w:jc w:val="right"/>
      </w:pPr>
      <w:r>
        <w:t>اچھا دراصل وہ ہے جو خدا کی نظر میں اچھا ہو، اور برا وہ ہے جو خدا کی نظر میں برا ٹھہرے۔</w:t>
      </w:r>
    </w:p>
    <w:p>
      <w:r>
        <w:rPr>
          <w:b/>
        </w:rPr>
        <w:t xml:space="preserve">[16:15] </w:t>
      </w:r>
      <w:r>
        <w:t>agar aadmi ke andar fi waqe is ka ehsas paida ho jaye to us se barhai ka jazba chhin jayega. doosre ka mazak urana, doosre ko taana dena,</w:t>
      </w:r>
    </w:p>
    <w:p>
      <w:pPr>
        <w:jc w:val="right"/>
      </w:pPr>
      <w:r>
        <w:t>اگر آدمی کے اندر فی الواقع اس کا احساس پیدا ہو جائے تو اس سے بڑائی کا جذبہ چھن جائے گا۔ دوسرے کا مذاق اڑانا، دوسرے کو طعنہ دینا،</w:t>
      </w:r>
    </w:p>
    <w:p>
      <w:r>
        <w:rPr>
          <w:b/>
        </w:rPr>
        <w:t xml:space="preserve">[16:30] </w:t>
      </w:r>
      <w:r>
        <w:t>doosre par aib lagana, doosre ko bure laqab se yaad karna sab us ko be-maani maloom hone lagenge kyunke woh jane ga ke logon ke darja aur martaba ka asal faisla Khuda ke yahan hone wala hai.</w:t>
      </w:r>
    </w:p>
    <w:p>
      <w:pPr>
        <w:jc w:val="right"/>
      </w:pPr>
      <w:r>
        <w:t>دوسرے پر عیب لگانا، دوسرے کو برے لقب سے یاد کرنا سب اس کو بے معنی معلوم ہونے لگیں گے کیونکہ وہ جانے گا کہ لوگوں کے درجہ اور مرتبہ کا اصل فیصلہ خدا کے یہاں ہونے والا ہے۔</w:t>
      </w:r>
    </w:p>
    <w:p>
      <w:r>
        <w:rPr>
          <w:b/>
        </w:rPr>
        <w:t xml:space="preserve">[16:50] </w:t>
      </w:r>
      <w:r>
        <w:t>phir agar aaj mein kisi ko haqeer samjhun aur aakhirat ki haqeeqi dunya mein woh izzat wala qarar paaye to mera is ko haqeer samjhna kis qadar be maeni hoga.</w:t>
      </w:r>
    </w:p>
    <w:p>
      <w:pPr>
        <w:jc w:val="right"/>
      </w:pPr>
      <w:r>
        <w:t>پھر اگر آج میں کسی کو حقیر سمجھوں اور آخرت کی حقیقی دنیا میں وہ عزت والا قرار پائے تو میرا اس کو حقیر سمجھنا کس قدر بے معنی ہوگا۔</w:t>
      </w:r>
    </w:p>
    <w:p>
      <w:r>
        <w:rPr>
          <w:b/>
        </w:rPr>
        <w:t xml:space="preserve">[17:07] </w:t>
      </w:r>
      <w:r>
        <w:t>ya ayyuha allazina amanu ijtنبū kathiran min al-zann inna ba'da al-zanni ithmun walā tajassasū walā yaghtab ba'dukum ba'dan.</w:t>
      </w:r>
    </w:p>
    <w:p>
      <w:pPr>
        <w:jc w:val="right"/>
      </w:pPr>
      <w:r>
        <w:t>يا أيها الذين آمنوا اجتنبوا كثيراً من الظن إن بعض الظن إثم ولا تجسسوا ولا تجسسوا ولا يغتب بعضكم بعضاً.</w:t>
      </w:r>
    </w:p>
    <w:p>
      <w:r>
        <w:rPr>
          <w:b/>
        </w:rPr>
        <w:t xml:space="preserve">[17:30] </w:t>
      </w:r>
      <w:r>
        <w:t>ayuhibbu ahadukum an ya'kula lahma akhihi mayyitan fakarehtumūh?</w:t>
      </w:r>
    </w:p>
    <w:p>
      <w:pPr>
        <w:jc w:val="right"/>
      </w:pPr>
      <w:r>
        <w:t>أيحب أحدكم أن يأكل لحم أخيه ميتاً فكرهتموه؟</w:t>
      </w:r>
    </w:p>
    <w:p>
      <w:r>
        <w:rPr>
          <w:b/>
        </w:rPr>
        <w:t xml:space="preserve">[17:42] </w:t>
      </w:r>
      <w:r>
        <w:t>wa-ttaqū allaha inna allaha tawwabun rahim. ae iman walo!</w:t>
      </w:r>
    </w:p>
    <w:p>
      <w:pPr>
        <w:jc w:val="right"/>
      </w:pPr>
      <w:r>
        <w:t>واتقوا الله إن الله تواب رحيم. اے ایمان والو!</w:t>
      </w:r>
    </w:p>
    <w:p>
      <w:r>
        <w:rPr>
          <w:b/>
        </w:rPr>
        <w:t xml:space="preserve">[17:52] </w:t>
      </w:r>
      <w:r>
        <w:t>bohat se gumanon se bacho kyunke baaz guman gunah hotay hain, aur tohmat mein na lago, aur tum mein se koi kisi ki gheebat na kare.</w:t>
      </w:r>
    </w:p>
    <w:p>
      <w:pPr>
        <w:jc w:val="right"/>
      </w:pPr>
      <w:r>
        <w:t>بہت سے گمانوں سے بچو کیونکہ بعض گمان گناہ ہوتے ہیں، اور ٹوہ میں نہ لگو، اور تم میں سے کوئی کسی کی غیبت نہ کرے۔</w:t>
      </w:r>
    </w:p>
    <w:p>
      <w:r>
        <w:rPr>
          <w:b/>
        </w:rPr>
        <w:t xml:space="preserve">[18:07] </w:t>
      </w:r>
      <w:r>
        <w:t>kya tum mein se koi is baat ko pasand karega ke woh apne mary hue bhai ka gosht khaye? is ko tum khud nagawar samajhte ho, aur Allah se daro.</w:t>
      </w:r>
    </w:p>
    <w:p>
      <w:pPr>
        <w:jc w:val="right"/>
      </w:pPr>
      <w:r>
        <w:t>کیا تم میں سے کوئی اس بات کو پسند کرے گا کہ وہ اپنے مرے ہوئے بھائی کا گوشت کھائے؟ اس کو تم خود ناگوار سمجھتے ہو، اور اللہ سے ڈرو۔</w:t>
      </w:r>
    </w:p>
    <w:p>
      <w:r>
        <w:rPr>
          <w:b/>
        </w:rPr>
        <w:t xml:space="preserve">[18:21] </w:t>
      </w:r>
      <w:r>
        <w:t>beshak Allah maaf karne wala, reham karne wala hai. tashreeh: ek aadmi kisi shakhs ke baray mein badguman ho jaye to us ki har baat us ko galat maloom hone lagti hai.</w:t>
      </w:r>
    </w:p>
    <w:p>
      <w:pPr>
        <w:jc w:val="right"/>
      </w:pPr>
      <w:r>
        <w:t>بے شک اللہ معاف کرنے والا، رحم کرنے والا ہے۔ تشریح: ایک آدمی کسی شخص کے بارے میں بدگمان ہو جائے تو اس کی ہر بات اس کو غلط معلوم ہونے لگتی ہے۔</w:t>
      </w:r>
    </w:p>
    <w:p>
      <w:r>
        <w:rPr>
          <w:b/>
        </w:rPr>
        <w:t xml:space="preserve">[18:39] </w:t>
      </w:r>
      <w:r>
        <w:t>us ke baray mein uska zehn manfi rukh par chal parta hai. us ki khoobiyon se ziyada woh us ke aib talash karne lagta hai.</w:t>
      </w:r>
    </w:p>
    <w:p>
      <w:pPr>
        <w:jc w:val="right"/>
      </w:pPr>
      <w:r>
        <w:t>اس کے بارے میں اس کا ذہن منفی رخ پر چل پڑتا ہے۔ اس کی خوبیوں سے زیادہ وہ اس کے عیب تلاش کرنے لگتا ہے۔</w:t>
      </w:r>
    </w:p>
    <w:p>
      <w:r>
        <w:rPr>
          <w:b/>
        </w:rPr>
        <w:t xml:space="preserve">[18:52] </w:t>
      </w:r>
      <w:r>
        <w:t>us ki burai ko bayan kar ke use be izzat karna uska mehboob mashghala ban jata hai.</w:t>
      </w:r>
    </w:p>
    <w:p>
      <w:pPr>
        <w:jc w:val="right"/>
      </w:pPr>
      <w:r>
        <w:t>اس کی برائی کو بیان کر کے اسے بے عزت کرنا اس کا محبوب مشغلہ بن جاتا ہے۔</w:t>
      </w:r>
    </w:p>
    <w:p>
      <w:r>
        <w:rPr>
          <w:b/>
        </w:rPr>
        <w:t xml:space="preserve">[19:02] </w:t>
      </w:r>
      <w:r>
        <w:t>aksar samaji kharabiyon ki jar badguman hai, is liye zaroori hai ke aadmi is mamle mein choukanah rahe.</w:t>
      </w:r>
    </w:p>
    <w:p>
      <w:pPr>
        <w:jc w:val="right"/>
      </w:pPr>
      <w:r>
        <w:t>اکثر سماجی خرابیوں کی جڑ بدگمانی ہے، اس لیے ضروری ہے کہ آدمی اس معاملے میں چوکنہ رہے۔</w:t>
      </w:r>
    </w:p>
    <w:p>
      <w:r>
        <w:rPr>
          <w:b/>
        </w:rPr>
        <w:t xml:space="preserve">[19:12] </w:t>
      </w:r>
      <w:r>
        <w:t>woh badguman ko apne zehn mein dakhil na hone de.</w:t>
      </w:r>
    </w:p>
    <w:p>
      <w:pPr>
        <w:jc w:val="right"/>
      </w:pPr>
      <w:r>
        <w:t>وہ بدگمانی کو اپنے ذہن میں داخل نہ ہونے دے۔</w:t>
      </w:r>
    </w:p>
    <w:p>
      <w:r>
        <w:rPr>
          <w:b/>
        </w:rPr>
        <w:t xml:space="preserve">[19:18] </w:t>
      </w:r>
      <w:r>
        <w:t>aap ko kisi se badguman ho jaye to aap us se mil kar guftagu kar sakte hain, magar yeh sakht ghair akhlaqi fel hai ke kisi ki ghair maujoodgi mein us ko bura kaha jaye jabke woh apni safai ke liye wahan maujood na ho.</w:t>
      </w:r>
    </w:p>
    <w:p>
      <w:pPr>
        <w:jc w:val="right"/>
      </w:pPr>
      <w:r>
        <w:t>آپ کو کسی سے بدگمانی ہو جائے تو آپ اس سے مل کر گفتگو کر سکتے ہیں، مگر یہ سخت غیر اخلاقی فعل ہے کہ کسی کی غیر موجودگی میں اس کو برا کہا جائے جبکہ وہ اپنی صفائی کے لیے وہاں موجود نہ ہو۔</w:t>
      </w:r>
    </w:p>
    <w:p>
      <w:r>
        <w:rPr>
          <w:b/>
        </w:rPr>
        <w:t xml:space="preserve">[19:40] </w:t>
      </w:r>
      <w:r>
        <w:t>waqti taur par kabhi aadmi se is qism ki ghaltiyan ho sakti hain, lekin agar woh Allah se darne wala hai to woh apni ghalti par dhait nahi hoga.</w:t>
      </w:r>
    </w:p>
    <w:p>
      <w:pPr>
        <w:jc w:val="right"/>
      </w:pPr>
      <w:r>
        <w:t>وقتی طور پر کبھی آدمی سے اس قسم کی غلطیاں ہو سکتی ہیں، لیکن اگر وہ اللہ سے ڈرنے والا ہے تو وہ اپنی غلطی پر ڈھیٹ نہیں ہوگا۔</w:t>
      </w:r>
    </w:p>
    <w:p>
      <w:r>
        <w:rPr>
          <w:b/>
        </w:rPr>
        <w:t xml:space="preserve">[19:54] </w:t>
      </w:r>
      <w:r>
        <w:t>uska khauf Khuda us ko foran apni ghalti par mutanabbeh kar dega. woh apni rawish ko chhod kar Allah se maafi ka talib ban jayega.</w:t>
      </w:r>
    </w:p>
    <w:p>
      <w:pPr>
        <w:jc w:val="right"/>
      </w:pPr>
      <w:r>
        <w:t>اس کا خوف خدا اس کو فوراً اپنی غلطی پر متنبہ کر دے گا۔ وہ اپنی روش کو چھوڑ کر اللہ سے معافی کا طالب بن جائے گا۔</w:t>
      </w:r>
    </w:p>
    <w:p>
      <w:r>
        <w:rPr>
          <w:b/>
        </w:rPr>
        <w:t xml:space="preserve">[20:09] </w:t>
      </w:r>
      <w:r>
        <w:t>ya ayyuha alnāsu innā khalaqnakum min dhakarin wa-unthā wa-ja'alnākum shu'ūban wa-qabā'ila li-ta'ārafū.</w:t>
      </w:r>
    </w:p>
    <w:p>
      <w:pPr>
        <w:jc w:val="right"/>
      </w:pPr>
      <w:r>
        <w:t>يا أيها الناس إنا خلقناكم من ذكر وأنثى وجعلناكم شعوباً وقبائل لتعارفوا.</w:t>
      </w:r>
    </w:p>
    <w:p>
      <w:r>
        <w:rPr>
          <w:b/>
        </w:rPr>
        <w:t xml:space="preserve">[20:30] </w:t>
      </w:r>
      <w:r>
        <w:t>inna akramakum 'inda allahi atqākum. inna allaha 'alīmun khabīrun.</w:t>
      </w:r>
    </w:p>
    <w:p>
      <w:pPr>
        <w:jc w:val="right"/>
      </w:pPr>
      <w:r>
        <w:t>إن أكرمكم عند الله أتقاكم. إن الله عليم خبير.</w:t>
      </w:r>
    </w:p>
    <w:p>
      <w:r>
        <w:rPr>
          <w:b/>
        </w:rPr>
        <w:t xml:space="preserve">[20:43] </w:t>
      </w:r>
      <w:r>
        <w:t>ae logon!</w:t>
      </w:r>
    </w:p>
    <w:p>
      <w:pPr>
        <w:jc w:val="right"/>
      </w:pPr>
      <w:r>
        <w:t>اے لوگوں!</w:t>
      </w:r>
    </w:p>
    <w:p>
      <w:r>
        <w:rPr>
          <w:b/>
        </w:rPr>
        <w:t xml:space="preserve">[20:44] </w:t>
      </w:r>
      <w:r>
        <w:t>hum ne tum ko ek mard aur ek aurat se paida kiya, aur tum ko qomon aur khandanon mein taqseem kar diya ta ke tum ek doosre ko pehchano.</w:t>
      </w:r>
    </w:p>
    <w:p>
      <w:pPr>
        <w:jc w:val="right"/>
      </w:pPr>
      <w:r>
        <w:t>ہم نے تم کو ایک مرد اور ایک عورت سے پیدا کیا، اور تم کو قوموں اور خاندانوں میں تقسیم کر دیا تاکہ تم ایک دوسرے کو پہچانو۔</w:t>
      </w:r>
    </w:p>
    <w:p>
      <w:r>
        <w:rPr>
          <w:b/>
        </w:rPr>
        <w:t xml:space="preserve">[20:58] </w:t>
      </w:r>
      <w:r>
        <w:t>beshak Allah ke nazdeek tum mein sab se ziyada izzat wala woh hai jo sab se ziyada parhezgar hai. beshak Allah janne wala, khabar rakhne wala hai.</w:t>
      </w:r>
    </w:p>
    <w:p>
      <w:pPr>
        <w:jc w:val="right"/>
      </w:pPr>
      <w:r>
        <w:t>بے شک اللہ کے نزدیک تم میں سب سے زیادہ عزت والا وہ ہے جو سب سے زیادہ پرہیزگار ہے۔ بے شک اللہ جاننے والا، خبر رکھنے والا ہے۔</w:t>
      </w:r>
    </w:p>
    <w:p>
      <w:r>
        <w:rPr>
          <w:b/>
        </w:rPr>
        <w:t xml:space="preserve">[21:13] </w:t>
      </w:r>
      <w:r>
        <w:t>tashreeh:</w:t>
      </w:r>
    </w:p>
    <w:p>
      <w:pPr>
        <w:jc w:val="right"/>
      </w:pPr>
      <w:r>
        <w:t>تشریح: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