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47 Muhammad (Muhammad) - Maulana Wahiduddin Khan</w:t>
      </w:r>
    </w:p>
    <w:p>
      <w:r>
        <w:t>https://www.youtube.com/watch?v=8A-jVZp8bto</w:t>
      </w:r>
    </w:p>
    <w:p>
      <w:r>
        <w:rPr>
          <w:b/>
        </w:rPr>
        <w:t xml:space="preserve">[00:01] </w:t>
      </w:r>
      <w:r>
        <w:t>bismillah hir rahman nir raheem.</w:t>
      </w:r>
    </w:p>
    <w:p>
      <w:pPr>
        <w:jc w:val="right"/>
      </w:pPr>
      <w:r>
        <w:t>بسم الله الرحمن الرحيم.</w:t>
      </w:r>
    </w:p>
    <w:p>
      <w:r>
        <w:rPr>
          <w:b/>
        </w:rPr>
        <w:t xml:space="preserve">[00:06] </w:t>
      </w:r>
      <w:r>
        <w:t>allazeena kafaroo wa sadddoo an sabeel Allah adalla a'maluhum, wallazeena amanoo wa 'amiloo as-salihate wa amanoo bima nazala 'ala Muhammad wa huwa al-haqqu min Rabbihim kaffara 'anhum sayyi'atihim wa aslahah balahum,</w:t>
      </w:r>
    </w:p>
    <w:p>
      <w:pPr>
        <w:jc w:val="right"/>
      </w:pPr>
      <w:r>
        <w:t>الذين كفروا وصدوا عن سبيل الله أضل أعمالهم، والذين آمنوا وعملوا الصالحات وآمنوا بما نزل على محمد وهو الحق من ربهم كفر عنهم سيئاتهم وأصلح بالهم،</w:t>
      </w:r>
    </w:p>
    <w:p>
      <w:r>
        <w:rPr>
          <w:b/>
        </w:rPr>
        <w:t xml:space="preserve">[00:34] </w:t>
      </w:r>
      <w:r>
        <w:t>zalika bi annallazeena kafaroo ittaba'ool batila wa annallazeena amanoo ittaba'ool haqqa min Rabbihim, kadhalika yadribullahu linnasi amthaluhum.</w:t>
      </w:r>
    </w:p>
    <w:p>
      <w:pPr>
        <w:jc w:val="right"/>
      </w:pPr>
      <w:r>
        <w:t>ذلك بأن الذين كفروا اتبعوا الباطل وأن الذين آمنوا اتبعوا الحق من ربهم، كذلك يضرب الله للناس أمثالهم.</w:t>
      </w:r>
    </w:p>
    <w:p>
      <w:r>
        <w:rPr>
          <w:b/>
        </w:rPr>
        <w:t xml:space="preserve">[00:54] </w:t>
      </w:r>
      <w:r>
        <w:t>shuru Allah ke naam se jo bara meherban, nihayat reham wala hai.</w:t>
      </w:r>
    </w:p>
    <w:p>
      <w:pPr>
        <w:jc w:val="right"/>
      </w:pPr>
      <w:r>
        <w:t>شروع اللہ کے نام سے جو بڑا مہربان، نہایت رحم والا ہے۔</w:t>
      </w:r>
    </w:p>
    <w:p>
      <w:r>
        <w:rPr>
          <w:b/>
        </w:rPr>
        <w:t xml:space="preserve">[01:01] </w:t>
      </w:r>
      <w:r>
        <w:t>jin logon ne inkar kiya aur Allah ke rastay se roka, Allah ne un ke a'maal ko rayegan kar diya.</w:t>
      </w:r>
    </w:p>
    <w:p>
      <w:pPr>
        <w:jc w:val="right"/>
      </w:pPr>
      <w:r>
        <w:t>جن لوگوں نے انکار کیا اور اللہ کے راستے سے روکا، اللہ نے ان کے اعمال کو رائیگاں کر دیا۔</w:t>
      </w:r>
    </w:p>
    <w:p>
      <w:r>
        <w:rPr>
          <w:b/>
        </w:rPr>
        <w:t xml:space="preserve">[01:12] </w:t>
      </w:r>
      <w:r>
        <w:t>aur jo log iman laye aur unhon ne naik a'maal kiye aur us cheez ko mana jo mohabbat par utara gaya hai, aur woh haq hai un ke Rab ki taraf se,</w:t>
      </w:r>
    </w:p>
    <w:p>
      <w:pPr>
        <w:jc w:val="right"/>
      </w:pPr>
      <w:r>
        <w:t>اور جو لوگ ایمان لائے اور انہوں نے نیک عمل کیے اور اس چیز کو مانا جو محبت پر اتارا گیا ہے، اور وہ حق ہے ان کے رب کی طرف سے،</w:t>
      </w:r>
    </w:p>
    <w:p>
      <w:r>
        <w:rPr>
          <w:b/>
        </w:rPr>
        <w:t xml:space="preserve">[01:29] </w:t>
      </w:r>
      <w:r>
        <w:t>Allah ne un ki buraiyan un se door kar deen aur un ka hal durust kar diya. yeh is liye ke jin logon ne inkar kiya unhon ne batil ki pairwi ki, aur jo log iman laye unhon ne haq ki pairwi ki jo un ke Rab ki taraf se hai.</w:t>
      </w:r>
    </w:p>
    <w:p>
      <w:pPr>
        <w:jc w:val="right"/>
      </w:pPr>
      <w:r>
        <w:t>اللہ نے ان کی برائیاں ان سے دور کر دیں اور ان کا حال درست کر دیا۔ یہ اس لیے کہ جن لوگوں نے انکار کیا انہوں نے باطل کی پیروی کی، اور جو لوگ ایمان لائے انہوں نے حق کی پیروی کی جو ان کے رب کی طرف سے ہے۔</w:t>
      </w:r>
    </w:p>
    <w:p>
      <w:r>
        <w:rPr>
          <w:b/>
        </w:rPr>
        <w:t xml:space="preserve">[01:50] </w:t>
      </w:r>
      <w:r>
        <w:t>is tarah Allah logon ke liye un ki misalein bayan karta hai.</w:t>
      </w:r>
    </w:p>
    <w:p>
      <w:pPr>
        <w:jc w:val="right"/>
      </w:pPr>
      <w:r>
        <w:t>اس طرح اللہ لوگوں کے لیے ان کی مثالیں بیان کرتا ہے۔</w:t>
      </w:r>
    </w:p>
    <w:p>
      <w:r>
        <w:rPr>
          <w:b/>
        </w:rPr>
        <w:t xml:space="preserve">[01:59] </w:t>
      </w:r>
      <w:r>
        <w:t>tashreeh: qadeem arab mein jin logon ne Muhammad sal Allah alaihi wasallam ka inkar kiya aur aap ki mukhalifat ki, un ke a'maal zaya ho gaye.</w:t>
      </w:r>
    </w:p>
    <w:p>
      <w:pPr>
        <w:jc w:val="right"/>
      </w:pPr>
      <w:r>
        <w:t>تشریح: قدیم عرب میں جن لوگوں نے محمد صلی اللہ علیہ وسلم کا انکار کیا اور آپ کی مخالفت کی، ان کے اعمال ضائع ہو گئے۔</w:t>
      </w:r>
    </w:p>
    <w:p>
      <w:r>
        <w:rPr>
          <w:b/>
        </w:rPr>
        <w:t xml:space="preserve">[02:12] </w:t>
      </w:r>
      <w:r>
        <w:t>is ka matlab doosre lafzon mein yeh hai ke unhon ne chunke shoori satah par deen dari ka suboot nahi diya, is liye un ke woh a'maal bhi be qeemat qarar paye jo woh riwayati deen dari ki satah par anjam de rahe the.</w:t>
      </w:r>
    </w:p>
    <w:p>
      <w:pPr>
        <w:jc w:val="right"/>
      </w:pPr>
      <w:r>
        <w:t>اس کا مطلب دوسرے لفظوں میں یہ ہے کہ انہوں نے چونکہ شعوری سطح پر دین داری کا ثبوت نہیں دیا، اس لیے ان کے وہ اعمال بھی بے قیمت قرار پائے جو وہ روایتی دین داری کی سطح پر انجام دے رہے تھے۔</w:t>
      </w:r>
    </w:p>
    <w:p>
      <w:r>
        <w:rPr>
          <w:b/>
        </w:rPr>
        <w:t xml:space="preserve">[02:28] </w:t>
      </w:r>
      <w:r>
        <w:t>qadeem arab ke log apne aap ko ibrahim aur ismail ki ummat samajhte the. unhein khana kaba ka muntazim hone ka e'zaz hasil tha.</w:t>
      </w:r>
    </w:p>
    <w:p>
      <w:pPr>
        <w:jc w:val="right"/>
      </w:pPr>
      <w:r>
        <w:t>قدیم عرب کے لوگ اپنے آپ کو ابراہیم اور اسماعیل کی امت سمجھتے تھے۔ انہیں خانہ کعبہ کا منتظم ہونے کا اعزاز حاصل تھا۔</w:t>
      </w:r>
    </w:p>
    <w:p>
      <w:r>
        <w:rPr>
          <w:b/>
        </w:rPr>
        <w:t xml:space="preserve">[02:41] </w:t>
      </w:r>
      <w:r>
        <w:t>un ke yahan kisi na kisi shakal mein namaz, roza, haj ka riwaj bhi maujood tha. hajiyon ki khidmat, rishtedaron ke sath husn suluk, mehmaanon ki tawazu ka bhi un ke yahan charchah tha.</w:t>
      </w:r>
    </w:p>
    <w:p>
      <w:pPr>
        <w:jc w:val="right"/>
      </w:pPr>
      <w:r>
        <w:t>ان کے یہاں کسی نہ کسی شکل میں نماز، روزہ، حج کا رواج بھی موجود تھا۔ حاجیوں کی خدمت، رشتہ داروں کے ساتھ حسن سلوک، مہمانوں کی تواضع کا بھی ان کے یہاں چرچہ تھا۔</w:t>
      </w:r>
    </w:p>
    <w:p>
      <w:r>
        <w:rPr>
          <w:b/>
        </w:rPr>
        <w:t xml:space="preserve">[02:58] </w:t>
      </w:r>
      <w:r>
        <w:t>yeh sab kam agarchah woh bazahir kar rahe the magar woh un ki shuuri dindari ka hissa na tha. woh mahaz riwayati taur par un ki zindagi ka juz bane hue the.</w:t>
      </w:r>
    </w:p>
    <w:p>
      <w:pPr>
        <w:jc w:val="right"/>
      </w:pPr>
      <w:r>
        <w:t>یہ سب کام اگرچہ وہ بظاہر کر رہے تھے مگر وہ ان کی شعوری دین داری کا حصہ نہ تھے۔ وہ محض روایتی طور پر ان کی زندگی کا جز بنے ہوئے تھے۔</w:t>
      </w:r>
    </w:p>
    <w:p>
      <w:r>
        <w:rPr>
          <w:b/>
        </w:rPr>
        <w:t xml:space="preserve">[03:11] </w:t>
      </w:r>
      <w:r>
        <w:t>un aamal ko woh is liye kar rahe the ke woh sadiyon se un ke darmiyan raij chale aa rahe the. magar waqt ke paighambar ko pehchanne ke liye zarori tha ke woh apne shuuur ko mutharrik karen.</w:t>
      </w:r>
    </w:p>
    <w:p>
      <w:pPr>
        <w:jc w:val="right"/>
      </w:pPr>
      <w:r>
        <w:t>ان اعمال کو وہ اس لیے کر رہے تھے کہ وہ صدیوں سے ان کے درمیان رائج چلے آ رہے تھے۔ مگر وقت کے پیغمبر کو پہچاننے کے لیے ضروری تھا کہ وہ اپنے شعور کو متحرک کریں۔</w:t>
      </w:r>
    </w:p>
    <w:p>
      <w:r>
        <w:rPr>
          <w:b/>
        </w:rPr>
        <w:t xml:space="preserve">[03:29] </w:t>
      </w:r>
      <w:r>
        <w:t>woh zaati marfat ki satah par use payen. Muhammad sal Allah alaih wasallam ke sath us waqt qadeem riwayat ka zor shamil na tha, is liye aap ko wahi shakhs pehchan sakta tha jo zaati shuuur ki satah par haqiqat ko pehchanne ki salahiyat rakhta tha.</w:t>
      </w:r>
    </w:p>
    <w:p>
      <w:pPr>
        <w:jc w:val="right"/>
      </w:pPr>
      <w:r>
        <w:t>وہ ذاتی معرفت کی سطح پر اسے پائیں۔ محمد صلی اللہ علیہ وسلم کے ساتھ اس وقت قدیم روایات کا زور شامل نہ تھا، اس لیے آپ کو وہی شخص پہچان سکتا تھا جو ذاتی شعور کی سطح پر حقیقت کو پہچاننے کی صلاحیت رکھتا ہو۔</w:t>
      </w:r>
    </w:p>
    <w:p>
      <w:r>
        <w:rPr>
          <w:b/>
        </w:rPr>
        <w:t xml:space="preserve">[03:51] </w:t>
      </w:r>
      <w:r>
        <w:t>jab unhon ne waqt ke paighambar ka inkar kiya to yeh sabit ho gaya ke un ki dindari mahaz riwayat ke tehat hai na ke shuuur ke tehat.</w:t>
      </w:r>
    </w:p>
    <w:p>
      <w:pPr>
        <w:jc w:val="right"/>
      </w:pPr>
      <w:r>
        <w:t>جب انہوں نے وقت کے پیغمبر کا انکار کیا تو یہ ثابت ہو گیا کہ ان کی دین داری محض روایت کے تحت ہے نہ کہ شعور کے تحت۔</w:t>
      </w:r>
    </w:p>
    <w:p>
      <w:r>
        <w:rPr>
          <w:b/>
        </w:rPr>
        <w:t xml:space="preserve">[04:03] </w:t>
      </w:r>
      <w:r>
        <w:t>aur Allah ko shuuri dindari matloob hai na ke mahaz riwayati dindari.</w:t>
      </w:r>
    </w:p>
    <w:p>
      <w:pPr>
        <w:jc w:val="right"/>
      </w:pPr>
      <w:r>
        <w:t>اور اللہ کو شعوری دین داری مطلوب ہے نہ کہ محض روایتی دین داری۔</w:t>
      </w:r>
    </w:p>
    <w:p>
      <w:r>
        <w:rPr>
          <w:b/>
        </w:rPr>
        <w:t xml:space="preserve">[04:12] </w:t>
      </w:r>
      <w:r>
        <w:t>is ke baraks jo log waqt ke paighambar par iman laye, unhon ne yeh saboot diya ke woh shuuur ki satah par dindar banne ki salahiyat rakhte hain.</w:t>
      </w:r>
    </w:p>
    <w:p>
      <w:pPr>
        <w:jc w:val="right"/>
      </w:pPr>
      <w:r>
        <w:t>اس کے برعکس جو لوگ وقت کے پیغمبر پر ایمان لائے، انہوں نے یہ ثبوت دیا کہ وہ شعور کی سطح پر دین دار بننے کی صلاحیت رکھتے ہیں۔</w:t>
      </w:r>
    </w:p>
    <w:p>
      <w:r>
        <w:rPr>
          <w:b/>
        </w:rPr>
        <w:t xml:space="preserve">[04:22] </w:t>
      </w:r>
      <w:r>
        <w:t>chunanchah woh Khuda ke yahan qabil-e-qubool aur qabil-e-inaam qarar paye.</w:t>
      </w:r>
    </w:p>
    <w:p>
      <w:pPr>
        <w:jc w:val="right"/>
      </w:pPr>
      <w:r>
        <w:t>چنانچہ وہ خدا کے یہاں قابل قبول اور قابل انعام قرار پائے۔</w:t>
      </w:r>
    </w:p>
    <w:p>
      <w:r>
        <w:rPr>
          <w:b/>
        </w:rPr>
        <w:t xml:space="preserve">[04:30] </w:t>
      </w:r>
      <w:r>
        <w:t>tareekh ka tajruba batata hai ke mazi ke zor par manane wale log hal ki marfat ke imtehan mein fail ho jate hain.</w:t>
      </w:r>
    </w:p>
    <w:p>
      <w:pPr>
        <w:jc w:val="right"/>
      </w:pPr>
      <w:r>
        <w:t>تاریخ کا تجربہ بتاتا ہے کہ ماضی کے زور پر ماننے والے لوگ حال کی معرفت کے امتحان میں فیل ہو جاتے ہیں۔</w:t>
      </w:r>
    </w:p>
    <w:p>
      <w:r>
        <w:rPr>
          <w:b/>
        </w:rPr>
        <w:t xml:space="preserve">[04:41] </w:t>
      </w:r>
      <w:r>
        <w:t>doosron ki nazar se dekhne wale apni nazar se dekhne mein hamesha nakaam rehte hain.</w:t>
      </w:r>
    </w:p>
    <w:p>
      <w:pPr>
        <w:jc w:val="right"/>
      </w:pPr>
      <w:r>
        <w:t>دوسروں کی نظر سے دیکھنے والے اپنی نظر سے دیکھنے میں ہمیشہ ناکام رہتے ہیں۔</w:t>
      </w:r>
    </w:p>
    <w:p>
      <w:r>
        <w:rPr>
          <w:b/>
        </w:rPr>
        <w:t xml:space="preserve">[04:49] </w:t>
      </w:r>
      <w:r>
        <w:t>faidha laqaytumulladheena kafaroo fadribur riqabi hatta</w:t>
      </w:r>
    </w:p>
    <w:p>
      <w:pPr>
        <w:jc w:val="right"/>
      </w:pPr>
      <w:r>
        <w:t>فإذا لقيتم الذين كفروا فضرب الرقاب حتى</w:t>
      </w:r>
    </w:p>
    <w:p>
      <w:r>
        <w:rPr>
          <w:b/>
        </w:rPr>
        <w:t xml:space="preserve">[04:57] </w:t>
      </w:r>
      <w:r>
        <w:t>idha fakhkhantumoohum fashuddul wathaq,</w:t>
      </w:r>
    </w:p>
    <w:p>
      <w:pPr>
        <w:jc w:val="right"/>
      </w:pPr>
      <w:r>
        <w:t>إذا أفخنتموهم فشدوا الوثاق،</w:t>
      </w:r>
    </w:p>
    <w:p>
      <w:r>
        <w:rPr>
          <w:b/>
        </w:rPr>
        <w:t xml:space="preserve">[05:06] </w:t>
      </w:r>
      <w:r>
        <w:t>fashuddul wathaq fa'imma</w:t>
      </w:r>
    </w:p>
    <w:p>
      <w:pPr>
        <w:jc w:val="right"/>
      </w:pPr>
      <w:r>
        <w:t>فشدوا الوثاق فإما</w:t>
      </w:r>
    </w:p>
    <w:p>
      <w:r>
        <w:rPr>
          <w:b/>
        </w:rPr>
        <w:t xml:space="preserve">[05:11] </w:t>
      </w:r>
      <w:r>
        <w:t>manna ba'du wa'imma</w:t>
      </w:r>
    </w:p>
    <w:p>
      <w:pPr>
        <w:jc w:val="right"/>
      </w:pPr>
      <w:r>
        <w:t>منا بعد وإما</w:t>
      </w:r>
    </w:p>
    <w:p>
      <w:r>
        <w:rPr>
          <w:b/>
        </w:rPr>
        <w:t xml:space="preserve">[05:15] </w:t>
      </w:r>
      <w:r>
        <w:t>fidaa'a hatta tada'al harbu awzaraaha.</w:t>
      </w:r>
    </w:p>
    <w:p>
      <w:pPr>
        <w:jc w:val="right"/>
      </w:pPr>
      <w:r>
        <w:t>فداء حتى تضع الحرب أوزارها.</w:t>
      </w:r>
    </w:p>
    <w:p>
      <w:r>
        <w:rPr>
          <w:b/>
        </w:rPr>
        <w:t xml:space="preserve">[05:22] </w:t>
      </w:r>
      <w:r>
        <w:t>zalika wa lau yashaa Allahu lantasar minhum walakin liyabluwa ba'dakum biba'din.</w:t>
      </w:r>
    </w:p>
    <w:p>
      <w:pPr>
        <w:jc w:val="right"/>
      </w:pPr>
      <w:r>
        <w:t>ذلك ولو يشاء الله لانتصر منهم ولكن ليبلو بعضكم ببعض.</w:t>
      </w:r>
    </w:p>
    <w:p>
      <w:r>
        <w:rPr>
          <w:b/>
        </w:rPr>
        <w:t xml:space="preserve">[05:36] </w:t>
      </w:r>
      <w:r>
        <w:t>wallazina qutiloo fi sabilillah falan yudilla a'maluhum. sayahdihim wa yuslihu balahum wa yudkhiluhum al jannata arrafaha lahum.</w:t>
      </w:r>
    </w:p>
    <w:p>
      <w:pPr>
        <w:jc w:val="right"/>
      </w:pPr>
      <w:r>
        <w:t>والذين قتلوا في سبيل الله فلن يضل أعمالهم. سيهديهم ويصلح بالهم ويدخلهم الجنة عرفها لهم.</w:t>
      </w:r>
    </w:p>
    <w:p>
      <w:r>
        <w:rPr>
          <w:b/>
        </w:rPr>
        <w:t xml:space="preserve">[05:56] </w:t>
      </w:r>
      <w:r>
        <w:t>pas jab munkiron se tumhara muqablah ho to un ki gardanen maro. yahan tak ke jab khoob qatl kar chuko to un ko mazboot bandh lo.</w:t>
      </w:r>
    </w:p>
    <w:p>
      <w:pPr>
        <w:jc w:val="right"/>
      </w:pPr>
      <w:r>
        <w:t>پس جب منکروں سے تمہارا مقابلہ ہو تو ان کی گردنیں مارو۔ یہاں تک کہ جب خوب قتل کر چکو تو ان کو مضبوط باندھ لو۔</w:t>
      </w:r>
    </w:p>
    <w:p>
      <w:r>
        <w:rPr>
          <w:b/>
        </w:rPr>
        <w:t xml:space="preserve">[06:05] </w:t>
      </w:r>
      <w:r>
        <w:t>phir is ke baad ya to ehsan kar ke chhodna hai ya muawzah le kar. yahan tak ke jang apne hathiyar rakh de. yeh hai kam.</w:t>
      </w:r>
    </w:p>
    <w:p>
      <w:pPr>
        <w:jc w:val="right"/>
      </w:pPr>
      <w:r>
        <w:t>پھر اس کے بعد یا تو احسان کر کے چھوڑنا ہے یا معاوضہ لے کر۔ یہاں تک کہ جنگ اپنے ہتھیار رکھ دے۔ یہ ہے کام۔</w:t>
      </w:r>
    </w:p>
    <w:p>
      <w:r>
        <w:rPr>
          <w:b/>
        </w:rPr>
        <w:t xml:space="preserve">[06:16] </w:t>
      </w:r>
      <w:r>
        <w:t>aur agar Allah chahta to woh un se badla le leta magar ta ke woh tum logon ko aik doosre se aazmaye.</w:t>
      </w:r>
    </w:p>
    <w:p>
      <w:pPr>
        <w:jc w:val="right"/>
      </w:pPr>
      <w:r>
        <w:t>اور اگر اللہ چاہتا تو وہ ان سے بدلہ لے لیتا مگر تاکہ وہ تم لوگوں کو ایک دوسرے سے آزمائے۔</w:t>
      </w:r>
    </w:p>
    <w:p>
      <w:r>
        <w:rPr>
          <w:b/>
        </w:rPr>
        <w:t xml:space="preserve">[06:25] </w:t>
      </w:r>
      <w:r>
        <w:t>aur jo log Allah ki rah mein mare jayen ge, Allah un ke aamal ko har giz zaya nahi karega. woh un ki rehnumai farmayega aur un ka hal durust kar dega aur un ko jannat mein dakhil karega jis ki unhen pehchan kara di hai.</w:t>
      </w:r>
    </w:p>
    <w:p>
      <w:pPr>
        <w:jc w:val="right"/>
      </w:pPr>
      <w:r>
        <w:t>اور جو لوگ اللہ کی راہ میں مارے جائیں گے، اللہ ان کے اعمال کو ہرگز ضائع نہیں کرے گا۔ وہ ان کی رہنمائی فرمائے گا اور ان کا حال درست کر دے گا اور ان کو جنت میں داخل کرے گا جس کی انہیں پہچان کرا دی ہے۔</w:t>
      </w:r>
    </w:p>
    <w:p>
      <w:r>
        <w:rPr>
          <w:b/>
        </w:rPr>
        <w:t xml:space="preserve">[06:49] </w:t>
      </w:r>
      <w:r>
        <w:t>tashreeh: yahan inkar karne walon se murad woh log hain jo itmam-e-hujjat ke bawajood iman nahi laye.</w:t>
      </w:r>
    </w:p>
    <w:p>
      <w:pPr>
        <w:jc w:val="right"/>
      </w:pPr>
      <w:r>
        <w:t>تشریح: یہاں انکار کرنے والوں سے مراد وہ لوگ ہیں جو اتمام حجت کے باوجود ایمان نہیں لائے۔</w:t>
      </w:r>
    </w:p>
    <w:p>
      <w:r>
        <w:rPr>
          <w:b/>
        </w:rPr>
        <w:t xml:space="preserve">[07:01] </w:t>
      </w:r>
      <w:r>
        <w:t>mazeed yeh ke unhon ne Rasool Allah sal Allah alaih wasallam ke khilaf nahq jang chhed di aur is tarah aap ko difai qadam uthane par majboor kar diya.</w:t>
      </w:r>
    </w:p>
    <w:p>
      <w:pPr>
        <w:jc w:val="right"/>
      </w:pPr>
      <w:r>
        <w:t>مزید یہ کہ انہوں نے رسول اللہ صلی اللہ علیہ وسلم کے خلاف ناحق جنگ چھیڑ دی اور اس طرح آپ کو دفاعی قدم اٹھانے پر مجبور کر دیا۔</w:t>
      </w:r>
    </w:p>
    <w:p>
      <w:r>
        <w:rPr>
          <w:b/>
        </w:rPr>
        <w:t xml:space="preserve">[07:15] </w:t>
      </w:r>
      <w:r>
        <w:t>aise logon ke barah mein hukum diya gaya ke jab un se tumhari muthther ho to un se lad kar un ka zor tod do ta ke woh ayindah dawat-e-haq ki rah mein rukawat na ban saken.</w:t>
      </w:r>
    </w:p>
    <w:p>
      <w:pPr>
        <w:jc w:val="right"/>
      </w:pPr>
      <w:r>
        <w:t>ایسے لوگوں کے بارے میں حکم دیا گیا کہ جب ان سے تمہاری مٹھیڑ ہو تو ان سے لڑ کر ان کا زور توڑ دو تاکہ وہ آئندہ دعوت حق کی راہ میں رکاوٹ نہ بن سکیں۔</w:t>
      </w:r>
    </w:p>
    <w:p>
      <w:r>
        <w:rPr>
          <w:b/>
        </w:rPr>
        <w:t xml:space="preserve">[07:30] </w:t>
      </w:r>
      <w:r>
        <w:t>Allah taala ka yeh qanoon raha hai ke jin qomon ne apne paighambaron ka inkar kiya, woh itmam-e-hujjat ke baad halak kar di gayeen.</w:t>
      </w:r>
    </w:p>
    <w:p>
      <w:pPr>
        <w:jc w:val="right"/>
      </w:pPr>
      <w:r>
        <w:t>اللہ تعالیٰ کا یہ قانون رہا ہے کہ جن قوموں نے اپنے پیغمبروں کا انکار کیا، وہ اتمام حجت کے بعد ہلاک کر دی گئیں۔</w:t>
      </w:r>
    </w:p>
    <w:p>
      <w:r>
        <w:rPr>
          <w:b/>
        </w:rPr>
        <w:t xml:space="preserve">[07:39] </w:t>
      </w:r>
      <w:r>
        <w:t>magar paighambar-e-akhar-uz-zaman ke silsile mein Allah taala ko yeh matloob tha ke aap aur aap ke sahaba ke zariye shirk ka daur khatm kiya jaye aur tauheed ki buniyad par aik nai tareekh wajood mein layee jaye.</w:t>
      </w:r>
    </w:p>
    <w:p>
      <w:pPr>
        <w:jc w:val="right"/>
      </w:pPr>
      <w:r>
        <w:t>مگر پیغمبر آخر الزماں کے سلسلے میں اللہ تعالیٰ کو یہ مطلوب تھا کہ آپ اور آپ کے ساتھیوں کے ذریعے شرک کا دور ختم کیا جائے اور توحید کی بنیاد پر ایک نئی تاریخ وجود میں لائی جائے۔</w:t>
      </w:r>
    </w:p>
    <w:p>
      <w:r>
        <w:rPr>
          <w:b/>
        </w:rPr>
        <w:t xml:space="preserve">[07:56] </w:t>
      </w:r>
      <w:r>
        <w:t>aise tareekh saaz insanon ka intikhab sakht tareen halat hi mein ho sakta tha. chunanchah mukhalifeen ki taraf se chhedi hui jang mein Rasool Allah ke sahaba ko dakhil kar ke yahi faida hasil kiya gaya.</w:t>
      </w:r>
    </w:p>
    <w:p>
      <w:pPr>
        <w:jc w:val="right"/>
      </w:pPr>
      <w:r>
        <w:t>ایسے تاریخ ساز انسانوں کا انتخاب سخت ترین حالات ہی میں ہو سکتا تھا۔ چنانچہ مخالفین کی طرف سے چھیڑی ہوئی جنگ میں رسول اللہ کے ساتھیوں کو داخل کر کے یہی فائدہ حاصل کیا گیا۔</w:t>
      </w:r>
    </w:p>
    <w:p>
      <w:r>
        <w:rPr>
          <w:b/>
        </w:rPr>
        <w:t xml:space="preserve">[08:13] </w:t>
      </w:r>
      <w:r>
        <w:t>jannat momin ki aik intehai ma'loom cheez hai. woh na sirf paighambar se us ki khabar sunta hai balkeh apni barhi hui marfat ke zariye woh is ka tasawwuri idrak bhi kar leta hai.</w:t>
      </w:r>
    </w:p>
    <w:p>
      <w:pPr>
        <w:jc w:val="right"/>
      </w:pPr>
      <w:r>
        <w:t>جنت مومن کی ایک انتہائی معلوم چیز ہے۔ وہ نہ صرف پیغمبر سے اس کی خبر سنتا ہے بلکہ اپنی بڑھی ہوئی معرفت کے ذریعے وہ اس کا تصوراتی ادراک بھی کر لیتا ہے۔</w:t>
      </w:r>
    </w:p>
    <w:p>
      <w:r>
        <w:rPr>
          <w:b/>
        </w:rPr>
        <w:t xml:space="preserve">[08:30] </w:t>
      </w:r>
      <w:r>
        <w:t>ghayb mein chhipi hui jannat ka yahi gehra idrak hai jo aadmi ko yeh hausla deta hai ke woh qurbani ki qeemat par is ka talib ban sake.</w:t>
      </w:r>
    </w:p>
    <w:p>
      <w:pPr>
        <w:jc w:val="right"/>
      </w:pPr>
      <w:r>
        <w:t>غیب میں چھپی ہوئی جنت کا یہی گہرا ادراک ہے جو آدمی کو یہ حوصلہ دیتا ہے کہ وہ قربانی کی قیمت پر اس کا طالب بن سکے۔</w:t>
      </w:r>
    </w:p>
    <w:p>
      <w:r>
        <w:rPr>
          <w:b/>
        </w:rPr>
        <w:t xml:space="preserve">[08:41] </w:t>
      </w:r>
      <w:r>
        <w:t>agar aisa na ho to koi shakhs aaj ki dunya ko qurban kar ke kal ki jannat ka umeedwar na bane. ya ayyuha allazina amanoo in tansuroo Allaha yansurukum wa yusabbit aqdamakum.</w:t>
      </w:r>
    </w:p>
    <w:p>
      <w:pPr>
        <w:jc w:val="right"/>
      </w:pPr>
      <w:r>
        <w:t>اگر ایسا نہ ہو تو کوئی شخص آج کی دنیا کو قربان کر کے کل کی جنت کا امیدوار نہ بنے۔ یا ایہا الذین آمنوا إن تنصروا الله ينصركم ويثبت أقدامكم.</w:t>
      </w:r>
    </w:p>
    <w:p>
      <w:r>
        <w:rPr>
          <w:b/>
        </w:rPr>
        <w:t xml:space="preserve">[09:06] </w:t>
      </w:r>
      <w:r>
        <w:t>walzena kaferu fata'asal lahum wa adalla a'malhum. zalika bi'annahum karihu ma</w:t>
      </w:r>
    </w:p>
    <w:p>
      <w:pPr>
        <w:jc w:val="right"/>
      </w:pPr>
      <w:r>
        <w:t>والذين كفروا فتعسل لهم وأضل أعمالهم. ذلك بأنهم كرهوا ما</w:t>
      </w:r>
    </w:p>
    <w:p>
      <w:r>
        <w:rPr>
          <w:b/>
        </w:rPr>
        <w:t xml:space="preserve">[09:20] </w:t>
      </w:r>
      <w:r>
        <w:t>anzala allahu fa'ahbata a'malhum. afalam yaseeru fil ardi fayanzuru kaifa kana 'aqibatu allazina min qablihim?</w:t>
      </w:r>
    </w:p>
    <w:p>
      <w:pPr>
        <w:jc w:val="right"/>
      </w:pPr>
      <w:r>
        <w:t>أنزل الله فأحبط أعمالهم. أفلم يسيروا في الأرض فينظروا كيف كان عاقبة الذين من قبلهم؟</w:t>
      </w:r>
    </w:p>
    <w:p>
      <w:r>
        <w:rPr>
          <w:b/>
        </w:rPr>
        <w:t xml:space="preserve">[09:37] </w:t>
      </w:r>
      <w:r>
        <w:t>dammara allahu 'alayhim walilkafirina amsaluha. zalika bi'anna allaha mawla allazina amanu wa'anna alkafirina la mawla lahum.</w:t>
      </w:r>
    </w:p>
    <w:p>
      <w:pPr>
        <w:jc w:val="right"/>
      </w:pPr>
      <w:r>
        <w:t>دمر الله عليهم وللكافرين أمثالها. ذلك بأن الله مولى الذين آمنوا وأن الكافرين لا مولى لهم.</w:t>
      </w:r>
    </w:p>
    <w:p>
      <w:r>
        <w:rPr>
          <w:b/>
        </w:rPr>
        <w:t xml:space="preserve">[09:57] </w:t>
      </w:r>
      <w:r>
        <w:t>ae imaan walo! agar tum Allah ki madad karoge to woh tumhari madad karega aur tumhare qadmon ko jama dega. aur jin logon ne inkar kiya unke liye tabahi hai aur Allah unke a'mal ko zaya kar dega.</w:t>
      </w:r>
    </w:p>
    <w:p>
      <w:pPr>
        <w:jc w:val="right"/>
      </w:pPr>
      <w:r>
        <w:t>اے ایمان والو! اگر تم اللہ کی مدد کرو گے تو وہ تمہاری مدد کرے گا اور تمہارے قدموں کو جمع دے گا۔ اور جن لوگوں نے انکار کیا ان کے لیے تباہی ہے اور اللہ ان کے اعمال کو ضائع کر دے گا۔</w:t>
      </w:r>
    </w:p>
    <w:p>
      <w:r>
        <w:rPr>
          <w:b/>
        </w:rPr>
        <w:t xml:space="preserve">[10:15] </w:t>
      </w:r>
      <w:r>
        <w:t>yeh is sabab se ke unhone is cheez ko napasan kiya jo Allah ne utari hai. pas Allah ne unke a'mal ko agharat kar diya.</w:t>
      </w:r>
    </w:p>
    <w:p>
      <w:pPr>
        <w:jc w:val="right"/>
      </w:pPr>
      <w:r>
        <w:t>یہ اس سبب سے کہ انہوں نے اس چیز کو ناپسند کیا جو اللہ نے اتاری ہے۔ پس اللہ نے ان کے اعمال کو عقارت کر دیا۔</w:t>
      </w:r>
    </w:p>
    <w:p>
      <w:r>
        <w:rPr>
          <w:b/>
        </w:rPr>
        <w:t xml:space="preserve">[10:27] </w:t>
      </w:r>
      <w:r>
        <w:t>kya yeh log mulk mein chale fire nahi ke woh in logon ka anjam dekhte jo unse pehle guzar chuke hain? Allah ne unko ukhaar phenka aur munkiron ke samne unhi ki misalein aani hain.</w:t>
      </w:r>
    </w:p>
    <w:p>
      <w:pPr>
        <w:jc w:val="right"/>
      </w:pPr>
      <w:r>
        <w:t>کیا یہ لوگ ملک میں چلے پھرے نہیں کہ وہ ان لوگوں کا انجام دیکھتے جو ان سے پہلے گزر چکے ہیں؟ اللہ نے ان کو اکھاڑ پھینکا اور منکروں کے سامنے انہی کی مثالیں آنی ہیں۔</w:t>
      </w:r>
    </w:p>
    <w:p>
      <w:r>
        <w:rPr>
          <w:b/>
        </w:rPr>
        <w:t xml:space="preserve">[10:43] </w:t>
      </w:r>
      <w:r>
        <w:t>yeh is sabab se ke Allah imaan walon ka karsaz hai aur munkiron ka koi karsaz nahi.</w:t>
      </w:r>
    </w:p>
    <w:p>
      <w:pPr>
        <w:jc w:val="right"/>
      </w:pPr>
      <w:r>
        <w:t>یہ اس سبب سے کہ اللہ ایمان والوں کا کارساز ہے اور منکروں کا کوئی کارساز نہیں۔</w:t>
      </w:r>
    </w:p>
    <w:p>
      <w:r>
        <w:rPr>
          <w:b/>
        </w:rPr>
        <w:t xml:space="preserve">[10:54] </w:t>
      </w:r>
      <w:r>
        <w:t>tashreeh: waqiat ko zahur mein lane wala Khuda hai magar woh waqiat ko asbab ke parde mein zahur mein lata hai.</w:t>
      </w:r>
    </w:p>
    <w:p>
      <w:pPr>
        <w:jc w:val="right"/>
      </w:pPr>
      <w:r>
        <w:t>تشریح: واقعات کو ظہور میں لانے والا خدا ہے مگر وہ واقعات کو اسباب کے پردے میں ظہور میں لاتا ہے۔</w:t>
      </w:r>
    </w:p>
    <w:p>
      <w:r>
        <w:rPr>
          <w:b/>
        </w:rPr>
        <w:t xml:space="preserve">[11:06] </w:t>
      </w:r>
      <w:r>
        <w:t>yahi muamla deen ka bhi hai. Allah taala ko yeh matlub hai ke batil ka zor toote aur haq ko duniya mein ghalba aur istahkam hasil ho.</w:t>
      </w:r>
    </w:p>
    <w:p>
      <w:pPr>
        <w:jc w:val="right"/>
      </w:pPr>
      <w:r>
        <w:t>یہی معاملہ دین کا بھی ہے۔ اللہ تعالیٰ کو یہ مطلوب ہے کہ باطل کا زور ٹوٹے اور حق کو دنیا میں غلبہ اور استحکام حاصل ہو۔</w:t>
      </w:r>
    </w:p>
    <w:p>
      <w:r>
        <w:rPr>
          <w:b/>
        </w:rPr>
        <w:t xml:space="preserve">[11:19] </w:t>
      </w:r>
      <w:r>
        <w:t>magar is waqe' ko zahur mein lane ke liye Allah taala ko kuch aise afraad darkar hain jo is khudai amal ka insani parda banein.</w:t>
      </w:r>
    </w:p>
    <w:p>
      <w:pPr>
        <w:jc w:val="right"/>
      </w:pPr>
      <w:r>
        <w:t>مگر اس واقعے کو ظہور میں لانے کے لیے اللہ تعالیٰ کو کچھ ایسے افراد درکار ہیں جو اس خدائی عمل کا انسانی پردہ بنیں۔</w:t>
      </w:r>
    </w:p>
    <w:p>
      <w:r>
        <w:rPr>
          <w:b/>
        </w:rPr>
        <w:t xml:space="preserve">[11:33] </w:t>
      </w:r>
      <w:r>
        <w:t>yahi woh muamla hai jis ko yahan Khuda ki nasrat karna kaha gaya hai. jab ek giroh Khuda ki nasrat ke liye uthta hai to woh isi ke sath dusra kaam yeh karta hai ke woh munkireen ka munkir hona sabit karta hai.</w:t>
      </w:r>
    </w:p>
    <w:p>
      <w:pPr>
        <w:jc w:val="right"/>
      </w:pPr>
      <w:r>
        <w:t>یہی وہ معاملہ ہے جس کو یہاں خدا کی نصرت کرنا کہا گیا ہے۔ جب ایک گروہ خدا کی نصرت کے لیے اٹھتا ہے تو وہ اسی کے ساتھ دوسرا کام یہ کرتا ہے کہ وہ منکرین کا منکر ہونا ثابت کرتا ہے۔</w:t>
      </w:r>
    </w:p>
    <w:p>
      <w:r>
        <w:rPr>
          <w:b/>
        </w:rPr>
        <w:t xml:space="preserve">[11:51] </w:t>
      </w:r>
      <w:r>
        <w:t>Khuda ki nasrat karne wale afraad intehai sanjeedgi aur khairkhwahi ke sath logon ko Khuda ki taraf bulate hain. woh har khilaf haq ravaiye se bachte hue deen ki gawahi dete hain.</w:t>
      </w:r>
    </w:p>
    <w:p>
      <w:pPr>
        <w:jc w:val="right"/>
      </w:pPr>
      <w:r>
        <w:t>خدا کی نصرت کرنے والے افراد انتہائی سنجیدگی اور خرخواہی کے ساتھ لوگوں کو خدا کی طرف بلاتے ہیں۔ وہ ہر خلاف حق رویے سے بچتے ہوئے دین کی گواہی دیتے ہیں۔</w:t>
      </w:r>
    </w:p>
    <w:p>
      <w:r>
        <w:rPr>
          <w:b/>
        </w:rPr>
        <w:t xml:space="preserve">[12:06] </w:t>
      </w:r>
      <w:r>
        <w:t>woh haq ke haq hone ko aakhri had tak sabit shuda bana dete hain. is tarah munkireen ke upar woh itmam-e-hujjat ho jata hai jo aakhirat ke faisle ke liye Allah taala ka matlub hai.</w:t>
      </w:r>
    </w:p>
    <w:p>
      <w:pPr>
        <w:jc w:val="right"/>
      </w:pPr>
      <w:r>
        <w:t>وہ حق کے حق ہونے کو آخری حد تک ثابت شدہ بنا دیتے ہیں۔ اس طرح منکرین کے اوپر وہ اتمام حجت ہو جاتا ہے جو آخرت کے فیصلے کے لیے اللہ تعالیٰ کا مطلوب ہے۔</w:t>
      </w:r>
    </w:p>
    <w:p>
      <w:r>
        <w:rPr>
          <w:b/>
        </w:rPr>
        <w:t xml:space="preserve">[12:22] </w:t>
      </w:r>
      <w:r>
        <w:t>batil parast lazman zair hote hain aur haq parast lazman unke upar ghalib aate hain. bashart ke haq parast giroh is amal ko anjam de jo Khuda ki sunnat ke mutabiq Khuda ki himayat ko hasil karne ke liye anjam dena chahiye.</w:t>
      </w:r>
    </w:p>
    <w:p>
      <w:pPr>
        <w:jc w:val="right"/>
      </w:pPr>
      <w:r>
        <w:t>باطل پرست لازماً زیر ہوتے ہیں اور حق پرست لازماً ان کے اوپر غالب آتے ہیں۔ بشرط کہ حق پرست گروہ اس عمل کو انجام دے جو خدا کی سنت کے مطابق خدا کی حمایت کو حاصل کرنے کے لیے انجام دینا چاہیے۔</w:t>
      </w:r>
    </w:p>
    <w:p>
      <w:r>
        <w:rPr>
          <w:b/>
        </w:rPr>
        <w:t xml:space="preserve">[12:43] </w:t>
      </w:r>
      <w:r>
        <w:t>inna allaha yudkhilu allazina amanu wa 'amilu as-salihati jannatin tajri min tahtiha al-anhar.</w:t>
      </w:r>
    </w:p>
    <w:p>
      <w:pPr>
        <w:jc w:val="right"/>
      </w:pPr>
      <w:r>
        <w:t>إن الله يدخل الذين آمنوا وعملوا الصالحات جنات تجري من تحتها الأنهار.</w:t>
      </w:r>
    </w:p>
    <w:p>
      <w:r>
        <w:rPr>
          <w:b/>
        </w:rPr>
        <w:t xml:space="preserve">[13:00] </w:t>
      </w:r>
      <w:r>
        <w:t>walazina kafarou yatamatta'una wa ya'kuluna kama ta'kulul an'amu wan naru mathwan lahum.</w:t>
      </w:r>
    </w:p>
    <w:p>
      <w:pPr>
        <w:jc w:val="right"/>
      </w:pPr>
      <w:r>
        <w:t>والذين كفروا يتمتعون ويأكلون كما تأكل الأنعام والنار مثواً لهم.</w:t>
      </w:r>
    </w:p>
    <w:p>
      <w:r>
        <w:rPr>
          <w:b/>
        </w:rPr>
        <w:t xml:space="preserve">[13:11] </w:t>
      </w:r>
      <w:r>
        <w:t>wa ka'ay min qaryatin hiya ashadd quwwatan min qaryatika allati akhrajatak ahlaknahum fala nasira lahum</w:t>
      </w:r>
    </w:p>
    <w:p>
      <w:pPr>
        <w:jc w:val="right"/>
      </w:pPr>
      <w:r>
        <w:t>وكأي من قريه هي أشد قوة من قريتك التي أخرجتك أهلكناهم فلا ناصر لهم</w:t>
      </w:r>
    </w:p>
    <w:p>
      <w:r>
        <w:rPr>
          <w:b/>
        </w:rPr>
        <w:t xml:space="preserve">[13:30] </w:t>
      </w:r>
      <w:r>
        <w:t>. beshak Allah un logon ko jo imaan laye aur jinhone nek a'mal kiye aise baghon mein dakhil karega jin ke niche nahrein behti hongi.</w:t>
      </w:r>
    </w:p>
    <w:p>
      <w:pPr>
        <w:jc w:val="right"/>
      </w:pPr>
      <w:r>
        <w:t>. بے شک اللہ ان لوگوں کو جو ایمان لائے اور جنہوں نے نیک عمل کیا ایسے باغوں میں داخل کرے گا جن کے نیچے نہریں بہتی ہوں گی۔</w:t>
      </w:r>
    </w:p>
    <w:p>
      <w:r>
        <w:rPr>
          <w:b/>
        </w:rPr>
        <w:t xml:space="preserve">[13:42] </w:t>
      </w:r>
      <w:r>
        <w:t>aur jin logon ne inkar kiya woh bart rahe hain aur kha rahe hain jaise ke chopaye khayein aur aag unka thikana hai.</w:t>
      </w:r>
    </w:p>
    <w:p>
      <w:pPr>
        <w:jc w:val="right"/>
      </w:pPr>
      <w:r>
        <w:t>اور جن لوگوں نے انکار کیا وہ برت رہے ہیں اور کھا رہے ہیں جیسے کہ چوپائے کھائیں اور آگ ان کا ٹھکانہ ہے۔</w:t>
      </w:r>
    </w:p>
    <w:p>
      <w:r>
        <w:rPr>
          <w:b/>
        </w:rPr>
        <w:t xml:space="preserve">[13:54] </w:t>
      </w:r>
      <w:r>
        <w:t>aur kitni hi bastiyan hain jo quwwat mein tumhari is basti se zyada thin jisne tum ko nikala hai. humne unko halak kar diya.</w:t>
      </w:r>
    </w:p>
    <w:p>
      <w:pPr>
        <w:jc w:val="right"/>
      </w:pPr>
      <w:r>
        <w:t>اور کتنی ہی بستیاں ہیں جو قوت میں تمہاری اس بستی سے زیادہ تھیں جس نے تم کو نکالا ہے۔ ہم نے ان کو ہلاک کر دیا۔</w:t>
      </w:r>
    </w:p>
    <w:p>
      <w:r>
        <w:rPr>
          <w:b/>
        </w:rPr>
        <w:t xml:space="preserve">[14:04] </w:t>
      </w:r>
      <w:r>
        <w:t>pas koi unka madadgar na hua. tashreeh: arab mein jin logon ne Rasool Allah sal Allah alaihi wasallam ka inkar kiya unko aap ne yeh peshgi khabar di ke tum jo kha pi rahe ho to yeh mat samjho ke tum azaad ho.</w:t>
      </w:r>
    </w:p>
    <w:p>
      <w:pPr>
        <w:jc w:val="right"/>
      </w:pPr>
      <w:r>
        <w:t>پس کوئی ان کا مددگار نہ ہوا۔ تشریح: عرب میں جن لوگوں نے رسول اللہ صلی اللہ علیہ وسلم کا انکار کیا ان کو آپ نے یہ پیشگی خبر دی کہ تم جو کھا پی رہے ہو تو یہ مت سمجھو کہ تم آزاد ہو۔</w:t>
      </w:r>
    </w:p>
    <w:p>
      <w:r>
        <w:rPr>
          <w:b/>
        </w:rPr>
        <w:t xml:space="preserve">[14:23] </w:t>
      </w:r>
      <w:r>
        <w:t>tum poori tarah Allah ki giraft mein ho. aur iska saboot yeh hai ke agar tum apne inkar par qaim rahe to Allah ke qanoon ke mutabiq tum tabah kar diye jaoge.</w:t>
      </w:r>
    </w:p>
    <w:p>
      <w:pPr>
        <w:jc w:val="right"/>
      </w:pPr>
      <w:r>
        <w:t>تم پوری طرح خدا کی گرفت میں ہو۔ اور اس کا ثبوت یہ ہے کہ اگر تم اپنے انکار پر قائم رہے تو خدا کے قانون کے مطابق تم تباہ کر دیے جاؤ گے۔</w:t>
      </w:r>
    </w:p>
    <w:p>
      <w:r>
        <w:rPr>
          <w:b/>
        </w:rPr>
        <w:t xml:space="preserve">[14:37] </w:t>
      </w:r>
      <w:r>
        <w:t>yeh waqe' aeen peshin goi ke mutabiq zahur mein aaya. tauheed ke 'alamdar ghalib aaye aur jo log shirk ke 'alamdar bane hue the woh hamesha ke liye nabood ho gaye.</w:t>
      </w:r>
    </w:p>
    <w:p>
      <w:pPr>
        <w:jc w:val="right"/>
      </w:pPr>
      <w:r>
        <w:t>یہ واقعہ عین پیشین گوئی کے مطابق ظہور میں آیا۔ توحید کے علمبردار غالب آئے اور جو لوگ شرک کے علمبردار بنے ہوئے تھے وہ ہمیشہ کے لیے نابود ہو گئے۔</w:t>
      </w:r>
    </w:p>
    <w:p>
      <w:r>
        <w:rPr>
          <w:b/>
        </w:rPr>
        <w:t xml:space="preserve">[14:54] </w:t>
      </w:r>
      <w:r>
        <w:t>afaman kana ala bayyinah</w:t>
      </w:r>
    </w:p>
    <w:p>
      <w:pPr>
        <w:jc w:val="right"/>
      </w:pPr>
      <w:r>
        <w:t>أفمن كان على بينة</w:t>
      </w:r>
    </w:p>
    <w:p>
      <w:r>
        <w:rPr>
          <w:b/>
        </w:rPr>
        <w:t xml:space="preserve">[14:58] </w:t>
      </w:r>
      <w:r>
        <w:t>min rabbihi kaman</w:t>
      </w:r>
    </w:p>
    <w:p>
      <w:pPr>
        <w:jc w:val="right"/>
      </w:pPr>
      <w:r>
        <w:t>من ربه كمن</w:t>
      </w:r>
    </w:p>
    <w:p>
      <w:r>
        <w:rPr>
          <w:b/>
        </w:rPr>
        <w:t xml:space="preserve">[15:01] </w:t>
      </w:r>
      <w:r>
        <w:t>zuyyina lahu soo</w:t>
      </w:r>
    </w:p>
    <w:p>
      <w:pPr>
        <w:jc w:val="right"/>
      </w:pPr>
      <w:r>
        <w:t>زين له سوء</w:t>
      </w:r>
    </w:p>
    <w:p>
      <w:r>
        <w:rPr>
          <w:b/>
        </w:rPr>
        <w:t xml:space="preserve">[15:04] </w:t>
      </w:r>
      <w:r>
        <w:t>amaluhoo wattaba'oo ahwaa'ahum</w:t>
      </w:r>
    </w:p>
    <w:p>
      <w:pPr>
        <w:jc w:val="right"/>
      </w:pPr>
      <w:r>
        <w:t>عمله واتبعوا أهواءهم</w:t>
      </w:r>
    </w:p>
    <w:p>
      <w:r>
        <w:rPr>
          <w:b/>
        </w:rPr>
        <w:t xml:space="preserve">[15:13] </w:t>
      </w:r>
      <w:r>
        <w:t>mathalul jannati allatee wu'idal muttqoon feeha</w:t>
      </w:r>
    </w:p>
    <w:p>
      <w:pPr>
        <w:jc w:val="right"/>
      </w:pPr>
      <w:r>
        <w:t>مثل الجنة التي وعد المتقون فيها</w:t>
      </w:r>
    </w:p>
    <w:p>
      <w:r>
        <w:rPr>
          <w:b/>
        </w:rPr>
        <w:t xml:space="preserve">[15:21] </w:t>
      </w:r>
      <w:r>
        <w:t>anharun min maa</w:t>
      </w:r>
    </w:p>
    <w:p>
      <w:pPr>
        <w:jc w:val="right"/>
      </w:pPr>
      <w:r>
        <w:t>أنهار من ماء</w:t>
      </w:r>
    </w:p>
    <w:p>
      <w:r>
        <w:rPr>
          <w:b/>
        </w:rPr>
        <w:t xml:space="preserve">[15:26] </w:t>
      </w:r>
      <w:r>
        <w:t>ghairu aasnin wa anharun</w:t>
      </w:r>
    </w:p>
    <w:p>
      <w:pPr>
        <w:jc w:val="right"/>
      </w:pPr>
      <w:r>
        <w:t>غير آسن وأنهار</w:t>
      </w:r>
    </w:p>
    <w:p>
      <w:r>
        <w:rPr>
          <w:b/>
        </w:rPr>
        <w:t xml:space="preserve">[15:31] </w:t>
      </w:r>
      <w:r>
        <w:t>min labanin wa anharun</w:t>
      </w:r>
    </w:p>
    <w:p>
      <w:pPr>
        <w:jc w:val="right"/>
      </w:pPr>
      <w:r>
        <w:t>من لبن وأنهار</w:t>
      </w:r>
    </w:p>
    <w:p>
      <w:r>
        <w:rPr>
          <w:b/>
        </w:rPr>
        <w:t xml:space="preserve">[15:35] </w:t>
      </w:r>
      <w:r>
        <w:t>min labanin lam yataghayyar ta'amuh wa anharun</w:t>
      </w:r>
    </w:p>
    <w:p>
      <w:pPr>
        <w:jc w:val="right"/>
      </w:pPr>
      <w:r>
        <w:t>من لبن لم يتغير طعمه وأنهار</w:t>
      </w:r>
    </w:p>
    <w:p>
      <w:r>
        <w:rPr>
          <w:b/>
        </w:rPr>
        <w:t xml:space="preserve">[15:41] </w:t>
      </w:r>
      <w:r>
        <w:t>min khamrin lathatun lishsharibeen wa anharun</w:t>
      </w:r>
    </w:p>
    <w:p>
      <w:pPr>
        <w:jc w:val="right"/>
      </w:pPr>
      <w:r>
        <w:t>من خمر لذة للشاربين وأنهار</w:t>
      </w:r>
    </w:p>
    <w:p>
      <w:r>
        <w:rPr>
          <w:b/>
        </w:rPr>
        <w:t xml:space="preserve">[15:46] </w:t>
      </w:r>
      <w:r>
        <w:t>min 'asalin musaffaa</w:t>
      </w:r>
    </w:p>
    <w:p>
      <w:pPr>
        <w:jc w:val="right"/>
      </w:pPr>
      <w:r>
        <w:t>من عسل مصفا</w:t>
      </w:r>
    </w:p>
    <w:p>
      <w:r>
        <w:rPr>
          <w:b/>
        </w:rPr>
        <w:t xml:space="preserve">[15:51] </w:t>
      </w:r>
      <w:r>
        <w:t>wa anharun min 'asal</w:t>
      </w:r>
    </w:p>
    <w:p>
      <w:pPr>
        <w:jc w:val="right"/>
      </w:pPr>
      <w:r>
        <w:t>وأنهار من عسل</w:t>
      </w:r>
    </w:p>
    <w:p>
      <w:r>
        <w:rPr>
          <w:b/>
        </w:rPr>
        <w:t xml:space="preserve">[15:56] </w:t>
      </w:r>
      <w:r>
        <w:t>musaffaa waluhum feeha min kullith thamarati wa maghfiratun</w:t>
      </w:r>
    </w:p>
    <w:p>
      <w:pPr>
        <w:jc w:val="right"/>
      </w:pPr>
      <w:r>
        <w:t>مصفا ولهم فيها من كل الثمرات ومغفرة</w:t>
      </w:r>
    </w:p>
    <w:p>
      <w:r>
        <w:rPr>
          <w:b/>
        </w:rPr>
        <w:t xml:space="preserve">[16:05] </w:t>
      </w:r>
      <w:r>
        <w:t>min rabbihim wa maghfiratun</w:t>
      </w:r>
    </w:p>
    <w:p>
      <w:pPr>
        <w:jc w:val="right"/>
      </w:pPr>
      <w:r>
        <w:t>من ربهم ومغفرة</w:t>
      </w:r>
    </w:p>
    <w:p>
      <w:r>
        <w:rPr>
          <w:b/>
        </w:rPr>
        <w:t xml:space="preserve">[16:10] </w:t>
      </w:r>
      <w:r>
        <w:t>min rabbihim kaman huwa khalidu</w:t>
      </w:r>
    </w:p>
    <w:p>
      <w:pPr>
        <w:jc w:val="right"/>
      </w:pPr>
      <w:r>
        <w:t>من ربهم كمن هو خالد</w:t>
      </w:r>
    </w:p>
    <w:p>
      <w:r>
        <w:rPr>
          <w:b/>
        </w:rPr>
        <w:t xml:space="preserve">[16:15] </w:t>
      </w:r>
      <w:r>
        <w:t>fin naari wa suqoomun</w:t>
      </w:r>
    </w:p>
    <w:p>
      <w:pPr>
        <w:jc w:val="right"/>
      </w:pPr>
      <w:r>
        <w:t>في النار وسقوما</w:t>
      </w:r>
    </w:p>
    <w:p>
      <w:r>
        <w:rPr>
          <w:b/>
        </w:rPr>
        <w:t xml:space="preserve">[16:21] </w:t>
      </w:r>
      <w:r>
        <w:t>hamima qata'a am'aa'ahum.</w:t>
      </w:r>
    </w:p>
    <w:p>
      <w:pPr>
        <w:jc w:val="right"/>
      </w:pPr>
      <w:r>
        <w:t>حميما فقطع أمعاءهم.</w:t>
      </w:r>
    </w:p>
    <w:p>
      <w:r>
        <w:rPr>
          <w:b/>
        </w:rPr>
        <w:t xml:space="preserve">[16:29] </w:t>
      </w:r>
      <w:r>
        <w:t>kya woh jo apne rab ki taraf se aik wazeh daleel par hai woh is ki tarah ho jayega jis ki bad'amli is ke liye khushnuma bana di gayi hai aur woh apni khwahishat par chal rahe hain?</w:t>
      </w:r>
    </w:p>
    <w:p>
      <w:pPr>
        <w:jc w:val="right"/>
      </w:pPr>
      <w:r>
        <w:t>کیا وہ جو اپنے رب کی طرف سے ایک واضح دلیل پر ہے وہ اس کی طرح ہو جائے گا جس کی بدعملی اس کے لیے خوشنما بنا دی گئی ہے اور وہ اپنی خواہشات پر چل رہے ہیں؟</w:t>
      </w:r>
    </w:p>
    <w:p>
      <w:r>
        <w:rPr>
          <w:b/>
        </w:rPr>
        <w:t xml:space="preserve">[16:46] </w:t>
      </w:r>
      <w:r>
        <w:t>jannat ki misaal jis ka waada darne walon se kiya gaya hai us ki kaifiyat yeh hai ke</w:t>
      </w:r>
    </w:p>
    <w:p>
      <w:pPr>
        <w:jc w:val="right"/>
      </w:pPr>
      <w:r>
        <w:t>جنت کی مثال جس کا وعدہ ڈرنے والوں سے کیا گیا ہے اس کی کیفیت یہ ہے کہ</w:t>
      </w:r>
    </w:p>
    <w:p>
      <w:r>
        <w:rPr>
          <w:b/>
        </w:rPr>
        <w:t xml:space="preserve">[16:53] </w:t>
      </w:r>
      <w:r>
        <w:t>is mein nehren hain aise pani ki jis mein taghayyur na hoga aur nehren hongi doodh ki</w:t>
      </w:r>
    </w:p>
    <w:p>
      <w:pPr>
        <w:jc w:val="right"/>
      </w:pPr>
      <w:r>
        <w:t>اس میں نہریں ہیں ایسے پانی کی جس میں تغیر نہ ہوگا اور نہریں ہوں گی دودھ کی</w:t>
      </w:r>
    </w:p>
    <w:p>
      <w:r>
        <w:rPr>
          <w:b/>
        </w:rPr>
        <w:t xml:space="preserve">[17:01] </w:t>
      </w:r>
      <w:r>
        <w:t>jis ka maza kabhi nahi badlega aur nehren hongi sharab ki jo peene walon ke liye</w:t>
      </w:r>
    </w:p>
    <w:p>
      <w:pPr>
        <w:jc w:val="right"/>
      </w:pPr>
      <w:r>
        <w:t>جس کا مزہ کبھی نہیں بدلے گا اور نہریں ہوں گی شراب کی جو پینے والوں کے لیے</w:t>
      </w:r>
    </w:p>
    <w:p>
      <w:r>
        <w:rPr>
          <w:b/>
        </w:rPr>
        <w:t xml:space="preserve">[17:07] </w:t>
      </w:r>
      <w:r>
        <w:t>lazeez hongi aur nehren hongi shehad ki jo bilkul saaf hoga aur un ke liye wahan</w:t>
      </w:r>
    </w:p>
    <w:p>
      <w:pPr>
        <w:jc w:val="right"/>
      </w:pPr>
      <w:r>
        <w:t>لذیذ ہوں گی اور نہریں ہوں گی شہد کی جو بالکل صاف ہوگا اور ان کے لیے وہاں</w:t>
      </w:r>
    </w:p>
    <w:p>
      <w:r>
        <w:rPr>
          <w:b/>
        </w:rPr>
        <w:t xml:space="preserve">[17:14] </w:t>
      </w:r>
      <w:r>
        <w:t>har qism ke phal honge aur un ke rab ki taraf se bakhshish hogi.</w:t>
      </w:r>
    </w:p>
    <w:p>
      <w:pPr>
        <w:jc w:val="right"/>
      </w:pPr>
      <w:r>
        <w:t>ہر قسم کے پھل ہوں گے اور ان کے رب کی طرف سے بخشش ہوگی۔</w:t>
      </w:r>
    </w:p>
    <w:p>
      <w:r>
        <w:rPr>
          <w:b/>
        </w:rPr>
        <w:t xml:space="preserve">[17:20] </w:t>
      </w:r>
      <w:r>
        <w:t>kya yeh log in jaisay ho sakte hain jo hamesha aag mein rahenge aur un ko kholta hua pani peene ke liye diya jayega?</w:t>
      </w:r>
    </w:p>
    <w:p>
      <w:pPr>
        <w:jc w:val="right"/>
      </w:pPr>
      <w:r>
        <w:t>کیا یہ لوگ ان جیسے ہو سکتے ہیں جو ہمیشہ آگ میں رہیں گے اور ان کو کھولتا ہوا پانی پینے کے لیے دیا جائے گا؟</w:t>
      </w:r>
    </w:p>
    <w:p>
      <w:r>
        <w:rPr>
          <w:b/>
        </w:rPr>
        <w:t xml:space="preserve">[17:31] </w:t>
      </w:r>
      <w:r>
        <w:t>pas woh un ki anton ko tukre tukre kar dega. tashreeh:</w:t>
      </w:r>
    </w:p>
    <w:p>
      <w:pPr>
        <w:jc w:val="right"/>
      </w:pPr>
      <w:r>
        <w:t>پس وہ ان کی انتوں کو ٹکڑے ٹکڑے کر دے گا۔ تشریح:</w:t>
      </w:r>
    </w:p>
    <w:p>
      <w:r>
        <w:rPr>
          <w:b/>
        </w:rPr>
        <w:t xml:space="preserve">[17:39] </w:t>
      </w:r>
      <w:r>
        <w:t>daleel par khara hona apni zindagi ki ta'ameer haqeeqat waqe'a ki buniyad par karna hai. is ke bar'aks jo shakhs apni khwahishat par khara hota hai woh haqeeqat waqe'a se inhiraaf karta hai.</w:t>
      </w:r>
    </w:p>
    <w:p>
      <w:pPr>
        <w:jc w:val="right"/>
      </w:pPr>
      <w:r>
        <w:t>دلیل پر کھڑا ہونا اپنی زندگی کی تعمیر حقیقت واقعہ کی بنیاد پر کرنا ہے۔ اس کے برعکس جو شخص اپنی خواہشات پر کھڑا ہوتا ہے وہ حقیقت واقعہ سے انحراف کرتا ہے۔</w:t>
      </w:r>
    </w:p>
    <w:p>
      <w:r>
        <w:rPr>
          <w:b/>
        </w:rPr>
        <w:t xml:space="preserve">[17:55] </w:t>
      </w:r>
      <w:r>
        <w:t>woh Khuda ki dunya mein Khuda ki marzi ke khilaf apni dunya banana chahta hai.</w:t>
      </w:r>
    </w:p>
    <w:p>
      <w:pPr>
        <w:jc w:val="right"/>
      </w:pPr>
      <w:r>
        <w:t>وہ خدا کی دنیا میں خدا کی مرضی کے خلاف اپنی دنیا بنانا چاہتا ہے۔</w:t>
      </w:r>
    </w:p>
    <w:p>
      <w:r>
        <w:rPr>
          <w:b/>
        </w:rPr>
        <w:t xml:space="preserve">[18:03] </w:t>
      </w:r>
      <w:r>
        <w:t>maujudah imtehan ki dunya mein dono groh bazahir yaksaan mawaqe'a pa rahe hain magar akhirat ki haqeeqi dunya mein sirf pehla groh Khuda ki abadi nemat'on mein hissa payega aur doosra groh hamesha ke liye zaleel aur nakaam ho kar reh jayega.</w:t>
      </w:r>
    </w:p>
    <w:p>
      <w:pPr>
        <w:jc w:val="right"/>
      </w:pPr>
      <w:r>
        <w:t>موجودہ امتحان کی دنیا میں دونوں گروہ بظاہر یکساں مواقع پا رہے ہیں مگر آخرت کی حقیقی دنیا میں صرف پہلا گروہ خدا کی ابدی نعمتوں میں حصہ پائے گا اور دوسرا گروہ ہمیشہ کے لیے ذلیل اور ناکام ہو کر رہ جائے گا۔</w:t>
      </w:r>
    </w:p>
    <w:p>
      <w:r>
        <w:rPr>
          <w:b/>
        </w:rPr>
        <w:t xml:space="preserve">[18:24] </w:t>
      </w:r>
      <w:r>
        <w:t>waminhum man yastami'u ilayka hatta idha kharaju min 'indika qaluu lilladhina utu al-'ilma madha qala al-fa?</w:t>
      </w:r>
    </w:p>
    <w:p>
      <w:pPr>
        <w:jc w:val="right"/>
      </w:pPr>
      <w:r>
        <w:t>ومنہم من یستمع الیک حتى اذا خرجوا من عندک قالوا للذین اوتوا العلم ماذا قال الفا؟</w:t>
      </w:r>
    </w:p>
    <w:p>
      <w:r>
        <w:rPr>
          <w:b/>
        </w:rPr>
        <w:t xml:space="preserve">[18:43] </w:t>
      </w:r>
      <w:r>
        <w:t>ula'ika alladhina taba'a Allahu 'ala quluubihim wattaba'uu ahwaa'ahum walladhina ihtadu zaadahum hudaa wa aatahum taqwahu.</w:t>
      </w:r>
    </w:p>
    <w:p>
      <w:pPr>
        <w:jc w:val="right"/>
      </w:pPr>
      <w:r>
        <w:t>أولئک الذین طبع اللہ علی قلوبهم واتبعوا أهواءهم والذین اهتدوا زادهم هدى وآتاهم تقواهم۔</w:t>
      </w:r>
    </w:p>
    <w:p>
      <w:r>
        <w:rPr>
          <w:b/>
        </w:rPr>
        <w:t xml:space="preserve">[19:08] </w:t>
      </w:r>
      <w:r>
        <w:t>aur un mein kuch log aisay hain jo tumhari taraf kaan lagate hain yahan tak ke jab woh tumhare pas se bahar jate hain to ilm walon se poochte hain ke unhon ne abhi kya kaha?</w:t>
      </w:r>
    </w:p>
    <w:p>
      <w:pPr>
        <w:jc w:val="right"/>
      </w:pPr>
      <w:r>
        <w:t>اور ان میں کچھ لوگ ایسے ہیں جو تمہاری طرف کان لگاتے ہیں یہاں تک کہ جب وہ تمہارے پاس سے باہر جاتے ہیں تو علم والوں سے پوچھتے ہیں کہ انہوں نے ابھی کیا کہا؟</w:t>
      </w:r>
    </w:p>
    <w:p>
      <w:r>
        <w:rPr>
          <w:b/>
        </w:rPr>
        <w:t xml:space="preserve">[19:24] </w:t>
      </w:r>
      <w:r>
        <w:t>yahi log hain jin ke dil'on par Allah ne mohar laga di aur woh apni khwahishon par chalte hain aur jin logon ne hidayat ki rah ikhtiyar ki to Allah un ko aur ziyada hidayat deta hai aur un ko un ki parhezgari ata karta hai.</w:t>
      </w:r>
    </w:p>
    <w:p>
      <w:pPr>
        <w:jc w:val="right"/>
      </w:pPr>
      <w:r>
        <w:t>یہی لوگ ہیں جن کے دلوں پر اللہ نے مہر لگا دی اور وہ اپنی خواہشوں پر چلتے ہیں اور جن لوگوں نے ہدایت کی راہ اختیار کی تو اللہ ان کو اور زیادہ ہدایت دیتا ہے اور ان کو ان کی پرہیزگاری عطا کرتا ہے۔</w:t>
      </w:r>
    </w:p>
    <w:p>
      <w:r>
        <w:rPr>
          <w:b/>
        </w:rPr>
        <w:t xml:space="preserve">[19:44] </w:t>
      </w:r>
      <w:r>
        <w:t>tashreeh: munafiq aadmi ki aik pehchan yeh hai ke woh sanjeeda majlis mein baithta hai to bazahir bohat baadab nazar aata hai magar is ka zehn doosri doosri cheezon mein laga rehta hai.</w:t>
      </w:r>
    </w:p>
    <w:p>
      <w:pPr>
        <w:jc w:val="right"/>
      </w:pPr>
      <w:r>
        <w:t>تشریح: منافق آدمی کی ایک پہچان یہ ہے کہ وہ سنجیدہ مجلس میں بیٹھتا ہے تو بظاہر بہت باادب نظر آتا ہے مگر اس کا ذہن دوسری دوسری چیزوں میں لگا رہتا ہے۔</w:t>
      </w:r>
    </w:p>
    <w:p>
      <w:r>
        <w:rPr>
          <w:b/>
        </w:rPr>
        <w:t xml:space="preserve">[20:01] </w:t>
      </w:r>
      <w:r>
        <w:t>woh majlis mein baith kar bhi majlis ki baat nahi sun pata. chunancha jab woh majlis se bahar aata hai to doosre ashab e ilm se poochta hai ke hazrat ne kya farmaya?</w:t>
      </w:r>
    </w:p>
    <w:p>
      <w:pPr>
        <w:jc w:val="right"/>
      </w:pPr>
      <w:r>
        <w:t>وہ مجلس میں بیٹھ کر بھی مجلس کی بات نہیں سن پاتا۔ چنانچہ جب وہ مجلس سے باہر آتا ہے تو دوسرے اصحاب علم سے پوچھتا ہے کہ حضرت نے کیا فرمایا؟</w:t>
      </w:r>
    </w:p>
    <w:p>
      <w:r>
        <w:rPr>
          <w:b/>
        </w:rPr>
        <w:t xml:space="preserve">[20:15] </w:t>
      </w:r>
      <w:r>
        <w:t>yeh woh qeemat hai jo apni khwahish parasti ki bina par unhein ada karni padti hai. woh apne upar apni khwahish ko ghalib kar lete hain.</w:t>
      </w:r>
    </w:p>
    <w:p>
      <w:pPr>
        <w:jc w:val="right"/>
      </w:pPr>
      <w:r>
        <w:t>یہ وہ قیمت ہے جو اپنی خواہش پرستی کی بنا پر انہیں ادا کرنی پڑتی ہے۔ وہ اپنے اوپر اپنی خواہش کو غالب کر لیتے ہیں۔</w:t>
      </w:r>
    </w:p>
    <w:p>
      <w:r>
        <w:rPr>
          <w:b/>
        </w:rPr>
        <w:t xml:space="preserve">[20:26] </w:t>
      </w:r>
      <w:r>
        <w:t>woh daleel ki pairwi karne ke bajaye apni khwahish ki pairwi karte hain. is ka nateeja yeh hota hai ke dheere dheere un ke ehsasat kund ho jate hain.</w:t>
      </w:r>
    </w:p>
    <w:p>
      <w:pPr>
        <w:jc w:val="right"/>
      </w:pPr>
      <w:r>
        <w:t>وہ دلیل کی پیروی کرنے کے بجائے اپنی خواہش کی پیروی کرتے ہیں۔ اس کا نتیجہ یہ ہوتا ہے کہ دھیرے دھیرے ان کے احساسات کند ہو جاتے ہیں۔</w:t>
      </w:r>
    </w:p>
    <w:p>
      <w:r>
        <w:rPr>
          <w:b/>
        </w:rPr>
        <w:t xml:space="preserve">[20:38] </w:t>
      </w:r>
      <w:r>
        <w:t>un ki aqal is qabil nahi rehti ke woh buland haqiqaton ka idrak kar sake. is ke bar'aks jo log haqiqaton ko ahmiyat dein jo sachi daleel ke aage jhuk jayen woh is amal se apni fikri salahiyat ko zinda karte hain.</w:t>
      </w:r>
    </w:p>
    <w:p>
      <w:pPr>
        <w:jc w:val="right"/>
      </w:pPr>
      <w:r>
        <w:t>ان کی عقل اس قابل نہیں رہتی کہ وہ بلند حقیقتوں کا ادراک کر سکے۔ اس کے برعکس جو لوگ حقیقتوں کو اہمیت دیں جو سچی دلیل کے آگے جھک جائیں وہ اس عمل سے اپنی فکری صلاحیت کو زندہ کرتے ہیں۔</w:t>
      </w:r>
    </w:p>
    <w:p>
      <w:r>
        <w:rPr>
          <w:b/>
        </w:rPr>
        <w:t xml:space="preserve">[20:58] </w:t>
      </w:r>
      <w:r>
        <w:t>aise logon ki marifat mein din ba din izafa hota rehta hai.</w:t>
      </w:r>
    </w:p>
    <w:p>
      <w:pPr>
        <w:jc w:val="right"/>
      </w:pPr>
      <w:r>
        <w:t>ایسے لوگوں کی معرفت میں دن بدن اضافہ ہوتا رہتا ہے۔</w:t>
      </w:r>
    </w:p>
    <w:p>
      <w:r>
        <w:rPr>
          <w:b/>
        </w:rPr>
        <w:t xml:space="preserve">[21:02] </w:t>
      </w:r>
      <w:r>
        <w:t>un ko abadi tor par jamood na ashna iman hasil ho jata hai.</w:t>
      </w:r>
    </w:p>
    <w:p>
      <w:pPr>
        <w:jc w:val="right"/>
      </w:pPr>
      <w:r>
        <w:t>ان کو ابدی طور پر جمود نا آشنا ایمان حاصل ہو جاتا ہے۔</w:t>
      </w:r>
    </w:p>
    <w:p>
      <w:r>
        <w:rPr>
          <w:b/>
        </w:rPr>
        <w:t xml:space="preserve">[21:49] </w:t>
      </w:r>
      <w:r>
        <w:t>wallahu ya'lamu mutaqallabakum wa maswakum. yeh log to bas is ke muntazir hain ke qayamat un par achaanak aa jaye to is ki alamat'ein zahir ho chuki hain.</w:t>
      </w:r>
    </w:p>
    <w:p>
      <w:pPr>
        <w:jc w:val="right"/>
      </w:pPr>
      <w:r>
        <w:t>واللہ یعلم متقلبکم ومثواکم۔ یہ لوگ تو بس اس کے منتظر ہیں کہ قیامت ان پر اچانک آ جائے تو اس کی علامتیں ظاہر ہو چکی ہیں۔</w:t>
      </w:r>
    </w:p>
    <w:p>
      <w:r>
        <w:rPr>
          <w:b/>
        </w:rPr>
        <w:t xml:space="preserve">[22:04] </w:t>
      </w:r>
      <w:r>
        <w:t>pas jab woh aayegi to un ke liye naseehat hasil karne ka mauqa kahan rahega? pas jaan lo ke Allah ke siwa koi mabood nahi aur ma'afi mango apne kusoor ke liye aur momin mardon aur momin auraton ke liye aur Allah janta hai tumhare chalne phirne ko aur tumhare thikanay ko.</w:t>
      </w:r>
    </w:p>
    <w:p>
      <w:pPr>
        <w:jc w:val="right"/>
      </w:pPr>
      <w:r>
        <w:t>پس جب وہ آئے گی تو ان کے لیے نصیحت حاصل کرنے کا موقع کہاں رہے گا؟ پس جان لو کہ اللہ کے سوا کوئی معبود نہیں اور معافی مانگو اپنے قصور کے لیے اور مومن مردوں اور مومن عورتوں کے لیے اور اللہ جانتا ہے تمہارے چلنے پھرنے کو اور تمہارے ٹھکانے کو۔</w:t>
      </w:r>
    </w:p>
    <w:p>
      <w:r>
        <w:rPr>
          <w:b/>
        </w:rPr>
        <w:t xml:space="preserve">[22:31] </w:t>
      </w:r>
      <w:r>
        <w:t>tashreeh: zalzala ke aane ki peshgi itla' se jo shakhs chaukna na ho woh goya zalzala ke aane ka muntazir hai kyunke har agla lamha zalzala ko is ke qareeb la raha hai.</w:t>
      </w:r>
    </w:p>
    <w:p>
      <w:pPr>
        <w:jc w:val="right"/>
      </w:pPr>
      <w:r>
        <w:t>تشریح: زلزلہ کے آنے کی پیشگی اطلاع سے جو شخص چوکنا نہ ہو وہ گویا زلزلہ کے آنے کا منتظر ہے کیونکہ ہر اگلا لمحہ زلزلہ کو اس کے قریب لا رہا ہے۔</w:t>
      </w:r>
    </w:p>
    <w:p>
      <w:r>
        <w:rPr>
          <w:b/>
        </w:rPr>
        <w:t xml:space="preserve">[22:46] </w:t>
      </w:r>
      <w:r>
        <w:t>isi tarah qayamat ki chetawani se aadmi mutanabbih nahi hota magar jab qayamat is ke sar par toot padegi to woh iqrar karne lagega magar us waqt ka iqrar us ko faida na dega kyunke iqrar woh hai jo parda uthne se pehle kiya jaye.</w:t>
      </w:r>
    </w:p>
    <w:p>
      <w:pPr>
        <w:jc w:val="right"/>
      </w:pPr>
      <w:r>
        <w:t>اسی طرح قیامت کی چےتاونی سے آدمی متنبہ نہیں ہوتا مگر جب قیامت اس کے سر پر ٹوٹ پڑے گی تو وہ اعتراف کرنے لگے گا مگر اس وقت کا اعتراف اس کو فائدہ نہ دے گا کیونکہ اعتراف وہ ہے جو پردہ اٹھنے سے پہلے کیا جائے۔</w:t>
      </w:r>
    </w:p>
    <w:p>
      <w:r>
        <w:rPr>
          <w:b/>
        </w:rPr>
        <w:t xml:space="preserve">[23:10] </w:t>
      </w:r>
      <w:r>
        <w:t>parda uthne ke baad iqrar ki koi qeemat nahi. istighfar darasal ehsas e ujz ka aik izhaar hai.</w:t>
      </w:r>
    </w:p>
    <w:p>
      <w:pPr>
        <w:jc w:val="right"/>
      </w:pPr>
      <w:r>
        <w:t>پردہ اٹھنے کے بعد اعتراف کی کوئی قیمت نہیں۔ استغفار دراصل احساس عجز کا ایک اظہار ہے۔</w:t>
      </w:r>
    </w:p>
    <w:p>
      <w:r>
        <w:rPr>
          <w:b/>
        </w:rPr>
        <w:t xml:space="preserve">[23:20] </w:t>
      </w:r>
      <w:r>
        <w:t>qayamat ki holnaki ka yaqeen aur Allah ki qudrat aur is ke har cheez se ba'khabar hone ka ehsas aadmi ke andar jo nafsiati hejaan paida karta hai woh har lamha lateef kalmat mein dhalta rehta hai.</w:t>
      </w:r>
    </w:p>
    <w:p>
      <w:pPr>
        <w:jc w:val="right"/>
      </w:pPr>
      <w:r>
        <w:t>قیامت کی ہولناکی کا یقین اور اللہ کی قدرت اور اس کے ہر چیز سے باخبر ہونے کا احساس آدمی کے اندر جو نفسیاتی ہیجان پیدا کرتا ہے وہ ہر لمحہ لطیف کلمات میں ڈھلتا رہتا ہے۔</w:t>
      </w:r>
    </w:p>
    <w:p>
      <w:r>
        <w:rPr>
          <w:b/>
        </w:rPr>
        <w:t xml:space="preserve">[23:40] </w:t>
      </w:r>
      <w:r>
        <w:t>inhi kalmat ko zikr aur dua aur istighfar kaha jata hai.</w:t>
      </w:r>
    </w:p>
    <w:p>
      <w:pPr>
        <w:jc w:val="right"/>
      </w:pPr>
      <w:r>
        <w:t>انہی کلمات کو ذکر اور دعا اور استغفار کہا جاتا ہے۔</w:t>
      </w:r>
    </w:p>
    <w:p>
      <w:r>
        <w:rPr>
          <w:b/>
        </w:rPr>
        <w:t xml:space="preserve">[24:41] </w:t>
      </w:r>
      <w:r>
        <w:t>fahal 'aseytum in tawallaytum an tufsidoo fil-arzi wa taqta'oo arhamakum?</w:t>
      </w:r>
    </w:p>
    <w:p>
      <w:pPr>
        <w:jc w:val="right"/>
      </w:pPr>
      <w:r>
        <w:t>فهل عسيتم إن توليتم أن تفسدوا في الأرض وتقطعوا أرحامكم؟</w:t>
      </w:r>
    </w:p>
    <w:p>
      <w:r>
        <w:rPr>
          <w:b/>
        </w:rPr>
        <w:t xml:space="preserve">[24:55] </w:t>
      </w:r>
      <w:r>
        <w:t>ulaa'ikal-ladheena la'anahumul-laahu fa-asammahum wa a'maa absaaruhum.</w:t>
      </w:r>
    </w:p>
    <w:p>
      <w:pPr>
        <w:jc w:val="right"/>
      </w:pPr>
      <w:r>
        <w:t>أولئك الذين لعنهم الله فأصمهم وأعمى أبصارهم۔</w:t>
      </w:r>
    </w:p>
    <w:p>
      <w:r>
        <w:rPr>
          <w:b/>
        </w:rPr>
        <w:t xml:space="preserve">[25:10] </w:t>
      </w:r>
      <w:r>
        <w:t>aur jo log imaan laaye hain woh kehte hain ke koi surah kyon nahin utari jaati? pas jab ek waazeh surah utari gayi aur us mein jang ka bhi zikr tha to tum ne dekha ke jin ke dilo mein beemari hai woh tumhari taraf is tarah dekh rahe hain jaise kisi par maut chha gayi ho.</w:t>
      </w:r>
    </w:p>
    <w:p>
      <w:pPr>
        <w:jc w:val="right"/>
      </w:pPr>
      <w:r>
        <w:t>اور جو لوگ ایمان لائے ہیں وہ کہتے ہیں کہ کوئی سورہ کیوں نہیں اتاری جاتی؟ پس جب ایک واضح سورہ اتار دی گئی اور اس میں جنگ کا بھی ذکر تھا تو تم نے دیکھا کہ جن کے دلوں میں بیماری ہے وہ تمہاری طرف اس طرح دیکھ رہے ہیں جیسے کسی پر موت چھا گئی ہو۔</w:t>
      </w:r>
    </w:p>
    <w:p>
      <w:r>
        <w:rPr>
          <w:b/>
        </w:rPr>
        <w:t xml:space="preserve">[25:34] </w:t>
      </w:r>
      <w:r>
        <w:t>pas kharaabi hai un ki. hukum maanna hai aur bhali baat kehna hai. pas jab mu'aamle ka qat'i faisla ho jaaye to agar woh Allah se sachche rehte to un ke liye bohat behtar hota.</w:t>
      </w:r>
    </w:p>
    <w:p>
      <w:pPr>
        <w:jc w:val="right"/>
      </w:pPr>
      <w:r>
        <w:t>پس خرابی ہے ان کی۔ حکم ماننا ہے اور بھلی بات کہنا ہے۔ پس جب معاملے کا قطعی فیصلہ ہو جائے تو اگر وہ اللہ سے سچے رہتے تو ان کے لیے بہت بہتر ہوتا۔</w:t>
      </w:r>
    </w:p>
    <w:p>
      <w:r>
        <w:rPr>
          <w:b/>
        </w:rPr>
        <w:t xml:space="preserve">[25:52] </w:t>
      </w:r>
      <w:r>
        <w:t>pas agar tum phir gaye to is ke siwa tum se kuch mutawaqqi nahin ke tum zameen mein fasaad karo aur aapas ki qaraabaton ko qata' karo.</w:t>
      </w:r>
    </w:p>
    <w:p>
      <w:pPr>
        <w:jc w:val="right"/>
      </w:pPr>
      <w:r>
        <w:t>پس اگر تم پھر گئے تو اس کے سوا تم سے کچھ متوقع نہیں کہ تم زمین میں فساد کرو اور آپس کی قرابتوں کو قطع کرو۔</w:t>
      </w:r>
    </w:p>
    <w:p>
      <w:r>
        <w:rPr>
          <w:b/>
        </w:rPr>
        <w:t xml:space="preserve">[26:03] </w:t>
      </w:r>
      <w:r>
        <w:t>yahi log hain jin ko Allah ne apni rehmat se door kiya. pas un ko behra kar diya aur un ki aankhon ko andha kar diya.</w:t>
      </w:r>
    </w:p>
    <w:p>
      <w:pPr>
        <w:jc w:val="right"/>
      </w:pPr>
      <w:r>
        <w:t>یہی لوگ ہیں جن کو اللہ نے اپنی رحمت سے دور کیا۔ پس ان کو بہرا کر دیا اور ان کی آنکھوں کو اندھا کر دیا۔</w:t>
      </w:r>
    </w:p>
    <w:p>
      <w:r>
        <w:rPr>
          <w:b/>
        </w:rPr>
        <w:t xml:space="preserve">[26:15] </w:t>
      </w:r>
      <w:r>
        <w:t>tashreeh: munaafiq ki pehchaan yeh hai ke woh alfaaz mein sab se aage aur amal mein sab se peechhe ho.</w:t>
      </w:r>
    </w:p>
    <w:p>
      <w:pPr>
        <w:jc w:val="right"/>
      </w:pPr>
      <w:r>
        <w:t>تشریح: منافق کی پہچان یہ ہے کہ وہ الفاظ میں سب سے آگے اور عمل میں سب سے پیچھے ہو۔</w:t>
      </w:r>
    </w:p>
    <w:p>
      <w:r>
        <w:rPr>
          <w:b/>
        </w:rPr>
        <w:t xml:space="preserve">[26:27] </w:t>
      </w:r>
      <w:r>
        <w:t>jihad se pehle woh jihad ki baatein kare aur jab jihad waaqi'atan pesh aa jaaye to woh is se bhaag khada ho.</w:t>
      </w:r>
    </w:p>
    <w:p>
      <w:pPr>
        <w:jc w:val="right"/>
      </w:pPr>
      <w:r>
        <w:t>جہاد سے پہلے وہ جہاد کی باتیں کرے اور جب جہاد واقعتا پیش آ جائے تو وہ اس سے بھاگ کھڑا ہو۔</w:t>
      </w:r>
    </w:p>
    <w:p>
      <w:r>
        <w:rPr>
          <w:b/>
        </w:rPr>
        <w:t xml:space="preserve">[26:37] </w:t>
      </w:r>
      <w:r>
        <w:t>sachche ahle imaan ka tareeqa yeh hai ke woh har waqt sunne aur maanne ke liye tayyar rahe aur jab kisi sakht qadam ka faisla ho jaaye to apne amal se saabit kar de ke us ne Khuda ko gawaah bana kar jo 'ahad kiya tha us 'ahad mein woh poora utra.</w:t>
      </w:r>
    </w:p>
    <w:p>
      <w:pPr>
        <w:jc w:val="right"/>
      </w:pPr>
      <w:r>
        <w:t>سچے اہل ایمان کا طریقہ یہ ہے کہ وہ ہر وقت سننے اور ماننے کے لیے تیار رہے اور جب کسی سخت اقدام کا فیصلہ ہو جائے تو اپنے عمل سے ثابت کر دے کہ اس نے خدا کو گواہ بنا کر جو عہد کیا تھا اس عہد میں وہ پورا اترا۔</w:t>
      </w:r>
    </w:p>
    <w:p>
      <w:r>
        <w:rPr>
          <w:b/>
        </w:rPr>
        <w:t xml:space="preserve">[26:58] </w:t>
      </w:r>
      <w:r>
        <w:t>munaafiq log jihad se bachne ke liye bazahir aman pasandi ki baat karte hain magar 'amalan soorat-e-haal yeh hai ke jahan unhein mauqa milta hai woh foran shar phailana shuru kar dete hain.</w:t>
      </w:r>
    </w:p>
    <w:p>
      <w:pPr>
        <w:jc w:val="right"/>
      </w:pPr>
      <w:r>
        <w:t>منافق لوگ جہاد سے بچنے کے لیے بظاہر امن پسندی کی بات کرتے ہیں مگر عملا صورتحال یہ ہے کہ جہاں انہیں موقع ملتا ہے وہ فوراً شر پھیلانا شروع کر دیتے ہیں۔</w:t>
      </w:r>
    </w:p>
    <w:p>
      <w:r>
        <w:rPr>
          <w:b/>
        </w:rPr>
        <w:t xml:space="preserve">[27:13] </w:t>
      </w:r>
      <w:r>
        <w:t>hata ke jin musalmanon se un ki qaraabaten hain un ki mutlaq parwah na karte hue un ke dushmanon ke madadgaar ban jaate hain.</w:t>
      </w:r>
    </w:p>
    <w:p>
      <w:pPr>
        <w:jc w:val="right"/>
      </w:pPr>
      <w:r>
        <w:t>حتی کہ جن مسلمانوں سے ان کی قرابتیں ہیں ان کی مطلق پرواہ نہ کرتے ہوئے ان کے دشمنوں کے مددگار بن جاتے ہیں۔</w:t>
      </w:r>
    </w:p>
    <w:p>
      <w:r>
        <w:rPr>
          <w:b/>
        </w:rPr>
        <w:t xml:space="preserve">[27:23] </w:t>
      </w:r>
      <w:r>
        <w:t>aise log Khuda ki nazar mein mal'oon hain. mal'oon hone ka matlab yeh hai ke aadmi ke sochne samajhne ki salahiyat us se chhin jaaye.</w:t>
      </w:r>
    </w:p>
    <w:p>
      <w:pPr>
        <w:jc w:val="right"/>
      </w:pPr>
      <w:r>
        <w:t>ایسے لوگ خدا کی نظر میں ملعون ہیں۔ ملعون ہونے کا مطلب یہ ہے کہ آدمی کے سوچنے سمجھنے کی صلاحیت اس سے چھن جائے۔</w:t>
      </w:r>
    </w:p>
    <w:p>
      <w:r>
        <w:rPr>
          <w:b/>
        </w:rPr>
        <w:t xml:space="preserve">[27:34] </w:t>
      </w:r>
      <w:r>
        <w:t>woh aankh rakhte hue bhi na dekhe aur kaan rakhte hue bhi kuch na sune.</w:t>
      </w:r>
    </w:p>
    <w:p>
      <w:pPr>
        <w:jc w:val="right"/>
      </w:pPr>
      <w:r>
        <w:t>وہ آنکھ رکھتے ہوئے بھی نہ دیکھے اور کان رکھتے ہوئے بھی کچھ نہ سنے۔</w:t>
      </w:r>
    </w:p>
    <w:p>
      <w:r>
        <w:rPr>
          <w:b/>
        </w:rPr>
        <w:t xml:space="preserve">[28:51] </w:t>
      </w:r>
      <w:r>
        <w:t>kya yeh log Quran mein ghaur nahin karte ya dilo par un ke taale lage hue hain? jo log peeth pher kar hat gaye baad is ke ke hidaayat un par waazeh ho gayi Shaitaan ne un ko fareb diya aur Allah ne un ko dheel de di.</w:t>
      </w:r>
    </w:p>
    <w:p>
      <w:pPr>
        <w:jc w:val="right"/>
      </w:pPr>
      <w:r>
        <w:t>کیا یہ لوگ قرآن میں غور نہیں کرتے یا دلوں پر ان کے تالے لگے ہوئے ہیں؟ جو لوگ پیٹھ پھیر کر ہٹ گئے بعد اس کے کہ ہدایت ان پر واضح ہوگئی شیطان نے ان کو فریب دیا اور اللہ نے ان کو ڈھیل دے دی۔</w:t>
      </w:r>
    </w:p>
    <w:p>
      <w:r>
        <w:rPr>
          <w:b/>
        </w:rPr>
        <w:t xml:space="preserve">[29:10] </w:t>
      </w:r>
      <w:r>
        <w:t>yeh is sabab se hua ke unhone un logo se jo ke Allah ki utari hui cheez ko napasand karte hain kaha ke ba'z baaton mein hum tumhara kehna maan len ge aur Allah un ki raazdaari ko jaanta hai.</w:t>
      </w:r>
    </w:p>
    <w:p>
      <w:pPr>
        <w:jc w:val="right"/>
      </w:pPr>
      <w:r>
        <w:t>یہ اس سبب سے ہوا کہ انہوں نے ان لوگوں سے جو کہ خدا کی اتاری ہوئی چیز کو ناپسند کرتے ہیں کہا کہ بعض باتوں میں ہم تمہارا کہنا مان لیں گے اور اللہ ان کی رازداری کو جانتا ہے۔</w:t>
      </w:r>
    </w:p>
    <w:p>
      <w:r>
        <w:rPr>
          <w:b/>
        </w:rPr>
        <w:t xml:space="preserve">[29:26] </w:t>
      </w:r>
      <w:r>
        <w:t>pas us waqt kya hoga jab ke farishte un ki roohein qabz karte honge un ke munh aur un ki peethon par maarte hue?</w:t>
      </w:r>
    </w:p>
    <w:p>
      <w:pPr>
        <w:jc w:val="right"/>
      </w:pPr>
      <w:r>
        <w:t>پس اس وقت کیا ہوگا جب کہ فرشتے ان کی روحیں قبض کرتے ہوں گے ان کے منہ اور ان کی پیٹھوں پر مارتے ہوئے؟</w:t>
      </w:r>
    </w:p>
    <w:p>
      <w:r>
        <w:rPr>
          <w:b/>
        </w:rPr>
        <w:t xml:space="preserve">[29:38] </w:t>
      </w:r>
      <w:r>
        <w:t>yeh is sabab se hua ke unhone us cheez ki pairwi ki jo Allah ko ghussa dilaane wali thi aur unhone us ki raza ko napasand kiya.</w:t>
      </w:r>
    </w:p>
    <w:p>
      <w:pPr>
        <w:jc w:val="right"/>
      </w:pPr>
      <w:r>
        <w:t>یہ اس سبب سے کہ انہوں نے اس چیز کی پیروی کی جو اللہ کو غصہ دلانے والی تھی اور انہوں نے اس کی رضا کو ناپسند کیا۔</w:t>
      </w:r>
    </w:p>
    <w:p>
      <w:r>
        <w:rPr>
          <w:b/>
        </w:rPr>
        <w:t xml:space="preserve">[29:48] </w:t>
      </w:r>
      <w:r>
        <w:t>pas Allah ne un ke a'maal 'aqaarat kar diye. tashreeh: Quran naseehat ki kitaab hai magar kisi cheez se naseehat lene ke liye zaroori hai ke aadmi naseehat ke baare mein sanjeeda ho.</w:t>
      </w:r>
    </w:p>
    <w:p>
      <w:pPr>
        <w:jc w:val="right"/>
      </w:pPr>
      <w:r>
        <w:t>پس اللہ نے ان کے اعمال عقارت کر دیے۔ تشریح: قرآن نصیحت کی کتاب ہے مگر کسی چیز سے نصیحت لینے کے لیے ضروری ہے کہ آدمی نصیحت کے بارے میں سنجیدہ ہو۔</w:t>
      </w:r>
    </w:p>
    <w:p>
      <w:r>
        <w:rPr>
          <w:b/>
        </w:rPr>
        <w:t xml:space="preserve">[30:07] </w:t>
      </w:r>
      <w:r>
        <w:t>agar koi galat jazba aadmi ke andar daakhil ho kar us ko naseehat ke baare mein ghair sanjeeda bana de to woh kabhi naseehat se faida nahin utha sakta khwah naseehat ko kitna hi achhe andaaz mein bayan kiya gaya ho.</w:t>
      </w:r>
    </w:p>
    <w:p>
      <w:pPr>
        <w:jc w:val="right"/>
      </w:pPr>
      <w:r>
        <w:t>اگر کوئی غلط جذبہ آدمی کے اندر داخل ہو کر اس کو نصیحت کے بارے میں غیر سنجیدہ بنا دے تو وہ کبھی نصیحت سے فائدہ نہیں اٹھا سکتا خواہ نصیحت کو کتنا ہی اچھے انداز میں بیان کیا گیا ہو۔</w:t>
      </w:r>
    </w:p>
    <w:p>
      <w:r>
        <w:rPr>
          <w:b/>
        </w:rPr>
        <w:t xml:space="preserve">[30:25] </w:t>
      </w:r>
      <w:r>
        <w:t>deen ka koi aisa hukum samne aaye jis mein aadmi ko apni khwahishat aur mafadat ki qurbani deni</w:t>
      </w:r>
    </w:p>
    <w:p>
      <w:pPr>
        <w:jc w:val="right"/>
      </w:pPr>
      <w:r>
        <w:t>دین کا کوئی ایسا حکم سامنے آئے جس میں آدمی کو اپنی خواہشات اور مفادات کی قربانی دینی</w:t>
      </w:r>
    </w:p>
    <w:p>
      <w:r>
        <w:rPr>
          <w:b/>
        </w:rPr>
        <w:t xml:space="preserve">[30:33] </w:t>
      </w:r>
      <w:r>
        <w:t>ho to shaitan foran aadmi ko koi jhoota uzr saja deta hai</w:t>
      </w:r>
    </w:p>
    <w:p>
      <w:pPr>
        <w:jc w:val="right"/>
      </w:pPr>
      <w:r>
        <w:t>ہو تو شیطان فوراً آدمی کو کوئی جھوٹا عذر سجا دیتا ہے</w:t>
      </w:r>
    </w:p>
    <w:p>
      <w:r>
        <w:rPr>
          <w:b/>
        </w:rPr>
        <w:t xml:space="preserve">[30:40] </w:t>
      </w:r>
      <w:r>
        <w:t>aur maujudah dunya mein muhlat imtehan ki wajah se aadmi ko mauqa mil jata hai ke woh is</w:t>
      </w:r>
    </w:p>
    <w:p>
      <w:pPr>
        <w:jc w:val="right"/>
      </w:pPr>
      <w:r>
        <w:t>اور موجودہ دنیا میں مہلت امتحان کی وجہ سے آدمی کو موقع مل جاتا ہے کہ وہ اس</w:t>
      </w:r>
    </w:p>
    <w:p>
      <w:r>
        <w:rPr>
          <w:b/>
        </w:rPr>
        <w:t xml:space="preserve">[30:47] </w:t>
      </w:r>
      <w:r>
        <w:t>jhoote uzr ko amalan bhi ikhtiyar kar le magar yeh sab kuch sirf chand dinon tak ke liye</w:t>
      </w:r>
    </w:p>
    <w:p>
      <w:pPr>
        <w:jc w:val="right"/>
      </w:pPr>
      <w:r>
        <w:t>جھوٹے عذر کو عملا بھی اختیار کر لے مگر یہ سب کچھ صرف چند دنوں تک کے لیے</w:t>
      </w:r>
    </w:p>
    <w:p>
      <w:r>
        <w:rPr>
          <w:b/>
        </w:rPr>
        <w:t xml:space="preserve">[30:54] </w:t>
      </w:r>
      <w:r>
        <w:t>hai.</w:t>
      </w:r>
    </w:p>
    <w:p>
      <w:pPr>
        <w:jc w:val="right"/>
      </w:pPr>
      <w:r>
        <w:t>ہے۔</w:t>
      </w:r>
    </w:p>
    <w:p>
      <w:r>
        <w:rPr>
          <w:b/>
        </w:rPr>
        <w:t xml:space="preserve">[30:56] </w:t>
      </w:r>
      <w:r>
        <w:t>maut ka waqt aate hi saari soorat-e-haal bilkul mukhtalif ho jayegi. yahan nifaaq ke liye irtidaad ka lafz istemaal kiya gaya hai magar maloom hai ke Madine ke in munaafiqeen ko irtidaad ki muqarrar saza nahin di gayi.</w:t>
      </w:r>
    </w:p>
    <w:p>
      <w:pPr>
        <w:jc w:val="right"/>
      </w:pPr>
      <w:r>
        <w:t>موت کا وقت آتے ہی ساری صورتحال بالکل مختلف ہو جائے گی۔ یہاں نفاق کے لیے ارتداد کا لفظ استعمال کیا گیا ہے مگر معلوم ہے کہ مدینہ کے ان منافقین کو ارتداد کی مقرر سزا نہیں دی گئی۔</w:t>
      </w:r>
    </w:p>
    <w:p>
      <w:r>
        <w:rPr>
          <w:b/>
        </w:rPr>
        <w:t xml:space="preserve">[31:15] </w:t>
      </w:r>
      <w:r>
        <w:t>is se maloom hua ke irtidad ki sharai saza sirf un logon ke liye hai jo ailan ke</w:t>
      </w:r>
    </w:p>
    <w:p>
      <w:pPr>
        <w:jc w:val="right"/>
      </w:pPr>
      <w:r>
        <w:t>اس سے معلوم ہوا کہ ارتداد کی شرعی سزا صرف ان لوگوں کے لیے ہے جو اعلان کے</w:t>
      </w:r>
    </w:p>
    <w:p>
      <w:r>
        <w:rPr>
          <w:b/>
        </w:rPr>
        <w:t xml:space="preserve">[31:21] </w:t>
      </w:r>
      <w:r>
        <w:t>saath murtad ho jayen.</w:t>
      </w:r>
    </w:p>
    <w:p>
      <w:pPr>
        <w:jc w:val="right"/>
      </w:pPr>
      <w:r>
        <w:t>ساتھ مرتد ہو جائیں۔</w:t>
      </w:r>
    </w:p>
    <w:p>
      <w:r>
        <w:rPr>
          <w:b/>
        </w:rPr>
        <w:t xml:space="preserve">[31:23] </w:t>
      </w:r>
      <w:r>
        <w:t>hum aisa nahi kar sakte ke kisi shakhs ko ba-taur khud qalb-i-murtad qarar dein aur phir us</w:t>
      </w:r>
    </w:p>
    <w:p>
      <w:pPr>
        <w:jc w:val="right"/>
      </w:pPr>
      <w:r>
        <w:t>ہم ایسا نہیں کر سکتے کہ کسی شخص کو بطور خود قلبی مرتد قرار دیں اور پھر اس</w:t>
      </w:r>
    </w:p>
    <w:p>
      <w:r>
        <w:rPr>
          <w:b/>
        </w:rPr>
        <w:t xml:space="preserve">[31:30] </w:t>
      </w:r>
      <w:r>
        <w:t>ko woh saza dene lagen jo shariat mein murtadeen ke liye muqarrar hai.</w:t>
      </w:r>
    </w:p>
    <w:p>
      <w:pPr>
        <w:jc w:val="right"/>
      </w:pPr>
      <w:r>
        <w:t>کو وہ سزا دینے لگیں جو شریعت میں مرتدین کے لیے مقرر ہے۔</w:t>
      </w:r>
    </w:p>
    <w:p>
      <w:r>
        <w:rPr>
          <w:b/>
        </w:rPr>
        <w:t xml:space="preserve">[32:10] </w:t>
      </w:r>
      <w:r>
        <w:t>wallahu ya'lamu a'maalakum. jin logo ke dilo mein beemari hai kya woh khayaal karte hain ke Allah un ke kine ko kabhi zaahir na karega?</w:t>
      </w:r>
    </w:p>
    <w:p>
      <w:pPr>
        <w:jc w:val="right"/>
      </w:pPr>
      <w:r>
        <w:t>واللہ یعلم اعمالکم۔ جن لوگوں کے دلوں میں بیماری ہے کیا وہ خیال کرتے ہیں کہ اللہ ان کے کینے کو کبھی ظاہر نہ کرے گا؟</w:t>
      </w:r>
    </w:p>
    <w:p>
      <w:r>
        <w:rPr>
          <w:b/>
        </w:rPr>
        <w:t xml:space="preserve">[32:19] </w:t>
      </w:r>
      <w:r>
        <w:t>aur agar hum chahte to hum un ko tumhein dikha dete. pas tum un ki 'alaamaton se un ko pehchaan lete aur tum un ke andaaz-e-kalaam se zaroor un ko pehchaan lo ge aur Allah tumhare a'maal ko jaanta hai.</w:t>
      </w:r>
    </w:p>
    <w:p>
      <w:pPr>
        <w:jc w:val="right"/>
      </w:pPr>
      <w:r>
        <w:t>اور اگر ہم چاہتے تو ہم ان کو تمہیں دکھا دیتے۔ پس تم ان کی علامتوں سے ان کو پہچان لیتے اور تم ان کے انداز کلام سے ضرور ان کو پہچان لو گے اور اللہ تمہارے اعمال کو جانتا ہے۔</w:t>
      </w:r>
    </w:p>
    <w:p>
      <w:r>
        <w:rPr>
          <w:b/>
        </w:rPr>
        <w:t xml:space="preserve">[32:39] </w:t>
      </w:r>
      <w:r>
        <w:t>tashreeh: munaafiqeen ki beemari yeh thi ke un ke seenon mein hasad tha. munaafiq musalmanon ko apne mukhlis baradraan-e-deen se yeh hasad kyon tha?</w:t>
      </w:r>
    </w:p>
    <w:p>
      <w:pPr>
        <w:jc w:val="right"/>
      </w:pPr>
      <w:r>
        <w:t>تشریح: منافقین کی بیماری یہ تھی کہ ان کے سینوں میں حسد تھا۔ منافق مسلمانوں کو اپنے مخلص برادران دین سے یہ حسد کیوں تھا؟</w:t>
      </w:r>
    </w:p>
    <w:p>
      <w:r>
        <w:rPr>
          <w:b/>
        </w:rPr>
        <w:t xml:space="preserve">[32:53] </w:t>
      </w:r>
      <w:r>
        <w:t>is ki wajah yeh thi ke islam ki har taraqqi unhein mخلص musalmanon ke hissay mein jati hui nazar aati thi. yeh cheez munafiqeen ke liye be had shaaq thi.</w:t>
      </w:r>
    </w:p>
    <w:p>
      <w:pPr>
        <w:jc w:val="right"/>
      </w:pPr>
      <w:r>
        <w:t>اس کی وجہ یہ تھی کہ اسلام کی ہر ترقی انہیں مخلص مسلمانوں کے حصے میں جاتی ہوئی نظر آتی تھی۔ یہ چیز منافقین کے لیے بے حد شاق تھی۔</w:t>
      </w:r>
    </w:p>
    <w:p>
      <w:r>
        <w:rPr>
          <w:b/>
        </w:rPr>
        <w:t xml:space="preserve">[33:06] </w:t>
      </w:r>
      <w:r>
        <w:t>woh sochte thay ke hum aisi muhim mein apna jaan o maal kyun khapayein jis mein doosron ki hesiyat barhay, jis mein doosron ko barhai hasil hoti ho?</w:t>
      </w:r>
    </w:p>
    <w:p>
      <w:pPr>
        <w:jc w:val="right"/>
      </w:pPr>
      <w:r>
        <w:t>وہ سوچتے تھے کہ ہم ایسی مہم میں اپنا جان و مال کیوں کھپائیں جس میں دوسروں کی حیثیت بڑھے، جس میں دوسروں کو بڑائی حاصل ہوتی ہو؟</w:t>
      </w:r>
    </w:p>
    <w:p>
      <w:r>
        <w:rPr>
          <w:b/>
        </w:rPr>
        <w:t xml:space="preserve">[33:18] </w:t>
      </w:r>
      <w:r>
        <w:t>munafiqeen apne zahiri rawaiye mein apni is androni halat ko chupate thay magar samajhdar logon ke liye woh chupaoo na tha.</w:t>
      </w:r>
    </w:p>
    <w:p>
      <w:pPr>
        <w:jc w:val="right"/>
      </w:pPr>
      <w:r>
        <w:t>منافقین اپنے ظاہری رویے میں اپنی اس اندرونی حالت کو چھپاتے تھے مگر سمجھدار لوگوں کے لیے وہ چھپا ہوا نہ تھا۔</w:t>
      </w:r>
    </w:p>
    <w:p>
      <w:r>
        <w:rPr>
          <w:b/>
        </w:rPr>
        <w:t xml:space="preserve">[33:29] </w:t>
      </w:r>
      <w:r>
        <w:t>munafiqeen ka masnooi lehja un ki dard se khali awaz bata deti thi ke Islam se un ka</w:t>
      </w:r>
    </w:p>
    <w:p>
      <w:pPr>
        <w:jc w:val="right"/>
      </w:pPr>
      <w:r>
        <w:t>منافقین کا مصنوعی لہجہ ان کی درد سے خالی آواز بتا دیتی تھی کہ اسلام سے ان کا</w:t>
      </w:r>
    </w:p>
    <w:p>
      <w:r>
        <w:rPr>
          <w:b/>
        </w:rPr>
        <w:t xml:space="preserve">[33:36] </w:t>
      </w:r>
      <w:r>
        <w:t>ta'alluq mahaz dikhawe ka ta'alluq hai na ke haqeeqi ma'anon mein qalb-i-ta'alluq.</w:t>
      </w:r>
    </w:p>
    <w:p>
      <w:pPr>
        <w:jc w:val="right"/>
      </w:pPr>
      <w:r>
        <w:t>تعلق محض دکھاوے کا تعلق ہے نہ کہ حقیقی معنوں میں قلبی تعلق۔</w:t>
      </w:r>
    </w:p>
    <w:p>
      <w:r>
        <w:rPr>
          <w:b/>
        </w:rPr>
        <w:t xml:space="preserve">[34:28] </w:t>
      </w:r>
      <w:r>
        <w:t>aur hum zaroor tum ko azmayenge ta ke hum un logon ko jaan lein jo tum mein jihad karne walay hain aur sabit qadam rehne walay hain aur hum tumharay halaat ki jaanch kar lein.</w:t>
      </w:r>
    </w:p>
    <w:p>
      <w:pPr>
        <w:jc w:val="right"/>
      </w:pPr>
      <w:r>
        <w:t>اور ہم ضرور تم کو آزمائیں گے تاکہ ہم ان لوگوں کو جان لیں جو تم میں جہاد کرنے والے ہیں اور ثابت قدم رہنے والے ہیں اور ہم تمہارے حالات کی جانچ کر لیں۔</w:t>
      </w:r>
    </w:p>
    <w:p>
      <w:r>
        <w:rPr>
          <w:b/>
        </w:rPr>
        <w:t xml:space="preserve">[34:42] </w:t>
      </w:r>
      <w:r>
        <w:t>beshak jin logon ne inkar kiya aur Allah ke rastay se roka aur rasool ki mukhalifat ki jab ke hidayat un par wazeh ho chuki thi woh Allah ko kuch nuqsan na pohncha sakein ge aur Allah un ke aamal ko dha de ga.</w:t>
      </w:r>
    </w:p>
    <w:p>
      <w:pPr>
        <w:jc w:val="right"/>
      </w:pPr>
      <w:r>
        <w:t>بے شک جن لوگوں نے انکار کیا اور اللہ کے راستے سے روکا اور رسول کی مخالفت کی جبکہ ہدایت ان پر واضح ہو چکی تھی وہ اللہ کو کچھ نقصان نہ پہنچا سکیں گے اور اللہ ان کے اعمال کو ڈھا دے گا۔</w:t>
      </w:r>
    </w:p>
    <w:p>
      <w:r>
        <w:rPr>
          <w:b/>
        </w:rPr>
        <w:t xml:space="preserve">[35:01] </w:t>
      </w:r>
      <w:r>
        <w:t>tashreeh: aadmi jab imaan ko le kar khara hota hai to us par mukhtalif halaat paish atay hain.</w:t>
      </w:r>
    </w:p>
    <w:p>
      <w:pPr>
        <w:jc w:val="right"/>
      </w:pPr>
      <w:r>
        <w:t>تشریح: آدمی جب ایمان کو لے کر کھڑا ہوتا ہے تو اس پر مختلف حالات پیش آتے ہیں۔</w:t>
      </w:r>
    </w:p>
    <w:p>
      <w:r>
        <w:rPr>
          <w:b/>
        </w:rPr>
        <w:t xml:space="preserve">[35:11] </w:t>
      </w:r>
      <w:r>
        <w:t>yeh halaat is ke imaan ka imtehan hotay hain. woh taqaza karte hain ke woh qurbani ki qeemat par apne momin hone ka saboot de.</w:t>
      </w:r>
    </w:p>
    <w:p>
      <w:pPr>
        <w:jc w:val="right"/>
      </w:pPr>
      <w:r>
        <w:t>یہ حالات اس کے ایمان کا امتحان ہوتے ہیں۔ وہ تقاضا کرتے ہیں کہ وہ قربانی کی قیمت پر اپنے مومن ہونے کا ثبوت دے۔</w:t>
      </w:r>
    </w:p>
    <w:p>
      <w:r>
        <w:rPr>
          <w:b/>
        </w:rPr>
        <w:t xml:space="preserve">[35:24] </w:t>
      </w:r>
      <w:r>
        <w:t>woh apne nafs ko kuchlay. woh apne madi mafadat ko nazar andaz kare. woh logon ki izar rasani ko bardasht kare hatta ke jaan o maal ko khapa kar apne imaan par qaim rahe.</w:t>
      </w:r>
    </w:p>
    <w:p>
      <w:pPr>
        <w:jc w:val="right"/>
      </w:pPr>
      <w:r>
        <w:t>وہ اپنے نفس کو کچلے۔ وہ اپنے مادی مفادات کو نظر انداز کرے۔ وہ لوگوں کی ایزارثانی کو برداشت کرے حتی کہ جان و مال کو کھپا کر اپنے ایمان پر قائم رہے۔</w:t>
      </w:r>
    </w:p>
    <w:p>
      <w:r>
        <w:rPr>
          <w:b/>
        </w:rPr>
        <w:t xml:space="preserve">[35:43] </w:t>
      </w:r>
      <w:r>
        <w:t>momin ko is qism ke halaat mein dalne ke liye zaroori hai ke ghair momineen ko khuli azadi hasil ho ta ke woh ahle imaan ke khilaf har qism ki karrawaiyan kar sakein.</w:t>
      </w:r>
    </w:p>
    <w:p>
      <w:pPr>
        <w:jc w:val="right"/>
      </w:pPr>
      <w:r>
        <w:t>مومن کو اس قسم کے حالات میں ڈالنے کے لیے ضروری ہے کہ غیر مومنین کو کھلی آزادی حاصل ہو تاکہ وہ اہل ایمان کے خلاف ہر قسم کی کارروائیاں کر سکیں۔</w:t>
      </w:r>
    </w:p>
    <w:p>
      <w:r>
        <w:rPr>
          <w:b/>
        </w:rPr>
        <w:t xml:space="preserve">[35:57] </w:t>
      </w:r>
      <w:r>
        <w:t>in karrawaiyon ke zariye ek taraf mukhalifeen ka jurm sabit shuda banta hai.</w:t>
      </w:r>
    </w:p>
    <w:p>
      <w:pPr>
        <w:jc w:val="right"/>
      </w:pPr>
      <w:r>
        <w:t>ان کارروائیوں کے ذریعے ایک طرف مخالفین کا جرم ثابت شدہ بنتا ہے۔</w:t>
      </w:r>
    </w:p>
    <w:p>
      <w:r>
        <w:rPr>
          <w:b/>
        </w:rPr>
        <w:t xml:space="preserve">[36:04] </w:t>
      </w:r>
      <w:r>
        <w:t>dusri taraf in shadeed halaat mein ahl-e-iman sabit qadam reh kar dikha dete hain ke woh waqai</w:t>
      </w:r>
    </w:p>
    <w:p>
      <w:pPr>
        <w:jc w:val="right"/>
      </w:pPr>
      <w:r>
        <w:t>دوسری طرف ان شدید حالات میں اہل ایمان ثابت قدم رہ کر دکھا دیتے ہیں کہ وہ واقعی</w:t>
      </w:r>
    </w:p>
    <w:p>
      <w:r>
        <w:rPr>
          <w:b/>
        </w:rPr>
        <w:t xml:space="preserve">[36:12] </w:t>
      </w:r>
      <w:r>
        <w:t>momin hain aur is qabil hain ke Khuda ki mayari dunya mein basane ke liye un ka intikhab</w:t>
      </w:r>
    </w:p>
    <w:p>
      <w:pPr>
        <w:jc w:val="right"/>
      </w:pPr>
      <w:r>
        <w:t>مومن ہیں اور اس قابل ہیں کہ خدا کی معیاری دنیا میں بسانے کے لیے ان کا انتخاب</w:t>
      </w:r>
    </w:p>
    <w:p>
      <w:r>
        <w:rPr>
          <w:b/>
        </w:rPr>
        <w:t xml:space="preserve">[36:20] </w:t>
      </w:r>
      <w:r>
        <w:t>kya jaye.</w:t>
      </w:r>
    </w:p>
    <w:p>
      <w:pPr>
        <w:jc w:val="right"/>
      </w:pPr>
      <w:r>
        <w:t>کیا جائے۔</w:t>
      </w:r>
    </w:p>
    <w:p>
      <w:r>
        <w:rPr>
          <w:b/>
        </w:rPr>
        <w:t xml:space="preserve">[37:12] </w:t>
      </w:r>
      <w:r>
        <w:t>ae imaan walo!</w:t>
      </w:r>
    </w:p>
    <w:p>
      <w:pPr>
        <w:jc w:val="right"/>
      </w:pPr>
      <w:r>
        <w:t>اے ایمان والو!</w:t>
      </w:r>
    </w:p>
    <w:p>
      <w:r>
        <w:rPr>
          <w:b/>
        </w:rPr>
        <w:t xml:space="preserve">[37:14] </w:t>
      </w:r>
      <w:r>
        <w:t>Allah ki itaat karo aur rasool ki itaat karo aur apne aamal ko barbad na karo. beshak jin logon ne inkar kiya aur Allah ke rastay se roka phir woh munkir hi mar gaye Allah un ko kabhi na bakhshe ga.</w:t>
      </w:r>
    </w:p>
    <w:p>
      <w:pPr>
        <w:jc w:val="right"/>
      </w:pPr>
      <w:r>
        <w:t>اللہ کی اطاعت کرو اور رسول کی اطاعت کرو اور اپنے اعمال کو برباد نہ کرو۔ بے شک جن لوگوں نے انکار کیا اور اللہ کے راستے سے روکا پھر وہ منکر ہی مر گئے اللہ ان کو کبھی نہ بخشے گا۔</w:t>
      </w:r>
    </w:p>
    <w:p>
      <w:r>
        <w:rPr>
          <w:b/>
        </w:rPr>
        <w:t xml:space="preserve">[37:33] </w:t>
      </w:r>
      <w:r>
        <w:t>pas tum himmat na haaro aur sulah ki darkhwast na karo aur tum hi ghalib raho ge aur Allah tumharay sath hai aur</w:t>
      </w:r>
    </w:p>
    <w:p>
      <w:pPr>
        <w:jc w:val="right"/>
      </w:pPr>
      <w:r>
        <w:t>پس تم ہمت نہ ہارو اور صلح کی درخواست نہ کرو اور تم ہی غالب رہو گے اور اللہ تمہارے ساتھ ہے اور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