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Syed Iqbal Omeri and Maulana Khateeb Asrar Omeri Oct 10, 2023</w:t>
      </w:r>
    </w:p>
    <w:p>
      <w:r>
        <w:t>https://youtu.be/kdukzcSdq6k</w:t>
      </w:r>
    </w:p>
    <w:p>
      <w:r>
        <w:rPr>
          <w:b/>
        </w:rPr>
        <w:t xml:space="preserve">[00:13] </w:t>
      </w:r>
      <w:r>
        <w:t>ah, boht hi khushi ka mauqa hai ke aaj hamare darmiyan, ah, cps ulama team se do alam deen hazir hain yahan, ah, delhi mein.</w:t>
      </w:r>
    </w:p>
    <w:p>
      <w:pPr>
        <w:jc w:val="right"/>
      </w:pPr>
      <w:r>
        <w:t>اہ، بہت ہی خوشی کا موقع ہے کہ آج ہمارے درمیان، اہ، سی پی ایس علماء ٹیم سے دو عالم دین حاضر ہیں یہاں، اہ، دہلی میں۔</w:t>
      </w:r>
    </w:p>
    <w:p>
      <w:r>
        <w:rPr>
          <w:b/>
        </w:rPr>
        <w:t xml:space="preserve">[00:24] </w:t>
      </w:r>
      <w:r>
        <w:t>ah, molana syed iqbal umri sahib aur molana hafiz khutba, molana khateeb asrar ul hasan umri sahib. assalam o alaikum. ah,</w:t>
      </w:r>
    </w:p>
    <w:p>
      <w:pPr>
        <w:jc w:val="right"/>
      </w:pPr>
      <w:r>
        <w:t>اہ، مولانا سید اقبال عمری صاحب اور مولانا حافظ خطبہ، مولانا خطیب اسرار الحسن عمری صاحب۔ السلام علیکم۔ اہ،</w:t>
      </w:r>
    </w:p>
    <w:p>
      <w:r>
        <w:rPr>
          <w:b/>
        </w:rPr>
        <w:t xml:space="preserve">[00:32] </w:t>
      </w:r>
      <w:r>
        <w:t>in dono ka taaruf agar karaya jae, main apne aitbar se karun to molana ke paas mujhe lane mein aur molana ke mission se taaruf karwane mein, ah, hamari ulama team mein se jin logon ka zyada kirdaar hai wo molana syed iqbal umri sahib hain aur molana khitab, khateeb asrar umri sahib hain.</w:t>
      </w:r>
    </w:p>
    <w:p>
      <w:pPr>
        <w:jc w:val="right"/>
      </w:pPr>
      <w:r>
        <w:t>ان دونوں کا تعارف اگر کرایا جائے، میں اپنے اعتبار سے کراؤں تو مولانا کے پاس مجھے لانے میں اور مولانا کے مشن سے تعارف کرانے میں، اہ، ہماری علماء ٹیم میں سے جن لوگوں کا زیادہ کردار ہے وہ مولانا سید اقبال عمری صاحب ہیں اور مولانا خطاب، خطیب اسرار عمری صاحب ہیں۔</w:t>
      </w:r>
    </w:p>
    <w:p>
      <w:r>
        <w:rPr>
          <w:b/>
        </w:rPr>
        <w:t xml:space="preserve">[00:53] </w:t>
      </w:r>
      <w:r>
        <w:t>ah,</w:t>
      </w:r>
    </w:p>
    <w:p>
      <w:pPr>
        <w:jc w:val="right"/>
      </w:pPr>
      <w:r>
        <w:t>اہ،</w:t>
      </w:r>
    </w:p>
    <w:p>
      <w:r>
        <w:rPr>
          <w:b/>
        </w:rPr>
        <w:t xml:space="preserve">[00:54] </w:t>
      </w:r>
      <w:r>
        <w:t>mujhe yaad aata hai ke, in fact, jab hum, ah, umar abad mein the to molana, ah, syed iqbal umri sahib se meri boht zyada behas hoti thi molana ko lekar, boht</w:t>
      </w:r>
    </w:p>
    <w:p>
      <w:pPr>
        <w:jc w:val="right"/>
      </w:pPr>
      <w:r>
        <w:t>مجھے یاد آتا ہے کہ، ان فیکٹ، جب ہم، اہ، عمر آباد میں تھے تو مولانا، اہ، سید اقبال عمری صاحب سے میری بہت زیادہ بحث ہوتی تھی مولانا کو لے کر، بہت</w:t>
      </w:r>
    </w:p>
    <w:p>
      <w:r>
        <w:rPr>
          <w:b/>
        </w:rPr>
        <w:t xml:space="preserve">[01:04] </w:t>
      </w:r>
      <w:r>
        <w:t>zyada. bilkul. ah, main boht, ah, sakht ho jaya karta tha ke kyun aap aisa bol rahe hain, koi zaroori nahi hai ke wahi haq baat bolen.</w:t>
      </w:r>
    </w:p>
    <w:p>
      <w:pPr>
        <w:jc w:val="right"/>
      </w:pPr>
      <w:r>
        <w:t>زیادہ۔ بالکل۔ اہ، میں بہت، اہ، سخت ہو جایا کرتا تھا کہ کیوں آپ ایسا بول رہے ہیں، کوئی ضروری نہیں ہے کہ وہی حق بات بولیں۔</w:t>
      </w:r>
    </w:p>
    <w:p>
      <w:r>
        <w:rPr>
          <w:b/>
        </w:rPr>
        <w:t xml:space="preserve">[01:12] </w:t>
      </w:r>
      <w:r>
        <w:t>lekin unhone sabr se kaam le kar mujhe kafi samjhaya aur meri kafi discussion hui in cheezon ko lekar, risala mission ko lekar.</w:t>
      </w:r>
    </w:p>
    <w:p>
      <w:pPr>
        <w:jc w:val="right"/>
      </w:pPr>
      <w:r>
        <w:t>لیکن انہوں نے صبر سے کام لے کر مجھے کافی سمجھایا اور میری کافی ڈسکشن ہوئی ان چیزوں کو لے کر، رسالہ مشن کو لے کر۔</w:t>
      </w:r>
    </w:p>
    <w:p>
      <w:r>
        <w:rPr>
          <w:b/>
        </w:rPr>
        <w:t xml:space="preserve">[01:21] </w:t>
      </w:r>
      <w:r>
        <w:t>isi ka nateeja hai ke aaj yahan maujood hun. to aaj hum, ah, apni cps ulama team ke, ah, in do members se guftagu karenge aur unse janenge,</w:t>
      </w:r>
    </w:p>
    <w:p>
      <w:pPr>
        <w:jc w:val="right"/>
      </w:pPr>
      <w:r>
        <w:t>اسی کا نتیجہ ہے کہ آج یہاں موجود ہوں۔ تو آج ہم، اہ، اپنی سی پی ایس علماء ٹیم کے، اہ، ان دو ممبران سے گفتگو کریں گے اور ان سے جانیں گے،</w:t>
      </w:r>
    </w:p>
    <w:p>
      <w:r>
        <w:rPr>
          <w:b/>
        </w:rPr>
        <w:t xml:space="preserve">[01:33] </w:t>
      </w:r>
      <w:r>
        <w:t>ah, kuch sawalat hain hamare jo hum unse poochna chahenge taake unke zariye se mujhe aur hamari cps team ke tamam logon ko aur jo log sun rahe hain un tamam logon ko faida pohnche.</w:t>
      </w:r>
    </w:p>
    <w:p>
      <w:pPr>
        <w:jc w:val="right"/>
      </w:pPr>
      <w:r>
        <w:t>اہ، کچھ سوالات ہیں ہمارے جو ہم ان سے پوچھنا چاہیں گے تاکہ ان کے ذریعے سے مجھے اور ہماری سی پی ایس ٹیم کے تمام لوگوں کو اور جو لوگ سن رہے ہیں ان تمام لوگوں کو فائدہ پہنچے۔</w:t>
      </w:r>
    </w:p>
    <w:p>
      <w:r>
        <w:rPr>
          <w:b/>
        </w:rPr>
        <w:t xml:space="preserve">[01:44] </w:t>
      </w:r>
      <w:r>
        <w:t>to sab se pehle main molana, ah, syed iqbal umri sahib se sawal karna chahunga ke quran mein tadabbur molana ka khaas mauzu raha hai, molana wahiduddin khan sahib ka.</w:t>
      </w:r>
    </w:p>
    <w:p>
      <w:pPr>
        <w:jc w:val="right"/>
      </w:pPr>
      <w:r>
        <w:t>تو سب سے پہلے میں مولانا، اہ، سید اقبال عمری صاحب سے سوال کرنا چاہوں گا کہ قرآن میں تدبر مولانا کا خاص موضوع رہا ہے، مولانا وحید الدین خان صاحب کا۔</w:t>
      </w:r>
    </w:p>
    <w:p>
      <w:r>
        <w:rPr>
          <w:b/>
        </w:rPr>
        <w:t xml:space="preserve">[01:57] </w:t>
      </w:r>
      <w:r>
        <w:t>aap molana se milna aaya karte the, main kahun to aap nahi, hum tamam log milna aaya</w:t>
      </w:r>
    </w:p>
    <w:p>
      <w:pPr>
        <w:jc w:val="right"/>
      </w:pPr>
      <w:r>
        <w:t>آپ مولانا سے ملنا آیا کرتے تھے، میں کہوں تو آپ نہیں، ہم تمام لوگ ملنا آیا</w:t>
      </w:r>
    </w:p>
    <w:p>
      <w:r>
        <w:rPr>
          <w:b/>
        </w:rPr>
        <w:t xml:space="preserve">[02:02] </w:t>
      </w:r>
      <w:r>
        <w:t>karte the, to molana, ah, dars e quran suna karte the aap se aur sunaya karte the. aap ye bataen ke molana ke paas quran fehmi ka kya matlab tha?</w:t>
      </w:r>
    </w:p>
    <w:p>
      <w:pPr>
        <w:jc w:val="right"/>
      </w:pPr>
      <w:r>
        <w:t>کرتے تھے، تو مولانا، اہ، درس قرآن سنا کرتے تھے آپ سے اور سنایا کرتے تھے۔ آپ یہ بتائیں کہ مولانا کے پاس قرآن فہمی کا کیا مطلب تھا؟</w:t>
      </w:r>
    </w:p>
    <w:p>
      <w:r>
        <w:rPr>
          <w:b/>
        </w:rPr>
        <w:t xml:space="preserve">[02:12] </w:t>
      </w:r>
      <w:r>
        <w:t>molana quran se kis tarah ke usool discover kiya karte the?</w:t>
      </w:r>
    </w:p>
    <w:p>
      <w:pPr>
        <w:jc w:val="right"/>
      </w:pPr>
      <w:r>
        <w:t>مولانا قرآن سے کس طرح کے اصول ڈسکور کیا کرتے تھے؟</w:t>
      </w:r>
    </w:p>
    <w:p>
      <w:r>
        <w:rPr>
          <w:b/>
        </w:rPr>
        <w:t xml:space="preserve">[02:21] </w:t>
      </w:r>
      <w:r>
        <w:t>alhamdulillah wassalatu wassalamu ala rasoolillah wa ala aalihi wa sahbihi wa ma walahu. rab ishrah li sadri wa yassir li amri wahlul uqdatan min lisani yafqahu qawli.</w:t>
      </w:r>
    </w:p>
    <w:p>
      <w:pPr>
        <w:jc w:val="right"/>
      </w:pPr>
      <w:r>
        <w:t>الحمدللہ والصلاۃ والسلام علی رسول اللہ وعلی الہ وصحبہ وما والہ۔ رب اشرح لی صدری ویسر لی امری واحل العقدۃ من لسانی یفقہ قولی۔</w:t>
      </w:r>
    </w:p>
    <w:p>
      <w:r>
        <w:rPr>
          <w:b/>
        </w:rPr>
        <w:t xml:space="preserve">[02:38] </w:t>
      </w:r>
      <w:r>
        <w:t>quran mein tadabbur, quran ke maqsad ko janna, quran ka mission kya hai batana, molana ka ek khaas mozu raha hai.</w:t>
      </w:r>
    </w:p>
    <w:p>
      <w:pPr>
        <w:jc w:val="right"/>
      </w:pPr>
      <w:r>
        <w:t>قرآن میں تدبر، قرآن کے مقصد کو جاننا، قرآن کا مشن کیا ہے بتانا، مولانا کا ایک خاص موضوع رہا ہے۔</w:t>
      </w:r>
    </w:p>
    <w:p>
      <w:r>
        <w:rPr>
          <w:b/>
        </w:rPr>
        <w:t xml:space="preserve">[02:54] </w:t>
      </w:r>
      <w:r>
        <w:t>molana</w:t>
      </w:r>
    </w:p>
    <w:p>
      <w:pPr>
        <w:jc w:val="right"/>
      </w:pPr>
      <w:r>
        <w:t>مولانا</w:t>
      </w:r>
    </w:p>
    <w:p>
      <w:r>
        <w:rPr>
          <w:b/>
        </w:rPr>
        <w:t xml:space="preserve">[02:58] </w:t>
      </w:r>
      <w:r>
        <w:t>saraye meer al-islaah se farigh hain.</w:t>
      </w:r>
    </w:p>
    <w:p>
      <w:pPr>
        <w:jc w:val="right"/>
      </w:pPr>
      <w:r>
        <w:t>سرائے میر الاصلاح سے فارغ ہیں۔</w:t>
      </w:r>
    </w:p>
    <w:p>
      <w:r>
        <w:rPr>
          <w:b/>
        </w:rPr>
        <w:t xml:space="preserve">[03:04] </w:t>
      </w:r>
      <w:r>
        <w:t>wahan to aap ne jo manhaj dekha tha wo tadabbur, quran ka manhaj jo nazm-e-quran par base karta hai.</w:t>
      </w:r>
    </w:p>
    <w:p>
      <w:pPr>
        <w:jc w:val="right"/>
      </w:pPr>
      <w:r>
        <w:t>وہاں تو آپ نے جو منہج دیکھا تھا وہ تدبر، قرآن کا منہج جو نظم قرآن پر بیس کرتا ہے۔</w:t>
      </w:r>
    </w:p>
    <w:p>
      <w:r>
        <w:rPr>
          <w:b/>
        </w:rPr>
        <w:t xml:space="preserve">[03:20] </w:t>
      </w:r>
      <w:r>
        <w:t>lekin molana ne quran ko tazkiri andaaz se discover kiya.</w:t>
      </w:r>
    </w:p>
    <w:p>
      <w:pPr>
        <w:jc w:val="right"/>
      </w:pPr>
      <w:r>
        <w:t>لیکن مولانا نے قرآن کو تذکیری انداز سے ڈسکور کیا۔</w:t>
      </w:r>
    </w:p>
    <w:p>
      <w:r>
        <w:rPr>
          <w:b/>
        </w:rPr>
        <w:t xml:space="preserve">[03:28] </w:t>
      </w:r>
      <w:r>
        <w:t>molana ne quran fehmi ke liye nazm ko bahaisiyat-e-shart ke nahi mana ya bahaisiyat-e-usool ke nahi mana, balke molana kehte hain ke quran tazkir ke liye aaya hai.</w:t>
      </w:r>
    </w:p>
    <w:p>
      <w:pPr>
        <w:jc w:val="right"/>
      </w:pPr>
      <w:r>
        <w:t>مولانا نے قرآن فہمی کے لیے نظم کو بطور شرط کے نہیں مانا یا بطور اصول کے نہیں مانا، بلکہ مولانا کہتے ہیں کہ قرآن تذکیر کے لیے آیا ہے۔</w:t>
      </w:r>
    </w:p>
    <w:p>
      <w:r>
        <w:rPr>
          <w:b/>
        </w:rPr>
        <w:t xml:space="preserve">[03:45] </w:t>
      </w:r>
      <w:r>
        <w:t>har ayat mein, har paraagraf mein, iske har bayan mein</w:t>
      </w:r>
    </w:p>
    <w:p>
      <w:pPr>
        <w:jc w:val="right"/>
      </w:pPr>
      <w:r>
        <w:t>ہر آیت میں، ہر پیراگراف میں، اس کے ہر بیان میں</w:t>
      </w:r>
    </w:p>
    <w:p>
      <w:r>
        <w:rPr>
          <w:b/>
        </w:rPr>
        <w:t xml:space="preserve">[03:53] </w:t>
      </w:r>
      <w:r>
        <w:t>har usool bayan kar diye gaye hain jo insani zindagi ke liye, samaaj ke liye, fard ke liye zaroori hain. to molana ke paas tadabbur ka matlab tazkir hai,</w:t>
      </w:r>
    </w:p>
    <w:p>
      <w:pPr>
        <w:jc w:val="right"/>
      </w:pPr>
      <w:r>
        <w:t>ہر اصول بیان کر دیے گئے ہیں جو انسانی زندگی کے لیے، سماج کے لیے، فرد کے لیے ضروری ہیں۔ تو مولانا کے پاس تدبر کا مطلب تذکیر ہے،</w:t>
      </w:r>
    </w:p>
    <w:p>
      <w:r>
        <w:rPr>
          <w:b/>
        </w:rPr>
        <w:t xml:space="preserve">[04:09] </w:t>
      </w:r>
      <w:r>
        <w:t>sirf quran ki balaghat ya alfaaz, maani aur nuqte is se nikalna ye nahi hai. usool nikala karte the,</w:t>
      </w:r>
    </w:p>
    <w:p>
      <w:pPr>
        <w:jc w:val="right"/>
      </w:pPr>
      <w:r>
        <w:t>صرف قرآن کی بلاغت یا الفاظ، معنی اور نقطے اس سے نکالنا یہ نہیں ہے۔ اصول نکالا کرتے تھے،</w:t>
      </w:r>
    </w:p>
    <w:p>
      <w:r>
        <w:rPr>
          <w:b/>
        </w:rPr>
        <w:t xml:space="preserve">[04:20] </w:t>
      </w:r>
      <w:r>
        <w:t>jaisa ke</w:t>
      </w:r>
    </w:p>
    <w:p>
      <w:pPr>
        <w:jc w:val="right"/>
      </w:pPr>
      <w:r>
        <w:t>جیسا کہ</w:t>
      </w:r>
    </w:p>
    <w:p>
      <w:r>
        <w:rPr>
          <w:b/>
        </w:rPr>
        <w:t xml:space="preserve">[04:26] </w:t>
      </w:r>
      <w:r>
        <w:t>aam taur se jab bhi koi museebat aati hai, pareshani aati hai to kya hum apne aap ko doshi qarar denge ya doosron ko?</w:t>
      </w:r>
    </w:p>
    <w:p>
      <w:pPr>
        <w:jc w:val="right"/>
      </w:pPr>
      <w:r>
        <w:t>عام طور سے جب بھی کوئی مصیبت آتی ہے، پریشانی آتی ہے تو کیا ہم اپنے آپ کو دوشی قرار دیں گے یا دوسروں کو؟</w:t>
      </w:r>
    </w:p>
    <w:p>
      <w:r>
        <w:rPr>
          <w:b/>
        </w:rPr>
        <w:t xml:space="preserve">[04:41] </w:t>
      </w:r>
      <w:r>
        <w:t>pehlay hum apni ghalti discover karenge ya doosron ki ghalti?</w:t>
      </w:r>
    </w:p>
    <w:p>
      <w:pPr>
        <w:jc w:val="right"/>
      </w:pPr>
      <w:r>
        <w:t>پہلے ہم اپنی غلطی ڈسکور کریں گے یا دوسروں کی غلطی؟</w:t>
      </w:r>
    </w:p>
    <w:p>
      <w:r>
        <w:rPr>
          <w:b/>
        </w:rPr>
        <w:t xml:space="preserve">[04:46] </w:t>
      </w:r>
      <w:r>
        <w:t>to molana kehte hain ke quran mein dekhiye ke quran kya kehta hai ke wa ma asabakum min museebatin fabima kasabat aydikum wa afwan katheeran yaani jo bhi museebat aati hai wo apne kamai ka anjaam hoti hai,</w:t>
      </w:r>
    </w:p>
    <w:p>
      <w:pPr>
        <w:jc w:val="right"/>
      </w:pPr>
      <w:r>
        <w:t>تو مولانا کہتے ہیں کہ قرآن میں دیکھیے کہ قرآن کیا کہتا ہے کہ وما أصابكم من مصيبة فبما كسبت أيديكم وعفواً كثيراً یعنی جو بھی مصیبت آتی ہے وہ اپنے کمائی کا انجام ہوتی ہے،</w:t>
      </w:r>
    </w:p>
    <w:p>
      <w:r>
        <w:rPr>
          <w:b/>
        </w:rPr>
        <w:t xml:space="preserve">[05:08] </w:t>
      </w:r>
      <w:r>
        <w:t>apni kamai hoti hai.</w:t>
      </w:r>
    </w:p>
    <w:p>
      <w:pPr>
        <w:jc w:val="right"/>
      </w:pPr>
      <w:r>
        <w:t>اپنی کمائی ہوتی ہے۔</w:t>
      </w:r>
    </w:p>
    <w:p>
      <w:r>
        <w:rPr>
          <w:b/>
        </w:rPr>
        <w:t xml:space="preserve">[05:11] </w:t>
      </w:r>
      <w:r>
        <w:t>to lehaza museebat aanay par, chahe wo fard ke liye ho ya ijtimai ke liye ho, qaum ke liye ho, pehle root cause iska ye jaanana chahiye ke hamari ghalti is mein kahan hai.</w:t>
      </w:r>
    </w:p>
    <w:p>
      <w:pPr>
        <w:jc w:val="right"/>
      </w:pPr>
      <w:r>
        <w:t>تو لہذا مصیبت آنے پر، چاہے وہ فرد کے لیے ہو یا اجتماع کے لیے ہو، قوم کے لیے ہو، پہلے روٹ کاز اس کا یہ جاننا چاہیے کہ ہماری غلطی اس میں کہاں ہے۔</w:t>
      </w:r>
    </w:p>
    <w:p>
      <w:r>
        <w:rPr>
          <w:b/>
        </w:rPr>
        <w:t xml:space="preserve">[05:27] </w:t>
      </w:r>
      <w:r>
        <w:t>to ye quran se is tareeqay ke usool molana nikala karte the.</w:t>
      </w:r>
    </w:p>
    <w:p>
      <w:pPr>
        <w:jc w:val="right"/>
      </w:pPr>
      <w:r>
        <w:t>تو یہ قرآن سے اس طریقے کے اصول مولانا نکالا کرتے تھے۔</w:t>
      </w:r>
    </w:p>
    <w:p>
      <w:r>
        <w:rPr>
          <w:b/>
        </w:rPr>
        <w:t xml:space="preserve">[05:33] </w:t>
      </w:r>
      <w:r>
        <w:t>isi tarah aam taur se saazish ke inkeshafaat karne mein bohat ziyada log, ah,</w:t>
      </w:r>
    </w:p>
    <w:p>
      <w:pPr>
        <w:jc w:val="right"/>
      </w:pPr>
      <w:r>
        <w:t>اسی طرح عام طور سے سازش کے انکشافات کرنے میں بہت زیادہ لوگ، اہ،</w:t>
      </w:r>
    </w:p>
    <w:p>
      <w:r>
        <w:rPr>
          <w:b/>
        </w:rPr>
        <w:t xml:space="preserve">[05:46] </w:t>
      </w:r>
      <w:r>
        <w:t>curiosity mein lage rehte hain ke kaise kis ki saazish ka inkeshaf karein.</w:t>
      </w:r>
    </w:p>
    <w:p>
      <w:pPr>
        <w:jc w:val="right"/>
      </w:pPr>
      <w:r>
        <w:t>کیوریسٹی میں لگے رہتے ہیں کہ کیسے کس کی سازش کا انکشاف کریں۔</w:t>
      </w:r>
    </w:p>
    <w:p>
      <w:r>
        <w:rPr>
          <w:b/>
        </w:rPr>
        <w:t xml:space="preserve">[05:53] </w:t>
      </w:r>
      <w:r>
        <w:t>to molana kehte hain ke saazishon ka inkeshaf karte rehna ye quraani usool nahi hai, balke kaise diffuse karna hai, isko janiye.</w:t>
      </w:r>
    </w:p>
    <w:p>
      <w:pPr>
        <w:jc w:val="right"/>
      </w:pPr>
      <w:r>
        <w:t>تو مولانا کہتے ہیں کہ سازشوں کا انکشاف کرتے رہنا یہ قرآنی اصول نہیں ہے، بلکہ کیسے ڈیفیوز کرنا ہے، اس کو جانیے۔</w:t>
      </w:r>
    </w:p>
    <w:p>
      <w:r>
        <w:rPr>
          <w:b/>
        </w:rPr>
        <w:t xml:space="preserve">[06:05] </w:t>
      </w:r>
      <w:r>
        <w:t>wa in tasbiru wa tattaqu la yadhurkum kayduhum shayun</w:t>
      </w:r>
    </w:p>
    <w:p>
      <w:pPr>
        <w:jc w:val="right"/>
      </w:pPr>
      <w:r>
        <w:t>وان تصبروا وتتقوا لایدرکم قیدہم شیئ</w:t>
      </w:r>
    </w:p>
    <w:p>
      <w:r>
        <w:rPr>
          <w:b/>
        </w:rPr>
        <w:t xml:space="preserve">[06:10] </w:t>
      </w:r>
      <w:r>
        <w:t>sabr o taqwa ki rawish kaise ikhtiyar karna hai, is ke baray mein ziyada hum ko sochna chahiye. to molana saaray insanon ko, chahe wo kisi ke bhi masail hon, to is ko quraani usool batate hain ke sabr o taqwa ki rawish kya hai.</w:t>
      </w:r>
    </w:p>
    <w:p>
      <w:pPr>
        <w:jc w:val="right"/>
      </w:pPr>
      <w:r>
        <w:t>صبر و تقویٰ کی روش کیسے اختیار کرنا ہے، اس کے بارے میں زیادہ ہم کو سوچنا چاہیے۔ تو مولانا سارے انسانوں کو، چاہے وہ کسی کے بھی مسائل ہوں، تو اس کو قرآنی اصول بتاتے ہیں کہ صبر و تقویٰ کی روش کیا ہے۔</w:t>
      </w:r>
    </w:p>
    <w:p>
      <w:r>
        <w:rPr>
          <w:b/>
        </w:rPr>
        <w:t xml:space="preserve">[06:27] </w:t>
      </w:r>
      <w:r>
        <w:t>is ke liye misalein dete hain, is ke liye saaray article molana ke maujood hain. isi tarah log dushmani, kaun dushman hai, is ko confirm karne ki koshish karte hain ke hamara dushman kaun hai, hum ko kis ka muqabla karna chahiye, kaise muqabla karna chahiye, dushman kya soch raha hai,</w:t>
      </w:r>
    </w:p>
    <w:p>
      <w:pPr>
        <w:jc w:val="right"/>
      </w:pPr>
      <w:r>
        <w:t>اس کے لیے مثالیں دیتے ہیں، اس کے لیے سارے آرٹیکل مولانا کے موجود ہیں۔ اسی طرح لوگ دشمنی، کون دشمن ہے، اس کو کنفرم کرنے کی کوشش کرتے ہیں کہ ہمارا دشمن کون ہے، ہم کو کس کا مقابلہ کرنا چاہیے، کیسے مقابلہ کرنا چاہیے، دشمن کیا سوچ رہا ہے،</w:t>
      </w:r>
    </w:p>
    <w:p>
      <w:r>
        <w:rPr>
          <w:b/>
        </w:rPr>
        <w:t xml:space="preserve">[06:52] </w:t>
      </w:r>
      <w:r>
        <w:t>is ko logon ke samnay bayan karne ke liye, stage mein laane ke liye, kitabon mein, tehreeron mein laane ki koshish karte hain. molana kehte hain ke ye quraani usool nahi hai, qura</w:t>
      </w:r>
    </w:p>
    <w:p>
      <w:pPr>
        <w:jc w:val="right"/>
      </w:pPr>
      <w:r>
        <w:t>اس کو لوگوں کے سامنے بیان کرنے کے لیے، اسٹیج میں لانے کے لیے، کتابوں میں، تحریروں میں لانے کی کوشش کرتے ہیں۔ مولانا کہتے ہیں کہ یہ قرآنی اصول نہیں ہے، قر</w:t>
      </w:r>
    </w:p>
    <w:p>
      <w:r>
        <w:rPr>
          <w:b/>
        </w:rPr>
        <w:t xml:space="preserve">[07:04] </w:t>
      </w:r>
      <w:r>
        <w:t>aan se yeh usool nahi milta hai. quran yeh kehta hai ke faiza alladhi bainaka wa bainahu adawatun ka annahu waliyun hameem yaani har aadmi potential dost hai.</w:t>
      </w:r>
    </w:p>
    <w:p>
      <w:pPr>
        <w:jc w:val="right"/>
      </w:pPr>
      <w:r>
        <w:t>آن سے یہ اصول نہیں ملتا ہے۔ قرآن یہ کہتا ہے کہ فإذا الذي بينك وبينه عداوة كأنه ولي حميم یعنی ہر آدمی پوٹینشیل دوست ہے۔</w:t>
      </w:r>
    </w:p>
    <w:p>
      <w:r>
        <w:rPr>
          <w:b/>
        </w:rPr>
        <w:t xml:space="preserve">[07:20] </w:t>
      </w:r>
      <w:r>
        <w:t>toh hum kaise apni dosti sabit kar sakte hain? jiggri dost kaise ban sakte hain?</w:t>
      </w:r>
    </w:p>
    <w:p>
      <w:pPr>
        <w:jc w:val="right"/>
      </w:pPr>
      <w:r>
        <w:t>تو ہم کیسے اپنی حمامت ثابت کر سکتے ہیں؟ جگری دوست کیسے بن سکتے ہیں؟</w:t>
      </w:r>
    </w:p>
    <w:p>
      <w:r>
        <w:rPr>
          <w:b/>
        </w:rPr>
        <w:t xml:space="preserve">[07:27] </w:t>
      </w:r>
      <w:r>
        <w:t>iske bare mein zyada se zyada hum ko koshish karna chahiye, na ke kisi ko dushman confirm karne mein. is tareeqe ke bohat se aise usool aap ko milenge.</w:t>
      </w:r>
    </w:p>
    <w:p>
      <w:pPr>
        <w:jc w:val="right"/>
      </w:pPr>
      <w:r>
        <w:t>اس کے بارے میں زیادہ سے زیادہ ہم کو کوشش کرنا چاہیے، نہ کہ کسی کو دشمن کنفرم کرنے میں۔ اس طریقے کے بہت سے ایسے اصول آپ کو ملیں گے۔</w:t>
      </w:r>
    </w:p>
    <w:p>
      <w:r>
        <w:rPr>
          <w:b/>
        </w:rPr>
        <w:t xml:space="preserve">[07:41] </w:t>
      </w:r>
      <w:r>
        <w:t>tazkeer ul quran agar dekha jaye toh inhi usoolon se bhari hui ek kitaab hai. tazkeer ul quran har ek ke liye bilkul quran ki tadbeeq kaise apni zindagi mein karna hai,</w:t>
      </w:r>
    </w:p>
    <w:p>
      <w:pPr>
        <w:jc w:val="right"/>
      </w:pPr>
      <w:r>
        <w:t>تذکیر القرآن اگر دیکھا جائے تو انہی اصولوں سے بھری ہوئی ایک کتاب ہے۔ تذکیر القرآن ہر ایک کے لیے بالکل قرآن کی تدبیخ کیسے اپنی زندگی میں کرنا ہے،</w:t>
      </w:r>
    </w:p>
    <w:p>
      <w:r>
        <w:rPr>
          <w:b/>
        </w:rPr>
        <w:t xml:space="preserve">[07:54] </w:t>
      </w:r>
      <w:r>
        <w:t>kaise bhai sahab mission quran ko discover karna hai, yeh saari cheezein tazkeer ul quran mein maujood hain. bas yahi chand misalein aap ko aap ke saamne mein laane ki koshish kar raha hoon ke maulana kaisa tadbeeq diya karte the.</w:t>
      </w:r>
    </w:p>
    <w:p>
      <w:pPr>
        <w:jc w:val="right"/>
      </w:pPr>
      <w:r>
        <w:t>کیسے بھائی صاحب مشن قرآن کو ڈسکور کرنا ہے، یہ ساری چیزیں تذکیر القرآن میں موجود ہیں۔ بس یہی چند مثالیں آپ کو آپ کے سامنے میں لانے کی کوشش کر رہا ہوں کہ مولانا کیسا تدبیخ دیا کرتے تھے۔</w:t>
      </w:r>
    </w:p>
    <w:p>
      <w:r>
        <w:rPr>
          <w:b/>
        </w:rPr>
        <w:t xml:space="preserve">[08:14] </w:t>
      </w:r>
      <w:r>
        <w:t>aap ne bohat sahi baat batai, maulana iqbal sahab. mujh</w:t>
      </w:r>
    </w:p>
    <w:p>
      <w:pPr>
        <w:jc w:val="right"/>
      </w:pPr>
      <w:r>
        <w:t>آپ نے بہت صحیح بات بتائی، مولانا اقبال صاحب۔ مج</w:t>
      </w:r>
    </w:p>
    <w:p>
      <w:r>
        <w:rPr>
          <w:b/>
        </w:rPr>
        <w:t xml:space="preserve">[08:19] </w:t>
      </w:r>
      <w:r>
        <w:t>he yaad aata hai ke hum log baithte the toh ek aham usool jo main add karna chahunga aap ki baat par, ek aham usool jo bataya karte the woh yeh tha ke quran ko aap personalize kijiye.</w:t>
      </w:r>
    </w:p>
    <w:p>
      <w:pPr>
        <w:jc w:val="right"/>
      </w:pPr>
      <w:r>
        <w:t>ھے یاد آتا ہے کہ ہم لوگ بیٹھتے تھے تو ایک اہم اصول جو میں ایڈ کرنا چاہوں گا آپ کی بات پر، ایک اہم اصول جو بتایا کرتے تھے وہ یہ تھا کہ قرآن کو آپ پرسنلائز کیجئے۔</w:t>
      </w:r>
    </w:p>
    <w:p>
      <w:r>
        <w:rPr>
          <w:b/>
        </w:rPr>
        <w:t xml:space="preserve">[08:29] </w:t>
      </w:r>
      <w:r>
        <w:t>yaani quran mein jo baatein batai gayi hain, us ko aap yeh sochein ke aap apni zaat par kaise us ko apply kar sakte hain.</w:t>
      </w:r>
    </w:p>
    <w:p>
      <w:pPr>
        <w:jc w:val="right"/>
      </w:pPr>
      <w:r>
        <w:t>یعنی قرآن میں جو باتیں بتائی گئی ہیں، اس کو آپ یہ سوچیں کہ آپ اپنی ذات پر کیسے اس کو اپلائی کر سکتے ہیں۔</w:t>
      </w:r>
    </w:p>
    <w:p>
      <w:r>
        <w:rPr>
          <w:b/>
        </w:rPr>
        <w:t xml:space="preserve">[08:39] </w:t>
      </w:r>
      <w:r>
        <w:t>misal ke taur par maulana ek ayat bohat zyada padha karte the tadabbur par ubhaarne ke liye:</w:t>
      </w:r>
    </w:p>
    <w:p>
      <w:pPr>
        <w:jc w:val="right"/>
      </w:pPr>
      <w:r>
        <w:t>مثال کے طور پر مولانا ایک آیت بہت زیادہ پڑھا کرتے تھے تدبر پر ابھارنے کے لیے:</w:t>
      </w:r>
    </w:p>
    <w:p>
      <w:r>
        <w:rPr>
          <w:b/>
        </w:rPr>
        <w:t xml:space="preserve">[08:45] </w:t>
      </w:r>
      <w:r>
        <w:t>kitaabun anzalna ilayka mubaarokun liyadabbaru aayatihi wa liyatazakkar ulul albaab yeh babarkat kitaab hai jo hum ne tumhari taraf utari hai taake log is ki aayaton mein tadabbur karein aur taake aqal wale is se naseehat haasil karein.</w:t>
      </w:r>
    </w:p>
    <w:p>
      <w:pPr>
        <w:jc w:val="right"/>
      </w:pPr>
      <w:r>
        <w:t>كتاب انزلنا الیک مبارک لیدبرو آیاتہ ولیتذکر اول الباب یہ بابرکت کتاب ہے جو ہم نے تمہاری طرف اتاری ہے تاکہ لوگ اس کی آیتوں میں تدبر کریں اور تاکہ عقل والے اس سے نصیحت حاصل کریں۔</w:t>
      </w:r>
    </w:p>
    <w:p>
      <w:r>
        <w:rPr>
          <w:b/>
        </w:rPr>
        <w:t xml:space="preserve">[09:01] </w:t>
      </w:r>
      <w:r>
        <w:t>toh us ko hum aise padh sakte hain ke kitaab nazil ki hai hamare upar taake hum log nahi, hum is mein tadabbur karein aur taake hum aqal wale, aqal aur tajrube ki buniyad par is se naseehat haasil karein.</w:t>
      </w:r>
    </w:p>
    <w:p>
      <w:pPr>
        <w:jc w:val="right"/>
      </w:pPr>
      <w:r>
        <w:t>تو اس کو ہم ایسے پڑھ سکتے ہیں کہ کتاب نازل کی ہے ہمارے اوپر تاکہ ہم لوگ نہیں، ہم اس میں تدبر کریں اور تاکہ ہم عقل والے، عقل اور تجربے کی بنیاد پر اس سے نصیحت حاصل کریں۔</w:t>
      </w:r>
    </w:p>
    <w:p>
      <w:r>
        <w:rPr>
          <w:b/>
        </w:rPr>
        <w:t xml:space="preserve">[09:15] </w:t>
      </w:r>
      <w:r>
        <w:t>toh aise personalize ke bare mein bohat ubharte the kyunke aam taur se kya hota hai, hum padhte hain toh zehni taur par hum samajhte hain yeh doosron ke liye hoga. jaise ke hum yahood o nasara ki baat aati hai toh hum yeh samajhte hain nahi, yeh unhi ke liye hoga.</w:t>
      </w:r>
    </w:p>
    <w:p>
      <w:pPr>
        <w:jc w:val="right"/>
      </w:pPr>
      <w:r>
        <w:t>تو ایسے پرسنلائز کے بارے میں بہت ابھارتے تھے کیونکہ عام طور سے کیا ہوتا ہے، ہم پڑھتے ہیں تو ذہنی طور پر ہم سمجھتے ہیں یہ دوسروں کے لیے ہوگا۔ جیسے کہ ہم یہود و نصاری کی بات آتی ہے تو ہم یہ سمجھتے ہیں نہیں، یہ انہی کے لیے ہوگا۔</w:t>
      </w:r>
    </w:p>
    <w:p>
      <w:r>
        <w:rPr>
          <w:b/>
        </w:rPr>
        <w:t xml:space="preserve">[09:28] </w:t>
      </w:r>
      <w:r>
        <w:t>haqeeqat mein woh hamare liye hota hai. toh main samajhta hoon ke maulana bohat quran mein tadabbur par ubhara karte the.</w:t>
      </w:r>
    </w:p>
    <w:p>
      <w:pPr>
        <w:jc w:val="right"/>
      </w:pPr>
      <w:r>
        <w:t>حقیقت میں وہ ہمارے لیے ہوتا ہے۔ تو میں سمجھتا ہوں کہ مولانا بہت قرآن میں تدبر پر ابھارا کرتے تھے۔</w:t>
      </w:r>
    </w:p>
    <w:p>
      <w:r>
        <w:rPr>
          <w:b/>
        </w:rPr>
        <w:t xml:space="preserve">[09:38] </w:t>
      </w:r>
      <w:r>
        <w:t>maulana israr ul umri sahab, ah, main aap se yeh sawal karunga,</w:t>
      </w:r>
    </w:p>
    <w:p>
      <w:pPr>
        <w:jc w:val="right"/>
      </w:pPr>
      <w:r>
        <w:t>مولانا اسرار عمری صاحب، اہ، میں آپ سے یہ سوال کروں گا،</w:t>
      </w:r>
    </w:p>
    <w:p>
      <w:r>
        <w:rPr>
          <w:b/>
        </w:rPr>
        <w:t xml:space="preserve">[09:44] </w:t>
      </w:r>
      <w:r>
        <w:t>maulana jab bhi aaya karte the, koi bhi aata tha maulana ke paas toh woh kehte the ke aap ke paas kya news hai, aap ke paas kya khabar hai? mujhe yaad aata hai ke apne aakhri dino mein hamare CPS team ke ek member aaye toh un se poocha ke kya news hai?</w:t>
      </w:r>
    </w:p>
    <w:p>
      <w:pPr>
        <w:jc w:val="right"/>
      </w:pPr>
      <w:r>
        <w:t>مولانا جب بھی آیا کرتے تھے، کوئی بھی آتا تھا مولانا کے پاس تو وہ کہتے تھے کہ آپ کے پاس کیا نیوز ہے، آپ کے پاس کیا خبر ہے؟ مجھے یاد آتا ہے کہ اپنے آخری دنوں میں ہمارے سی پی ایس ٹیم کے ایک ممبر آئے تو ان سے پوچھا کہ کیا نیوز ہے؟</w:t>
      </w:r>
    </w:p>
    <w:p>
      <w:r>
        <w:rPr>
          <w:b/>
        </w:rPr>
        <w:t xml:space="preserve">[09:58] </w:t>
      </w:r>
      <w:r>
        <w:t>toh unhone kaha ke koi news nahi hai. toh un se maulana ne yeh kaha ke yeh dekhein, suraj nikal raha hai, yeh news nahi hai aap ko. yeh oxygen aap ko mil raha hai, yeh news nahi hai aap ke liye.</w:t>
      </w:r>
    </w:p>
    <w:p>
      <w:pPr>
        <w:jc w:val="right"/>
      </w:pPr>
      <w:r>
        <w:t>تو انہوں نے کہا کہ کوئی نیوز نہیں ہے۔ تو ان سے مولانا نے یہ کہا کہ یہ دیکھیں، سورج نکل رہا ہے، یہ نیوز نہیں ہے آپ کو۔ یہ اکسیجن آپ کو مل رہا ہے، یہ نیوز نہیں ہے آپ کے لیے۔</w:t>
      </w:r>
    </w:p>
    <w:p>
      <w:r>
        <w:rPr>
          <w:b/>
        </w:rPr>
        <w:t xml:space="preserve">[10:07] </w:t>
      </w:r>
      <w:r>
        <w:t>yeh din nikal rahe hain, yeh news nahi hai aap ke liye. toh aise bohat se mukhtalif cheezein batai thi. toh isi tarah main aap se sawal karunga, maulana ki jo riwayat hai, us ko yeh karte hue ke aap bataein ke aap ke paas kya news hai?</w:t>
      </w:r>
    </w:p>
    <w:p>
      <w:pPr>
        <w:jc w:val="right"/>
      </w:pPr>
      <w:r>
        <w:t>یہ دن نکل رہے ہیں، یہ نیوز نہیں ہے آپ کے لیے۔ تو ایسے بہت سے مختلف چیزیں بتائی تھیں۔ تو اسی طرح میں آپ سے سوال کروں گا، مولانا کی جو روایت ہے، اس کو یہ کرتے ہوئے کہ آپ بتائیں کہ آپ کے پاس کیا نیوز ہے؟</w:t>
      </w:r>
    </w:p>
    <w:p>
      <w:r>
        <w:rPr>
          <w:b/>
        </w:rPr>
        <w:t xml:space="preserve">[10:20] </w:t>
      </w:r>
      <w:r>
        <w:t>bismillah hir rahman nir rahim rab ishrah li sadri wa yassir li amri wahlul uqdatan min lisani yafqahu qawli mein maulana ke paas do hazar nau se mustaqil milne ke liye aaya karta tha.</w:t>
      </w:r>
    </w:p>
    <w:p>
      <w:pPr>
        <w:jc w:val="right"/>
      </w:pPr>
      <w:r>
        <w:t>بسم اللہ الرحمن الرحیم رب اشرح لی صدری ویسر لی امری واحل العقدۃ من لسانی یفقہ قولی میں مولانا کے پاس دو ہزار نو سے مستقل ملنے کے لیے آیا کرتا تھا۔</w:t>
      </w:r>
    </w:p>
    <w:p>
      <w:r>
        <w:rPr>
          <w:b/>
        </w:rPr>
        <w:t xml:space="preserve">[10:39] </w:t>
      </w:r>
      <w:r>
        <w:t>is se pehle maulana ki mulaqat meri 2001 mein hui thi.</w:t>
      </w:r>
    </w:p>
    <w:p>
      <w:pPr>
        <w:jc w:val="right"/>
      </w:pPr>
      <w:r>
        <w:t>اس سے پہلے مولانا کی ملاقات میری 2001 میں ہوئی تھی۔</w:t>
      </w:r>
    </w:p>
    <w:p>
      <w:r>
        <w:rPr>
          <w:b/>
        </w:rPr>
        <w:t xml:space="preserve">[10:43] </w:t>
      </w:r>
      <w:r>
        <w:t>toh jaisa faraz sahab ne kaha ke maulana hamesha har ek milne wale se pehle hi sawal karte the, kya aap ke paas koi item hai, koi news hai?</w:t>
      </w:r>
    </w:p>
    <w:p>
      <w:pPr>
        <w:jc w:val="right"/>
      </w:pPr>
      <w:r>
        <w:t>تو جیسا فراز صاحب نے کہا کہ مولانا ہمیشہ ہر ایک ملنے والے سے پہلے ہی سوال کرتے تھے، کیا آپ کے پاس کوئی آئٹم ہے، کوئی نیوز ہے؟</w:t>
      </w:r>
    </w:p>
    <w:p>
      <w:r>
        <w:rPr>
          <w:b/>
        </w:rPr>
        <w:t xml:space="preserve">[10:55] </w:t>
      </w:r>
      <w:r>
        <w:t>toh hum kabhi kabhi koi news suna diya karte the, aksar uska jawab hum nahi de paate the.</w:t>
      </w:r>
    </w:p>
    <w:p>
      <w:pPr>
        <w:jc w:val="right"/>
      </w:pPr>
      <w:r>
        <w:t>تو ہم کبھی کبھی کوئی نیوز سنا دیا کرتے تھے، اکثر اس کا جواب ہم نہیں دے پاتے تھے۔</w:t>
      </w:r>
    </w:p>
    <w:p>
      <w:r>
        <w:rPr>
          <w:b/>
        </w:rPr>
        <w:t xml:space="preserve">[11:04] </w:t>
      </w:r>
      <w:r>
        <w:t>toh maulana yahi kaha karte the, bhai, aaj suraj nikla hai, is se badi koi khabar ho sakti hai ke Khuda ne aap ko ek din aur de diya hai.</w:t>
      </w:r>
    </w:p>
    <w:p>
      <w:pPr>
        <w:jc w:val="right"/>
      </w:pPr>
      <w:r>
        <w:t>تو مولانا یہی کہا کرتے تھے، بھائی، آج سورج نکلا ہے، اس سے بڑی کوئی خبر ہو سکتی ہے کہ خدا نے آپ کو ایک دن اور دے دیا ہے۔</w:t>
      </w:r>
    </w:p>
    <w:p>
      <w:r>
        <w:rPr>
          <w:b/>
        </w:rPr>
        <w:t xml:space="preserve">[11:17] </w:t>
      </w:r>
      <w:r>
        <w:t>Khuda ne aap ko azadi ka ek aur din de diya hai taake tum us ko jaan sako. phir maulana yeh ayat padha</w:t>
      </w:r>
    </w:p>
    <w:p>
      <w:pPr>
        <w:jc w:val="right"/>
      </w:pPr>
      <w:r>
        <w:t>خدا نے آپ کو آزادی کا ایک اور دن دے دیا ہے تاکہ تم اس کو جان سکو۔ پھر مولانا یہ آیت پڑھا</w:t>
      </w:r>
    </w:p>
    <w:p>
      <w:r>
        <w:rPr>
          <w:b/>
        </w:rPr>
        <w:t xml:space="preserve">[11:24] </w:t>
      </w:r>
      <w:r>
        <w:t>karte the: idha ash shamsu kuwwirat ke yaad rakho ke jab suraj laipet liya jayega, yaani suraj ki roshni chhin jayegi, suraj talu nahi hoga, toh woh din qayamat ka din hoga aur aap ko amal ka mauqa nahi hoga.</w:t>
      </w:r>
    </w:p>
    <w:p>
      <w:pPr>
        <w:jc w:val="right"/>
      </w:pPr>
      <w:r>
        <w:t>کرتے تھے: إذا الشمس كوفرت کہ یاد رکھو کہ جب سورج لپیٹ لیا جائے گا، یعنی سورج کی روشنی چھن جائے گی، سورج طلوع نہیں ہوگا، تو وہ دن قیامت کا دن ہوگا اور آپ کو عمل کا موقع نہیں ہوگا۔</w:t>
      </w:r>
    </w:p>
    <w:p>
      <w:r>
        <w:rPr>
          <w:b/>
        </w:rPr>
        <w:t xml:space="preserve">[11:40] </w:t>
      </w:r>
      <w:r>
        <w:t>aur maulana ka yeh mamool tha ke maulana C 29 mein apne ghar ke first floor mein un ka kamra tha, us ke peeche ek balcony thi.</w:t>
      </w:r>
    </w:p>
    <w:p>
      <w:pPr>
        <w:jc w:val="right"/>
      </w:pPr>
      <w:r>
        <w:t>اور مولانا کا یہ معمول تھا کہ مولانا سی 29 میں اپنے گھر کے فرسٹ فلور میں ان کا کمرہ تھا، اس کے پیچھے ایک بالکنی تھی۔</w:t>
      </w:r>
    </w:p>
    <w:p>
      <w:r>
        <w:rPr>
          <w:b/>
        </w:rPr>
        <w:t xml:space="preserve">[11:48] </w:t>
      </w:r>
      <w:r>
        <w:t>to rozana fajar namaz ke baad aap wahan tashreef le jatay thay aur us waqt tak baith kar mashriq ki taraf rukh kar ke bethay thay jab tak ke suraj talu na ho jaye.</w:t>
      </w:r>
    </w:p>
    <w:p>
      <w:pPr>
        <w:jc w:val="right"/>
      </w:pPr>
      <w:r>
        <w:t>تو روزانہ فجر نماز کے بعد آپ وہاں تشریف لے جاتے تھے اور اس وقت تک بیٹھ کر مشرق کی طرف رخ کر کے بیٹھتے تھے جب تک کہ سورج طلوع نہ ہو جائے۔</w:t>
      </w:r>
    </w:p>
    <w:p>
      <w:r>
        <w:rPr>
          <w:b/>
        </w:rPr>
        <w:t xml:space="preserve">[12:00] </w:t>
      </w:r>
      <w:r>
        <w:t>suraj talu hone ke baad phir apne kamray mein aa ke aap namaz parha karte thay. to suraj ka talu hona Maulana ke pas aik bohat bara waqia tha.</w:t>
      </w:r>
    </w:p>
    <w:p>
      <w:pPr>
        <w:jc w:val="right"/>
      </w:pPr>
      <w:r>
        <w:t>سورج طلوع ہونے کے بعد پھر اپنے کمرے میں آ کے آپ نماز پڑھا کرتے تھے۔ تو سورج کا طلوع ہونا مولانا کے پاس ایک بہت بڑا واقعہ تھا۔</w:t>
      </w:r>
    </w:p>
    <w:p>
      <w:r>
        <w:rPr>
          <w:b/>
        </w:rPr>
        <w:t xml:space="preserve">[12:09] </w:t>
      </w:r>
      <w:r>
        <w:t>aur haqeeqat yeh hai ke har momin ke liye aik bohat bara waqia hai ke suraj ka talu hona goya us ke liye is baat ka aelan hai ke us ko aik aur din mil gaya hai ke woh un logon mein shamil hone ki koshish kare jin ke baray mein Khuda jannat ka faisla karega.</w:t>
      </w:r>
    </w:p>
    <w:p>
      <w:pPr>
        <w:jc w:val="right"/>
      </w:pPr>
      <w:r>
        <w:t>اور حقیقت یہ ہے کہ ہر مومن کے لیے ایک بہت بڑا واقعہ ہے کہ سورج کا طلوع ہونا گویا اس کے لیے اس بات کا اعلان ہے کہ اس کو ایک اور دن مل گیا ہے کہ وہ ان لوگوں میں شامل ہونے کی کوشش کرے جن کے بارے میں خدا جنت کا فیصلہ کرے گا۔</w:t>
      </w:r>
    </w:p>
    <w:p>
      <w:r>
        <w:rPr>
          <w:b/>
        </w:rPr>
        <w:t xml:space="preserve">[12:28] </w:t>
      </w:r>
      <w:r>
        <w:t>aap jantay hain ke aaj kal climate change par bohat ziyada khabrein aa rahi hain. Maulana is par global warming ke mozu par taqreerein bhi kafi ki hain aur is par aap ke articles bhi aaye hain, kitab bhi aayi hai.</w:t>
      </w:r>
    </w:p>
    <w:p>
      <w:pPr>
        <w:jc w:val="right"/>
      </w:pPr>
      <w:r>
        <w:t>آپ جانتے ہیں کہ آج کل کلائمیٹ چینج پر بہت زیادہ خبریں آ رہی ہیں۔ مولانا اس پر گلوبل وارمنگ کے موضوع پر تقریریں بھی کافی کی ہیں اور اس پر آپ کے آرٹیکلز بھی آئے ہیں، کتاب بھی آئی ہے۔</w:t>
      </w:r>
    </w:p>
    <w:p>
      <w:r>
        <w:rPr>
          <w:b/>
        </w:rPr>
        <w:t xml:space="preserve">[12:45] </w:t>
      </w:r>
      <w:r>
        <w:t>ab jo is silsile mein ek bari news hai jo the guardian magazine ke online mein yeh</w:t>
      </w:r>
    </w:p>
    <w:p>
      <w:pPr>
        <w:jc w:val="right"/>
      </w:pPr>
      <w:r>
        <w:t>اب جو اس سلسلے میں ایک بڑی نیوز ہے جو دی گارڈین میگزین کے آن لائن میں یہ</w:t>
      </w:r>
    </w:p>
    <w:p>
      <w:r>
        <w:rPr>
          <w:b/>
        </w:rPr>
        <w:t xml:space="preserve">[12:52] </w:t>
      </w:r>
      <w:r>
        <w:t>news aayi thi ke</w:t>
      </w:r>
    </w:p>
    <w:p>
      <w:pPr>
        <w:jc w:val="right"/>
      </w:pPr>
      <w:r>
        <w:t>نیوز آئی تھی کہ</w:t>
      </w:r>
    </w:p>
    <w:p>
      <w:r>
        <w:rPr>
          <w:b/>
        </w:rPr>
        <w:t xml:space="preserve">[12:56] </w:t>
      </w:r>
      <w:r>
        <w:t>UN secretary general</w:t>
      </w:r>
    </w:p>
    <w:p>
      <w:pPr>
        <w:jc w:val="right"/>
      </w:pPr>
      <w:r>
        <w:t>یو این سیکرٹری جنرل</w:t>
      </w:r>
    </w:p>
    <w:p>
      <w:r>
        <w:rPr>
          <w:b/>
        </w:rPr>
        <w:t xml:space="preserve">[13:00] </w:t>
      </w:r>
      <w:r>
        <w:t>antonio gutares ne ek statement diya tha jab yeh khabar aayi thi ke july ka jo mahina tha</w:t>
      </w:r>
    </w:p>
    <w:p>
      <w:pPr>
        <w:jc w:val="right"/>
      </w:pPr>
      <w:r>
        <w:t>اینٹونیو گوٹریس نے ایک سٹیٹمنٹ دیا تھا جب یہ خبر آئی تھی کہ جولائی کا جو مہینہ تھا</w:t>
      </w:r>
    </w:p>
    <w:p>
      <w:r>
        <w:rPr>
          <w:b/>
        </w:rPr>
        <w:t xml:space="preserve">[13:07] </w:t>
      </w:r>
      <w:r>
        <w:t>wo dunya mein sab se zyada hottest month tha aur is se pehle itna hottest month record nahi</w:t>
      </w:r>
    </w:p>
    <w:p>
      <w:pPr>
        <w:jc w:val="right"/>
      </w:pPr>
      <w:r>
        <w:t>وہ دنیا میں سب سے زیادہ ہاٹسٹ منتھ تھا اور اس سے پہلے اتنا ہاٹسٹ منتھ ریکارڈ نہیں</w:t>
      </w:r>
    </w:p>
    <w:p>
      <w:r>
        <w:rPr>
          <w:b/>
        </w:rPr>
        <w:t xml:space="preserve">[13:14] </w:t>
      </w:r>
      <w:r>
        <w:t>kiya gaya.</w:t>
      </w:r>
    </w:p>
    <w:p>
      <w:pPr>
        <w:jc w:val="right"/>
      </w:pPr>
      <w:r>
        <w:t>کیا گیا۔</w:t>
      </w:r>
    </w:p>
    <w:p>
      <w:r>
        <w:rPr>
          <w:b/>
        </w:rPr>
        <w:t xml:space="preserve">[13:16] </w:t>
      </w:r>
      <w:r>
        <w:t>to is khabar ko sunatay hue Guterres ne kaha tha ke the era of global warming has ended and the era of global boiling has arrived arrived ke global warming ka ab zamana khatam ho chuka hai,</w:t>
      </w:r>
    </w:p>
    <w:p>
      <w:pPr>
        <w:jc w:val="right"/>
      </w:pPr>
      <w:r>
        <w:t>تو اس خبر کو سناتے ہوئے گوٹریس نے کہا تھا کہ the era of global warming has ended and the era of global boiling has arrived ارائیوڈ کہ گلوبل وارمنگ کا اب زمانہ ختم ہو چکا ہے،</w:t>
      </w:r>
    </w:p>
    <w:p>
      <w:r>
        <w:rPr>
          <w:b/>
        </w:rPr>
        <w:t xml:space="preserve">[13:35] </w:t>
      </w:r>
      <w:r>
        <w:t>ab global boiling ka zamana shuru ho chuka hai. zameen hum yeh keh rahay thay ke garam ho gayi hai, ab garam nahi, garam ho kar woh ubalnay lagi hai.</w:t>
      </w:r>
    </w:p>
    <w:p>
      <w:pPr>
        <w:jc w:val="right"/>
      </w:pPr>
      <w:r>
        <w:t>اب گلوبل بوائلنگ کا زمانہ شروع ہو چکا ہے۔ زمین ہم یہ کہہ رہے تھے کہ گرم ہو گئی ہے، اب گرم نہیں، گرم ہو کر وہ ابلنے لگی ہے۔</w:t>
      </w:r>
    </w:p>
    <w:p>
      <w:r>
        <w:rPr>
          <w:b/>
        </w:rPr>
        <w:t xml:space="preserve">[13:46] </w:t>
      </w:r>
      <w:r>
        <w:t>yeh goya ke qayamat ke jo alarm hai, us ki second warning de di gayi hai ya final warning de di gayi hai.</w:t>
      </w:r>
    </w:p>
    <w:p>
      <w:pPr>
        <w:jc w:val="right"/>
      </w:pPr>
      <w:r>
        <w:t>یہ گویا کہ قیامت کے جو الارم ہے، اس کی سیکنڈ وارننگ دے دی گئی ہے یا فائنل وارننگ دے دی گئی ہے۔</w:t>
      </w:r>
    </w:p>
    <w:p>
      <w:r>
        <w:rPr>
          <w:b/>
        </w:rPr>
        <w:t xml:space="preserve">[13:57] </w:t>
      </w:r>
      <w:r>
        <w:t>iska ishara Quran mein bhi humain milta hai, Quran mein bhi is ko predict kiya gaya</w:t>
      </w:r>
    </w:p>
    <w:p>
      <w:pPr>
        <w:jc w:val="right"/>
      </w:pPr>
      <w:r>
        <w:t>اس کا اشارہ قرآن میں بھی ہمیں ملتا ہے، قرآن میں بھی اس کو پریڈکٹ کیا گیا</w:t>
      </w:r>
    </w:p>
    <w:p>
      <w:r>
        <w:rPr>
          <w:b/>
        </w:rPr>
        <w:t xml:space="preserve">[14:02] </w:t>
      </w:r>
      <w:r>
        <w:t>hai. Quran ki aik ayat hai: wa izal bihar fujjarat jab samandar beh parain ge, yani yeh global warming ki taraf is ayat mein ishara kiya gaya hai ke jab global warming ki wajah se garmi barhegi, glaciers pighlain ge, samandar ka pani barh jayega aur samandar aagay barhnay lagega.</w:t>
      </w:r>
    </w:p>
    <w:p>
      <w:pPr>
        <w:jc w:val="right"/>
      </w:pPr>
      <w:r>
        <w:t>ہے۔ قرآن کی ایک آیت ہے: واذ البحار فجرت جب سمندر بہہ پڑیں گے، یعنی یہ گلوبل وارمنگ کی طرف اس آیت میں اشارہ کیا گیا ہے کہ جب گلوبل وارمنگ کی وجہ سے گرمی بڑھے گی، گلیشیئرز پگھلیں گے، سمندر کا پانی بڑھ جائے گا اور سمندر آگے بڑھنے لگے گا۔</w:t>
      </w:r>
    </w:p>
    <w:p>
      <w:r>
        <w:rPr>
          <w:b/>
        </w:rPr>
        <w:t xml:space="preserve">[14:25] </w:t>
      </w:r>
      <w:r>
        <w:t>is ayat ke tehat Ibn Abbas ne aik baat kahi hai, woh yeh hai ke wa huwa sab'atu abhurin fatasira bahran wahidan Ibn Abbas ne kaha ke zameen mein saat samandar hain,</w:t>
      </w:r>
    </w:p>
    <w:p>
      <w:pPr>
        <w:jc w:val="right"/>
      </w:pPr>
      <w:r>
        <w:t>اس آیت کے تحت ابن عباس نے ایک بات کہی ہے، وہ یہ ہے کہ وهو سبعة عبخر فتصير بحرا واحدا ابن عباس نے کہا کہ زمین میں سات سمندر ہیں،</w:t>
      </w:r>
    </w:p>
    <w:p>
      <w:r>
        <w:rPr>
          <w:b/>
        </w:rPr>
        <w:t xml:space="preserve">[14:38] </w:t>
      </w:r>
      <w:r>
        <w:t>un ka pani itna barhega ke is saat samandar aik ho jayen ge aur hum is ka mushahida karte hue aa rahay hain. aur doosri ayat jis mein Khuda ne kaha: wa izal bihar sujjarat ke samandar bharka diye jayen ge, yani woh ubal parain ge, itnay garam ho jayen ge.</w:t>
      </w:r>
    </w:p>
    <w:p>
      <w:pPr>
        <w:jc w:val="right"/>
      </w:pPr>
      <w:r>
        <w:t>ان کا پانی اتنا بڑھے گا کہ اس سات سمندر ایک ہو جائیں گے اور ہم اس کا مشاہدہ کرتے ہوئے آ رہے ہیں۔ اور دوسری آیت جس میں خدا نے کہا: واذ البحار سجرت کہ سمندر بھڑکا دیے جائیں گے، یعنی وہ ابل پڑیں گے، اتنے گرم ہو جائیں گے۔</w:t>
      </w:r>
    </w:p>
    <w:p>
      <w:r>
        <w:rPr>
          <w:b/>
        </w:rPr>
        <w:t xml:space="preserve">[14:57] </w:t>
      </w:r>
      <w:r>
        <w:t>aur yeh climate change ki wajah se pehle jo baat hoti thi ke sirf surface mein zameen ke khushki mein ziyada garmi barh rahi hai,</w:t>
      </w:r>
    </w:p>
    <w:p>
      <w:pPr>
        <w:jc w:val="right"/>
      </w:pPr>
      <w:r>
        <w:t>اور یہ کلائمیٹ چینج کی وجہ سے پہلے جو بات ہوتی تھی کہ صرف سرفیس میں زمین کے خشکی میں زیادہ گرمی بڑھ رہی ہے،</w:t>
      </w:r>
    </w:p>
    <w:p>
      <w:r>
        <w:rPr>
          <w:b/>
        </w:rPr>
        <w:t xml:space="preserve">[15:05] </w:t>
      </w:r>
      <w:r>
        <w:t>ab samandar mein ka pani bhi garam hota ja raha hai aur samandar ki bohat se jo us ke janwar hain, woh sab martay hue ja rahay hain aur bohat se aqsam khatam hotay ja rahay hain.</w:t>
      </w:r>
    </w:p>
    <w:p>
      <w:pPr>
        <w:jc w:val="right"/>
      </w:pPr>
      <w:r>
        <w:t>اب سمندر میں کا پانی بھی گرم ہوتا جا رہا ہے اور سمندر کی بہت سے جو اس کے جن جانور ہیں، وہ سب مرتے ہوئے جا رہے ہیں اور بہت سے اقسام ختم ہوتے جا رہے ہیں۔</w:t>
      </w:r>
    </w:p>
    <w:p>
      <w:r>
        <w:rPr>
          <w:b/>
        </w:rPr>
        <w:t xml:space="preserve">[15:18] </w:t>
      </w:r>
      <w:r>
        <w:t>to aik ahl-e-iman ke liye agar ghor karein to yeh sab se bari news hai ke ab qayamat ka alarm baj chuka hai.</w:t>
      </w:r>
    </w:p>
    <w:p>
      <w:pPr>
        <w:jc w:val="right"/>
      </w:pPr>
      <w:r>
        <w:t>تو ایک اہل ایمان کے لیے اگر غور کریں تو یہ سب سے بڑی نیوز ہے کہ اب قیامت کا الارم بج چکا ہے۔</w:t>
      </w:r>
    </w:p>
    <w:p>
      <w:r>
        <w:rPr>
          <w:b/>
        </w:rPr>
        <w:t xml:space="preserve">[15:27] </w:t>
      </w:r>
      <w:r>
        <w:t>bilkul ab ahl-e-iman ki bas sirf yahi zimmedari hai ke woh Khuda ke liye kharay ho jayen,</w:t>
      </w:r>
    </w:p>
    <w:p>
      <w:pPr>
        <w:jc w:val="right"/>
      </w:pPr>
      <w:r>
        <w:t>بالکل اب اہل ایمان کی بس صرف یہی ذمہ داری ہے کہ وہ خدا کے لیے کھڑے ہو جائیں،</w:t>
      </w:r>
    </w:p>
    <w:p>
      <w:r>
        <w:rPr>
          <w:b/>
        </w:rPr>
        <w:t xml:space="preserve">[15:34] </w:t>
      </w:r>
      <w:r>
        <w:t>Khuda ke mission ko aage badhane ke liye apne aap ko waqf kar dein.</w:t>
      </w:r>
    </w:p>
    <w:p>
      <w:pPr>
        <w:jc w:val="right"/>
      </w:pPr>
      <w:r>
        <w:t>خدا کے مشن کو آگے بڑھانے کے لیے اپنے آپ کو وقف کر دیں۔</w:t>
      </w:r>
    </w:p>
    <w:p>
      <w:r>
        <w:rPr>
          <w:b/>
        </w:rPr>
        <w:t xml:space="preserve">[15:38] </w:t>
      </w:r>
      <w:r>
        <w:t>Hadees mein aata hai ke Allah ke rasool sal Allah aleh wasalam jab ramzan ka mahina aata tha</w:t>
      </w:r>
    </w:p>
    <w:p>
      <w:pPr>
        <w:jc w:val="right"/>
      </w:pPr>
      <w:r>
        <w:t>حدیث میں آتا ہے کہ اللہ کے رسول صلی اللہ علیہ وسلم جب رمضان کا مہینہ آتا تھا</w:t>
      </w:r>
    </w:p>
    <w:p>
      <w:r>
        <w:rPr>
          <w:b/>
        </w:rPr>
        <w:t xml:space="preserve">[15:43] </w:t>
      </w:r>
      <w:r>
        <w:t>to shadd mazra</w:t>
      </w:r>
    </w:p>
    <w:p>
      <w:pPr>
        <w:jc w:val="right"/>
      </w:pPr>
      <w:r>
        <w:t>تو شد معزرہ</w:t>
      </w:r>
    </w:p>
    <w:p>
      <w:r>
        <w:rPr>
          <w:b/>
        </w:rPr>
        <w:t xml:space="preserve">[15:46] </w:t>
      </w:r>
      <w:r>
        <w:t>wa ahya laila wa aykhaz ahla ke jab ramzan ke aakhri das raatein aati thin to Allah ke</w:t>
      </w:r>
    </w:p>
    <w:p>
      <w:pPr>
        <w:jc w:val="right"/>
      </w:pPr>
      <w:r>
        <w:t>و احیا لیلہ و ایخذ اہلہ کہ جب رمضان کے آخری دس راتیں آتی تھیں تو اللہ کے</w:t>
      </w:r>
    </w:p>
    <w:p>
      <w:r>
        <w:rPr>
          <w:b/>
        </w:rPr>
        <w:t xml:space="preserve">[15:53] </w:t>
      </w:r>
      <w:r>
        <w:t>rasool langot kas lete the, yani bilkul tayyar ho jate the Khuda ki ibadat ke liye aur raaton</w:t>
      </w:r>
    </w:p>
    <w:p>
      <w:pPr>
        <w:jc w:val="right"/>
      </w:pPr>
      <w:r>
        <w:t>رسول لنگوٹ کس لیتے تھے، یعنی بالکل تیار ہو جاتے تھے خدا کی عبادت کے لیے اور راتوں</w:t>
      </w:r>
    </w:p>
    <w:p>
      <w:r>
        <w:rPr>
          <w:b/>
        </w:rPr>
        <w:t xml:space="preserve">[15:59] </w:t>
      </w:r>
      <w:r>
        <w:t>ki neend khatam ho jati thi aur apne family ko bhi is par ubharte the, apni family ko</w:t>
      </w:r>
    </w:p>
    <w:p>
      <w:pPr>
        <w:jc w:val="right"/>
      </w:pPr>
      <w:r>
        <w:t>کی نیند ختم ہو جاتی تھی اور اپنے فیملی کو بھی اس پر ابھارتے تھے، اپنی فیملی کو</w:t>
      </w:r>
    </w:p>
    <w:p>
      <w:r>
        <w:rPr>
          <w:b/>
        </w:rPr>
        <w:t xml:space="preserve">[16:06] </w:t>
      </w:r>
      <w:r>
        <w:t>bhi apne sath, un ke andar bhi awareness paida karte the aur kas kar mazboot ho kar Allah</w:t>
      </w:r>
    </w:p>
    <w:p>
      <w:pPr>
        <w:jc w:val="right"/>
      </w:pPr>
      <w:r>
        <w:t>بھی اپنے ساتھ، ان کے اندر بھی اویرنس پیدا کرتے تھے اور کس کر مضبوط ہو کر اللہ</w:t>
      </w:r>
    </w:p>
    <w:p>
      <w:r>
        <w:rPr>
          <w:b/>
        </w:rPr>
        <w:t xml:space="preserve">[16:12] </w:t>
      </w:r>
      <w:r>
        <w:t>ki ibadat</w:t>
      </w:r>
    </w:p>
    <w:p>
      <w:pPr>
        <w:jc w:val="right"/>
      </w:pPr>
      <w:r>
        <w:t>کی عبادت</w:t>
      </w:r>
    </w:p>
    <w:p>
      <w:r>
        <w:rPr>
          <w:b/>
        </w:rPr>
        <w:t xml:space="preserve">[16:13] </w:t>
      </w:r>
      <w:r>
        <w:t>karte thay. to yahi hamara haal aaj hai ke hum jo qayamat ka alarm baj chuka hai, jo yeh aik jo yeh statements aa rahay hain, is par hum ko bilkul aisa ho jana chahiye ke hum apne aap ko tayyar kar lein aur Khuda ke mission ko aagay barhanay ke liye apne aap ko dedicate karein.</w:t>
      </w:r>
    </w:p>
    <w:p>
      <w:pPr>
        <w:jc w:val="right"/>
      </w:pPr>
      <w:r>
        <w:t>کرتے تھے۔ تو یہی ہمارا حال آج ہے کہ ہم جو قیامت کا الارم بج چکا ہے، جو یہ ایک جو یہ سٹیٹمنٹس آ رہے ہیں، اس پر ہم کو بالکل ایسا ہو جانا چاہیے کہ ہم اپنے آپ کو تیار کر لیں اور خدا کے مشن کو آگے بڑھانے کے لیے اپنے آپ کو ڈیڈیکیٹ کریں۔</w:t>
      </w:r>
    </w:p>
    <w:p>
      <w:r>
        <w:rPr>
          <w:b/>
        </w:rPr>
        <w:t xml:space="preserve">[16:35] </w:t>
      </w:r>
      <w:r>
        <w:t>yahi mere liye aaj ki bari news thi. bilkul sahi baat kahi aap ne, Maulana Iqbal sahib, Maulana Israr sahib. Mola</w:t>
      </w:r>
    </w:p>
    <w:p>
      <w:pPr>
        <w:jc w:val="right"/>
      </w:pPr>
      <w:r>
        <w:t>یہی میرے لیے آج کی بڑی نیوز تھی۔ بالکل صحیح بات کہی آپ نے، مولانا اقبال صاحب، مولانا اسرار صاحب۔ مول</w:t>
      </w:r>
    </w:p>
    <w:p>
      <w:r>
        <w:rPr>
          <w:b/>
        </w:rPr>
        <w:t xml:space="preserve">[16:45] </w:t>
      </w:r>
      <w:r>
        <w:t>ana ne global warming ke mozu par kafi likha hai aur aik khaas kitab bhi hai: Qayamat ka Alarm. to aur mein samajhta hoon ke Maulana ka aam taur se news ka matlab log yeh samajhtay hain ke jaise siyasat news, akhbar waghera mein aati hai, woh hai.</w:t>
      </w:r>
    </w:p>
    <w:p>
      <w:pPr>
        <w:jc w:val="right"/>
      </w:pPr>
      <w:r>
        <w:t>انا نے گلوبل وارمنگ کے موضوع پر کافی لکھا ہے اور ایک خاص کتاب بھی ہے: قیامت کا الارم۔ تو اور میں سمجھتا ہوں کہ مولانا کا عام طور سے نیوز کا مطلب لوگ یہ سمجھتے ہیں کہ جیسے سیاسی نیوز، اخبار وغیرہ میں آتی ہے، وہ ہے۔</w:t>
      </w:r>
    </w:p>
    <w:p>
      <w:r>
        <w:rPr>
          <w:b/>
        </w:rPr>
        <w:t xml:space="preserve">[16:58] </w:t>
      </w:r>
      <w:r>
        <w:t>lekin Maulana ka yeh kehna tha ke is se aap ko apne intellectual development ke liye kya mil raha hai? kisi bhi cheez se dunya ke andar har waqt Allah ki nishani aati rehti hai, is se aap ko kya takeaway milta hai?</w:t>
      </w:r>
    </w:p>
    <w:p>
      <w:pPr>
        <w:jc w:val="right"/>
      </w:pPr>
      <w:r>
        <w:t>لیکن مولانا کا یہ کہنا تھا کہ اس سے آپ کو اپنے انٹلیکچول ڈیولپمنٹ کے لیے کیا مل رہا ہے؟ کسی بھی چیز سے دنیا کے اندر ہر وقت اللہ کی نشانی آتی رہتی ہے، اس سے آپ کو کیا ٹیک اوے ملتا ہے؟</w:t>
      </w:r>
    </w:p>
    <w:p>
      <w:r>
        <w:rPr>
          <w:b/>
        </w:rPr>
        <w:t xml:space="preserve">[17:10] </w:t>
      </w:r>
      <w:r>
        <w:t>marifat ki daryaft ke liye kya cheez milta hai? yahi Maulana is par ubhara karte thay. to hum logon ko bhi yahi sochna chahiye ke koi bhi news aa rahi hai, is se hum ko Allah se qareeb honay ke liye kya madad mil ra</w:t>
      </w:r>
    </w:p>
    <w:p>
      <w:pPr>
        <w:jc w:val="right"/>
      </w:pPr>
      <w:r>
        <w:t>معرفت کی دریافت کے لیے کیا چیز ملتا ہے؟ یہی مولانا اس پر ابھارا کرتے تھے۔ تو ہم لوگوں کو بھی یہی سوچنا چاہیے کہ کوئی بھی نیوز آ رہی ہے، اس سے ہم کو اللہ سے قریب ہونے کے لیے کیا مدد مل رہ</w:t>
      </w:r>
    </w:p>
    <w:p>
      <w:r>
        <w:rPr>
          <w:b/>
        </w:rPr>
        <w:t xml:space="preserve">[17:21] </w:t>
      </w:r>
      <w:r>
        <w:t>hi hai? na yeh ke dunya ke andar kya ho raha hai, woh kya aik doosray ke khilaf bol rahay hain, is par woh nahi. kya karte thay?</w:t>
      </w:r>
    </w:p>
    <w:p>
      <w:pPr>
        <w:jc w:val="right"/>
      </w:pPr>
      <w:r>
        <w:t>ی ہے؟ نہ یہ کہ دنیا کے اندر کیا ہو رہا ہے، وہ کیا ایک دوسرے کے خلاف بول رہے ہیں، اس پر وہ نہیں۔ کیا کرتے تھے؟</w:t>
      </w:r>
    </w:p>
    <w:p>
      <w:r>
        <w:rPr>
          <w:b/>
        </w:rPr>
        <w:t xml:space="preserve">[17:32] </w:t>
      </w:r>
      <w:r>
        <w:t>ab mera sawal Maulana Syed Iqbal Umri sahib se hai. CPS International sari dunya mein Quran ka paigham aam kar rahi hai.</w:t>
      </w:r>
    </w:p>
    <w:p>
      <w:pPr>
        <w:jc w:val="right"/>
      </w:pPr>
      <w:r>
        <w:t>اب میرا سوال مولانا سید اقبال عمری صاحب سے ہے۔ سی پی ایس انٹرنیشنل ساری دنیا میں قرآن کا پیغام عام کر رہی ہے۔</w:t>
      </w:r>
    </w:p>
    <w:p>
      <w:r>
        <w:rPr>
          <w:b/>
        </w:rPr>
        <w:t xml:space="preserve">[17:43] </w:t>
      </w:r>
      <w:r>
        <w:t>Quran Allah ki aik mehfooz kitab hai.</w:t>
      </w:r>
    </w:p>
    <w:p>
      <w:pPr>
        <w:jc w:val="right"/>
      </w:pPr>
      <w:r>
        <w:t>قرآن اللہ کی ایک محفوظ کتاب ہے۔</w:t>
      </w:r>
    </w:p>
    <w:p>
      <w:r>
        <w:rPr>
          <w:b/>
        </w:rPr>
        <w:t xml:space="preserve">[17:47] </w:t>
      </w:r>
      <w:r>
        <w:t>abhi aap ne bataya yahan aanay se pehle ke aap ne qareeb mein hi rampur raza library visit kiya hai. aap ne wahan quran ka aik intehai qadeem nuskhah dekha hai, qadeem copy dekhi hai, hath se likhi hui.</w:t>
      </w:r>
    </w:p>
    <w:p>
      <w:pPr>
        <w:jc w:val="right"/>
      </w:pPr>
      <w:r>
        <w:t>ابھی آپ نے بتایا یہاں آنے سے پہلے کہ آپ نے قریب میں ہی رام پور رضا لائبریری وزٹ کیا ہے۔ آپ نے وہاں قرآن کا ایک انتہائی قدیم نسخہ دیکھا ہے، قدیم کاپی دیکھی ہے، ہاتھ سے لکھی ہوئی۔</w:t>
      </w:r>
    </w:p>
    <w:p>
      <w:r>
        <w:rPr>
          <w:b/>
        </w:rPr>
        <w:t xml:space="preserve">[18:01] </w:t>
      </w:r>
      <w:r>
        <w:t>aap ne jab is qadeem copy ko dekha to us waqt aap ka ehsas kya tha? koi tajruba batayen. abhi qareeb mein hum log lucknow book fair se aa rahe hain.</w:t>
      </w:r>
    </w:p>
    <w:p>
      <w:pPr>
        <w:jc w:val="right"/>
      </w:pPr>
      <w:r>
        <w:t>آپ نے جب اس قدیم کاپی کو دیکھا تو اس وقت آپ کا احساس کیا تھا؟ کوئی تجربہ بتائیں۔ ابھی قریب میں ہم لوگ لکھنو بک فیئر سے آ رہے ہیں۔</w:t>
      </w:r>
    </w:p>
    <w:p>
      <w:r>
        <w:rPr>
          <w:b/>
        </w:rPr>
        <w:t xml:space="preserve">[18:14] </w:t>
      </w:r>
      <w:r>
        <w:t>lucknow book fair mein hamare hi samne hamara jo stall number 21 tha, good word ka, us ke samne hi gideon jo isai missionary ka book book stall tha,</w:t>
      </w:r>
    </w:p>
    <w:p>
      <w:pPr>
        <w:jc w:val="right"/>
      </w:pPr>
      <w:r>
        <w:t>لکھنو بک فیئر میں ہمارے ہی سامنے ہمارا جو اسٹال نمبر 21 تھا، گڈ ورڈ کا، اس کے سامنے ہی گیڈین جو عیسائی مشنری کا بک بک اسٹال تھا،</w:t>
      </w:r>
    </w:p>
    <w:p>
      <w:r>
        <w:rPr>
          <w:b/>
        </w:rPr>
        <w:t xml:space="preserve">[18:28] </w:t>
      </w:r>
      <w:r>
        <w:t>wahan woh log free bible taqseem kar rahe thay.</w:t>
      </w:r>
    </w:p>
    <w:p>
      <w:pPr>
        <w:jc w:val="right"/>
      </w:pPr>
      <w:r>
        <w:t>وہاں وہ لوگ فری بائبل تقسیم کر رہے تھے۔</w:t>
      </w:r>
    </w:p>
    <w:p>
      <w:r>
        <w:rPr>
          <w:b/>
        </w:rPr>
        <w:t xml:space="preserve">[18:34] </w:t>
      </w:r>
      <w:r>
        <w:t>un dinon aik isai hamare paas aaye,</w:t>
      </w:r>
    </w:p>
    <w:p>
      <w:pPr>
        <w:jc w:val="right"/>
      </w:pPr>
      <w:r>
        <w:t>ان دنوں ایک عیسائی ہمارے پاس آئے،</w:t>
      </w:r>
    </w:p>
    <w:p>
      <w:r>
        <w:rPr>
          <w:b/>
        </w:rPr>
        <w:t xml:space="preserve">[18:41] </w:t>
      </w:r>
      <w:r>
        <w:t>mujh se sawal kiya ke kya quran bible se compile kiya gaya hai? to maine kaha ke hazrat musa alaihi assalam aur hazrat masih alaihi assalam aur hazrat muhammad sallallahu alaihi wasallam, yeh teeno semitic religion ke log manay jatay hain.</w:t>
      </w:r>
    </w:p>
    <w:p>
      <w:pPr>
        <w:jc w:val="right"/>
      </w:pPr>
      <w:r>
        <w:t>مجھ سے سوال کیا کہ کیا قرآن بائبل سے کمپائل کیا گیا ہے؟ تو میں نے کہا کہ حضرت موسیٰ علیہ السلام اور حضرت مسیح علیہ السلام اور حضرت محمد صلی اللہ علیہ وسلم، یہ تینوں سیمیٹک ریلیجن کے لوگ مانے جاتے ہیں۔</w:t>
      </w:r>
    </w:p>
    <w:p>
      <w:r>
        <w:rPr>
          <w:b/>
        </w:rPr>
        <w:t xml:space="preserve">[19:07] </w:t>
      </w:r>
      <w:r>
        <w:t>to is mein waqiat, tareekhi jo bhi cheezen guzri hain, is mein similarities hain. to is liye aap aisa keh rahe hain ke compilation hai.</w:t>
      </w:r>
    </w:p>
    <w:p>
      <w:pPr>
        <w:jc w:val="right"/>
      </w:pPr>
      <w:r>
        <w:t>تو اس میں واقعات، تاریخی جو بھی چیزیں گزری ہیں، اس میں سمیلارٹیز ہیں۔ تو اس لیے آپ ایسا کہہ رہے ہیں کہ کمپیلیشن ہے۔</w:t>
      </w:r>
    </w:p>
    <w:p>
      <w:r>
        <w:rPr>
          <w:b/>
        </w:rPr>
        <w:t xml:space="preserve">[19:21] </w:t>
      </w:r>
      <w:r>
        <w:t>quran kehta hai ke inna hadha al quran yaqussu ala bani israil akthar alladheena hum fihi yakhtalifoon bani israil ke baray mein bohat si cheezen quran clarification ke liye kar raha hai,</w:t>
      </w:r>
    </w:p>
    <w:p>
      <w:pPr>
        <w:jc w:val="right"/>
      </w:pPr>
      <w:r>
        <w:t>قرآن کہتا ہے کہ إن هذا القرآن يقص على بنی اسرائیل أكثر الذين هم فيه يختلفون بنی اسرائیل کے بارے میں بہت سی چیزیں قرآن کلیریفیکیشن کے لیے کر رہا ہے،</w:t>
      </w:r>
    </w:p>
    <w:p>
      <w:r>
        <w:rPr>
          <w:b/>
        </w:rPr>
        <w:t xml:space="preserve">[19:34] </w:t>
      </w:r>
      <w:r>
        <w:t>jis ke baray mein log aksar nahi jantay hain ya misinterpret karte hain. to phir unhon ne doosra sawal kiya ke yeh kya zaroori hai ke quran mehfooz hai?</w:t>
      </w:r>
    </w:p>
    <w:p>
      <w:pPr>
        <w:jc w:val="right"/>
      </w:pPr>
      <w:r>
        <w:t>جس کے بارے میں لوگ اکثر نہیں جانتے ہیں یا مس انٹرپریٹ کرتے ہیں۔ تو پھر انہوں نے دوسرا سوال کیا کہ یہ کیا ضروری ہے کہ قرآن محفوظ ہے؟</w:t>
      </w:r>
    </w:p>
    <w:p>
      <w:r>
        <w:rPr>
          <w:b/>
        </w:rPr>
        <w:t xml:space="preserve">[19:51] </w:t>
      </w:r>
      <w:r>
        <w:t>dedh hazar saal ho chukay hain, abhi tak wohi quran hai jo hazrat muhammad sallallahu alaihi wasallam par aaya tha, nazil hua tha.</w:t>
      </w:r>
    </w:p>
    <w:p>
      <w:pPr>
        <w:jc w:val="right"/>
      </w:pPr>
      <w:r>
        <w:t>ڈیڑھ ہزار سال ہو چکے ہیں، ابھی تک وہی قرآن ہے جو حضرت محمد صلی اللہ علیہ وسلم پر آیا تھا، نازل ہوا تھا۔</w:t>
      </w:r>
    </w:p>
    <w:p>
      <w:r>
        <w:rPr>
          <w:b/>
        </w:rPr>
        <w:t xml:space="preserve">[20:03] </w:t>
      </w:r>
      <w:r>
        <w:t>to maine kaha ke dekhiye,</w:t>
      </w:r>
    </w:p>
    <w:p>
      <w:pPr>
        <w:jc w:val="right"/>
      </w:pPr>
      <w:r>
        <w:t>تو میں نے کہا کہ دیکھیے،</w:t>
      </w:r>
    </w:p>
    <w:p>
      <w:r>
        <w:rPr>
          <w:b/>
        </w:rPr>
        <w:t xml:space="preserve">[20:07] </w:t>
      </w:r>
      <w:r>
        <w:t>hazrat muhammad sahib arabi jantay thay, arabi parhtay likhtay, arabi wahan ke arab ke thay.</w:t>
      </w:r>
    </w:p>
    <w:p>
      <w:pPr>
        <w:jc w:val="right"/>
      </w:pPr>
      <w:r>
        <w:t>حضرت محمد صاحب عربی جانتے تھے، عربی پڑھتے لکھتے، عربی وہاں کے عرب کے تھے۔</w:t>
      </w:r>
    </w:p>
    <w:p>
      <w:r>
        <w:rPr>
          <w:b/>
        </w:rPr>
        <w:t xml:space="preserve">[20:17] </w:t>
      </w:r>
      <w:r>
        <w:t>to un par jo quran nazil hua tha, woh arabi zaban mein hai.</w:t>
      </w:r>
    </w:p>
    <w:p>
      <w:pPr>
        <w:jc w:val="right"/>
      </w:pPr>
      <w:r>
        <w:t>تو ان پر جو قرآن نازل ہوا تھا، وہ عربی زبان میں ہے۔</w:t>
      </w:r>
    </w:p>
    <w:p>
      <w:r>
        <w:rPr>
          <w:b/>
        </w:rPr>
        <w:t xml:space="preserve">[20:24] </w:t>
      </w:r>
      <w:r>
        <w:t>to maine un se poocha ke anjeel hazrat eisa alaihi assalam ki zaban kya thi?</w:t>
      </w:r>
    </w:p>
    <w:p>
      <w:pPr>
        <w:jc w:val="right"/>
      </w:pPr>
      <w:r>
        <w:t>تو میں نے ان سے پوچھا کہ انجیل حضرت عیسیٰ علیہ السلام کی زبان کیا تھی؟</w:t>
      </w:r>
    </w:p>
    <w:p>
      <w:r>
        <w:rPr>
          <w:b/>
        </w:rPr>
        <w:t xml:space="preserve">[20:30] </w:t>
      </w:r>
      <w:r>
        <w:t>to unhon ne kaha ke aramic zaban thi. to maine sawal kiya ke kya anjeel aramic mein pai jati hai?</w:t>
      </w:r>
    </w:p>
    <w:p>
      <w:pPr>
        <w:jc w:val="right"/>
      </w:pPr>
      <w:r>
        <w:t>تو انہوں نے کہا کہ ارامک زبان تھی۔ تو میں نے سوال کیا کہ کیا انجیل ارامک میں پائی جاتی ہے؟</w:t>
      </w:r>
    </w:p>
    <w:p>
      <w:r>
        <w:rPr>
          <w:b/>
        </w:rPr>
        <w:t xml:space="preserve">[20:41] </w:t>
      </w:r>
      <w:r>
        <w:t>to unhon ne kaha ke nahi. to yahi is ka saboot hai ke muhammad sallallahu alaihi wasallam jo quran le kar aaye, woh arabi zaban mein aaj tak mehfooz hai.</w:t>
      </w:r>
    </w:p>
    <w:p>
      <w:pPr>
        <w:jc w:val="right"/>
      </w:pPr>
      <w:r>
        <w:t>تو انہوں نے کہا کہ نہیں۔ تو یہی اس کا ثبوت ہے کہ محمد صلی اللہ علیہ وسلم جو قرآن لے کر آئے، وہ عربی زبان میں آج تک محفوظ ہے۔</w:t>
      </w:r>
    </w:p>
    <w:p>
      <w:r>
        <w:rPr>
          <w:b/>
        </w:rPr>
        <w:t xml:space="preserve">[20:54] </w:t>
      </w:r>
      <w:r>
        <w:t>khud mein apne das saal ki umar mein is poore quran ko arabi zaban mein yaad kiya. aise karoron huffaz is dunya mein arabi zaban mein quran yaad kiye hue hain.</w:t>
      </w:r>
    </w:p>
    <w:p>
      <w:pPr>
        <w:jc w:val="right"/>
      </w:pPr>
      <w:r>
        <w:t>خود میں اپنے دس سال کی عمر میں اس پورے قرآن کو عربی زبان میں یاد کیا۔ ایسے کروڑوں حفاظ اس دنیا میں عربی زبان میں قرآن یاد کیے ہوئے ہیں۔</w:t>
      </w:r>
    </w:p>
    <w:p>
      <w:r>
        <w:rPr>
          <w:b/>
        </w:rPr>
        <w:t xml:space="preserve">[21:08] </w:t>
      </w:r>
      <w:r>
        <w:t>to phir is ke baad woh khamosh reh gaye aur wahan se chalay gaye. phir hamara safar rampur ka hua.</w:t>
      </w:r>
    </w:p>
    <w:p>
      <w:pPr>
        <w:jc w:val="right"/>
      </w:pPr>
      <w:r>
        <w:t>تو پھر اس کے بعد وہ خاموش رہ گئے اور وہاں سے چلے گئے۔ پھر ہمارا سفر رام پور کا ہوا۔</w:t>
      </w:r>
    </w:p>
    <w:p>
      <w:r>
        <w:rPr>
          <w:b/>
        </w:rPr>
        <w:t xml:space="preserve">[21:20] </w:t>
      </w:r>
      <w:r>
        <w:t>rampur raza library mein hum ne dekha ke wahan hazrat ali radiallahu ta'ala anhu ke hath se likha hua quran wahan maujood hai.</w:t>
      </w:r>
    </w:p>
    <w:p>
      <w:pPr>
        <w:jc w:val="right"/>
      </w:pPr>
      <w:r>
        <w:t>رام پور رضا لائبریری میں ہم نے دیکھا کہ وہاں حضرت علی رضی اللہ تعالی عنہ کے ہاتھ سے لکھا ہوا قرآن وہاں موجود ہے۔</w:t>
      </w:r>
    </w:p>
    <w:p>
      <w:r>
        <w:rPr>
          <w:b/>
        </w:rPr>
        <w:t xml:space="preserve">[21:33] </w:t>
      </w:r>
      <w:r>
        <w:t>to wahan ke jo zimmedar hain, aik islahhi sahib hain, unhon ne bataya ke yeh hazrat ali radiallahu ta'ala anhu ki taraf mansoob hai.</w:t>
      </w:r>
    </w:p>
    <w:p>
      <w:pPr>
        <w:jc w:val="right"/>
      </w:pPr>
      <w:r>
        <w:t>تو وہاں کے جو ذمہ دار ہیں، ایک اصلاحی صاحب ہیں، انہوں نے بتایا کہ یہ حضرت علی رضی اللہ تعالی عنہ کی طرف منسوب ہے۔</w:t>
      </w:r>
    </w:p>
    <w:p>
      <w:r>
        <w:rPr>
          <w:b/>
        </w:rPr>
        <w:t xml:space="preserve">[21:42] </w:t>
      </w:r>
      <w:r>
        <w:t>to goya dunya mein aise aise evidence paaye jatay hain ke baqayda rasoolullah ke zamanay mein hi jo quran arabi zaban mein tha, woh baqayda likhat mein bhi tha.</w:t>
      </w:r>
    </w:p>
    <w:p>
      <w:pPr>
        <w:jc w:val="right"/>
      </w:pPr>
      <w:r>
        <w:t>تو گویا دنیا میں ایسے ایسے ایویڈنس پائے جاتے ہیں کہ باقاعدہ رسول اللہ کے زمانے میں ہی جو قرآن عربی زبان میں تھا، وہ باقاعدہ لکھت میں بھی تھا۔</w:t>
      </w:r>
    </w:p>
    <w:p>
      <w:r>
        <w:rPr>
          <w:b/>
        </w:rPr>
        <w:t xml:space="preserve">[21:59] </w:t>
      </w:r>
      <w:r>
        <w:t>to is se maloom hua ke quran seenon mein bhi mehfooz hai aur kitabon mein bhi mehfooz hai.</w:t>
      </w:r>
    </w:p>
    <w:p>
      <w:pPr>
        <w:jc w:val="right"/>
      </w:pPr>
      <w:r>
        <w:t>تو اس سے معلوم ہوا کہ قرآن سینوں میں بھی محفوظ ہے اور کتابوں میں بھی محفوظ ہے۔</w:t>
      </w:r>
    </w:p>
    <w:p>
      <w:r>
        <w:rPr>
          <w:b/>
        </w:rPr>
        <w:t xml:space="preserve">[22:08] </w:t>
      </w:r>
      <w:r>
        <w:t>isi liye maulana kaha karte thay ke islam ki khusoosiyat yeh nahi hai ke yeh superior mazhab hai, balkay islam ki khusoosiyat yeh hai ke preserved mazhab hai,</w:t>
      </w:r>
    </w:p>
    <w:p>
      <w:pPr>
        <w:jc w:val="right"/>
      </w:pPr>
      <w:r>
        <w:t>اسی لیے مولانا کہا کرتے تھے کہ اسلام کی خصوصیت یہ نہیں ہے کہ یہ سپیریئر مذہب ہے، بلکہ اسلام کی خصوصیت یہ ہے کہ پریزروڈ مذہب ہے،</w:t>
      </w:r>
    </w:p>
    <w:p>
      <w:r>
        <w:rPr>
          <w:b/>
        </w:rPr>
        <w:t xml:space="preserve">[22:22] </w:t>
      </w:r>
      <w:r>
        <w:t>yani mehfooz hai. yani insanon ko khuda jo paigham dena chahta hai, woh mehfooz shakal mein aaj tak mehfooz hai, mehfooz shakal mein aaj tak maujood hai.</w:t>
      </w:r>
    </w:p>
    <w:p>
      <w:pPr>
        <w:jc w:val="right"/>
      </w:pPr>
      <w:r>
        <w:t>یعنی محفوظ ہے۔ یعنی انسانوں کو خدا جو پیغام دینا چاہتا ہے، وہ محفوظ شکل میں آج تک محفوظ ہے، محفوظ شکل میں آج تک موجود ہے۔</w:t>
      </w:r>
    </w:p>
    <w:p>
      <w:r>
        <w:rPr>
          <w:b/>
        </w:rPr>
        <w:t xml:space="preserve">[22:35] </w:t>
      </w:r>
      <w:r>
        <w:t>to lehaza azmat rafta ya tareekh ki azmat, falan ki azmat, yeh sari cheezen asal nahi hain, balkay mehfooz shakal mein jo kitab hai, immediate reference maujood hai khuda ki taraf se, mehfooz hai.</w:t>
      </w:r>
    </w:p>
    <w:p>
      <w:pPr>
        <w:jc w:val="right"/>
      </w:pPr>
      <w:r>
        <w:t>تو لہذا عظمت رفتہ یا تاریخ کی عظمت، فلاں کی عظمت، یہ ساری چیزیں اصل نہیں ہیں، بلکہ محفوظ شکل میں جو کتاب ہے، امیڈیٹ ریفرنس موجود ہے خدا کی طرف سے، محفوظ ہے۔</w:t>
      </w:r>
    </w:p>
    <w:p>
      <w:r>
        <w:rPr>
          <w:b/>
        </w:rPr>
        <w:t xml:space="preserve">[22:52] </w:t>
      </w:r>
      <w:r>
        <w:t>yeh is ki sab se bari khusoosiyat hai.</w:t>
      </w:r>
    </w:p>
    <w:p>
      <w:pPr>
        <w:jc w:val="right"/>
      </w:pPr>
      <w:r>
        <w:t>یہ اس کی سب سے بڑی خصوصیت ہے۔</w:t>
      </w:r>
    </w:p>
    <w:p>
      <w:r>
        <w:rPr>
          <w:b/>
        </w:rPr>
        <w:t xml:space="preserve">[22:55] </w:t>
      </w:r>
      <w:r>
        <w:t>isi liye hum jo quran taqseem karte hain, is ka matlab yeh hai ke khuda ki taraf se jo hum ko jo diya gaya hai paigham, woh mehfooz hai.</w:t>
      </w:r>
    </w:p>
    <w:p>
      <w:pPr>
        <w:jc w:val="right"/>
      </w:pPr>
      <w:r>
        <w:t>اسی لیے ہم جو قرآن تقسیم کرتے ہیں، اس کا مطلب یہ ہے کہ خدا کی طرف سے جو ہم کو جو دیا گیا ہے پیغام، وہ محفوظ ہے۔</w:t>
      </w:r>
    </w:p>
    <w:p>
      <w:r>
        <w:rPr>
          <w:b/>
        </w:rPr>
        <w:t xml:space="preserve">[23:05] </w:t>
      </w:r>
      <w:r>
        <w:t>is liye hum insano tak pohanchate hain aur hum conviction ke sath is par khare hue hain, kyunke tareekh ki gawahi is par hai ke rasool Allah par falan waqt yeh quran nazil hua, itne saalon mein nazil hua, itni baatein is mein hain.</w:t>
      </w:r>
    </w:p>
    <w:p>
      <w:pPr>
        <w:jc w:val="right"/>
      </w:pPr>
      <w:r>
        <w:t>اس لیے ہم انسانوں تک پہنچاتے ہیں اور ہم کنوکشن کے ساتھ اس پر کھڑے ہوئے ہیں، کیونکہ تاریخ کی گواہی اس پر ہے کہ رسول اللہ پر فلاں وقت یہ قرآن نازل ہوا، اتنے سالوں میں نازل ہوا، اتنی باتیں اس میں ہیں۔</w:t>
      </w:r>
    </w:p>
    <w:p>
      <w:r>
        <w:rPr>
          <w:b/>
        </w:rPr>
        <w:t xml:space="preserve">[23:24] </w:t>
      </w:r>
      <w:r>
        <w:t>yeh sari cheezein khuda ki baatein hain, khuda ne aagah kiya hai.</w:t>
      </w:r>
    </w:p>
    <w:p>
      <w:pPr>
        <w:jc w:val="right"/>
      </w:pPr>
      <w:r>
        <w:t>یہ ساری چیزیں خدا کی باتیں ہیں، خدا نے آگاہ کیا ہے۔</w:t>
      </w:r>
    </w:p>
    <w:p>
      <w:r>
        <w:rPr>
          <w:b/>
        </w:rPr>
        <w:t xml:space="preserve">[23:28] </w:t>
      </w:r>
      <w:r>
        <w:t>to is liye hum yeh chahte hain ke sare insano tak mehfooz paigham pohanch jaye. To Raza library mein is qism ke quran ke nuskhe dekhne ke baad aur mazeed conviction hua ke jo bhi scholars hain, woh yeh jante hain ke rasool Allah ke zamane mein jo quran nazil hua tha arabi zaban mein, aaj woh mehfooz shakal mein maujood hai.</w:t>
      </w:r>
    </w:p>
    <w:p>
      <w:pPr>
        <w:jc w:val="right"/>
      </w:pPr>
      <w:r>
        <w:t>تو اس لیے ہم یہ چاہتے ہیں کہ سارے انسانوں تک محفوظ پیغام پہنچ جائے۔ تو رضا لائبریری میں اس قسم کے قرآن کے نسخے دیکھنے کے بعد اور مزید کنوکشن ہوا کہ جو بھی اسکالرز ہیں، وہ یہ جانتے ہیں کہ رسول اللہ کے زمانے میں جو قرآن نازل ہوا تھا عربی زبان میں، آج وہ محفوظ شکل میں موجود ہے۔</w:t>
      </w:r>
    </w:p>
    <w:p>
      <w:r>
        <w:rPr>
          <w:b/>
        </w:rPr>
        <w:t xml:space="preserve">[23:52] </w:t>
      </w:r>
      <w:r>
        <w:t>koi is mein raddobadal nahi hai, tehreef nahi hai.</w:t>
      </w:r>
    </w:p>
    <w:p>
      <w:pPr>
        <w:jc w:val="right"/>
      </w:pPr>
      <w:r>
        <w:t>کوئی اس میں ردوبدل نہیں ہے، تحریف نہیں ہے۔</w:t>
      </w:r>
    </w:p>
    <w:p>
      <w:r>
        <w:rPr>
          <w:b/>
        </w:rPr>
        <w:t xml:space="preserve">[23:57] </w:t>
      </w:r>
      <w:r>
        <w:t>mujhe yaad aata hai ke Maulana</w:t>
      </w:r>
    </w:p>
    <w:p>
      <w:pPr>
        <w:jc w:val="right"/>
      </w:pPr>
      <w:r>
        <w:t>مجھے یاد آتا ہے کہ مولانا</w:t>
      </w:r>
    </w:p>
    <w:p>
      <w:r>
        <w:rPr>
          <w:b/>
        </w:rPr>
        <w:t xml:space="preserve">[24:05] </w:t>
      </w:r>
      <w:r>
        <w:t>quran ke bare mein bilkul conviction ke sath kehte the, yeh mehfooz hai, aur is par Maulana ne ek kitaab bhi likhi hai "Azmat-e-Quran" ke naam se. Aur Maulana ki mashhoor kitaab "Mazhab aur Jadeed Challenge" is ka ek chapter hi hai "Quran Khuda ki Awaaz" ke naam se.</w:t>
      </w:r>
    </w:p>
    <w:p>
      <w:pPr>
        <w:jc w:val="right"/>
      </w:pPr>
      <w:r>
        <w:t>قرآن کے بارے میں بالکل کنوکشن کے ساتھ کہتے تھے، یہ محفوظ ہے، اور اس پر مولانا نے ایک کتاب بھی لکھی ہے "عظمت قرآن" کے نام سے۔ اور مولانا کی مشہور کتاب "مذہب اور جدید چیلنج" اس کا ایک چیپٹر ہی ہے "قرآن خدا کی آواز" کے نام سے۔</w:t>
      </w:r>
    </w:p>
    <w:p>
      <w:r>
        <w:rPr>
          <w:b/>
        </w:rPr>
        <w:t xml:space="preserve">[24:19] </w:t>
      </w:r>
      <w:r>
        <w:t>to</w:t>
      </w:r>
    </w:p>
    <w:p>
      <w:pPr>
        <w:jc w:val="right"/>
      </w:pPr>
      <w:r>
        <w:t>تو</w:t>
      </w:r>
    </w:p>
    <w:p>
      <w:r>
        <w:rPr>
          <w:b/>
        </w:rPr>
        <w:t xml:space="preserve">[24:23] </w:t>
      </w:r>
      <w:r>
        <w:t>yeh CPS International ne jo sari duniya mein quran ko pohanchane ka ek mission shuru kiya hai, yeh bilkul is conviction ki buniyad par hai ke quran ek mehfooz kitaab hai aur is ko sari duniya ke insano tak pohanchana chahiye.</w:t>
      </w:r>
    </w:p>
    <w:p>
      <w:pPr>
        <w:jc w:val="right"/>
      </w:pPr>
      <w:r>
        <w:t>یہ سی پی ایس انٹرنیشنل نے جو ساری دنیا میں قرآن کو پہنچانے کا ایک مشن شروع کیا ہے، یہ بالکل اس کنوکشن کی بنیاد پر ہے کہ قرآن ایک محفوظ کتاب ہے اور اس کو ساری دنیا کے انسانوں تک پہنچنا چاہیے۔</w:t>
      </w:r>
    </w:p>
    <w:p>
      <w:r>
        <w:rPr>
          <w:b/>
        </w:rPr>
        <w:t xml:space="preserve">[24:38] </w:t>
      </w:r>
      <w:r>
        <w:t>kyunke Allah ke rasool sallallahu alaihi wasallam ne yeh kaha tha ke Allah taala is ko ghar ghar mein dakhil karega, quran ki awaaz ko. To</w:t>
      </w:r>
    </w:p>
    <w:p>
      <w:pPr>
        <w:jc w:val="right"/>
      </w:pPr>
      <w:r>
        <w:t>کیونکہ اللہ کے رسول صلی اللہ علیہ وسلم نے یہ کہا تھا کہ اللہ تعالی اس کو گھر گھر میں داخل کرے گا، قرآن کی آواز کو۔ تو</w:t>
      </w:r>
    </w:p>
    <w:p>
      <w:r>
        <w:rPr>
          <w:b/>
        </w:rPr>
        <w:t xml:space="preserve">[24:49] </w:t>
      </w:r>
      <w:r>
        <w:t>agar koi aadmi is baat mein dilchaspi rakhta hai ke is mission ka hissa bane, to woh zaroor humein email kare aur humein bataye ke hum is mission ka hissa banna chahte hain.</w:t>
      </w:r>
    </w:p>
    <w:p>
      <w:pPr>
        <w:jc w:val="right"/>
      </w:pPr>
      <w:r>
        <w:t>اگر کوئی آدمی اس بات میں دلچسپی رکھتا ہے کہ اس مشن کا حصہ بنے، تو وہ ضرور ہمیں ای میل کرے اور ہمیں بتائے کہ ہم اس مشن کا حصہ بننا چاہتے ہیں۔</w:t>
      </w:r>
    </w:p>
    <w:p>
      <w:r>
        <w:rPr>
          <w:b/>
        </w:rPr>
        <w:t xml:space="preserve">[25:06] </w:t>
      </w:r>
      <w:r>
        <w:t>Maulana Israr Umri sahib, aap se ek sawal hai. Aap ke aap se jo pehla sawal hua tha, usi se mil, usi ki buniyad par hai. Aur jaisa aap ne bataya ke ecology ke mutale se maloom ho raha hai ke zameen ka darja hararat din bad din barhta ja raha hai.</w:t>
      </w:r>
    </w:p>
    <w:p>
      <w:pPr>
        <w:jc w:val="right"/>
      </w:pPr>
      <w:r>
        <w:t>مولانا اسرار عمری صاحب، آپ سے ایک سوال ہے۔ آپ کے آپ سے جو پہلا سوال ہوا تھا، اسی سے مل، اسی کی بنیاد پر ہے۔ اور جیسا آپ نے بتایا کہ ایکولوجی کے مطالعے سے معلوم ہو رہا ہے کہ زمین کا درجہ حرارت دن بدن بڑھتا جا رہا ہے۔</w:t>
      </w:r>
    </w:p>
    <w:p>
      <w:r>
        <w:rPr>
          <w:b/>
        </w:rPr>
        <w:t xml:space="preserve">[25:22] </w:t>
      </w:r>
      <w:r>
        <w:t>is pas manzar mein aap ne UNO ke secretary general ke hawale se bataya ke ab global warming ka zamana khatam ho chuka hai, global boiling ka zamana aa chuka hai.</w:t>
      </w:r>
    </w:p>
    <w:p>
      <w:pPr>
        <w:jc w:val="right"/>
      </w:pPr>
      <w:r>
        <w:t>اس پس منظر میں آپ نے یو این او کے سیکرٹری جنرل کے حوالے سے بتایا کہ اب گلوبل وارمنگ کا زمانہ ختم ہو چکا ہے، گلوبل بوائلنگ کا زمانہ آ چکا ہے۔</w:t>
      </w:r>
    </w:p>
    <w:p>
      <w:r>
        <w:rPr>
          <w:b/>
        </w:rPr>
        <w:t xml:space="preserve">[25:33] </w:t>
      </w:r>
      <w:r>
        <w:t>is global boiling ka matlab kya hai aur is par ek insaan ka response kya hona chahiye? Jaisa ke main arz kiya tha global boiling ke silsile mein ke jab hum aam taur par is message ko lete hain to sirf yeh jab hum padhte hain to is ko padhne ke baad mere dil mein khauf ka ehsas paida hua.</w:t>
      </w:r>
    </w:p>
    <w:p>
      <w:pPr>
        <w:jc w:val="right"/>
      </w:pPr>
      <w:r>
        <w:t>اس گلوبل بوائلنگ کا مطلب کیا ہے اور اس پر ایک انسان کا رسپانس کیا ہونا چاہیے؟ جیسا کہ میں عرض کیا تھا گلوبل بوائلنگ کے سلسلے میں کہ جب ہم عمومی طور پر اس میسج کو لیتے ہیں تو صرف یہ جب ہم پڑھتے ہیں تو اس کو پڑھنے کے بعد میرے دل میں خوف کا احساس پیدا ہوا۔</w:t>
      </w:r>
    </w:p>
    <w:p>
      <w:r>
        <w:rPr>
          <w:b/>
        </w:rPr>
        <w:t xml:space="preserve">[26:00] </w:t>
      </w:r>
      <w:r>
        <w:t>main samajhta hoon ke yeh jo cheez mere andar paida hui, yeh Maulana ki tarbiyat aur aap ki literature ki wajah se hai, warna is ko bhi main ek news mein se ek news samajh ke guzar jata ya samajhta ke yeh sab woh cheezein hain jis pe insaan control hasil kar lega.</w:t>
      </w:r>
    </w:p>
    <w:p>
      <w:pPr>
        <w:jc w:val="right"/>
      </w:pPr>
      <w:r>
        <w:t>میں سمجھتا ہوں کہ یہ جو چیز میرے اندر پیدا ہوئی، یہ مولانا کی تربیت اور آپ کی لٹریچر کی وجہ سے ہے، ورنہ اس کو بھی میں ایک نیوز میں سے ایک نیوز سمجھ کے گزر جاتا یا سمجھتا کہ یہ سب وہ چیزیں ہیں جس پہ انسان کنٹرول حاصل کر لے گا۔</w:t>
      </w:r>
    </w:p>
    <w:p>
      <w:r>
        <w:rPr>
          <w:b/>
        </w:rPr>
        <w:t xml:space="preserve">[26:18] </w:t>
      </w:r>
      <w:r>
        <w:t>is cheez ko le kar main ne apne shahar mein kuch logon se discuss kiya. Ek secular Muslim insan hain jo kafi acha mutala rakhte</w:t>
      </w:r>
    </w:p>
    <w:p>
      <w:pPr>
        <w:jc w:val="right"/>
      </w:pPr>
      <w:r>
        <w:t>اس چیز کو لے کر میں نے اپنے شہر میں کچھ لوگوں سے ڈسکس کیا۔ ایک سیکولر مسلم انسان ہیں جو کافی اچھا مطالعہ رکھتے</w:t>
      </w:r>
    </w:p>
    <w:p>
      <w:r>
        <w:rPr>
          <w:b/>
        </w:rPr>
        <w:t xml:space="preserve">[26:29] </w:t>
      </w:r>
      <w:r>
        <w:t>hain, un se is baat ko le ke main discuss kiya to unhone is baat ko seriousness ko mehsoos hi nahi kiya, balkeh bas yeh kaha ke ab science is ka hal talash kar legi.</w:t>
      </w:r>
    </w:p>
    <w:p>
      <w:pPr>
        <w:jc w:val="right"/>
      </w:pPr>
      <w:r>
        <w:t>ہیں، ان سے اس بات کو لے کے میں ڈسکس کیا تو انہوں نے اس بات کو سیریسنس کو محسوس ہی نہیں کیا، بلکہ بس یہ کہا کہ اب سائنس اس کا حل تلاش کر لے گی۔</w:t>
      </w:r>
    </w:p>
    <w:p>
      <w:r>
        <w:rPr>
          <w:b/>
        </w:rPr>
        <w:t xml:space="preserve">[26:42] </w:t>
      </w:r>
      <w:r>
        <w:t>ab science yeh dekh rahi hai ke aur koi planet mein kya insaan reh sakta hai ya nahi. Aaj kal aliens ke bare mein bohat sa mutala kar raha hoon, main use lagta hai ke insaan wahan ja ke bas sakta hai.</w:t>
      </w:r>
    </w:p>
    <w:p>
      <w:pPr>
        <w:jc w:val="right"/>
      </w:pPr>
      <w:r>
        <w:t>اب سائنس یہ دیکھ رہی ہے کہ اور کوئی پلینٹ میں کیا انسان رہ سکتا ہے یا نہیں۔ آج کل ایلینز کے بارے میں بہت سا مطالعہ کر رہا ہوں، میں اسے لگتا ہے کہ انسان وہاں جا کے بس سکتا ہے۔</w:t>
      </w:r>
    </w:p>
    <w:p>
      <w:r>
        <w:rPr>
          <w:b/>
        </w:rPr>
        <w:t xml:space="preserve">[26:55] </w:t>
      </w:r>
      <w:r>
        <w:t>isi tarah jab hum mazhabi logon se guftagu karte hain to mazhabi log to is mamle mein bilkul ghair sanjeeda hote hain.</w:t>
      </w:r>
    </w:p>
    <w:p>
      <w:pPr>
        <w:jc w:val="right"/>
      </w:pPr>
      <w:r>
        <w:t>اسی طرح جب ہم مذہبی لوگوں سے گفتگو کرتے ہیں تو مذہبی لوگ تو اس معاملے میں بالکل غیر سنجیدہ ہوتے ہیں۔</w:t>
      </w:r>
    </w:p>
    <w:p>
      <w:r>
        <w:rPr>
          <w:b/>
        </w:rPr>
        <w:t xml:space="preserve">[27:05] </w:t>
      </w:r>
      <w:r>
        <w:t>woh is cheez ko yeh samajhte hain ke aur bohat se aise waqiyat hain jo abhi baqi hain, woh is ko intezar ke khane mein daal dete hain. Woh kehte hain ke global warming, global boiling ki wajah se sab kuch hone wala nahi hai.</w:t>
      </w:r>
    </w:p>
    <w:p>
      <w:pPr>
        <w:jc w:val="right"/>
      </w:pPr>
      <w:r>
        <w:t>وہ اس چیز کو یہ سمجھتے ہیں کہ اور بہت سے ایسے واقعات ہیں جو ابھی باقی ہیں، وہ اس کو انتظار کے خانے میں ڈال دیتے ہیں۔ وہ کہتے ہیں کہ گلوبل وارمنگ، گلوبل بوائلنگ کی وجہ سے سب کچھ ہونے والا نہیں ہے۔</w:t>
      </w:r>
    </w:p>
    <w:p>
      <w:r>
        <w:rPr>
          <w:b/>
        </w:rPr>
        <w:t xml:space="preserve">[27:18] </w:t>
      </w:r>
      <w:r>
        <w:t>kuch waqiyat honge, is ke baad ho sakta hai, aur woh is ko intezar ke khane mein dale hue hain.</w:t>
      </w:r>
    </w:p>
    <w:p>
      <w:pPr>
        <w:jc w:val="right"/>
      </w:pPr>
      <w:r>
        <w:t>کچھ واقعات ہوں گے، اس کے بعد ہو سکتا ہے، اور وہ اس کو انتظار کے خانے میں ڈالے ہوئے ہیں۔</w:t>
      </w:r>
    </w:p>
    <w:p>
      <w:r>
        <w:rPr>
          <w:b/>
        </w:rPr>
        <w:t xml:space="preserve">[27:24] </w:t>
      </w:r>
      <w:r>
        <w:t>to goya mamla aisa hai ke science yeh keh rahi hai ke ab duniya apne ikhtitam ko pahunch chuki hai, apne end ko pahunch chuki hai.</w:t>
      </w:r>
    </w:p>
    <w:p>
      <w:pPr>
        <w:jc w:val="right"/>
      </w:pPr>
      <w:r>
        <w:t>تو گویا معاملہ ایسا ہے کہ سائنس یہ کہہ رہی ہے کہ اب دنیا اپنے اختتام کو پہنچ چکی ہے، اپنے اینڈ کو پہنچ چکی ہے۔</w:t>
      </w:r>
    </w:p>
    <w:p>
      <w:r>
        <w:rPr>
          <w:b/>
        </w:rPr>
        <w:t xml:space="preserve">[27:36] </w:t>
      </w:r>
      <w:r>
        <w:t>lekin ahl-e-mazhab hon ya secular log hon, woh samajhte hain ke yeh bohat door hai, hanooz Dilli door ast</w:t>
      </w:r>
    </w:p>
    <w:p>
      <w:pPr>
        <w:jc w:val="right"/>
      </w:pPr>
      <w:r>
        <w:t>لیکن اہل مذہب ہوں یا سیکولر لوگ ہوں، وہ سمجھتے ہیں کہ یہ بہت دور ہے، هنوز دلی دورست</w:t>
      </w:r>
    </w:p>
    <w:p>
      <w:r>
        <w:rPr>
          <w:b/>
        </w:rPr>
        <w:t xml:space="preserve">[27:46] </w:t>
      </w:r>
      <w:r>
        <w:t>۔ tajke quran is baat ka aelan karta hai ke qayamat qareeb tar, ke qayamat bohat zyada qareeb hai, is se bhi zyada qareeb jitne ke hamari shahrak hai.</w:t>
      </w:r>
    </w:p>
    <w:p>
      <w:pPr>
        <w:jc w:val="right"/>
      </w:pPr>
      <w:r>
        <w:t>۔ جبکہ قرآن اس بات کا اعلان کرتا ہے کہ قیامت قریب تر، کہ قیامت بہت زیادہ قریب ہے، اس سے بھی زیادہ قریب جتنے کہ ہماری شہرک ہے۔</w:t>
      </w:r>
    </w:p>
    <w:p>
      <w:r>
        <w:rPr>
          <w:b/>
        </w:rPr>
        <w:t xml:space="preserve">[28:00] </w:t>
      </w:r>
      <w:r>
        <w:t>is ko dekhte hue mujhe Maulana ki ek baat yaad aayi. Maulana ne ek risala 2011 July mein ek article likha hai Stephen Hawking ke bare mein.</w:t>
      </w:r>
    </w:p>
    <w:p>
      <w:pPr>
        <w:jc w:val="right"/>
      </w:pPr>
      <w:r>
        <w:t>اس کو دیکھتے ہوئے مجھے مولانا کی ایک بات یاد آئی۔ مولانا نے ایک رسالہ 2011 جولائی میں ایک آرٹیکل لکھا ہے اسٹیفن ہاکنگ کے بارے میں۔</w:t>
      </w:r>
    </w:p>
    <w:p>
      <w:r>
        <w:rPr>
          <w:b/>
        </w:rPr>
        <w:t xml:space="preserve">[28:13] </w:t>
      </w:r>
      <w:r>
        <w:t>wo ek bohat bade scientist thay,</w:t>
      </w:r>
    </w:p>
    <w:p>
      <w:pPr>
        <w:jc w:val="right"/>
      </w:pPr>
      <w:r>
        <w:t>وہ ایک بہت بڑے سائنسدان تھے،</w:t>
      </w:r>
    </w:p>
    <w:p>
      <w:r>
        <w:rPr>
          <w:b/>
        </w:rPr>
        <w:t xml:space="preserve">[28:16] </w:t>
      </w:r>
      <w:r>
        <w:t>wo Dilli ek bar tashreef laye thay is waqt. to un se is bare mein sawal kiya gaya to unhon ne bhi yahi jawab diya tha ke hum doosre ek planet mein koshish kar rahe hain jahan insan ko basaya jaye.</w:t>
      </w:r>
    </w:p>
    <w:p>
      <w:pPr>
        <w:jc w:val="right"/>
      </w:pPr>
      <w:r>
        <w:t>وہ دلی ایک بار تشریف لائے تھے اس وقت۔ تو ان سے اس بارے میں سوال کیا گیا تو انہوں نے بھی یہی جواب دیا تھا کہ ہم دوسرے ایک پلینٹ میں کوشش کر رہے ہیں جہاں انسان کو بسایا جائے۔</w:t>
      </w:r>
    </w:p>
    <w:p>
      <w:r>
        <w:rPr>
          <w:b/>
        </w:rPr>
        <w:t xml:space="preserve">[28:29] </w:t>
      </w:r>
      <w:r>
        <w:t>to Maulana ne is par ek bohat hi acha article likha aur is ka bohat hi acha title yeh diya ke "ek scientist ka ghair scientific bayan".</w:t>
      </w:r>
    </w:p>
    <w:p>
      <w:pPr>
        <w:jc w:val="right"/>
      </w:pPr>
      <w:r>
        <w:t>تو مولانا نے اس پر ایک بہت ہی اچھا آرٹیکل لکھا اور اس کا بہت ہی اچھا ٹائٹل یہ دیا کہ "ایک سائنسدان کا غیر سائنسی بیان"۔</w:t>
      </w:r>
    </w:p>
    <w:p>
      <w:r>
        <w:rPr>
          <w:b/>
        </w:rPr>
        <w:t xml:space="preserve">[28:39] </w:t>
      </w:r>
      <w:r>
        <w:t>Maulana ne bataya ke dunya jab itni zyada halakat mein ja rahi hai aur itni koshishon ke bawajood kahin insan ke rehne ka saboot nahi mil raha hai, aur is ke rehne ke liye koi aisa planet hum ko nahi mil raha hai jahan wo is ka habitat ban sake is zameen ke siwa, to phir kaisa ek scientist yeh keh sakta hai ke hum koshish kar rahe hain?</w:t>
      </w:r>
    </w:p>
    <w:p>
      <w:pPr>
        <w:jc w:val="right"/>
      </w:pPr>
      <w:r>
        <w:t>مولانا نے بتایا کہ دنیا جب اتنی زیادہ ہلاکت میں جا رہی ہے اور اتنی کوششوں کے باوجود کہیں انسان کے رہنے کا ثبوت نہیں مل رہا ہے، اور اس کے رہنے کے لیے کوئی ایسا پلینٹ ہم کو نہیں مل رہا ہے جہاں وہ اس کا ہیبیٹیٹ بن سکے اس زمین کے سوا، تو پھر کیسا ایک سائنسدان یہ کہہ سکتا ہے کہ ہم کوشش کر رہے ہیں؟</w:t>
      </w:r>
    </w:p>
    <w:p>
      <w:r>
        <w:rPr>
          <w:b/>
        </w:rPr>
        <w:t xml:space="preserve">[29:02] </w:t>
      </w:r>
      <w:r>
        <w:t>jab</w:t>
      </w:r>
    </w:p>
    <w:p>
      <w:pPr>
        <w:jc w:val="right"/>
      </w:pPr>
      <w:r>
        <w:t>جب</w:t>
      </w:r>
    </w:p>
    <w:p>
      <w:r>
        <w:rPr>
          <w:b/>
        </w:rPr>
        <w:t xml:space="preserve">[29:03] </w:t>
      </w:r>
      <w:r>
        <w:t>ke hum dekhte hue aate hain ke jab industrial age shuru hua aur insan samjha ke is age ke baad hum bohat taraqqi mein jayenge, to khud industrial age is ke liye باعث नुकसान bana.</w:t>
      </w:r>
    </w:p>
    <w:p>
      <w:pPr>
        <w:jc w:val="right"/>
      </w:pPr>
      <w:r>
        <w:t>کہ ہم دیکھتے ہوئے آتے ہیں کہ جب انڈسٹریل ایج شروع ہوا اور انسان سمجھا کہ اس ایج کے بعد ہم بہت ترقی میں جائیں گے، تو خود انڈسٹریل ایج اس کے لیے باعث نقصان بنا۔</w:t>
      </w:r>
    </w:p>
    <w:p>
      <w:r>
        <w:rPr>
          <w:b/>
        </w:rPr>
        <w:t xml:space="preserve">[29:15] </w:t>
      </w:r>
      <w:r>
        <w:t>phir is ne bohat si technology mein develop kiya. to jyon jyon wo koi bhi cheez invention karta hai, wo cheez jitna zyada faida is ko pohanchati hai, utna zyada is ko nuksan bhi pohanchane wali ban jati hai.</w:t>
      </w:r>
    </w:p>
    <w:p>
      <w:pPr>
        <w:jc w:val="right"/>
      </w:pPr>
      <w:r>
        <w:t>پھر اس نے بہت سی ٹیکنالوجی میں ڈیولپ کیا۔ تو جوں جوں وہ کوئی بھی چیز انوینشن کرتا ہے، وہ چیز جتنا زیادہ فائدہ اس کو پہنچاتی ہے، اتنا زیادہ اس کو نقصان بھی پہنچانے والی بن جاتی ہے۔</w:t>
      </w:r>
    </w:p>
    <w:p>
      <w:r>
        <w:rPr>
          <w:b/>
        </w:rPr>
        <w:t xml:space="preserve">[29:26] </w:t>
      </w:r>
      <w:r>
        <w:t>to aisa hi mazhab walon ke bare mein bhi mera khayal hai ke ahle mazahib ka jo mazhab, mazhabi logon ka bhi qayamat ke bare mein aisa hi hai ke mazhabi logon ka bayan, mazhabi ek mazhab, ek mazhab wale ka ghair mazhabi bayan.</w:t>
      </w:r>
    </w:p>
    <w:p>
      <w:pPr>
        <w:jc w:val="right"/>
      </w:pPr>
      <w:r>
        <w:t>تو ایسا ہی مذہب والوں کے بارے میں بھی میرا خیال ہے کہ اہل مذاہب کا جو مذہب، مذہبی لوگوں کا بھی قیامت کے بارے میں ایسا ہی ہے کہ مذہبی لوگوں کا بیان، مذہبی ایک مذہب، ایک مذہب والے کا غیر مذہبی بیان۔</w:t>
      </w:r>
    </w:p>
    <w:p>
      <w:r>
        <w:rPr>
          <w:b/>
        </w:rPr>
        <w:t xml:space="preserve">[29:43] </w:t>
      </w:r>
      <w:r>
        <w:t>to qayamat ke silsile mein ya is alamat ke silsile mein bhi ahle mazahib ka bas ravaiyya wahi hota hai jo secular logon ka ravaiyya hota hai. is mein hum koi farq mehsoos nahi karte.</w:t>
      </w:r>
    </w:p>
    <w:p>
      <w:pPr>
        <w:jc w:val="right"/>
      </w:pPr>
      <w:r>
        <w:t>تو قیامت کے سلسلے میں یا اس علامات کے سلسلے میں بھی اہل مذہب کا بس رویہ وہی ہوتا ہے جو سیکولر لوگوں کا رویہ ہوتا ہے۔ اس میں ہم کوئی فرق محسوس نہیں کرتے۔</w:t>
      </w:r>
    </w:p>
    <w:p>
      <w:r>
        <w:rPr>
          <w:b/>
        </w:rPr>
        <w:t xml:space="preserve">[29:53] </w:t>
      </w:r>
      <w:r>
        <w:t>is bare mein Maulana ne</w:t>
      </w:r>
    </w:p>
    <w:p>
      <w:pPr>
        <w:jc w:val="right"/>
      </w:pPr>
      <w:r>
        <w:t>اس بارے میں مولانا نے</w:t>
      </w:r>
    </w:p>
    <w:p>
      <w:r>
        <w:rPr>
          <w:b/>
        </w:rPr>
        <w:t xml:space="preserve">[29:55] </w:t>
      </w:r>
      <w:r>
        <w:t>apni kitab "Qayamat ka Qayamat ka Alarm" ek Bangalore se Maulana ke articles ka majmooa chha. is mein ek article hai "Toofan Qayamat".</w:t>
      </w:r>
    </w:p>
    <w:p>
      <w:pPr>
        <w:jc w:val="right"/>
      </w:pPr>
      <w:r>
        <w:t>اپنی کتاب "قیامت کے قیامت کا الارم" ایک بنگلور سے مولانا کے آرٹیکلز کا مجموعہ چھپا ہے۔ اس میں ایک آرٹیکل ہے "طوفان قیامت"۔</w:t>
      </w:r>
    </w:p>
    <w:p>
      <w:r>
        <w:rPr>
          <w:b/>
        </w:rPr>
        <w:t xml:space="preserve">[30:07] </w:t>
      </w:r>
      <w:r>
        <w:t>is mein Maulana ne bohat si baaton ko likhte hue likha hai ke jab global warming ka</w:t>
      </w:r>
    </w:p>
    <w:p>
      <w:pPr>
        <w:jc w:val="right"/>
      </w:pPr>
      <w:r>
        <w:t>اس میں مولانا نے بہت سی باتوں کو لکھتے ہوئے لکھا ہے کہ جب گلوبل وارمنگ کا</w:t>
      </w:r>
    </w:p>
    <w:p>
      <w:r>
        <w:rPr>
          <w:b/>
        </w:rPr>
        <w:t xml:space="preserve">[30:15] </w:t>
      </w:r>
      <w:r>
        <w:t>andesha shuru hua to scientists ne yeh kiya ke zameen ke jitne zyada</w:t>
      </w:r>
    </w:p>
    <w:p>
      <w:pPr>
        <w:jc w:val="right"/>
      </w:pPr>
      <w:r>
        <w:t>اندیشہ شروع ہوا تو سائنسدانوں نے یہ کیا کہ زمین کے جتنے زیادہ</w:t>
      </w:r>
    </w:p>
    <w:p>
      <w:r>
        <w:rPr>
          <w:b/>
        </w:rPr>
        <w:t xml:space="preserve">[30:22] </w:t>
      </w:r>
      <w:r>
        <w:t>seeds hain jo ugaye jatay hain, un tamam ko le ja kar Europe ke aik country ke mein</w:t>
      </w:r>
    </w:p>
    <w:p>
      <w:pPr>
        <w:jc w:val="right"/>
      </w:pPr>
      <w:r>
        <w:t>سیڈز ہیں جو اگائے جاتے ہیں، ان تمام کو لے جا کر یورپ کے ایک کنٹری کے میں</w:t>
      </w:r>
    </w:p>
    <w:p>
      <w:r>
        <w:rPr>
          <w:b/>
        </w:rPr>
        <w:t xml:space="preserve">[30:27] </w:t>
      </w:r>
      <w:r>
        <w:t>is ko mehfooz kar liya gaya taa ke jab zameen mein uga, zameen ugne ke laiq na rahe to</w:t>
      </w:r>
    </w:p>
    <w:p>
      <w:pPr>
        <w:jc w:val="right"/>
      </w:pPr>
      <w:r>
        <w:t>اس کو محفوظ کر لیا گیا تاکہ جب زمین میں اگا، زمین اگنے کے لائق نہ رہے تو</w:t>
      </w:r>
    </w:p>
    <w:p>
      <w:r>
        <w:rPr>
          <w:b/>
        </w:rPr>
        <w:t xml:space="preserve">[30:33] </w:t>
      </w:r>
      <w:r>
        <w:t>is seeds ko le ja ke kisi aur planet mein ugaya jaye.</w:t>
      </w:r>
    </w:p>
    <w:p>
      <w:pPr>
        <w:jc w:val="right"/>
      </w:pPr>
      <w:r>
        <w:t>اس سیڈز کو لے جا کے کسی اور پلینٹ میں اگایا جائے۔</w:t>
      </w:r>
    </w:p>
    <w:p>
      <w:r>
        <w:rPr>
          <w:b/>
        </w:rPr>
        <w:t xml:space="preserve">[30:38] </w:t>
      </w:r>
      <w:r>
        <w:t>is ko likhte hue, likhte hue Maulana likhte hain ke yeh aisa hi mamla hai jaisa ke Hazrat Noah (AS) ke zamane mein pesh aaya.</w:t>
      </w:r>
    </w:p>
    <w:p>
      <w:pPr>
        <w:jc w:val="right"/>
      </w:pPr>
      <w:r>
        <w:t>اس کو لکھتے ہوئے، لکھتے ہوئے مولانا لکھتے ہیں کہ یہ ایسا ہی معاملہ ہے جیسا کہ حضرت نوح علیہ الصلوۃ والسلام کے زمانے میں پیش آیا۔</w:t>
      </w:r>
    </w:p>
    <w:p>
      <w:r>
        <w:rPr>
          <w:b/>
        </w:rPr>
        <w:t xml:space="preserve">[30:49] </w:t>
      </w:r>
      <w:r>
        <w:t>Hazrat Noah ke zamane mein Hazrat Noah ne logon ko Khuda ke jo creation plan tha, us ko bataya aur kaha ke apni zindagi ko creation plan of God ke mutabiq guzaro.</w:t>
      </w:r>
    </w:p>
    <w:p>
      <w:pPr>
        <w:jc w:val="right"/>
      </w:pPr>
      <w:r>
        <w:t>حضرت نوح کے زمانے میں حضرت نوح نے لوگوں کو خدا کے جو کریشن پلان تھا، اس کو بتایا اور کہا کہ اپنی زندگی کو کریشن پلان آف گاڈ کے مطابق گزارو۔</w:t>
      </w:r>
    </w:p>
    <w:p>
      <w:r>
        <w:rPr>
          <w:b/>
        </w:rPr>
        <w:t xml:space="preserve">[31:01] </w:t>
      </w:r>
      <w:r>
        <w:t>to in logon ne nahi mana.</w:t>
      </w:r>
    </w:p>
    <w:p>
      <w:pPr>
        <w:jc w:val="right"/>
      </w:pPr>
      <w:r>
        <w:t>تو ان لوگوں نے نہیں مانا۔</w:t>
      </w:r>
    </w:p>
    <w:p>
      <w:r>
        <w:rPr>
          <w:b/>
        </w:rPr>
        <w:t xml:space="preserve">[31:03] </w:t>
      </w:r>
      <w:r>
        <w:t>to Khuda ne hukum diya Hazrat Noah ko ke aap ek ark banao, ek kashti banao. to Hazrat Noah ne ek kashti banai aur jaisa dar tha, waisa hi hua ke ek bohat hi bada great flood aa gaya, bohat bada toofan aa gaya.</w:t>
      </w:r>
    </w:p>
    <w:p>
      <w:pPr>
        <w:jc w:val="right"/>
      </w:pPr>
      <w:r>
        <w:t>تو خدا نے حکم دیا حضرت نوح کو کہ آپ ایک آرک بناؤ، ایک کشتی بناؤ۔ تو حضرت نوح نے ایک کشتی بنائی اور جیسا ڈر تھا، ویسا ہی ہوا کہ ایک بہت ہی بڑا گریٹ فلیڈ آ گیا، بہت بڑا طوفان آ گیا۔</w:t>
      </w:r>
    </w:p>
    <w:p>
      <w:r>
        <w:rPr>
          <w:b/>
        </w:rPr>
        <w:t xml:space="preserve">[31:20] </w:t>
      </w:r>
      <w:r>
        <w:t>aur Hazrat Noah ke sath chand log jo iman laye thay, wo is kashti mein sawar ho gaye aur bohat sare janwar, parinday bhi is mein sawar kiye gaye.</w:t>
      </w:r>
    </w:p>
    <w:p>
      <w:pPr>
        <w:jc w:val="right"/>
      </w:pPr>
      <w:r>
        <w:t>اور حضرت نوح کے ساتھ چند لوگ جو ایمان لائے تھے، وہ اس کشتی میں سوار ہو گئے اور بہت سارے جانور، پرندے بھی اس میں سوار کیے گئے۔</w:t>
      </w:r>
    </w:p>
    <w:p>
      <w:r>
        <w:rPr>
          <w:b/>
        </w:rPr>
        <w:t xml:space="preserve">[31:31] </w:t>
      </w:r>
      <w:r>
        <w:t>aur wo toofan badhta gaya to is mein Hazrat Noah ka beta bhi shamil shamil nahi ho rah</w:t>
      </w:r>
    </w:p>
    <w:p>
      <w:pPr>
        <w:jc w:val="right"/>
      </w:pPr>
      <w:r>
        <w:t>اور وہ طوفان بڑھتا گیا تو اس میں حضرت نوح کا بیٹا بھی شامل شامل نہیں ہو رہ</w:t>
      </w:r>
    </w:p>
    <w:p>
      <w:r>
        <w:rPr>
          <w:b/>
        </w:rPr>
        <w:t xml:space="preserve">[31:37] </w:t>
      </w:r>
      <w:r>
        <w:t>a tha. Hazrat Noah ne apne bete se kaha: "Ya bunair! kab mana? wa la takum min al kafirin?" kaha: "Ae mere bete! to aaj is kashti mein mere sath sawar ho ja, to inkar karne walon mein se na ho." to is ka jo statement tha Hazrat Noah ki dawat ko sun kar, wo yeh tha: "sawiy jabal ya'simuni min al ma'." us ne kaha ke "main pahad ki oonchai par chale jaunga jo mujhe is toofan se bacha lega."</w:t>
      </w:r>
    </w:p>
    <w:p>
      <w:pPr>
        <w:jc w:val="right"/>
      </w:pPr>
      <w:r>
        <w:t>ا تھا۔ حضرت نوح نے اپنے بیٹے سے کہا: "یا بنیر! کب مانا؟ ولا تکم من الکافرین؟" کہا: "اے میرے بیٹے! تو آج اس کشتی میں میرے ساتھ سوار ہو جا، تو انکار کرنے والوں میں سے نہ ہو۔" تو اس کا جو سٹیٹمنٹ تھا حضرت نوح کی دعوت کو سن کر، وہ یہ تھا: "ساوی جبل یعصمنی من الماء۔" اس نے کہا کہ "میں پہاڑ کی اونچائی پر چلے جاؤں گا جو مجھے اس طوفان سے بچا لے گا۔"</w:t>
      </w:r>
    </w:p>
    <w:p>
      <w:r>
        <w:rPr>
          <w:b/>
        </w:rPr>
        <w:t xml:space="preserve">[32:06] </w:t>
      </w:r>
      <w:r>
        <w:t>to yahi statement aaj hum secular logon se bhi sunte hain, ahle mazahib se bhi sunte hain. wo samajhte hain ke hum ek aur planet mein chale jayenge jo hum ko global boiling se bacha liya jayega.</w:t>
      </w:r>
    </w:p>
    <w:p>
      <w:pPr>
        <w:jc w:val="right"/>
      </w:pPr>
      <w:r>
        <w:t>تو یہی سٹیٹمنٹ آج ہم سیکولر لوگوں سے بھی سنتے ہیں، اہل مذاہب سے بھی سنتے ہیں۔ وہ سمجھتے ہیں کہ ہم ایک اور پلینٹ میں چلے جائیں گے جو ہم کو گلوبل بوائلنگ سے بچا لیا جائے گا۔</w:t>
      </w:r>
    </w:p>
    <w:p>
      <w:r>
        <w:rPr>
          <w:b/>
        </w:rPr>
        <w:t xml:space="preserve">[32:19] </w:t>
      </w:r>
      <w:r>
        <w:t>hum kisi aisi cheezain hum invent karenge jo is khatre se hum ko door kar sakta hai.</w:t>
      </w:r>
    </w:p>
    <w:p>
      <w:pPr>
        <w:jc w:val="right"/>
      </w:pPr>
      <w:r>
        <w:t>ہم کسی ایسی چیزیں ہم انوینٹ کریں گے جو اس خطرے سے ہم کو دور کر لے سکتا ہے۔</w:t>
      </w:r>
    </w:p>
    <w:p>
      <w:r>
        <w:rPr>
          <w:b/>
        </w:rPr>
        <w:t xml:space="preserve">[32:27] </w:t>
      </w:r>
      <w:r>
        <w:t>to yeh baatein goya insaniyat jis baat ka saboot de rahi hai, wo yeh hai ke Ibn Noah ka jo role hai, wo wo log ada kar rahe hain.</w:t>
      </w:r>
    </w:p>
    <w:p>
      <w:pPr>
        <w:jc w:val="right"/>
      </w:pPr>
      <w:r>
        <w:t>تو یہ باتیں گویا انسانیت جس بات کا ثبوت دے رہی ہے، وہ یہ ہے کہ ابن نوح کا جو رول ہے، وہ وہ لوگ ادا کر رہے ہیں۔</w:t>
      </w:r>
    </w:p>
    <w:p>
      <w:r>
        <w:rPr>
          <w:b/>
        </w:rPr>
        <w:t xml:space="preserve">[32:40] </w:t>
      </w:r>
      <w:r>
        <w:t>jabke Hazrat Noah ne kaha tha ke "la asima al yawm min amr Allah" ke yeh mamla jo ho raha hai global boiling ka ya global warming ka, yeh mamla insan ka nahi hai, yeh Khudai mamla hai.</w:t>
      </w:r>
    </w:p>
    <w:p>
      <w:pPr>
        <w:jc w:val="right"/>
      </w:pPr>
      <w:r>
        <w:t>جبکہ حضرت نوح نے کہا تھا کہ "لا عاصم الیوم من امر اللہ" کہ یہ معاملہ جو ہو رہا ہے گلوبل بوائلنگ کا یا گلوبل وارمنگ کا، یہ معاملہ انسان کا نہیں ہے، یہ خدائی معاملہ ہے۔</w:t>
      </w:r>
    </w:p>
    <w:p>
      <w:r>
        <w:rPr>
          <w:b/>
        </w:rPr>
        <w:t xml:space="preserve">[32:55] </w:t>
      </w:r>
      <w:r>
        <w:t>ise Khuda ke siwa koi bacha nahi sakta hai, insan har giz is se apne aap ko bacha nahi s</w:t>
      </w:r>
    </w:p>
    <w:p>
      <w:pPr>
        <w:jc w:val="right"/>
      </w:pPr>
      <w:r>
        <w:t>اسے خدا کے سوا کوئی بچا نہیں سکتا ہے، انسان ہرگز اس سے اپنے آپ کو بچا نہیں س</w:t>
      </w:r>
    </w:p>
    <w:p>
      <w:r>
        <w:rPr>
          <w:b/>
        </w:rPr>
        <w:t xml:space="preserve">[33:01] </w:t>
      </w:r>
      <w:r>
        <w:t>kutta. to yahan yeh baat jaan lein hum ke hamara role, hamara jo response is mein hona chahiye, woh Hazrat Nuh ka aur un ke sath ahle imaan ka jo role hai, woh hona chahiye, na ke Ibn Nuh ka role hona chahiye.</w:t>
      </w:r>
    </w:p>
    <w:p>
      <w:pPr>
        <w:jc w:val="right"/>
      </w:pPr>
      <w:r>
        <w:t>کتا۔ تو یہاں یہ بات جان لیں ہم کہ ہمارا رول، ہمارا جو رسپانس اس میں ہونا چاہیے، وہ حضرت نوح کا اور ان کے ساتھ اہل ایمان کا جو رول ہے، وہ ہونا چاہیے، نہ کہ ابن نوح کا رول ہونا چاہیے۔</w:t>
      </w:r>
    </w:p>
    <w:p>
      <w:r>
        <w:rPr>
          <w:b/>
        </w:rPr>
        <w:t xml:space="preserve">[33:16] </w:t>
      </w:r>
      <w:r>
        <w:t>aur yahi mein samajhta hoon ke is aakhri zamane mein maujoodi mein jo Hazrat Nuh (AS) ki kashti ruk gayi thi aur jis par glaciers chha gaye the,</w:t>
      </w:r>
    </w:p>
    <w:p>
      <w:pPr>
        <w:jc w:val="right"/>
      </w:pPr>
      <w:r>
        <w:t>اور یہی میں سمجھتا ہوں کہ اس آخری زمانے میں موجودی میں جو حضرت نوح علیہ السلام کی کشتی رک گئی تھی اور جس پر گلیشیئرز چھا گئے تھے،</w:t>
      </w:r>
    </w:p>
    <w:p>
      <w:r>
        <w:rPr>
          <w:b/>
        </w:rPr>
        <w:t xml:space="preserve">[33:30] </w:t>
      </w:r>
      <w:r>
        <w:t>ab ke zamane mein woh ark of Nuh explore zahir kar diya gaya hai, us ko discover kar diya gaya hai. goya kashti Nuh zuban-e-haal se elaan kar rahi hai ke zameen par jis tarah mere zamane mein Nuh aur un ke Nuh ke zamane mein bara toofan aaya tha, us se bara toofan qayamat ka aanay wala hai.</w:t>
      </w:r>
    </w:p>
    <w:p>
      <w:pPr>
        <w:jc w:val="right"/>
      </w:pPr>
      <w:r>
        <w:t>اب کے زمانے میں وہ آرک آف نوح ایکسپلور ظاہر کر دیا گیا ہے، اس کو ڈسکور کر دیا گیا ہے۔ گویا کشتی نوح زبان حال سے اعلان کر رہی ہے کہ زمین پر جس طرح میرے زمانے میں نوح اور ان کے نوح کے زمانے میں بڑا طوفان آیا تھا، اس سے بڑا طوفان قیامت کا آنے والا ہے۔</w:t>
      </w:r>
    </w:p>
    <w:p>
      <w:r>
        <w:rPr>
          <w:b/>
        </w:rPr>
        <w:t xml:space="preserve">[33:52] </w:t>
      </w:r>
      <w:r>
        <w:t>ab tum aagah ho jao aur jis tarah Hazrat Nuh aur un ke saathi is kashti par sawar ho kar bach gaye, isi tarah tum Khuda ki kashti par sawar ho jao, yani Khuda ke creation plan ko jaan lo aur us ke mutabiq apni zindagi bana lo, tabhi tum is azeem khatray se bach sakte ho.</w:t>
      </w:r>
    </w:p>
    <w:p>
      <w:pPr>
        <w:jc w:val="right"/>
      </w:pPr>
      <w:r>
        <w:t>اب تم آگاہ ہو جاؤ اور جس طرح حضرت نوح اور ان کے ساتھی اس کشتی پر سوار ہو کر بچ گئے، اسی طرح تم خدا کی کشتی پر سوار ہو جاؤ، یعنی خدا کے کریشن پلان کو جان لو اور اس کے مطابق اپنی زندگی بنا لو، تبھی تم اس عظیم خطرے سے بچ سکتے ہو۔</w:t>
      </w:r>
    </w:p>
    <w:p>
      <w:r>
        <w:rPr>
          <w:b/>
        </w:rPr>
        <w:t xml:space="preserve">[34:11] </w:t>
      </w:r>
      <w:r>
        <w:t>to mein yeh samajhta hoon ke ek ahle imaan ka yeh response hona chahiye jo hum ko Quran se samajh mein aati hai.</w:t>
      </w:r>
    </w:p>
    <w:p>
      <w:pPr>
        <w:jc w:val="right"/>
      </w:pPr>
      <w:r>
        <w:t>تو میں یہ سمجھتا ہوں کہ ایک اہل ایمان کا یہ رسپانس ہونا چاہیے جو ہم کو قرآن سے سمجھ میں آتی ہے۔</w:t>
      </w:r>
    </w:p>
    <w:p>
      <w:r>
        <w:rPr>
          <w:b/>
        </w:rPr>
        <w:t xml:space="preserve">[34:19] </w:t>
      </w:r>
      <w:r>
        <w:t>Maulana Israr sahib, aap ne bilkul sahi baat batai ke hamari responsibility ab kya hai, bohat hi sanjeedgi ke sath is par sochne ki hai ke jitni nishaniyan aa rahi hain, woh din ba din yeh bata di ja rahi hain ke zameen ki umar ab kam ho rahi hai.</w:t>
      </w:r>
    </w:p>
    <w:p>
      <w:pPr>
        <w:jc w:val="right"/>
      </w:pPr>
      <w:r>
        <w:t>مولانا اسرار صاحب، آپ نے بالکل صحیح بات بتائی کہ ہماری رسپانسبیلٹی اب کیا ہے، بہت ہی سنجیدگی کے ساتھ اس پر سوچنے کی ہے کہ جتنی نشانیاں آ رہی ہیں، وہ دن بدن یہ بتا دی جا رہی ہیں کہ زمین کی عمر اب کم ہو رہی ہے۔</w:t>
      </w:r>
    </w:p>
    <w:p>
      <w:r>
        <w:rPr>
          <w:b/>
        </w:rPr>
        <w:t xml:space="preserve">[34:32] </w:t>
      </w:r>
      <w:r>
        <w:t>jaisa ke Maulana ne kai jagah scientists ke hawale se likha hai ke zameen ki umar ab kam hoti ja rahi hai, countdown shuru ho chuka hai. to aap ne ek ayat ka hawala diya tha, mujhe yaad aata hai ke do jagah aur bhi aisi aayatein hain aur bilkul clear wazeh andaaz mein hain.</w:t>
      </w:r>
    </w:p>
    <w:p>
      <w:pPr>
        <w:jc w:val="right"/>
      </w:pPr>
      <w:r>
        <w:t>جیسا کہ مولانا نے کئی جگہ سائنسدانوں کے حوالے سے لکھا ہے کہ زمین کی عمر اب کم ہوتی جا رہی ہے، کاؤنٹ ڈاؤن شروع ہو چکا ہے۔ تو آپ نے ایک آیت کا حوالہ دیا تھا، مجھے یاد آتا ہے کہ دو جگہ اور بھی ایسی آیتیں ہیں اور بالکل کلیئر واضح انداز میں ہیں۔</w:t>
      </w:r>
    </w:p>
    <w:p>
      <w:r>
        <w:rPr>
          <w:b/>
        </w:rPr>
        <w:t xml:space="preserve">[34:50] </w:t>
      </w:r>
      <w:r>
        <w:t>ek ayat hai: "waid al bihar sujirat".</w:t>
      </w:r>
    </w:p>
    <w:p>
      <w:pPr>
        <w:jc w:val="right"/>
      </w:pPr>
      <w:r>
        <w:t>ایک آیت ہے: "وید البحار سجرت"۔</w:t>
      </w:r>
    </w:p>
    <w:p>
      <w:r>
        <w:rPr>
          <w:b/>
        </w:rPr>
        <w:t xml:space="preserve">[34:54] </w:t>
      </w:r>
      <w:r>
        <w:t>mufassireen kehte hain ke jab samandar ko garam kar diya jaye ga, jala diya jaye ga, sujirat ka matlab hota hai jalana.</w:t>
      </w:r>
    </w:p>
    <w:p>
      <w:pPr>
        <w:jc w:val="right"/>
      </w:pPr>
      <w:r>
        <w:t>مفسرین کہتے ہیں کہ جب سمندر کو گرم کر دیا جائے گا، جلا دیا جائے گا، سجرت کا مطلب ہوتا ہے جلانا۔</w:t>
      </w:r>
    </w:p>
    <w:p>
      <w:r>
        <w:rPr>
          <w:b/>
        </w:rPr>
        <w:t xml:space="preserve">[35:03] </w:t>
      </w:r>
      <w:r>
        <w:t>aur ek jagah: "wal bahar al masjoor". aur qasam hai jalaye hue samandar ki, sulghaye hue samandar ki. to Quran ke andar wazeh andaaz mein yeh cheez batai gayi hai aur woh hamare samne</w:t>
      </w:r>
    </w:p>
    <w:p>
      <w:pPr>
        <w:jc w:val="right"/>
      </w:pPr>
      <w:r>
        <w:t>اور ایک جگہ: "والبحر المسجور"۔ اور قسم ہے جلائے ہوئے سمندر کی، سلگائے ہوئے سمندر کی۔ تو قرآن کے اندر واضح انداز میں یہ چیز بتائی گئی ہے اور وہ ہمارے سامنے</w:t>
      </w:r>
    </w:p>
    <w:p>
      <w:r>
        <w:rPr>
          <w:b/>
        </w:rPr>
        <w:t xml:space="preserve">[35:16] </w:t>
      </w:r>
      <w:r>
        <w:t>haye. aisa nahi hai ke qayamat ka hum samajhte hain ke qayamat ke din mein sab bhap ban jaye ga aur pani urr jayein ge.</w:t>
      </w:r>
    </w:p>
    <w:p>
      <w:pPr>
        <w:jc w:val="right"/>
      </w:pPr>
      <w:r>
        <w:t>ہے۔ ایسا نہیں ہے کہ قیامت کا ہم سمجھتے ہیں کہ قیامت کے دن میں سب بھاپ بن جائے گا اور پانی اڑ جائیں گے۔</w:t>
      </w:r>
    </w:p>
    <w:p>
      <w:r>
        <w:rPr>
          <w:b/>
        </w:rPr>
        <w:t xml:space="preserve">[35:24] </w:t>
      </w:r>
      <w:r>
        <w:t>aisa nahi hai, is ki shuruaat ho chuki hai abhi ke samandar jo garam ho raha hai aur is mein garmi barhti ja rahi hai, yeh hum ko nishandahi kar rahi hai ke qayamat qareeb aa rahi hai.</w:t>
      </w:r>
    </w:p>
    <w:p>
      <w:pPr>
        <w:jc w:val="right"/>
      </w:pPr>
      <w:r>
        <w:t>ایسا نہیں ہے، اس کی شروعات ہو چکی ہے ابھی کہ سمندر جو گرم ہو رہا ہے اور اس میں گرمی بڑھتی جا رہی ہے، یہ ہم کو نشاندہی کر رہی ہے کہ قیامت قریب آ رہی ہے۔</w:t>
      </w:r>
    </w:p>
    <w:p>
      <w:r>
        <w:rPr>
          <w:b/>
        </w:rPr>
        <w:t xml:space="preserve">[35:38] </w:t>
      </w:r>
      <w:r>
        <w:t>is ke baad mein ek ta'assur parhna chahoon ga</w:t>
      </w:r>
    </w:p>
    <w:p>
      <w:pPr>
        <w:jc w:val="right"/>
      </w:pPr>
      <w:r>
        <w:t>اس کے بعد میں ایک تاثر پڑھنا چاہوں گ</w:t>
      </w:r>
    </w:p>
    <w:p>
      <w:r>
        <w:rPr>
          <w:b/>
        </w:rPr>
        <w:t xml:space="preserve">[35:42] </w:t>
      </w:r>
      <w:r>
        <w:t>a, yeh Ms Fareeda Kamran Islamabad, Pakistan se unhon ne likha hai: "jazak Allah khaira, absolutely amazing and effective conversation.</w:t>
      </w:r>
    </w:p>
    <w:p>
      <w:pPr>
        <w:jc w:val="right"/>
      </w:pPr>
      <w:r>
        <w:t>ا، یہ مس فریدہ کامران اسلام آباد، پاکستان سے انہوں نے لکھا ہے: "جزاک اللہ خیرا، ایبسولیوٹلی امیزنگ اینڈ ایفیکٹیو کنورسیشن۔</w:t>
      </w:r>
    </w:p>
    <w:p>
      <w:r>
        <w:rPr>
          <w:b/>
        </w:rPr>
        <w:t xml:space="preserve">[35:52] </w:t>
      </w:r>
      <w:r>
        <w:t>Maulana sahib was not only a great scholar, but also a great motivator. He showed the way of marifat, contemplation of Quran and thought to observe the signs of Allah around us.</w:t>
      </w:r>
    </w:p>
    <w:p>
      <w:pPr>
        <w:jc w:val="right"/>
      </w:pPr>
      <w:r>
        <w:t>مولانا صاحب واز ناٹ اونلی ا گریٹ اسکالر، بٹ السو ا گریٹ موٹیویٹر۔ ہی شور دا وے آف معرفت، کنٹمپلیشن آف قرآن اینڈ تھاٹ ٹو ابزرو دا سائنس آف اللہ اراؤنڈ اس۔</w:t>
      </w:r>
    </w:p>
    <w:p>
      <w:r>
        <w:rPr>
          <w:b/>
        </w:rPr>
        <w:t xml:space="preserve">[36:05] </w:t>
      </w:r>
      <w:r>
        <w:t>May Allah spare Maulana sahib's mission and give him highest reward in paradise. Ameen."</w:t>
      </w:r>
    </w:p>
    <w:p>
      <w:pPr>
        <w:jc w:val="right"/>
      </w:pPr>
      <w:r>
        <w:t>می اللہ اسپیریٹ مولانا صاحب مشن اینڈ گیو ہم ہائیسٹ ریوارڈ ان پیراڈائز۔ آمین۔"</w:t>
      </w:r>
    </w:p>
    <w:p>
      <w:r>
        <w:rPr>
          <w:b/>
        </w:rPr>
        <w:t xml:space="preserve">[36:14] </w:t>
      </w:r>
      <w:r>
        <w:t>Maulana Iqbal sahib, mein ab aap se sawal karna chahoon ga aur yeh ek hadith ke hawale se hai aur Maulana is par ubhara bhi karte the ke ek aalim ko apni zuban se ba-khabar ho</w:t>
      </w:r>
    </w:p>
    <w:p>
      <w:pPr>
        <w:jc w:val="right"/>
      </w:pPr>
      <w:r>
        <w:t>مولانا اقبال صاحب، میں اب آپ سے سوال کرنا چاہوں گا اور یہ ایک حدیث کے حوالے سے ہے اور مولانا اس پر ابھارا بھی کرتے تھے کہ ایک عالم کو اپنی زبان سے باخبر ہ</w:t>
      </w:r>
    </w:p>
    <w:p>
      <w:r>
        <w:rPr>
          <w:b/>
        </w:rPr>
        <w:t xml:space="preserve">[36:25] </w:t>
      </w:r>
      <w:r>
        <w:t>na chahiye. kisi ne sawal bhi kiya tha Maulana se ke aap kafi tanqeed karte hain ulama ke upar, deeni rehnumaon ke upar.</w:t>
      </w:r>
    </w:p>
    <w:p>
      <w:pPr>
        <w:jc w:val="right"/>
      </w:pPr>
      <w:r>
        <w:t>ونا چاہیے۔ کسی نے سوال بھی کیا تھا مولانا سے کہ آپ کافی تنقید کرتے ہیں علماء کے اوپر، دینی رہنماؤں کے اوپر۔</w:t>
      </w:r>
    </w:p>
    <w:p>
      <w:r>
        <w:rPr>
          <w:b/>
        </w:rPr>
        <w:t xml:space="preserve">[36:33] </w:t>
      </w:r>
      <w:r>
        <w:t>to unhon ne kaha: "mein ne tanqeed nahi ki, balkay bas mein yeh chahta hoon ke maujooda zamana jo qadeem zamane se alag hai, riwayati daur se alag hai, is jadeed daur ko woh samjhein aur us ke mutabiq apni planning karein." aur ek hadith ka hawala diya karte the: "ainkun baseeran bizamanih" ke</w:t>
      </w:r>
    </w:p>
    <w:p>
      <w:pPr>
        <w:jc w:val="right"/>
      </w:pPr>
      <w:r>
        <w:t>تو انہوں نے کہا: "میں نے تنقید نہیں کی، بلکہ بس میں یہ چاہتا ہوں کہ موجودہ زمانہ جو قدیم زمانے سے الگ ہے، روایتی دور سے الگ ہے، اس جدید دور کو وہ سمجھیں اور اس کے مطابق اپنی پلاننگ کریں۔" اور ایک حدیث کا حوالہ دیا کرتے تھے: "اینکون بصیرا بزمانہ" کہ</w:t>
      </w:r>
    </w:p>
    <w:p>
      <w:r>
        <w:rPr>
          <w:b/>
        </w:rPr>
        <w:t xml:space="preserve">[36:51] </w:t>
      </w:r>
      <w:r>
        <w:t>aqalmand momin aur ahle ilm ko apne zamane se ba-khabar hona chahiye. mujhe mere ilm ke mutabiq aur mein kafi aap ke sath raha hoon, mujhe yeh maloom hai ke aap ne India ke andar ek baray madrase mein taleem hasil ki, Jamia Darussalam, Umarabad mein.</w:t>
      </w:r>
    </w:p>
    <w:p>
      <w:pPr>
        <w:jc w:val="right"/>
      </w:pPr>
      <w:r>
        <w:t>عقلمند مومن اور اہل علم کو اپنے زمانے سے باخبر ہونا چاہیے۔ مجھے میرے علم کے مطابق اور میں کافی آپ کے ساتھ رہا ہوں، مجھے یہ معلوم ہے کہ آپ نے انڈیا کے اندر ایک بڑے مدرسے میں تعلیم حاصل کی، جامعہ دارالسلام، عمر آباد میں۔</w:t>
      </w:r>
    </w:p>
    <w:p>
      <w:r>
        <w:rPr>
          <w:b/>
        </w:rPr>
        <w:t xml:space="preserve">[37:10] </w:t>
      </w:r>
      <w:r>
        <w:t>aur us ke baad aap Qatar bhi rahe aur wahan ke ulama se bhi istifada kiya.</w:t>
      </w:r>
    </w:p>
    <w:p>
      <w:pPr>
        <w:jc w:val="right"/>
      </w:pPr>
      <w:r>
        <w:t>اور اس کے بعد آپ قطر بھی رہے اور وہاں کے علماء سے بھی استفادہ کیا۔</w:t>
      </w:r>
    </w:p>
    <w:p>
      <w:r>
        <w:rPr>
          <w:b/>
        </w:rPr>
        <w:t xml:space="preserve">[37:15] </w:t>
      </w:r>
      <w:r>
        <w:t>phir Hindustan aaye to Hindustan ke taqreeban tamam mukhtalif jagahon ka safar kiya aur wahan ke aalimon se mulaqatein keen aur safar kiya. is mein mera sawal yeh hai ke aap ne itne saare aalimon se mulaqat keen, aap ne kis ko baseer-e-zamana paya?</w:t>
      </w:r>
    </w:p>
    <w:p>
      <w:pPr>
        <w:jc w:val="right"/>
      </w:pPr>
      <w:r>
        <w:t>پھر ہندوستان آئے تو ہندوستان کے تقریباً تمام مختلف جگہوں کا سفر کیا اور وہاں کے عالموں سے ملاقاتیں کیں اور سفر کیا۔ اس میں میرا سوال یہ ہے کہ آپ نے اتنے سارے عالموں سے ملاقات کیں، آپ نے کس کو بصیر زمانہ پایا؟</w:t>
      </w:r>
    </w:p>
    <w:p>
      <w:r>
        <w:rPr>
          <w:b/>
        </w:rPr>
        <w:t xml:space="preserve">[37:35] </w:t>
      </w:r>
      <w:r>
        <w:t>jaisa ke Farhad sahib ne kaha ke bohat se logon se mulaqat rahi aur bohat asfar kiye, lekin Maulana ke pas jo alfaaz hum ne paye, jo ta'abeeraat, jo baatein hum ne payein, is mein ek yeh tha ke: "daur jadeed ko pehchano aur asli aagahi hasil karo, baseer-e-zamana bano."</w:t>
      </w:r>
    </w:p>
    <w:p>
      <w:pPr>
        <w:jc w:val="right"/>
      </w:pPr>
      <w:r>
        <w:t>جیسا کہ فرہاد صاحب نے کہا کہ بہت سے لوگوں سے ملاقات رہی اور بہت اسفار کیے، لیکن مولانا کے پاس جو الفاظ ہم نے پائے، جو تعبیرات، جو باتیں ہم نے پائیں، اس میں ایک یہ تھا کہ: "دور جدید کو پہچانو اور اصلی آگاہی حاصل کرو، بصیر زمانہ بنو۔"</w:t>
      </w:r>
    </w:p>
    <w:p>
      <w:r>
        <w:rPr>
          <w:b/>
        </w:rPr>
        <w:t xml:space="preserve">[38:03] </w:t>
      </w:r>
      <w:r>
        <w:t>mein wohi kaam kar raha hoon, ulama ko baseer-e-zamana ka kaam kar raha hoon. to Maulana kaha karte the ke mera aur ulama ka ikhtilaf bari bari baaton mein kuch nahi hai,</w:t>
      </w:r>
    </w:p>
    <w:p>
      <w:pPr>
        <w:jc w:val="right"/>
      </w:pPr>
      <w:r>
        <w:t>میں وہی کام کر رہا ہوں، علماء کو بصیر زمانہ کا کام کر رہا ہوں۔ تو مولانا کہا کرتے تھے کہ میرا اور علماء کا اختلاف بڑی بڑی باتوں میں کچھ نہیں ہے،</w:t>
      </w:r>
    </w:p>
    <w:p>
      <w:r>
        <w:rPr>
          <w:b/>
        </w:rPr>
        <w:t xml:space="preserve">[38:18] </w:t>
      </w:r>
      <w:r>
        <w:t>mein sirf zamane ki nisbat se tadbeer kar par tanqeed karta hoon ke hamare akabireen ne zamana badal chuka tha,</w:t>
      </w:r>
    </w:p>
    <w:p>
      <w:pPr>
        <w:jc w:val="right"/>
      </w:pPr>
      <w:r>
        <w:t>میں صرف زمانے کی نسبت سے تدبیر کار پر تنقید کرتا ہوں کہ ہمارے اکابرین نے زمانہ بدل چکا تھا،</w:t>
      </w:r>
    </w:p>
    <w:p>
      <w:r>
        <w:rPr>
          <w:b/>
        </w:rPr>
        <w:t xml:space="preserve">[38:29] </w:t>
      </w:r>
      <w:r>
        <w:t>lekin zamane ke laiq kya tadbeer kar ikhtiyar karna chahiye, woh baseer-e-zamana na ban sake. bas mera ikhtilaf yahi isi baat par hai ke tadbeer kar ke silsile mein jahan par sahi qadam karna chahiye, jahan par natija khez planning honi chahiye, woh nahi ho saki.</w:t>
      </w:r>
    </w:p>
    <w:p>
      <w:pPr>
        <w:jc w:val="right"/>
      </w:pPr>
      <w:r>
        <w:t>لیکن زمانے کے لائق کیا تدبیر کار اختیار کرنا چاہیے، وہ بصیر زمانہ نہ بن سکے۔ بس میرا اختلاف یہی اسی بات پر ہے کہ تدبیر کار کے سلسلے میں جہاں پر صحیح اقدام کرنا چاہیے، جہاں پر نتیجہ خیز پلاننگ ہونی چاہیے، وہ نہیں ہو سکی۔</w:t>
      </w:r>
    </w:p>
    <w:p>
      <w:r>
        <w:rPr>
          <w:b/>
        </w:rPr>
        <w:t xml:space="preserve">[38:53] </w:t>
      </w:r>
      <w:r>
        <w:t>baqi doosre mamlaat mein, ab jaise hajj ka mamla hai, is mein quran mein bataya gaya ke dubli patli oontniyon par pohancha karo, lekin wahan par ulma yeh tadbeer ikhtiyar nahi kiye ke naye quran mein aa gaya hai ke hum oont par hi sawar ho kar hajj ke liye jayenge,</w:t>
      </w:r>
    </w:p>
    <w:p>
      <w:pPr>
        <w:jc w:val="right"/>
      </w:pPr>
      <w:r>
        <w:t>بقیہ دوسرے معاملات میں، اب جیسے حج کا معاملہ ہے، اس میں قرآن میں بتایا گیا کہ دبلی پتلی اونٹنیوں پر پہنچا کرو، لیکن وہاں پر علماء یہ تدبیر اختیار نہیں کیے کہ نئے قرآن میں آگیا ہے کہ ہم اونٹ پر ہی سوار ہو کر حج کے لیے جائیں گے،</w:t>
      </w:r>
    </w:p>
    <w:p>
      <w:r>
        <w:rPr>
          <w:b/>
        </w:rPr>
        <w:t xml:space="preserve">[39:17] </w:t>
      </w:r>
      <w:r>
        <w:t>balke bila ikhtilaf har aadmi jo jadeed se jadeed sawari ho sakti hai, us ko ikhtiyar karte hue woh hajj o umrah ka fariza ada kar rahe hain.</w:t>
      </w:r>
    </w:p>
    <w:p>
      <w:pPr>
        <w:jc w:val="right"/>
      </w:pPr>
      <w:r>
        <w:t>بلکہ بلا اختلاف ہر آدمی جو جدید سے جدید سواری ہو سکتی ہے، اس کو اختیار کرتے ہوئے وہ حج و عمرہ کا فریضہ ادا کر رہے ہیں۔</w:t>
      </w:r>
    </w:p>
    <w:p>
      <w:r>
        <w:rPr>
          <w:b/>
        </w:rPr>
        <w:t xml:space="preserve">[39:28] </w:t>
      </w:r>
      <w:r>
        <w:t>apne saare mamlaat, chahe da'wati ho, islahi ho, saare mamlaat mein jadeed communication aur sari cheezein istemal karte hain, jadeed muhasraat, sari cheezein.</w:t>
      </w:r>
    </w:p>
    <w:p>
      <w:pPr>
        <w:jc w:val="right"/>
      </w:pPr>
      <w:r>
        <w:t>اپنے سارے معاملات، چاہے دعوتی ہو، اصلاحی ہو، سارے معاملات میں جدید کمیونیکیشن اور ساری چیزیں استعمال کرتے ہیں، جدید محاصرات، ساری چیزیں۔</w:t>
      </w:r>
    </w:p>
    <w:p>
      <w:r>
        <w:rPr>
          <w:b/>
        </w:rPr>
        <w:t xml:space="preserve">[39:45] </w:t>
      </w:r>
      <w:r>
        <w:t>lekin jahan tak aur baatein bohat si hain zamane ki nisbat se ke hum ko puraman qadam karna chahiye ya pur-tashaddud qadam karna chahiye, zamana kya keh raha hai?</w:t>
      </w:r>
    </w:p>
    <w:p>
      <w:pPr>
        <w:jc w:val="right"/>
      </w:pPr>
      <w:r>
        <w:t>لیکن جہاں تک اور باتیں بہت سی ہیں زمانے کی نسبت سے کہ ہم کو پرامن اقدام کرنا چاہیے یا پرتشدد اقدام کرنا چاہیے، زمانہ کیا کہہ رہا ہے؟</w:t>
      </w:r>
    </w:p>
    <w:p>
      <w:r>
        <w:rPr>
          <w:b/>
        </w:rPr>
        <w:t xml:space="preserve">[40:00] </w:t>
      </w:r>
      <w:r>
        <w:t>rehmat-ul-lil-alameen ko zahamat-ul-alameen banana hai ya rehmat-ul-alameen sabit karna hai? islam ko ghair-khooni inqilab lane wala mazhab samajhna hai ya hamesha khoon karne wala mazhab samajhna hai?</w:t>
      </w:r>
    </w:p>
    <w:p>
      <w:pPr>
        <w:jc w:val="right"/>
      </w:pPr>
      <w:r>
        <w:t>رحمت عالم کو زحمت عالم بنانا ہے یا رحمت عالم ثابت کرنا ہے؟ اسلام کو غیر خونی انقلاب لانے والا مذہب سمجھنا ہے یا ہمیشہ خون کرنے والا مذہب سمجھنا ہے؟</w:t>
      </w:r>
    </w:p>
    <w:p>
      <w:r>
        <w:rPr>
          <w:b/>
        </w:rPr>
        <w:t xml:space="preserve">[40:15] </w:t>
      </w:r>
      <w:r>
        <w:t>yeh sari cheezein baseer-e-zamana na hone ki wajah se yeh baatein hum mukhtalif logon se suntay thay, lekin Maulana ke paas aane ke baad Maulana ne hum ko zamane ki aagahi kiya hai,</w:t>
      </w:r>
    </w:p>
    <w:p>
      <w:pPr>
        <w:jc w:val="right"/>
      </w:pPr>
      <w:r>
        <w:t>یہ ساری چیزیں بصیر زمانہ نہ ہونے کی وجہ سے یہ باتیں ہم مختلف لوگوں سے سنتے تھے، لیکن مولانا کے پاس آنے کے بعد مولانا نے ہم کو زمانے کی آگاہی کیا ہے،</w:t>
      </w:r>
    </w:p>
    <w:p>
      <w:r>
        <w:rPr>
          <w:b/>
        </w:rPr>
        <w:t xml:space="preserve">[40:32] </w:t>
      </w:r>
      <w:r>
        <w:t>us ke ek ek bab ko khola. balke main ulma aam taur par Maulana ki kitab "Al-Islam Challenge" ya "Mazhab Jadeed Challenge" God Arise us ko le kar bohat zyada fakhr mehsoos karte hain,</w:t>
      </w:r>
    </w:p>
    <w:p>
      <w:pPr>
        <w:jc w:val="right"/>
      </w:pPr>
      <w:r>
        <w:t>اس کے ایک ایک باب کو کھولا۔ بلکہ میں علماء عام طور سے مولانا کی کتاب "الاسلام تحدی" یا "مذہب جدید چیلنج" گاڈ ارائز اس کو لے کر بہت زیادہ فخر محسوس کرتے ہیں،</w:t>
      </w:r>
    </w:p>
    <w:p>
      <w:r>
        <w:rPr>
          <w:b/>
        </w:rPr>
        <w:t xml:space="preserve">[40:49] </w:t>
      </w:r>
      <w:r>
        <w:t>jabke har aadmi ko yeh discover karna chahiye ke ek sahib-e-ilm apne 51 saal ki umar mein Al-Risala jari karta hai,</w:t>
      </w:r>
    </w:p>
    <w:p>
      <w:pPr>
        <w:jc w:val="right"/>
      </w:pPr>
      <w:r>
        <w:t>جبکہ ہر آدمی کو یہ ڈسکور کرنا چاہیے کہ ایک صاحب علم اپنے 51 سال کی عمر میں الرسالہ جاری کرتا ہے،</w:t>
      </w:r>
    </w:p>
    <w:p>
      <w:r>
        <w:rPr>
          <w:b/>
        </w:rPr>
        <w:t xml:space="preserve">[41:01] </w:t>
      </w:r>
      <w:r>
        <w:t>us ke shuru hi ke isharon mein jadeed masla kya hai, wazeh karta hai, aur us se pehle "Mazhab Jadeed Challenge" balke sari is unwan par kitab likh kar sari dunya ko islam ki taraf se kya islam ka role hai aur kya islam is ke aqaaid par, un ki baaton par kya dalail pesh kar raha hai?</w:t>
      </w:r>
    </w:p>
    <w:p>
      <w:pPr>
        <w:jc w:val="right"/>
      </w:pPr>
      <w:r>
        <w:t>اس کے شروع ہی کے شماروں میں جدید مسئلہ کیا ہے، واضح کرتا ہے، اور اس سے پہلے "مذہب جدید چیلنج" بلکہ ساری اس عنوان پر کتاب لکھ کر ساری دنیا کو اسلام کی طرف سے کیا اسلام کا رول ہے اور کیا اسلام اس کے عقائد پر، ان کی باتوں پر کیا دلائل پیش کر رہا ہے؟</w:t>
      </w:r>
    </w:p>
    <w:p>
      <w:r>
        <w:rPr>
          <w:b/>
        </w:rPr>
        <w:t xml:space="preserve">[41:23] </w:t>
      </w:r>
      <w:r>
        <w:t>scientific approach kya hai?</w:t>
      </w:r>
    </w:p>
    <w:p>
      <w:pPr>
        <w:jc w:val="right"/>
      </w:pPr>
      <w:r>
        <w:t>سائنٹیفک اپروچ کیا ہے؟</w:t>
      </w:r>
    </w:p>
    <w:p>
      <w:r>
        <w:rPr>
          <w:b/>
        </w:rPr>
        <w:t xml:space="preserve">[41:25] </w:t>
      </w:r>
      <w:r>
        <w:t>yeh jab ek insaan aaj se 55 saal pehle, 60 saal pehle itni behtareen kitab likha hai, woh is jadeed masle ko wazeh karne ke liye jadeed challenges kya hain?</w:t>
      </w:r>
    </w:p>
    <w:p>
      <w:pPr>
        <w:jc w:val="right"/>
      </w:pPr>
      <w:r>
        <w:t>یہ جب ایک انسان آج سے 55 سال پہلے، 60 سال پہلے اتنی بہترین کتاب لکھا ہے، وہ اس جدید مسئلے کو واضح کرنے کے لیے جدید چیلنجز کیا ہیں؟</w:t>
      </w:r>
    </w:p>
    <w:p>
      <w:r>
        <w:rPr>
          <w:b/>
        </w:rPr>
        <w:t xml:space="preserve">[41:39] </w:t>
      </w:r>
      <w:r>
        <w:t>amli ho, istidlal ki ho, mukhtalif qism ki baatein kya hain? us ko is mein kitna zyada har din taraqqi hui hai,</w:t>
      </w:r>
    </w:p>
    <w:p>
      <w:pPr>
        <w:jc w:val="right"/>
      </w:pPr>
      <w:r>
        <w:t>عملی ہو، استدلال کی ہو، مختلف قسم کی باتیں کیا ہیں؟ اس کو اس میں کتنا زیادہ ہر دن ترقی ہوئی ہے،</w:t>
      </w:r>
    </w:p>
    <w:p>
      <w:r>
        <w:rPr>
          <w:b/>
        </w:rPr>
        <w:t xml:space="preserve">[41:51] </w:t>
      </w:r>
      <w:r>
        <w:t>us ke bare mein aksar ulma bilkul nahi jante hain, sirf mazhab aur jadeed challenge ko jante hain. us ke baad Maulana ne kai kitabein "Akhlaqiyat-e-Islam", "Izhar-e-Deen", "Khuda ki Daryaft", is qism ki bohat si kitabein.</w:t>
      </w:r>
    </w:p>
    <w:p>
      <w:pPr>
        <w:jc w:val="right"/>
      </w:pPr>
      <w:r>
        <w:t>اس کے بارے میں اکثر علماء بالکل نہیں جانتے ہیں، صرف مذہب اور جدید چیلنج کو جانتے ہیں۔ اس کے بعد مولانا نے کئی کتابیں "اخلیات اسلام"، "اظہار دین"، "خدا کی دریافت"، اس قسم کی بہت سی کتابیں۔</w:t>
      </w:r>
    </w:p>
    <w:p>
      <w:r>
        <w:rPr>
          <w:b/>
        </w:rPr>
        <w:t xml:space="preserve">[42:09] </w:t>
      </w:r>
      <w:r>
        <w:t>phir us ke baad qadam kya hona chahiye</w:t>
      </w:r>
    </w:p>
    <w:p>
      <w:pPr>
        <w:jc w:val="right"/>
      </w:pPr>
      <w:r>
        <w:t>پھر اس کے بعد اقدام کیا ہونا چاہیے</w:t>
      </w:r>
    </w:p>
    <w:p>
      <w:r>
        <w:rPr>
          <w:b/>
        </w:rPr>
        <w:t xml:space="preserve">[42:12] </w:t>
      </w:r>
      <w:r>
        <w:t>? daur-e-da'wat, da'wat ke masail, da'wati mazameen, is qism ki bohat si kitabein, jis mein Maulana ne ma'rifat aur da'wat ko le kar bohat si baatein jo ek baseer-e-zamana ko hona chahiye, woh sari cheezein Maulana ke paas hi maine paya hai.</w:t>
      </w:r>
    </w:p>
    <w:p>
      <w:pPr>
        <w:jc w:val="right"/>
      </w:pPr>
      <w:r>
        <w:t>؟ دور دعوت، دعوت کے مسائل، دعوتی مضامین، اس قسم کی بہت سی کتابیں، جس میں مولانا نے معرفت اور دعوت کو لے کر بہت سی باتیں جو ایک بصیر زمانہ کو ہونا چاہیے، وہ ساری چیزیں مولانا کے پاس ہی میں نے پایا ہے۔</w:t>
      </w:r>
    </w:p>
    <w:p>
      <w:r>
        <w:rPr>
          <w:b/>
        </w:rPr>
        <w:t xml:space="preserve">[42:34] </w:t>
      </w:r>
      <w:r>
        <w:t>to lehaza bohat se logon ke paas hum jab jate hain to baatein koi zamane ke laiq kaise tadfeeq dein, is qism ki baatein to hum ne nahi payi.</w:t>
      </w:r>
    </w:p>
    <w:p>
      <w:pPr>
        <w:jc w:val="right"/>
      </w:pPr>
      <w:r>
        <w:t>تو لہذا بہت سے لوگوں کے پاس ہم جب جاتے ہیں تو باتیں کوئی زمانے کے لائق کیسے تدبیق دیں، اس قسم کی باتیں تو ہم نے نہیں پائی۔</w:t>
      </w:r>
    </w:p>
    <w:p>
      <w:r>
        <w:rPr>
          <w:b/>
        </w:rPr>
        <w:t xml:space="preserve">[42:48] </w:t>
      </w:r>
      <w:r>
        <w:t>sahi tasawwur jo daur-e-jadeed kya hai, us ka positive outlook kya hai? kaise daur-e-jadeed daur-e-ta'eed hai? kaise daur-e-jadeed daur-e-ma'rifat hai?</w:t>
      </w:r>
    </w:p>
    <w:p>
      <w:pPr>
        <w:jc w:val="right"/>
      </w:pPr>
      <w:r>
        <w:t>صحیح تصور جو دور جدید کیا ہے، اس کا پازیٹیو آؤٹ لک کیا ہے؟ کیسے دور جدید دور تائید ہے؟ کیسے دور جدید دور معرفت ہے؟</w:t>
      </w:r>
    </w:p>
    <w:p>
      <w:r>
        <w:rPr>
          <w:b/>
        </w:rPr>
        <w:t xml:space="preserve">[42:59] </w:t>
      </w:r>
      <w:r>
        <w:t>yeh baatein hum ne kisi ke paas nahi payein.</w:t>
      </w:r>
    </w:p>
    <w:p>
      <w:pPr>
        <w:jc w:val="right"/>
      </w:pPr>
      <w:r>
        <w:t>یہ باتیں ہم نے کسی کے پاس نہیں پائیں۔</w:t>
      </w:r>
    </w:p>
    <w:p>
      <w:r>
        <w:rPr>
          <w:b/>
        </w:rPr>
        <w:t xml:space="preserve">[43:03] </w:t>
      </w:r>
      <w:r>
        <w:t>jo hum ne paya, woh yeh ke daur-e-jadeed kehte hain, daur ya to is mein Muslim rehnuma kisi ko tajaddud ka naam de dete hain, ya daur-e-jadeed kehte hain to sirf is ka ek manfi tasawwur, is mein jo manfi cheezein raunama hui hain, usi ka ta'aruf karwate hain, usi ke bare mein discussion karte hain.</w:t>
      </w:r>
    </w:p>
    <w:p>
      <w:pPr>
        <w:jc w:val="right"/>
      </w:pPr>
      <w:r>
        <w:t>جو ہم نے پایا، وہ یہ کہ دور جدید کہتے ہیں، دور یا تو اس میں مسلم رہنما کسی کو تجدد کا نام دے دیتے ہیں، یا دور جدید کہتے ہیں تو صرف اس کا ایک منفی تصور، اس میں جو منفی چیزیں رونما ہوئی ہیں، اسی کا تعارف کرواتے ہیں، اسی کے بارے میں ڈسکشن کرتے ہیں۔</w:t>
      </w:r>
    </w:p>
    <w:p>
      <w:r>
        <w:rPr>
          <w:b/>
        </w:rPr>
        <w:t xml:space="preserve">[43:31] </w:t>
      </w:r>
      <w:r>
        <w:t>Maulana ne daur-e-jadeed ko ma'rifat aur da'wat ke liye mu'eed daur aur sab se aala ma'rifat tak pohanchne aur aala da'wat ka kaam anjam dene ka daur hai, yeh sirf Maulana ke paas hi mein ne paya.</w:t>
      </w:r>
    </w:p>
    <w:p>
      <w:pPr>
        <w:jc w:val="right"/>
      </w:pPr>
      <w:r>
        <w:t>مولانا نے دور جدید کو معرفت اور دعوت کے لیے معید دور اور سب سے اعلیٰ معرفت تک پہنچنے اور اعلیٰ دعوت کا کام انجام دینے کا دور ہے، یہ صرف مولانا کے پاس ہی میں نے پایا۔</w:t>
      </w:r>
    </w:p>
    <w:p>
      <w:r>
        <w:rPr>
          <w:b/>
        </w:rPr>
        <w:t xml:space="preserve">[43:47] </w:t>
      </w:r>
      <w:r>
        <w:t>to sahi baseerat aur sahi aagahi sirf mein ne yahan payi hai.</w:t>
      </w:r>
    </w:p>
    <w:p>
      <w:pPr>
        <w:jc w:val="right"/>
      </w:pPr>
      <w:r>
        <w:t>تو صحیح بصیرت اور صحیح آگاہی صرف میں نے یہاں پائی ہے۔</w:t>
      </w:r>
    </w:p>
    <w:p>
      <w:r>
        <w:rPr>
          <w:b/>
        </w:rPr>
        <w:t xml:space="preserve">[43:53] </w:t>
      </w:r>
      <w:r>
        <w:t>ab hum ko chahiye ke ek shakhs jo sau saala zindagi mein apne tajrubaat ko, balke main kahunga ke Maulana hi ki tehreeron mein futuristic approach hai,</w:t>
      </w:r>
    </w:p>
    <w:p>
      <w:pPr>
        <w:jc w:val="right"/>
      </w:pPr>
      <w:r>
        <w:t>اب ہم کو چاہیے کہ ایک شخص جو سو سالہ زندگی میں اپنے تجربات کو، بلکہ میں کہوں گا کہ مولانا ہی کی تحریروں میں فیوچرسٹک اپروچ ہے،</w:t>
      </w:r>
    </w:p>
    <w:p>
      <w:r>
        <w:rPr>
          <w:b/>
        </w:rPr>
        <w:t xml:space="preserve">[44:07] </w:t>
      </w:r>
      <w:r>
        <w:t>yani aane wala 25 saal ya 50 saal tak jo paigham ummat-e-muslima ko dena hai, jo ek nasl ko tayyar karna hai, us ke zehan ko tayyar karna hai, jo manfi zehan hai, us ko musbat ta'ameer mein lagana hai, yeh sari cheezein Maulana ki kitabon mein maujood hain.</w:t>
      </w:r>
    </w:p>
    <w:p>
      <w:pPr>
        <w:jc w:val="right"/>
      </w:pPr>
      <w:r>
        <w:t>یعنی آنے والا 25 سال یا 50 سال تک جو پیغام امت مسلمہ کو دینا ہے، جو ایک نسل کو تیار کرنا ہے، اس کے ذہن کو تیار کرنا ہے، جو منفی ذہن ہے، اس کو مثبت تعمیر میں لگانا ہے، یہ ساری چیزیں مولانا کی کتابوں میں موجود ہیں۔</w:t>
      </w:r>
    </w:p>
    <w:p>
      <w:r>
        <w:rPr>
          <w:b/>
        </w:rPr>
        <w:t xml:space="preserve">[44:28] </w:t>
      </w:r>
      <w:r>
        <w:t>bas hum ko chahiye ke hum Maulana ki kitabon ko parhne ke liye dein,</w:t>
      </w:r>
    </w:p>
    <w:p>
      <w:pPr>
        <w:jc w:val="right"/>
      </w:pPr>
      <w:r>
        <w:t>بس ہم کو چاہیے کہ ہم مولانا کی کتابوں کو پڑھنے کے لیے دیں،</w:t>
      </w:r>
    </w:p>
    <w:p>
      <w:r>
        <w:rPr>
          <w:b/>
        </w:rPr>
        <w:t xml:space="preserve">[44:35] </w:t>
      </w:r>
      <w:r>
        <w:t>audio, video, har shakal mein logon tak pohnchayen taake 25 saal tak log parhayen, samjhayen, phir mazeed aagay is ko jo Maulana kehna chahtay hain ke Islam ka misbat pegham saaray insanon tak pohnchay.</w:t>
      </w:r>
    </w:p>
    <w:p>
      <w:pPr>
        <w:jc w:val="right"/>
      </w:pPr>
      <w:r>
        <w:t>آڈیو، ویڈیو، ہر شکل میں لوگوں تک پہنچائیں تاکہ 25 سال تک لوگ پڑھیں، سمجھیں، پھر مزید آگے اس کو جو مولانا کہنا چاہتے ہیں کہ اسلام کا مثبت پیغام سارے انسانوں تک پہنچے۔</w:t>
      </w:r>
    </w:p>
    <w:p>
      <w:r>
        <w:rPr>
          <w:b/>
        </w:rPr>
        <w:t xml:space="preserve">[44:52] </w:t>
      </w:r>
      <w:r>
        <w:t>to lehaza Maulana ki jo baseer zamana honay ki daleel payengay ke waqai mein kin kin masail mein Maulana ne jo rai di thi, woh rai aaj har aalim apni zaban se izhaar kartay huay, ikhfa kartay huay apni majlisoun mein yeh is ka iqrar karta hai ke waqai mein yeh woh shakhs thay jinhoun ne ummat ko sahih rehnumai di.</w:t>
      </w:r>
    </w:p>
    <w:p>
      <w:pPr>
        <w:jc w:val="right"/>
      </w:pPr>
      <w:r>
        <w:t>تو لہذا مولانا کی جو بصیر زمانہ ہونے کی دلیل پائیں گے کہ واقعی میں کن کن مسائل میں مولانا نے جو رائے دی تھی، وہ رائے آج ہر عالم اپنی زبان سے اظہار کرتے ہوئے، اخفا کرتے ہوئے اپنی مجلسوں میں یہ اس کا اقرار کرتا ہے کہ واقعی میں یہ وہ شخص تھے جنہوں نے امت کو صحیح رہنمائی دی۔</w:t>
      </w:r>
    </w:p>
    <w:p>
      <w:r>
        <w:rPr>
          <w:b/>
        </w:rPr>
        <w:t xml:space="preserve">[45:19] </w:t>
      </w:r>
      <w:r>
        <w:t>ab bohat se log samajhnay ki koshish kar rahay hain.</w:t>
      </w:r>
    </w:p>
    <w:p>
      <w:pPr>
        <w:jc w:val="right"/>
      </w:pPr>
      <w:r>
        <w:t>اب بہت سے لوگ سمجھنے کی کوشش کر رہے ہیں۔</w:t>
      </w:r>
    </w:p>
    <w:p>
      <w:r>
        <w:rPr>
          <w:b/>
        </w:rPr>
        <w:t xml:space="preserve">[45:22] </w:t>
      </w:r>
      <w:r>
        <w:t>Allah taala se dua hai ke Allah taala parhnay ki tofeeq day, phir is ko samajh kar aik misbat taameer ke baray mein mansooba bananay ki tofeeq ata farmaye.</w:t>
      </w:r>
    </w:p>
    <w:p>
      <w:pPr>
        <w:jc w:val="right"/>
      </w:pPr>
      <w:r>
        <w:t>اللہ تعالی سے دعا ہے کہ اللہ تعالی پڑھنے کی توفیق دے، پھر اس کو سمجھ کر ایک مثبت تعمیر کے بارے میں منصوبہ بنانے کی توفیق عطا فرمائے۔</w:t>
      </w:r>
    </w:p>
    <w:p>
      <w:r>
        <w:rPr>
          <w:b/>
        </w:rPr>
        <w:t xml:space="preserve">[45:35] </w:t>
      </w:r>
      <w:r>
        <w:t>bilkul sahih baat batai Maulana Iqbal sahib, Ahmed hain. Maulana ne is par kai mazmoon bhi likha, isi unwan ke tehat "Baseer Zamana Hona". Misal ke tor par mere samnay aik mazmoon hai "Al-Risala February 2016" ka, is ka unwan hi hai "Baseer Zamana".</w:t>
      </w:r>
    </w:p>
    <w:p>
      <w:pPr>
        <w:jc w:val="right"/>
      </w:pPr>
      <w:r>
        <w:t>بالکل صحیح بات بتائی مولانا اقبال صاحب، احمد ہیں۔ مولانا نے اس پر کئی مضمون بھی لکھا، اسی عنوان کے تحت "بصیر زمانہ ہونا"۔ مثال کے طور پر میرے سامنے ایک مضمون ہے "الرسالہ فروری 2016" کا، اس کا عنوان ہی ہے "بصیر زمانہ"۔</w:t>
      </w:r>
    </w:p>
    <w:p>
      <w:r>
        <w:rPr>
          <w:b/>
        </w:rPr>
        <w:t xml:space="preserve">[45:50] </w:t>
      </w:r>
      <w:r>
        <w:t>is ka aik jumla jo yeh hai ke baseer zamana honay ka maqsad kya hai? Is ka maqsad yeh hai ke momin apnay amal ki sahih mansooba bandi kar sakay.</w:t>
      </w:r>
    </w:p>
    <w:p>
      <w:pPr>
        <w:jc w:val="right"/>
      </w:pPr>
      <w:r>
        <w:t>اس کا ایک جملہ جو یہ ہے کہ بصیر زمانہ ہونے کا مقصد کیا ہے؟ اس کا مقصد یہ ہے کہ مومن اپنے عمل کی صحیح منصوبہ بندی کر سکے۔</w:t>
      </w:r>
    </w:p>
    <w:p>
      <w:r>
        <w:rPr>
          <w:b/>
        </w:rPr>
        <w:t xml:space="preserve">[46:01] </w:t>
      </w:r>
      <w:r>
        <w:t>zamana se baghbari ke baghair Islami amal ki sahih mansooba bandi nahi ho sakti. Is bina par momin ko yeh koshish karna hai ke woh apnay zamanay ke halaat se poori tarah baghbar ho, warna is ki sargarmiyan be natija ho kar reh jayengi.</w:t>
      </w:r>
    </w:p>
    <w:p>
      <w:pPr>
        <w:jc w:val="right"/>
      </w:pPr>
      <w:r>
        <w:t>زمانے سے باخبری کے بغیر اسلامی عمل کی صحیح منصوبہ بندی نہیں ہو سکتی۔ اس بنا پر مومن کو یہ کوشش کرنا ہے کہ وہ اپنے زمانے کے حالات سے پوری طرح باخبر ہو، ورنہ اس کی سرگرمیاں بے نتیجہ ہو کر رہ جائیں گی۔</w:t>
      </w:r>
    </w:p>
    <w:p>
      <w:r>
        <w:rPr>
          <w:b/>
        </w:rPr>
        <w:t xml:space="preserve">[46:17] </w:t>
      </w:r>
      <w:r>
        <w:t>aur is mazmoon ka aakhri aakhri jumla yeh hai ke agar momin aisay zamanay mein hai jabkay izhaar-e-rai ki azadi aik musallama haq samjha jata hai, woh doosron ki izhaar-e-rai par pabandi ka laganay ka mutalba karay to yeh mutalba amalan kabhi poora na hoga.</w:t>
      </w:r>
    </w:p>
    <w:p>
      <w:pPr>
        <w:jc w:val="right"/>
      </w:pPr>
      <w:r>
        <w:t>اور اس مضمون کا آخری آخری جملہ یہ ہے کہ اگر مومن ایسے زمانے میں ہے جبکہ اظہار رائے کی آزادی ایک مسلمہ حق سمجھا جاتا ہے، وہ دوسروں کی اظہار رائے پر پابندی کا لگانے کا مطالبہ کرے تو یہ مطالبہ عملاً کبھی پورا نہ ہوگا۔</w:t>
      </w:r>
    </w:p>
    <w:p>
      <w:r>
        <w:rPr>
          <w:b/>
        </w:rPr>
        <w:t xml:space="preserve">[46:35] </w:t>
      </w:r>
      <w:r>
        <w:t>albata woh normal mahol khatam ho jaye ga jis mein momin ke liye bhi izhaar-e-rai ki ki yaksa azadi ho. "Al-Risala February 2016" to Allah taala se dua karna aur koshish bhi karni hai ke hum apnay zamanay ko samajhnay walay banayen.</w:t>
      </w:r>
    </w:p>
    <w:p>
      <w:pPr>
        <w:jc w:val="right"/>
      </w:pPr>
      <w:r>
        <w:t>البتہ وہ نارمل ماحول ختم ہو جائے گا جس میں مومن کے لیے بھی اظہار رائے کی کی یکساں آزادی ہو۔ "الرسالہ فروری 2016" تو اللہ تعالی سے دعا کرنا اور کوشش بھی کرنی ہے کہ ہم اپنے زمانے کو سمجھنے والے بنیں۔</w:t>
      </w:r>
    </w:p>
    <w:p>
      <w:r>
        <w:rPr>
          <w:b/>
        </w:rPr>
        <w:t xml:space="preserve">[46:51] </w:t>
      </w:r>
      <w:r>
        <w:t>Maulana Israr sahib ne jo "Global Boiling" ke ta'alluq se bataya tha, to is par Mr. Rohit Kumar, Amrit Sar Punjab ne bohat hi apnay tajrubaat ki roshni mein aik ta'assur diya hai, woh mein yahan parhta hoon.</w:t>
      </w:r>
    </w:p>
    <w:p>
      <w:pPr>
        <w:jc w:val="right"/>
      </w:pPr>
      <w:r>
        <w:t>مولانا اسرار صاحب نے جو "گلوبل بوائلنگ" کے تعلق سے بتایا تھا، تو اس پر مسٹر روہت کمار، امریت سر پنجاب نے بہت ہی اپنے تجربات کی روشنی میں ایک تاثر دیا ہے، وہ میں یہاں پڑھتا ہوں۔</w:t>
      </w:r>
    </w:p>
    <w:p>
      <w:r>
        <w:rPr>
          <w:b/>
        </w:rPr>
        <w:t xml:space="preserve">[47:05] </w:t>
      </w:r>
      <w:r>
        <w:t>unhon ne likha hai ke abhi Sar ne bataya ke kaisay paharon se barf pighal jaye gi, kaisay pani barh jayega. Punjab mein bhi log sochtay thay ke hamaray yahan koi samandar nahi hai, phir yahan bari tabahi nahi hogi,</w:t>
      </w:r>
    </w:p>
    <w:p>
      <w:pPr>
        <w:jc w:val="right"/>
      </w:pPr>
      <w:r>
        <w:t>انہوں نے لکھا ہے کہ ابھی سر نے بتایا کہ کیسے پہاڑوں سے برف پگھل جائے گی، کیسے پانی بڑھ جائے گا۔ پنجاب میں بھی لوگ سوچتے تھے کہ ہمارے یہاں کوئی سمندر نہیں ہے، پھر یہاں بڑی تباہی نہیں ہوگی،</w:t>
      </w:r>
    </w:p>
    <w:p>
      <w:r>
        <w:rPr>
          <w:b/>
        </w:rPr>
        <w:t xml:space="preserve">[47:20] </w:t>
      </w:r>
      <w:r>
        <w:t>lekin kuch mahina pehlay Punjab mein itna pani pani ho gaya ke kitna nuqsan ho jaye. Kisi ne socha nahi tha ke kya yahan bhi itna pani ho jayega.</w:t>
      </w:r>
    </w:p>
    <w:p>
      <w:pPr>
        <w:jc w:val="right"/>
      </w:pPr>
      <w:r>
        <w:t>لیکن کچھ مہینہ پہلے پنجاب میں اتنا پانی پانی ہو گیا کہ کتنا نقصان ہو جائے۔ کسی نے سوچا نہیں تھا کہ کیا یہاں بھی اتنا پانی ہو جائے گا۔</w:t>
      </w:r>
    </w:p>
    <w:p>
      <w:r>
        <w:rPr>
          <w:b/>
        </w:rPr>
        <w:t xml:space="preserve">[47:30] </w:t>
      </w:r>
      <w:r>
        <w:t>yeh soch kar man mein khauf paida ho jata hai. To Punjab jaisi jagah jahan par samandar nahi hai, wahan par itna nuqsan ho sakta hai. To kahin bhi ho sakta hai.</w:t>
      </w:r>
    </w:p>
    <w:p>
      <w:pPr>
        <w:jc w:val="right"/>
      </w:pPr>
      <w:r>
        <w:t>یہ سوچ کر من میں خوف پیدا ہو جاتا ہے۔ تو پنجاب جیسی جگہ جہاں پر سمندر نہیں ہے، وہاں پر اتنا نقصان ہو سکتا ہے۔ تو کہیں بھی ہو سکتا ہے۔</w:t>
      </w:r>
    </w:p>
    <w:p>
      <w:r>
        <w:rPr>
          <w:b/>
        </w:rPr>
        <w:t xml:space="preserve">[47:40] </w:t>
      </w:r>
      <w:r>
        <w:t>hum sochen to to zameen mehfooz nahi hai, woh apnay aakhri anjam ko pohanch rahi hai.</w:t>
      </w:r>
    </w:p>
    <w:p>
      <w:pPr>
        <w:jc w:val="right"/>
      </w:pPr>
      <w:r>
        <w:t>ہم سوچیں تو تو زمین محفوظ نہیں ہے، وہ اپنے آخری انجام کو پہنچ رہی ہے۔</w:t>
      </w:r>
    </w:p>
    <w:p>
      <w:r>
        <w:rPr>
          <w:b/>
        </w:rPr>
        <w:t xml:space="preserve">[47:46] </w:t>
      </w:r>
      <w:r>
        <w:t>ab Maulana Israr Umri sahib, mein aap se sawal karunga ke Delhi aanay se pehlay aap ne Lucknow Book Fair 2023 mein shirkat ki, Good Word Books aur CPEH International ka stall jo tha, us ka intezam sambhala aap dono ne.</w:t>
      </w:r>
    </w:p>
    <w:p>
      <w:pPr>
        <w:jc w:val="right"/>
      </w:pPr>
      <w:r>
        <w:t>اب مولانا اسرار عمری صاحب، میں آپ سے سوال کروں گا کہ دہلی آنے سے پہلے آپ نے لکھنو بک فیئر 2023 میں شرکت کی، گڈ ورڈ بکس اور سی پی ایچ انٹرنیشنل کا اسٹال جو تھا، اس کا انتظام سنبھالا آپ دونوں نے۔</w:t>
      </w:r>
    </w:p>
    <w:p>
      <w:r>
        <w:rPr>
          <w:b/>
        </w:rPr>
        <w:t xml:space="preserve">[48:02] </w:t>
      </w:r>
      <w:r>
        <w:t>to mein aap se yeh darkhwast karunga ke wahan jo tajrubaat huay, kuch us mein se share kijiye aap hamaray sath.</w:t>
      </w:r>
    </w:p>
    <w:p>
      <w:pPr>
        <w:jc w:val="right"/>
      </w:pPr>
      <w:r>
        <w:t>تو میں آپ سے یہ درخواست کروں گا کہ وہاں جو تجربات ہوئے، کچھ اس میں سے شیئر کیجئے آپ ہمارے ساتھ۔</w:t>
      </w:r>
    </w:p>
    <w:p>
      <w:r>
        <w:rPr>
          <w:b/>
        </w:rPr>
        <w:t xml:space="preserve">[48:12] </w:t>
      </w:r>
      <w:r>
        <w:t>Lucknow ka jo safar tha, us ke tajrubaat arz karnay se pehlay mein jo Global Boiling par jo guftagu ho rahi thi, us par Maulana ka aik article ka kuch iqtibass hai, mein woh parh ke sunana chahunga.</w:t>
      </w:r>
    </w:p>
    <w:p>
      <w:pPr>
        <w:jc w:val="right"/>
      </w:pPr>
      <w:r>
        <w:t>لکھنو کا جو سفر تھا، اس کے تجربات عرض کرنے سے پہلے میں جو گلوبل بوائلنگ پر جو گفتگو ہو رہی تھی، اس پر مولانا کا ایک آرٹیکل کا کچھ اقتباس ہے، میں وہ پڑھ کے سنانا چاہوں گا۔</w:t>
      </w:r>
    </w:p>
    <w:p>
      <w:r>
        <w:rPr>
          <w:b/>
        </w:rPr>
        <w:t xml:space="preserve">[48:30] </w:t>
      </w:r>
      <w:r>
        <w:t>is mein wazeh Maulana ne hum ko aik message diya hai, aur hamaray liye woh bohat ziyada mufeed hoga.</w:t>
      </w:r>
    </w:p>
    <w:p>
      <w:pPr>
        <w:jc w:val="right"/>
      </w:pPr>
      <w:r>
        <w:t>اس میں واضح مولانا نے ہم کو ایک میسج دیا ہے، اور ہمارے لیے وہ بہت زیادہ مفید ہوگا۔</w:t>
      </w:r>
    </w:p>
    <w:p>
      <w:r>
        <w:rPr>
          <w:b/>
        </w:rPr>
        <w:t xml:space="preserve">[48:36] </w:t>
      </w:r>
      <w:r>
        <w:t>yeh article Maulana ki kitab "Qayamat ka Alarm" page number 85 mein hai, aur title hai "Toofan-e-Qayamat".</w:t>
      </w:r>
    </w:p>
    <w:p>
      <w:pPr>
        <w:jc w:val="right"/>
      </w:pPr>
      <w:r>
        <w:t>یہ آرٹیکل مولانا کی کتاب "قیامت کا الارم" پیج نمبر 85 میں ہے، اور ٹائٹل ہے "طوفان قیامت"۔</w:t>
      </w:r>
    </w:p>
    <w:p>
      <w:r>
        <w:rPr>
          <w:b/>
        </w:rPr>
        <w:t xml:space="preserve">[48:45] </w:t>
      </w:r>
      <w:r>
        <w:t>woh kafi char panch safhon ka article hai. Is ke aakhri ka do paragraph mein aap ke samnay parh ke sunana chahunga, jis mein Maulana likhtay hain: "Paighambar-e-Islam ne saatvi sadi Esvi mein kaha tha ke meray aur Qayamat ke darmiyan sirf itna faasla hai jitna faasla insaan ki do ungliyon ke darmiyan hai."</w:t>
      </w:r>
    </w:p>
    <w:p>
      <w:pPr>
        <w:jc w:val="right"/>
      </w:pPr>
      <w:r>
        <w:t>وہ کافی چار پانچ صفحات کا آرٹیکل ہے۔ اس کے آخری کا دو پیراگراف میں آپ کے سامنے پڑھ کے سنانا چاہوں گا، جس میں مولانا لکھتے ہیں: "پیغمبر اسلام نے ساتویں صدی عیسوی میں کہا تھا کہ میرے اور قیامت کے درمیان صرف اتنا فاصلہ ہے جتنا فاصلہ انسان کی دو انگلیوں کے درمیان ہے۔"</w:t>
      </w:r>
    </w:p>
    <w:p>
      <w:r>
        <w:rPr>
          <w:b/>
        </w:rPr>
        <w:t xml:space="preserve">[49:06] </w:t>
      </w:r>
      <w:r>
        <w:t>Ana wal sa'atain Global Warming ka waqia Global Warming ka zahira batata hai ke faasla ab khatam ho chuka hai.</w:t>
      </w:r>
    </w:p>
    <w:p>
      <w:pPr>
        <w:jc w:val="right"/>
      </w:pPr>
      <w:r>
        <w:t>انا والساعاتین گلوبل وارمنگ کا واقعہ گلوبل وارمنگ کا ظاہرہ بتاتا ہے کہ فاصلہ اب ختم ہو چکا ہے۔</w:t>
      </w:r>
    </w:p>
    <w:p>
      <w:r>
        <w:rPr>
          <w:b/>
        </w:rPr>
        <w:t xml:space="preserve">[49:18] </w:t>
      </w:r>
      <w:r>
        <w:t>jadeed science jis climate change ki khabar de rahi hai, woh tabdeeli science danon ke bayan ke mutabiq ab is had tak pohanch chuki hai ke ab is ko dobara ulti taraf lotana mumkin nahi.</w:t>
      </w:r>
    </w:p>
    <w:p>
      <w:pPr>
        <w:jc w:val="right"/>
      </w:pPr>
      <w:r>
        <w:t>جدید سائنس جس کلائمیٹ چینج کی خبر دے رہی ہے، وہ تبدیلی سائنس دانوں کے بیان کے مطابق اب اس حد تک پہنچ چکی ہے کہ اب اس کو دوبارہ الٹی طرف لوٹانا ممکن نہیں۔</w:t>
      </w:r>
    </w:p>
    <w:p>
      <w:r>
        <w:rPr>
          <w:b/>
        </w:rPr>
        <w:t xml:space="preserve">[49:31] </w:t>
      </w:r>
      <w:r>
        <w:t>jo waqia honay wala tha, ho chuka. Jo din aanay wala tha, woh din qareeb agaya. Ab aakhri waqt agaya hai jabkay insaan apnay aap ko badlay aur Khuda ke khilaf sarakshi ka tareeqa chhod kar Khuda ke sath wafadari ka tareeqa ikhtiyar karay.</w:t>
      </w:r>
    </w:p>
    <w:p>
      <w:pPr>
        <w:jc w:val="right"/>
      </w:pPr>
      <w:r>
        <w:t>جو واقعہ ہونے والا تھا، ہو چکا۔ جو دن آنے والا تھا، وہ دن قریب آگیا۔ اب آخری وقت آگیا ہے جبکہ انسان اپنے آپ کو بدلے اور خدا کے خلاف سرکشی کا طریقہ چھوڑ کر خدا کے ساتھ وفاداری کا طریقہ اختیار کرے۔</w:t>
      </w:r>
    </w:p>
    <w:p>
      <w:r>
        <w:rPr>
          <w:b/>
        </w:rPr>
        <w:t xml:space="preserve">[49:47] </w:t>
      </w:r>
      <w:r>
        <w:t>halat ki yeh khamosh pukar hai ke insaan apnay aap ko durust kar le, is se pehlay ke apnay aap ko durust karnay ka moqa is ke liye baqi na rahay.</w:t>
      </w:r>
    </w:p>
    <w:p>
      <w:pPr>
        <w:jc w:val="right"/>
      </w:pPr>
      <w:r>
        <w:t>حالات کی یہ خاموش پکار ہے کہ انسان اپنے آپ کو درست کر لے، اس سے پہلے کہ اپنے آپ کو درست کرنے کا موقع اس کے لیے باقی نہ رہے۔</w:t>
      </w:r>
    </w:p>
    <w:p>
      <w:r>
        <w:rPr>
          <w:b/>
        </w:rPr>
        <w:t xml:space="preserve">[49:57] </w:t>
      </w:r>
      <w:r>
        <w:t>yeh iqtibass hai jis ke parhnay se aik mission walay ke andar qurb-e-Qayamat ke ehsas ke sath yeh ehsas, qurb-e-Qayamat ka jo ehsas hai, woh us ko qurb-e-Khuda wandi tak le jata hai.</w:t>
      </w:r>
    </w:p>
    <w:p>
      <w:pPr>
        <w:jc w:val="right"/>
      </w:pPr>
      <w:r>
        <w:t>یہ اقتباس ہے جس کے پڑھنے سے ایک مشن والے کے اندر قرب قیامت کے احساس کے ساتھ یہ احساس، قرب قیامت کا جو احساس ہے، وہ اس کو قرب خداوندی تک لے جاتا ہے۔</w:t>
      </w:r>
    </w:p>
    <w:p>
      <w:r>
        <w:rPr>
          <w:b/>
        </w:rPr>
        <w:t xml:space="preserve">[50:13] </w:t>
      </w:r>
      <w:r>
        <w:t>apne sawal yeh kiya tha ke abhi hum qareeb mein lucknow book fair mein participate kar ke aaye hue aa rahe hain, to is ke kuch experience share karein.</w:t>
      </w:r>
    </w:p>
    <w:p>
      <w:pPr>
        <w:jc w:val="right"/>
      </w:pPr>
      <w:r>
        <w:t>اپنے سوال یہ کیا تھا کہ ابھی ہم قریب میں لکھنو بک فیئر میں پارٹیسپیٹ کر کے آئے ہوئے آ رہے ہیں، تو اس کے کچھ ایکسپیرینس شیئر کریں۔</w:t>
      </w:r>
    </w:p>
    <w:p>
      <w:r>
        <w:rPr>
          <w:b/>
        </w:rPr>
        <w:t xml:space="preserve">[50:25] </w:t>
      </w:r>
      <w:r>
        <w:t>is silsile mein mein aik baat yeh arz karoon ke book fair mein jo good word aur cps ke stalls lagte hain, woh darasal rasool Allah salallahu alaihi wasallam ki sunnat ka aik extension hai.</w:t>
      </w:r>
    </w:p>
    <w:p>
      <w:pPr>
        <w:jc w:val="right"/>
      </w:pPr>
      <w:r>
        <w:t>اس سلسلے میں میں ایک بات یہ عرض کروں کہ بک فیئر میں جو گڈ ورڈ اور سی پی ایس کے اسٹالز لگتے ہیں، وہ دراصل رسول اللہ صلی اللہ علیہ وسلم کی سنت کا ایک ایکسٹینشن ہے۔</w:t>
      </w:r>
    </w:p>
    <w:p>
      <w:r>
        <w:rPr>
          <w:b/>
        </w:rPr>
        <w:t xml:space="preserve">[50:39] </w:t>
      </w:r>
      <w:r>
        <w:t>rasool Allah ke bare mein aata hai seerat ki kitabon mein ke makke mein is tarah ke bazaar, souk, ukaz aur kai bazaar laga karte the jo hajj ke mausam se lagte the aur umre ki nisbat se bhi hote the.</w:t>
      </w:r>
    </w:p>
    <w:p>
      <w:pPr>
        <w:jc w:val="right"/>
      </w:pPr>
      <w:r>
        <w:t>رسول اللہ کے بارے میں آتا ہے سیرت کی کتابوں میں کہ مکے میں اس طرح کے بازار، سوخے، عکاس اور کئی بازار لگا کرتے تھے جو حج کے موسم سے لگتے تھے اور عمرے کی نسبت سے بھی ہوتے تھے۔</w:t>
      </w:r>
    </w:p>
    <w:p>
      <w:r>
        <w:rPr>
          <w:b/>
        </w:rPr>
        <w:t xml:space="preserve">[50:54] </w:t>
      </w:r>
      <w:r>
        <w:t>to is mein rasool Allah tashreef le jaate the aur logon ke samne quran padh ke sunate</w:t>
      </w:r>
    </w:p>
    <w:p>
      <w:pPr>
        <w:jc w:val="right"/>
      </w:pPr>
      <w:r>
        <w:t>تو اس میں رسول اللہ تشریف لے جاتے تھے اور لوگوں کے سامنے قرآن پڑھ کے سناتے</w:t>
      </w:r>
    </w:p>
    <w:p>
      <w:r>
        <w:rPr>
          <w:b/>
        </w:rPr>
        <w:t xml:space="preserve">[50:59] </w:t>
      </w:r>
      <w:r>
        <w:t>the. To is opportunity ko Rasool Allah use karte the.</w:t>
      </w:r>
    </w:p>
    <w:p>
      <w:pPr>
        <w:jc w:val="right"/>
      </w:pPr>
      <w:r>
        <w:t>تھے۔ تو اس اپرچونیٹی کو رسول اللہ یوز کرتے تھے۔</w:t>
      </w:r>
    </w:p>
    <w:p>
      <w:r>
        <w:rPr>
          <w:b/>
        </w:rPr>
        <w:t xml:space="preserve">[51:03] </w:t>
      </w:r>
      <w:r>
        <w:t>To isi sunnat par amal karte hue hum jad Hindustan mein aur balkay Hindustan ke bahar jitnay bhi</w:t>
      </w:r>
    </w:p>
    <w:p>
      <w:pPr>
        <w:jc w:val="right"/>
      </w:pPr>
      <w:r>
        <w:t>تو اسی سنت پر عمل کرتے ہوئے ہم جد ہندوستان میں اور بلکہ ہندوستان کے باہر جتنے بھی</w:t>
      </w:r>
    </w:p>
    <w:p>
      <w:r>
        <w:rPr>
          <w:b/>
        </w:rPr>
        <w:t xml:space="preserve">[51:13] </w:t>
      </w:r>
      <w:r>
        <w:t>jahan kahin mumkin ho, hum ko foreign countries mein bhi good word aur CPS ke stalls</w:t>
      </w:r>
    </w:p>
    <w:p>
      <w:pPr>
        <w:jc w:val="right"/>
      </w:pPr>
      <w:r>
        <w:t>جہاں کہیں ممکن ہو، ہم کو فارن کنٹریز میں بھی گڈ ورڈ اور سی پی ایس کے اسٹالز</w:t>
      </w:r>
    </w:p>
    <w:p>
      <w:r>
        <w:rPr>
          <w:b/>
        </w:rPr>
        <w:t xml:space="preserve">[51:17] </w:t>
      </w:r>
      <w:r>
        <w:t>lagte hain aur in stalls ke zariye hum logon ko Quran pohanchate hain, message of God pohanchate hain</w:t>
      </w:r>
    </w:p>
    <w:p>
      <w:pPr>
        <w:jc w:val="right"/>
      </w:pPr>
      <w:r>
        <w:t>لگتے ہیں اور ان اسٹالز کے ذریعے ہم لوگوں کو قرآن پہنچاتے ہیں، میسج آف گاڈ پہنچاتے ہیں</w:t>
      </w:r>
    </w:p>
    <w:p>
      <w:r>
        <w:rPr>
          <w:b/>
        </w:rPr>
        <w:t xml:space="preserve">[51:25] </w:t>
      </w:r>
      <w:r>
        <w:t>taa ke logon ke andar aik Khuda ko le kar spirituality ko le kar aik awareness paida ho.</w:t>
      </w:r>
    </w:p>
    <w:p>
      <w:pPr>
        <w:jc w:val="right"/>
      </w:pPr>
      <w:r>
        <w:t>تاکہ لوگوں کے اندر ایک خدا کو لے کر سپریچویلیٹی کو لے کر ایک اویرنس پیدا ہو۔</w:t>
      </w:r>
    </w:p>
    <w:p>
      <w:r>
        <w:rPr>
          <w:b/>
        </w:rPr>
        <w:t xml:space="preserve">[51:32] </w:t>
      </w:r>
      <w:r>
        <w:t>is silsile mein aik ajeeb tajruba mera yeh hai ke mein chennai se mera talluq hai, south se. to jab mein wahan se lucknow ke book fair ke liye aa raha tha aur apne sathiyon se is silsile mein discuss kiya, apni family ke logon ko bataya to taqreeban tamam log aik negative woh mujhe response de rahe the ke aap wahan na jaiye, book fair mat lagaiye, stall mat lagaiye, wahan ke halaat aap ke liye positive nahi hain.</w:t>
      </w:r>
    </w:p>
    <w:p>
      <w:pPr>
        <w:jc w:val="right"/>
      </w:pPr>
      <w:r>
        <w:t>اس سلسلے میں ایک عجیب تجربہ میرا یہ ہے کہ میں چنئی سے میرا تعلق ہے، ساؤتھ سے۔ تو جب میں وہاں سے لکھنو کے بک فیئر کے لیے آ رہا تھا اور اپنے ساتھیوں سے اس سلسلے میں ڈسکس کیا، اپنی فیملی کے لوگوں کو بتایا تو تقریباً تمام لوگ ایک نیگیٹیو وہ مجھے رسپانس دے رہے تھے کہ آپ وہاں نہ جائیے، بک فیئر مت لگائیے، اسٹال مت لگائیے، وہاں کے حالات آپ کے لیے پازیٹیو نہیں ہیں۔</w:t>
      </w:r>
    </w:p>
    <w:p>
      <w:r>
        <w:rPr>
          <w:b/>
        </w:rPr>
        <w:t xml:space="preserve">[52:01] </w:t>
      </w:r>
      <w:r>
        <w:t>lekin humein andaza hai ke log jo baat karte hain, woh bilkul aik tarafah baat hoti</w:t>
      </w:r>
    </w:p>
    <w:p>
      <w:pPr>
        <w:jc w:val="right"/>
      </w:pPr>
      <w:r>
        <w:t>لیکن ہمیں اندازہ ہے کہ لوگ جو بات کرتے ہیں، وہ بالکل ایک طرفہ بات ہوتی</w:t>
      </w:r>
    </w:p>
    <w:p>
      <w:r>
        <w:rPr>
          <w:b/>
        </w:rPr>
        <w:t xml:space="preserve">[52:07] </w:t>
      </w:r>
      <w:r>
        <w:t>hai, khusoosan musalmanon ki jo zehniyat hai, is ka agar hum study karein to woh inside in ki guftagu hoti hai. hum jab aa ke dekhte hain yahan par lucknow mein jo book fair laga tha, is mein taqreeban sau se zyada stalls the.</w:t>
      </w:r>
    </w:p>
    <w:p>
      <w:pPr>
        <w:jc w:val="right"/>
      </w:pPr>
      <w:r>
        <w:t>ہے، خصوصاً مسلمانوں کی جو ذہنیت ہے، اس کا اگر ہم سٹڈی کریں تو وہ ان سائیڈ ان کی گفتگو ہوتی ہے۔ ہم جب آ کے دیکھتے ہیں یہاں پر لکھنو میں جو بک فیئر لگا تھا، اس میں تقریباً سو سے زیادہ اسٹالز تھے۔</w:t>
      </w:r>
    </w:p>
    <w:p>
      <w:r>
        <w:rPr>
          <w:b/>
        </w:rPr>
        <w:t xml:space="preserve">[52:21] </w:t>
      </w:r>
      <w:r>
        <w:t>is mein musalmanon ke char stalls the aur urdu ke do stalls the, christians logon ke aik stall tha jahan woh log bilkul free bible distribute kar rahe the.</w:t>
      </w:r>
    </w:p>
    <w:p>
      <w:pPr>
        <w:jc w:val="right"/>
      </w:pPr>
      <w:r>
        <w:t>اس میں مسلمانوں کے چار اسٹال تھے اور اردو کے دو اسٹال تھے، کرسچنز لوگوں کے ایک اسٹال تھا جہاں وہ لوگ بالکل فری بائبل ڈسٹریبیوٹ کر رہے تھے۔</w:t>
      </w:r>
    </w:p>
    <w:p>
      <w:r>
        <w:rPr>
          <w:b/>
        </w:rPr>
        <w:t xml:space="preserve">[52:34] </w:t>
      </w:r>
      <w:r>
        <w:t>to koi kisi tarah ka wahan un ko problem nahi hua, hum ko bhi nahi hua. balkeh log aik talash ke sath aate hain.</w:t>
      </w:r>
    </w:p>
    <w:p>
      <w:pPr>
        <w:jc w:val="right"/>
      </w:pPr>
      <w:r>
        <w:t>تو کوئی کسی طرح کا وہاں ان کو پرابلم نہیں ہوا، ہم کو بھی نہیں ہوا۔ بلکہ لوگ ایک تلاش کے ساتھ آتے ہیں۔</w:t>
      </w:r>
    </w:p>
    <w:p>
      <w:r>
        <w:rPr>
          <w:b/>
        </w:rPr>
        <w:t xml:space="preserve">[52:42] </w:t>
      </w:r>
      <w:r>
        <w:t>balkeh hum ne bohat se families ko dekha jo apne bachchon ke sath hamare stall par aate the aur bachchon ko quran utha ke batate the aur kehte the ke hamare paas jaise bible, jaise hamare paas geeta hai, aise hi musalmanon ki geeta quran hai.</w:t>
      </w:r>
    </w:p>
    <w:p>
      <w:pPr>
        <w:jc w:val="right"/>
      </w:pPr>
      <w:r>
        <w:t>بلکہ ہم نے بہت سے فیملیز کو دیکھا جو اپنے بچوں کے ساتھ ہمارے اسٹال پر آتے تھے اور بچوں کو قرآن اٹھا کے بتاتے تھے اور کہتے تھے کہ ہمارے پاس جیسے بائبل، جیسے ہمارے پاس گیتا ہے، ایسے ہی مسلمانوں کی گیتا قرآن ہے۔</w:t>
      </w:r>
    </w:p>
    <w:p>
      <w:r>
        <w:rPr>
          <w:b/>
        </w:rPr>
        <w:t xml:space="preserve">[52:59] </w:t>
      </w:r>
      <w:r>
        <w:t>to hum jis tarah is ko padhte hain, usi tarah is ko bhi padh kar hum ko janna chahiye.</w:t>
      </w:r>
    </w:p>
    <w:p>
      <w:pPr>
        <w:jc w:val="right"/>
      </w:pPr>
      <w:r>
        <w:t>تو ہم جس طرح اس کو پڑھتے ہیں، اسی طرح اس کو بھی پڑھ کر ہم کو جاننا چاہیے۔</w:t>
      </w:r>
    </w:p>
    <w:p>
      <w:r>
        <w:rPr>
          <w:b/>
        </w:rPr>
        <w:t xml:space="preserve">[53:03] </w:t>
      </w:r>
      <w:r>
        <w:t>to yeh jo positive response hum ko milta hai, woh dekh kar hamare andar aik positive energy paida hoti hai. isi tarah lekin masla yeh hai ke musalmanon ke andar negativity itni bhari hui hai.</w:t>
      </w:r>
    </w:p>
    <w:p>
      <w:pPr>
        <w:jc w:val="right"/>
      </w:pPr>
      <w:r>
        <w:t>تو یہ جو پازیٹیو رسپانس ہم کو ملتا ہے، وہ دیکھ کر ہمارے اندر ایک پازیٹیو انرجی پیدا ہوتی ہے۔ اسی طرح لیکن مسئلہ یہ ہے کہ مسلمانوں کے اندر نیگیٹیوٹی اتنی بھری ہوئی ہے۔</w:t>
      </w:r>
    </w:p>
    <w:p>
      <w:r>
        <w:rPr>
          <w:b/>
        </w:rPr>
        <w:t xml:space="preserve">[53:16] </w:t>
      </w:r>
      <w:r>
        <w:t>maulana mujh se aik bar kaha tha: "asrar sahib, aap salafi hain.</w:t>
      </w:r>
    </w:p>
    <w:p>
      <w:pPr>
        <w:jc w:val="right"/>
      </w:pPr>
      <w:r>
        <w:t>مولانا مجھ سے ایک بار کہا تھا: "اسرار صاحب، آپ سلفی ہیں۔</w:t>
      </w:r>
    </w:p>
    <w:p>
      <w:r>
        <w:rPr>
          <w:b/>
        </w:rPr>
        <w:t xml:space="preserve">[53:21] </w:t>
      </w:r>
      <w:r>
        <w:t>salafi log yeh samajhte hain ke sab se bari burai bidat hai, lekin aap janiye ke sab se bari burai manfi soch hai, negative thought hai." aur yeh negative thought musalmanon ke andar itna zyada sarayat kar gayi hai ke book fair mein mein aik din subah subah jab stall open kiya to aik bohat hi achhi family aa</w:t>
      </w:r>
    </w:p>
    <w:p>
      <w:pPr>
        <w:jc w:val="right"/>
      </w:pPr>
      <w:r>
        <w:t>سلفی لوگ یہ سمجھتے ہیں کہ سب سے بڑی برائی بدعت ہے، لیکن آپ جانیے کہ سب سے بڑی برائی منفی سوچ ہے، نیگیٹیو تھاٹ ہے۔" اور یہ نیگیٹیو تھاٹ مسلمانوں کے اندر اتنا زیادہ سرایت کر گئی ہے کہ بک فیئر میں میں ایک دن صبح صبح جب اسٹال اوپن کیا تو ایک بہت ہی اچھی فیملی آ</w:t>
      </w:r>
    </w:p>
    <w:p>
      <w:r>
        <w:rPr>
          <w:b/>
        </w:rPr>
        <w:t xml:space="preserve">[53:45] </w:t>
      </w:r>
      <w:r>
        <w:t>yi, aik 70 years old aik muslim the, un ke sath un ki beti thi, un ki nawasi thi. to joon hi woh mere stall par aaye, dekh ke bohat hi taajjub ke sath keh rahe hain ke yeh quran ka stall yahan kaise hai?</w:t>
      </w:r>
    </w:p>
    <w:p>
      <w:pPr>
        <w:jc w:val="right"/>
      </w:pPr>
      <w:r>
        <w:t>ئی، ایک 70 ایئرز اولڈ ایک مسلم تھے، ان کے ساتھ ان کی بیٹی تھی، ان کی نواسی تھی۔ تو جونہی وہ میرے اسٹال پر آئے، دیکھ کے بہت ہی تعجب کے ساتھ کہہ رہے ہیں کہ یہ قرآن کا اسٹال یہاں کیسے ہے؟</w:t>
      </w:r>
    </w:p>
    <w:p>
      <w:r>
        <w:rPr>
          <w:b/>
        </w:rPr>
        <w:t xml:space="preserve">[54:00] </w:t>
      </w:r>
      <w:r>
        <w:t>mein ne bola ke yeh to book fair hai, tamam ke stalls hain, to hamara bhi hai, yeh to possible hi nahi hai. aur aap ke samne khula hua hai stall, quran rakha hua hai, to possible hi hai.</w:t>
      </w:r>
    </w:p>
    <w:p>
      <w:pPr>
        <w:jc w:val="right"/>
      </w:pPr>
      <w:r>
        <w:t>میں نے بولا کہ یہ تو بک فیئر ہے، تمام کے اسٹالز ہیں، تو ہمارا بھی ہے، یہ تو پازیبل ہی نہیں ہے۔ اور آپ کے سامنے کھلیا ہوا ہے اسٹال، قرآن رکھا ہوا ہے، تو پازیبل ہی ہے۔</w:t>
      </w:r>
    </w:p>
    <w:p>
      <w:r>
        <w:rPr>
          <w:b/>
        </w:rPr>
        <w:t xml:space="preserve">[54:12] </w:t>
      </w:r>
      <w:r>
        <w:t>nahi janab, aap kahan se hain? unhon ne mujh se poocha. mein ne kaha ke mein chennai se hoon. to woh kehne lage: "aap south se hain, to wahan halaat theek hain, yahan par aisa nahi hai. mein canada ghoom ke aaya hoon, america gaya hoon, dunya ghuma hua insan hoon, yahan jaise aap soch rahe ho, aise halaat nahi hain."</w:t>
      </w:r>
    </w:p>
    <w:p>
      <w:pPr>
        <w:jc w:val="right"/>
      </w:pPr>
      <w:r>
        <w:t>نہیں جناب، آپ کہاں سے ہیں؟ انہوں نے مجھ سے پوچھا۔ میں نے کہا کہ میں چنئی سے ہوں۔ تو وہ کہنے لگے: "آپ ساؤتھ سے ہیں، تو وہاں حالات ٹھیک ہیں، یہاں پر ایسا نہیں ہے۔ میں کینیڈا گھوم کے آیا ہوں، امریکہ گیا ہوں، دنیا گھوما ہوا انسان ہوں، یہاں جیسے آپ سوچ رہے ہو، ایسے حالات نہیں ہیں۔"</w:t>
      </w:r>
    </w:p>
    <w:p>
      <w:r>
        <w:rPr>
          <w:b/>
        </w:rPr>
        <w:t xml:space="preserve">[54:28] </w:t>
      </w:r>
      <w:r>
        <w:t>to aik negative baat bol ke hi gaye woh, jabke wahan stall tha, quran rakhe hue the, pure log aa rahe the, muslim, hindu, christian, sab apne apne pasand ki kitabein khareed rahe the.</w:t>
      </w:r>
    </w:p>
    <w:p>
      <w:pPr>
        <w:jc w:val="right"/>
      </w:pPr>
      <w:r>
        <w:t>تو ایک نیگیٹیو بات بول کے ہی گئے وہ، جبکہ وہاں اسٹال تھا، قرآن رکھے ہوئے تھے، پورے لوگ آ رہے تھے، مسلم، ہندو، کرسچن، سب اپنے اپنے پسند کی کتابیں خرید رہے تھے۔</w:t>
      </w:r>
    </w:p>
    <w:p>
      <w:r>
        <w:rPr>
          <w:b/>
        </w:rPr>
        <w:t xml:space="preserve">[54:39] </w:t>
      </w:r>
      <w:r>
        <w:t>koi kisi ko koi chhed chhad nahi kar raha tha. phir bhi un ka zehn itna zyada negative ho gaya hai ke aik positive incident un ke samne hota bhi hai to woh us ko positive lene ke liye tayyar nahi hain.</w:t>
      </w:r>
    </w:p>
    <w:p>
      <w:pPr>
        <w:jc w:val="right"/>
      </w:pPr>
      <w:r>
        <w:t>کوئی کسی کو کوئی چھیڑ چھاڑ نہیں کر رہا تھا۔ پھر بھی ان کا ذہن اتنا زیادہ نیگیٹیو ہو گیا ہے کہ ایک پازیٹیو انسیڈنٹ ان کے سامنے ہوتا بھی ہے تو وہ اس کو پازیٹیو لینے کے لیے تیار نہیں ہیں۔</w:t>
      </w:r>
    </w:p>
    <w:p>
      <w:r>
        <w:rPr>
          <w:b/>
        </w:rPr>
        <w:t xml:space="preserve">[54:52] </w:t>
      </w:r>
      <w:r>
        <w:t>is ka sabab</w:t>
      </w:r>
    </w:p>
    <w:p>
      <w:pPr>
        <w:jc w:val="right"/>
      </w:pPr>
      <w:r>
        <w:t>اس کا سبب</w:t>
      </w:r>
    </w:p>
    <w:p>
      <w:r>
        <w:rPr>
          <w:b/>
        </w:rPr>
        <w:t xml:space="preserve">[54:53] </w:t>
      </w:r>
      <w:r>
        <w:t>kya hai? maulana ne aik jagah likha hai ke musalmanon ka zehn aisa ho gaya hai ke woh istisnai waqiyat ko, exceptional jo incidents hote hain, un ko generalize kar dete hain.</w:t>
      </w:r>
    </w:p>
    <w:p>
      <w:pPr>
        <w:jc w:val="right"/>
      </w:pPr>
      <w:r>
        <w:t>کیا ہے؟ مولانا نے ایک جگہ لکھا ہے کہ مسلمانوں کا ذہن ایسا ہو گیا ہے کہ وہ استثنائی واقعات کو، ایکسیپشنل جو انسیڈنٹس ہوتے ہیں، ان کو جنرلائز کر دیتے ہیں۔</w:t>
      </w:r>
    </w:p>
    <w:p>
      <w:r>
        <w:rPr>
          <w:b/>
        </w:rPr>
        <w:t xml:space="preserve">[55:05] </w:t>
      </w:r>
      <w:r>
        <w:t>kahin kuch waqea hua to samajhte hain ke pure hindustan mein pure musalmanon ke sath aisa hi ho raha hai. kahin koi incident hua to samajhte hain ke is state ka pura hal aisa hi hai.</w:t>
      </w:r>
    </w:p>
    <w:p>
      <w:pPr>
        <w:jc w:val="right"/>
      </w:pPr>
      <w:r>
        <w:t>کہیں کچھ واقعہ ہوا تو سمجھتے ہیں کہ پورے ہندوستان میں پورے مسلمانوں کے ساتھ ایسا ہی ہو رہا ہے۔ کہیں کوئی انسیڈنٹ ہوا تو سمجھتے ہیں کہ اس اسٹیٹ کا پورا حال ایسا ہی ہے۔</w:t>
      </w:r>
    </w:p>
    <w:p>
      <w:r>
        <w:rPr>
          <w:b/>
        </w:rPr>
        <w:t xml:space="preserve">[55:15] </w:t>
      </w:r>
      <w:r>
        <w:t>jab hum jaate hain aur wahan dekhte hain to woh halaat bilkul mukhtalif rehte hain. to yeh hamari soch ka problem hai, hamari soch ko hum durust karna chahiye.</w:t>
      </w:r>
    </w:p>
    <w:p>
      <w:pPr>
        <w:jc w:val="right"/>
      </w:pPr>
      <w:r>
        <w:t>جب ہم جاتے ہیں اور وہاں دیکھتے ہیں تو وہ حالات بالکل مختلف رہتے ہیں۔ تو یہ ہماری سوچ کا پرابلم ہے، ہماری سوچ کو ہم درست کرنا چاہیے۔</w:t>
      </w:r>
    </w:p>
    <w:p>
      <w:r>
        <w:rPr>
          <w:b/>
        </w:rPr>
        <w:t xml:space="preserve">[55:25] </w:t>
      </w:r>
      <w:r>
        <w:t>mujhe is waqt aik ayat yaad aa rahi hai, garche yeh bohat sakht ayat hai, lekin mein yeh jis pas manzar mein keh raha hoon, bas woh soch ki had tak hai, yeh koi hukum aur fatwe ke par nahi hai.</w:t>
      </w:r>
    </w:p>
    <w:p>
      <w:pPr>
        <w:jc w:val="right"/>
      </w:pPr>
      <w:r>
        <w:t>مجھے اس وقت ایک آیت یاد آ رہی ہے، گرچہ یہ بہت سخت آیت ہے، لیکن میں یہ جس پس منظر میں کہہ رہا ہوں، بس وہ سوچ کی حد تک ہے، یہ کوئی حکم اور فتوے کے پر نہیں ہے۔</w:t>
      </w:r>
    </w:p>
    <w:p>
      <w:r>
        <w:rPr>
          <w:b/>
        </w:rPr>
        <w:t xml:space="preserve">[55:38] </w:t>
      </w:r>
      <w:r>
        <w:t>surah munafiqeen mein allah ta'ala ne ek aayat mein arz karta hai ke yuhsabuna anna kull saht alayhim hum al-adu fahtazur hum</w:t>
      </w:r>
    </w:p>
    <w:p>
      <w:pPr>
        <w:jc w:val="right"/>
      </w:pPr>
      <w:r>
        <w:t>سورۃ المنافقین میں اللہ تعالی نے ایک آیت میں عرض کرتا ہے کہ یحسبون انا کل صحت علیہم ہم العدو فاحذرہم</w:t>
      </w:r>
    </w:p>
    <w:p>
      <w:r>
        <w:rPr>
          <w:b/>
        </w:rPr>
        <w:t xml:space="preserve">[55:50] </w:t>
      </w:r>
      <w:r>
        <w:t>rasool allah ke sath madine mein kuch log the jo apne aap ko musalman to kehte the, lekin un ka dil poori tarah musalman nahi hua tha. to woh log madine mein koi bhi awaz ko sunte to samajhte ke hamare upar hamla ho raha hai.</w:t>
      </w:r>
    </w:p>
    <w:p>
      <w:pPr>
        <w:jc w:val="right"/>
      </w:pPr>
      <w:r>
        <w:t>رسول اللہ کے ساتھ مدینے میں کچھ لوگ تھے جو اپنے آپ کو مسلمان تو کہتے تھے، لیکن ان کا دل پوری طرح مسلمان نہیں ہوا تھا۔ تو وہ لوگ مدینے میں کوئی بھی آواز کو سنتے تو سمجھتے کہ ہمارے اوپر حملہ ہو رہا ہے۔</w:t>
      </w:r>
    </w:p>
    <w:p>
      <w:r>
        <w:rPr>
          <w:b/>
        </w:rPr>
        <w:t xml:space="preserve">[56:04] </w:t>
      </w:r>
      <w:r>
        <w:t>yuhsabuna anna kull saht ke har awaz ko apne khilaf samajhte the. allah kehta hai ke hum al-adu fahtazur hum yeh dushman hain, tum un se door raho.</w:t>
      </w:r>
    </w:p>
    <w:p>
      <w:pPr>
        <w:jc w:val="right"/>
      </w:pPr>
      <w:r>
        <w:t>یحسبون انا کل صحت کہ ہر آواز کو اپنے خلاف سمجھتے تھے۔ اللہ کہتا ہے کہ هم العدو فاحذرہم یہ دشمن ہیں، تم ان سے دور رہو۔</w:t>
      </w:r>
    </w:p>
    <w:p>
      <w:r>
        <w:rPr>
          <w:b/>
        </w:rPr>
        <w:t xml:space="preserve">[56:15] </w:t>
      </w:r>
      <w:r>
        <w:t>to yahan jo dushman ka lafz istemal hua hai, woh insaan ki nisbat se nahi, soch ki nisbat se hai. yeh negative thinking aisi cheez hai jo aap ko kill kar degi.</w:t>
      </w:r>
    </w:p>
    <w:p>
      <w:pPr>
        <w:jc w:val="right"/>
      </w:pPr>
      <w:r>
        <w:t>تو یہاں جو دشمن کا لفظ استعمال ہوا ہے، وہ انسان کی نسبت سے نہیں، سوچ کی نسبت سے ہے۔ یہ نیگیٹیو تھنکنگ ایسی چیز ہے جو آپ کو کل کر دے گی۔</w:t>
      </w:r>
    </w:p>
    <w:p>
      <w:r>
        <w:rPr>
          <w:b/>
        </w:rPr>
        <w:t xml:space="preserve">[56:25] </w:t>
      </w:r>
      <w:r>
        <w:t>negative thinking aisi cheez hai ke dunya mein kahin bhi koi ek negative waqea aap ko pesh ayega to aap generalize kar ke darne lagen ge. main bohat se aise logon ko janta hoon jin ki neenden udi hui hain, halanke itne positive waqeat yahan hote hain, is ko woh lete nahi hain.</w:t>
      </w:r>
    </w:p>
    <w:p>
      <w:pPr>
        <w:jc w:val="right"/>
      </w:pPr>
      <w:r>
        <w:t>نیگیٹیو تھنکنگ ایسی چیز ہے کہ دنیا میں کہیں بھی کوئی ایک نیگیٹیو واقعہ آپ کو پیش آئے گا تو آپ جنرلائز کر کے ڈرنے لگیں گے۔ میں بہت سے ایسے لوگوں کو جانتا ہوں جن کی نیندیں اڑی ہوئی ہیں، حالانکہ اتنے پازیٹیو واقعات یہاں ہوتے ہیں، اس کو وہ لیتے نہیں ہیں۔</w:t>
      </w:r>
    </w:p>
    <w:p>
      <w:r>
        <w:rPr>
          <w:b/>
        </w:rPr>
        <w:t xml:space="preserve">[56:41] </w:t>
      </w:r>
      <w:r>
        <w:t>un ke bazoo positive waqeat hote hain.</w:t>
      </w:r>
    </w:p>
    <w:p>
      <w:pPr>
        <w:jc w:val="right"/>
      </w:pPr>
      <w:r>
        <w:t>ان کے بازو پازیٹیو واقعات ہوتے ہیں۔</w:t>
      </w:r>
    </w:p>
    <w:p>
      <w:r>
        <w:rPr>
          <w:b/>
        </w:rPr>
        <w:t xml:space="preserve">[56:44] </w:t>
      </w:r>
      <w:r>
        <w:t>isi tarah nadwah, yeh lucknow ka hi ek waqea hai. ek sahab ne hum ko apne ghar dinner par bulaya tha to un ke ek saathi aaye hue the jo ek high court mein achi se administration job mein hain,</w:t>
      </w:r>
    </w:p>
    <w:p>
      <w:pPr>
        <w:jc w:val="right"/>
      </w:pPr>
      <w:r>
        <w:t>اسی طرح ندوہ، یہ لکھنو کا ہی ایک واقعہ ہے۔ ایک صاحب نے ہم کو اپنے گھر ڈنر پر بلایا تھا تو ان کے ایک ساتھی آئے ہوئے تھے جو ایک ہائی کورٹ میں اچھی سے ایڈمنسٹریشن جاب میں ہیں،</w:t>
      </w:r>
    </w:p>
    <w:p>
      <w:r>
        <w:rPr>
          <w:b/>
        </w:rPr>
        <w:t xml:space="preserve">[56:58] </w:t>
      </w:r>
      <w:r>
        <w:t>kafi saal se hain. wahan par un se hum ne guftagu ki to woh sahab jo hain, itni negative baat kar rahe the. to hamare saathi iqbal sahab ne poocha: "bhai, aap koi ek negative waqea bataiye ke aap ki colleague ke sath aisa pesh aya?" aap ke colleague ne</w:t>
      </w:r>
    </w:p>
    <w:p>
      <w:pPr>
        <w:jc w:val="right"/>
      </w:pPr>
      <w:r>
        <w:t>کافی سال سے ہیں۔ وہاں پر ان سے ہم نے گفتگو کی تو وہ صاحب جو ہیں، اتنی نیگیٹیو بات کر رہے تھے۔ تو ہمارے ساتھی اقبال صاحب نے پوچھا: "بھائی، آپ کوئی ایک نیگیٹیو واقعہ بتائیے کہ آپ کی کولیگ کے ساتھ ایسا پیش آیا؟" آپ کے کولیگ نے</w:t>
      </w:r>
    </w:p>
    <w:p>
      <w:r>
        <w:rPr>
          <w:b/>
        </w:rPr>
        <w:t xml:space="preserve">[57:13] </w:t>
      </w:r>
      <w:r>
        <w:t>aisa kiya? woh kehte hain: "nahi, mere sath to aisa nahi karte hain, lekin facebook mein aisa likhte hain." to phir saathi ne kaha: "bhai, facebook mein kya likhte hain?" nahi, woh bohat apne mazhabi is ka izhaar karte hain.</w:t>
      </w:r>
    </w:p>
    <w:p>
      <w:pPr>
        <w:jc w:val="right"/>
      </w:pPr>
      <w:r>
        <w:t>ایسا کیا؟ وہ کہتے ہیں: "نہیں، میرے ساتھ تو ایسا نہیں کرتے ہیں، لیکن فیس بک میں ایسا لکھتے ہیں۔" تو پھر ساتھی نے کہا: "بھائی، فیس بک میں کیا لکھتے ہیں؟" نہیں، وہ بہت اپنے مذہبی اس کا اظہار کرتے ہیں۔</w:t>
      </w:r>
    </w:p>
    <w:p>
      <w:r>
        <w:rPr>
          <w:b/>
        </w:rPr>
        <w:t xml:space="preserve">[57:26] </w:t>
      </w:r>
      <w:r>
        <w:t>to unhone kaha: "mazhabi izhaar to har ek karta hai, musalman bhi karte hain, isai bhi karte hain." to woh is ka haq hai, is ko kyun nahi? pehle aisa nahi karte the, ab aisa karte hain.</w:t>
      </w:r>
    </w:p>
    <w:p>
      <w:pPr>
        <w:jc w:val="right"/>
      </w:pPr>
      <w:r>
        <w:t>تو انہوں نے کہا: "مذہبی اظہار تو ہر ایک کرتا ہے، مسلمان بھی کرتے ہیں، عیسائی بھی کرتے ہیں۔" تو وہ اس کا حق ہے، اس کو کیوں نہیں؟ پہلے ایسا نہیں کرتے تھے، اب ایسا کرتے ہیں۔</w:t>
      </w:r>
    </w:p>
    <w:p>
      <w:r>
        <w:rPr>
          <w:b/>
        </w:rPr>
        <w:t xml:space="preserve">[57:36] </w:t>
      </w:r>
      <w:r>
        <w:t>to yeh negative thinking aap ke sath hone wale positive waqeat ko bhi khatam kar dete hain, kill kar dete hain aap ki soch ko, aap ke aram ko, aap ke sab kuch ko kill kar dete hain.</w:t>
      </w:r>
    </w:p>
    <w:p>
      <w:pPr>
        <w:jc w:val="right"/>
      </w:pPr>
      <w:r>
        <w:t>تو یہ نیگیٹیو تھنکنگ آپ کے ساتھ ہونے والے پازیٹیو واقعات کو بھی ختم کر دیتے ہیں، کل کر دیتے ہیں آپ کی سوچ کو، آپ کے آرام کو، آپ کے سب کچھ کو کل کر دیتے ہیں۔</w:t>
      </w:r>
    </w:p>
    <w:p>
      <w:r>
        <w:rPr>
          <w:b/>
        </w:rPr>
        <w:t xml:space="preserve">[57:47] </w:t>
      </w:r>
      <w:r>
        <w:t>isi liye allah ta'ala ne kaha: um al-adu fahtazur hum yeh negative thing aap ka dushman hai, aap is ko kill kijiye, is se door rahiye.</w:t>
      </w:r>
    </w:p>
    <w:p>
      <w:pPr>
        <w:jc w:val="right"/>
      </w:pPr>
      <w:r>
        <w:t>اسی لیے اللہ تعالی نے کہا: ام العدو فاحذرہم یہ نیگیٹیو تھنگ آپ کا دشمن ہے، آپ اس کو کل کیجئے، اس سے دور رہیے۔</w:t>
      </w:r>
    </w:p>
    <w:p>
      <w:r>
        <w:rPr>
          <w:b/>
        </w:rPr>
        <w:t xml:space="preserve">[57:55] </w:t>
      </w:r>
      <w:r>
        <w:t>to bas main aaj yeh arz karunga jo lucknow book fair se jo mujhe experience mila, woh yeh hai ke hum kis tarah se maulana ne hum ko negative thinking se bachaya.</w:t>
      </w:r>
    </w:p>
    <w:p>
      <w:pPr>
        <w:jc w:val="right"/>
      </w:pPr>
      <w:r>
        <w:t>تو بس میں آج یہ عرض کروں گا جو لکھنو بک فیئر سے جو مجھے ایکسپیرینس ملا، وہ یہ ہے کہ ہم کس طرح سے مولانا نے ہم کو نیگیٹیو تھنکنگ سے بچایا۔</w:t>
      </w:r>
    </w:p>
    <w:p>
      <w:r>
        <w:rPr>
          <w:b/>
        </w:rPr>
        <w:t xml:space="preserve">[58:05] </w:t>
      </w:r>
      <w:r>
        <w:t>waqai, agar maulana na hote aur maulana itna zyada agar hum ko negative think ki kharabiyan wazeh na karte to main bhi shayad unhi mein se hota jin ko raat mein neend na aati yeh soch ke ke hamare sath kya ho raha hai.</w:t>
      </w:r>
    </w:p>
    <w:p>
      <w:pPr>
        <w:jc w:val="right"/>
      </w:pPr>
      <w:r>
        <w:t>واقعی، اگر مولانا نہ ہوتے اور مولانا اتنا زیادہ اگر ہم کو نیگیٹیو تھنک کی خرابیاں واضح نہ کرتے تو میں بھی شاید انہی میں سے ہوتا جن کو رات میں نیند نہ آتی یہ سوچ کے کہ ہمارے ساتھ کیا ہو رہا ہے۔</w:t>
      </w:r>
    </w:p>
    <w:p>
      <w:r>
        <w:rPr>
          <w:b/>
        </w:rPr>
        <w:t xml:space="preserve">[58:18] </w:t>
      </w:r>
      <w:r>
        <w:t>lekin ab hum sochte hain to hum ko insanon ka dar nahi hota hai. maulana ne bas hum ko yeh dar rehta hai ke ab qayamat qareeb anay wali hai to hum is mission ko kaise aage badhayen, kuch kar ke chale jayen khuda ke liye.</w:t>
      </w:r>
    </w:p>
    <w:p>
      <w:pPr>
        <w:jc w:val="right"/>
      </w:pPr>
      <w:r>
        <w:t>لیکن اب ہم سوچتے ہیں تو ہم کو انسانوں کا ڈر نہیں ہوتا ہے۔ مولانا نے بس ہم کو یہ ڈر رہتا ہے کہ اب قیامت قریب آنے والی ہے تو ہم اس مشن کو کیسے آگے بڑھائیں، کچھ کر کے چلے جائیں خدا کے لیے۔</w:t>
      </w:r>
    </w:p>
    <w:p>
      <w:r>
        <w:rPr>
          <w:b/>
        </w:rPr>
        <w:t xml:space="preserve">[58:31] </w:t>
      </w:r>
      <w:r>
        <w:t>to khauf jo allah maulana ne hamare dil mein paida kiya hai, woh khuda ka khauf hai. maulana ne ek aayat mein likha hai: al-yawm alladhina kafaroo min min deenikum fala takhshaw bakhshuni</w:t>
      </w:r>
    </w:p>
    <w:p>
      <w:pPr>
        <w:jc w:val="right"/>
      </w:pPr>
      <w:r>
        <w:t>تو خوف جو اللہ مولانا نے ہمارے دل میں پیدا کیا ہے، وہ خدا کا خوف ہے۔ مولانا نے ایک آیت میں لکھا ہے: اليوم الذین کفرو من من دینکم فلا تخشو بخشونی</w:t>
      </w:r>
    </w:p>
    <w:p>
      <w:r>
        <w:rPr>
          <w:b/>
        </w:rPr>
        <w:t xml:space="preserve">[58:46] </w:t>
      </w:r>
      <w:r>
        <w:t>ke allah ta'ala kehta hai ke aaj inkar karne wale tumhare deen se mayous ho chuke hain, yani ab tum par koi zulm karne wala nahi hai.</w:t>
      </w:r>
    </w:p>
    <w:p>
      <w:pPr>
        <w:jc w:val="right"/>
      </w:pPr>
      <w:r>
        <w:t>کہ اللہ تعالی کہتا ہے کہ آج انکار کرنے والے تمہارے دین سے مایوس ہو چکے ہیں، یعنی اب تم پر کوئی ظلم کرنے والا نہیں ہے۔</w:t>
      </w:r>
    </w:p>
    <w:p>
      <w:r>
        <w:rPr>
          <w:b/>
        </w:rPr>
        <w:t xml:space="preserve">[58:54] </w:t>
      </w:r>
      <w:r>
        <w:t>fala takhshawhum ab tum un se mat daro, bakhshuni mujh se daro. to is aayat mein maulana ne ek mukhtasar jumla likha hai, bohat hi ba-mani jumla hai.</w:t>
      </w:r>
    </w:p>
    <w:p>
      <w:pPr>
        <w:jc w:val="right"/>
      </w:pPr>
      <w:r>
        <w:t>فلا تخشوہم اب تم ان سے مت ڈرو، بخشونی مجھ سے ڈرو۔ تو اس آیت میں مولانا نے ایک مختصر جملہ لکھا ہے، بہت ہی بامعنی جملہ ہے۔</w:t>
      </w:r>
    </w:p>
    <w:p>
      <w:r>
        <w:rPr>
          <w:b/>
        </w:rPr>
        <w:t xml:space="preserve">[59:03] </w:t>
      </w:r>
      <w:r>
        <w:t>maulana kehte hain ke ab khashiyat insani ka daur khatam ho gaya, ab khashiyat rabbani ka daur shuru ho chuka hai. to ab jo daur hai, woh khashiyat rabbani ka daur hai, na ke khashiyat insani ka.</w:t>
      </w:r>
    </w:p>
    <w:p>
      <w:pPr>
        <w:jc w:val="right"/>
      </w:pPr>
      <w:r>
        <w:t>مولانا کہتے ہیں کہ اب خشیت انسانی کا دور ختم ہوگیا، اب خشیت ربانی کا دور شروع ہو چکا ہے۔ تو اب جو دور ہے، وہ خشیت ربانی کا دور ہے، نہ کہ خشیت انسانی کا۔</w:t>
      </w:r>
    </w:p>
    <w:p>
      <w:r>
        <w:rPr>
          <w:b/>
        </w:rPr>
        <w:t xml:space="preserve">[59:14] </w:t>
      </w:r>
      <w:r>
        <w:t>to</w:t>
      </w:r>
    </w:p>
    <w:p>
      <w:pPr>
        <w:jc w:val="right"/>
      </w:pPr>
      <w:r>
        <w:t>تو</w:t>
      </w:r>
    </w:p>
    <w:p>
      <w:r>
        <w:rPr>
          <w:b/>
        </w:rPr>
        <w:t xml:space="preserve">[59:15] </w:t>
      </w:r>
      <w:r>
        <w:t>hum chahiye, hamare andar khashiyat rabbani isi waqt ayegi jab ke hum khashiyat insani se door hon, aur khashiyat insani isi waqt hamare dil se khatam hogi jab ke hum zero percent negative thinking hamare dimagh se hum nikalte hain.</w:t>
      </w:r>
    </w:p>
    <w:p>
      <w:pPr>
        <w:jc w:val="right"/>
      </w:pPr>
      <w:r>
        <w:t>ہم چاہیے، ہمارے اندر خشیت ربانی اسی وقت آئے گی جب کہ ہم خشیت انسانی سے دور ہوں، اور خشیت انسانی اسی وقت ہمارے دل سے ختم ہوگی جب کہ ہم زیرو پرسنٹ نیگیٹیو تھنکنگ ہمارے دماغ سے ہم نکالتے ہیں۔</w:t>
      </w:r>
    </w:p>
    <w:p>
      <w:r>
        <w:rPr>
          <w:b/>
        </w:rPr>
        <w:t xml:space="preserve">[59:32] </w:t>
      </w:r>
      <w:r>
        <w:t>yahi chand experiences the jo main aap se share karna chah raha tha.</w:t>
      </w:r>
    </w:p>
    <w:p>
      <w:pPr>
        <w:jc w:val="right"/>
      </w:pPr>
      <w:r>
        <w:t>یہی چند ایکسپیرینس تھے جو میں آپ سے شیئر کرنا چاہ رہا تھا۔</w:t>
      </w:r>
    </w:p>
    <w:p>
      <w:r>
        <w:rPr>
          <w:b/>
        </w:rPr>
        <w:t xml:space="preserve">[59:37] </w:t>
      </w:r>
      <w:r>
        <w:t>aap ne jo baat batai, us par mujhe bas ek hadith add karna hai. ji, aur yeh us waqt ke liye symbolic sense mein hai. allah ke rasool sallallahu alayhi wasallam ne yeh kaha: in qamat al-sa'ah wa fi yadi ahadukum fasilatuh fal yagharsuh qayamat jante hain ke itna intehai nafsan nafs ka alam hoga, aur aadmi sab pareshan hon ge.</w:t>
      </w:r>
    </w:p>
    <w:p>
      <w:pPr>
        <w:jc w:val="right"/>
      </w:pPr>
      <w:r>
        <w:t>آپ نے جو بات بتائی، اس پر مجھے بس ایک حدیث ایڈ کرنا ہے۔ جی، اور یہ اس وقت کے لیے سمبولک سینس میں ہے۔ اللہ کے رسول صلی اللہ علیہ وسلم نے یہ کہا: ان قامت الساعة وفییدی احدکم فصیلتہ فالجغرسہ قیامت جانتے ہیں کہ اتنا انتہائی نفسا نفسی کا عالم ہوگا، اور آدمی سب پریشان ہوں گے۔</w:t>
      </w:r>
    </w:p>
    <w:p>
      <w:r>
        <w:rPr>
          <w:b/>
        </w:rPr>
        <w:t xml:space="preserve">[59:58] </w:t>
      </w:r>
      <w:r>
        <w:t>us waqt ke bare mein bhi allah ke rasool sallallahu alayhi wasallam ne kaha ke qayamat qaim ho jaye, aur tum mein se kisi ke hath mein ek poda ho, aur us ko mauqa ho ke us ko woh zameen mein</w:t>
      </w:r>
    </w:p>
    <w:p>
      <w:pPr>
        <w:jc w:val="right"/>
      </w:pPr>
      <w:r>
        <w:t>اس وقت کے بارے میں بھی اللہ کے رسول صلی اللہ علیہ وسلم نے کہا کہ قیامت قائم ہو جائے، اور تم میں سے کسی کے ہاتھ میں ایک پودا ہو، اور اس کو موقع ہو کہ اس کو وہ زمین میں</w:t>
      </w:r>
    </w:p>
    <w:p>
      <w:r>
        <w:rPr>
          <w:b/>
        </w:rPr>
        <w:t xml:space="preserve">[1:00:08] </w:t>
      </w:r>
      <w:r>
        <w:t>gaad de, to zaroor aisa kare. to aap samajhte hain, koi agar yeh samajhta hai ke intehai nafrat ka mahol hai, us ke bawajood us ke pas mauqa hai ke koi achi baat, khair ki baat, khuda ke deen ki baat, mohabbat ki baat phaila sakta hai, to zaroor phailaye.</w:t>
      </w:r>
    </w:p>
    <w:p>
      <w:pPr>
        <w:jc w:val="right"/>
      </w:pPr>
      <w:r>
        <w:t>گاڑ دے، تو ضرور ایسا کرے۔ تو آپ سمجھتے ہیں، کوئی اگر یہ سمجھتا ہے کہ انتہائی نفرت کا ماحول ہے، اس کے باوجود اس کے پاس موقع ہے کہ کوئی اچھی بات، خیر کی بات، خدا کے دین کی بات، محبت کی بات پھیلا سکتا ہے، تو ضرور پھیلائے۔</w:t>
      </w:r>
    </w:p>
    <w:p>
      <w:r>
        <w:rPr>
          <w:b/>
        </w:rPr>
        <w:t xml:space="preserve">[1:00:24] </w:t>
      </w:r>
      <w:r>
        <w:t>is hadith ki roshni mein yahi maloom hota hai.</w:t>
      </w:r>
    </w:p>
    <w:p>
      <w:pPr>
        <w:jc w:val="right"/>
      </w:pPr>
      <w:r>
        <w:t>اس حدیث کی روشنی میں یہی معلوم ہوتا ہے۔</w:t>
      </w:r>
    </w:p>
    <w:p>
      <w:r>
        <w:rPr>
          <w:b/>
        </w:rPr>
        <w:t xml:space="preserve">[1:00:27] </w:t>
      </w:r>
      <w:r>
        <w:t>waqt kam hai, is liye main bohat sare sawal aap logon se karna chahta tha taake hum tamam logon ko is se zyada faida ho. waqt kam hai, is liye main aap dono se ek hi sawal karunga.</w:t>
      </w:r>
    </w:p>
    <w:p>
      <w:pPr>
        <w:jc w:val="right"/>
      </w:pPr>
      <w:r>
        <w:t>وقت کم ہے، اس لیے میں بہت سارے سوال آپ لوگوں سے کرنا چاہتا تھا تاکہ ہم تمام لوگوں کو اس سے زیادہ فائدہ ہو۔ وقت کم ہے، اس لیے میں آپ دونوں سے ایک ہی سوال کروں گا۔</w:t>
      </w:r>
    </w:p>
    <w:p>
      <w:r>
        <w:rPr>
          <w:b/>
        </w:rPr>
        <w:t xml:space="preserve">[1:00:38] </w:t>
      </w:r>
      <w:r>
        <w:t>aakhri mein woh yeh hai ke aap dono aalim-e-deen hain, aur ek taweel arse se dawat-ul-islaah ke maidan mein maujood hain.</w:t>
      </w:r>
    </w:p>
    <w:p>
      <w:pPr>
        <w:jc w:val="right"/>
      </w:pPr>
      <w:r>
        <w:t>آخری میں وہ یہ ہے کہ آپ دونوں عالم دین ہیں، اور ایک طویل عرصے سے دعوت الاصلاح کے میدان میں موجود ہیں۔</w:t>
      </w:r>
    </w:p>
    <w:p>
      <w:r>
        <w:rPr>
          <w:b/>
        </w:rPr>
        <w:t xml:space="preserve">[1:00:47] </w:t>
      </w:r>
      <w:r>
        <w:t>aap dono log naujawan ulama ko kya paigham dena chahenge? sab se pehle Maulana Iqbal Amri sahib, aap paigham dein.</w:t>
      </w:r>
    </w:p>
    <w:p>
      <w:pPr>
        <w:jc w:val="right"/>
      </w:pPr>
      <w:r>
        <w:t>آپ دونوں لوگ نوجوان علماء کو کیا پیغام دینا چاہیں گے؟ سب سے پہلے مولانا اقبال امری صاحب، آپ پیغام دیں۔</w:t>
      </w:r>
    </w:p>
    <w:p>
      <w:r>
        <w:rPr>
          <w:b/>
        </w:rPr>
        <w:t xml:space="preserve">[1:00:57] </w:t>
      </w:r>
      <w:r>
        <w:t>dekhein, hum ek madarse se farigh hain. hum jaise kai aise hazaron lakhon afraad in madaris se jure hue hain.</w:t>
      </w:r>
    </w:p>
    <w:p>
      <w:pPr>
        <w:jc w:val="right"/>
      </w:pPr>
      <w:r>
        <w:t>دیکھیں، ہم ایک مدرسے سے فارغ ہیں۔ ہم جیسے کئی ایسے ہزاروں لاکھوں افراد ان مدارس سے جڑے ہوئے ہیں۔</w:t>
      </w:r>
    </w:p>
    <w:p>
      <w:r>
        <w:rPr>
          <w:b/>
        </w:rPr>
        <w:t xml:space="preserve">[1:01:07] </w:t>
      </w:r>
      <w:r>
        <w:t>aakhir madaris ka kya maqsad hai? ek to musalmanon ki islaah, doosra Islam ke bare mein logon ko aagah karna.</w:t>
      </w:r>
    </w:p>
    <w:p>
      <w:pPr>
        <w:jc w:val="right"/>
      </w:pPr>
      <w:r>
        <w:t>آخر مدارس کا کیا مقصد ہے؟ ایک تو مسلمانوں کی اصلاح، دوسرا اسلام کے بارے میں لوگوں کو آگاہ کرنا۔</w:t>
      </w:r>
    </w:p>
    <w:p>
      <w:r>
        <w:rPr>
          <w:b/>
        </w:rPr>
        <w:t xml:space="preserve">[1:01:20] </w:t>
      </w:r>
      <w:r>
        <w:t>Maulana ke alfaaz mein ummat ka mission marifat hai, aur marifat jaise jaise insaan ko zyada hogi, to woh dawat ki shakal mein badhti jayegi.</w:t>
      </w:r>
    </w:p>
    <w:p>
      <w:pPr>
        <w:jc w:val="right"/>
      </w:pPr>
      <w:r>
        <w:t>مولانا کے الفاظ میں امت کا مشن معرفت ہے، اور معرفت جیسے جیسے انسان کو زیادہ ہوگی، تو وہ دعوت کی شکل میں بڑھتی جائے گی۔</w:t>
      </w:r>
    </w:p>
    <w:p>
      <w:r>
        <w:rPr>
          <w:b/>
        </w:rPr>
        <w:t xml:space="preserve">[1:01:34] </w:t>
      </w:r>
      <w:r>
        <w:t>to marifat o dawat yeh mission hai. to ahl-e-madaris ka role bhi yahi hai.</w:t>
      </w:r>
    </w:p>
    <w:p>
      <w:pPr>
        <w:jc w:val="right"/>
      </w:pPr>
      <w:r>
        <w:t>تو معرفت و دعوت یہ مشن ہے۔ تو اہل مدارس کا رول بھی یہی ہے۔</w:t>
      </w:r>
    </w:p>
    <w:p>
      <w:r>
        <w:rPr>
          <w:b/>
        </w:rPr>
        <w:t xml:space="preserve">[1:01:41] </w:t>
      </w:r>
      <w:r>
        <w:t>ahl-e-madaris ka role apne aap ko mukhtalif uloom mein maharat paida karke ya mukhtalif maidanon ko sambhalna, yeh unka tarjihi maqsad, tarjihi role nahi hai.</w:t>
      </w:r>
    </w:p>
    <w:p>
      <w:pPr>
        <w:jc w:val="right"/>
      </w:pPr>
      <w:r>
        <w:t>اہل مدارس کا رول اپنے آپ کو مختلف علوم میں مہارت پیدا کر کے یا مختلف میدانوں کو سنبھالنا، یہ ان کا ترجیحی مقصد، ترجیحی رول نہیں ہے۔</w:t>
      </w:r>
    </w:p>
    <w:p>
      <w:r>
        <w:rPr>
          <w:b/>
        </w:rPr>
        <w:t xml:space="preserve">[1:01:58] </w:t>
      </w:r>
      <w:r>
        <w:t>to aam taur se aaj kal madaris mein faraghat ke baad ya rehte hue bhi asri uloom padhaye jaate hain.</w:t>
      </w:r>
    </w:p>
    <w:p>
      <w:pPr>
        <w:jc w:val="right"/>
      </w:pPr>
      <w:r>
        <w:t>تو عام طور سے آج کل مدارس میں فراغت کے بعد یا رہتے ہوئے بھی عصری علوم پڑھائے جاتے ہیں۔</w:t>
      </w:r>
    </w:p>
    <w:p>
      <w:r>
        <w:rPr>
          <w:b/>
        </w:rPr>
        <w:t xml:space="preserve">[1:02:08] </w:t>
      </w:r>
      <w:r>
        <w:t>isi tarah faraghat ke baad bridging courses karaye jaate hain taake woh mazeed taleem hasil karne ke laiq banen. yaani mazeed kaise ek aalim professional ban sakta hai?</w:t>
      </w:r>
    </w:p>
    <w:p>
      <w:pPr>
        <w:jc w:val="right"/>
      </w:pPr>
      <w:r>
        <w:t>اسی طرح فراغت کے بعد برجنگ کورسز کرائے جاتے ہیں تاکہ وہ مزید تعلیم حاصل کرنے کے لائق بنیں۔ یعنی مزید کیسے ایک عالم پروفیشنل بن سکتا ہے؟</w:t>
      </w:r>
    </w:p>
    <w:p>
      <w:r>
        <w:rPr>
          <w:b/>
        </w:rPr>
        <w:t xml:space="preserve">[1:02:22] </w:t>
      </w:r>
      <w:r>
        <w:t>is qism ki tarteeb har madarse mein taqreeban ho rahi hai, aur taqreeban hum dekhte hain ke pachaas sau saal se aise madaris hain jismein asri uloom bhi padhaye jaate hain, aur bade fakhr se kehte hain ke hamare is idare mein asri aur qadeem uloom ka imtezaaj hai.</w:t>
      </w:r>
    </w:p>
    <w:p>
      <w:pPr>
        <w:jc w:val="right"/>
      </w:pPr>
      <w:r>
        <w:t>اس قسم کی ترتیب ہر مدرسے میں تقریباً ہو رہی ہے، اور تقریباً ہم دیکھتے ہیں کہ پچاس سو سال سے ایسے مدارس ہیں جس میں عصری علوم بھی پڑھائے جاتے ہیں، اور بڑے فخر سے کہتے ہیں کہ ہمارے اس ادارے میں عصری اور قدیم علوم کا امتزاج ہے۔</w:t>
      </w:r>
    </w:p>
    <w:p>
      <w:r>
        <w:rPr>
          <w:b/>
        </w:rPr>
        <w:t xml:space="preserve">[1:02:47] </w:t>
      </w:r>
      <w:r>
        <w:t>aur isi tarah hum jadeed saaleh aur jadeed naafeh aur qadeem saaleh padhate hain.</w:t>
      </w:r>
    </w:p>
    <w:p>
      <w:pPr>
        <w:jc w:val="right"/>
      </w:pPr>
      <w:r>
        <w:t>اور اسی طرح ہم جدید صالح اور جدید نافع اور قدیم صالح پڑھاتے ہیں۔</w:t>
      </w:r>
    </w:p>
    <w:p>
      <w:r>
        <w:rPr>
          <w:b/>
        </w:rPr>
        <w:t xml:space="preserve">[1:02:56] </w:t>
      </w:r>
      <w:r>
        <w:t>mere haal, yaani jo Dars-e-Nizami hai, uske ilawa bohat si cheezein apna rahe hain. main in saare jo hamare hi is maidan mein lage hue hain, yaani ilm ke maidan mein, main unse guzarish karna chahta hoon ke Maulana izafa-e-dars ke qaail the,</w:t>
      </w:r>
    </w:p>
    <w:p>
      <w:pPr>
        <w:jc w:val="right"/>
      </w:pPr>
      <w:r>
        <w:t>میرے حال، یعنی جو درس نظامی ہے، اس کے علاوہ بہت سی چیزیں اپنا رہے ہیں۔ میں ان سارے جو ہمارے ہی اس میدان میں لگے ہوئے ہیں، یعنی علم کے میدان میں، میں ان سے گزارش کرنا چاہتا ہوں کہ مولانا اضافہ درس کے قائل تھے،</w:t>
      </w:r>
    </w:p>
    <w:p>
      <w:r>
        <w:rPr>
          <w:b/>
        </w:rPr>
        <w:t xml:space="preserve">[1:03:22] </w:t>
      </w:r>
      <w:r>
        <w:t>yaani jo nisaab chal raha hai, usmein tabdeeli ke Maulana qaail nahi the, balki izafa-e-dars ke qaail the.</w:t>
      </w:r>
    </w:p>
    <w:p>
      <w:pPr>
        <w:jc w:val="right"/>
      </w:pPr>
      <w:r>
        <w:t>یعنی جو نصاب چل رہا ہے، اس میں تبدیلی کے مولانا قائل نہیں تھے، بلکہ اضافہ درس کے قائل تھے۔</w:t>
      </w:r>
    </w:p>
    <w:p>
      <w:r>
        <w:rPr>
          <w:b/>
        </w:rPr>
        <w:t xml:space="preserve">[1:03:28] </w:t>
      </w:r>
      <w:r>
        <w:t>yaani hum ko woh kya cheezein kharji taur par dawat aur marifat ke liye apnana hai, woh saari cheezein Maulana ne apni tehreeron mein likh di hain ke aap ek madarse mein rehte hue bhi apne mutaale mein agar izafa-e-dars karna chahte hain,</w:t>
      </w:r>
    </w:p>
    <w:p>
      <w:pPr>
        <w:jc w:val="right"/>
      </w:pPr>
      <w:r>
        <w:t>یعنی ہم کو وہ کیا چیزیں خارجی طور پر دعوت اور معرفت کے لیے اپنانا ہے، وہ ساری چیزیں مولانا نے اپنی تحریروں میں لکھ دی ہیں کہ آپ ایک مدرسے میں رہتے ہوئے بھی اپنے مطالعے میں اگر اضافہ درس کرنا چاہتے ہیں،</w:t>
      </w:r>
    </w:p>
    <w:p>
      <w:r>
        <w:rPr>
          <w:b/>
        </w:rPr>
        <w:t xml:space="preserve">[1:03:50] </w:t>
      </w:r>
      <w:r>
        <w:t>iski tatbeeq jo padh rahe hain, uski tatbeeq aur uski tasdeeq ke liye Maulana ne kaam kiya hai.</w:t>
      </w:r>
    </w:p>
    <w:p>
      <w:pPr>
        <w:jc w:val="right"/>
      </w:pPr>
      <w:r>
        <w:t>اس کی تطبیق جو پڑھ رہے ہیں، اس کی تطبیق اور اس کی تصدیق کے لیے مولانا نے کام کیا ہے۔</w:t>
      </w:r>
    </w:p>
    <w:p>
      <w:r>
        <w:rPr>
          <w:b/>
        </w:rPr>
        <w:t xml:space="preserve">[1:03:59] </w:t>
      </w:r>
      <w:r>
        <w:t>bohat zyada kaam Maulana ne jo kiya hai, kyunke Maulana khud ek aalim the, to ahl-e-madaris kyun in-fit ho gaye hain, mis-fit ho gaye hain logon ko approach karne ke liye?</w:t>
      </w:r>
    </w:p>
    <w:p>
      <w:pPr>
        <w:jc w:val="right"/>
      </w:pPr>
      <w:r>
        <w:t>بہت زیادہ کام مولانا نے جو کیا ہے، کیونکہ مولانا خود ایک عالم تھے، تو اہل مدارس کیوں ان فٹ ہو گئے ہیں، مس فٹ ہو گئے ہیں لوگوں کو اپروچ کرنے کے لیے؟</w:t>
      </w:r>
    </w:p>
    <w:p>
      <w:r>
        <w:rPr>
          <w:b/>
        </w:rPr>
        <w:t xml:space="preserve">[1:04:10] </w:t>
      </w:r>
      <w:r>
        <w:t>iske liye, yaani yahan par yeh ek naujawanon mein ek taraf deeni bedari aur deeni bizari do cheezein aayi hain.</w:t>
      </w:r>
    </w:p>
    <w:p>
      <w:pPr>
        <w:jc w:val="right"/>
      </w:pPr>
      <w:r>
        <w:t>اس کے لیے، یعنی یہاں پر یہ ایک نوجوانوں میں ایک طرف دینی بیداری اور دینی بیزاری دو چیزیں آئی ہیں۔</w:t>
      </w:r>
    </w:p>
    <w:p>
      <w:r>
        <w:rPr>
          <w:b/>
        </w:rPr>
        <w:t xml:space="preserve">[1:04:24] </w:t>
      </w:r>
      <w:r>
        <w:t>to deeni bizari ke asbaab ko Maulana ne daryaft kiya hai, aur deeni bedari mein jo ghalti hai, uski taraf bhi Maulana ne rehnumai ki hai.</w:t>
      </w:r>
    </w:p>
    <w:p>
      <w:pPr>
        <w:jc w:val="right"/>
      </w:pPr>
      <w:r>
        <w:t>تو دینی بیزاری کے اسباب کو مولانا نے دریافت کیا ہے، اور دینی بیداری میں جو غلطی ہے، اس کی طرف بھی مولانا نے رہنمائی کی ہے۔</w:t>
      </w:r>
    </w:p>
    <w:p>
      <w:r>
        <w:rPr>
          <w:b/>
        </w:rPr>
        <w:t xml:space="preserve">[1:04:34] </w:t>
      </w:r>
      <w:r>
        <w:t>to main yeh kahunga ke jaisa hum apne professional is mein bridging courses karne ki koshish karte hain, apne mutaale mein Maulana ki kitabon ko rakhein, aur goya yeh samjhein ke yeh bridging role ada kar rahe hain ke aap ko baseer-e-zamana banane ke liye.</w:t>
      </w:r>
    </w:p>
    <w:p>
      <w:pPr>
        <w:jc w:val="right"/>
      </w:pPr>
      <w:r>
        <w:t>تو میں یہ کہوں گا کہ جیسا ہم اپنے پروفیشنل اس میں برجنگ کورسز کرنے کی کوشش کرتے ہیں، اپنے مطالعے میں مولانا کی کتابوں کو رکھیں، اور گویا یہ سمجھیں کہ یہ برجنگ رول ادا کر رہے ہیں کہ آپ کو بصیر زمانہ بنانے کے لیے۔</w:t>
      </w:r>
    </w:p>
    <w:p>
      <w:r>
        <w:rPr>
          <w:b/>
        </w:rPr>
        <w:t xml:space="preserve">[1:04:56] </w:t>
      </w:r>
      <w:r>
        <w:t>aur isi tarah hum CPS mission walon ko yeh discover karna chahiye ke hum aane wali nasal ke liye ek bridging role ada kar rahe hain.</w:t>
      </w:r>
    </w:p>
    <w:p>
      <w:pPr>
        <w:jc w:val="right"/>
      </w:pPr>
      <w:r>
        <w:t>اور اسی طرح ہم سی پی ایس مشن والوں کو یہ ڈسکور کرنا چاہیے کہ ہم آنے والی نسل کے لیے ایک برجنگ رول ادا کر رہے ہیں۔</w:t>
      </w:r>
    </w:p>
    <w:p>
      <w:r>
        <w:rPr>
          <w:b/>
        </w:rPr>
        <w:t xml:space="preserve">[1:05:06] </w:t>
      </w:r>
      <w:r>
        <w:t>isko ikhlas ke saath is par qaim rehna hai, aur jo kaam bhi ho sake, chahe composing ka ho, proofreading ka ho ya compiling ka ho, saare ismein ikhlas ke saath, ismein istiqamat ke saath lage rehna chahiye, kyunke aap bhi aane wali nasal ke liye bridging role ada kar rahe hain.</w:t>
      </w:r>
    </w:p>
    <w:p>
      <w:pPr>
        <w:jc w:val="right"/>
      </w:pPr>
      <w:r>
        <w:t>اس کو اخلاص کے ساتھ اس پر قائم رہنا ہے، اور جو کام بھی ہو سکے، چاہے کمپوزنگ کا ہو، پروف ریڈنگ کا ہو یا کمپائلنگ کا ہو، سارے اس میں اخلاص کے ساتھ، اس میں استقامت کے ساتھ لگے رہنا چاہیے، کیونکہ آپ بھی آنے والی نسل کے لیے برجنگ رول ادا کر رہے ہیں۔</w:t>
      </w:r>
    </w:p>
    <w:p>
      <w:r>
        <w:rPr>
          <w:b/>
        </w:rPr>
        <w:t xml:space="preserve">[1:05:28] </w:t>
      </w:r>
      <w:r>
        <w:t>bas inhi baaton ko kehte hue main dua karta hoon ke Allah taala hum ko sahi maane mein daur-e-jadeed ko samajhne ki aur marifat mein mazeed aage badhne ki tofeeq ata farmaye.</w:t>
      </w:r>
    </w:p>
    <w:p>
      <w:pPr>
        <w:jc w:val="right"/>
      </w:pPr>
      <w:r>
        <w:t>بس انہی باتوں کو کہتے ہوئے میں دعا کرتا ہوں کہ اللہ تعالی ہم کو صحیح معنی میں دور جدید کو سمجھنے کی اور معرفت میں مزید آگے بڑھنے کی توفیق عطا فرمائے۔</w:t>
      </w:r>
    </w:p>
    <w:p>
      <w:r>
        <w:rPr>
          <w:b/>
        </w:rPr>
        <w:t xml:space="preserve">[1:05:40] </w:t>
      </w:r>
      <w:r>
        <w:t>Maulana Asrar sahib, aap kya paigham denge? ji, bas Iqbal sahib ka jo message hai, woh bhi wahi mera message</w:t>
      </w:r>
    </w:p>
    <w:p>
      <w:pPr>
        <w:jc w:val="right"/>
      </w:pPr>
      <w:r>
        <w:t>مولانا اسرار صاحب، آپ کیا پیغام دیں گے؟ جی، بس اقبال صاحب کا جو میسج ہے، وہ بھی وہی میرا میسج</w:t>
      </w:r>
    </w:p>
    <w:p>
      <w:r>
        <w:rPr>
          <w:b/>
        </w:rPr>
        <w:t xml:space="preserve">[1:05:47] </w:t>
      </w:r>
      <w:r>
        <w:t>hai. bas is mein aik mein izafa karna chahoon ga ke aaj kal madaris mein bohat se aisay speakers atay hain jo talaba ke darmiyan yeh speech detay hain, aur khud articles bohat se atay hain, aur yeh batatay hain ke aik aalim ko sirf aalim ban ke nahi rehna chahiye, balkay is ko mukhtalif fields mein aa ke kaam karna chahiye.</w:t>
      </w:r>
    </w:p>
    <w:p>
      <w:pPr>
        <w:jc w:val="right"/>
      </w:pPr>
      <w:r>
        <w:t>ہے۔ بس اس میں ایک میں اضافہ کرنا چاہوں گا کہ آج کل مدارس میں بہت سے ایسے سپیکرز آتے ہیں جو طلباء کے درمیان یہ سپیچ دیتے ہیں، اور خود آرٹیکلز بہت سے آتے ہیں، اور یہ بتاتے ہیں کہ ایک عالم کو صرف عالم بن کے نہیں رہنا چاہیے، بلکہ اس کو مختلف فیلڈز میں آ کے کام کرنا چاہیے۔</w:t>
      </w:r>
    </w:p>
    <w:p>
      <w:r>
        <w:rPr>
          <w:b/>
        </w:rPr>
        <w:t xml:space="preserve">[1:06:08] </w:t>
      </w:r>
      <w:r>
        <w:t>is ko politics mein bhi aana chahiye, is ko vakalat mein bhi aana chahiye, is ko doctor bhi banna chahiye.</w:t>
      </w:r>
    </w:p>
    <w:p>
      <w:pPr>
        <w:jc w:val="right"/>
      </w:pPr>
      <w:r>
        <w:t>اس کو پولیٹکس میں بھی آنا چاہیے، اس کو وکالت میں بھی آنا چاہیے، اس کو ڈاکٹر بھی بننا چاہیے۔</w:t>
      </w:r>
    </w:p>
    <w:p>
      <w:r>
        <w:rPr>
          <w:b/>
        </w:rPr>
        <w:t xml:space="preserve">[1:06:14] </w:t>
      </w:r>
      <w:r>
        <w:t>mein samajhta hoon ke yeh baat jo hai, bilkul Quran ki taleem ke khilaf hai. Quran mein Allah taala kehta hai: طائفة لیتفقہ فی الدین ولینزروا قومہم اذا رجعوا الیہم aik group, aik team aisi honi chahiye jo deen ka deep knowledge hasil kare, aur is ki buniyad par apnay logon ko aware kare, un ke andar awareness paida kare.</w:t>
      </w:r>
    </w:p>
    <w:p>
      <w:pPr>
        <w:jc w:val="right"/>
      </w:pPr>
      <w:r>
        <w:t>میں سمجھتا ہوں کہ یہ بات جو ہے، بالکل قرآن کی تعلیم کے خلاف ہے۔ قرآن میں اللہ تعالی کہتا ہے: طائفة لیتفقہ فی الدین ولینزروا قومہم اذا رجعوا الیہم ایک گروپ، ایک ٹیم ایسی ہونی چاہیے جو دین کا ڈیپ نالج حاصل کرے، اور اس کی بنیاد پر اپنے لوگوں کو اویئر کرے، ان کے اندر اویرنس پیدا کرے۔</w:t>
      </w:r>
    </w:p>
    <w:p>
      <w:r>
        <w:rPr>
          <w:b/>
        </w:rPr>
        <w:t xml:space="preserve">[1:06:41] </w:t>
      </w:r>
      <w:r>
        <w:t>to ulama ko jo kaam karna chahiye, woh yeh hai ke woh deen ka deep knowledge hasil karein, phir woh janein ke is ko aaj apnay zamanay mein practical tor par kaise apply kar sakte hain.</w:t>
      </w:r>
    </w:p>
    <w:p>
      <w:pPr>
        <w:jc w:val="right"/>
      </w:pPr>
      <w:r>
        <w:t>تو علماء کو جو کام کرنا چاہیے، وہ یہ ہے کہ وہ دین کا ڈیپ نالج حاصل کریں، پھر وہ جانیں کہ اس کو آج اپنے زمانے میں پریکٹیکل طور پر کیسے اپلائی کر سکتے ہیں۔</w:t>
      </w:r>
    </w:p>
    <w:p>
      <w:r>
        <w:rPr>
          <w:b/>
        </w:rPr>
        <w:t xml:space="preserve">[1:06:53] </w:t>
      </w:r>
      <w:r>
        <w:t>to is ke liye, jaisa Iqbal sahib ne bataya ke aadmi ko apnay zamanay se waqif hona chahiye, to jo is ka knowledge hai, woh is ko hasil karein. daur jadeed ka jo knowledge hai, us ko parhein, har cheez parhein, us ko hasil karein, phir deen ki tatbiqi tor par is ko apply karne par is ko use kari</w:t>
      </w:r>
    </w:p>
    <w:p>
      <w:pPr>
        <w:jc w:val="right"/>
      </w:pPr>
      <w:r>
        <w:t>تو اس کے لیے، جیسا اقبال صاحب نے بتایا کہ آدمی کو اپنے زمانے سے واقف ہونا چاہیے، تو جو اس کا نالج ہے، وہ اس کو حاصل کریں۔ دور جدید کا جو نالج ہے، اس کو پڑھیں، ہر چیز پڑھیں، اس کو حاصل کریں، پھر دین کی تطبیقی طور پر اس کو اپلائی کرنے پر اس کو یوز کری</w:t>
      </w:r>
    </w:p>
    <w:p>
      <w:r>
        <w:rPr>
          <w:b/>
        </w:rPr>
        <w:t xml:space="preserve">[1:07:09] </w:t>
      </w:r>
      <w:r>
        <w:t>n. yeh nahi ke woh khud politician ban jaye, woh khud advocate ban jaye, woh khud doctor ban jaye. is se jo Khuda ka jo maqsad hai, aik aalim se jo woh chahta hai, jo is ka woh creation plan hai ke woh deen ka deep knowledge kare aur logon ke andar awareness paida kare, to yeh ho nahi sakta hai.</w:t>
      </w:r>
    </w:p>
    <w:p>
      <w:pPr>
        <w:jc w:val="right"/>
      </w:pPr>
      <w:r>
        <w:t>ں۔ یہ نہیں کہ وہ خود پولیٹیشن بن جائے، وہ خود ایڈوکیٹ بن جائے، وہ خود ڈاکٹر بن جائے۔ اس سے جو خدا کا جو مقصد ہے، ایک عالم سے جو وہ چاہتا ہے، جو اس کا وہ کریشن پلان ہے کہ وہ دین کا ڈیپ نالج کرے اور لوگوں کے اندر اویرنس پیدا کرے، تو یہ ہو نہیں سکتا ہے۔</w:t>
      </w:r>
    </w:p>
    <w:p>
      <w:r>
        <w:rPr>
          <w:b/>
        </w:rPr>
        <w:t xml:space="preserve">[1:07:26] </w:t>
      </w:r>
      <w:r>
        <w:t>aur aisa hum ne dekha hai ke jo scholars is tarah apnay aap ko distract kar letay hain, woh na hi sahi tor par dawat ka kaam kar patay hain, aur na hi woh apnay field mein mahir ho patay hain.</w:t>
      </w:r>
    </w:p>
    <w:p>
      <w:pPr>
        <w:jc w:val="right"/>
      </w:pPr>
      <w:r>
        <w:t>اور ایسا ہم نے دیکھا ہے کہ جو اسکالرز اس طرح اپنے آپ کو ڈسٹریکٹ کر لیتے ہیں، وہ نہ ہی صحیح طور پر دعوت کا کام کر پاتے ہیں، اور نہ ہی وہ اپنے فیلڈ میں ماہر ہو پاتے ہیں۔</w:t>
      </w:r>
    </w:p>
    <w:p>
      <w:r>
        <w:rPr>
          <w:b/>
        </w:rPr>
        <w:t xml:space="preserve">[1:07:39] </w:t>
      </w:r>
      <w:r>
        <w:t>to lehaza is baat ko samajhne ke liye mein kahoon ga ke ulama, Maulana ki jo kitaab hai, ulama aur daur jadeed, us ka zaroor mutala karein.</w:t>
      </w:r>
    </w:p>
    <w:p>
      <w:pPr>
        <w:jc w:val="right"/>
      </w:pPr>
      <w:r>
        <w:t>تو لہذا اس بات کو سمجھنے کے لیے میں کہوں گا کہ علماء، مولانا کی جو کتاب ہے، علماء اور دور جدید، اس کا ضرور مطالعہ کریں۔</w:t>
      </w:r>
    </w:p>
    <w:p>
      <w:r>
        <w:rPr>
          <w:b/>
        </w:rPr>
        <w:t xml:space="preserve">[1:07:49] </w:t>
      </w:r>
      <w:r>
        <w:t>to tab yeh baat un ko samajh mein aaye gi. to is mein Maulana ne jo aham baat batayi, woh yeh hai ke ulama ka jo kaam hai, woh qawmiyat bashri ka kaam hai.</w:t>
      </w:r>
    </w:p>
    <w:p>
      <w:pPr>
        <w:jc w:val="right"/>
      </w:pPr>
      <w:r>
        <w:t>تو تب یہ بات ان کو سمجھ میں آئے گی۔ تو اس میں مولانا نے جو اہم بات بتائی، وہ یہ ہے کہ علماء کا جو کام ہے، وہ قونیت بشری کا کام ہے۔</w:t>
      </w:r>
    </w:p>
    <w:p>
      <w:r>
        <w:rPr>
          <w:b/>
        </w:rPr>
        <w:t xml:space="preserve">[1:08:00] </w:t>
      </w:r>
      <w:r>
        <w:t>do kaam hotay hain insaan ke samnay: aik hai insanon ko banane ka kaam, aik hai insanon par rule hukoomat karne ka kaam. to ulama ka kaam yeh nahi ke woh log insanon par hukoomat karein, balkay woh aisay achhay insaan banayein,</w:t>
      </w:r>
    </w:p>
    <w:p>
      <w:pPr>
        <w:jc w:val="right"/>
      </w:pPr>
      <w:r>
        <w:t>دو کام ہوتے ہیں انسان کے سامنے: ایک ہے انسانوں کو بنانے کا کام، ایک ہے انسانوں پر رول حکومت کرنے کا کام۔ تو علماء کا کام یہ نہیں کہ وہ لوگ انسانوں پر حکومت کریں، بلکہ وہ ایسے اچھے انسان بنائیں،</w:t>
      </w:r>
    </w:p>
    <w:p>
      <w:r>
        <w:rPr>
          <w:b/>
        </w:rPr>
        <w:t xml:space="preserve">[1:08:14] </w:t>
      </w:r>
      <w:r>
        <w:t>aisay achhay insaan ko build karein jo achhay hukmaran ban sakte hain. to hadith mein kaha gaya hai ke kama takoonoon yu'ammar alaikum ke tum jaisay ho ge, ویسے tumharay hukmaran hon ge.</w:t>
      </w:r>
    </w:p>
    <w:p>
      <w:pPr>
        <w:jc w:val="right"/>
      </w:pPr>
      <w:r>
        <w:t>ایسے اچھے انسان کو بلڈ کریں جو اچھے حکمران بن سکتے ہیں۔ تو حدیث میں کہا گیا ہے کہ کما تكونون یعمر علیکم کہ تم جیسے ہو گے، ویسے تمہارے حکمران ہوں گے۔</w:t>
      </w:r>
    </w:p>
    <w:p>
      <w:r>
        <w:rPr>
          <w:b/>
        </w:rPr>
        <w:t xml:space="preserve">[1:08:27] </w:t>
      </w:r>
      <w:r>
        <w:t>to isi hadith ke pesh nazar Maulana yeh kehte hain ke ulama ka kaam insaan building hai. agar woh insanon ko banayein ge to nation building achhi tarah se ho paaye gi.</w:t>
      </w:r>
    </w:p>
    <w:p>
      <w:pPr>
        <w:jc w:val="right"/>
      </w:pPr>
      <w:r>
        <w:t>تو اسی حدیث کے پیش نظر مولانا یہ کہتے ہیں کہ علماء کا کام انسان بلڈنگ ہے۔ اگر وہ انسانوں کو بنائیں گے تو نیشن بلڈنگ اچھی طرح سے ہو پائے گی۔</w:t>
      </w:r>
    </w:p>
    <w:p>
      <w:r>
        <w:rPr>
          <w:b/>
        </w:rPr>
        <w:t xml:space="preserve">[1:08:36] </w:t>
      </w:r>
      <w:r>
        <w:t>agar woh khud insanon ko na banayein aur khud doosray kamon mein</w:t>
      </w:r>
    </w:p>
    <w:p>
      <w:pPr>
        <w:jc w:val="right"/>
      </w:pPr>
      <w:r>
        <w:t>اگر وہ خود انسانوں کو نہ بنائیں اور خود دوسرے کاموں میں</w:t>
      </w:r>
    </w:p>
    <w:p>
      <w:r>
        <w:rPr>
          <w:b/>
        </w:rPr>
        <w:t xml:space="preserve">[1:08:40] </w:t>
      </w:r>
      <w:r>
        <w:t>gud paadein to wahan na nation building ka kaam hoga, na wahan achhay insaan paida ho sakte hain. to bas ulama apnay aap ko is par focus karein ke deen ka deep knowledge hasil karein, aur is ke zariye logon ko andar awareness paida karein.</w:t>
      </w:r>
    </w:p>
    <w:p>
      <w:pPr>
        <w:jc w:val="right"/>
      </w:pPr>
      <w:r>
        <w:t>گود پڑیں تو وہاں نہ نیشن بلڈنگ کا کام ہوگا، نہ وہاں اچھے انسان پیدا ہو سکتے ہیں۔ تو بس علماء اپنے آپ کو اس پر فوکس کریں کہ دین کا ڈیپ نالج حاصل کریں، اور اس کے ذریعے لوگوں کو اندر اویرنس پیدا کریں۔</w:t>
      </w:r>
    </w:p>
    <w:p>
      <w:r>
        <w:rPr>
          <w:b/>
        </w:rPr>
        <w:t xml:space="preserve">[1:08:55] </w:t>
      </w:r>
      <w:r>
        <w:t>yeh hi un ka kaam hai, aur is ke liye un ke liye jo mufeed literature hai, woh Maulana ka hai, is mein koi shakk nahi. to bas meri dua hai Maulana ke haq mein, Allah taala Maulana ke darjat ko buland kare.</w:t>
      </w:r>
    </w:p>
    <w:p>
      <w:pPr>
        <w:jc w:val="right"/>
      </w:pPr>
      <w:r>
        <w:t>یہی ان کا کام ہے، اور اس کے لیے ان کے لیے جو مفید لٹریچر ہے، وہ مولانا کا ہے، اس میں کوئی شک نہیں۔ تو بس میری دعا ہے مولانا کے حق میں، اللہ تعالی مولانا کے درجات کو بلند کرے۔</w:t>
      </w:r>
    </w:p>
    <w:p>
      <w:r>
        <w:rPr>
          <w:b/>
        </w:rPr>
        <w:t xml:space="preserve">[1:09:09] </w:t>
      </w:r>
      <w:r>
        <w:t>unhon ne hum ko itni achhi cheezein dein ke hum is ko bayan nahi kar sakte hain. agar Maulana na hotay to deen ke upar jo chhilke pad chukay thay, jo khashar aa gaye thay, us ko hum apnay is se hata nahi sakt</w:t>
      </w:r>
    </w:p>
    <w:p>
      <w:pPr>
        <w:jc w:val="right"/>
      </w:pPr>
      <w:r>
        <w:t>انہوں نے ہم کو اتنی اچھی چیزیں دیں کہ ہم اس کو بیان نہیں کر سکتے ہیں۔ اگر مولانا نہ ہوتے تو دین کے اوپر جو چھلکے پڑ چکے تھے، جو خشر آ گئے تھے، اس کو ہم اپنے اس سے ہٹا نہیں سکت</w:t>
      </w:r>
    </w:p>
    <w:p>
      <w:r>
        <w:rPr>
          <w:b/>
        </w:rPr>
        <w:t xml:space="preserve">[1:09:22] </w:t>
      </w:r>
      <w:r>
        <w:t>ay thay. to Maulana ne deen ke upar jo khashar tha, us ko hataya aur asal deen ko hamare samnay pesh kiya. to Allah un ki khidmat ko qabool kare, aur phir hum ko Maulana ki raah par chalte hue Khuda ki marifat aur Khuda ki jannat ke mustahiq banne ki Allah tofeeq ata farmaye.</w:t>
      </w:r>
    </w:p>
    <w:p>
      <w:pPr>
        <w:jc w:val="right"/>
      </w:pPr>
      <w:r>
        <w:t>ے تھے۔ تو مولانا نے دین کے اوپر جو خشر تھا، اس کو ہٹایا اور اصل دین کو ہمارے سامنے پیش کیا۔ تو اللہ ان کی خدمات کو قبول کرے، اور پھر ہم کو مولانا کی راہ پر چلتے ہوئے خدا کی معرفت اور خدا کی جنت کے مستحق بننے کی اللہ توفیق عطا فرمائے۔</w:t>
      </w:r>
    </w:p>
    <w:p>
      <w:r>
        <w:rPr>
          <w:b/>
        </w:rPr>
        <w:t xml:space="preserve">[1:09:41] </w:t>
      </w:r>
      <w:r>
        <w:t>ameen. isi par mein aaj ka session khatam karta hoon. mein</w:t>
      </w:r>
    </w:p>
    <w:p>
      <w:pPr>
        <w:jc w:val="right"/>
      </w:pPr>
      <w:r>
        <w:t>آمین۔ اسی پر میں آج کا سیشن ختم کرتا ہوں۔ میں</w:t>
      </w:r>
    </w:p>
    <w:p>
      <w:r>
        <w:rPr>
          <w:b/>
        </w:rPr>
        <w:t xml:space="preserve">[1:09:47] </w:t>
      </w:r>
      <w:r>
        <w:t>aap dono hazraat ka CPS team ki janib se aur tamam audience ki janib se shukriya ada karta hoon, aur Allah taala se hum dua karte hain ke Allah taala aaj ki mufeed baaton ko hamare liye mashal-e-raah banaye, aur hamein tofeeq ata farmaye ke hum marifat mein jeenay walay banein aur qayamat ki tayari karne walay banein.</w:t>
      </w:r>
    </w:p>
    <w:p>
      <w:pPr>
        <w:jc w:val="right"/>
      </w:pPr>
      <w:r>
        <w:t>آپ دونوں حضرات کا سی پی ایس ٹیم کی جانب سے اور تمام آڈینس کی جانب سے شکریہ ادا کرتا ہوں، اور اللہ تعالی سے ہم دعا کرتے ہیں کہ اللہ تعالی آج کی مفید باتوں کو ہمارے لیے مشعل راہ بنائے، اور ہمیں توفیق عطا فرمائے کہ ہم معرفت میں جینے والے بنیں اور قیامت کی تیاری کرنے والے بنیں۔</w:t>
      </w:r>
    </w:p>
    <w:p>
      <w:r>
        <w:rPr>
          <w:b/>
        </w:rPr>
        <w:t xml:space="preserve">[1:10:04] </w:t>
      </w:r>
      <w:r>
        <w:t>ameen. milte hain aglay haftay, inshallah.</w:t>
      </w:r>
    </w:p>
    <w:p>
      <w:pPr>
        <w:jc w:val="right"/>
      </w:pPr>
      <w:r>
        <w:t>آمین۔ ملتے ہیں اگلے ہفتے، 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