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and Peace (Part 2) (English) January 17, 2007 Maulana Wahiduddin Khan</w:t>
      </w:r>
    </w:p>
    <w:p>
      <w:r>
        <w:t>https://www.youtube.com/watch?v=K5H4b8y4E7g</w:t>
      </w:r>
    </w:p>
    <w:p>
      <w:r>
        <w:rPr>
          <w:b/>
        </w:rPr>
        <w:t xml:space="preserve">[00:10] </w:t>
      </w:r>
      <w:r>
        <w:t>bismillah rahman rahim, wasalla 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[00:19] </w:t>
      </w:r>
      <w:r>
        <w:t>rab ishrah li sadri, wayassir li amri, wahluul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[00:30] </w:t>
      </w:r>
      <w:r>
        <w:t>The event at the time of Battle of Badr is narrated by</w:t>
      </w:r>
    </w:p>
    <w:p>
      <w:pPr>
        <w:jc w:val="right"/>
      </w:pPr>
      <w:r>
        <w:t>دا ایونٹ ایٹ دا ٹائم آف بیٹل آف بدر از نیریٹڈ بائی</w:t>
      </w:r>
    </w:p>
    <w:p>
      <w:r>
        <w:rPr>
          <w:b/>
        </w:rPr>
        <w:t xml:space="preserve">[00:43] </w:t>
      </w:r>
      <w:r>
        <w:t>albidaya wan nihaya.</w:t>
      </w:r>
    </w:p>
    <w:p>
      <w:pPr>
        <w:jc w:val="right"/>
      </w:pPr>
      <w:r>
        <w:t>البدایہ والنہایہ۔</w:t>
      </w:r>
    </w:p>
    <w:p>
      <w:r>
        <w:rPr>
          <w:b/>
        </w:rPr>
        <w:t xml:space="preserve">[00:47] </w:t>
      </w:r>
      <w:r>
        <w:t>this event is</w:t>
      </w:r>
    </w:p>
    <w:p>
      <w:pPr>
        <w:jc w:val="right"/>
      </w:pPr>
      <w:r>
        <w:t>دس ایونٹ از</w:t>
      </w:r>
    </w:p>
    <w:p>
      <w:r>
        <w:rPr>
          <w:b/>
        </w:rPr>
        <w:t xml:space="preserve">[00:51] </w:t>
      </w:r>
      <w:r>
        <w:t>a peaceful event.</w:t>
      </w:r>
    </w:p>
    <w:p>
      <w:pPr>
        <w:jc w:val="right"/>
      </w:pPr>
      <w:r>
        <w:t>ا پیس فل ایونٹ۔</w:t>
      </w:r>
    </w:p>
    <w:p>
      <w:r>
        <w:rPr>
          <w:b/>
        </w:rPr>
        <w:t xml:space="preserve">[00:57] </w:t>
      </w:r>
      <w:r>
        <w:t>it tells us what is the true spirit of islam.</w:t>
      </w:r>
    </w:p>
    <w:p>
      <w:pPr>
        <w:jc w:val="right"/>
      </w:pPr>
      <w:r>
        <w:t>اٹ ٹیلز اس واٹ از دا ٹرو اسپیٹ آف اسلام۔</w:t>
      </w:r>
    </w:p>
    <w:p>
      <w:r>
        <w:rPr>
          <w:b/>
        </w:rPr>
        <w:t xml:space="preserve">[01:06] </w:t>
      </w:r>
      <w:r>
        <w:t>there is spirit of peace. but some orientalists fail to understand it.</w:t>
      </w:r>
    </w:p>
    <w:p>
      <w:pPr>
        <w:jc w:val="right"/>
      </w:pPr>
      <w:r>
        <w:t>دیر از اسپیٹ آف پیس۔ بٹ سم اورینٹلسٹ فیل ٹو انڈرسٹینڈ اٹ۔</w:t>
      </w:r>
    </w:p>
    <w:p>
      <w:r>
        <w:rPr>
          <w:b/>
        </w:rPr>
        <w:t xml:space="preserve">[01:22] </w:t>
      </w:r>
      <w:r>
        <w:t>perhaps they were confused, or due to confusion, they fail to understand the true spirit of this event.</w:t>
      </w:r>
    </w:p>
    <w:p>
      <w:pPr>
        <w:jc w:val="right"/>
      </w:pPr>
      <w:r>
        <w:t>پرہیپ دے ویر کنفیوزڈ، اور ڈیو ٹو کنفیوژن، دے فیل ٹو انڈرسٹینڈ دا ٹرو اسپیٹ آف دس ایونٹ۔</w:t>
      </w:r>
    </w:p>
    <w:p>
      <w:r>
        <w:rPr>
          <w:b/>
        </w:rPr>
        <w:t xml:space="preserve">[01:36] </w:t>
      </w:r>
      <w:r>
        <w:t>so they said that the leader of islam was making his next war plan.</w:t>
      </w:r>
    </w:p>
    <w:p>
      <w:pPr>
        <w:jc w:val="right"/>
      </w:pPr>
      <w:r>
        <w:t>سو دے سیڈ دیٹ دا لیڈر آف اسلام واز میکنگ ہز نیکسٹ وار پلان۔</w:t>
      </w:r>
    </w:p>
    <w:p>
      <w:r>
        <w:rPr>
          <w:b/>
        </w:rPr>
        <w:t xml:space="preserve">[01:48] </w:t>
      </w:r>
      <w:r>
        <w:t>but if you see</w:t>
      </w:r>
    </w:p>
    <w:p>
      <w:pPr>
        <w:jc w:val="right"/>
      </w:pPr>
      <w:r>
        <w:t>بٹ اف یو سی</w:t>
      </w:r>
    </w:p>
    <w:p>
      <w:r>
        <w:rPr>
          <w:b/>
        </w:rPr>
        <w:t xml:space="preserve">[01:53] </w:t>
      </w:r>
      <w:r>
        <w:t>what what the spirit of prophet at the time, you know, as the report says that at that crucial time, there was a exchange of message between prophet and god.</w:t>
      </w:r>
    </w:p>
    <w:p>
      <w:pPr>
        <w:jc w:val="right"/>
      </w:pPr>
      <w:r>
        <w:t>واٹ واٹ دا اسپیٹ آف پرافٹ ایٹ دا ٹائم، یو نو، ایز دا رپورٹ سیز دیٹ ایٹ دیٹ کروشل ٹائم، دیر واز ا ایکسچینج آف میسج بٹوین پرافٹ اینڈ گاڈ۔</w:t>
      </w:r>
    </w:p>
    <w:p>
      <w:r>
        <w:rPr>
          <w:b/>
        </w:rPr>
        <w:t xml:space="preserve">[02:16] </w:t>
      </w:r>
      <w:r>
        <w:t>prophet send the message of peace, and god again responded it in terms of peace.</w:t>
      </w:r>
    </w:p>
    <w:p>
      <w:pPr>
        <w:jc w:val="right"/>
      </w:pPr>
      <w:r>
        <w:t>پرافٹ سینڈ دا میسج آف پیس، اینڈ گاڈ اگین ریسپانڈڈ اٹ ان ٹرم آف پیس۔</w:t>
      </w:r>
    </w:p>
    <w:p>
      <w:r>
        <w:rPr>
          <w:b/>
        </w:rPr>
        <w:t xml:space="preserve">[02:32] </w:t>
      </w:r>
      <w:r>
        <w:t>by taking this, you can see rightly that the prophet of islam was making his next peace plan.</w:t>
      </w:r>
    </w:p>
    <w:p>
      <w:pPr>
        <w:jc w:val="right"/>
      </w:pPr>
      <w:r>
        <w:t>بائی ٹیکنگ دس، یو کین سی رائٹلی دیٹ دا پرافٹ آف اسلام واز میکنگ ہز نیکسٹ پیس پلان۔</w:t>
      </w:r>
    </w:p>
    <w:p>
      <w:r>
        <w:rPr>
          <w:b/>
        </w:rPr>
        <w:t xml:space="preserve">[02:47] </w:t>
      </w:r>
      <w:r>
        <w:t>and</w:t>
      </w:r>
    </w:p>
    <w:p>
      <w:pPr>
        <w:jc w:val="right"/>
      </w:pPr>
      <w:r>
        <w:t>اینڈ</w:t>
      </w:r>
    </w:p>
    <w:p>
      <w:r>
        <w:rPr>
          <w:b/>
        </w:rPr>
        <w:t xml:space="preserve">[02:50] </w:t>
      </w:r>
      <w:r>
        <w:t>the events, and future events,</w:t>
      </w:r>
    </w:p>
    <w:p>
      <w:pPr>
        <w:jc w:val="right"/>
      </w:pPr>
      <w:r>
        <w:t>دا ایونٹس، اینڈ فیوچر ایونٹس،</w:t>
      </w:r>
    </w:p>
    <w:p>
      <w:r>
        <w:rPr>
          <w:b/>
        </w:rPr>
        <w:t xml:space="preserve">[02:58] </w:t>
      </w:r>
      <w:r>
        <w:t>certify this</w:t>
      </w:r>
    </w:p>
    <w:p>
      <w:pPr>
        <w:jc w:val="right"/>
      </w:pPr>
      <w:r>
        <w:t>سرٹیفائی دس</w:t>
      </w:r>
    </w:p>
    <w:p>
      <w:r>
        <w:rPr>
          <w:b/>
        </w:rPr>
        <w:t xml:space="preserve">[03:01] </w:t>
      </w:r>
      <w:r>
        <w:t>testify this. because after this battle, prophet engaged himself in establishing peace between the two party.</w:t>
      </w:r>
    </w:p>
    <w:p>
      <w:pPr>
        <w:jc w:val="right"/>
      </w:pPr>
      <w:r>
        <w:t>، ٹیسٹیفائی دس۔ بیکاز آفٹر دس بیٹل، پرافٹ انگیج ہم سیلف ان اسٹیبلشنگ پیس بٹوین دا ٹو پارٹی۔</w:t>
      </w:r>
    </w:p>
    <w:p>
      <w:r>
        <w:rPr>
          <w:b/>
        </w:rPr>
        <w:t xml:space="preserve">[03:18] </w:t>
      </w:r>
      <w:r>
        <w:t>and after some years, he was successful.</w:t>
      </w:r>
    </w:p>
    <w:p>
      <w:pPr>
        <w:jc w:val="right"/>
      </w:pPr>
      <w:r>
        <w:t>اینڈ آفٹر سم ایئرز، ہی واز سکسیس فل۔</w:t>
      </w:r>
    </w:p>
    <w:p>
      <w:r>
        <w:rPr>
          <w:b/>
        </w:rPr>
        <w:t xml:space="preserve">[03:29] </w:t>
      </w:r>
      <w:r>
        <w:t>you know, in the early history of Islam, there was a historical.</w:t>
      </w:r>
    </w:p>
    <w:p>
      <w:pPr>
        <w:jc w:val="right"/>
      </w:pPr>
      <w:r>
        <w:t>یو نو، ان دا ارلی ہسٹری آف اسلام، دیر واز ا ہسٹوریکل۔</w:t>
      </w:r>
    </w:p>
    <w:p>
      <w:r>
        <w:rPr>
          <w:b/>
        </w:rPr>
        <w:t xml:space="preserve">[03:39] </w:t>
      </w:r>
      <w:r>
        <w:t>there was historical agreement between the prophet and his opponents. it is called in the history of Islam Sulah al-Hudaybiyyah.</w:t>
      </w:r>
    </w:p>
    <w:p>
      <w:pPr>
        <w:jc w:val="right"/>
      </w:pPr>
      <w:r>
        <w:t>دیر واز ہسٹوریکل ایگریمنٹ بٹوین دا پرافٹ اینڈ ہز اپوننٹس۔ اٹ از کالڈ ان دا ہسٹری آف اسلام صلح الحدیبیہ۔</w:t>
      </w:r>
    </w:p>
    <w:p>
      <w:r>
        <w:rPr>
          <w:b/>
        </w:rPr>
        <w:t xml:space="preserve">[03:51] </w:t>
      </w:r>
      <w:r>
        <w:t>that is Hudaybiyyah agreement</w:t>
      </w:r>
    </w:p>
    <w:p>
      <w:pPr>
        <w:jc w:val="right"/>
      </w:pPr>
      <w:r>
        <w:t>دیٹ از حدیبیہ ایگریمنٹ</w:t>
      </w:r>
    </w:p>
    <w:p>
      <w:r>
        <w:rPr>
          <w:b/>
        </w:rPr>
        <w:t xml:space="preserve">[03:58] </w:t>
      </w:r>
      <w:r>
        <w:t>. das agreement was</w:t>
      </w:r>
    </w:p>
    <w:p>
      <w:pPr>
        <w:jc w:val="right"/>
      </w:pPr>
      <w:r>
        <w:t>۔ دس ایگریمنٹ واز</w:t>
      </w:r>
    </w:p>
    <w:p>
      <w:r>
        <w:rPr>
          <w:b/>
        </w:rPr>
        <w:t xml:space="preserve">[04:02] </w:t>
      </w:r>
      <w:r>
        <w:t>in fact an agreement of peace.</w:t>
      </w:r>
    </w:p>
    <w:p>
      <w:pPr>
        <w:jc w:val="right"/>
      </w:pPr>
      <w:r>
        <w:t>ان فیکٹ این ایگریمنٹ آف پیس۔</w:t>
      </w:r>
    </w:p>
    <w:p>
      <w:r>
        <w:rPr>
          <w:b/>
        </w:rPr>
        <w:t xml:space="preserve">[04:08] </w:t>
      </w:r>
      <w:r>
        <w:t>in this agreement,</w:t>
      </w:r>
    </w:p>
    <w:p>
      <w:pPr>
        <w:jc w:val="right"/>
      </w:pPr>
      <w:r>
        <w:t>ان دس ایگریمنٹ،</w:t>
      </w:r>
    </w:p>
    <w:p>
      <w:r>
        <w:rPr>
          <w:b/>
        </w:rPr>
        <w:t xml:space="preserve">[04:11] </w:t>
      </w:r>
      <w:r>
        <w:t>it was mention,</w:t>
      </w:r>
    </w:p>
    <w:p>
      <w:pPr>
        <w:jc w:val="right"/>
      </w:pPr>
      <w:r>
        <w:t>اٹ واز مینشن،</w:t>
      </w:r>
    </w:p>
    <w:p>
      <w:r>
        <w:rPr>
          <w:b/>
        </w:rPr>
        <w:t xml:space="preserve">[04:17] </w:t>
      </w:r>
      <w:r>
        <w:t>it was decided that</w:t>
      </w:r>
    </w:p>
    <w:p>
      <w:pPr>
        <w:jc w:val="right"/>
      </w:pPr>
      <w:r>
        <w:t>اٹ واز ڈیسائیڈڈ دیٹ</w:t>
      </w:r>
    </w:p>
    <w:p>
      <w:r>
        <w:rPr>
          <w:b/>
        </w:rPr>
        <w:t xml:space="preserve">[04:22] </w:t>
      </w:r>
      <w:r>
        <w:t>Up to ten years, there will be no war between the two parties.</w:t>
      </w:r>
    </w:p>
    <w:p>
      <w:pPr>
        <w:jc w:val="right"/>
      </w:pPr>
      <w:r>
        <w:t>اپ ٹو ٹین ایئرز، دیر ویل بی نو وار بٹوین دا ٹو پارٹیز۔</w:t>
      </w:r>
    </w:p>
    <w:p>
      <w:r>
        <w:rPr>
          <w:b/>
        </w:rPr>
        <w:t xml:space="preserve">[04:30] </w:t>
      </w:r>
      <w:r>
        <w:t>although this agreement was a kind of unilateral agreement, one sided agreement.</w:t>
      </w:r>
    </w:p>
    <w:p>
      <w:pPr>
        <w:jc w:val="right"/>
      </w:pPr>
      <w:r>
        <w:t>آلدو دس ایگریمنٹ واز ا کائنڈ آف یونیلیٹرل ایگریمنٹ، ون سائیڈڈ ایگریمنٹ۔</w:t>
      </w:r>
    </w:p>
    <w:p>
      <w:r>
        <w:rPr>
          <w:b/>
        </w:rPr>
        <w:t xml:space="preserve">[04:45] </w:t>
      </w:r>
      <w:r>
        <w:t>because other party rejected all the conditions of the prophet.</w:t>
      </w:r>
    </w:p>
    <w:p>
      <w:pPr>
        <w:jc w:val="right"/>
      </w:pPr>
      <w:r>
        <w:t>بیکاز ادر پارٹی ریجیکٹڈ آل دا کنڈیشنز آف دا پرافٹ۔</w:t>
      </w:r>
    </w:p>
    <w:p>
      <w:r>
        <w:rPr>
          <w:b/>
        </w:rPr>
        <w:t xml:space="preserve">[04:55] </w:t>
      </w:r>
      <w:r>
        <w:t>and they compelled the prophet to accept their condition unilaterally. so</w:t>
      </w:r>
    </w:p>
    <w:p>
      <w:pPr>
        <w:jc w:val="right"/>
      </w:pPr>
      <w:r>
        <w:t>اینڈ دے کمپلڈ دا پرافٹ ٹو ایکسیپٹ دیر کنڈیشن یونیلیٹرلی۔ سو</w:t>
      </w:r>
    </w:p>
    <w:p>
      <w:r>
        <w:rPr>
          <w:b/>
        </w:rPr>
        <w:t xml:space="preserve">[05:03] </w:t>
      </w:r>
      <w:r>
        <w:t>it was a one sided agreement. but the most important thing was that it was a ten years peace plan</w:t>
      </w:r>
    </w:p>
    <w:p>
      <w:pPr>
        <w:jc w:val="right"/>
      </w:pPr>
      <w:r>
        <w:t>اٹ واز ا ون سائیڈڈ ایگریمنٹ۔ بٹ دا موسٹ امپورٹنٹ تھنگ واز دیٹ اٹ واز ا ٹین ایئرز پیس پلان</w:t>
      </w:r>
    </w:p>
    <w:p>
      <w:r>
        <w:rPr>
          <w:b/>
        </w:rPr>
        <w:t xml:space="preserve">[05:18] </w:t>
      </w:r>
      <w:r>
        <w:t>. but giving all these price, prophet obtained one very important clause that it was ten years no war pact.</w:t>
      </w:r>
    </w:p>
    <w:p>
      <w:pPr>
        <w:jc w:val="right"/>
      </w:pPr>
      <w:r>
        <w:t>۔ بٹ گیونگ آل دیز پرائس، پرافٹ ابٹین ون ویری امپورٹنٹ کلاز دیٹ اٹ واز ٹین ایئرز نو وار پیکٹ۔</w:t>
      </w:r>
    </w:p>
    <w:p>
      <w:r>
        <w:rPr>
          <w:b/>
        </w:rPr>
        <w:t xml:space="preserve">[05:39] </w:t>
      </w:r>
      <w:r>
        <w:t>then what happened? when prophet finalized this peace treaty between the two parties, although it was one sided agreement, but it was ten years no war pact.</w:t>
      </w:r>
    </w:p>
    <w:p>
      <w:pPr>
        <w:jc w:val="right"/>
      </w:pPr>
      <w:r>
        <w:t>دین واٹ ہیپن؟ وین پرافٹ فائنلائز دس پیس ٹریٹی بٹوین دا ٹو پارٹیز، آلدو اٹ واز ون سائیڈڈ ایگریمنٹ، بٹ اٹ واز ٹین ایئرز نو وار پیکٹ۔</w:t>
      </w:r>
    </w:p>
    <w:p>
      <w:r>
        <w:rPr>
          <w:b/>
        </w:rPr>
        <w:t xml:space="preserve">[06:01] </w:t>
      </w:r>
      <w:r>
        <w:t>so</w:t>
      </w:r>
    </w:p>
    <w:p>
      <w:pPr>
        <w:jc w:val="right"/>
      </w:pPr>
      <w:r>
        <w:t>سو</w:t>
      </w:r>
    </w:p>
    <w:p>
      <w:r>
        <w:rPr>
          <w:b/>
        </w:rPr>
        <w:t xml:space="preserve">[06:02] </w:t>
      </w:r>
      <w:r>
        <w:t>at the time, prophet was received a revelation from God.</w:t>
      </w:r>
    </w:p>
    <w:p>
      <w:pPr>
        <w:jc w:val="right"/>
      </w:pPr>
      <w:r>
        <w:t>ایٹ دا ٹائم، پرافٹ واز ریسیوڈ ا ریولیشن فرام گاڈ۔</w:t>
      </w:r>
    </w:p>
    <w:p>
      <w:r>
        <w:rPr>
          <w:b/>
        </w:rPr>
        <w:t xml:space="preserve">[06:12] </w:t>
      </w:r>
      <w:r>
        <w:t>it is chapter Al-Fath. chapter Al-Fath.</w:t>
      </w:r>
    </w:p>
    <w:p>
      <w:pPr>
        <w:jc w:val="right"/>
      </w:pPr>
      <w:r>
        <w:t>اٹ از چیپٹر الفتح۔ چیپٹر الفتح۔</w:t>
      </w:r>
    </w:p>
    <w:p>
      <w:r>
        <w:rPr>
          <w:b/>
        </w:rPr>
        <w:t xml:space="preserve">[06:22] </w:t>
      </w:r>
      <w:r>
        <w:t>the first verse of this chapter is: "inna fatahna laka fatham mubin".</w:t>
      </w:r>
    </w:p>
    <w:p>
      <w:pPr>
        <w:jc w:val="right"/>
      </w:pPr>
      <w:r>
        <w:t>دا فرسٹ ورس آف دس چیپٹر از: "انا فتحنا لک فتح مبینہ"۔</w:t>
      </w:r>
    </w:p>
    <w:p>
      <w:r>
        <w:rPr>
          <w:b/>
        </w:rPr>
        <w:t xml:space="preserve">[06:31] </w:t>
      </w:r>
      <w:r>
        <w:t>we gave you clear victory.</w:t>
      </w:r>
    </w:p>
    <w:p>
      <w:pPr>
        <w:jc w:val="right"/>
      </w:pPr>
      <w:r>
        <w:t>وی گیو یو کلیئر وکٹری۔</w:t>
      </w:r>
    </w:p>
    <w:p>
      <w:r>
        <w:rPr>
          <w:b/>
        </w:rPr>
        <w:t xml:space="preserve">[06:39] </w:t>
      </w:r>
      <w:r>
        <w:t>so Hudaybiyyah agreement, although it was one sided agreement, but God declared that it is a clear victory.</w:t>
      </w:r>
    </w:p>
    <w:p>
      <w:pPr>
        <w:jc w:val="right"/>
      </w:pPr>
      <w:r>
        <w:t>سو حدیبیہ ایگریمنٹ، آلدو اٹ واز ون سائیڈڈ ایگریمنٹ، بٹ گاڈ ڈیکلیئرڈ دیٹ اٹ از ا کلیئر وکٹری۔</w:t>
      </w:r>
    </w:p>
    <w:p>
      <w:r>
        <w:rPr>
          <w:b/>
        </w:rPr>
        <w:t xml:space="preserve">[06:56] </w:t>
      </w:r>
      <w:r>
        <w:t>why? because although prophet was compelled to give so much price, but finally he was able to obtain a no war pact.</w:t>
      </w:r>
    </w:p>
    <w:p>
      <w:pPr>
        <w:jc w:val="right"/>
      </w:pPr>
      <w:r>
        <w:t>وائی؟ بیکاز آلدو پرافٹ واز کمپلڈ ٹو گیو سو مچ پرائس، بٹ فائنلی ہی واز ایبل ٹو اٹین ا نو وار پیکٹ۔</w:t>
      </w:r>
    </w:p>
    <w:p>
      <w:r>
        <w:rPr>
          <w:b/>
        </w:rPr>
        <w:t xml:space="preserve">[07:15] </w:t>
      </w:r>
      <w:r>
        <w:t>no war pact means opening the opportunities. so when Quran says: "inna fatahna laka fatham mubin",</w:t>
      </w:r>
    </w:p>
    <w:p>
      <w:pPr>
        <w:jc w:val="right"/>
      </w:pPr>
      <w:r>
        <w:t>نو وار پیکٹ مینز اوپننگ دا اپرچونیٹیز۔ سو وین قرآن سیز: "انا فتحنا لک فتح مبینہ"،</w:t>
      </w:r>
    </w:p>
    <w:p>
      <w:r>
        <w:rPr>
          <w:b/>
        </w:rPr>
        <w:t xml:space="preserve">[07:27] </w:t>
      </w:r>
      <w:r>
        <w:t>it means that this agreement</w:t>
      </w:r>
    </w:p>
    <w:p>
      <w:pPr>
        <w:jc w:val="right"/>
      </w:pPr>
      <w:r>
        <w:t>اٹ مینز دیٹ دس ایگریمنٹ</w:t>
      </w:r>
    </w:p>
    <w:p>
      <w:r>
        <w:rPr>
          <w:b/>
        </w:rPr>
        <w:t xml:space="preserve">[07:34] </w:t>
      </w:r>
      <w:r>
        <w:t>has opened all the doors of opportunities.</w:t>
      </w:r>
    </w:p>
    <w:p>
      <w:pPr>
        <w:jc w:val="right"/>
      </w:pPr>
      <w:r>
        <w:t>ہیز اوپنڈ آل دا ڈورز آف اپرچونیٹیز۔</w:t>
      </w:r>
    </w:p>
    <w:p>
      <w:r>
        <w:rPr>
          <w:b/>
        </w:rPr>
        <w:t xml:space="preserve">[07:41] </w:t>
      </w:r>
      <w:r>
        <w:t>heer fateh means not a political victory. heer fateh means opening the doors of opportunities.</w:t>
      </w:r>
    </w:p>
    <w:p>
      <w:pPr>
        <w:jc w:val="right"/>
      </w:pPr>
      <w:r>
        <w:t>ہیر فتح مینز ناٹ ا پولیٹیکل وکٹری۔ ہیر فتح مینز اوپننگ دا ڈورز آف اپرچونیٹیز۔</w:t>
      </w:r>
    </w:p>
    <w:p>
      <w:r>
        <w:rPr>
          <w:b/>
        </w:rPr>
        <w:t xml:space="preserve">[07:55] </w:t>
      </w:r>
      <w:r>
        <w:t>So according to Islam, war shuts all the doors of opportunities, and peace opens all the doors of opportunities.</w:t>
      </w:r>
    </w:p>
    <w:p>
      <w:pPr>
        <w:jc w:val="right"/>
      </w:pPr>
      <w:r>
        <w:t>سو اکارڈنگ ٹو دا اسلام، وار شرٹس آل دا ڈورز آف اپرچونیٹیز، اینڈ پیس اوپنز آل دا ڈورز آف اپرچونیٹیز۔</w:t>
      </w:r>
    </w:p>
    <w:p>
      <w:r>
        <w:rPr>
          <w:b/>
        </w:rPr>
        <w:t xml:space="preserve">[08:09] </w:t>
      </w:r>
      <w:r>
        <w:t>this happened at the time of hudaybiyyah agreement. so although it was a not a not a victory in political term,</w:t>
      </w:r>
    </w:p>
    <w:p>
      <w:pPr>
        <w:jc w:val="right"/>
      </w:pPr>
      <w:r>
        <w:t>دس ہیپنڈ ایٹ دا ٹائم آف حدیبیہ ایگریمنٹ۔ سو آلدو اٹ واز ا ناٹ ا ناٹ ا وکٹری ان پولیٹیکل ٹرم،</w:t>
      </w:r>
    </w:p>
    <w:p>
      <w:r>
        <w:rPr>
          <w:b/>
        </w:rPr>
        <w:t xml:space="preserve">[08:23] </w:t>
      </w:r>
      <w:r>
        <w:t>then why quran says: "inna fatahna laka fat-han mubeena"? it is a clear victory for you. we gave you a clear victory.</w:t>
      </w:r>
    </w:p>
    <w:p>
      <w:pPr>
        <w:jc w:val="right"/>
      </w:pPr>
      <w:r>
        <w:t>دین وائی قرآن سیز: "انا فتحنا لک فتح مبینہ"؟ اٹ از ا کلیئر وکٹری فار یو۔ وی گیو یو ا کلیئر وکٹری۔</w:t>
      </w:r>
    </w:p>
    <w:p>
      <w:r>
        <w:rPr>
          <w:b/>
        </w:rPr>
        <w:t xml:space="preserve">[08:33] </w:t>
      </w:r>
      <w:r>
        <w:t>so although it was not a victory in political term, then why quran says that it is victory for you? the reason is only one, that is: this agreement has opened all the doors of opportunity,</w:t>
      </w:r>
    </w:p>
    <w:p>
      <w:pPr>
        <w:jc w:val="right"/>
      </w:pPr>
      <w:r>
        <w:t>سو آلدو اٹ واز ناٹ ا وکٹری ان پولیٹیکل ٹرم، دین وائی قرآن سیز دیٹ اٹ از وکٹری فار یو؟ دی ریزن از اونلی ون، دیٹ از: دس ایگریمنٹ ہیز اوپنڈ آل دا ڈورز آف اپرچونیٹی،</w:t>
      </w:r>
    </w:p>
    <w:p>
      <w:r>
        <w:rPr>
          <w:b/>
        </w:rPr>
        <w:t xml:space="preserve">[08:53] </w:t>
      </w:r>
      <w:r>
        <w:t>opportunity of dawah work. so you know, after this agreement, dawah work began in a very large scale.</w:t>
      </w:r>
    </w:p>
    <w:p>
      <w:pPr>
        <w:jc w:val="right"/>
      </w:pPr>
      <w:r>
        <w:t>اپرچونیٹی آف دعویٰ ورک۔ سو یو نو، آفٹر دس ایگریمنٹ، دعویٰ ورک بیگن ان ا ویری لارج سکیل۔</w:t>
      </w:r>
    </w:p>
    <w:p>
      <w:r>
        <w:rPr>
          <w:b/>
        </w:rPr>
        <w:t xml:space="preserve">[09:09] </w:t>
      </w:r>
      <w:r>
        <w:t>people began embracing islam.</w:t>
      </w:r>
    </w:p>
    <w:p>
      <w:pPr>
        <w:jc w:val="right"/>
      </w:pPr>
      <w:r>
        <w:t>پیپل بیگن ایمبریسنگ اسلام۔</w:t>
      </w:r>
    </w:p>
    <w:p>
      <w:r>
        <w:rPr>
          <w:b/>
        </w:rPr>
        <w:t xml:space="preserve">[09:15] </w:t>
      </w:r>
      <w:r>
        <w:t>and you know, at the time of agreement, there were 114 companions with the prophet.</w:t>
      </w:r>
    </w:p>
    <w:p>
      <w:pPr>
        <w:jc w:val="right"/>
      </w:pPr>
      <w:r>
        <w:t>اینڈ یو نو، ایٹ دا ٹائم آف ایگریمنٹ، دیر وار 114 کمپینینز ود دا پرافٹ۔</w:t>
      </w:r>
    </w:p>
    <w:p>
      <w:r>
        <w:rPr>
          <w:b/>
        </w:rPr>
        <w:t xml:space="preserve">[09:24] </w:t>
      </w:r>
      <w:r>
        <w:t>but within two years,</w:t>
      </w:r>
    </w:p>
    <w:p>
      <w:pPr>
        <w:jc w:val="right"/>
      </w:pPr>
      <w:r>
        <w:t>بٹ ود ان ٹو ایئرز،</w:t>
      </w:r>
    </w:p>
    <w:p>
      <w:r>
        <w:rPr>
          <w:b/>
        </w:rPr>
        <w:t xml:space="preserve">[09:29] </w:t>
      </w:r>
      <w:r>
        <w:t>the number of prophet increased, and they became ten thousand in number.</w:t>
      </w:r>
    </w:p>
    <w:p>
      <w:pPr>
        <w:jc w:val="right"/>
      </w:pPr>
      <w:r>
        <w:t>دا نمبر آف پرافٹ انکریزڈ، اینڈ دے بیکم ٹین تھاؤزنڈ ان نمبر۔</w:t>
      </w:r>
    </w:p>
    <w:p>
      <w:r>
        <w:rPr>
          <w:b/>
        </w:rPr>
        <w:t xml:space="preserve">[09:42] </w:t>
      </w:r>
      <w:r>
        <w:t>at the time of agreement, they were simply 114</w:t>
      </w:r>
    </w:p>
    <w:p>
      <w:pPr>
        <w:jc w:val="right"/>
      </w:pPr>
      <w:r>
        <w:t>ایٹ دا ٹائم آف ایگریمنٹ، دے ویر سمپلی 114</w:t>
      </w:r>
    </w:p>
    <w:p>
      <w:r>
        <w:rPr>
          <w:b/>
        </w:rPr>
        <w:t xml:space="preserve">[09:47] </w:t>
      </w:r>
      <w:r>
        <w:t>. and after, and within two hundred, within two years, the numbers increased up to ten thousand companions.</w:t>
      </w:r>
    </w:p>
    <w:p>
      <w:pPr>
        <w:jc w:val="right"/>
      </w:pPr>
      <w:r>
        <w:t>۔ اینڈ آفٹر، اینڈ ود ان ٹو ہنڈرڈ، ود ان ٹو ایئرز، دا نمبرز انکریزڈ اپ ٹو ٹین تھاؤزنڈ کمپینینز۔</w:t>
      </w:r>
    </w:p>
    <w:p>
      <w:r>
        <w:rPr>
          <w:b/>
        </w:rPr>
        <w:t xml:space="preserve">[10:02] </w:t>
      </w:r>
      <w:r>
        <w:t>this in this sense, it was victory, not in political term. there was no political victory at all.</w:t>
      </w:r>
    </w:p>
    <w:p>
      <w:pPr>
        <w:jc w:val="right"/>
      </w:pPr>
      <w:r>
        <w:t>دس ان دس سینس، اٹ واز وکٹری، ناٹ ان پولیٹیکل ٹرم۔ دیر واز نو پولیٹیکل وکٹری ایٹ آل۔</w:t>
      </w:r>
    </w:p>
    <w:p>
      <w:r>
        <w:rPr>
          <w:b/>
        </w:rPr>
        <w:t xml:space="preserve">[10:12] </w:t>
      </w:r>
      <w:r>
        <w:t>you can see the books, you can see the history.</w:t>
      </w:r>
    </w:p>
    <w:p>
      <w:pPr>
        <w:jc w:val="right"/>
      </w:pPr>
      <w:r>
        <w:t>یو کین سی دا بکس، یو کین سی دا ہسٹری۔</w:t>
      </w:r>
    </w:p>
    <w:p>
      <w:r>
        <w:rPr>
          <w:b/>
        </w:rPr>
        <w:t xml:space="preserve">[10:16] </w:t>
      </w:r>
      <w:r>
        <w:t>at the time of hudaybiyyah agreement, there was no political victory. there was no military victory.</w:t>
      </w:r>
    </w:p>
    <w:p>
      <w:pPr>
        <w:jc w:val="right"/>
      </w:pPr>
      <w:r>
        <w:t>ایٹ دا ٹائم آف حدیبیہ ایگریمنٹ، دیر واز نو پولیٹیکل وکٹری۔ دیر واز نو ملٹری وکٹری۔</w:t>
      </w:r>
    </w:p>
    <w:p>
      <w:r>
        <w:rPr>
          <w:b/>
        </w:rPr>
        <w:t xml:space="preserve">[10:26] </w:t>
      </w:r>
      <w:r>
        <w:t>there was no any kind of material victory. the victory was in the sense that it opened the door of dawah work.</w:t>
      </w:r>
    </w:p>
    <w:p>
      <w:pPr>
        <w:jc w:val="right"/>
      </w:pPr>
      <w:r>
        <w:t>دیر واز نو اینی کائنڈ آف مٹیریل وکٹری۔ دا وکٹری واز ان دا سینس دیٹ اٹ اوپنڈ دا ڈور آف دعویٰ ورک۔</w:t>
      </w:r>
    </w:p>
    <w:p>
      <w:r>
        <w:rPr>
          <w:b/>
        </w:rPr>
        <w:t xml:space="preserve">[10:42] </w:t>
      </w:r>
      <w:r>
        <w:t>so dawah work is the opening the door of dawah work was victory. this is a very very important point.</w:t>
      </w:r>
    </w:p>
    <w:p>
      <w:pPr>
        <w:jc w:val="right"/>
      </w:pPr>
      <w:r>
        <w:t>سو دعویٰ ورک از دا اوپننگ دا ڈور آف دعویٰ ورک واز وکٹری۔ دس از ا ویری ویری امپورٹنٹ پوائنٹ۔</w:t>
      </w:r>
    </w:p>
    <w:p>
      <w:r>
        <w:rPr>
          <w:b/>
        </w:rPr>
        <w:t xml:space="preserve">[10:56] </w:t>
      </w:r>
      <w:r>
        <w:t>then</w:t>
      </w:r>
    </w:p>
    <w:p>
      <w:pPr>
        <w:jc w:val="right"/>
      </w:pPr>
      <w:r>
        <w:t>دین</w:t>
      </w:r>
    </w:p>
    <w:p>
      <w:r>
        <w:rPr>
          <w:b/>
        </w:rPr>
        <w:t xml:space="preserve">[11:00] </w:t>
      </w:r>
      <w:r>
        <w:t>nowadays, people generally</w:t>
      </w:r>
    </w:p>
    <w:p>
      <w:pPr>
        <w:jc w:val="right"/>
      </w:pPr>
      <w:r>
        <w:t>ناو ایڈیز، پیپل جنرلی</w:t>
      </w:r>
    </w:p>
    <w:p>
      <w:r>
        <w:rPr>
          <w:b/>
        </w:rPr>
        <w:t xml:space="preserve">[11:05] </w:t>
      </w:r>
      <w:r>
        <w:t>have categorized peace into terms.</w:t>
      </w:r>
    </w:p>
    <w:p>
      <w:pPr>
        <w:jc w:val="right"/>
      </w:pPr>
      <w:r>
        <w:t>ہیو کیٹیگرائزڈ پیس ان ٹو ٹرمز۔</w:t>
      </w:r>
    </w:p>
    <w:p>
      <w:r>
        <w:rPr>
          <w:b/>
        </w:rPr>
        <w:t xml:space="preserve">[11:10] </w:t>
      </w:r>
      <w:r>
        <w:t>they say there are negative peace and positive peace. according to my analysis, it is wrong.</w:t>
      </w:r>
    </w:p>
    <w:p>
      <w:pPr>
        <w:jc w:val="right"/>
      </w:pPr>
      <w:r>
        <w:t>دے سی دیر ار نیگیٹیو پیس اینڈ پازیٹیو پیس۔ اکارڈنگ ٹو مائی انالیسز، اٹ از رونگ۔</w:t>
      </w:r>
    </w:p>
    <w:p>
      <w:r>
        <w:rPr>
          <w:b/>
        </w:rPr>
        <w:t xml:space="preserve">[11:20] </w:t>
      </w:r>
      <w:r>
        <w:t>why they have divided peace into into these two terms? there is no negative peace.</w:t>
      </w:r>
    </w:p>
    <w:p>
      <w:pPr>
        <w:jc w:val="right"/>
      </w:pPr>
      <w:r>
        <w:t>وائی دے ہیو ڈیوائیڈڈ پیس انٹو انٹو دیز ٹو ٹرمز؟ دیر از نو نیگیٹیو پیس۔</w:t>
      </w:r>
    </w:p>
    <w:p>
      <w:r>
        <w:rPr>
          <w:b/>
        </w:rPr>
        <w:t xml:space="preserve">[11:28] </w:t>
      </w:r>
      <w:r>
        <w:t>every peace is positive peace. this term is completely wrong.</w:t>
      </w:r>
    </w:p>
    <w:p>
      <w:pPr>
        <w:jc w:val="right"/>
      </w:pPr>
      <w:r>
        <w:t>ایوری پیس از پازیٹیو پیس۔ دس ٹرم از کمپلیٹلی رونگ۔</w:t>
      </w:r>
    </w:p>
    <w:p>
      <w:r>
        <w:rPr>
          <w:b/>
        </w:rPr>
        <w:t xml:space="preserve">[11:36] </w:t>
      </w:r>
      <w:r>
        <w:t>why? it is due to a wrong obsession.</w:t>
      </w:r>
    </w:p>
    <w:p>
      <w:pPr>
        <w:jc w:val="right"/>
      </w:pPr>
      <w:r>
        <w:t>وائی؟ اٹ از ڈیو ٹو ا رونگ اوبسیشن۔</w:t>
      </w:r>
    </w:p>
    <w:p>
      <w:r>
        <w:rPr>
          <w:b/>
        </w:rPr>
        <w:t xml:space="preserve">[11:46] </w:t>
      </w:r>
      <w:r>
        <w:t>people generally say that we want peace, but peace with justice. without justice, peace is nothing, according to their thinking.</w:t>
      </w:r>
    </w:p>
    <w:p>
      <w:pPr>
        <w:jc w:val="right"/>
      </w:pPr>
      <w:r>
        <w:t>پیپل جنرلی سی دیٹ وی وانٹ پیس، بٹ پیس ود جسٹس۔ وداؤٹ جسٹس، پیس از نتھنگ، اکارڈنگ ٹو دیر تھنکنگ۔</w:t>
      </w:r>
    </w:p>
    <w:p>
      <w:r>
        <w:rPr>
          <w:b/>
        </w:rPr>
        <w:t xml:space="preserve">[12:01] </w:t>
      </w:r>
      <w:r>
        <w:t>so they say that those people who are engaged in violence and war, they say: "yes, we want peace.</w:t>
      </w:r>
    </w:p>
    <w:p>
      <w:pPr>
        <w:jc w:val="right"/>
      </w:pPr>
      <w:r>
        <w:t>سو دے سی دیٹ دوز پیپل ہو ار انگیجڈ ان وائلنس اینڈ وار، دے سی: "یس، وی وانٹ پیس۔</w:t>
      </w:r>
    </w:p>
    <w:p>
      <w:r>
        <w:rPr>
          <w:b/>
        </w:rPr>
        <w:t xml:space="preserve">[12:14] </w:t>
      </w:r>
      <w:r>
        <w:t>we want peace, but peace with justice. you give us peace, and we will give you no, you will give us justice, and we will give you peace."</w:t>
      </w:r>
    </w:p>
    <w:p>
      <w:pPr>
        <w:jc w:val="right"/>
      </w:pPr>
      <w:r>
        <w:t>وی وانٹ پیس، بٹ پیس ود جسٹس۔ یو گیو اس پیس، اینڈ وی ویل گیو یو نو، یو ویل گیو اس جسٹس، اینڈ وی ویل گیو یو پیس۔"</w:t>
      </w:r>
    </w:p>
    <w:p>
      <w:r>
        <w:rPr>
          <w:b/>
        </w:rPr>
        <w:t xml:space="preserve">[12:30] </w:t>
      </w:r>
      <w:r>
        <w:t>this is wrong.</w:t>
      </w:r>
    </w:p>
    <w:p>
      <w:pPr>
        <w:jc w:val="right"/>
      </w:pPr>
      <w:r>
        <w:t>دس از رونگ۔</w:t>
      </w:r>
    </w:p>
    <w:p>
      <w:r>
        <w:rPr>
          <w:b/>
        </w:rPr>
        <w:t xml:space="preserve">[12:31] </w:t>
      </w:r>
      <w:r>
        <w:t>because justice is not a part of peace. no, justice is not a part of peace.</w:t>
      </w:r>
    </w:p>
    <w:p>
      <w:pPr>
        <w:jc w:val="right"/>
      </w:pPr>
      <w:r>
        <w:t>بیکاز جسٹس از ناٹ ا پارٹ آف پیس۔ نو، جسٹس از ناٹ ا پارٹ آف پیس۔</w:t>
      </w:r>
    </w:p>
    <w:p>
      <w:r>
        <w:rPr>
          <w:b/>
        </w:rPr>
        <w:t xml:space="preserve">[12:45] </w:t>
      </w:r>
      <w:r>
        <w:t>peace cannot give you justice. peace only gives you opportunity.</w:t>
      </w:r>
    </w:p>
    <w:p>
      <w:pPr>
        <w:jc w:val="right"/>
      </w:pPr>
      <w:r>
        <w:t>پیس کین ناٹ گیو یو جسٹس۔ پیس اونلی گیوز یو اپرچونیٹی۔</w:t>
      </w:r>
    </w:p>
    <w:p>
      <w:r>
        <w:rPr>
          <w:b/>
        </w:rPr>
        <w:t xml:space="preserve">[12:59] </w:t>
      </w:r>
      <w:r>
        <w:t>so peace with opportunity is correct. peace with peace with justice is not correct. because peace has nothing to do with justice.</w:t>
      </w:r>
    </w:p>
    <w:p>
      <w:pPr>
        <w:jc w:val="right"/>
      </w:pPr>
      <w:r>
        <w:t>سو پیس ود اپرچونیٹی از کریکٹ۔ پیس ود انج پیس ود جسٹس از ناٹ کریکٹ۔ بیکاز پیس ہیز نتھنگ ٹو ڈو ود جسٹس۔</w:t>
      </w:r>
    </w:p>
    <w:p>
      <w:r>
        <w:rPr>
          <w:b/>
        </w:rPr>
        <w:t xml:space="preserve">[13:15] </w:t>
      </w:r>
      <w:r>
        <w:t>justice is result of your own effort, not the result of peace. any peace cannot give you justice.</w:t>
      </w:r>
    </w:p>
    <w:p>
      <w:pPr>
        <w:jc w:val="right"/>
      </w:pPr>
      <w:r>
        <w:t>جسٹس از رزلٹ آف یور اون ایفرٹ، ناٹ دی رزلٹ آف پیس۔ اینی پیس کین ناٹ گیو یو جسٹس۔</w:t>
      </w:r>
    </w:p>
    <w:p>
      <w:r>
        <w:rPr>
          <w:b/>
        </w:rPr>
        <w:t xml:space="preserve">[13:26] </w:t>
      </w:r>
      <w:r>
        <w:t>no, you can attain justice only through your own effort, through your own struggle.</w:t>
      </w:r>
    </w:p>
    <w:p>
      <w:pPr>
        <w:jc w:val="right"/>
      </w:pPr>
      <w:r>
        <w:t>نو، یو کین اٹین جسٹس اونلی تھرو یور اون ایفرٹ، تھرو یور اون اسٹرگل۔</w:t>
      </w:r>
    </w:p>
    <w:p>
      <w:r>
        <w:rPr>
          <w:b/>
        </w:rPr>
        <w:t xml:space="preserve">[13:36] </w:t>
      </w:r>
      <w:r>
        <w:t>so justice is result of your own struggle. justice is not result of peace.</w:t>
      </w:r>
    </w:p>
    <w:p>
      <w:pPr>
        <w:jc w:val="right"/>
      </w:pPr>
      <w:r>
        <w:t>سو جسٹس از رزلٹ آف یور اون اسٹرگل۔ جسٹس از ناٹ رزلٹ آف پیس۔</w:t>
      </w:r>
    </w:p>
    <w:p>
      <w:r>
        <w:rPr>
          <w:b/>
        </w:rPr>
        <w:t xml:space="preserve">[13:46] </w:t>
      </w:r>
      <w:r>
        <w:t>peace gives you only opportunities. by availing those opportunities, you can attain justice.</w:t>
      </w:r>
    </w:p>
    <w:p>
      <w:pPr>
        <w:jc w:val="right"/>
      </w:pPr>
      <w:r>
        <w:t>پیس گیوز یو اونلی اپرچونیٹیز۔ بائی اویلنگ دوز اپرچونیٹیز، یو کین اٹین جسٹس۔</w:t>
      </w:r>
    </w:p>
    <w:p>
      <w:r>
        <w:rPr>
          <w:b/>
        </w:rPr>
        <w:t xml:space="preserve">[13:58] </w:t>
      </w:r>
      <w:r>
        <w:t>this is the natural formula. so those people who say this who divide peace into two category: negative peace and positive peace.</w:t>
      </w:r>
    </w:p>
    <w:p>
      <w:pPr>
        <w:jc w:val="right"/>
      </w:pPr>
      <w:r>
        <w:t>دس از دا نیچرل فارمولا۔ سو دوز پیپل ہو سی دس ہو ڈیوائیڈ پیس انٹو ٹو کیٹگری: نیگیٹیو پیس اینڈ پازیٹیو پیس۔</w:t>
      </w:r>
    </w:p>
    <w:p>
      <w:r>
        <w:rPr>
          <w:b/>
        </w:rPr>
        <w:t xml:space="preserve">[14:11] </w:t>
      </w:r>
      <w:r>
        <w:t>this is wrong, completely wrong. there is no such thing as negative peace. peace is always positive.</w:t>
      </w:r>
    </w:p>
    <w:p>
      <w:pPr>
        <w:jc w:val="right"/>
      </w:pPr>
      <w:r>
        <w:t>دس از رونگ، کمپلیٹلی رونگ۔ دیر از نو سچ تھنگ ایز نیگیٹیو پیس۔ پیس از آلویز پازیٹیو۔</w:t>
      </w:r>
    </w:p>
    <w:p>
      <w:r>
        <w:rPr>
          <w:b/>
        </w:rPr>
        <w:t xml:space="preserve">[14:23] </w:t>
      </w:r>
      <w:r>
        <w:t>peace is always positive.</w:t>
      </w:r>
    </w:p>
    <w:p>
      <w:pPr>
        <w:jc w:val="right"/>
      </w:pPr>
      <w:r>
        <w:t>پیس از آلویز پازیٹیو۔</w:t>
      </w:r>
    </w:p>
    <w:p>
      <w:r>
        <w:rPr>
          <w:b/>
        </w:rPr>
        <w:t xml:space="preserve">[14:27] </w:t>
      </w:r>
      <w:r>
        <w:t>but you, but you wrongly bracket justice with peace. so you are facing this problem.</w:t>
      </w:r>
    </w:p>
    <w:p>
      <w:pPr>
        <w:jc w:val="right"/>
      </w:pPr>
      <w:r>
        <w:t>بٹ یو، بٹ یو رونگلی بریکٹ جسٹس ود پیس۔ سو یو آر فیسنگ دس پرابلم۔</w:t>
      </w:r>
    </w:p>
    <w:p>
      <w:r>
        <w:rPr>
          <w:b/>
        </w:rPr>
        <w:t xml:space="preserve">[14:39] </w:t>
      </w:r>
      <w:r>
        <w:t>this bracket is itself is wrong.</w:t>
      </w:r>
    </w:p>
    <w:p>
      <w:pPr>
        <w:jc w:val="right"/>
      </w:pPr>
      <w:r>
        <w:t>دس بریکٹ از اٹ سیلف از رونگ۔</w:t>
      </w:r>
    </w:p>
    <w:p>
      <w:r>
        <w:rPr>
          <w:b/>
        </w:rPr>
        <w:t xml:space="preserve">[14:45] </w:t>
      </w:r>
      <w:r>
        <w:t>so there is no negative peace. peace is always positive.</w:t>
      </w:r>
    </w:p>
    <w:p>
      <w:pPr>
        <w:jc w:val="right"/>
      </w:pPr>
      <w:r>
        <w:t>سو دیر از نو نیگیٹیو پیس۔ پیس از آلویز پازیٹیو۔</w:t>
      </w:r>
    </w:p>
    <w:p>
      <w:r>
        <w:rPr>
          <w:b/>
        </w:rPr>
        <w:t xml:space="preserve">[14:51] </w:t>
      </w:r>
      <w:r>
        <w:t>why? because</w:t>
      </w:r>
    </w:p>
    <w:p>
      <w:pPr>
        <w:jc w:val="right"/>
      </w:pPr>
      <w:r>
        <w:t>وائی؟ بیکاز</w:t>
      </w:r>
    </w:p>
    <w:p>
      <w:r>
        <w:rPr>
          <w:b/>
        </w:rPr>
        <w:t xml:space="preserve">[14:57] </w:t>
      </w:r>
      <w:r>
        <w:t>peace cannot give you justice. peace gives you only opportunity.</w:t>
      </w:r>
    </w:p>
    <w:p>
      <w:pPr>
        <w:jc w:val="right"/>
      </w:pPr>
      <w:r>
        <w:t>پیس کین ناٹ گیو یو جسٹس۔ پیس گیوز یو اونلی اپرچونیٹی۔</w:t>
      </w:r>
    </w:p>
    <w:p>
      <w:r>
        <w:rPr>
          <w:b/>
        </w:rPr>
        <w:t xml:space="preserve">[15:07] </w:t>
      </w:r>
      <w:r>
        <w:t>you have to avail those opportunity. and after availing these opportunity, you can attain your, you can achieve your</w:t>
      </w:r>
    </w:p>
    <w:p>
      <w:pPr>
        <w:jc w:val="right"/>
      </w:pPr>
      <w:r>
        <w:t>یو ہیو ٹو اویل دوز اپرچونیٹی۔ اینڈ آفٹر اویلنگ دیز اپرچونیٹی، یو کین اٹین یور، یو کین اچیو یور</w:t>
      </w:r>
    </w:p>
    <w:p>
      <w:r>
        <w:rPr>
          <w:b/>
        </w:rPr>
        <w:t xml:space="preserve">[15:20] </w:t>
      </w:r>
      <w:r>
        <w:t>right, you can achieve justice, you can achieve everything. so all other things are result of your own struggle, other than part of justice,</w:t>
      </w:r>
    </w:p>
    <w:p>
      <w:pPr>
        <w:jc w:val="right"/>
      </w:pPr>
      <w:r>
        <w:t>رائٹ، یو کین اچیو جسٹس، یو کین اچیو ایوری تھنگ۔ سو آل ادر تھنگز آر رزلٹ آف یور اون اسٹرگل، ادر دین پارٹ آف جسٹس،</w:t>
      </w:r>
    </w:p>
    <w:p>
      <w:r>
        <w:rPr>
          <w:b/>
        </w:rPr>
        <w:t xml:space="preserve">[15:35] </w:t>
      </w:r>
      <w:r>
        <w:t>rather than part of peace. this is very important.</w:t>
      </w:r>
    </w:p>
    <w:p>
      <w:pPr>
        <w:jc w:val="right"/>
      </w:pPr>
      <w:r>
        <w:t>رادر دین پارٹ آف پیس۔ دس از ویری امپورٹنٹ۔</w:t>
      </w:r>
    </w:p>
    <w:p>
      <w:r>
        <w:rPr>
          <w:b/>
        </w:rPr>
        <w:t xml:space="preserve">[15:46] </w:t>
      </w:r>
      <w:r>
        <w:t>by stating the life of the prophet of islam,</w:t>
      </w:r>
    </w:p>
    <w:p>
      <w:pPr>
        <w:jc w:val="right"/>
      </w:pPr>
      <w:r>
        <w:t>بائی سٹیٹنگ دا لائف آف دا پرافٹ آف اسلام،</w:t>
      </w:r>
    </w:p>
    <w:p>
      <w:r>
        <w:rPr>
          <w:b/>
        </w:rPr>
        <w:t xml:space="preserve">[15:50] </w:t>
      </w:r>
      <w:r>
        <w:t>i have</w:t>
      </w:r>
    </w:p>
    <w:p>
      <w:pPr>
        <w:jc w:val="right"/>
      </w:pPr>
      <w:r>
        <w:t>آئی ہیو</w:t>
      </w:r>
    </w:p>
    <w:p>
      <w:r>
        <w:rPr>
          <w:b/>
        </w:rPr>
        <w:t xml:space="preserve">[15:54] </w:t>
      </w:r>
      <w:r>
        <w:t>learned a very important formula.</w:t>
      </w:r>
    </w:p>
    <w:p>
      <w:pPr>
        <w:jc w:val="right"/>
      </w:pPr>
      <w:r>
        <w:t>لرنڈ ا ویری امپورٹنٹ فارمولا۔</w:t>
      </w:r>
    </w:p>
    <w:p>
      <w:r>
        <w:rPr>
          <w:b/>
        </w:rPr>
        <w:t xml:space="preserve">[16:00] </w:t>
      </w:r>
      <w:r>
        <w:t>in my words, prophet of islam was</w:t>
      </w:r>
    </w:p>
    <w:p>
      <w:pPr>
        <w:jc w:val="right"/>
      </w:pPr>
      <w:r>
        <w:t>ان مائی ورڈز، پرافٹ آف اسلام واز</w:t>
      </w:r>
    </w:p>
    <w:p>
      <w:r>
        <w:rPr>
          <w:b/>
        </w:rPr>
        <w:t xml:space="preserve">[16:06] </w:t>
      </w:r>
      <w:r>
        <w:t>greatest state quo quest of the history. but his state quo quest was positive state quo quest.</w:t>
      </w:r>
    </w:p>
    <w:p>
      <w:pPr>
        <w:jc w:val="right"/>
      </w:pPr>
      <w:r>
        <w:t>گریٹسٹ اسٹیٹس کوئسٹ آف دا ہسٹری۔ بٹ ہز اسٹیٹس کوئسٹ واز پازیٹیو اسٹیٹس کوئسٹ۔</w:t>
      </w:r>
    </w:p>
    <w:p>
      <w:r>
        <w:rPr>
          <w:b/>
        </w:rPr>
        <w:t xml:space="preserve">[16:20] </w:t>
      </w:r>
      <w:r>
        <w:t>he was not simply state quo quest. he was, his formula was positive state quo quest.</w:t>
      </w:r>
    </w:p>
    <w:p>
      <w:pPr>
        <w:jc w:val="right"/>
      </w:pPr>
      <w:r>
        <w:t>ہی واز ناٹ سمپلی اسٹیٹس کوئسٹ۔ ہی واز، ہز فارمولا واز پازیٹیو اسٹیٹس کوئسٹ۔</w:t>
      </w:r>
    </w:p>
    <w:p>
      <w:r>
        <w:rPr>
          <w:b/>
        </w:rPr>
        <w:t xml:space="preserve">[16:31] </w:t>
      </w:r>
      <w:r>
        <w:t>what it means? it means that accept the state quo and avail the opportunities. this was his formula.</w:t>
      </w:r>
    </w:p>
    <w:p>
      <w:pPr>
        <w:jc w:val="right"/>
      </w:pPr>
      <w:r>
        <w:t>واٹ اٹ مینز؟ اٹ مینز دیٹ ایکسیپٹ دی اسٹیٹس کو اینڈ اویل دا اپرچونیٹیز۔ دس واز ہز فارمولا۔</w:t>
      </w:r>
    </w:p>
    <w:p>
      <w:r>
        <w:rPr>
          <w:b/>
        </w:rPr>
        <w:t xml:space="preserve">[16:42] </w:t>
      </w:r>
      <w:r>
        <w:t>in every situation, there are some problem, but at the same time, there are some opportunities.</w:t>
      </w:r>
    </w:p>
    <w:p>
      <w:pPr>
        <w:jc w:val="right"/>
      </w:pPr>
      <w:r>
        <w:t>ان ایوری سچویشن، دیر آر سم پرابلم، بٹ ایٹ دا سیم ٹائم، دیر آر سم اپرچونیٹیز۔</w:t>
      </w:r>
    </w:p>
    <w:p>
      <w:r>
        <w:rPr>
          <w:b/>
        </w:rPr>
        <w:t xml:space="preserve">[16:50] </w:t>
      </w:r>
      <w:r>
        <w:t>this is law of nature.</w:t>
      </w:r>
    </w:p>
    <w:p>
      <w:pPr>
        <w:jc w:val="right"/>
      </w:pPr>
      <w:r>
        <w:t>دس از لاء آف نیچر۔</w:t>
      </w:r>
    </w:p>
    <w:p>
      <w:r>
        <w:rPr>
          <w:b/>
        </w:rPr>
        <w:t xml:space="preserve">[16:55] </w:t>
      </w:r>
      <w:r>
        <w:t>this is law of nature that in every situation, in every time, in every circumstances,</w:t>
      </w:r>
    </w:p>
    <w:p>
      <w:pPr>
        <w:jc w:val="right"/>
      </w:pPr>
      <w:r>
        <w:t>دس از لاء آف نیچر دیٹ ان ایوری سچویشن، ان ایوری ٹائم، ان ایوری سرکمسٹنسز،</w:t>
      </w:r>
    </w:p>
    <w:p>
      <w:r>
        <w:rPr>
          <w:b/>
        </w:rPr>
        <w:t xml:space="preserve">[17:06] </w:t>
      </w:r>
      <w:r>
        <w:t>if there are some problems, at the same time, there are opportunities. so you have to ignore the problems, and you have to avail the opportunities.</w:t>
      </w:r>
    </w:p>
    <w:p>
      <w:pPr>
        <w:jc w:val="right"/>
      </w:pPr>
      <w:r>
        <w:t>اف دیر آر سم پرابلمز، ایٹ دا سیم ٹائم، دیر آر اپرچونیٹیز۔ سو یو ہیو ٹو اگنور دا پرابلمز، اینڈ یو ہیو ٹو اویل دا اپرچونیٹیز۔</w:t>
      </w:r>
    </w:p>
    <w:p>
      <w:r>
        <w:rPr>
          <w:b/>
        </w:rPr>
        <w:t xml:space="preserve">[17:17] </w:t>
      </w:r>
      <w:r>
        <w:t>this is positive state quo quest.</w:t>
      </w:r>
    </w:p>
    <w:p>
      <w:pPr>
        <w:jc w:val="right"/>
      </w:pPr>
      <w:r>
        <w:t>دس از پازیٹیو اسٹیٹس کوئسٹ۔</w:t>
      </w:r>
    </w:p>
    <w:p>
      <w:r>
        <w:rPr>
          <w:b/>
        </w:rPr>
        <w:t xml:space="preserve">[17:22] </w:t>
      </w:r>
      <w:r>
        <w:t>accept the state quo. ignoring the problem means accepting the state quo.</w:t>
      </w:r>
    </w:p>
    <w:p>
      <w:pPr>
        <w:jc w:val="right"/>
      </w:pPr>
      <w:r>
        <w:t>ایکسیپٹ دی اسٹیٹس کو۔ اگنورنگ دا پرابلم مینز ایکسیپٹنگ دی اسٹیٹس کو۔</w:t>
      </w:r>
    </w:p>
    <w:p>
      <w:r>
        <w:rPr>
          <w:b/>
        </w:rPr>
        <w:t xml:space="preserve">[17:35] </w:t>
      </w:r>
      <w:r>
        <w:t>so accept the state quo and avail the opportunities present in the same situation.</w:t>
      </w:r>
    </w:p>
    <w:p>
      <w:pPr>
        <w:jc w:val="right"/>
      </w:pPr>
      <w:r>
        <w:t>سو ایکسیپٹ دی اسٹیٹس کو اینڈ اویل دا اپرچونیٹیز پریزنٹ ان دا سیم سچویشن۔</w:t>
      </w:r>
    </w:p>
    <w:p>
      <w:r>
        <w:rPr>
          <w:b/>
        </w:rPr>
        <w:t xml:space="preserve">[17:44] </w:t>
      </w:r>
      <w:r>
        <w:t>this is the prophetic formula.</w:t>
      </w:r>
    </w:p>
    <w:p>
      <w:pPr>
        <w:jc w:val="right"/>
      </w:pPr>
      <w:r>
        <w:t>دس از دا پرافٹک فارمولا۔</w:t>
      </w:r>
    </w:p>
    <w:p>
      <w:r>
        <w:rPr>
          <w:b/>
        </w:rPr>
        <w:t xml:space="preserve">[17:47] </w:t>
      </w:r>
      <w:r>
        <w:t>and this is, you can give a term it as positive state quo quest.</w:t>
      </w:r>
    </w:p>
    <w:p>
      <w:pPr>
        <w:jc w:val="right"/>
      </w:pPr>
      <w:r>
        <w:t>اینڈ دس از، یو کین گیو ا ٹرم اٹ ایز پازیٹیو اسٹیٹس کوئسٹ۔</w:t>
      </w:r>
    </w:p>
    <w:p>
      <w:r>
        <w:rPr>
          <w:b/>
        </w:rPr>
        <w:t xml:space="preserve">[18:01] </w:t>
      </w:r>
      <w:r>
        <w:t>the prophet adopted this formula everywhere in mecca and medina, both.</w:t>
      </w:r>
    </w:p>
    <w:p>
      <w:pPr>
        <w:jc w:val="right"/>
      </w:pPr>
      <w:r>
        <w:t>دا پرافٹ اڈاپٹڈ دس فارمولا ایوری ویر ان مکہ اینڈ مدینہ، بوتھ۔</w:t>
      </w:r>
    </w:p>
    <w:p>
      <w:r>
        <w:rPr>
          <w:b/>
        </w:rPr>
        <w:t xml:space="preserve">[18:13] </w:t>
      </w:r>
      <w:r>
        <w:t>for example, when he was in mecca,</w:t>
      </w:r>
    </w:p>
    <w:p>
      <w:pPr>
        <w:jc w:val="right"/>
      </w:pPr>
      <w:r>
        <w:t>فار ایگزیمپل، وین ہی واز ان مکہ،</w:t>
      </w:r>
    </w:p>
    <w:p>
      <w:r>
        <w:rPr>
          <w:b/>
        </w:rPr>
        <w:t xml:space="preserve">[18:18] </w:t>
      </w:r>
      <w:r>
        <w:t>there were 360 idols placed in kaaba, in the premises of kaaba. 360.</w:t>
      </w:r>
    </w:p>
    <w:p>
      <w:pPr>
        <w:jc w:val="right"/>
      </w:pPr>
      <w:r>
        <w:t>دیر ویر 360 ائڈلز پلیسڈ ان کعبہ، ان دا پریمسز آف کعبہ۔ 360۔</w:t>
      </w:r>
    </w:p>
    <w:p>
      <w:r>
        <w:rPr>
          <w:b/>
        </w:rPr>
        <w:t xml:space="preserve">[18:29] </w:t>
      </w:r>
      <w:r>
        <w:t>it was state quo. the state quo, the state quo was quite unpleasant because kaaba was built for tawheed</w:t>
      </w:r>
    </w:p>
    <w:p>
      <w:pPr>
        <w:jc w:val="right"/>
      </w:pPr>
      <w:r>
        <w:t>اٹ واز اسٹیٹس کو۔ دی اسٹیٹس کو، دا اسٹیٹس کو واز کوائٹ ان پلیزنٹ بیکاز کعبہ واز بلٹ فار توحید</w:t>
      </w:r>
    </w:p>
    <w:p>
      <w:r>
        <w:rPr>
          <w:b/>
        </w:rPr>
        <w:t xml:space="preserve">[18:45] </w:t>
      </w:r>
      <w:r>
        <w:t>for</w:t>
      </w:r>
    </w:p>
    <w:p>
      <w:pPr>
        <w:jc w:val="right"/>
      </w:pPr>
      <w:r>
        <w:t>، فار</w:t>
      </w:r>
    </w:p>
    <w:p>
      <w:r>
        <w:rPr>
          <w:b/>
        </w:rPr>
        <w:t xml:space="preserve">[18:49] </w:t>
      </w:r>
      <w:r>
        <w:t>ibadat, but at the time, it was place of idols.</w:t>
      </w:r>
    </w:p>
    <w:p>
      <w:pPr>
        <w:jc w:val="right"/>
      </w:pPr>
      <w:r>
        <w:t>عبادت، بٹ ایٹ دا ٹائم، اٹ واز پلیس آف ائڈلز۔</w:t>
      </w:r>
    </w:p>
    <w:p>
      <w:r>
        <w:rPr>
          <w:b/>
        </w:rPr>
        <w:t xml:space="preserve">[19:05] </w:t>
      </w:r>
      <w:r>
        <w:t>so, so prophet accepted this state quo. he never tried to destroy all those idols.</w:t>
      </w:r>
    </w:p>
    <w:p>
      <w:pPr>
        <w:jc w:val="right"/>
      </w:pPr>
      <w:r>
        <w:t>سو، سو پرافٹ ایکسیپٹڈ دس اسٹیٹس کو۔ ہی نیور ٹرائیڈ ٹو ڈسٹروئے آل دوز ائڈلز۔</w:t>
      </w:r>
    </w:p>
    <w:p>
      <w:r>
        <w:rPr>
          <w:b/>
        </w:rPr>
        <w:t xml:space="preserve">[19:17] </w:t>
      </w:r>
      <w:r>
        <w:t>never, never. but prophet saw that there is an opportunity.</w:t>
      </w:r>
    </w:p>
    <w:p>
      <w:pPr>
        <w:jc w:val="right"/>
      </w:pPr>
      <w:r>
        <w:t>نیور، نیور۔ بٹ پرافٹ سا دیٹ دیر از این اپرچونیٹی۔</w:t>
      </w:r>
    </w:p>
    <w:p>
      <w:r>
        <w:rPr>
          <w:b/>
        </w:rPr>
        <w:t xml:space="preserve">[19:29] </w:t>
      </w:r>
      <w:r>
        <w:t>people visit kaaba every day from different towns, different part of the arabia, to worship their idols,</w:t>
      </w:r>
    </w:p>
    <w:p>
      <w:pPr>
        <w:jc w:val="right"/>
      </w:pPr>
      <w:r>
        <w:t>پیپل وزٹ کعبہ ایوری ڈے فرام ڈفرنٹ ٹاؤنز، ڈفرنٹ پارٹ آف دا عربیہ، ٹو ورشپ دیر ائڈلز،</w:t>
      </w:r>
    </w:p>
    <w:p>
      <w:r>
        <w:rPr>
          <w:b/>
        </w:rPr>
        <w:t xml:space="preserve">[19:47] </w:t>
      </w:r>
      <w:r>
        <w:t>to present their offerings to these idols. so, it was</w:t>
      </w:r>
    </w:p>
    <w:p>
      <w:pPr>
        <w:jc w:val="right"/>
      </w:pPr>
      <w:r>
        <w:t>ٹو پریزنٹ دیر آفرنگ ٹو دیز ائڈلز۔ سو، اٹ واز</w:t>
      </w:r>
    </w:p>
    <w:p>
      <w:r>
        <w:rPr>
          <w:b/>
        </w:rPr>
        <w:t xml:space="preserve">[19:56] </w:t>
      </w:r>
      <w:r>
        <w:t>in, so every day people used to visit kaaba. so there was a gathering. every day, there was a gathering.</w:t>
      </w:r>
    </w:p>
    <w:p>
      <w:pPr>
        <w:jc w:val="right"/>
      </w:pPr>
      <w:r>
        <w:t>ان، سو ایوری ڈے پیپل یوز ٹو وزٹ کعبہ۔ سو دیر واز ا گیدرنگ۔ ایوری ڈے، دیر واز ا گیدرنگ۔</w:t>
      </w:r>
    </w:p>
    <w:p>
      <w:r>
        <w:rPr>
          <w:b/>
        </w:rPr>
        <w:t xml:space="preserve">[20:07] </w:t>
      </w:r>
      <w:r>
        <w:t>so prophet ignored the presence of idols, and he tried to avail this gathering</w:t>
      </w:r>
    </w:p>
    <w:p>
      <w:pPr>
        <w:jc w:val="right"/>
      </w:pPr>
      <w:r>
        <w:t>تو پرافٹ اگنورڈ دا پریزنس آف ائڈلز، اینڈ ہی ٹرائیڈ ٹو اویل دس گیدرنگ</w:t>
      </w:r>
    </w:p>
    <w:p>
      <w:r>
        <w:rPr>
          <w:b/>
        </w:rPr>
        <w:t xml:space="preserve">[20:17] </w:t>
      </w:r>
      <w:r>
        <w:t>as an audience. this is the wisdom of the prophet. there were two, there were two phenomena.</w:t>
      </w:r>
    </w:p>
    <w:p>
      <w:pPr>
        <w:jc w:val="right"/>
      </w:pPr>
      <w:r>
        <w:t>ایز این آڈینس۔ دس از دا وزڈم آف دا پرافٹ۔ دیر وار ٹو، دیر وار ٹو فینامینا۔</w:t>
      </w:r>
    </w:p>
    <w:p>
      <w:r>
        <w:rPr>
          <w:b/>
        </w:rPr>
        <w:t xml:space="preserve">[20:31] </w:t>
      </w:r>
      <w:r>
        <w:t>one was presence of idols in the premises of Kaba. The second was that there was a gathering in daily basis.</w:t>
      </w:r>
    </w:p>
    <w:p>
      <w:pPr>
        <w:jc w:val="right"/>
      </w:pPr>
      <w:r>
        <w:t>ون واز پریزنس آف ائڈلز ان دا پریمسز آف کعبہ۔ دا سیکنڈ واز دیٹ دیر واز ا گیدرنگ ان ڈیلی بیسس۔</w:t>
      </w:r>
    </w:p>
    <w:p>
      <w:r>
        <w:rPr>
          <w:b/>
        </w:rPr>
        <w:t xml:space="preserve">[20:44] </w:t>
      </w:r>
      <w:r>
        <w:t>so prophet accepted the states ko. he never tried to destroy those idols.</w:t>
      </w:r>
    </w:p>
    <w:p>
      <w:pPr>
        <w:jc w:val="right"/>
      </w:pPr>
      <w:r>
        <w:t>سو پرافٹ ایکسیپٹڈ دی اسٹیٹس کو۔ ہی نیور ٹرائیڈ ٹو ڈسٹروئے دوز ائڈلز۔</w:t>
      </w:r>
    </w:p>
    <w:p>
      <w:r>
        <w:rPr>
          <w:b/>
        </w:rPr>
        <w:t xml:space="preserve">[20:54] </w:t>
      </w:r>
      <w:r>
        <w:t>and at the same time, he availed that gathering as an audience by the idols self.</w:t>
      </w:r>
    </w:p>
    <w:p>
      <w:pPr>
        <w:jc w:val="right"/>
      </w:pPr>
      <w:r>
        <w:t>اینڈ ایٹ دا سیم ٹائم، ہی اویلڈ دیٹ گیدرنگ ایز این آڈینس بائی دا ائڈلز سیلف۔</w:t>
      </w:r>
    </w:p>
    <w:p>
      <w:r>
        <w:rPr>
          <w:b/>
        </w:rPr>
        <w:t xml:space="preserve">[21:08] </w:t>
      </w:r>
      <w:r>
        <w:t>he use to visit kaba every day and say: "o yaha naas, qoolo la ilaha illa tufleho." use to recite quran.</w:t>
      </w:r>
    </w:p>
    <w:p>
      <w:pPr>
        <w:jc w:val="right"/>
      </w:pPr>
      <w:r>
        <w:t>ہی یوز ٹو وزٹ کعبہ ایوری ڈے اینڈ سی: "او ایہا الناس، قولو لا الہ الا تفلحو۔" یوز ٹو ریسائیٹ القرآن۔</w:t>
      </w:r>
    </w:p>
    <w:p>
      <w:r>
        <w:rPr>
          <w:b/>
        </w:rPr>
        <w:t xml:space="preserve">[21:20] </w:t>
      </w:r>
      <w:r>
        <w:t>and gradually, people</w:t>
      </w:r>
    </w:p>
    <w:p>
      <w:pPr>
        <w:jc w:val="right"/>
      </w:pPr>
      <w:r>
        <w:t>اینڈ گریجولی، پیپل</w:t>
      </w:r>
    </w:p>
    <w:p>
      <w:r>
        <w:rPr>
          <w:b/>
        </w:rPr>
        <w:t xml:space="preserve">[21:27] </w:t>
      </w:r>
      <w:r>
        <w:t>accepted islam.</w:t>
      </w:r>
    </w:p>
    <w:p>
      <w:pPr>
        <w:jc w:val="right"/>
      </w:pPr>
      <w:r>
        <w:t>ایکسیپٹڈ اسلام۔</w:t>
      </w:r>
    </w:p>
    <w:p>
      <w:r>
        <w:rPr>
          <w:b/>
        </w:rPr>
        <w:t xml:space="preserve">[21:32] </w:t>
      </w:r>
      <w:r>
        <w:t>so this waz the prophetic wisd</w:t>
      </w:r>
    </w:p>
    <w:p>
      <w:pPr>
        <w:jc w:val="right"/>
      </w:pPr>
      <w:r>
        <w:t>سو دس واز دا پرافٹک وزڈ</w:t>
      </w:r>
    </w:p>
    <w:p>
      <w:r>
        <w:rPr>
          <w:b/>
        </w:rPr>
        <w:t xml:space="preserve">[21:35] </w:t>
      </w:r>
      <w:r>
        <w:t>m. this waz the prophetic method. in ones word, you can say that positive states quest, positive states quest is the prophetic formula in such a such situation.</w:t>
      </w:r>
    </w:p>
    <w:p>
      <w:pPr>
        <w:jc w:val="right"/>
      </w:pPr>
      <w:r>
        <w:t>م۔ دس واز دا پرافٹک میتھڈ۔ ان ونز ورڈ، یو کین سی دیٹ پازیٹیو اسٹیٹس کوئسٹ، پازیٹیو اسٹیٹس کوئسٹ از دا پرافٹک فارمولا ان سچ ا سچویشن۔</w:t>
      </w:r>
    </w:p>
    <w:p>
      <w:r>
        <w:rPr>
          <w:b/>
        </w:rPr>
        <w:t xml:space="preserve">[21:58] </w:t>
      </w:r>
      <w:r>
        <w:t>then, when there were so much atrocities, so much persecutions, even they made people kill some of his companions.</w:t>
      </w:r>
    </w:p>
    <w:p>
      <w:pPr>
        <w:jc w:val="right"/>
      </w:pPr>
      <w:r>
        <w:t>دین، وین دیر وار سو مچ اٹروسیٹیز، سو مچ پرسیکیوشنز، ایون میکر پیپل کل سم آف ہز کمپینینز۔</w:t>
      </w:r>
    </w:p>
    <w:p>
      <w:r>
        <w:rPr>
          <w:b/>
        </w:rPr>
        <w:t xml:space="preserve">[22:14] </w:t>
      </w:r>
      <w:r>
        <w:t>so there waz a great problem. but he never</w:t>
      </w:r>
    </w:p>
    <w:p>
      <w:pPr>
        <w:jc w:val="right"/>
      </w:pPr>
      <w:r>
        <w:t>سو دیر واز ا گریٹ پرابلم۔ بٹ ہی نیور</w:t>
      </w:r>
    </w:p>
    <w:p>
      <w:r>
        <w:rPr>
          <w:b/>
        </w:rPr>
        <w:t xml:space="preserve">[22:22] </w:t>
      </w:r>
      <w:r>
        <w:t>tried to go to war, never tried to fight</w:t>
      </w:r>
    </w:p>
    <w:p>
      <w:pPr>
        <w:jc w:val="right"/>
      </w:pPr>
      <w:r>
        <w:t>ٹرائیڈ ٹو گو ٹو وار، نیور ٹرائیڈ ٹو فائٹ</w:t>
      </w:r>
    </w:p>
    <w:p>
      <w:r>
        <w:rPr>
          <w:b/>
        </w:rPr>
        <w:t xml:space="preserve">[22:28] </w:t>
      </w:r>
      <w:r>
        <w:t>. simply, he migrated makkah and settle in madinah. why?</w:t>
      </w:r>
    </w:p>
    <w:p>
      <w:pPr>
        <w:jc w:val="right"/>
      </w:pPr>
      <w:r>
        <w:t>۔ سمپلی، ہی مائیگریٹڈ مکہ اینڈ سیٹل ان مدینہ۔ وائی؟</w:t>
      </w:r>
    </w:p>
    <w:p>
      <w:r>
        <w:rPr>
          <w:b/>
        </w:rPr>
        <w:t xml:space="preserve">[22:36] </w:t>
      </w:r>
      <w:r>
        <w:t>makkah at the time waz a problem land for him, a problem town for him. makkah at the time waz a problem town for him</w:t>
      </w:r>
    </w:p>
    <w:p>
      <w:pPr>
        <w:jc w:val="right"/>
      </w:pPr>
      <w:r>
        <w:t>مکہ ایٹ دا ٹائم واز ا پرابلم لینڈ فار ہم، ا پرابلم ٹاؤن فار ہم۔ مکہ ایٹ دا ٹائم واز ا پرابلم ٹاؤن فار ہم</w:t>
      </w:r>
    </w:p>
    <w:p>
      <w:r>
        <w:rPr>
          <w:b/>
        </w:rPr>
        <w:t xml:space="preserve">[22:53] </w:t>
      </w:r>
      <w:r>
        <w:t>, but at the same time, madinah waz an opportunity town for him.</w:t>
      </w:r>
    </w:p>
    <w:p>
      <w:pPr>
        <w:jc w:val="right"/>
      </w:pPr>
      <w:r>
        <w:t>، بٹ ایٹ دا سیم ٹائم، مدینہ واز این اپرچونیٹی ٹاؤن فار ہم۔</w:t>
      </w:r>
    </w:p>
    <w:p>
      <w:r>
        <w:rPr>
          <w:b/>
        </w:rPr>
        <w:t xml:space="preserve">[23:04] </w:t>
      </w:r>
      <w:r>
        <w:t>in madinah, madinah people were,</w:t>
      </w:r>
    </w:p>
    <w:p>
      <w:pPr>
        <w:jc w:val="right"/>
      </w:pPr>
      <w:r>
        <w:t>ان مدینہ، مدینہ پیپل ویر،</w:t>
      </w:r>
    </w:p>
    <w:p>
      <w:r>
        <w:rPr>
          <w:b/>
        </w:rPr>
        <w:t xml:space="preserve">[23:10] </w:t>
      </w:r>
      <w:r>
        <w:t>in madinah people were, and comparatively soft, softhearted people.</w:t>
      </w:r>
    </w:p>
    <w:p>
      <w:pPr>
        <w:jc w:val="right"/>
      </w:pPr>
      <w:r>
        <w:t>ان مدینہ پیپل ویر، اینڈ کمپیریٹیولی سافٹ، سافٹ ہارٹڈ پیپل۔</w:t>
      </w:r>
    </w:p>
    <w:p>
      <w:r>
        <w:rPr>
          <w:b/>
        </w:rPr>
        <w:t xml:space="preserve">[23:21] </w:t>
      </w:r>
      <w:r>
        <w:t>makkah people were, as were arrogant, they were stubborn, but madinah people were soft,</w:t>
      </w:r>
    </w:p>
    <w:p>
      <w:pPr>
        <w:jc w:val="right"/>
      </w:pPr>
      <w:r>
        <w:t>مکہ پیپل ویر، اس ویر ارگنٹ، دے ویر سٹبرڈ، بٹ مدینہ پیپل ویر سافٹ،</w:t>
      </w:r>
    </w:p>
    <w:p>
      <w:r>
        <w:rPr>
          <w:b/>
        </w:rPr>
        <w:t xml:space="preserve">[23:34] </w:t>
      </w:r>
      <w:r>
        <w:t>were very very soft.</w:t>
      </w:r>
    </w:p>
    <w:p>
      <w:pPr>
        <w:jc w:val="right"/>
      </w:pPr>
      <w:r>
        <w:t>ویر ویری ویری سافٹ۔</w:t>
      </w:r>
    </w:p>
    <w:p>
      <w:r>
        <w:rPr>
          <w:b/>
        </w:rPr>
        <w:t xml:space="preserve">[23:39] </w:t>
      </w:r>
      <w:r>
        <w:t>so prophet, prophet saw an opportunity in madinah.</w:t>
      </w:r>
    </w:p>
    <w:p>
      <w:pPr>
        <w:jc w:val="right"/>
      </w:pPr>
      <w:r>
        <w:t>سو پرافٹ، پرافٹ سا این اپرچونیٹی ان مدینہ۔</w:t>
      </w:r>
    </w:p>
    <w:p>
      <w:r>
        <w:rPr>
          <w:b/>
        </w:rPr>
        <w:t xml:space="preserve">[23:49] </w:t>
      </w:r>
      <w:r>
        <w:t>for prophet, madinah waz a town where there were opportunities. so it means that what is hijrat?</w:t>
      </w:r>
    </w:p>
    <w:p>
      <w:pPr>
        <w:jc w:val="right"/>
      </w:pPr>
      <w:r>
        <w:t>فار پرافٹ، مدینہ واز ا ٹاؤن ویر دیر وار اپرچونیٹیز۔ سو اٹ مینز دیٹ واٹ از ہجرت؟</w:t>
      </w:r>
    </w:p>
    <w:p>
      <w:r>
        <w:rPr>
          <w:b/>
        </w:rPr>
        <w:t xml:space="preserve">[24:00] </w:t>
      </w:r>
      <w:r>
        <w:t>this event, migration from makkah to madinah, is called in islam hijrat. al-hijrat, hijrat means migration, but is not a simple migration.</w:t>
      </w:r>
    </w:p>
    <w:p>
      <w:pPr>
        <w:jc w:val="right"/>
      </w:pPr>
      <w:r>
        <w:t>دس ایونٹ، مائیگریشن فرام مکہ ٹو مدینہ، از کالڈ ان اسلام ہجرت۔ الحجرت، ہجرت مینز مائیگریشن، بٹ از ناٹ ا سمپل مائیگریشن۔</w:t>
      </w:r>
    </w:p>
    <w:p>
      <w:r>
        <w:rPr>
          <w:b/>
        </w:rPr>
        <w:t xml:space="preserve">[24:13] </w:t>
      </w:r>
      <w:r>
        <w:t>it waz leaving problem town and settling in opportunity town.</w:t>
      </w:r>
    </w:p>
    <w:p>
      <w:pPr>
        <w:jc w:val="right"/>
      </w:pPr>
      <w:r>
        <w:t>اٹ واز لیونگ پرابلم ٹاؤن اینڈ سیٹلنگ ان اپرچونیٹی ٹاؤن۔</w:t>
      </w:r>
    </w:p>
    <w:p>
      <w:r>
        <w:rPr>
          <w:b/>
        </w:rPr>
        <w:t xml:space="preserve">[24:22] </w:t>
      </w:r>
      <w:r>
        <w:t>so it means that islam, islamic thinking is not based in land, based in opportunity.</w:t>
      </w:r>
    </w:p>
    <w:p>
      <w:pPr>
        <w:jc w:val="right"/>
      </w:pPr>
      <w:r>
        <w:t>سو اٹ مینز دیٹ اسلام، اسلامک تھنکنگ از ناٹ بیسڈ ان لینڈ، بیسڈ ان اپرچونیٹی۔</w:t>
      </w:r>
    </w:p>
    <w:p>
      <w:r>
        <w:rPr>
          <w:b/>
        </w:rPr>
        <w:t xml:space="preserve">[24:35] </w:t>
      </w:r>
      <w:r>
        <w:t>islamic thinking, islamic way of thinking is not based in land, but it is based in opportunity.</w:t>
      </w:r>
    </w:p>
    <w:p>
      <w:pPr>
        <w:jc w:val="right"/>
      </w:pPr>
      <w:r>
        <w:t>اسلامک تھنکنگ، اسلامک وے اف تھنکنگ از ناٹ بیسڈ ان لینڈ، بٹ اٹ از بیسڈ ان اپرچونیٹی۔</w:t>
      </w:r>
    </w:p>
    <w:p>
      <w:r>
        <w:rPr>
          <w:b/>
        </w:rPr>
        <w:t xml:space="preserve">[24:45] </w:t>
      </w:r>
      <w:r>
        <w:t>so you have to adopt this formula everywhere, everywhere.</w:t>
      </w:r>
    </w:p>
    <w:p>
      <w:pPr>
        <w:jc w:val="right"/>
      </w:pPr>
      <w:r>
        <w:t>سو یو ہیو ٹو اڈاپٹ دس فارمولا ایوری ویر، ایوری ویر۔</w:t>
      </w:r>
    </w:p>
    <w:p>
      <w:r>
        <w:rPr>
          <w:b/>
        </w:rPr>
        <w:t xml:space="preserve">[24:53] </w:t>
      </w:r>
      <w:r>
        <w:t>Now, I would like to say a few words about war in Islam, because there are some verses in the Quran that deal about war.</w:t>
      </w:r>
    </w:p>
    <w:p>
      <w:pPr>
        <w:jc w:val="right"/>
      </w:pPr>
      <w:r>
        <w:t>ناو، آئی وڈ لائک ٹو سی ا فیورڈ اباؤٹ وار ان اسلام، بیکاز دیر آر سم ورسز ان دا قرآن دیٹ ڈیل اباؤٹ وار۔</w:t>
      </w:r>
    </w:p>
    <w:p>
      <w:r>
        <w:rPr>
          <w:b/>
        </w:rPr>
        <w:t xml:space="preserve">[25:07] </w:t>
      </w:r>
      <w:r>
        <w:t>may be near about to dozen verses.</w:t>
      </w:r>
    </w:p>
    <w:p>
      <w:pPr>
        <w:jc w:val="right"/>
      </w:pPr>
      <w:r>
        <w:t>می بی نیئر اباؤٹ ٹو ڈزن ورسز۔</w:t>
      </w:r>
    </w:p>
    <w:p>
      <w:r>
        <w:rPr>
          <w:b/>
        </w:rPr>
        <w:t xml:space="preserve">[25:12] </w:t>
      </w:r>
      <w:r>
        <w:t>Now, all these verses are, all these verses are about defense, defensive war.</w:t>
      </w:r>
    </w:p>
    <w:p>
      <w:pPr>
        <w:jc w:val="right"/>
      </w:pPr>
      <w:r>
        <w:t>ناو، آل دیز ورسز آر، آل دیز ورسز آر اباؤٹ ڈیفنسز، ڈیفنسو وار۔</w:t>
      </w:r>
    </w:p>
    <w:p>
      <w:r>
        <w:rPr>
          <w:b/>
        </w:rPr>
        <w:t xml:space="preserve">[25:29] </w:t>
      </w:r>
      <w:r>
        <w:t>When Mecca people attacked Medina, then Prophet was,</w:t>
      </w:r>
    </w:p>
    <w:p>
      <w:pPr>
        <w:jc w:val="right"/>
      </w:pPr>
      <w:r>
        <w:t>وین میکن پیپل اٹیکڈ مدینہ، دین پرافٹ واز،</w:t>
      </w:r>
    </w:p>
    <w:p>
      <w:r>
        <w:rPr>
          <w:b/>
        </w:rPr>
        <w:t xml:space="preserve">[25:43] </w:t>
      </w:r>
      <w:r>
        <w:t>to den prafit,</w:t>
      </w:r>
    </w:p>
    <w:p>
      <w:pPr>
        <w:jc w:val="right"/>
      </w:pPr>
      <w:r>
        <w:t>تو دین پرافٹ،</w:t>
      </w:r>
    </w:p>
    <w:p>
      <w:r>
        <w:rPr>
          <w:b/>
        </w:rPr>
        <w:t xml:space="preserve">[25:50] </w:t>
      </w:r>
      <w:r>
        <w:t>When making people attacked Madina, then Prophet received some verses in the Quran that deal about war, that is defense war.</w:t>
      </w:r>
    </w:p>
    <w:p>
      <w:pPr>
        <w:jc w:val="right"/>
      </w:pPr>
      <w:r>
        <w:t>وین میکن پیپل اٹیکڈ مدینہ، دین پرافٹ ریسیوڈ سم ورسز ان دا قرآن دیٹ ڈیل اباؤٹ وار، دیٹ از ڈیفنسو وار۔</w:t>
      </w:r>
    </w:p>
    <w:p>
      <w:r>
        <w:rPr>
          <w:b/>
        </w:rPr>
        <w:t xml:space="preserve">[26:04] </w:t>
      </w:r>
      <w:r>
        <w:t>qatil al-dhina yqatilunakm,</w:t>
      </w:r>
    </w:p>
    <w:p>
      <w:pPr>
        <w:jc w:val="right"/>
      </w:pPr>
      <w:r>
        <w:t>قاتل الذین یقاتلونکم،</w:t>
      </w:r>
    </w:p>
    <w:p>
      <w:r>
        <w:rPr>
          <w:b/>
        </w:rPr>
        <w:t xml:space="preserve">[26:09] </w:t>
      </w:r>
      <w:r>
        <w:t>fight wid doz deez ho ar fighting yu,</w:t>
      </w:r>
    </w:p>
    <w:p>
      <w:pPr>
        <w:jc w:val="right"/>
      </w:pPr>
      <w:r>
        <w:t>فائٹ ود دوز دیز ہو آر فائٹنگ یو،</w:t>
      </w:r>
    </w:p>
    <w:p>
      <w:r>
        <w:rPr>
          <w:b/>
        </w:rPr>
        <w:t xml:space="preserve">[26:13] </w:t>
      </w:r>
      <w:r>
        <w:t>bado al-marah. All these verses, if you read these verses, these verses themselves say that it is defense verses,</w:t>
      </w:r>
    </w:p>
    <w:p>
      <w:pPr>
        <w:jc w:val="right"/>
      </w:pPr>
      <w:r>
        <w:t>بدو المرہ۔ آل دیز ورسز، اف یو ریڈ دیز ورسز، دیز ورسز دیم سیلف سی دیٹ اٹ از ڈیفنسو ورسز،</w:t>
      </w:r>
    </w:p>
    <w:p>
      <w:r>
        <w:rPr>
          <w:b/>
        </w:rPr>
        <w:t xml:space="preserve">[26:28] </w:t>
      </w:r>
      <w:r>
        <w:t>defense verses, not offense verses. So you have to know that in Islam,</w:t>
      </w:r>
    </w:p>
    <w:p>
      <w:pPr>
        <w:jc w:val="right"/>
      </w:pPr>
      <w:r>
        <w:t>ڈیفنسو ورسز، ناٹ افینسو ورسز۔ سو یو ہیو ٹو نو دیٹ ان اسلام،</w:t>
      </w:r>
    </w:p>
    <w:p>
      <w:r>
        <w:rPr>
          <w:b/>
        </w:rPr>
        <w:t xml:space="preserve">[26:42] </w:t>
      </w:r>
      <w:r>
        <w:t>Peace is the rule and war is an exception.</w:t>
      </w:r>
    </w:p>
    <w:p>
      <w:pPr>
        <w:jc w:val="right"/>
      </w:pPr>
      <w:r>
        <w:t>پیس از دا رول اینڈ وار از این ایکسیپشن۔</w:t>
      </w:r>
    </w:p>
    <w:p>
      <w:r>
        <w:rPr>
          <w:b/>
        </w:rPr>
        <w:t xml:space="preserve">[26:48] </w:t>
      </w:r>
      <w:r>
        <w:t>peace is da rol and war is an exseption. yu no, quran contens 6500, near about 6500 verses.</w:t>
      </w:r>
    </w:p>
    <w:p>
      <w:pPr>
        <w:jc w:val="right"/>
      </w:pPr>
      <w:r>
        <w:t>پیس از دا رول اینڈ وار از این ایکسیپشن۔ یو نو، قرآن کنٹینز 6500، نیئر اباؤٹ 6500 ورسز۔</w:t>
      </w:r>
    </w:p>
    <w:p>
      <w:r>
        <w:rPr>
          <w:b/>
        </w:rPr>
        <w:t xml:space="preserve">[27:02] </w:t>
      </w:r>
      <w:r>
        <w:t>all these verses, in more than 99 percent of these verses, deal about peace and tolerance and justice and moral values.</w:t>
      </w:r>
    </w:p>
    <w:p>
      <w:pPr>
        <w:jc w:val="right"/>
      </w:pPr>
      <w:r>
        <w:t>آل دیز ورسز، ان مور دین 99 پرسنٹ آف دیز ورسز، ڈیل اباؤٹ پیس اینڈ ٹولرنس اینڈ جسٹس اینڈ مورل ویلیوز۔</w:t>
      </w:r>
    </w:p>
    <w:p>
      <w:r>
        <w:rPr>
          <w:b/>
        </w:rPr>
        <w:t xml:space="preserve">[27:16] </w:t>
      </w:r>
      <w:r>
        <w:t>and less than one percent are those verses that deal about defense war, defense war.</w:t>
      </w:r>
    </w:p>
    <w:p>
      <w:pPr>
        <w:jc w:val="right"/>
      </w:pPr>
      <w:r>
        <w:t>اینڈ لیس دین ون پرسنٹ آر دوز ورسز دیٹ ڈیل اباؤٹ ڈیفنسو وار، ڈیفنسو وار۔</w:t>
      </w:r>
    </w:p>
    <w:p>
      <w:r>
        <w:rPr>
          <w:b/>
        </w:rPr>
        <w:t xml:space="preserve">[27:26] </w:t>
      </w:r>
      <w:r>
        <w:t>Then, so is the first point that in Islam, there is only defense war, not aggressive war.</w:t>
      </w:r>
    </w:p>
    <w:p>
      <w:pPr>
        <w:jc w:val="right"/>
      </w:pPr>
      <w:r>
        <w:t>دین، سو از دا فرسٹ پوائنٹ دیٹ ان اسلام، دیر از اونلی ڈیفنسو وار، ناٹ ایگریسو وار۔</w:t>
      </w:r>
    </w:p>
    <w:p>
      <w:r>
        <w:rPr>
          <w:b/>
        </w:rPr>
        <w:t xml:space="preserve">[27:39] </w:t>
      </w:r>
      <w:r>
        <w:t>aggressive war is not allowed in Islam. Then, there is another principle. There is a well-known principle in Islamic Sharia</w:t>
      </w:r>
    </w:p>
    <w:p>
      <w:pPr>
        <w:jc w:val="right"/>
      </w:pPr>
      <w:r>
        <w:t>ایگریسو وار از ناٹ الاؤڈ ان اسلام۔ دین، دیر از انادر پرنسپل۔ دیر از اے ویل نون پرنسپل ان اسلامک شریعہ</w:t>
      </w:r>
    </w:p>
    <w:p>
      <w:r>
        <w:rPr>
          <w:b/>
        </w:rPr>
        <w:t xml:space="preserve">[27:55] </w:t>
      </w:r>
      <w:r>
        <w:t>that al-rajul lil-imam. It is well accepted principle in Islamic Sharia, al-rajul lil-imam.</w:t>
      </w:r>
    </w:p>
    <w:p>
      <w:pPr>
        <w:jc w:val="right"/>
      </w:pPr>
      <w:r>
        <w:t>دیٹ الرحیل للامام۔ اٹ از ویل ایکسیپٹڈ پرنسپل ان اسلامک شریعہ، الرحیل للامام۔</w:t>
      </w:r>
    </w:p>
    <w:p>
      <w:r>
        <w:rPr>
          <w:b/>
        </w:rPr>
        <w:t xml:space="preserve">[28:07] </w:t>
      </w:r>
      <w:r>
        <w:t>it means that to declare a war is a prerogative of Islamic state.</w:t>
      </w:r>
    </w:p>
    <w:p>
      <w:pPr>
        <w:jc w:val="right"/>
      </w:pPr>
      <w:r>
        <w:t>اٹ مینز دیٹ ٹو ڈیکلیئر ا وار از ا پیراگیٹیو آف اسلامک اسٹیٹ۔</w:t>
      </w:r>
    </w:p>
    <w:p>
      <w:r>
        <w:rPr>
          <w:b/>
        </w:rPr>
        <w:t xml:space="preserve">[28:21] </w:t>
      </w:r>
      <w:r>
        <w:t>al-raijl lil-imam</w:t>
      </w:r>
    </w:p>
    <w:p>
      <w:pPr>
        <w:jc w:val="right"/>
      </w:pPr>
      <w:r>
        <w:t>الرحیل للامام</w:t>
      </w:r>
    </w:p>
    <w:p>
      <w:r>
        <w:rPr>
          <w:b/>
        </w:rPr>
        <w:t xml:space="preserve">[28:24] </w:t>
      </w:r>
      <w:r>
        <w:t>. It means that war, although war is allowed in defense situation, but even at that time, even in defense situation, only state is allowed to go to war.</w:t>
      </w:r>
    </w:p>
    <w:p>
      <w:pPr>
        <w:jc w:val="right"/>
      </w:pPr>
      <w:r>
        <w:t>۔ اٹ مینز دیٹ وار، آل دو وار از الاؤڈ ان ڈیفنسو سچویشن، بٹ ایون ایٹ دیٹ ٹائم، ایون ان ڈیفنسو سچویشن، اونلی اسٹیٹ از الاؤڈ ٹو گو ٹو وار۔</w:t>
      </w:r>
    </w:p>
    <w:p>
      <w:r>
        <w:rPr>
          <w:b/>
        </w:rPr>
        <w:t xml:space="preserve">[28:41] </w:t>
      </w:r>
      <w:r>
        <w:t>Non-governmental organizations are not allowed to go to war.</w:t>
      </w:r>
    </w:p>
    <w:p>
      <w:pPr>
        <w:jc w:val="right"/>
      </w:pPr>
      <w:r>
        <w:t>نان گورنمنٹل ارگنائزیشنز آر ناٹ الاؤڈ ٹو گو ٹو وار۔</w:t>
      </w:r>
    </w:p>
    <w:p>
      <w:r>
        <w:rPr>
          <w:b/>
        </w:rPr>
        <w:t xml:space="preserve">[28:54] </w:t>
      </w:r>
      <w:r>
        <w:t>so even in defense situation, only state is allowed to go to war.</w:t>
      </w:r>
    </w:p>
    <w:p>
      <w:pPr>
        <w:jc w:val="right"/>
      </w:pPr>
      <w:r>
        <w:t>سو ایون ان ڈیفنسو سچویشن، اونلی اسٹیٹ از الاؤڈ ٹو گو ٹو وار۔</w:t>
      </w:r>
    </w:p>
    <w:p>
      <w:r>
        <w:rPr>
          <w:b/>
        </w:rPr>
        <w:t xml:space="preserve">[29:04] </w:t>
      </w:r>
      <w:r>
        <w:t>non-governmental agencies are not allowed. For them, it is haram.</w:t>
      </w:r>
    </w:p>
    <w:p>
      <w:pPr>
        <w:jc w:val="right"/>
      </w:pPr>
      <w:r>
        <w:t>نان گورنمنٹل ایجنسیز آر ناٹ الاؤڈ۔ فار دیم، اٹ از حرام۔</w:t>
      </w:r>
    </w:p>
    <w:p>
      <w:r>
        <w:rPr>
          <w:b/>
        </w:rPr>
        <w:t xml:space="preserve">[29:13] </w:t>
      </w:r>
      <w:r>
        <w:t>So, according to Islam, the definition of terrorism, I will tell you what is the definition of terrorism in Islam.</w:t>
      </w:r>
    </w:p>
    <w:p>
      <w:pPr>
        <w:jc w:val="right"/>
      </w:pPr>
      <w:r>
        <w:t>سو، اکارڈنگ ٹو اسلام، دا ڈیفینیشن آف ٹیررزم، آئی ویل ٹیل یو واٹ از دا ڈیفینیشن آف ٹیررزم ان اسلام۔</w:t>
      </w:r>
    </w:p>
    <w:p>
      <w:r>
        <w:rPr>
          <w:b/>
        </w:rPr>
        <w:t xml:space="preserve">[29:26] </w:t>
      </w:r>
      <w:r>
        <w:t>it is veri, it is a veri important kwestion. wat is da defenition of terorism?</w:t>
      </w:r>
    </w:p>
    <w:p>
      <w:pPr>
        <w:jc w:val="right"/>
      </w:pPr>
      <w:r>
        <w:t>اٹ از ویری، اٹ از اے ویری امپورٹنٹ کوسچن۔ واٹ از دا ڈیفینیشن آف ٹیررزم؟</w:t>
      </w:r>
    </w:p>
    <w:p>
      <w:r>
        <w:rPr>
          <w:b/>
        </w:rPr>
        <w:t xml:space="preserve">[29:37] </w:t>
      </w:r>
      <w:r>
        <w:t>so, according to Islam, the definition of terrorism is use of arms by other than state,</w:t>
      </w:r>
    </w:p>
    <w:p>
      <w:pPr>
        <w:jc w:val="right"/>
      </w:pPr>
      <w:r>
        <w:t>سو، اکارڈنگ ٹو اسلام، دا ڈیفینیشن آف ٹیررزم از یوز آف ارم بائی ادر دین اسٹیٹ،</w:t>
      </w:r>
    </w:p>
    <w:p>
      <w:r>
        <w:rPr>
          <w:b/>
        </w:rPr>
        <w:t xml:space="preserve">[29:51] </w:t>
      </w:r>
      <w:r>
        <w:t>other than established state.</w:t>
      </w:r>
    </w:p>
    <w:p>
      <w:pPr>
        <w:jc w:val="right"/>
      </w:pPr>
      <w:r>
        <w:t>ادر دین اسٹیبلش اسٹیٹ۔</w:t>
      </w:r>
    </w:p>
    <w:p>
      <w:r>
        <w:rPr>
          <w:b/>
        </w:rPr>
        <w:t xml:space="preserve">[29:54] </w:t>
      </w:r>
      <w:r>
        <w:t>use of arms by other than established state. This is the definition of terrorism.</w:t>
      </w:r>
    </w:p>
    <w:p>
      <w:pPr>
        <w:jc w:val="right"/>
      </w:pPr>
      <w:r>
        <w:t>یوز آف ارم بائی ادر دین اسٹیبلش اسٹیٹ۔ دس از دا ڈیفینیشن آف ٹیررزم۔</w:t>
      </w:r>
    </w:p>
    <w:p>
      <w:r>
        <w:rPr>
          <w:b/>
        </w:rPr>
        <w:t xml:space="preserve">[30:04] </w:t>
      </w:r>
      <w:r>
        <w:t>So, no private person, no organization</w:t>
      </w:r>
    </w:p>
    <w:p>
      <w:pPr>
        <w:jc w:val="right"/>
      </w:pPr>
      <w:r>
        <w:t>سو، نو پرائیویٹ پرسن، نو ارگنائزیشن</w:t>
      </w:r>
    </w:p>
    <w:p>
      <w:r>
        <w:rPr>
          <w:b/>
        </w:rPr>
        <w:t xml:space="preserve">[30:13] </w:t>
      </w:r>
      <w:r>
        <w:t>other than government is allowed to go to war.</w:t>
      </w:r>
    </w:p>
    <w:p>
      <w:pPr>
        <w:jc w:val="right"/>
      </w:pPr>
      <w:r>
        <w:t>ادر دین گورنمنٹ از الاؤڈ ٹو گو ٹو وار۔</w:t>
      </w:r>
    </w:p>
    <w:p>
      <w:r>
        <w:rPr>
          <w:b/>
        </w:rPr>
        <w:t xml:space="preserve">[30:19] </w:t>
      </w:r>
      <w:r>
        <w:t>Then, there are some other conditions.</w:t>
      </w:r>
    </w:p>
    <w:p>
      <w:pPr>
        <w:jc w:val="right"/>
      </w:pPr>
      <w:r>
        <w:t>دین، دیر آر سم ادر کنڈیشنز۔</w:t>
      </w:r>
    </w:p>
    <w:p>
      <w:r>
        <w:rPr>
          <w:b/>
        </w:rPr>
        <w:t xml:space="preserve">[30:26] </w:t>
      </w:r>
      <w:r>
        <w:t>For example,</w:t>
      </w:r>
    </w:p>
    <w:p>
      <w:pPr>
        <w:jc w:val="right"/>
      </w:pPr>
      <w:r>
        <w:t>فار ایگزامپل،</w:t>
      </w:r>
    </w:p>
    <w:p>
      <w:r>
        <w:rPr>
          <w:b/>
        </w:rPr>
        <w:t xml:space="preserve">[30:31] </w:t>
      </w:r>
      <w:r>
        <w:t>by taking this teaching, you can see that you know, there are several kinds of wars.</w:t>
      </w:r>
    </w:p>
    <w:p>
      <w:pPr>
        <w:jc w:val="right"/>
      </w:pPr>
      <w:r>
        <w:t>بائی ٹیکنگ دس ٹیچنگ، یو کین سی دیٹ یو نو، دیر آر سیورل کائنڈ آف وارز۔</w:t>
      </w:r>
    </w:p>
    <w:p>
      <w:r>
        <w:rPr>
          <w:b/>
        </w:rPr>
        <w:t xml:space="preserve">[30:45] </w:t>
      </w:r>
      <w:r>
        <w:t>These are called as guerrilla war, proxy war, etc.</w:t>
      </w:r>
    </w:p>
    <w:p>
      <w:pPr>
        <w:jc w:val="right"/>
      </w:pPr>
      <w:r>
        <w:t>دیز آر کالڈ ایز گوریلا وار، پروکسی وار، ایٹس</w:t>
      </w:r>
    </w:p>
    <w:p>
      <w:r>
        <w:rPr>
          <w:b/>
        </w:rPr>
        <w:t xml:space="preserve">[30:51] </w:t>
      </w:r>
      <w:r>
        <w:t>true. So, I can see that in Islam, there is no guerrilla war, no proxy war, no aggressive war, and also no undeclared war.</w:t>
      </w:r>
    </w:p>
    <w:p>
      <w:pPr>
        <w:jc w:val="right"/>
      </w:pPr>
      <w:r>
        <w:t>ٹرہ۔ سو، آئی کین سی دیٹ ان اسلام، دیر از نو گوریلا وار، نو پروکسی وار، نو ایگریسو وار، اینڈ السو نو ان ڈیکلیئرڈ وار۔</w:t>
      </w:r>
    </w:p>
    <w:p>
      <w:r>
        <w:rPr>
          <w:b/>
        </w:rPr>
        <w:t xml:space="preserve">[31:07] </w:t>
      </w:r>
      <w:r>
        <w:t>Quran says: "Allah". It means that if you want to go to war,</w:t>
      </w:r>
    </w:p>
    <w:p>
      <w:pPr>
        <w:jc w:val="right"/>
      </w:pPr>
      <w:r>
        <w:t>قرآن سیز: "اللہ"۔ اٹ مینز دیٹ اف یو وانٹ ٹو گو ٹو وار،</w:t>
      </w:r>
    </w:p>
    <w:p>
      <w:r>
        <w:rPr>
          <w:b/>
        </w:rPr>
        <w:t xml:space="preserve">[31:15] </w:t>
      </w:r>
      <w:r>
        <w:t>even in defensive situation, you have to declare that from this day, we and you are at war.</w:t>
      </w:r>
    </w:p>
    <w:p>
      <w:pPr>
        <w:jc w:val="right"/>
      </w:pPr>
      <w:r>
        <w:t>ایون ان ڈیفنسو سچویشن، یو ہیو ٹو ڈیکلیئر دیٹ فرام دس ڈے، وی اینڈ یو آر ایٹ وار۔</w:t>
      </w:r>
    </w:p>
    <w:p>
      <w:r>
        <w:rPr>
          <w:b/>
        </w:rPr>
        <w:t xml:space="preserve">[31:25] </w:t>
      </w:r>
      <w:r>
        <w:t>It is compulsory. So, there is no undeclared war in Islam.</w:t>
      </w:r>
    </w:p>
    <w:p>
      <w:pPr>
        <w:jc w:val="right"/>
      </w:pPr>
      <w:r>
        <w:t>اٹ از کمپلسری۔ سو، دیر از نو ان ڈیکلیئرڈ وار ان اسلام۔</w:t>
      </w:r>
    </w:p>
    <w:p>
      <w:r>
        <w:rPr>
          <w:b/>
        </w:rPr>
        <w:t xml:space="preserve">[31:35] </w:t>
      </w:r>
      <w:r>
        <w:t>So, guerrilla war, proxy war, secret war, undeclared war, aggressive war,</w:t>
      </w:r>
    </w:p>
    <w:p>
      <w:pPr>
        <w:jc w:val="right"/>
      </w:pPr>
      <w:r>
        <w:t>سو، گوریلا وار، پروکسی وار، سیکرٹ وار، ان ڈیکلیئرڈ وار، ایگریسو وار،</w:t>
      </w:r>
    </w:p>
    <w:p>
      <w:r>
        <w:rPr>
          <w:b/>
        </w:rPr>
        <w:t xml:space="preserve">[31:46] </w:t>
      </w:r>
      <w:r>
        <w:t>wars fought by other, by agencies other than government, other than state.</w:t>
      </w:r>
    </w:p>
    <w:p>
      <w:pPr>
        <w:jc w:val="right"/>
      </w:pPr>
      <w:r>
        <w:t>وارز فاڈ بائی ادر، بائی ایجنسیز ادر دین گورنمنٹ، ادر دین اسٹیٹ۔</w:t>
      </w:r>
    </w:p>
    <w:p>
      <w:r>
        <w:rPr>
          <w:b/>
        </w:rPr>
        <w:t xml:space="preserve">[31:56] </w:t>
      </w:r>
      <w:r>
        <w:t>So, all these wars are haram in Islam. Only one kind of war is lawful in Islam, that is defensive war fought by an established government.</w:t>
      </w:r>
    </w:p>
    <w:p>
      <w:pPr>
        <w:jc w:val="right"/>
      </w:pPr>
      <w:r>
        <w:t>سو، آل دیز وارز آر حرام ان اسلام۔ اونلی ون کائنڈ آف وار از لافل ان اسلام، دیٹ از ڈیفنسو وار فاڈ بائی این اسٹیبلش گورنمنٹ۔</w:t>
      </w:r>
    </w:p>
    <w:p>
      <w:r>
        <w:rPr>
          <w:b/>
        </w:rPr>
        <w:t xml:space="preserve">[32:18] </w:t>
      </w:r>
      <w:r>
        <w:t>It is very very clear in Islam.</w:t>
      </w:r>
    </w:p>
    <w:p>
      <w:pPr>
        <w:jc w:val="right"/>
      </w:pPr>
      <w:r>
        <w:t>اٹ از ویری ویری کلیئر ان اسلام۔</w:t>
      </w:r>
    </w:p>
    <w:p>
      <w:r>
        <w:rPr>
          <w:b/>
        </w:rPr>
        <w:t xml:space="preserve">[32:27] </w:t>
      </w:r>
      <w:r>
        <w:t>It is very very clear in Islam.</w:t>
      </w:r>
    </w:p>
    <w:p>
      <w:pPr>
        <w:jc w:val="right"/>
      </w:pPr>
      <w:r>
        <w:t>اٹ از ویری ویری کلیئر ان اسلام۔</w:t>
      </w:r>
    </w:p>
    <w:p>
      <w:r>
        <w:rPr>
          <w:b/>
        </w:rPr>
        <w:t xml:space="preserve">[32:33] </w:t>
      </w:r>
      <w:r>
        <w:t>So, I can see that</w:t>
      </w:r>
    </w:p>
    <w:p>
      <w:pPr>
        <w:jc w:val="right"/>
      </w:pPr>
      <w:r>
        <w:t>سو، آئی کین سی دیٹ</w:t>
      </w:r>
    </w:p>
    <w:p>
      <w:r>
        <w:rPr>
          <w:b/>
        </w:rPr>
        <w:t xml:space="preserve">[32:38] </w:t>
      </w:r>
      <w:r>
        <w:t>in Islam, peace is rule and war is a rare exception.</w:t>
      </w:r>
    </w:p>
    <w:p>
      <w:pPr>
        <w:jc w:val="right"/>
      </w:pPr>
      <w:r>
        <w:t>ان اسلام، پیس از رول اینڈ وار از ا ریئر ایکسیپشن۔</w:t>
      </w:r>
    </w:p>
    <w:p>
      <w:r>
        <w:rPr>
          <w:b/>
        </w:rPr>
        <w:t xml:space="preserve">[32:50] </w:t>
      </w:r>
      <w:r>
        <w:t>Peace is rule and war is a rare exception.</w:t>
      </w:r>
    </w:p>
    <w:p>
      <w:pPr>
        <w:jc w:val="right"/>
      </w:pPr>
      <w:r>
        <w:t>پیس از رول اینڈ وار از ا ریئر ایکسیپشن۔</w:t>
      </w:r>
    </w:p>
    <w:p>
      <w:r>
        <w:rPr>
          <w:b/>
        </w:rPr>
        <w:t xml:space="preserve">[33:00] </w:t>
      </w:r>
      <w:r>
        <w:t>Then,</w:t>
      </w:r>
    </w:p>
    <w:p>
      <w:pPr>
        <w:jc w:val="right"/>
      </w:pPr>
      <w:r>
        <w:t>دین،</w:t>
      </w:r>
    </w:p>
    <w:p>
      <w:r>
        <w:rPr>
          <w:b/>
        </w:rPr>
        <w:t xml:space="preserve">[33:04] </w:t>
      </w:r>
      <w:r>
        <w:t>if you see</w:t>
      </w:r>
    </w:p>
    <w:p>
      <w:pPr>
        <w:jc w:val="right"/>
      </w:pPr>
      <w:r>
        <w:t>اف یو سی</w:t>
      </w:r>
    </w:p>
    <w:p>
      <w:r>
        <w:rPr>
          <w:b/>
        </w:rPr>
        <w:t xml:space="preserve">[33:09] </w:t>
      </w:r>
      <w:r>
        <w:t>the Quranic injunctions are saying the prophet in hadith,</w:t>
      </w:r>
    </w:p>
    <w:p>
      <w:pPr>
        <w:jc w:val="right"/>
      </w:pPr>
      <w:r>
        <w:t>دا قرآنک انجنکشنز آر سینگ دا پرافٹ ان حدیث،</w:t>
      </w:r>
    </w:p>
    <w:p>
      <w:r>
        <w:rPr>
          <w:b/>
        </w:rPr>
        <w:t xml:space="preserve">[33:16] </w:t>
      </w:r>
      <w:r>
        <w:t>you will know the true spirit of Islam. For example, Quran says: "Alsulhu khair".</w:t>
      </w:r>
    </w:p>
    <w:p>
      <w:pPr>
        <w:jc w:val="right"/>
      </w:pPr>
      <w:r>
        <w:t>یو ویل نو دا ٹرو اسپیٹ آف اسلام۔ فار ایگزامپل، قرآن سیز: "الصلح خیر"۔</w:t>
      </w:r>
    </w:p>
    <w:p>
      <w:r>
        <w:rPr>
          <w:b/>
        </w:rPr>
        <w:t xml:space="preserve">[33:28] </w:t>
      </w:r>
      <w:r>
        <w:t>peace is the best. "alsulh khair".</w:t>
      </w:r>
    </w:p>
    <w:p>
      <w:pPr>
        <w:jc w:val="right"/>
      </w:pPr>
      <w:r>
        <w:t>پیس از دا بیسٹ۔ "الصلح خیر"۔</w:t>
      </w:r>
    </w:p>
    <w:p>
      <w:r>
        <w:rPr>
          <w:b/>
        </w:rPr>
        <w:t xml:space="preserve">[33:38] </w:t>
      </w:r>
      <w:r>
        <w:t>it means that at the time of confrontation, you have to adopt peaceful method rather than violent method.</w:t>
      </w:r>
    </w:p>
    <w:p>
      <w:pPr>
        <w:jc w:val="right"/>
      </w:pPr>
      <w:r>
        <w:t>اٹ مینز دیٹ ایٹ دا ٹائم آف کنفرنٹیشن، یو ہیو ٹو اڈاپٹ پیسفل میتھڈ رادر دین وائلنٹ میتھڈ۔</w:t>
      </w:r>
    </w:p>
    <w:p>
      <w:r>
        <w:rPr>
          <w:b/>
        </w:rPr>
        <w:t xml:space="preserve">[33:52] </w:t>
      </w:r>
      <w:r>
        <w:t>there is a hadith in sahih bukhari narrated by aisha, the wife of the prophet</w:t>
      </w:r>
    </w:p>
    <w:p>
      <w:pPr>
        <w:jc w:val="right"/>
      </w:pPr>
      <w:r>
        <w:t>دیر از ا حدیث ان صحیح بخاری نیٹڈ بائی عائشہ، دا وائف آف دا پراف</w:t>
      </w:r>
    </w:p>
    <w:p>
      <w:r>
        <w:rPr>
          <w:b/>
        </w:rPr>
        <w:t xml:space="preserve">[33:57] </w:t>
      </w:r>
      <w:r>
        <w:t>t. she says: "ma khair rasul allah sallallahu alaihi wasallam bayna amrain ila rahma".</w:t>
      </w:r>
    </w:p>
    <w:p>
      <w:pPr>
        <w:jc w:val="right"/>
      </w:pPr>
      <w:r>
        <w:t>ٹ۔ شی سیز: "ما خیر رسول اللہ صلی اللہ علیہ وسلم بین امرین الا رحمہ"۔</w:t>
      </w:r>
    </w:p>
    <w:p>
      <w:r>
        <w:rPr>
          <w:b/>
        </w:rPr>
        <w:t xml:space="preserve">[34:15] </w:t>
      </w:r>
      <w:r>
        <w:t>when ever the prophet had to choose between the two, he always opted for easier option rather than harder option.</w:t>
      </w:r>
    </w:p>
    <w:p>
      <w:pPr>
        <w:jc w:val="right"/>
      </w:pPr>
      <w:r>
        <w:t>وین ایور دا پرافٹ ہیڈ ٹو چوز بٹوین دا ٹو، ہی الویز اپٹڈ فار ایزر اپشن رادر دین ہارڈر اپشن۔</w:t>
      </w:r>
    </w:p>
    <w:p>
      <w:r>
        <w:rPr>
          <w:b/>
        </w:rPr>
        <w:t xml:space="preserve">[34:31] </w:t>
      </w:r>
      <w:r>
        <w:t>now, it is evident that peaceful method is easier option and violent method is harder option.</w:t>
      </w:r>
    </w:p>
    <w:p>
      <w:pPr>
        <w:jc w:val="right"/>
      </w:pPr>
      <w:r>
        <w:t>ناو، اٹ از ایویڈنٹ دیٹ پیسفل میتھڈ از ایزر اپشن اینڈ وائلنٹ میتھڈ از ہارڈر اپشن۔</w:t>
      </w:r>
    </w:p>
    <w:p>
      <w:r>
        <w:rPr>
          <w:b/>
        </w:rPr>
        <w:t xml:space="preserve">[34:43] </w:t>
      </w:r>
      <w:r>
        <w:t>to prophet always adopted in every situation</w:t>
      </w:r>
    </w:p>
    <w:p>
      <w:pPr>
        <w:jc w:val="right"/>
      </w:pPr>
      <w:r>
        <w:t>تو پرافٹ الویز اڈاپٹڈ ان ایوری سچویشن</w:t>
      </w:r>
    </w:p>
    <w:p>
      <w:r>
        <w:rPr>
          <w:b/>
        </w:rPr>
        <w:t xml:space="preserve">[34:52] </w:t>
      </w:r>
      <w:r>
        <w:t>the peaceful course of action rather than violent course of action. this is "alsulh khair".</w:t>
      </w:r>
    </w:p>
    <w:p>
      <w:pPr>
        <w:jc w:val="right"/>
      </w:pPr>
      <w:r>
        <w:t>دا پیسفل کورس آف ایکشن رادر دین وائلنٹ کورس آف ایکشن۔ دس از "الصلح خیر"۔</w:t>
      </w:r>
    </w:p>
    <w:p>
      <w:r>
        <w:rPr>
          <w:b/>
        </w:rPr>
        <w:t xml:space="preserve">[35:03] </w:t>
      </w:r>
      <w:r>
        <w:t>"alsulh khair".</w:t>
      </w:r>
    </w:p>
    <w:p>
      <w:pPr>
        <w:jc w:val="right"/>
      </w:pPr>
      <w:r>
        <w:t>"الصلح خیر"۔</w:t>
      </w:r>
    </w:p>
    <w:p>
      <w:r>
        <w:rPr>
          <w:b/>
        </w:rPr>
        <w:t xml:space="preserve">[35:08] </w:t>
      </w:r>
      <w:r>
        <w:t>the prophet said: "la tatmanna al-lah al-afiyah".</w:t>
      </w:r>
    </w:p>
    <w:p>
      <w:pPr>
        <w:jc w:val="right"/>
      </w:pPr>
      <w:r>
        <w:t>دا پرافٹ سیڈ: "لا تتمنع اللہ العافیہ"۔</w:t>
      </w:r>
    </w:p>
    <w:p>
      <w:r>
        <w:rPr>
          <w:b/>
        </w:rPr>
        <w:t xml:space="preserve">[35:24] </w:t>
      </w:r>
      <w:r>
        <w:t>don't wish confrontation with your enemy.</w:t>
      </w:r>
    </w:p>
    <w:p>
      <w:pPr>
        <w:jc w:val="right"/>
      </w:pPr>
      <w:r>
        <w:t>ڈونٹ وش کنفرنٹیشن ود یور اینمی۔</w:t>
      </w:r>
    </w:p>
    <w:p>
      <w:r>
        <w:rPr>
          <w:b/>
        </w:rPr>
        <w:t xml:space="preserve">[35:33] </w:t>
      </w:r>
      <w:r>
        <w:t>ask peace from god.</w:t>
      </w:r>
    </w:p>
    <w:p>
      <w:pPr>
        <w:jc w:val="right"/>
      </w:pPr>
      <w:r>
        <w:t>اسک پیس فرام گاڈ۔</w:t>
      </w:r>
    </w:p>
    <w:p>
      <w:r>
        <w:rPr>
          <w:b/>
        </w:rPr>
        <w:t xml:space="preserve">[35:37] </w:t>
      </w:r>
      <w:r>
        <w:t>ask always peace from god.</w:t>
      </w:r>
    </w:p>
    <w:p>
      <w:pPr>
        <w:jc w:val="right"/>
      </w:pPr>
      <w:r>
        <w:t>اسک الویز پیس فرام گاڈ۔</w:t>
      </w:r>
    </w:p>
    <w:p>
      <w:r>
        <w:rPr>
          <w:b/>
        </w:rPr>
        <w:t xml:space="preserve">[35:43] </w:t>
      </w:r>
      <w:r>
        <w:t>this is the true spirit of islam.</w:t>
      </w:r>
    </w:p>
    <w:p>
      <w:pPr>
        <w:jc w:val="right"/>
      </w:pPr>
      <w:r>
        <w:t>دس از دا ٹرو اسپیٹ آف اسلام۔</w:t>
      </w:r>
    </w:p>
    <w:p>
      <w:r>
        <w:rPr>
          <w:b/>
        </w:rPr>
        <w:t xml:space="preserve">[35:49] </w:t>
      </w:r>
      <w:r>
        <w:t>every momin is lover of peace rather than lover of war and violence.</w:t>
      </w:r>
    </w:p>
    <w:p>
      <w:pPr>
        <w:jc w:val="right"/>
      </w:pPr>
      <w:r>
        <w:t>ایوری مومن از لور آف پیس رادر دین لور آف وار اینڈ وائلنس۔</w:t>
      </w:r>
    </w:p>
    <w:p>
      <w:r>
        <w:rPr>
          <w:b/>
        </w:rPr>
        <w:t xml:space="preserve">[36:00] </w:t>
      </w:r>
      <w:r>
        <w:t>the prophet of islam has said</w:t>
      </w:r>
    </w:p>
    <w:p>
      <w:pPr>
        <w:jc w:val="right"/>
      </w:pPr>
      <w:r>
        <w:t>دا پرافٹ آف اسلام ہیز سیڈ</w:t>
      </w:r>
    </w:p>
    <w:p>
      <w:r>
        <w:rPr>
          <w:b/>
        </w:rPr>
        <w:t xml:space="preserve">[36:05] </w:t>
      </w:r>
      <w:r>
        <w:t>a very relevant hadith. the prophet of islam has said: "inna allaha yuti ala al-rifq, ma la yuti ala al-unf".</w:t>
      </w:r>
    </w:p>
    <w:p>
      <w:pPr>
        <w:jc w:val="right"/>
      </w:pPr>
      <w:r>
        <w:t>ا ویری ریلیونٹ حدیث۔ دا پرافٹ آف اسلام ہیز سیڈ: "ان اللہ یوتی علی الرفق، مالا یوتی علی العنف"۔</w:t>
      </w:r>
    </w:p>
    <w:p>
      <w:r>
        <w:rPr>
          <w:b/>
        </w:rPr>
        <w:t xml:space="preserve">[36:21] </w:t>
      </w:r>
      <w:r>
        <w:t>"inna allaha yuti ala al-rifq, ma la yuti ala al-unf".</w:t>
      </w:r>
    </w:p>
    <w:p>
      <w:pPr>
        <w:jc w:val="right"/>
      </w:pPr>
      <w:r>
        <w:t>"ان اللہ یوتی علی الرفق، مالا یوتی علی العنف"۔</w:t>
      </w:r>
    </w:p>
    <w:p>
      <w:r>
        <w:rPr>
          <w:b/>
        </w:rPr>
        <w:t xml:space="preserve">[36:28] </w:t>
      </w:r>
      <w:r>
        <w:t>it means that</w:t>
      </w:r>
    </w:p>
    <w:p>
      <w:pPr>
        <w:jc w:val="right"/>
      </w:pPr>
      <w:r>
        <w:t>اٹ مینز دیٹ</w:t>
      </w:r>
    </w:p>
    <w:p>
      <w:r>
        <w:rPr>
          <w:b/>
        </w:rPr>
        <w:t xml:space="preserve">[36:33] </w:t>
      </w:r>
      <w:r>
        <w:t>god grants to non violence what he does not grant to violence.</w:t>
      </w:r>
    </w:p>
    <w:p>
      <w:pPr>
        <w:jc w:val="right"/>
      </w:pPr>
      <w:r>
        <w:t>گاڈ گرانٹس ٹو نان وائلنس واٹ ہی ڈز ناٹ گرانٹ ٹو وائلنس۔</w:t>
      </w:r>
    </w:p>
    <w:p>
      <w:r>
        <w:rPr>
          <w:b/>
        </w:rPr>
        <w:t xml:space="preserve">[36:46] </w:t>
      </w:r>
      <w:r>
        <w:t>god grants to non violence,</w:t>
      </w:r>
    </w:p>
    <w:p>
      <w:pPr>
        <w:jc w:val="right"/>
      </w:pPr>
      <w:r>
        <w:t>گاڈ گرانٹس ٹو نان وائلنس،</w:t>
      </w:r>
    </w:p>
    <w:p>
      <w:r>
        <w:rPr>
          <w:b/>
        </w:rPr>
        <w:t xml:space="preserve">[36:54] </w:t>
      </w:r>
      <w:r>
        <w:t>or you can see that god grants to peace what he does not grant to violence. here you can see that what was the</w:t>
      </w:r>
    </w:p>
    <w:p>
      <w:pPr>
        <w:jc w:val="right"/>
      </w:pPr>
      <w:r>
        <w:t>اور یو کین سی دیٹ گاڈ گرانٹس ٹو پیس واٹ ہی ڈز ناٹ گرانٹ ٹو وائلنس۔ ہیر یو کین سی دیٹ واٹ واز دا</w:t>
      </w:r>
    </w:p>
    <w:p>
      <w:r>
        <w:rPr>
          <w:b/>
        </w:rPr>
        <w:t xml:space="preserve">[37:12] </w:t>
      </w:r>
      <w:r>
        <w:t>prophetic vision. what the, what was the prophetic thinking?</w:t>
      </w:r>
    </w:p>
    <w:p>
      <w:pPr>
        <w:jc w:val="right"/>
      </w:pPr>
      <w:r>
        <w:t>پرافٹک ویژن۔ واٹ دا، واٹ واز دا پرافٹک تھنکنگ؟</w:t>
      </w:r>
    </w:p>
    <w:p>
      <w:r>
        <w:rPr>
          <w:b/>
        </w:rPr>
        <w:t xml:space="preserve">[37:26] </w:t>
      </w:r>
      <w:r>
        <w:t>prophetic vision or prophetic thinking is that you have to see the power of peace. if you fail to see the power of peace, then you are not a believer of islam.</w:t>
      </w:r>
    </w:p>
    <w:p>
      <w:pPr>
        <w:jc w:val="right"/>
      </w:pPr>
      <w:r>
        <w:t>پرافٹک ویژن اور پرافٹک تھنکنگ از دیٹ یو ہیو ٹو سی دا پاور آف پیس۔ اف یو فیل ٹو سی دا پاور آف پیس، دین یو آر ناٹ ا بلیور آف اسلام۔</w:t>
      </w:r>
    </w:p>
    <w:p>
      <w:r>
        <w:rPr>
          <w:b/>
        </w:rPr>
        <w:t xml:space="preserve">[37:43] </w:t>
      </w:r>
      <w:r>
        <w:t>if you believe god, if you believe that prophet was an eternal guide</w:t>
      </w:r>
    </w:p>
    <w:p>
      <w:pPr>
        <w:jc w:val="right"/>
      </w:pPr>
      <w:r>
        <w:t>اف یو بیلیو گاڈ، اف یو بیلیو دیٹ پرافٹ واز این ایٹرنل گائیڈ</w:t>
      </w:r>
    </w:p>
    <w:p>
      <w:r>
        <w:rPr>
          <w:b/>
        </w:rPr>
        <w:t xml:space="preserve">[37:52] </w:t>
      </w:r>
      <w:r>
        <w:t>, so you have to see peace as a most powerful method.</w:t>
      </w:r>
    </w:p>
    <w:p>
      <w:pPr>
        <w:jc w:val="right"/>
      </w:pPr>
      <w:r>
        <w:t>، سو یو ہیو ٹو سی پیس ایز اے موسٹ پاورفل میتھڈ۔</w:t>
      </w:r>
    </w:p>
    <w:p>
      <w:r>
        <w:rPr>
          <w:b/>
        </w:rPr>
        <w:t xml:space="preserve">[38:09] </w:t>
      </w:r>
      <w:r>
        <w:t>Peaceful method is far more effective than the violent method. Or this is law of nature.</w:t>
      </w:r>
    </w:p>
    <w:p>
      <w:pPr>
        <w:jc w:val="right"/>
      </w:pPr>
      <w:r>
        <w:t>پیسفل میتھڈ از فار مور ایفیکٹیو دین دی وائلنٹ میتھڈ۔ اور دس از لاء آف نیچر۔</w:t>
      </w:r>
    </w:p>
    <w:p>
      <w:r>
        <w:rPr>
          <w:b/>
        </w:rPr>
        <w:t xml:space="preserve">[38:21] </w:t>
      </w:r>
      <w:r>
        <w:t>This is not simply a saying. It is law of nature. It means that according to the law of nature,</w:t>
      </w:r>
    </w:p>
    <w:p>
      <w:pPr>
        <w:jc w:val="right"/>
      </w:pPr>
      <w:r>
        <w:t>دس از ناٹ سمپلی ا سیئنگ۔ اٹ از لاء آف نیچر۔ اٹ مینز دیٹ اکارڈنگ ٹو دا لاء آف نیچر،</w:t>
      </w:r>
    </w:p>
    <w:p>
      <w:r>
        <w:rPr>
          <w:b/>
        </w:rPr>
        <w:t xml:space="preserve">[38:35] </w:t>
      </w:r>
      <w:r>
        <w:t>peace is peaceful method is far more effective than the violent method. This is law of nature.</w:t>
      </w:r>
    </w:p>
    <w:p>
      <w:pPr>
        <w:jc w:val="right"/>
      </w:pPr>
      <w:r>
        <w:t>پیس از پیسفل میتھڈ از فار مور ایفیکٹیو دین دی وائلنٹ میتھڈ۔ دس از لاء آف نیچر۔</w:t>
      </w:r>
    </w:p>
    <w:p>
      <w:r>
        <w:rPr>
          <w:b/>
        </w:rPr>
        <w:t xml:space="preserve">[38:44] </w:t>
      </w:r>
      <w:r>
        <w:t>You can not go against the law of nature.</w:t>
      </w:r>
    </w:p>
    <w:p>
      <w:pPr>
        <w:jc w:val="right"/>
      </w:pPr>
      <w:r>
        <w:t>یو کین ناٹ گو اگینسٹ دی لاء آف نیچر۔</w:t>
      </w:r>
    </w:p>
    <w:p>
      <w:r>
        <w:rPr>
          <w:b/>
        </w:rPr>
        <w:t xml:space="preserve">[38:49] </w:t>
      </w:r>
      <w:r>
        <w:t>You have no, no when comes the law of nature, you have no option.</w:t>
      </w:r>
    </w:p>
    <w:p>
      <w:pPr>
        <w:jc w:val="right"/>
      </w:pPr>
      <w:r>
        <w:t>یو ہیو نو، نو وین کمز دا لاء آف نیچر، یو ہیو نو اپشن۔</w:t>
      </w:r>
    </w:p>
    <w:p>
      <w:r>
        <w:rPr>
          <w:b/>
        </w:rPr>
        <w:t xml:space="preserve">[38:58] </w:t>
      </w:r>
      <w:r>
        <w:t>In this world, we are governed by the law of nature in every aspect of life.</w:t>
      </w:r>
    </w:p>
    <w:p>
      <w:pPr>
        <w:jc w:val="right"/>
      </w:pPr>
      <w:r>
        <w:t>ان دس ورلڈ، وی آر گورنڈ بائی دا لاء آف نیچر ان ایوری اسپیکٹ آف لائف۔</w:t>
      </w:r>
    </w:p>
    <w:p>
      <w:r>
        <w:rPr>
          <w:b/>
        </w:rPr>
        <w:t xml:space="preserve">[39:09] </w:t>
      </w:r>
      <w:r>
        <w:t>So when comes the law of nature, we have no option other than to adopt it</w:t>
      </w:r>
    </w:p>
    <w:p>
      <w:pPr>
        <w:jc w:val="right"/>
      </w:pPr>
      <w:r>
        <w:t>سو وین کمز دا لاء آف نیچر، وی ہیو نو اپشن ادر دین ٹو اڈاپٹ اٹ</w:t>
      </w:r>
    </w:p>
    <w:p>
      <w:r>
        <w:rPr>
          <w:b/>
        </w:rPr>
        <w:t xml:space="preserve">[39:16] </w:t>
      </w:r>
      <w:r>
        <w:t>. So according to the law of nature, peaceful method is far more effective than the violent method.</w:t>
      </w:r>
    </w:p>
    <w:p>
      <w:pPr>
        <w:jc w:val="right"/>
      </w:pPr>
      <w:r>
        <w:t>۔ سو اکارڈنگ ٹو دا لاء آف نیچر، پیسفل میتھڈ از فار مور ایفیکٹیو دین دی وائلنٹ میتھڈ۔</w:t>
      </w:r>
    </w:p>
    <w:p>
      <w:r>
        <w:rPr>
          <w:b/>
        </w:rPr>
        <w:t xml:space="preserve">[39:31] </w:t>
      </w:r>
      <w:r>
        <w:t>This is very clear. There is no ambiguity in this saying.</w:t>
      </w:r>
    </w:p>
    <w:p>
      <w:pPr>
        <w:jc w:val="right"/>
      </w:pPr>
      <w:r>
        <w:t>دس از ویری کلیئر۔ دیر از نو ایمبیگوٹی ان دس سیئنگ۔</w:t>
      </w:r>
    </w:p>
    <w:p>
      <w:r>
        <w:rPr>
          <w:b/>
        </w:rPr>
        <w:t xml:space="preserve">[39:40] </w:t>
      </w:r>
      <w:r>
        <w:t>This is no ambiguity.</w:t>
      </w:r>
    </w:p>
    <w:p>
      <w:pPr>
        <w:jc w:val="right"/>
      </w:pPr>
      <w:r>
        <w:t>دس از نو ایمبیگوٹی۔</w:t>
      </w:r>
    </w:p>
    <w:p>
      <w:r>
        <w:rPr>
          <w:b/>
        </w:rPr>
        <w:t xml:space="preserve">[39:45] </w:t>
      </w:r>
      <w:r>
        <w:t>So, all the people who are engaged in violence, in fighting, their in ever the about the, their in ever of the Islamic spirit.</w:t>
      </w:r>
    </w:p>
    <w:p>
      <w:pPr>
        <w:jc w:val="right"/>
      </w:pPr>
      <w:r>
        <w:t>سو، آل دو پیپل ہو آر انگیج ان وائلنس، ان ان فائٹنگ، دیر ان ایور دا اباؤٹ دا، دیر ان ایور اف دا اسلامک اسپیٹ۔</w:t>
      </w:r>
    </w:p>
    <w:p>
      <w:r>
        <w:rPr>
          <w:b/>
        </w:rPr>
        <w:t xml:space="preserve">[40:02] </w:t>
      </w:r>
      <w:r>
        <w:t>They don't know what is Islam. They don't know what is the teachings of the prophet of Islam.</w:t>
      </w:r>
    </w:p>
    <w:p>
      <w:pPr>
        <w:jc w:val="right"/>
      </w:pPr>
      <w:r>
        <w:t>دے ڈونٹ نو واٹ از اسلام۔ دے ڈونٹ نو واٹ از دا ٹیچنگز اف دا پرافٹ آف اسلام۔</w:t>
      </w:r>
    </w:p>
    <w:p>
      <w:r>
        <w:rPr>
          <w:b/>
        </w:rPr>
        <w:t xml:space="preserve">[40:12] </w:t>
      </w:r>
      <w:r>
        <w:t>So, I can say with conviction that peace is the only option for us.</w:t>
      </w:r>
    </w:p>
    <w:p>
      <w:pPr>
        <w:jc w:val="right"/>
      </w:pPr>
      <w:r>
        <w:t>سو، آئی کین سی ود کنوکشن دیٹ پیس از دا اونلی اپشن فار اس۔</w:t>
      </w:r>
    </w:p>
    <w:p>
      <w:r>
        <w:rPr>
          <w:b/>
        </w:rPr>
        <w:t xml:space="preserve">[40:25] </w:t>
      </w:r>
      <w:r>
        <w:t>If you are a true believer of Islam, we have no option other than peace.</w:t>
      </w:r>
    </w:p>
    <w:p>
      <w:pPr>
        <w:jc w:val="right"/>
      </w:pPr>
      <w:r>
        <w:t>اف یو آر ا ٹرو بلیور آف اسلام، وی ہیو نو اپشن ادر دین پیس۔</w:t>
      </w:r>
    </w:p>
    <w:p>
      <w:r>
        <w:rPr>
          <w:b/>
        </w:rPr>
        <w:t xml:space="preserve">[40:33] </w:t>
      </w:r>
      <w:r>
        <w:t>Aqool qawli wastaghfirullaha walakum ajmaeen.</w:t>
      </w:r>
    </w:p>
    <w:p>
      <w:pPr>
        <w:jc w:val="right"/>
      </w:pPr>
      <w:r>
        <w:t>اقول قولی واستغفراللہ 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