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Woman in Islam February 28, 2007 Maulana Wahiduddin Khan</w:t>
      </w:r>
    </w:p>
    <w:p>
      <w:r>
        <w:t>https://www.youtube.com/watch?v=LTTwp_lIqzY</w:t>
      </w:r>
    </w:p>
    <w:p>
      <w:r>
        <w:rPr>
          <w:b/>
        </w:rPr>
        <w:t xml:space="preserve">[00:11] </w:t>
      </w:r>
      <w:r>
        <w:t>Bismillah hir rahman nir raheem, wasallallahu ala nabiyyil kareem. Rabb ishrah li sadri, wa yassir li amri, wahlul uqdatan min lisani yafqahu qawli.</w:t>
      </w:r>
    </w:p>
    <w:p>
      <w:pPr>
        <w:jc w:val="right"/>
      </w:pPr>
      <w:r>
        <w:t>بسم اللہ الرحمن الرحیم، وصلی اللہ علی النبی الکریم۔ رب اشرح لی صدری، ویسر لی امری، واحل العقدۃ من لسانی یفقہ قولی۔</w:t>
      </w:r>
    </w:p>
    <w:p>
      <w:r>
        <w:rPr>
          <w:b/>
        </w:rPr>
        <w:t xml:space="preserve">[00:34] </w:t>
      </w:r>
      <w:r>
        <w:t>The theme for the present talk is "Women in Islam".</w:t>
      </w:r>
    </w:p>
    <w:p>
      <w:pPr>
        <w:jc w:val="right"/>
      </w:pPr>
      <w:r>
        <w:t>دا تھیم فار دا پریزنٹ ٹاک از "وومن ان اسلام"۔</w:t>
      </w:r>
    </w:p>
    <w:p>
      <w:r>
        <w:rPr>
          <w:b/>
        </w:rPr>
        <w:t xml:space="preserve">[00:46] </w:t>
      </w:r>
      <w:r>
        <w:t>This caption seems to be a and unusual caption.</w:t>
      </w:r>
    </w:p>
    <w:p>
      <w:pPr>
        <w:jc w:val="right"/>
      </w:pPr>
      <w:r>
        <w:t>دس کیپشن سیمز ٹو بی ا اینڈ ان یوزل کیپشن۔</w:t>
      </w:r>
    </w:p>
    <w:p>
      <w:r>
        <w:rPr>
          <w:b/>
        </w:rPr>
        <w:t xml:space="preserve">[00:56] </w:t>
      </w:r>
      <w:r>
        <w:t>People don't talk about men in Islam.</w:t>
      </w:r>
    </w:p>
    <w:p>
      <w:pPr>
        <w:jc w:val="right"/>
      </w:pPr>
      <w:r>
        <w:t>پیپل ڈونٹ ٹاک اباؤٹ مین ان اسلام۔</w:t>
      </w:r>
    </w:p>
    <w:p>
      <w:r>
        <w:rPr>
          <w:b/>
        </w:rPr>
        <w:t xml:space="preserve">[01:05] </w:t>
      </w:r>
      <w:r>
        <w:t>So why women in Islam? The reason is that</w:t>
      </w:r>
    </w:p>
    <w:p>
      <w:pPr>
        <w:jc w:val="right"/>
      </w:pPr>
      <w:r>
        <w:t>سو وائی وومن ان اسلام؟ دی ریزن از دیٹ</w:t>
      </w:r>
    </w:p>
    <w:p>
      <w:r>
        <w:rPr>
          <w:b/>
        </w:rPr>
        <w:t xml:space="preserve">[01:15] </w:t>
      </w:r>
      <w:r>
        <w:t>there are great misunderstandings regarding the status of women in Islam.</w:t>
      </w:r>
    </w:p>
    <w:p>
      <w:pPr>
        <w:jc w:val="right"/>
      </w:pPr>
      <w:r>
        <w:t>دیر ار گریٹ مس انڈرسٹینڈنگز ریگارڈنگ دا اسٹیٹس اف وومن ان اسلام۔</w:t>
      </w:r>
    </w:p>
    <w:p>
      <w:r>
        <w:rPr>
          <w:b/>
        </w:rPr>
        <w:t xml:space="preserve">[01:28] </w:t>
      </w:r>
      <w:r>
        <w:t>It is a general misunderstanding that Islam degrades women.</w:t>
      </w:r>
    </w:p>
    <w:p>
      <w:pPr>
        <w:jc w:val="right"/>
      </w:pPr>
      <w:r>
        <w:t>اٹ از ا جنرل مس انڈرسٹینڈنگ دیٹ اسلام ڈی گریڈز وومن۔</w:t>
      </w:r>
    </w:p>
    <w:p>
      <w:r>
        <w:rPr>
          <w:b/>
        </w:rPr>
        <w:t xml:space="preserve">[01:45] </w:t>
      </w:r>
      <w:r>
        <w:t>Islam discriminates women.</w:t>
      </w:r>
    </w:p>
    <w:p>
      <w:pPr>
        <w:jc w:val="right"/>
      </w:pPr>
      <w:r>
        <w:t>اسلام ڈسکریمینیٹس وومن۔</w:t>
      </w:r>
    </w:p>
    <w:p>
      <w:r>
        <w:rPr>
          <w:b/>
        </w:rPr>
        <w:t xml:space="preserve">[01:54] </w:t>
      </w:r>
      <w:r>
        <w:t>This is a grave misunderstanding. I have studied Islam from its original sources.</w:t>
      </w:r>
    </w:p>
    <w:p>
      <w:pPr>
        <w:jc w:val="right"/>
      </w:pPr>
      <w:r>
        <w:t>دس از ا گریو مس انڈرسٹینڈنگ۔ ائی ہیو سٹڈی اسلام فرام اٹس اوریجنل سورسز۔</w:t>
      </w:r>
    </w:p>
    <w:p>
      <w:r>
        <w:rPr>
          <w:b/>
        </w:rPr>
        <w:t xml:space="preserve">[02:06] </w:t>
      </w:r>
      <w:r>
        <w:t>I can say that according to the Islamic teachings, there is no discrimination regarding the status of women in Islam.</w:t>
      </w:r>
    </w:p>
    <w:p>
      <w:pPr>
        <w:jc w:val="right"/>
      </w:pPr>
      <w:r>
        <w:t>ائی کین سے دیٹ اکارڈنگ ٹو دا اسلامک ٹیچنگز، دیر از نو ڈسکریمینیشن ریگارڈنگ دا اسٹیٹس اف وومن ان اسلام۔</w:t>
      </w:r>
    </w:p>
    <w:p>
      <w:r>
        <w:rPr>
          <w:b/>
        </w:rPr>
        <w:t xml:space="preserve">[02:27] </w:t>
      </w:r>
      <w:r>
        <w:t>both are equally respectable. both enjoy the same status.</w:t>
      </w:r>
    </w:p>
    <w:p>
      <w:pPr>
        <w:jc w:val="right"/>
      </w:pPr>
      <w:r>
        <w:t>بوتھ ار ایکولی ریسپیکٹیبل۔ بوتھ انجوائے دا سیم اسٹیٹس۔</w:t>
      </w:r>
    </w:p>
    <w:p>
      <w:r>
        <w:rPr>
          <w:b/>
        </w:rPr>
        <w:t xml:space="preserve">[02:40] </w:t>
      </w:r>
      <w:r>
        <w:t>i can say that the formula of Islam in this regard is that both are one.</w:t>
      </w:r>
    </w:p>
    <w:p>
      <w:pPr>
        <w:jc w:val="right"/>
      </w:pPr>
      <w:r>
        <w:t>ائی کین سے دیٹ دا فارمولا اف اسلام ان دس ریگارڈ از دیٹ بوتھ ار ون۔</w:t>
      </w:r>
    </w:p>
    <w:p>
      <w:r>
        <w:rPr>
          <w:b/>
        </w:rPr>
        <w:t xml:space="preserve">[02:55] </w:t>
      </w:r>
      <w:r>
        <w:t>both are two parts of a single entity. so it is so one can say that here is the formula one into two and two into one.</w:t>
      </w:r>
    </w:p>
    <w:p>
      <w:pPr>
        <w:jc w:val="right"/>
      </w:pPr>
      <w:r>
        <w:t>بوتھ ار ٹو پارٹس اف ا سنگل اینٹیٹی۔ سو اٹ از سو ون کین سے دیٹ ہیر از دا فارمولا ون ان ٹو اینڈ ٹو ان ون۔</w:t>
      </w:r>
    </w:p>
    <w:p>
      <w:r>
        <w:rPr>
          <w:b/>
        </w:rPr>
        <w:t xml:space="preserve">[03:18] </w:t>
      </w:r>
      <w:r>
        <w:t>this is the islamic formula regarding the status between the two sexes.</w:t>
      </w:r>
    </w:p>
    <w:p>
      <w:pPr>
        <w:jc w:val="right"/>
      </w:pPr>
      <w:r>
        <w:t>دس از دا اسلامک فارمولا ریگارڈنگ دا اسٹیٹس بٹوین دا ٹو سیکسز۔</w:t>
      </w:r>
    </w:p>
    <w:p>
      <w:r>
        <w:rPr>
          <w:b/>
        </w:rPr>
        <w:t xml:space="preserve">[03:28] </w:t>
      </w:r>
      <w:r>
        <w:t>there is a verse in the Quran it tells us that first man and first woman were created by the same substance</w:t>
      </w:r>
    </w:p>
    <w:p>
      <w:pPr>
        <w:jc w:val="right"/>
      </w:pPr>
      <w:r>
        <w:t>دیر از ا ورس ان دا قرآن اٹ ٹیلز اس دیٹ فرسٹ مین اینڈ فرسٹ وومن ویر کریٹڈ بائی دا سیم سبسٹنس</w:t>
      </w:r>
    </w:p>
    <w:p>
      <w:r>
        <w:rPr>
          <w:b/>
        </w:rPr>
        <w:t xml:space="preserve">[03:45] </w:t>
      </w:r>
      <w:r>
        <w:t>. khalaqa minhā zawjah. so man and woman both were created by by the same substance</w:t>
      </w:r>
    </w:p>
    <w:p>
      <w:pPr>
        <w:jc w:val="right"/>
      </w:pPr>
      <w:r>
        <w:t>۔ خلق منہا زوجہ۔ تو مین اینڈ وومن بوتھ ویر کریٹڈ بائی بائی دا سیم سبسٹنس</w:t>
      </w:r>
    </w:p>
    <w:p>
      <w:r>
        <w:rPr>
          <w:b/>
        </w:rPr>
        <w:t xml:space="preserve">[04:02] </w:t>
      </w:r>
      <w:r>
        <w:t>. so there is no difference in creation.</w:t>
      </w:r>
    </w:p>
    <w:p>
      <w:pPr>
        <w:jc w:val="right"/>
      </w:pPr>
      <w:r>
        <w:t>۔ سو دیر از نو ڈیفرنس ان کریشن۔</w:t>
      </w:r>
    </w:p>
    <w:p>
      <w:r>
        <w:rPr>
          <w:b/>
        </w:rPr>
        <w:t xml:space="preserve">[04:09] </w:t>
      </w:r>
      <w:r>
        <w:t>then</w:t>
      </w:r>
    </w:p>
    <w:p>
      <w:pPr>
        <w:jc w:val="right"/>
      </w:pPr>
      <w:r>
        <w:t>دین</w:t>
      </w:r>
    </w:p>
    <w:p>
      <w:r>
        <w:rPr>
          <w:b/>
        </w:rPr>
        <w:t xml:space="preserve">[04:13] </w:t>
      </w:r>
      <w:r>
        <w:t>in chapter number three, justice Al Imran,</w:t>
      </w:r>
    </w:p>
    <w:p>
      <w:pPr>
        <w:jc w:val="right"/>
      </w:pPr>
      <w:r>
        <w:t>ان چیپٹر نمبر تھری، جسٹس ال عمران،</w:t>
      </w:r>
    </w:p>
    <w:p>
      <w:r>
        <w:rPr>
          <w:b/>
        </w:rPr>
        <w:t xml:space="preserve">[04:22] </w:t>
      </w:r>
      <w:r>
        <w:t>God says addressing to the two man and woman: "ba'ḍukum min ba'ḍin,</w:t>
      </w:r>
    </w:p>
    <w:p>
      <w:pPr>
        <w:jc w:val="right"/>
      </w:pPr>
      <w:r>
        <w:t>گاڈ سیز ایڈریسنگ ٹو دا ٹو مین اینڈ وومن: "بعضکم ممبعض،</w:t>
      </w:r>
    </w:p>
    <w:p>
      <w:r>
        <w:rPr>
          <w:b/>
        </w:rPr>
        <w:t xml:space="preserve">[04:38] </w:t>
      </w:r>
      <w:r>
        <w:t>ba'ḍukum min ba'ḍin. your members one of another.</w:t>
      </w:r>
    </w:p>
    <w:p>
      <w:pPr>
        <w:jc w:val="right"/>
      </w:pPr>
      <w:r>
        <w:t>بعضکم ممبعض۔ یور ممبرز ون اف انادر۔</w:t>
      </w:r>
    </w:p>
    <w:p>
      <w:r>
        <w:rPr>
          <w:b/>
        </w:rPr>
        <w:t xml:space="preserve">[04:46] </w:t>
      </w:r>
      <w:r>
        <w:t>your members of. your members one of another." this is Quranic verse.</w:t>
      </w:r>
    </w:p>
    <w:p>
      <w:pPr>
        <w:jc w:val="right"/>
      </w:pPr>
      <w:r>
        <w:t>یور ممبرز اف۔ یور ممبرز ون اف انادر۔" دس از قرآنک ورس۔</w:t>
      </w:r>
    </w:p>
    <w:p>
      <w:r>
        <w:rPr>
          <w:b/>
        </w:rPr>
        <w:t xml:space="preserve">[05:00] </w:t>
      </w:r>
      <w:r>
        <w:t>then there is a very relevant hadith that is saying of the prophet of Islam.</w:t>
      </w:r>
    </w:p>
    <w:p>
      <w:pPr>
        <w:jc w:val="right"/>
      </w:pPr>
      <w:r>
        <w:t>دین دیر از ا ویری ریلیونٹ حدیث دیٹ از سینگ اف دا پرافٹ اف اسلام۔</w:t>
      </w:r>
    </w:p>
    <w:p>
      <w:r>
        <w:rPr>
          <w:b/>
        </w:rPr>
        <w:t xml:space="preserve">[05:13] </w:t>
      </w:r>
      <w:r>
        <w:t>the prophet of Islam has said about the both sexes: "an-nisā'u shaqa'iqu ar-rijāl.</w:t>
      </w:r>
    </w:p>
    <w:p>
      <w:pPr>
        <w:jc w:val="right"/>
      </w:pPr>
      <w:r>
        <w:t>دا پرافٹ اف اسلام ہیز سیڈ اباؤٹ دا بوتھ سیکسز: "النساء شقائق الرجال۔</w:t>
      </w:r>
    </w:p>
    <w:p>
      <w:r>
        <w:rPr>
          <w:b/>
        </w:rPr>
        <w:t xml:space="preserve">[05:27] </w:t>
      </w:r>
      <w:r>
        <w:t>women women are like shaqiqa</w:t>
      </w:r>
    </w:p>
    <w:p>
      <w:pPr>
        <w:jc w:val="right"/>
      </w:pPr>
      <w:r>
        <w:t>وومن وومن ار لائک شقیقہ</w:t>
      </w:r>
    </w:p>
    <w:p>
      <w:r>
        <w:rPr>
          <w:b/>
        </w:rPr>
        <w:t xml:space="preserve">[05:36] </w:t>
      </w:r>
      <w:r>
        <w:t>towards men. shaqiqa is shaqiqa means half part of a single unit.</w:t>
      </w:r>
    </w:p>
    <w:p>
      <w:pPr>
        <w:jc w:val="right"/>
      </w:pPr>
      <w:r>
        <w:t>ٹورڈز مین۔ شقیقہ از شقیقہ مینز ہاف پارٹ اف ا سنگل یونٹ۔</w:t>
      </w:r>
    </w:p>
    <w:p>
      <w:r>
        <w:rPr>
          <w:b/>
        </w:rPr>
        <w:t xml:space="preserve">[05:52] </w:t>
      </w:r>
      <w:r>
        <w:t>for example, if you taken an apple and</w:t>
      </w:r>
    </w:p>
    <w:p>
      <w:pPr>
        <w:jc w:val="right"/>
      </w:pPr>
      <w:r>
        <w:t>فار ایگزامپل، اف یو ٹیکن این ایپل اینڈ</w:t>
      </w:r>
    </w:p>
    <w:p>
      <w:r>
        <w:rPr>
          <w:b/>
        </w:rPr>
        <w:t xml:space="preserve">[06:01] </w:t>
      </w:r>
      <w:r>
        <w:t>cut it into two equal part, then every part is a shaqiqa. so according to this hadith,</w:t>
      </w:r>
    </w:p>
    <w:p>
      <w:pPr>
        <w:jc w:val="right"/>
      </w:pPr>
      <w:r>
        <w:t>کٹ اٹ انٹو ٹو ایکول پارٹ، دین ایوری پارٹ از ا شقیقہ۔ سو اکارڈنگ ٹو دس حدیث،</w:t>
      </w:r>
    </w:p>
    <w:p>
      <w:r>
        <w:rPr>
          <w:b/>
        </w:rPr>
        <w:t xml:space="preserve">[06:15] </w:t>
      </w:r>
      <w:r>
        <w:t>man and woman are two equal half of a single unit.</w:t>
      </w:r>
    </w:p>
    <w:p>
      <w:pPr>
        <w:jc w:val="right"/>
      </w:pPr>
      <w:r>
        <w:t>مین اینڈ وومن ار ٹو ایکول ہاف اف ا سنگل یونٹ۔</w:t>
      </w:r>
    </w:p>
    <w:p>
      <w:r>
        <w:rPr>
          <w:b/>
        </w:rPr>
        <w:t xml:space="preserve">[06:25] </w:t>
      </w:r>
      <w:r>
        <w:t>man man and woman are two equal half of a single unit.</w:t>
      </w:r>
    </w:p>
    <w:p>
      <w:pPr>
        <w:jc w:val="right"/>
      </w:pPr>
      <w:r>
        <w:t>مین مین اینڈ وومن ار ٹو ایکول ہاف اف ا سنگل یونٹ۔</w:t>
      </w:r>
    </w:p>
    <w:p>
      <w:r>
        <w:rPr>
          <w:b/>
        </w:rPr>
        <w:t xml:space="preserve">[06:35] </w:t>
      </w:r>
      <w:r>
        <w:t>this is the best expression of of the status of both sexes.</w:t>
      </w:r>
    </w:p>
    <w:p>
      <w:pPr>
        <w:jc w:val="right"/>
      </w:pPr>
      <w:r>
        <w:t>دس از دا بیسٹ ایکسپریشن اف اف دا اسٹیٹس اف بوتھ سیکسز۔</w:t>
      </w:r>
    </w:p>
    <w:p>
      <w:r>
        <w:rPr>
          <w:b/>
        </w:rPr>
        <w:t xml:space="preserve">[06:47] </w:t>
      </w:r>
      <w:r>
        <w:t>then there are some other verses which state some difference like ar-rijālu qawwāmun 'alan-nisā'.</w:t>
      </w:r>
    </w:p>
    <w:p>
      <w:pPr>
        <w:jc w:val="right"/>
      </w:pPr>
      <w:r>
        <w:t>دین دیر ار سم ادر ورسز وچ سٹیٹ سم ڈیفرنس لائک الرجال قوام النساء۔</w:t>
      </w:r>
    </w:p>
    <w:p>
      <w:r>
        <w:rPr>
          <w:b/>
        </w:rPr>
        <w:t xml:space="preserve">[07:00] </w:t>
      </w:r>
      <w:r>
        <w:t>these verses are based on biological differences. you know,</w:t>
      </w:r>
    </w:p>
    <w:p>
      <w:pPr>
        <w:jc w:val="right"/>
      </w:pPr>
      <w:r>
        <w:t>دس ورسز ار بیسڈ ان بائیولوجیکل ڈیفرنسز۔ یو نو،</w:t>
      </w:r>
    </w:p>
    <w:p>
      <w:r>
        <w:rPr>
          <w:b/>
        </w:rPr>
        <w:t xml:space="preserve">[07:13] </w:t>
      </w:r>
      <w:r>
        <w:t>the biological studies and psychological studies have established that there is a difference between the two sexes in term of biology and in term of psychology.</w:t>
      </w:r>
    </w:p>
    <w:p>
      <w:pPr>
        <w:jc w:val="right"/>
      </w:pPr>
      <w:r>
        <w:t>دا بائیولوجیکل اسٹڈیز اینڈ سائیکلوجیکل اسٹڈیز ہیو اسٹیبلش دیٹ دیر از ا ڈیفرنس بٹوین دا ٹو سیکسز ان ٹرم اف بیالوجی اینڈ ان ٹرم اف سائیکالوجی۔</w:t>
      </w:r>
    </w:p>
    <w:p>
      <w:r>
        <w:rPr>
          <w:b/>
        </w:rPr>
        <w:t xml:space="preserve">[07:34] </w:t>
      </w:r>
      <w:r>
        <w:t>so</w:t>
      </w:r>
    </w:p>
    <w:p>
      <w:pPr>
        <w:jc w:val="right"/>
      </w:pPr>
      <w:r>
        <w:t>سو</w:t>
      </w:r>
    </w:p>
    <w:p>
      <w:r>
        <w:rPr>
          <w:b/>
        </w:rPr>
        <w:t xml:space="preserve">[07:39] </w:t>
      </w:r>
      <w:r>
        <w:t>by adding this biological fact, you can say that the formula of Islam towards the both sexes is like this:</w:t>
      </w:r>
    </w:p>
    <w:p>
      <w:pPr>
        <w:jc w:val="right"/>
      </w:pPr>
      <w:r>
        <w:t>بائی ایڈنگ دس بائیولوجیکل فیکٹ، یو کین سے دیٹ دا فارمولا اف اسلام ٹورڈز دا بوتھ سیکسز از لائک دس:</w:t>
      </w:r>
    </w:p>
    <w:p>
      <w:r>
        <w:rPr>
          <w:b/>
        </w:rPr>
        <w:t xml:space="preserve">[07:57] </w:t>
      </w:r>
      <w:r>
        <w:t>equal in respect but different in role.</w:t>
      </w:r>
    </w:p>
    <w:p>
      <w:pPr>
        <w:jc w:val="right"/>
      </w:pPr>
      <w:r>
        <w:t>ایکول ان ریسپیکٹ بٹ ڈفرنٹ ان رول۔</w:t>
      </w:r>
    </w:p>
    <w:p>
      <w:r>
        <w:rPr>
          <w:b/>
        </w:rPr>
        <w:t xml:space="preserve">[08:06] </w:t>
      </w:r>
      <w:r>
        <w:t>man and women are equal in respect but different in role.</w:t>
      </w:r>
    </w:p>
    <w:p>
      <w:pPr>
        <w:jc w:val="right"/>
      </w:pPr>
      <w:r>
        <w:t>مین اینڈ وومن ار ایکول ان ریسپیکٹ بٹ ڈفرنٹ ان رول۔</w:t>
      </w:r>
    </w:p>
    <w:p>
      <w:r>
        <w:rPr>
          <w:b/>
        </w:rPr>
        <w:t xml:space="preserve">[08:18] </w:t>
      </w:r>
      <w:r>
        <w:t>so the god's plan regarding both sexes is to</w:t>
      </w:r>
    </w:p>
    <w:p>
      <w:pPr>
        <w:jc w:val="right"/>
      </w:pPr>
      <w:r>
        <w:t>سو دا گاڈز پلان ریگارڈنگ بوتھ سیکسز از ٹو</w:t>
      </w:r>
    </w:p>
    <w:p>
      <w:r>
        <w:rPr>
          <w:b/>
        </w:rPr>
        <w:t xml:space="preserve">[08:34] </w:t>
      </w:r>
      <w:r>
        <w:t>to give respect to to give respect to the both sexes, but they have different role in society, in family.</w:t>
      </w:r>
    </w:p>
    <w:p>
      <w:pPr>
        <w:jc w:val="right"/>
      </w:pPr>
      <w:r>
        <w:t>ٹو گیو ریسپیکٹ ٹو ٹو گیو ریسپیکٹ ٹو دا بوتھ سیکسز، بٹ دے ہیو ڈفرنٹ رول ان سوسائٹی، ان فیملی۔</w:t>
      </w:r>
    </w:p>
    <w:p>
      <w:r>
        <w:rPr>
          <w:b/>
        </w:rPr>
        <w:t xml:space="preserve">[08:52] </w:t>
      </w:r>
      <w:r>
        <w:t>and this kind of this is law this are law of nature. and this kind of god's scheme you can see every where.</w:t>
      </w:r>
    </w:p>
    <w:p>
      <w:pPr>
        <w:jc w:val="right"/>
      </w:pPr>
      <w:r>
        <w:t>اینڈ دس کائنڈ اف دس از لا دس ار لا اف نیچر۔ اینڈ دس کائنڈ اف گاڈز اسکیم یو کین سی ایوری ویر۔</w:t>
      </w:r>
    </w:p>
    <w:p>
      <w:r>
        <w:rPr>
          <w:b/>
        </w:rPr>
        <w:t xml:space="preserve">[09:08] </w:t>
      </w:r>
      <w:r>
        <w:t>there is a verse in the quran: "wa min kulli shay'in khalaqna zawjayn. wa min kulli shay'in khalaqna zawjayn." everything we created in pairs.</w:t>
      </w:r>
    </w:p>
    <w:p>
      <w:pPr>
        <w:jc w:val="right"/>
      </w:pPr>
      <w:r>
        <w:t>دیر از ا ورس ان دا قرآن: "ومن کل الشیء خلقنا زوجین۔ ومن کل الشیء خلقنا زوجین۔" ایوری تھنگ وی کریٹڈ ان پیئرز۔</w:t>
      </w:r>
    </w:p>
    <w:p>
      <w:r>
        <w:rPr>
          <w:b/>
        </w:rPr>
        <w:t xml:space="preserve">[09:28] </w:t>
      </w:r>
      <w:r>
        <w:t>everything we created in pairs. for example, in matters you see there are negative particle and positive particle.</w:t>
      </w:r>
    </w:p>
    <w:p>
      <w:pPr>
        <w:jc w:val="right"/>
      </w:pPr>
      <w:r>
        <w:t>ایوری تھنگ وی کریٹڈ ان پیئرز۔ فار ایگزامپل، ان میٹرز یو سی دیر ار نیگیٹیو پارٹیکل اینڈ پازیٹیو پارٹیکل۔</w:t>
      </w:r>
    </w:p>
    <w:p>
      <w:r>
        <w:rPr>
          <w:b/>
        </w:rPr>
        <w:t xml:space="preserve">[09:45] </w:t>
      </w:r>
      <w:r>
        <w:t>negative particle and positive particle. so in matter is also pair system. then in plant you see that there are female plant and male plant.</w:t>
      </w:r>
    </w:p>
    <w:p>
      <w:pPr>
        <w:jc w:val="right"/>
      </w:pPr>
      <w:r>
        <w:t>نیگیٹیو پارٹیکل اینڈ پازیٹیو پارٹیکل۔ سو ان میٹر از السو پیئر سسٹم۔ دین ان پلانٹ یو سی دیٹ دیر ار فیمیل پلانٹ اینڈ میل پلانٹ۔</w:t>
      </w:r>
    </w:p>
    <w:p>
      <w:r>
        <w:rPr>
          <w:b/>
        </w:rPr>
        <w:t xml:space="preserve">[10:03] </w:t>
      </w:r>
      <w:r>
        <w:t>male plant and female plant.</w:t>
      </w:r>
    </w:p>
    <w:p>
      <w:pPr>
        <w:jc w:val="right"/>
      </w:pPr>
      <w:r>
        <w:t>میل پلانٹ اینڈ فیمیل پلانٹ۔</w:t>
      </w:r>
    </w:p>
    <w:p>
      <w:r>
        <w:rPr>
          <w:b/>
        </w:rPr>
        <w:t xml:space="preserve">[10:08] </w:t>
      </w:r>
      <w:r>
        <w:t>so in plant world also there is pair system. then in animal you know there are she animal and he animal.</w:t>
      </w:r>
    </w:p>
    <w:p>
      <w:pPr>
        <w:jc w:val="right"/>
      </w:pPr>
      <w:r>
        <w:t>سو ان پلانٹ ورلڈ السو دیر از پیئر سسٹم۔ دین ان اینیمل یو نو دیر ار شی اینیمل اینڈ ہی اینیمل۔</w:t>
      </w:r>
    </w:p>
    <w:p>
      <w:r>
        <w:rPr>
          <w:b/>
        </w:rPr>
        <w:t xml:space="preserve">[10:24] </w:t>
      </w:r>
      <w:r>
        <w:t>so in animal kingdom also there is pair system. so is the case of human being, here you see that the same pair system prevails.</w:t>
      </w:r>
    </w:p>
    <w:p>
      <w:pPr>
        <w:jc w:val="right"/>
      </w:pPr>
      <w:r>
        <w:t>سو ان اینیمل کنگڈم السو دیر از پیئر سسٹم۔ سو از دا کیس اف ہیومن بینگ، ہیر یو سی دیٹ دا سیم پیئر سسٹم پریویلز۔</w:t>
      </w:r>
    </w:p>
    <w:p>
      <w:r>
        <w:rPr>
          <w:b/>
        </w:rPr>
        <w:t xml:space="preserve">[10:47] </w:t>
      </w:r>
      <w:r>
        <w:t>man and women. so this system which is called zawjayn in the quran is every where in the world</w:t>
      </w:r>
    </w:p>
    <w:p>
      <w:pPr>
        <w:jc w:val="right"/>
      </w:pPr>
      <w:r>
        <w:t>مین اینڈ وومن۔ سو دس سسٹم وچ از کالڈ زوجین ان دا قرآن از ایوری ویر ان دا ورلڈ</w:t>
      </w:r>
    </w:p>
    <w:p>
      <w:r>
        <w:rPr>
          <w:b/>
        </w:rPr>
        <w:t xml:space="preserve">[11:00] </w:t>
      </w:r>
      <w:r>
        <w:t>. so it is god's scheme to to</w:t>
      </w:r>
    </w:p>
    <w:p>
      <w:pPr>
        <w:jc w:val="right"/>
      </w:pPr>
      <w:r>
        <w:t>۔ سو اٹ از گاڈز اسکیم ٹو ٹو</w:t>
      </w:r>
    </w:p>
    <w:p>
      <w:r>
        <w:rPr>
          <w:b/>
        </w:rPr>
        <w:t xml:space="preserve">[11:10] </w:t>
      </w:r>
      <w:r>
        <w:t>to that every species, every part of the universe may work by by the way of pairs.</w:t>
      </w:r>
    </w:p>
    <w:p>
      <w:pPr>
        <w:jc w:val="right"/>
      </w:pPr>
      <w:r>
        <w:t>ٹو دیٹ ایوری اسپیشی، ایوری پارٹ اف دا یونیورس می ورک بائی بائی دا وے اف پیئرز۔</w:t>
      </w:r>
    </w:p>
    <w:p>
      <w:r>
        <w:rPr>
          <w:b/>
        </w:rPr>
        <w:t xml:space="preserve">[11:25] </w:t>
      </w:r>
      <w:r>
        <w:t>by pair i mean that</w:t>
      </w:r>
    </w:p>
    <w:p>
      <w:pPr>
        <w:jc w:val="right"/>
      </w:pPr>
      <w:r>
        <w:t>بائی پیئر ائی مین دیٹ</w:t>
      </w:r>
    </w:p>
    <w:p>
      <w:r>
        <w:rPr>
          <w:b/>
        </w:rPr>
        <w:t xml:space="preserve">[11:35] </w:t>
      </w:r>
      <w:r>
        <w:t>by this i can say that in nature there is</w:t>
      </w:r>
    </w:p>
    <w:p>
      <w:pPr>
        <w:jc w:val="right"/>
      </w:pPr>
      <w:r>
        <w:t>بائی دس ائی کین سے دیٹ ان نیچر دیر از</w:t>
      </w:r>
    </w:p>
    <w:p>
      <w:r>
        <w:rPr>
          <w:b/>
        </w:rPr>
        <w:t xml:space="preserve">[11:45] </w:t>
      </w:r>
      <w:r>
        <w:t>it is i can say that man and women have to</w:t>
      </w:r>
    </w:p>
    <w:p>
      <w:pPr>
        <w:jc w:val="right"/>
      </w:pPr>
      <w:r>
        <w:t>اٹ از ائی کین سے دیٹ مین اینڈ وومن ہیو ٹو</w:t>
      </w:r>
    </w:p>
    <w:p>
      <w:r>
        <w:rPr>
          <w:b/>
        </w:rPr>
        <w:t xml:space="preserve">[11:55] </w:t>
      </w:r>
      <w:r>
        <w:t>to different role in the life.</w:t>
      </w:r>
    </w:p>
    <w:p>
      <w:pPr>
        <w:jc w:val="right"/>
      </w:pPr>
      <w:r>
        <w:t>ٹو ڈفرنٹ رول ان دا لائف۔</w:t>
      </w:r>
    </w:p>
    <w:p>
      <w:r>
        <w:rPr>
          <w:b/>
        </w:rPr>
        <w:t xml:space="preserve">[12:01] </w:t>
      </w:r>
      <w:r>
        <w:t>and this role is in according to the natural plan.</w:t>
      </w:r>
    </w:p>
    <w:p>
      <w:pPr>
        <w:jc w:val="right"/>
      </w:pPr>
      <w:r>
        <w:t>اینڈ دس رول از ان اکارڈنگ ٹو دا نیچرل پلان۔</w:t>
      </w:r>
    </w:p>
    <w:p>
      <w:r>
        <w:rPr>
          <w:b/>
        </w:rPr>
        <w:t xml:space="preserve">[12:12] </w:t>
      </w:r>
      <w:r>
        <w:t>this role is</w:t>
      </w:r>
    </w:p>
    <w:p>
      <w:pPr>
        <w:jc w:val="right"/>
      </w:pPr>
      <w:r>
        <w:t>دس رول از</w:t>
      </w:r>
    </w:p>
    <w:p>
      <w:r>
        <w:rPr>
          <w:b/>
        </w:rPr>
        <w:t xml:space="preserve">[12:16] </w:t>
      </w:r>
      <w:r>
        <w:t>complementary role rather than equal role. equal role is out of the nature plan.</w:t>
      </w:r>
    </w:p>
    <w:p>
      <w:pPr>
        <w:jc w:val="right"/>
      </w:pPr>
      <w:r>
        <w:t>کمپلیمنٹری رول رادر دین ایکول رول۔ ایکول رول از اؤٹ اف دا نیچر پلان۔</w:t>
      </w:r>
    </w:p>
    <w:p>
      <w:r>
        <w:rPr>
          <w:b/>
        </w:rPr>
        <w:t xml:space="preserve">[12:30] </w:t>
      </w:r>
      <w:r>
        <w:t>according to the nature, both have a complementary role rather than equal role.</w:t>
      </w:r>
    </w:p>
    <w:p>
      <w:pPr>
        <w:jc w:val="right"/>
      </w:pPr>
      <w:r>
        <w:t>اکارڈنگ ٹو دا نیچر، بوتھ ہیو اکمپلیمنٹری رول رادر دین ایکول رول۔</w:t>
      </w:r>
    </w:p>
    <w:p>
      <w:r>
        <w:rPr>
          <w:b/>
        </w:rPr>
        <w:t xml:space="preserve">[12:41] </w:t>
      </w:r>
      <w:r>
        <w:t>so this is not the question of respect or status.</w:t>
      </w:r>
    </w:p>
    <w:p>
      <w:pPr>
        <w:jc w:val="right"/>
      </w:pPr>
      <w:r>
        <w:t>سو دس از ناٹ دا کوسچن اف ریسپیکٹ اور اسٹیٹس۔</w:t>
      </w:r>
    </w:p>
    <w:p>
      <w:r>
        <w:rPr>
          <w:b/>
        </w:rPr>
        <w:t xml:space="preserve">[12:48] </w:t>
      </w:r>
      <w:r>
        <w:t>in term of status, both are equal. but in term of rule, both are different.</w:t>
      </w:r>
    </w:p>
    <w:p>
      <w:pPr>
        <w:jc w:val="right"/>
      </w:pPr>
      <w:r>
        <w:t>ان ٹرم اف اسٹیٹس، بوتھ ار ایکول۔ بٹ ان ٹرم اف رول، بوتھ ار ڈفرنٹ۔</w:t>
      </w:r>
    </w:p>
    <w:p>
      <w:r>
        <w:rPr>
          <w:b/>
        </w:rPr>
        <w:t xml:space="preserve">[13:03] </w:t>
      </w:r>
      <w:r>
        <w:t>here i would like to refer a very relevant story.</w:t>
      </w:r>
    </w:p>
    <w:p>
      <w:pPr>
        <w:jc w:val="right"/>
      </w:pPr>
      <w:r>
        <w:t>ہیر ائی وڈ لائک ٹو ریفر ا ویری ریلیونٹ اسٹوری۔</w:t>
      </w:r>
    </w:p>
    <w:p>
      <w:r>
        <w:rPr>
          <w:b/>
        </w:rPr>
        <w:t xml:space="preserve">[13:14] </w:t>
      </w:r>
      <w:r>
        <w:t>in the early in the early period of islam in madina, there was a lady his name was</w:t>
      </w:r>
    </w:p>
    <w:p>
      <w:pPr>
        <w:jc w:val="right"/>
      </w:pPr>
      <w:r>
        <w:t>ان دا ارلی ان دا ارلی پیریڈ اف اسلام ان مدینہ، دیر واز ا لیڈی ہز نیم واز</w:t>
      </w:r>
    </w:p>
    <w:p>
      <w:r>
        <w:rPr>
          <w:b/>
        </w:rPr>
        <w:t xml:space="preserve">[13:25] </w:t>
      </w:r>
      <w:r>
        <w:t>breera. she was married</w:t>
      </w:r>
    </w:p>
    <w:p>
      <w:pPr>
        <w:jc w:val="right"/>
      </w:pPr>
      <w:r>
        <w:t>بریرا۔ شی واز میریڈ</w:t>
      </w:r>
    </w:p>
    <w:p>
      <w:r>
        <w:rPr>
          <w:b/>
        </w:rPr>
        <w:t xml:space="preserve">[13:30] </w:t>
      </w:r>
      <w:r>
        <w:t>. her name was breera and she was married.</w:t>
      </w:r>
    </w:p>
    <w:p>
      <w:pPr>
        <w:jc w:val="right"/>
      </w:pPr>
      <w:r>
        <w:t>۔ ہر نیم واز بریرا اینڈ شی واز میریڈ۔</w:t>
      </w:r>
    </w:p>
    <w:p>
      <w:r>
        <w:rPr>
          <w:b/>
        </w:rPr>
        <w:t xml:space="preserve">[13:36] </w:t>
      </w:r>
      <w:r>
        <w:t>her husband the name of her husband was mughis.</w:t>
      </w:r>
    </w:p>
    <w:p>
      <w:pPr>
        <w:jc w:val="right"/>
      </w:pPr>
      <w:r>
        <w:t>ہر ہسبینڈ دا نیم اف ہر ہسبینڈ واز مغیس۔</w:t>
      </w:r>
    </w:p>
    <w:p>
      <w:r>
        <w:rPr>
          <w:b/>
        </w:rPr>
        <w:t xml:space="preserve">[13:44] </w:t>
      </w:r>
      <w:r>
        <w:t>then after some time, breera wanted separation.</w:t>
      </w:r>
    </w:p>
    <w:p>
      <w:pPr>
        <w:jc w:val="right"/>
      </w:pPr>
      <w:r>
        <w:t>دین افٹر سم ٹائم، بریرا وانٹڈ سیپریشن۔</w:t>
      </w:r>
    </w:p>
    <w:p>
      <w:r>
        <w:rPr>
          <w:b/>
        </w:rPr>
        <w:t xml:space="preserve">[13:55] </w:t>
      </w:r>
      <w:r>
        <w:t>she so the case was referred to the prophet of islam.</w:t>
      </w:r>
    </w:p>
    <w:p>
      <w:pPr>
        <w:jc w:val="right"/>
      </w:pPr>
      <w:r>
        <w:t>شی سو دا کیس واز ریفرڈ ٹو دا پرافٹ اف اسلام۔</w:t>
      </w:r>
    </w:p>
    <w:p>
      <w:r>
        <w:rPr>
          <w:b/>
        </w:rPr>
        <w:t xml:space="preserve">[14:03] </w:t>
      </w:r>
      <w:r>
        <w:t>prophet of islam said:</w:t>
      </w:r>
    </w:p>
    <w:p>
      <w:pPr>
        <w:jc w:val="right"/>
      </w:pPr>
      <w:r>
        <w:t>پرافٹ اف اسلام سیڈ:</w:t>
      </w:r>
    </w:p>
    <w:p>
      <w:r>
        <w:rPr>
          <w:b/>
        </w:rPr>
        <w:t xml:space="preserve">[14:08] </w:t>
      </w:r>
      <w:r>
        <w:t>"o breera, i would like to advise you to make adjustment.</w:t>
      </w:r>
    </w:p>
    <w:p>
      <w:pPr>
        <w:jc w:val="right"/>
      </w:pPr>
      <w:r>
        <w:t>"او بریرا، ائی وڈ لائک ٹو ایڈوائز یو ٹو میک ایڈجسٹمنٹ۔</w:t>
      </w:r>
    </w:p>
    <w:p>
      <w:r>
        <w:rPr>
          <w:b/>
        </w:rPr>
        <w:t xml:space="preserve">[14:21] </w:t>
      </w:r>
      <w:r>
        <w:t>try to live with mughis.</w:t>
      </w:r>
    </w:p>
    <w:p>
      <w:pPr>
        <w:jc w:val="right"/>
      </w:pPr>
      <w:r>
        <w:t>ٹرائی ٹو لیو ود مغیس۔</w:t>
      </w:r>
    </w:p>
    <w:p>
      <w:r>
        <w:rPr>
          <w:b/>
        </w:rPr>
        <w:t xml:space="preserve">[14:27] </w:t>
      </w:r>
      <w:r>
        <w:t>maybe it is good for you." then breera asked:</w:t>
      </w:r>
    </w:p>
    <w:p>
      <w:pPr>
        <w:jc w:val="right"/>
      </w:pPr>
      <w:r>
        <w:t>می بی اٹ از گڈ فار یو۔" دین بریرا اسکڈ:</w:t>
      </w:r>
    </w:p>
    <w:p>
      <w:r>
        <w:rPr>
          <w:b/>
        </w:rPr>
        <w:t xml:space="preserve">[14:37] </w:t>
      </w:r>
      <w:r>
        <w:t>"is it your own? is it your personal advice or is it commandment of god</w:t>
      </w:r>
    </w:p>
    <w:p>
      <w:pPr>
        <w:jc w:val="right"/>
      </w:pPr>
      <w:r>
        <w:t>"از اٹ یور اون؟ از اٹ یور پرسنل ایڈوائس اور از اٹ کمانڈمنٹ اف گا</w:t>
      </w:r>
    </w:p>
    <w:p>
      <w:r>
        <w:rPr>
          <w:b/>
        </w:rPr>
        <w:t xml:space="preserve">[14:46] </w:t>
      </w:r>
      <w:r>
        <w:t>?"</w:t>
      </w:r>
    </w:p>
    <w:p>
      <w:pPr>
        <w:jc w:val="right"/>
      </w:pPr>
      <w:r>
        <w:t>ڈ؟"</w:t>
      </w:r>
    </w:p>
    <w:p>
      <w:r>
        <w:rPr>
          <w:b/>
        </w:rPr>
        <w:t xml:space="preserve">[14:50] </w:t>
      </w:r>
      <w:r>
        <w:t>she directly asked: "whether is it your personal advice or is it a command of god</w:t>
      </w:r>
    </w:p>
    <w:p>
      <w:pPr>
        <w:jc w:val="right"/>
      </w:pPr>
      <w:r>
        <w:t>شی ڈائریکٹلی اسکڈ: "ویدر از اٹ یور پرسنل ایڈوائس اور از اٹ ا کمانڈ اف گا</w:t>
      </w:r>
    </w:p>
    <w:p>
      <w:r>
        <w:rPr>
          <w:b/>
        </w:rPr>
        <w:t xml:space="preserve">[15:04] </w:t>
      </w:r>
      <w:r>
        <w:t>?" the prophet of islam is said: "is it it is my own personal advice.</w:t>
      </w:r>
    </w:p>
    <w:p>
      <w:pPr>
        <w:jc w:val="right"/>
      </w:pPr>
      <w:r>
        <w:t>ڈ؟" دا پرافٹ اف اسلام از سیڈ: "از اٹ اٹ از مائی اون پرسنل ایڈوائس۔</w:t>
      </w:r>
    </w:p>
    <w:p>
      <w:r>
        <w:rPr>
          <w:b/>
        </w:rPr>
        <w:t xml:space="preserve">[15:15] </w:t>
      </w:r>
      <w:r>
        <w:t>it is my personal advice." breera replied: "la hajat li ilaih.</w:t>
      </w:r>
    </w:p>
    <w:p>
      <w:pPr>
        <w:jc w:val="right"/>
      </w:pPr>
      <w:r>
        <w:t>اٹ از مائی پرسنل ایڈوائس۔" بریرا ریپلائیڈ: "لا حاجت لی الیہ۔</w:t>
      </w:r>
    </w:p>
    <w:p>
      <w:r>
        <w:rPr>
          <w:b/>
        </w:rPr>
        <w:t xml:space="preserve">[15:28] </w:t>
      </w:r>
      <w:r>
        <w:t>so i don't need mughis. i don't want to live with mughis."</w:t>
      </w:r>
    </w:p>
    <w:p>
      <w:pPr>
        <w:jc w:val="right"/>
      </w:pPr>
      <w:r>
        <w:t>سو ائی ڈونٹ نیڈ مغیس۔ ائی ڈونٹ وانٹ ٹو لیو ود مغیس۔"</w:t>
      </w:r>
    </w:p>
    <w:p>
      <w:r>
        <w:rPr>
          <w:b/>
        </w:rPr>
        <w:t xml:space="preserve">[15:35] </w:t>
      </w:r>
      <w:r>
        <w:t>so she refused to accept the advice of the prophet. and prophet separated</w:t>
      </w:r>
    </w:p>
    <w:p>
      <w:pPr>
        <w:jc w:val="right"/>
      </w:pPr>
      <w:r>
        <w:t>تو شی ریفیوز ٹو ایکسیپٹ دا ایڈوائس اف دا پرافٹ۔ اینڈ پرافٹ سیپریٹڈ</w:t>
      </w:r>
    </w:p>
    <w:p>
      <w:r>
        <w:rPr>
          <w:b/>
        </w:rPr>
        <w:t xml:space="preserve">[15:47] </w:t>
      </w:r>
      <w:r>
        <w:t>the marriage. here you can see that</w:t>
      </w:r>
    </w:p>
    <w:p>
      <w:pPr>
        <w:jc w:val="right"/>
      </w:pPr>
      <w:r>
        <w:t>دا میرج۔ ہیر یو کین سی دیٹ</w:t>
      </w:r>
    </w:p>
    <w:p>
      <w:r>
        <w:rPr>
          <w:b/>
        </w:rPr>
        <w:t xml:space="preserve">[15:54] </w:t>
      </w:r>
      <w:r>
        <w:t>woman in islam is completely woman in islam enjoy complete freedom.</w:t>
      </w:r>
    </w:p>
    <w:p>
      <w:pPr>
        <w:jc w:val="right"/>
      </w:pPr>
      <w:r>
        <w:t>وومن ان اسلام از کمپلیٹلی وومن ان اسلام انجوائے کمپلیٹ فریڈم۔</w:t>
      </w:r>
    </w:p>
    <w:p>
      <w:r>
        <w:rPr>
          <w:b/>
        </w:rPr>
        <w:t xml:space="preserve">[16:04] </w:t>
      </w:r>
      <w:r>
        <w:t>there is no compulsion, no discrimination.</w:t>
      </w:r>
    </w:p>
    <w:p>
      <w:pPr>
        <w:jc w:val="right"/>
      </w:pPr>
      <w:r>
        <w:t>دیر از نو کمپلشن، نو ڈسکریمینیشن۔</w:t>
      </w:r>
    </w:p>
    <w:p>
      <w:r>
        <w:rPr>
          <w:b/>
        </w:rPr>
        <w:t xml:space="preserve">[16:15] </w:t>
      </w:r>
      <w:r>
        <w:t>this event is quite clear</w:t>
      </w:r>
    </w:p>
    <w:p>
      <w:pPr>
        <w:jc w:val="right"/>
      </w:pPr>
      <w:r>
        <w:t>دس ایونٹ از کوائٹ کلیئر</w:t>
      </w:r>
    </w:p>
    <w:p>
      <w:r>
        <w:rPr>
          <w:b/>
        </w:rPr>
        <w:t xml:space="preserve">[16:21] </w:t>
      </w:r>
      <w:r>
        <w:t>to illustrate this point.</w:t>
      </w:r>
    </w:p>
    <w:p>
      <w:pPr>
        <w:jc w:val="right"/>
      </w:pPr>
      <w:r>
        <w:t>ٹو ایلسٹریٹ دس پوائنٹ۔</w:t>
      </w:r>
    </w:p>
    <w:p>
      <w:r>
        <w:rPr>
          <w:b/>
        </w:rPr>
        <w:t xml:space="preserve">[16:29] </w:t>
      </w:r>
      <w:r>
        <w:t>then there are several other examples.</w:t>
      </w:r>
    </w:p>
    <w:p>
      <w:pPr>
        <w:jc w:val="right"/>
      </w:pPr>
      <w:r>
        <w:t>دین دیر ار سیورل ادر ایگزامپلز۔</w:t>
      </w:r>
    </w:p>
    <w:p>
      <w:r>
        <w:rPr>
          <w:b/>
        </w:rPr>
        <w:t xml:space="preserve">[16:35] </w:t>
      </w:r>
      <w:r>
        <w:t>any one who has visit Mecca and he has performed Hajj and Umrah, he knows that among other rituals,</w:t>
      </w:r>
    </w:p>
    <w:p>
      <w:pPr>
        <w:jc w:val="right"/>
      </w:pPr>
      <w:r>
        <w:t>اینی ون ہو ہیز وزٹ مکہ اینڈ ہی ہیز پرفارمڈ حج اینڈ عمرہ، ہی نوز دیٹ امنگ ادر ریچولز،</w:t>
      </w:r>
    </w:p>
    <w:p>
      <w:r>
        <w:rPr>
          <w:b/>
        </w:rPr>
        <w:t xml:space="preserve">[16:54] </w:t>
      </w:r>
      <w:r>
        <w:t>one ritual, one compulsory ritual is that any one who want to perform Hajj and Umrah, he must walk between two rocks there is Safa and Marwah seven time.</w:t>
      </w:r>
    </w:p>
    <w:p>
      <w:pPr>
        <w:jc w:val="right"/>
      </w:pPr>
      <w:r>
        <w:t>ون ریچول، ون کمپلسری ریچول از دیٹ اینی ون ہو وانٹ ٹو پرفارم حج اینڈ عمرہ، ہی مسٹ واک بٹوین ٹو راکس دیر از صفا اینڈ مروہ سیون ٹائم۔</w:t>
      </w:r>
    </w:p>
    <w:p>
      <w:r>
        <w:rPr>
          <w:b/>
        </w:rPr>
        <w:t xml:space="preserve">[17:13] </w:t>
      </w:r>
      <w:r>
        <w:t>so why this walk between Safa and Marwah?</w:t>
      </w:r>
    </w:p>
    <w:p>
      <w:pPr>
        <w:jc w:val="right"/>
      </w:pPr>
      <w:r>
        <w:t>سو وائی دس واک بٹوین صفا اینڈ مروہ؟</w:t>
      </w:r>
    </w:p>
    <w:p>
      <w:r>
        <w:rPr>
          <w:b/>
        </w:rPr>
        <w:t xml:space="preserve">[17:19] </w:t>
      </w:r>
      <w:r>
        <w:t>it is to imitate a lady his name was Hajra. so here you can see that everyone is</w:t>
      </w:r>
    </w:p>
    <w:p>
      <w:pPr>
        <w:jc w:val="right"/>
      </w:pPr>
      <w:r>
        <w:t>اٹ از ٹو ایمیٹیٹ ا لیڈی ہز نیم واز ہاجرہ۔ سو ہیر یو کین سی دیٹ ایوری ون از</w:t>
      </w:r>
    </w:p>
    <w:p>
      <w:r>
        <w:rPr>
          <w:b/>
        </w:rPr>
        <w:t xml:space="preserve">[17:36] </w:t>
      </w:r>
      <w:r>
        <w:t>everyone is order to follow the foot step of a woman</w:t>
      </w:r>
    </w:p>
    <w:p>
      <w:pPr>
        <w:jc w:val="right"/>
      </w:pPr>
      <w:r>
        <w:t>ایوری ون از ارڈر ٹو فالو دا فٹ سٹیپ اف ا وومن</w:t>
      </w:r>
    </w:p>
    <w:p>
      <w:r>
        <w:rPr>
          <w:b/>
        </w:rPr>
        <w:t xml:space="preserve">[17:49] </w:t>
      </w:r>
      <w:r>
        <w:t>that is Hajra.</w:t>
      </w:r>
    </w:p>
    <w:p>
      <w:pPr>
        <w:jc w:val="right"/>
      </w:pPr>
      <w:r>
        <w:t>دیٹ از ہاجرہ۔</w:t>
      </w:r>
    </w:p>
    <w:p>
      <w:r>
        <w:rPr>
          <w:b/>
        </w:rPr>
        <w:t xml:space="preserve">[17:54] </w:t>
      </w:r>
      <w:r>
        <w:t>here you can see that the principal ladies first is very much in the Islamic scheme.</w:t>
      </w:r>
    </w:p>
    <w:p>
      <w:pPr>
        <w:jc w:val="right"/>
      </w:pPr>
      <w:r>
        <w:t>ہیر یو کین سی دیٹ دا پرنسپل لیڈیز فرسٹ از ویری مچ ان دا اسلامک اسکیم۔</w:t>
      </w:r>
    </w:p>
    <w:p>
      <w:r>
        <w:rPr>
          <w:b/>
        </w:rPr>
        <w:t xml:space="preserve">[18:07] </w:t>
      </w:r>
      <w:r>
        <w:t>then there are</w:t>
      </w:r>
    </w:p>
    <w:p>
      <w:pPr>
        <w:jc w:val="right"/>
      </w:pPr>
      <w:r>
        <w:t>دین دیر ار</w:t>
      </w:r>
    </w:p>
    <w:p>
      <w:r>
        <w:rPr>
          <w:b/>
        </w:rPr>
        <w:t xml:space="preserve">[18:12] </w:t>
      </w:r>
      <w:r>
        <w:t>many hadith</w:t>
      </w:r>
    </w:p>
    <w:p>
      <w:pPr>
        <w:jc w:val="right"/>
      </w:pPr>
      <w:r>
        <w:t>مینی حدیث</w:t>
      </w:r>
    </w:p>
    <w:p>
      <w:r>
        <w:rPr>
          <w:b/>
        </w:rPr>
        <w:t xml:space="preserve">[18:20] </w:t>
      </w:r>
      <w:r>
        <w:t>that is very clear in this regard. the prophet of Islam has said: "khair mataa dunyah al-marat al-salihah."</w:t>
      </w:r>
    </w:p>
    <w:p>
      <w:pPr>
        <w:jc w:val="right"/>
      </w:pPr>
      <w:r>
        <w:t>دیٹ از ویری کلیئر ان دس ریگارڈ۔ دا پرافٹ اف اسلام ہیز سیڈ: "خیر مطاع دنیا المرات الصالحہ۔"</w:t>
      </w:r>
    </w:p>
    <w:p>
      <w:r>
        <w:rPr>
          <w:b/>
        </w:rPr>
        <w:t xml:space="preserve">[18:41] </w:t>
      </w:r>
      <w:r>
        <w:t>the best asset for a woman, the best asset for a believer is</w:t>
      </w:r>
    </w:p>
    <w:p>
      <w:pPr>
        <w:jc w:val="right"/>
      </w:pPr>
      <w:r>
        <w:t>دا بیسٹ اسٹ فار ا وومن، دا بیسٹ اسٹ فار ا بیلیور از</w:t>
      </w:r>
    </w:p>
    <w:p>
      <w:r>
        <w:rPr>
          <w:b/>
        </w:rPr>
        <w:t xml:space="preserve">[18:51] </w:t>
      </w:r>
      <w:r>
        <w:t>a faithful wife. faithful life is the best asset, best worldly asset for a woman.</w:t>
      </w:r>
    </w:p>
    <w:p>
      <w:pPr>
        <w:jc w:val="right"/>
      </w:pPr>
      <w:r>
        <w:t>ا فیتھ فل وائف۔ فیتھ فل لائف از دا بیسٹ اسٹ، بیسٹ ورلڈلی اسٹ فار ا وومن۔</w:t>
      </w:r>
    </w:p>
    <w:p>
      <w:r>
        <w:rPr>
          <w:b/>
        </w:rPr>
        <w:t xml:space="preserve">[19:10] </w:t>
      </w:r>
      <w:r>
        <w:t>then there is hadith it tells us that best woman is one who is helper to his husband,</w:t>
      </w:r>
    </w:p>
    <w:p>
      <w:pPr>
        <w:jc w:val="right"/>
      </w:pPr>
      <w:r>
        <w:t>دین دیر از حدیث اٹ ٹیلز اس دیٹ بیسٹ وومن از ون ہو از ہیلپر ٹو ہز ہسبینڈ،</w:t>
      </w:r>
    </w:p>
    <w:p>
      <w:r>
        <w:rPr>
          <w:b/>
        </w:rPr>
        <w:t xml:space="preserve">[19:24] </w:t>
      </w:r>
      <w:r>
        <w:t>ali imaan, one who helps</w:t>
      </w:r>
    </w:p>
    <w:p>
      <w:pPr>
        <w:jc w:val="right"/>
      </w:pPr>
      <w:r>
        <w:t>علی ایمانی، ون ہو ہیلپس</w:t>
      </w:r>
    </w:p>
    <w:p>
      <w:r>
        <w:rPr>
          <w:b/>
        </w:rPr>
        <w:t xml:space="preserve">[19:33] </w:t>
      </w:r>
      <w:r>
        <w:t>regarding the faith. this very important</w:t>
      </w:r>
    </w:p>
    <w:p>
      <w:pPr>
        <w:jc w:val="right"/>
      </w:pPr>
      <w:r>
        <w:t>ریگارڈنگ دی فیتھ۔ دس ویری امپورٹنٹ</w:t>
      </w:r>
    </w:p>
    <w:p>
      <w:r>
        <w:rPr>
          <w:b/>
        </w:rPr>
        <w:t xml:space="preserve">[19:43] </w:t>
      </w:r>
      <w:r>
        <w:t>help helper in matters of faith is very important. a wife is helper in matters of faith</w:t>
      </w:r>
    </w:p>
    <w:p>
      <w:pPr>
        <w:jc w:val="right"/>
      </w:pPr>
      <w:r>
        <w:t>ہیلپ ہیلپر ان میٹرز اف فیتھ از ویری امپورٹنٹ۔ ا وائف از ہیلپر ان میٹرز اف فیتھ</w:t>
      </w:r>
    </w:p>
    <w:p>
      <w:r>
        <w:rPr>
          <w:b/>
        </w:rPr>
        <w:t xml:space="preserve">[19:59] </w:t>
      </w:r>
      <w:r>
        <w:t>is very important. it is not that she provides breakfast or lunch.</w:t>
      </w:r>
    </w:p>
    <w:p>
      <w:pPr>
        <w:jc w:val="right"/>
      </w:pPr>
      <w:r>
        <w:t>از ویری امپورٹنٹ۔ اٹ از ناٹ دیٹ شی پرووائیڈز بریک فاسٹ اور لنچ۔</w:t>
      </w:r>
    </w:p>
    <w:p>
      <w:r>
        <w:rPr>
          <w:b/>
        </w:rPr>
        <w:t xml:space="preserve">[20:11] </w:t>
      </w:r>
      <w:r>
        <w:t>it is in a great, in it is in a deeper sense. there is a deep, there is a very deeper sense in this.</w:t>
      </w:r>
    </w:p>
    <w:p>
      <w:pPr>
        <w:jc w:val="right"/>
      </w:pPr>
      <w:r>
        <w:t>اٹ از ان ا گریٹ، ان اٹ از ان ا ڈیپر سینس۔ دیر از ا ڈیپ، دیر از ا ویری ڈیپر سینس ان دس۔</w:t>
      </w:r>
    </w:p>
    <w:p>
      <w:r>
        <w:rPr>
          <w:b/>
        </w:rPr>
        <w:t xml:space="preserve">[20:24] </w:t>
      </w:r>
      <w:r>
        <w:t>there is a deeper sense in this hadith.</w:t>
      </w:r>
    </w:p>
    <w:p>
      <w:pPr>
        <w:jc w:val="right"/>
      </w:pPr>
      <w:r>
        <w:t>دیر از ا ڈیپر سینس ان دس حدیث۔</w:t>
      </w:r>
    </w:p>
    <w:p>
      <w:r>
        <w:rPr>
          <w:b/>
        </w:rPr>
        <w:t xml:space="preserve">[20:29] </w:t>
      </w:r>
      <w:r>
        <w:t>here I would like to another hadith that may explain this hadith.</w:t>
      </w:r>
    </w:p>
    <w:p>
      <w:pPr>
        <w:jc w:val="right"/>
      </w:pPr>
      <w:r>
        <w:t>ہیر ائی وڈ لائک ٹو انادر حدیث دیٹ می ایکسپلین دس حدیث۔</w:t>
      </w:r>
    </w:p>
    <w:p>
      <w:r>
        <w:rPr>
          <w:b/>
        </w:rPr>
        <w:t xml:space="preserve">[20:37] </w:t>
      </w:r>
      <w:r>
        <w:t>Aisha was the prophet. Aisha was a wife of the prophet. so she says this relation you can find in sahih al-Bukhari.</w:t>
      </w:r>
    </w:p>
    <w:p>
      <w:pPr>
        <w:jc w:val="right"/>
      </w:pPr>
      <w:r>
        <w:t>عائشہ واز دی پرافٹ۔ عائشہ واز ا وائف اف دا پرافٹ۔ سو شی سیز دس ریلیشن یو کین فائنڈ ان صحیح البخاری۔</w:t>
      </w:r>
    </w:p>
    <w:p>
      <w:r>
        <w:rPr>
          <w:b/>
        </w:rPr>
        <w:t xml:space="preserve">[20:56] </w:t>
      </w:r>
      <w:r>
        <w:t>Aisha says that the prophet of Islam used to rise early in the morning</w:t>
      </w:r>
    </w:p>
    <w:p>
      <w:pPr>
        <w:jc w:val="right"/>
      </w:pPr>
      <w:r>
        <w:t>عائشہ سیز دیٹ دا پرافٹ اف اسلام یوز ٹو رائز ارلی ان دا مارننگ</w:t>
      </w:r>
    </w:p>
    <w:p>
      <w:r>
        <w:rPr>
          <w:b/>
        </w:rPr>
        <w:t xml:space="preserve">[21:09] </w:t>
      </w:r>
      <w:r>
        <w:t>and pray his morning prayer. so she says that</w:t>
      </w:r>
    </w:p>
    <w:p>
      <w:pPr>
        <w:jc w:val="right"/>
      </w:pPr>
      <w:r>
        <w:t>اینڈ پری ہز مارننگ پریر۔ سو شی سیز دیٹ</w:t>
      </w:r>
    </w:p>
    <w:p>
      <w:r>
        <w:rPr>
          <w:b/>
        </w:rPr>
        <w:t xml:space="preserve">[21:25] </w:t>
      </w:r>
      <w:r>
        <w:t>fa'in kunt mustaqidatan muhaddithani.</w:t>
      </w:r>
    </w:p>
    <w:p>
      <w:pPr>
        <w:jc w:val="right"/>
      </w:pPr>
      <w:r>
        <w:t>فین کنت مستقدۃ محدثنی۔</w:t>
      </w:r>
    </w:p>
    <w:p>
      <w:r>
        <w:rPr>
          <w:b/>
        </w:rPr>
        <w:t xml:space="preserve">[21:29] </w:t>
      </w:r>
      <w:r>
        <w:t>fa'in kunt mustaqidatan muhaddithani. it means that if I were awaken,</w:t>
      </w:r>
    </w:p>
    <w:p>
      <w:pPr>
        <w:jc w:val="right"/>
      </w:pPr>
      <w:r>
        <w:t>فین کنت مستقدۃ محدثنی۔ اٹ مینز دیٹ اف ائی ویئر اویکن،</w:t>
      </w:r>
    </w:p>
    <w:p>
      <w:r>
        <w:rPr>
          <w:b/>
        </w:rPr>
        <w:t xml:space="preserve">[21:44] </w:t>
      </w:r>
      <w:r>
        <w:t>he would discuss with me.</w:t>
      </w:r>
    </w:p>
    <w:p>
      <w:pPr>
        <w:jc w:val="right"/>
      </w:pPr>
      <w:r>
        <w:t>ہی وڈ ڈسکس ود می۔</w:t>
      </w:r>
    </w:p>
    <w:p>
      <w:r>
        <w:rPr>
          <w:b/>
        </w:rPr>
        <w:t xml:space="preserve">[21:51] </w:t>
      </w:r>
      <w:r>
        <w:t>this very important. It means that Aisha was an intellectual partner to the Prophet.</w:t>
      </w:r>
    </w:p>
    <w:p>
      <w:pPr>
        <w:jc w:val="right"/>
      </w:pPr>
      <w:r>
        <w:t>دس ویری امپورٹنٹ۔ اٹ مینز دیٹ عائشہ واز این انٹلیکچول پارٹنر ٹو دا پرافٹ۔</w:t>
      </w:r>
    </w:p>
    <w:p>
      <w:r>
        <w:rPr>
          <w:b/>
        </w:rPr>
        <w:t xml:space="preserve">[22:02] </w:t>
      </w:r>
      <w:r>
        <w:t>from this</w:t>
      </w:r>
    </w:p>
    <w:p>
      <w:pPr>
        <w:jc w:val="right"/>
      </w:pPr>
      <w:r>
        <w:t>فرام دس</w:t>
      </w:r>
    </w:p>
    <w:p>
      <w:r>
        <w:rPr>
          <w:b/>
        </w:rPr>
        <w:t xml:space="preserve">[22:05] </w:t>
      </w:r>
      <w:r>
        <w:t>I have drawn a principle that according to this Islamic teaching, the best expression of the relationship between wife and husband is that both are intellectual partners to each other.</w:t>
      </w:r>
    </w:p>
    <w:p>
      <w:pPr>
        <w:jc w:val="right"/>
      </w:pPr>
      <w:r>
        <w:t>ائی ہیو ڈرا پرنسپل دیٹ اکارڈنگ ٹو دس اسلامک ٹیچنگ، دا بیسٹ ایکسپریشن اف دی ریلیشن شپ بٹوین وائف اینڈ ہسبینڈ از دیٹ بوتھ ار انٹلیکچول پارٹنر ٹو ایچ ادر۔</w:t>
      </w:r>
    </w:p>
    <w:p>
      <w:r>
        <w:rPr>
          <w:b/>
        </w:rPr>
        <w:t xml:space="preserve">[22:32] </w:t>
      </w:r>
      <w:r>
        <w:t>husband and wife, husband and wife both are intellectual partners to each other.</w:t>
      </w:r>
    </w:p>
    <w:p>
      <w:pPr>
        <w:jc w:val="right"/>
      </w:pPr>
      <w:r>
        <w:t>ہسبینڈ اینڈ وائف، ہسبینڈ اینڈ وائف بوتھ ار انٹلیکچول پارٹنر ٹو ایچ ادر۔</w:t>
      </w:r>
    </w:p>
    <w:p>
      <w:r>
        <w:rPr>
          <w:b/>
        </w:rPr>
        <w:t xml:space="preserve">[22:44] </w:t>
      </w:r>
      <w:r>
        <w:t>I think it is very important. You know, the most important thing for man or woman is intellectual development</w:t>
      </w:r>
    </w:p>
    <w:p>
      <w:pPr>
        <w:jc w:val="right"/>
      </w:pPr>
      <w:r>
        <w:t>ائی تھنک اٹ از ویری امپورٹنٹ۔ یو نو، دا موسٹ امپورٹنٹ تھنگ فار مین اور وومن از انٹلیکچول ڈیولپمنٹ</w:t>
      </w:r>
    </w:p>
    <w:p>
      <w:r>
        <w:rPr>
          <w:b/>
        </w:rPr>
        <w:t xml:space="preserve">[23:01] </w:t>
      </w:r>
      <w:r>
        <w:t>. Intellectual development. Man or woman both are born with a with great great capacity that is mind.</w:t>
      </w:r>
    </w:p>
    <w:p>
      <w:pPr>
        <w:jc w:val="right"/>
      </w:pPr>
      <w:r>
        <w:t>۔ انٹلیکچول ڈیولپمنٹ۔ مین اور وومن بوتھ ار بورن ود ا ود گریٹ گریٹ کیپیسٹی دیٹ از مائنڈ۔</w:t>
      </w:r>
    </w:p>
    <w:p>
      <w:r>
        <w:rPr>
          <w:b/>
        </w:rPr>
        <w:t xml:space="preserve">[23:16] </w:t>
      </w:r>
      <w:r>
        <w:t>mind has unlimited potential.</w:t>
      </w:r>
    </w:p>
    <w:p>
      <w:pPr>
        <w:jc w:val="right"/>
      </w:pPr>
      <w:r>
        <w:t>مائنڈ ہیز ان لمیٹڈ پوٹینشل۔</w:t>
      </w:r>
    </w:p>
    <w:p>
      <w:r>
        <w:rPr>
          <w:b/>
        </w:rPr>
        <w:t xml:space="preserve">[23:21] </w:t>
      </w:r>
      <w:r>
        <w:t>there are hundred million billion billion particles in every individual brain.</w:t>
      </w:r>
    </w:p>
    <w:p>
      <w:pPr>
        <w:jc w:val="right"/>
      </w:pPr>
      <w:r>
        <w:t>دیر ار ہنڈرڈ ملین بلین بلین پارٹیکلز ان ایوری انڈیویجول برین۔</w:t>
      </w:r>
    </w:p>
    <w:p>
      <w:r>
        <w:rPr>
          <w:b/>
        </w:rPr>
        <w:t xml:space="preserve">[23:32] </w:t>
      </w:r>
      <w:r>
        <w:t>but all these particles are in dormant position.</w:t>
      </w:r>
    </w:p>
    <w:p>
      <w:pPr>
        <w:jc w:val="right"/>
      </w:pPr>
      <w:r>
        <w:t>بٹ ال دیز پارٹیکلز ار ان ڈارمن پوزیشن۔</w:t>
      </w:r>
    </w:p>
    <w:p>
      <w:r>
        <w:rPr>
          <w:b/>
        </w:rPr>
        <w:t xml:space="preserve">[23:41] </w:t>
      </w:r>
      <w:r>
        <w:t>this potential is referred in Quran in these words in Surah Al-Baqarah: "Allama Adam al-asmaa kullaha".</w:t>
      </w:r>
    </w:p>
    <w:p>
      <w:pPr>
        <w:jc w:val="right"/>
      </w:pPr>
      <w:r>
        <w:t>دس پوٹینشل از ار ریفرڈ ان قران ان دیز ورڈز ان سورہ البقرہ: "علما آدم الاسماء کلا"۔</w:t>
      </w:r>
    </w:p>
    <w:p>
      <w:r>
        <w:rPr>
          <w:b/>
        </w:rPr>
        <w:t xml:space="preserve">[23:55] </w:t>
      </w:r>
      <w:r>
        <w:t>this potential is referred in the Quran in these words: "Allama Adam al-asmaa kullaha".</w:t>
      </w:r>
    </w:p>
    <w:p>
      <w:pPr>
        <w:jc w:val="right"/>
      </w:pPr>
      <w:r>
        <w:t>دس پوٹینشل از ریفرڈ ان دا قران ان دیز ورڈز: "علما آدم الاسماء کلا"۔</w:t>
      </w:r>
    </w:p>
    <w:p>
      <w:r>
        <w:rPr>
          <w:b/>
        </w:rPr>
        <w:t xml:space="preserve">[24:06] </w:t>
      </w:r>
      <w:r>
        <w:t>is very important. So man, every man and every woman have a great potential</w:t>
      </w:r>
    </w:p>
    <w:p>
      <w:pPr>
        <w:jc w:val="right"/>
      </w:pPr>
      <w:r>
        <w:t>از ویری امپورٹنٹ۔ سو مین، ایوری مین اینڈ ایوری وومن ہیو ا گریٹ پوٹینش</w:t>
      </w:r>
    </w:p>
    <w:p>
      <w:r>
        <w:rPr>
          <w:b/>
        </w:rPr>
        <w:t xml:space="preserve">[24:15] </w:t>
      </w:r>
      <w:r>
        <w:t>that is mind. Now there is a question: how to unfold these this potential?</w:t>
      </w:r>
    </w:p>
    <w:p>
      <w:pPr>
        <w:jc w:val="right"/>
      </w:pPr>
      <w:r>
        <w:t>ل دیٹ از مائنڈ۔ ناؤ دیر از ا کوسچن: ہاؤ ٹو انفولڈ دیز دس پوٹینشل؟</w:t>
      </w:r>
    </w:p>
    <w:p>
      <w:r>
        <w:rPr>
          <w:b/>
        </w:rPr>
        <w:t xml:space="preserve">[24:24] </w:t>
      </w:r>
      <w:r>
        <w:t>how to turn this potential into actual?</w:t>
      </w:r>
    </w:p>
    <w:p>
      <w:pPr>
        <w:jc w:val="right"/>
      </w:pPr>
      <w:r>
        <w:t>ہاؤ ٹو ٹرن دس پوٹینشل انٹو ایکچول؟</w:t>
      </w:r>
    </w:p>
    <w:p>
      <w:r>
        <w:rPr>
          <w:b/>
        </w:rPr>
        <w:t xml:space="preserve">[24:31] </w:t>
      </w:r>
      <w:r>
        <w:t>it is through intellectual exchange. The only way to unfold this potential is intellectual discussion, intellectual exchange, intellectual dialogue.</w:t>
      </w:r>
    </w:p>
    <w:p>
      <w:pPr>
        <w:jc w:val="right"/>
      </w:pPr>
      <w:r>
        <w:t>اٹ از تھرو انٹلیکچول ایکسچینج۔ دا اونلی وے ٹو انفولڈ دس پوٹینشل از انٹلیکچول ڈسکشن، انٹلیکچول ایکسچینج، انٹلیکچول ڈائیلاگ۔</w:t>
      </w:r>
    </w:p>
    <w:p>
      <w:r>
        <w:rPr>
          <w:b/>
        </w:rPr>
        <w:t xml:space="preserve">[24:54] </w:t>
      </w:r>
      <w:r>
        <w:t>and I think the best partner for the both spouses is the best partner for the both is their spouses.</w:t>
      </w:r>
    </w:p>
    <w:p>
      <w:pPr>
        <w:jc w:val="right"/>
      </w:pPr>
      <w:r>
        <w:t>اینڈ ائی تھنک دا بیسٹ پارٹنر فار دا بوتھ اسپاؤسز از دا بیسٹ پارٹنر فار دا بوتھ از دیر اسپاؤسز۔</w:t>
      </w:r>
    </w:p>
    <w:p>
      <w:r>
        <w:rPr>
          <w:b/>
        </w:rPr>
        <w:t xml:space="preserve">[25:11] </w:t>
      </w:r>
      <w:r>
        <w:t>husband and wife both are best intellectual partners to each other. So this is the best expression of Islam</w:t>
      </w:r>
    </w:p>
    <w:p>
      <w:pPr>
        <w:jc w:val="right"/>
      </w:pPr>
      <w:r>
        <w:t>ہسبینڈ اینڈ وائف بوتھ ار بیسٹ انٹلیکچول پارٹنر ٹو ایچ ادر۔ سو دس از دا بیسٹ ایکسپریشن اف اسلام</w:t>
      </w:r>
    </w:p>
    <w:p>
      <w:r>
        <w:rPr>
          <w:b/>
        </w:rPr>
        <w:t xml:space="preserve">[25:27] </w:t>
      </w:r>
      <w:r>
        <w:t>regarding the present issue.</w:t>
      </w:r>
    </w:p>
    <w:p>
      <w:pPr>
        <w:jc w:val="right"/>
      </w:pPr>
      <w:r>
        <w:t>ریگارڈنگ دا پریزنٹ ایشو۔</w:t>
      </w:r>
    </w:p>
    <w:p>
      <w:r>
        <w:rPr>
          <w:b/>
        </w:rPr>
        <w:t xml:space="preserve">[25:33] </w:t>
      </w:r>
      <w:r>
        <w:t>I have,</w:t>
      </w:r>
    </w:p>
    <w:p>
      <w:pPr>
        <w:jc w:val="right"/>
      </w:pPr>
      <w:r>
        <w:t>ائی ہیو،</w:t>
      </w:r>
    </w:p>
    <w:p>
      <w:r>
        <w:rPr>
          <w:b/>
        </w:rPr>
        <w:t xml:space="preserve">[25:37] </w:t>
      </w:r>
      <w:r>
        <w:t>I have,</w:t>
      </w:r>
    </w:p>
    <w:p>
      <w:pPr>
        <w:jc w:val="right"/>
      </w:pPr>
      <w:r>
        <w:t>ائی ہیو،</w:t>
      </w:r>
    </w:p>
    <w:p>
      <w:r>
        <w:rPr>
          <w:b/>
        </w:rPr>
        <w:t xml:space="preserve">[25:43] </w:t>
      </w:r>
      <w:r>
        <w:t>I have written the details of this principle in my book: "Aurat Memar-e-Insaniyat".</w:t>
      </w:r>
    </w:p>
    <w:p>
      <w:pPr>
        <w:jc w:val="right"/>
      </w:pPr>
      <w:r>
        <w:t>ائی ہیو رٹن دا ڈیٹیلز اف دس پرنسپل ان مائی بک: "عورت میمار انسانیت"۔</w:t>
      </w:r>
    </w:p>
    <w:p>
      <w:r>
        <w:rPr>
          <w:b/>
        </w:rPr>
        <w:t xml:space="preserve">[25:55] </w:t>
      </w:r>
      <w:r>
        <w:t>Woman the Builder of Humanity. In three chapters of this book, I have discussed in detail</w:t>
      </w:r>
    </w:p>
    <w:p>
      <w:pPr>
        <w:jc w:val="right"/>
      </w:pPr>
      <w:r>
        <w:t>وومن دا بلڈر اف ہیومینٹی۔ ان تھری چیپٹرز اف دس بک، ائی ہیو ڈسکس ان ڈیٹیل</w:t>
      </w:r>
    </w:p>
    <w:p>
      <w:r>
        <w:rPr>
          <w:b/>
        </w:rPr>
        <w:t xml:space="preserve">[26:10] </w:t>
      </w:r>
      <w:r>
        <w:t>that how husband and wife</w:t>
      </w:r>
    </w:p>
    <w:p>
      <w:pPr>
        <w:jc w:val="right"/>
      </w:pPr>
      <w:r>
        <w:t>دیٹ ہاؤ ہسبینڈ اینڈ وائف</w:t>
      </w:r>
    </w:p>
    <w:p>
      <w:r>
        <w:rPr>
          <w:b/>
        </w:rPr>
        <w:t xml:space="preserve">[26:17] </w:t>
      </w:r>
      <w:r>
        <w:t>can develop their, can try to turn their potential into actual by making</w:t>
      </w:r>
    </w:p>
    <w:p>
      <w:pPr>
        <w:jc w:val="right"/>
      </w:pPr>
      <w:r>
        <w:t>کین ڈیولپ دیر، کین ٹرائی ٹو ٹرن دیر پوٹینشل انٹو ایکچول بائی میکنگ</w:t>
      </w:r>
    </w:p>
    <w:p>
      <w:r>
        <w:rPr>
          <w:b/>
        </w:rPr>
        <w:t xml:space="preserve">[26:33] </w:t>
      </w:r>
      <w:r>
        <w:t>intellectual partner, by making their companion and intellectual partner.</w:t>
      </w:r>
    </w:p>
    <w:p>
      <w:pPr>
        <w:jc w:val="right"/>
      </w:pPr>
      <w:r>
        <w:t>انٹلیکچول پارٹنر، بائی میکنگ دیر کمپینین اینڈ انٹلیکچول پارٹنر۔</w:t>
      </w:r>
    </w:p>
    <w:p>
      <w:r>
        <w:rPr>
          <w:b/>
        </w:rPr>
        <w:t xml:space="preserve">[26:42] </w:t>
      </w:r>
      <w:r>
        <w:t>is very important. so</w:t>
      </w:r>
    </w:p>
    <w:p>
      <w:pPr>
        <w:jc w:val="right"/>
      </w:pPr>
      <w:r>
        <w:t>از ویری امپورٹنٹ۔ سو</w:t>
      </w:r>
    </w:p>
    <w:p>
      <w:r>
        <w:rPr>
          <w:b/>
        </w:rPr>
        <w:t xml:space="preserve">[26:51] </w:t>
      </w:r>
      <w:r>
        <w:t>i can see that</w:t>
      </w:r>
    </w:p>
    <w:p>
      <w:pPr>
        <w:jc w:val="right"/>
      </w:pPr>
      <w:r>
        <w:t>ائی کین سی دیٹ</w:t>
      </w:r>
    </w:p>
    <w:p>
      <w:r>
        <w:rPr>
          <w:b/>
        </w:rPr>
        <w:t xml:space="preserve">[26:55] </w:t>
      </w:r>
      <w:r>
        <w:t>islam</w:t>
      </w:r>
    </w:p>
    <w:p>
      <w:pPr>
        <w:jc w:val="right"/>
      </w:pPr>
      <w:r>
        <w:t>اسلام</w:t>
      </w:r>
    </w:p>
    <w:p>
      <w:r>
        <w:rPr>
          <w:b/>
        </w:rPr>
        <w:t xml:space="preserve">[27:00] </w:t>
      </w:r>
      <w:r>
        <w:t>is a religion of nature. nature or god created both the sexes.</w:t>
      </w:r>
    </w:p>
    <w:p>
      <w:pPr>
        <w:jc w:val="right"/>
      </w:pPr>
      <w:r>
        <w:t>از ا ریلیجن اف نیچر۔ نیچر اور گاڈ کریٹڈ بوتھ دا سکسز۔</w:t>
      </w:r>
    </w:p>
    <w:p>
      <w:r>
        <w:rPr>
          <w:b/>
        </w:rPr>
        <w:t xml:space="preserve">[27:17] </w:t>
      </w:r>
      <w:r>
        <w:t>in the eyes of god, there is no, no one is superior or no one is inferior.</w:t>
      </w:r>
    </w:p>
    <w:p>
      <w:pPr>
        <w:jc w:val="right"/>
      </w:pPr>
      <w:r>
        <w:t>ان دا ائیز اف گاڈ، دیر از نو، نو ون از سپیریر اور نو ون از انفیریر۔</w:t>
      </w:r>
    </w:p>
    <w:p>
      <w:r>
        <w:rPr>
          <w:b/>
        </w:rPr>
        <w:t xml:space="preserve">[27:28] </w:t>
      </w:r>
      <w:r>
        <w:t>al-khalq ayalullah. there are several hadith that tells us that, that tells us that god loves his creature.</w:t>
      </w:r>
    </w:p>
    <w:p>
      <w:pPr>
        <w:jc w:val="right"/>
      </w:pPr>
      <w:r>
        <w:t>الخلق عیال اللہ۔ دیر ار سیورل حدیث دیٹ ٹیلز اس دیٹ، دیٹ ٹیل اس دیٹ گاڈ لوز ہز کریچر۔</w:t>
      </w:r>
    </w:p>
    <w:p>
      <w:r>
        <w:rPr>
          <w:b/>
        </w:rPr>
        <w:t xml:space="preserve">[27:46] </w:t>
      </w:r>
      <w:r>
        <w:t>god loves men and women both.</w:t>
      </w:r>
    </w:p>
    <w:p>
      <w:pPr>
        <w:jc w:val="right"/>
      </w:pPr>
      <w:r>
        <w:t>گاڈ لوز مین اینڈ وومن بوتھ۔</w:t>
      </w:r>
    </w:p>
    <w:p>
      <w:r>
        <w:rPr>
          <w:b/>
        </w:rPr>
        <w:t xml:space="preserve">[27:51] </w:t>
      </w:r>
      <w:r>
        <w:t>so in the creation plan of god, there is no discrimination, no discrimination between the two.</w:t>
      </w:r>
    </w:p>
    <w:p>
      <w:pPr>
        <w:jc w:val="right"/>
      </w:pPr>
      <w:r>
        <w:t>سو ان دا کریشن پلان اف گاڈ، دیر از نو ڈسکریمینیشن، نو ڈسکریمینیشن بٹوین دا ٹو۔</w:t>
      </w:r>
    </w:p>
    <w:p>
      <w:r>
        <w:rPr>
          <w:b/>
        </w:rPr>
        <w:t xml:space="preserve">[28:01] </w:t>
      </w:r>
      <w:r>
        <w:t>so i islam is a religion of nature. there is no such discrimination in islam.</w:t>
      </w:r>
    </w:p>
    <w:p>
      <w:pPr>
        <w:jc w:val="right"/>
      </w:pPr>
      <w:r>
        <w:t>سو ائی اسلام از ا ریلیجن اف نیچر۔ دیر از نو سچ ڈسکریمینیشن ان اسلام۔</w:t>
      </w:r>
    </w:p>
    <w:p>
      <w:r>
        <w:rPr>
          <w:b/>
        </w:rPr>
        <w:t xml:space="preserve">[28:14] </w:t>
      </w:r>
      <w:r>
        <w:t>it is true that there is a, there is a, in some sense, there is a difference between the two sexes.</w:t>
      </w:r>
    </w:p>
    <w:p>
      <w:pPr>
        <w:jc w:val="right"/>
      </w:pPr>
      <w:r>
        <w:t>اٹ از ٹرو دیٹ دیر از ا، دیر از ا، ان سم سینس، دیر از ا ڈیفرنس بٹوین دا ٹو سکسز۔</w:t>
      </w:r>
    </w:p>
    <w:p>
      <w:r>
        <w:rPr>
          <w:b/>
        </w:rPr>
        <w:t xml:space="preserve">[28:25] </w:t>
      </w:r>
      <w:r>
        <w:t>but these differences have nothing to do with the respect or status.</w:t>
      </w:r>
    </w:p>
    <w:p>
      <w:pPr>
        <w:jc w:val="right"/>
      </w:pPr>
      <w:r>
        <w:t>بٹ دیز ڈیفرنسز ہیو نتھنگ ٹو ڈو ود دا ریسپیکٹ اور اسٹیٹس۔</w:t>
      </w:r>
    </w:p>
    <w:p>
      <w:r>
        <w:rPr>
          <w:b/>
        </w:rPr>
        <w:t xml:space="preserve">[28:38] </w:t>
      </w:r>
      <w:r>
        <w:t>the national formula of islam in this regard is that both are equal in status, both are equal in respect, but their role is different in society.</w:t>
      </w:r>
    </w:p>
    <w:p>
      <w:pPr>
        <w:jc w:val="right"/>
      </w:pPr>
      <w:r>
        <w:t>دا نیشنل فارمولا اف اسلام ان دس ریگارڈ از دیٹ بوتھ ار ایکول ان اسٹیٹ، بوتھ ار ایکول ان ریسپیکٹ، بٹ دیر رول از ڈفرنٹ ان سوسائٹی۔</w:t>
      </w:r>
    </w:p>
    <w:p>
      <w:r>
        <w:rPr>
          <w:b/>
        </w:rPr>
        <w:t xml:space="preserve">[28:58] </w:t>
      </w:r>
      <w:r>
        <w:t>and it is very natural. you know, every human being is born with a different qualities.</w:t>
      </w:r>
    </w:p>
    <w:p>
      <w:pPr>
        <w:jc w:val="right"/>
      </w:pPr>
      <w:r>
        <w:t>اینڈ اٹ از ویری نیچرل۔ یو نو، ایوری ہیومن بینگ از بورن ود ا ڈفرنٹ کوالٹیز۔</w:t>
      </w:r>
    </w:p>
    <w:p>
      <w:r>
        <w:rPr>
          <w:b/>
        </w:rPr>
        <w:t xml:space="preserve">[29:11] </w:t>
      </w:r>
      <w:r>
        <w:t>every man is Mr. Different and every woman is Ms. Different. In studies conducted, studies conducted in psychology, it is now established that difference is a part of life.</w:t>
      </w:r>
    </w:p>
    <w:p>
      <w:pPr>
        <w:jc w:val="right"/>
      </w:pPr>
      <w:r>
        <w:t>ایوری مین از مسٹر ڈفرنٹ اینڈ ایوری وومن از مس ڈفرنٹ۔ ان سٹڈیز کنڈکٹ، سٹڈیز کنڈکٹڈ ان سائیکالوجی، اٹ از ناو اسٹیبلش دیٹ ڈیفرنس از ا پارٹ اف لائف۔</w:t>
      </w:r>
    </w:p>
    <w:p>
      <w:r>
        <w:rPr>
          <w:b/>
        </w:rPr>
        <w:t xml:space="preserve">[29:36] </w:t>
      </w:r>
      <w:r>
        <w:t>difference is a part of life.</w:t>
      </w:r>
    </w:p>
    <w:p>
      <w:pPr>
        <w:jc w:val="right"/>
      </w:pPr>
      <w:r>
        <w:t>ڈیفرنس از ا پارٹ اف لائف۔</w:t>
      </w:r>
    </w:p>
    <w:p>
      <w:r>
        <w:rPr>
          <w:b/>
        </w:rPr>
        <w:t xml:space="preserve">[29:41] </w:t>
      </w:r>
      <w:r>
        <w:t>so, so</w:t>
      </w:r>
    </w:p>
    <w:p>
      <w:pPr>
        <w:jc w:val="right"/>
      </w:pPr>
      <w:r>
        <w:t>سو، سو</w:t>
      </w:r>
    </w:p>
    <w:p>
      <w:r>
        <w:rPr>
          <w:b/>
        </w:rPr>
        <w:t xml:space="preserve">[29:46] </w:t>
      </w:r>
      <w:r>
        <w:t>it is a fact that god created both the sexes as mr different and ms different.</w:t>
      </w:r>
    </w:p>
    <w:p>
      <w:pPr>
        <w:jc w:val="right"/>
      </w:pPr>
      <w:r>
        <w:t>اٹ از ا فیکٹ دیٹ گاڈ کریٹڈ بوتھ دا سکسز ایز مسٹر ڈفرنٹ اینڈ مس ڈفرنٹ۔</w:t>
      </w:r>
    </w:p>
    <w:p>
      <w:r>
        <w:rPr>
          <w:b/>
        </w:rPr>
        <w:t xml:space="preserve">[29:59] </w:t>
      </w:r>
      <w:r>
        <w:t>so</w:t>
      </w:r>
    </w:p>
    <w:p>
      <w:pPr>
        <w:jc w:val="right"/>
      </w:pPr>
      <w:r>
        <w:t>سو</w:t>
      </w:r>
    </w:p>
    <w:p>
      <w:r>
        <w:rPr>
          <w:b/>
        </w:rPr>
        <w:t xml:space="preserve">[30:04] </w:t>
      </w:r>
      <w:r>
        <w:t>the creation plan of god is to give them different role,</w:t>
      </w:r>
    </w:p>
    <w:p>
      <w:pPr>
        <w:jc w:val="right"/>
      </w:pPr>
      <w:r>
        <w:t>دا کریشن پلان اف گاڈ از ٹو گیو دیم ڈفرنٹ رول،</w:t>
      </w:r>
    </w:p>
    <w:p>
      <w:r>
        <w:rPr>
          <w:b/>
        </w:rPr>
        <w:t xml:space="preserve">[30:12] </w:t>
      </w:r>
      <w:r>
        <w:t>different role.</w:t>
      </w:r>
    </w:p>
    <w:p>
      <w:pPr>
        <w:jc w:val="right"/>
      </w:pPr>
      <w:r>
        <w:t>ڈفرنٹ رول۔</w:t>
      </w:r>
    </w:p>
    <w:p>
      <w:r>
        <w:rPr>
          <w:b/>
        </w:rPr>
        <w:t xml:space="preserve">[30:20] </w:t>
      </w:r>
      <w:r>
        <w:t>men and women are,</w:t>
      </w:r>
    </w:p>
    <w:p>
      <w:pPr>
        <w:jc w:val="right"/>
      </w:pPr>
      <w:r>
        <w:t>مین اینڈ وومن ار،</w:t>
      </w:r>
    </w:p>
    <w:p>
      <w:r>
        <w:rPr>
          <w:b/>
        </w:rPr>
        <w:t xml:space="preserve">[30:24] </w:t>
      </w:r>
      <w:r>
        <w:t>men and women both are equally respectable.</w:t>
      </w:r>
    </w:p>
    <w:p>
      <w:pPr>
        <w:jc w:val="right"/>
      </w:pPr>
      <w:r>
        <w:t>مین اینڈ وومن بوتھ ار ایکولی ریسپیکٹیبل۔</w:t>
      </w:r>
    </w:p>
    <w:p>
      <w:r>
        <w:rPr>
          <w:b/>
        </w:rPr>
        <w:t xml:space="preserve">[30:30] </w:t>
      </w:r>
      <w:r>
        <w:t>both are equally respectable. but according to their nature, both have different role in civilization, in human progress in society.</w:t>
      </w:r>
    </w:p>
    <w:p>
      <w:pPr>
        <w:jc w:val="right"/>
      </w:pPr>
      <w:r>
        <w:t>بوتھ ار ایکولی ریسپیکٹیبل۔ بٹ اکارڈنگ ٹو دیر نیچر، بوتھ ہیو ڈفرنٹ رول ان سولائزیشن، ان ہیومن پروگریس ان سوسائٹی۔</w:t>
      </w:r>
    </w:p>
    <w:p>
      <w:r>
        <w:rPr>
          <w:b/>
        </w:rPr>
        <w:t xml:space="preserve">[30:52] </w:t>
      </w:r>
      <w:r>
        <w:t>so it is wrong to say that islam degrades women. no,</w:t>
      </w:r>
    </w:p>
    <w:p>
      <w:pPr>
        <w:jc w:val="right"/>
      </w:pPr>
      <w:r>
        <w:t>سو اٹ از رونگ ٹو سی دیٹ اسلام ڈیگریڈز وومن۔ نو،</w:t>
      </w:r>
    </w:p>
    <w:p>
      <w:r>
        <w:rPr>
          <w:b/>
        </w:rPr>
        <w:t xml:space="preserve">[31:02] </w:t>
      </w:r>
      <w:r>
        <w:t>islam</w:t>
      </w:r>
    </w:p>
    <w:p>
      <w:pPr>
        <w:jc w:val="right"/>
      </w:pPr>
      <w:r>
        <w:t>اسلام</w:t>
      </w:r>
    </w:p>
    <w:p>
      <w:r>
        <w:rPr>
          <w:b/>
        </w:rPr>
        <w:t xml:space="preserve">[31:06] </w:t>
      </w:r>
      <w:r>
        <w:t>gives equal respect to the both sexes. but according to Islam, both have to play different roles in their life.</w:t>
      </w:r>
    </w:p>
    <w:p>
      <w:pPr>
        <w:jc w:val="right"/>
      </w:pPr>
      <w:r>
        <w:t>گیوز ایکول ریسپیکٹ ٹو دا بوتھ سکسز۔ بٹ اکارڈنگ ٹو اسلام، بوتھ ہیو ٹو پلے ڈفرنٹ رولز ان دیر لائف۔</w:t>
      </w:r>
    </w:p>
    <w:p>
      <w:r>
        <w:rPr>
          <w:b/>
        </w:rPr>
        <w:t xml:space="preserve">[31:26] </w:t>
      </w:r>
      <w:r>
        <w:t>din there is a very important hadith</w:t>
      </w:r>
    </w:p>
    <w:p>
      <w:pPr>
        <w:jc w:val="right"/>
      </w:pPr>
      <w:r>
        <w:t>دین دیر از ا ویری امپورٹنٹ حدیث</w:t>
      </w:r>
    </w:p>
    <w:p>
      <w:r>
        <w:rPr>
          <w:b/>
        </w:rPr>
        <w:t xml:space="preserve">[31:34] </w:t>
      </w:r>
      <w:r>
        <w:t>. this hadith addresses to husband.</w:t>
      </w:r>
    </w:p>
    <w:p>
      <w:pPr>
        <w:jc w:val="right"/>
      </w:pPr>
      <w:r>
        <w:t>۔ دس حدیث ایڈریسز ٹو ہسبینڈ۔</w:t>
      </w:r>
    </w:p>
    <w:p>
      <w:r>
        <w:rPr>
          <w:b/>
        </w:rPr>
        <w:t xml:space="preserve">[31:40] </w:t>
      </w:r>
      <w:r>
        <w:t>you know, when</w:t>
      </w:r>
    </w:p>
    <w:p>
      <w:pPr>
        <w:jc w:val="right"/>
      </w:pPr>
      <w:r>
        <w:t>یو نو، وین</w:t>
      </w:r>
    </w:p>
    <w:p>
      <w:r>
        <w:rPr>
          <w:b/>
        </w:rPr>
        <w:t xml:space="preserve">[31:43] </w:t>
      </w:r>
      <w:r>
        <w:t>a man and woman</w:t>
      </w:r>
    </w:p>
    <w:p>
      <w:pPr>
        <w:jc w:val="right"/>
      </w:pPr>
      <w:r>
        <w:t>ا مین اینڈ وومن</w:t>
      </w:r>
    </w:p>
    <w:p>
      <w:r>
        <w:rPr>
          <w:b/>
        </w:rPr>
        <w:t xml:space="preserve">[31:47] </w:t>
      </w:r>
      <w:r>
        <w:t>are together in marriage</w:t>
      </w:r>
    </w:p>
    <w:p>
      <w:pPr>
        <w:jc w:val="right"/>
      </w:pPr>
      <w:r>
        <w:t>ار ٹوگیدر ان میرج</w:t>
      </w:r>
    </w:p>
    <w:p>
      <w:r>
        <w:rPr>
          <w:b/>
        </w:rPr>
        <w:t xml:space="preserve">[31:51] </w:t>
      </w:r>
      <w:r>
        <w:t>and start living together,</w:t>
      </w:r>
    </w:p>
    <w:p>
      <w:pPr>
        <w:jc w:val="right"/>
      </w:pPr>
      <w:r>
        <w:t>اینڈ سٹارٹ لیونگ ٹوگیدر،</w:t>
      </w:r>
    </w:p>
    <w:p>
      <w:r>
        <w:rPr>
          <w:b/>
        </w:rPr>
        <w:t xml:space="preserve">[31:57] </w:t>
      </w:r>
      <w:r>
        <w:t>Then, sometimes there are differences, controversies.</w:t>
      </w:r>
    </w:p>
    <w:p>
      <w:pPr>
        <w:jc w:val="right"/>
      </w:pPr>
      <w:r>
        <w:t>دین سم ٹائم دیر ار ڈیفرنسز، کنٹروورسیز۔</w:t>
      </w:r>
    </w:p>
    <w:p>
      <w:r>
        <w:rPr>
          <w:b/>
        </w:rPr>
        <w:t xml:space="preserve">[32:05] </w:t>
      </w:r>
      <w:r>
        <w:t>so this hadith says: "fain karha minha shin raziya minhu akhar".</w:t>
      </w:r>
    </w:p>
    <w:p>
      <w:pPr>
        <w:jc w:val="right"/>
      </w:pPr>
      <w:r>
        <w:t>سو دس حدیث سیز: "فین کرہا منہا شین رضیہ منہ الاخر"۔</w:t>
      </w:r>
    </w:p>
    <w:p>
      <w:r>
        <w:rPr>
          <w:b/>
        </w:rPr>
        <w:t xml:space="preserve">[32:16] </w:t>
      </w:r>
      <w:r>
        <w:t>this hadith addresses to the, addresses to husband that if you find that your wife is,</w:t>
      </w:r>
    </w:p>
    <w:p>
      <w:pPr>
        <w:jc w:val="right"/>
      </w:pPr>
      <w:r>
        <w:t>دس حدیث ایڈریسز ٹو دا، ایڈریسز ٹو ہسبینڈ دیٹ اف یو فائن دیٹ یور وائف از،</w:t>
      </w:r>
    </w:p>
    <w:p>
      <w:r>
        <w:rPr>
          <w:b/>
        </w:rPr>
        <w:t xml:space="preserve">[32:29] </w:t>
      </w:r>
      <w:r>
        <w:t>is</w:t>
      </w:r>
    </w:p>
    <w:p>
      <w:pPr>
        <w:jc w:val="right"/>
      </w:pPr>
      <w:r>
        <w:t>از</w:t>
      </w:r>
    </w:p>
    <w:p>
      <w:r>
        <w:rPr>
          <w:b/>
        </w:rPr>
        <w:t xml:space="preserve">[32:34] </w:t>
      </w:r>
      <w:r>
        <w:t>a, that your wife is some, in your wife, in your wife, there are some dislikes.</w:t>
      </w:r>
    </w:p>
    <w:p>
      <w:pPr>
        <w:jc w:val="right"/>
      </w:pPr>
      <w:r>
        <w:t>ا، دیٹ یور وائف از سم، ان یور وائف، ان یور وائف، دیر ار سم ڈس لائکس۔</w:t>
      </w:r>
    </w:p>
    <w:p>
      <w:r>
        <w:rPr>
          <w:b/>
        </w:rPr>
        <w:t xml:space="preserve">[32:47] </w:t>
      </w:r>
      <w:r>
        <w:t>so you have to see, you have to see the things in a greater, in a deeper sense, because god created man and woman with great potentials.</w:t>
      </w:r>
    </w:p>
    <w:p>
      <w:pPr>
        <w:jc w:val="right"/>
      </w:pPr>
      <w:r>
        <w:t>سو یو ہیو ٹو سی، یو ہیو ٹو سی دا تھنگز ان ا گریٹر، ان ا ڈیپر سینس، بیکاز گاڈ کریٹڈ مین اینڈ وومن ود گریٹ پوٹینشلز۔</w:t>
      </w:r>
    </w:p>
    <w:p>
      <w:r>
        <w:rPr>
          <w:b/>
        </w:rPr>
        <w:t xml:space="preserve">[33:07] </w:t>
      </w:r>
      <w:r>
        <w:t>may be there are in some respect, may be your wife is not fulfilling your, your desires, but in some other sense,</w:t>
      </w:r>
    </w:p>
    <w:p>
      <w:pPr>
        <w:jc w:val="right"/>
      </w:pPr>
      <w:r>
        <w:t>می بی دیر ار ان سم ریسپیکٹ، می بی یور وائف از ناٹ فلفلنگ یور، یور ڈیزائرز، بٹ ان سم ادر سینس،</w:t>
      </w:r>
    </w:p>
    <w:p>
      <w:r>
        <w:rPr>
          <w:b/>
        </w:rPr>
        <w:t xml:space="preserve">[33:24] </w:t>
      </w:r>
      <w:r>
        <w:t>you will find that she is</w:t>
      </w:r>
    </w:p>
    <w:p>
      <w:pPr>
        <w:jc w:val="right"/>
      </w:pPr>
      <w:r>
        <w:t>یو ویل فائن دیٹ شی از</w:t>
      </w:r>
    </w:p>
    <w:p>
      <w:r>
        <w:rPr>
          <w:b/>
        </w:rPr>
        <w:t xml:space="preserve">[33:30] </w:t>
      </w:r>
      <w:r>
        <w:t>a very competent, very very competent. so it is also a very important principle of successful marriage.</w:t>
      </w:r>
    </w:p>
    <w:p>
      <w:pPr>
        <w:jc w:val="right"/>
      </w:pPr>
      <w:r>
        <w:t>ا ویری کمپیٹنٹ، ویری ویری کمپیٹنٹ۔ سو اٹ از السو ا ویری امپورٹنٹ پرنسپل اف سکسیس فل میرج۔</w:t>
      </w:r>
    </w:p>
    <w:p>
      <w:r>
        <w:rPr>
          <w:b/>
        </w:rPr>
        <w:t xml:space="preserve">[33:44] </w:t>
      </w:r>
      <w:r>
        <w:t>according to the nature, no man or woman are ideal person</w:t>
      </w:r>
    </w:p>
    <w:p>
      <w:pPr>
        <w:jc w:val="right"/>
      </w:pPr>
      <w:r>
        <w:t>اکارڈنگ ٹو دا نیچر، نو مین اور وومن ار ائیڈیل پرسن</w:t>
      </w:r>
    </w:p>
    <w:p>
      <w:r>
        <w:rPr>
          <w:b/>
        </w:rPr>
        <w:t xml:space="preserve">[33:52] </w:t>
      </w:r>
      <w:r>
        <w:t>. there is no such thing as ideal husband or ideal wife. every human being is less than ideal.</w:t>
      </w:r>
    </w:p>
    <w:p>
      <w:pPr>
        <w:jc w:val="right"/>
      </w:pPr>
      <w:r>
        <w:t>۔ دیر از نو سچ تھنگ ایز ائیڈیل ہسبینڈ اور ائیڈیل وائف۔ ایوری ہیومن بینگ از لیس دین ائیڈیل۔</w:t>
      </w:r>
    </w:p>
    <w:p>
      <w:r>
        <w:rPr>
          <w:b/>
        </w:rPr>
        <w:t xml:space="preserve">[34:05] </w:t>
      </w:r>
      <w:r>
        <w:t>so both are less than ideal. to this principle is applied to the both</w:t>
      </w:r>
    </w:p>
    <w:p>
      <w:pPr>
        <w:jc w:val="right"/>
      </w:pPr>
      <w:r>
        <w:t>سو بوتھ ار لیس دین ائیڈیل۔ تو دس پرنسپل از اپلائیڈ ٹو دا بوتھ</w:t>
      </w:r>
    </w:p>
    <w:p>
      <w:r>
        <w:rPr>
          <w:b/>
        </w:rPr>
        <w:t xml:space="preserve">[34:15] </w:t>
      </w:r>
      <w:r>
        <w:t>. both have to</w:t>
      </w:r>
    </w:p>
    <w:p>
      <w:pPr>
        <w:jc w:val="right"/>
      </w:pPr>
      <w:r>
        <w:t>۔ بوتھ ہیو ٹو</w:t>
      </w:r>
    </w:p>
    <w:p>
      <w:r>
        <w:rPr>
          <w:b/>
        </w:rPr>
        <w:t xml:space="preserve">[34:22] </w:t>
      </w:r>
      <w:r>
        <w:t>understand, have to see the things in a wider sense. if they judge their spouses by the ideal yardstick, both will fall into despair.</w:t>
      </w:r>
    </w:p>
    <w:p>
      <w:pPr>
        <w:jc w:val="right"/>
      </w:pPr>
      <w:r>
        <w:t>انڈرسٹینڈ، ہیو ٹو سی دا تھنگز ان ا وائیڈر سینس۔ اف دے جج دیر اسپاؤسز بائی دا ائیڈیل یورڈسٹک، بوتھ ویل فیل انٹو ڈسپیئر۔</w:t>
      </w:r>
    </w:p>
    <w:p>
      <w:r>
        <w:rPr>
          <w:b/>
        </w:rPr>
        <w:t xml:space="preserve">[34:47] </w:t>
      </w:r>
      <w:r>
        <w:t>so it is, it is best formula for a successful marriage life that both must admit that both are less than ideal.</w:t>
      </w:r>
    </w:p>
    <w:p>
      <w:pPr>
        <w:jc w:val="right"/>
      </w:pPr>
      <w:r>
        <w:t>سو اٹ از، اٹ از بیسٹ فارمولا فار ا سکسیس فل میرج لائف دیٹ بوتھ مسٹ ایڈمٹ دیٹ بوتھ ار لیس دین ائیڈیل۔</w:t>
      </w:r>
    </w:p>
    <w:p>
      <w:r>
        <w:rPr>
          <w:b/>
        </w:rPr>
        <w:t xml:space="preserve">[35:05] </w:t>
      </w:r>
      <w:r>
        <w:t>neither man and na woman is ideal person.</w:t>
      </w:r>
    </w:p>
    <w:p>
      <w:pPr>
        <w:jc w:val="right"/>
      </w:pPr>
      <w:r>
        <w:t>نیدر مین اینڈ نا وومن از ائیڈیل پرسن۔</w:t>
      </w:r>
    </w:p>
    <w:p>
      <w:r>
        <w:rPr>
          <w:b/>
        </w:rPr>
        <w:t xml:space="preserve">[35:12] </w:t>
      </w:r>
      <w:r>
        <w:t>so when both will accept this natural fact, both will be able to,</w:t>
      </w:r>
    </w:p>
    <w:p>
      <w:pPr>
        <w:jc w:val="right"/>
      </w:pPr>
      <w:r>
        <w:t>سو وین بوتھ ویل ایکسیپٹ دس نیچرل فیکٹ، بوتھ ویل بی ایبل ٹو،</w:t>
      </w:r>
    </w:p>
    <w:p>
      <w:r>
        <w:rPr>
          <w:b/>
        </w:rPr>
        <w:t xml:space="preserve">[35:23] </w:t>
      </w:r>
      <w:r>
        <w:t>to adjust and have a success, successful, successful marriage life.</w:t>
      </w:r>
    </w:p>
    <w:p>
      <w:pPr>
        <w:jc w:val="right"/>
      </w:pPr>
      <w:r>
        <w:t>ٹو ایڈجسٹ اینڈ ہیو ا سکسیس، سکسیس فل، سکسیس فل میرج لائف۔</w:t>
      </w:r>
    </w:p>
    <w:p>
      <w:r>
        <w:rPr>
          <w:b/>
        </w:rPr>
        <w:t xml:space="preserve">[35:36] </w:t>
      </w:r>
      <w:r>
        <w:t>din about the</w:t>
      </w:r>
    </w:p>
    <w:p>
      <w:pPr>
        <w:jc w:val="right"/>
      </w:pPr>
      <w:r>
        <w:t>دین اباؤٹ دا</w:t>
      </w:r>
    </w:p>
    <w:p>
      <w:r>
        <w:rPr>
          <w:b/>
        </w:rPr>
        <w:t xml:space="preserve">[35:41] </w:t>
      </w:r>
      <w:r>
        <w:t>role of woman in the society, i think that there is no discrimination in this regard.</w:t>
      </w:r>
    </w:p>
    <w:p>
      <w:pPr>
        <w:jc w:val="right"/>
      </w:pPr>
      <w:r>
        <w:t>رول اف وومن ان دا سوسائٹی، ائی تھنک دیٹ دیر از نو ڈسکریمینیشن ان دس ریگارڈ۔</w:t>
      </w:r>
    </w:p>
    <w:p>
      <w:r>
        <w:rPr>
          <w:b/>
        </w:rPr>
        <w:t xml:space="preserve">[35:55] </w:t>
      </w:r>
      <w:r>
        <w:t>the only thing is that</w:t>
      </w:r>
    </w:p>
    <w:p>
      <w:pPr>
        <w:jc w:val="right"/>
      </w:pPr>
      <w:r>
        <w:t>دا اونلی تھنگ از دیٹ</w:t>
      </w:r>
    </w:p>
    <w:p>
      <w:r>
        <w:rPr>
          <w:b/>
        </w:rPr>
        <w:t xml:space="preserve">[36:00] </w:t>
      </w:r>
      <w:r>
        <w:t>both have different qualities, both have different temperament, b</w:t>
      </w:r>
    </w:p>
    <w:p>
      <w:pPr>
        <w:jc w:val="right"/>
      </w:pPr>
      <w:r>
        <w:t>بوتھ ہیو ڈفرنٹ کوالٹیز، بوتھ ہیو ڈفرنٹ ٹیمپرامنٹ، ب</w:t>
      </w:r>
    </w:p>
    <w:p>
      <w:r>
        <w:rPr>
          <w:b/>
        </w:rPr>
        <w:t xml:space="preserve">[36:12] </w:t>
      </w:r>
      <w:r>
        <w:t>with have different potential. So it is but natural that both must be given that kind of role, which is quite, which is quite</w:t>
      </w:r>
    </w:p>
    <w:p>
      <w:pPr>
        <w:jc w:val="right"/>
      </w:pPr>
      <w:r>
        <w:t>وتھ ہیو ڈفرنٹ پوٹینشل۔ سو اٹ از بٹ نیچرل دیٹ بوتھ مسٹ بی گیون دیٹ کائنڈ اف رول، وچ از کوائٹ، وچ از کوائٹ</w:t>
      </w:r>
    </w:p>
    <w:p>
      <w:r>
        <w:rPr>
          <w:b/>
        </w:rPr>
        <w:t xml:space="preserve">[36:39] </w:t>
      </w:r>
      <w:r>
        <w:t>appropriate, which is in accordance with their qualities. So this is a settlement or adjust</w:t>
      </w:r>
    </w:p>
    <w:p>
      <w:pPr>
        <w:jc w:val="right"/>
      </w:pPr>
      <w:r>
        <w:t>اپروپریٹ، وچ از ان اکارڈنس ود دیر کوالٹیز۔ سو دس از ا سیٹلمنٹ اور ایڈجسٹ</w:t>
      </w:r>
    </w:p>
    <w:p>
      <w:r>
        <w:rPr>
          <w:b/>
        </w:rPr>
        <w:t xml:space="preserve">[36:50] </w:t>
      </w:r>
      <w:r>
        <w:t>ment, this is not diskrimineshan. for exampl,</w:t>
      </w:r>
    </w:p>
    <w:p>
      <w:pPr>
        <w:jc w:val="right"/>
      </w:pPr>
      <w:r>
        <w:t>منٹ، دس از ناٹ ڈسکریمینیشن۔ فار ایگزامپل،</w:t>
      </w:r>
    </w:p>
    <w:p>
      <w:r>
        <w:rPr>
          <w:b/>
        </w:rPr>
        <w:t xml:space="preserve">[36:58] </w:t>
      </w:r>
      <w:r>
        <w:t>There are two different roles. One is engineering role, and other, other one is teaching role.</w:t>
      </w:r>
    </w:p>
    <w:p>
      <w:pPr>
        <w:jc w:val="right"/>
      </w:pPr>
      <w:r>
        <w:t>دیر ار ٹو ڈفرنٹ رول۔ ون از انجینئرنگ رول، اینڈ ادر، ادر ون از ٹیچنگ رول۔</w:t>
      </w:r>
    </w:p>
    <w:p>
      <w:r>
        <w:rPr>
          <w:b/>
        </w:rPr>
        <w:t xml:space="preserve">[37:11] </w:t>
      </w:r>
      <w:r>
        <w:t>to of you find that man, man is</w:t>
      </w:r>
    </w:p>
    <w:p>
      <w:pPr>
        <w:jc w:val="right"/>
      </w:pPr>
      <w:r>
        <w:t>تو اف یو فائنڈ دیٹ مین، مین از</w:t>
      </w:r>
    </w:p>
    <w:p>
      <w:r>
        <w:rPr>
          <w:b/>
        </w:rPr>
        <w:t xml:space="preserve">[37:19] </w:t>
      </w:r>
      <w:r>
        <w:t>better for engineer role, so you have to appoint man as an engineer. And if you find that woman is better in teaching job, so,</w:t>
      </w:r>
    </w:p>
    <w:p>
      <w:pPr>
        <w:jc w:val="right"/>
      </w:pPr>
      <w:r>
        <w:t>بٹر فار انجینئر رول، سو یو ہیو ٹو اپوائنٹ مین ایز ان انجینئر۔ اینڈ اف یو فائنڈ دیٹ وومن از بٹر ان ٹیچنگ جاب، سو،</w:t>
      </w:r>
    </w:p>
    <w:p>
      <w:r>
        <w:rPr>
          <w:b/>
        </w:rPr>
        <w:t xml:space="preserve">[37:35] </w:t>
      </w:r>
      <w:r>
        <w:t>So you have to appoint women in the teaching job.</w:t>
      </w:r>
    </w:p>
    <w:p>
      <w:pPr>
        <w:jc w:val="right"/>
      </w:pPr>
      <w:r>
        <w:t>سو یو ہیو ٹو اپوائنٹ وومن ان دا ٹیچنگ جاب</w:t>
      </w:r>
    </w:p>
    <w:p>
      <w:r>
        <w:rPr>
          <w:b/>
        </w:rPr>
        <w:t xml:space="preserve">[37:41] </w:t>
      </w:r>
      <w:r>
        <w:t>. so it is, it is a divishan of labor. is not diskrimineshan.</w:t>
      </w:r>
    </w:p>
    <w:p>
      <w:pPr>
        <w:jc w:val="right"/>
      </w:pPr>
      <w:r>
        <w:t>۔ سو اٹ از، اٹ از ا ڈویژن اف لیبر۔ از ناٹ ڈسکریمینیشن۔</w:t>
      </w:r>
    </w:p>
    <w:p>
      <w:r>
        <w:rPr>
          <w:b/>
        </w:rPr>
        <w:t xml:space="preserve">[37:50] </w:t>
      </w:r>
      <w:r>
        <w:t>it is simpli divishan of labor.</w:t>
      </w:r>
    </w:p>
    <w:p>
      <w:pPr>
        <w:jc w:val="right"/>
      </w:pPr>
      <w:r>
        <w:t>اٹ از سمپلی ڈویژن اف لیبر۔</w:t>
      </w:r>
    </w:p>
    <w:p>
      <w:r>
        <w:rPr>
          <w:b/>
        </w:rPr>
        <w:t xml:space="preserve">[37:55] </w:t>
      </w:r>
      <w:r>
        <w:t>aivn aivri man,</w:t>
      </w:r>
    </w:p>
    <w:p>
      <w:pPr>
        <w:jc w:val="right"/>
      </w:pPr>
      <w:r>
        <w:t>ایون ایوری مین،</w:t>
      </w:r>
    </w:p>
    <w:p>
      <w:r>
        <w:rPr>
          <w:b/>
        </w:rPr>
        <w:t xml:space="preserve">[38:01] </w:t>
      </w:r>
      <w:r>
        <w:t>even there are differences among men and men, and among women and women.</w:t>
      </w:r>
    </w:p>
    <w:p>
      <w:pPr>
        <w:jc w:val="right"/>
      </w:pPr>
      <w:r>
        <w:t>ایون دیر ار ڈیفرنسز امنگ مین اینڈ مین، اینڈ امنگ وومن اینڈ وومن۔</w:t>
      </w:r>
    </w:p>
    <w:p>
      <w:r>
        <w:rPr>
          <w:b/>
        </w:rPr>
        <w:t xml:space="preserve">[38:10] </w:t>
      </w:r>
      <w:r>
        <w:t>so difrans is</w:t>
      </w:r>
    </w:p>
    <w:p>
      <w:pPr>
        <w:jc w:val="right"/>
      </w:pPr>
      <w:r>
        <w:t>سو ڈیفرنس از</w:t>
      </w:r>
    </w:p>
    <w:p>
      <w:r>
        <w:rPr>
          <w:b/>
        </w:rPr>
        <w:t xml:space="preserve">[38:14] </w:t>
      </w:r>
      <w:r>
        <w:t>found not only among sexs, but among individuals also.</w:t>
      </w:r>
    </w:p>
    <w:p>
      <w:pPr>
        <w:jc w:val="right"/>
      </w:pPr>
      <w:r>
        <w:t>فاؤنڈ ناٹ اونلی امنگ سکسز، بٹ امنگ انڈیویجولز السو۔</w:t>
      </w:r>
    </w:p>
    <w:p>
      <w:r>
        <w:rPr>
          <w:b/>
        </w:rPr>
        <w:t xml:space="preserve">[38:26] </w:t>
      </w:r>
      <w:r>
        <w:t>so yu heve to be relist</w:t>
      </w:r>
    </w:p>
    <w:p>
      <w:pPr>
        <w:jc w:val="right"/>
      </w:pPr>
      <w:r>
        <w:t>سو یو ہیو ٹو بی ریلسٹ</w:t>
      </w:r>
    </w:p>
    <w:p>
      <w:r>
        <w:rPr>
          <w:b/>
        </w:rPr>
        <w:t xml:space="preserve">[38:31] </w:t>
      </w:r>
      <w:r>
        <w:t>. Islamic approach is realist, realistic approach. Islamic approach in this regard.</w:t>
      </w:r>
    </w:p>
    <w:p>
      <w:pPr>
        <w:jc w:val="right"/>
      </w:pPr>
      <w:r>
        <w:t>۔ اسلامک اپروچ از ریلسٹ، ریلسٹک اپروچ۔ اسلامک اپروچ ان دس ریگارڈ۔</w:t>
      </w:r>
    </w:p>
    <w:p>
      <w:r>
        <w:rPr>
          <w:b/>
        </w:rPr>
        <w:t xml:space="preserve">[38:42] </w:t>
      </w:r>
      <w:r>
        <w:t>is a relistik aproach</w:t>
      </w:r>
    </w:p>
    <w:p>
      <w:pPr>
        <w:jc w:val="right"/>
      </w:pPr>
      <w:r>
        <w:t>از ا ریلسٹک اپروچ</w:t>
      </w:r>
    </w:p>
    <w:p>
      <w:r>
        <w:rPr>
          <w:b/>
        </w:rPr>
        <w:t xml:space="preserve">[38:48] </w:t>
      </w:r>
      <w:r>
        <w:t>. For example, according to the recent studies in psychology, it is after a survey, it is proved that women are somewhat emotional</w:t>
      </w:r>
    </w:p>
    <w:p>
      <w:pPr>
        <w:jc w:val="right"/>
      </w:pPr>
      <w:r>
        <w:t>۔ فار ایگزامپل، اکارڈنگ ٹو دا ریسنٹ سٹڈیز ان سائیکالوجی، اٹ از افٹر ا سروے، اٹ از پرووڈ دیٹ وومن ار سم واٹ ایموشنل</w:t>
      </w:r>
    </w:p>
    <w:p>
      <w:r>
        <w:rPr>
          <w:b/>
        </w:rPr>
        <w:t xml:space="preserve">[39:09] </w:t>
      </w:r>
      <w:r>
        <w:t>as kampair to man. so of yu,</w:t>
      </w:r>
    </w:p>
    <w:p>
      <w:pPr>
        <w:jc w:val="right"/>
      </w:pPr>
      <w:r>
        <w:t>ایز کمپیر ٹو مین۔ سو اف یو،</w:t>
      </w:r>
    </w:p>
    <w:p>
      <w:r>
        <w:rPr>
          <w:b/>
        </w:rPr>
        <w:t xml:space="preserve">[39:18] </w:t>
      </w:r>
      <w:r>
        <w:t>and it is a saientifik fakt, provd after, after gret sarves, after long long risarches.</w:t>
      </w:r>
    </w:p>
    <w:p>
      <w:pPr>
        <w:jc w:val="right"/>
      </w:pPr>
      <w:r>
        <w:t>اینڈ اٹ از ا سائنٹیفک فیکٹ، پرووڈ افٹر، افٹر گریٹ سرویز، افٹر لانگ لانگ ریسرچز۔</w:t>
      </w:r>
    </w:p>
    <w:p>
      <w:r>
        <w:rPr>
          <w:b/>
        </w:rPr>
        <w:t xml:space="preserve">[39:32] </w:t>
      </w:r>
      <w:r>
        <w:t>so of voman ar emoshanal</w:t>
      </w:r>
    </w:p>
    <w:p>
      <w:pPr>
        <w:jc w:val="right"/>
      </w:pPr>
      <w:r>
        <w:t>سو اف وومن ار ایموشنل</w:t>
      </w:r>
    </w:p>
    <w:p>
      <w:r>
        <w:rPr>
          <w:b/>
        </w:rPr>
        <w:t xml:space="preserve">[39:39] </w:t>
      </w:r>
      <w:r>
        <w:t>according to their nature, they are not very good in army, in military services.</w:t>
      </w:r>
    </w:p>
    <w:p>
      <w:pPr>
        <w:jc w:val="right"/>
      </w:pPr>
      <w:r>
        <w:t>اکارڈنگ ٹو دیر نیچر، دے ار ناٹ ویری گڈ ان ارمی، ان ملٹری سروسز۔</w:t>
      </w:r>
    </w:p>
    <w:p>
      <w:r>
        <w:rPr>
          <w:b/>
        </w:rPr>
        <w:t xml:space="preserve">[39:52] </w:t>
      </w:r>
      <w:r>
        <w:t>According to this nature, women are not very good in military services.</w:t>
      </w:r>
    </w:p>
    <w:p>
      <w:pPr>
        <w:jc w:val="right"/>
      </w:pPr>
      <w:r>
        <w:t>اکارڈنگ ٹو دس نیچر، وومن ار ناٹ ویری گڈ ان ملٹری سروسز۔</w:t>
      </w:r>
    </w:p>
    <w:p>
      <w:r>
        <w:rPr>
          <w:b/>
        </w:rPr>
        <w:t xml:space="preserve">[40:03] </w:t>
      </w:r>
      <w:r>
        <w:t>so this kind of difference is not based on discrimination. it is based on natural qualities.</w:t>
      </w:r>
    </w:p>
    <w:p>
      <w:pPr>
        <w:jc w:val="right"/>
      </w:pPr>
      <w:r>
        <w:t>سو دس کائنڈ اف ڈیفرنس از ناٹ بیسڈ ان ڈسکریمینیشن۔ اٹ از بیسڈ ان نیچرل کوالٹیز۔</w:t>
      </w:r>
    </w:p>
    <w:p>
      <w:r>
        <w:rPr>
          <w:b/>
        </w:rPr>
        <w:t xml:space="preserve">[40:21] </w:t>
      </w:r>
      <w:r>
        <w:t>as man and woman, both have different qualities, different natural qualities. so it is a, it is a realistic approach</w:t>
      </w:r>
    </w:p>
    <w:p>
      <w:pPr>
        <w:jc w:val="right"/>
      </w:pPr>
      <w:r>
        <w:t>ایز مین اینڈ وومن، بوتھ ہیو ڈفرنٹ کوالٹیز، ڈفرنٹ نیچرل کوالٹیز۔ سو اٹ از ا، اٹ از ا ریلسٹک اپروچ</w:t>
      </w:r>
    </w:p>
    <w:p>
      <w:r>
        <w:rPr>
          <w:b/>
        </w:rPr>
        <w:t xml:space="preserve">[40:38] </w:t>
      </w:r>
      <w:r>
        <w:t>. it is a realism to differentiate in the role.</w:t>
      </w:r>
    </w:p>
    <w:p>
      <w:pPr>
        <w:jc w:val="right"/>
      </w:pPr>
      <w:r>
        <w:t>۔ اٹ از ا ریلزم ٹو ڈیفرنشیٹ ان دا رول۔</w:t>
      </w:r>
    </w:p>
    <w:p>
      <w:r>
        <w:rPr>
          <w:b/>
        </w:rPr>
        <w:t xml:space="preserve">[40:47] </w:t>
      </w:r>
      <w:r>
        <w:t>so da formola of islam abaut man and voman is based on this prinsipal that</w:t>
      </w:r>
    </w:p>
    <w:p>
      <w:pPr>
        <w:jc w:val="right"/>
      </w:pPr>
      <w:r>
        <w:t>سو دا فارمولا اف اسلام اباؤٹ مین اینڈ وومن از بیسڈ ان دس پرنسپل دیٹ</w:t>
      </w:r>
    </w:p>
    <w:p>
      <w:r>
        <w:rPr>
          <w:b/>
        </w:rPr>
        <w:t xml:space="preserve">[41:03] </w:t>
      </w:r>
      <w:r>
        <w:t>ekol in rispaikt bat difrant</w:t>
      </w:r>
    </w:p>
    <w:p>
      <w:pPr>
        <w:jc w:val="right"/>
      </w:pPr>
      <w:r>
        <w:t>ایکول ان ریسپیکٹ بٹ ڈفرنٹ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