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Ijtihad February 25, 2007 Maulana Wahiduddin Khan</w:t>
      </w:r>
    </w:p>
    <w:p>
      <w:r>
        <w:t>https://www.youtube.com/watch?v=vPBQYpteeb0</w:t>
      </w:r>
    </w:p>
    <w:p>
      <w:r>
        <w:rPr>
          <w:b/>
        </w:rPr>
        <w:t xml:space="preserve">[00:13] </w:t>
      </w:r>
      <w:r>
        <w:t>bismillah rehman rahim, wasallallah ala nabiyil karim. rab ishrah li sadri, wa yassir li amri, wahlu al uqdata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jo topic hai woh hai ijtihad.</w:t>
      </w:r>
    </w:p>
    <w:p>
      <w:pPr>
        <w:jc w:val="right"/>
      </w:pPr>
      <w:r>
        <w:t>آج کا جو ٹاپک ہے وہ ہے اجتہاد۔</w:t>
      </w:r>
    </w:p>
    <w:p>
      <w:r>
        <w:rPr>
          <w:b/>
        </w:rPr>
        <w:t xml:space="preserve">[00:46] </w:t>
      </w:r>
      <w:r>
        <w:t>ijtihad ka word arabic word hai lekin itna zyada use hua hai ke sabhi log isko janne lage hain.</w:t>
      </w:r>
    </w:p>
    <w:p>
      <w:pPr>
        <w:jc w:val="right"/>
      </w:pPr>
      <w:r>
        <w:t>اجتہاد کا ورڈ عربک ورڈ ہے لیکن اتنا زیادہ یوز ہوا ہے کہ سبھی لوگ اس کو جاننے لگے ہیں۔</w:t>
      </w:r>
    </w:p>
    <w:p>
      <w:r>
        <w:rPr>
          <w:b/>
        </w:rPr>
        <w:t xml:space="preserve">[00:58] </w:t>
      </w:r>
      <w:r>
        <w:t>literal taur par ijtihad ka matlab hai koshish, to strive, to struggle.</w:t>
      </w:r>
    </w:p>
    <w:p>
      <w:pPr>
        <w:jc w:val="right"/>
      </w:pPr>
      <w:r>
        <w:t>لٹرل طور پر اجتہاد کا مطلب ہے کوشش، to strive, to struggle۔</w:t>
      </w:r>
    </w:p>
    <w:p>
      <w:r>
        <w:rPr>
          <w:b/>
        </w:rPr>
        <w:t xml:space="preserve">[01:11] </w:t>
      </w:r>
      <w:r>
        <w:t>yeh matlab hota hai</w:t>
      </w:r>
    </w:p>
    <w:p>
      <w:pPr>
        <w:jc w:val="right"/>
      </w:pPr>
      <w:r>
        <w:t>یہ مطلب ہوتا ہے</w:t>
      </w:r>
    </w:p>
    <w:p>
      <w:r>
        <w:rPr>
          <w:b/>
        </w:rPr>
        <w:t xml:space="preserve">[01:15] </w:t>
      </w:r>
      <w:r>
        <w:t>bharpoor koshish karna.</w:t>
      </w:r>
    </w:p>
    <w:p>
      <w:pPr>
        <w:jc w:val="right"/>
      </w:pPr>
      <w:r>
        <w:t>بھرپور کوشش کرنا۔</w:t>
      </w:r>
    </w:p>
    <w:p>
      <w:r>
        <w:rPr>
          <w:b/>
        </w:rPr>
        <w:t xml:space="preserve">[01:22] </w:t>
      </w:r>
      <w:r>
        <w:t>one more, one's utmost struggle. isko kahenge ijtihad.</w:t>
      </w:r>
    </w:p>
    <w:p>
      <w:pPr>
        <w:jc w:val="right"/>
      </w:pPr>
      <w:r>
        <w:t>One more، one's utmost struggle۔ اس کو کہیں گے اجتہاد۔</w:t>
      </w:r>
    </w:p>
    <w:p>
      <w:r>
        <w:rPr>
          <w:b/>
        </w:rPr>
        <w:t xml:space="preserve">[01:35] </w:t>
      </w:r>
      <w:r>
        <w:t>ijtihad islam ki ek term hai</w:t>
      </w:r>
    </w:p>
    <w:p>
      <w:pPr>
        <w:jc w:val="right"/>
      </w:pPr>
      <w:r>
        <w:t>اجتہاد اسلام کی ایک ٹرم ہے</w:t>
      </w:r>
    </w:p>
    <w:p>
      <w:r>
        <w:rPr>
          <w:b/>
        </w:rPr>
        <w:t xml:space="preserve">[01:42] </w:t>
      </w:r>
      <w:r>
        <w:t>jo is mein bohat kuch likha gaya hai.</w:t>
      </w:r>
    </w:p>
    <w:p>
      <w:pPr>
        <w:jc w:val="right"/>
      </w:pPr>
      <w:r>
        <w:t>جو اس میں بہت کچھ لکھا گیا ہے۔</w:t>
      </w:r>
    </w:p>
    <w:p>
      <w:r>
        <w:rPr>
          <w:b/>
        </w:rPr>
        <w:t xml:space="preserve">[01:48] </w:t>
      </w:r>
      <w:r>
        <w:t>isi par mein kuch kehne ki koshish karunga.</w:t>
      </w:r>
    </w:p>
    <w:p>
      <w:pPr>
        <w:jc w:val="right"/>
      </w:pPr>
      <w:r>
        <w:t>اسی پر میں کچھ کہنے کی کوشش کروں گا۔</w:t>
      </w:r>
    </w:p>
    <w:p>
      <w:r>
        <w:rPr>
          <w:b/>
        </w:rPr>
        <w:t xml:space="preserve">[01:54] </w:t>
      </w:r>
      <w:r>
        <w:t>dekhiye, abbasiyat period mein,</w:t>
      </w:r>
    </w:p>
    <w:p>
      <w:pPr>
        <w:jc w:val="right"/>
      </w:pPr>
      <w:r>
        <w:t>دیکھئے، عباسیت پیریڈ میں،</w:t>
      </w:r>
    </w:p>
    <w:p>
      <w:r>
        <w:rPr>
          <w:b/>
        </w:rPr>
        <w:t xml:space="preserve">[02:02] </w:t>
      </w:r>
      <w:r>
        <w:t>mein</w:t>
      </w:r>
    </w:p>
    <w:p>
      <w:pPr>
        <w:jc w:val="right"/>
      </w:pPr>
      <w:r>
        <w:t>میں</w:t>
      </w:r>
    </w:p>
    <w:p>
      <w:r>
        <w:rPr>
          <w:b/>
        </w:rPr>
        <w:t xml:space="preserve">[02:06] </w:t>
      </w:r>
      <w:r>
        <w:t>islam ka, islami uloom ki tadwin hui. yani hadith aur fiqh, ilm-e-kalam, history.</w:t>
      </w:r>
    </w:p>
    <w:p>
      <w:pPr>
        <w:jc w:val="right"/>
      </w:pPr>
      <w:r>
        <w:t>اسلام کا، اسلامی علوم کی تدوین ہوئی۔ یعنی حدیث اور فقہ، علمِ کلام، ہسٹری۔</w:t>
      </w:r>
    </w:p>
    <w:p>
      <w:r>
        <w:rPr>
          <w:b/>
        </w:rPr>
        <w:t xml:space="preserve">[02:21] </w:t>
      </w:r>
      <w:r>
        <w:t>sari jo, sare jo islami ilm hain woh sab isi zamane mein baqaida taur par madawwan hue hain.</w:t>
      </w:r>
    </w:p>
    <w:p>
      <w:pPr>
        <w:jc w:val="right"/>
      </w:pPr>
      <w:r>
        <w:t>ساری جو، سارے جو اسلامی علم ہیں وہ سب اسی زمانے میں باقاعدہ طور پر مدون ہوئے ہیں۔</w:t>
      </w:r>
    </w:p>
    <w:p>
      <w:r>
        <w:rPr>
          <w:b/>
        </w:rPr>
        <w:t xml:space="preserve">[02:31] </w:t>
      </w:r>
      <w:r>
        <w:t>is se pehle bhi woh maujood the lekin is tarah nahi maujood nahi the jis tarah ke aaj hum apni library mein pate hain.</w:t>
      </w:r>
    </w:p>
    <w:p>
      <w:pPr>
        <w:jc w:val="right"/>
      </w:pPr>
      <w:r>
        <w:t>اس سے پہلے بھی وہ موجود تھے لیکن اس طرح نہیں موجود نہیں تھے جس طرح کہ آج ہم اپنی لائبریری میں پاتے ہیں۔</w:t>
      </w:r>
    </w:p>
    <w:p>
      <w:r>
        <w:rPr>
          <w:b/>
        </w:rPr>
        <w:t xml:space="preserve">[02:43] </w:t>
      </w:r>
      <w:r>
        <w:t>to ijtihad ka jo lafz hai iska taalluq hai fiqh se. to fiqh mein jo logon ne socha,</w:t>
      </w:r>
    </w:p>
    <w:p>
      <w:pPr>
        <w:jc w:val="right"/>
      </w:pPr>
      <w:r>
        <w:t>تو اجتہاد کا جو لفظ ہے اس کا تعلق ہے فقہ سے۔ تو فقہ میں جو لوگوں نے سوچا،</w:t>
      </w:r>
    </w:p>
    <w:p>
      <w:r>
        <w:rPr>
          <w:b/>
        </w:rPr>
        <w:t xml:space="preserve">[02:54] </w:t>
      </w:r>
      <w:r>
        <w:t>fiqh ka matlab hota hai islamic law. islamic law mein jin logon ne kaam kiya to woh faqih kahlate hain.</w:t>
      </w:r>
    </w:p>
    <w:p>
      <w:pPr>
        <w:jc w:val="right"/>
      </w:pPr>
      <w:r>
        <w:t>فقہ کا مطلب ہوتا ہے اسلامک لا۔ اسلامک لا میں جن لوگوں نے کام کیا تو وہ فقیہ کہلاتے ہیں۔</w:t>
      </w:r>
    </w:p>
    <w:p>
      <w:r>
        <w:rPr>
          <w:b/>
        </w:rPr>
        <w:t xml:space="preserve">[03:06] </w:t>
      </w:r>
      <w:r>
        <w:t>to in logon ne soch kar ke yeh banaya ke islam mein, shariat mein char sources hain.</w:t>
      </w:r>
    </w:p>
    <w:p>
      <w:pPr>
        <w:jc w:val="right"/>
      </w:pPr>
      <w:r>
        <w:t>تو ان لوگوں نے سوچ کر کے یہ بنایا کہ اسلام میں، شریعت میں چار سورسز ہیں۔</w:t>
      </w:r>
    </w:p>
    <w:p>
      <w:r>
        <w:rPr>
          <w:b/>
        </w:rPr>
        <w:t xml:space="preserve">[03:20] </w:t>
      </w:r>
      <w:r>
        <w:t>char sources hain jin ko kehte hain masdar ya ma khaz. to char sources hain: quran, sunnat, ijma aur qiyas.</w:t>
      </w:r>
    </w:p>
    <w:p>
      <w:pPr>
        <w:jc w:val="right"/>
      </w:pPr>
      <w:r>
        <w:t>چار سورسز ہیں جن کو کہتے ہیں مصدر یا ماخذ۔ تو چار سورسز ہیں: قرآن، سنت، اجماع اور قیاس۔</w:t>
      </w:r>
    </w:p>
    <w:p>
      <w:r>
        <w:rPr>
          <w:b/>
        </w:rPr>
        <w:t xml:space="preserve">[03:33] </w:t>
      </w:r>
      <w:r>
        <w:t>quran ka matlab hai word of god. sunnat ka matlab hai rasool Allah ne jo diya hai apne kahan, qaul se ya amal se.</w:t>
      </w:r>
    </w:p>
    <w:p>
      <w:pPr>
        <w:jc w:val="right"/>
      </w:pPr>
      <w:r>
        <w:t>قرآن کا مطلب ہے ورڈ آف گاڈ۔ سنت کا مطلب ہے رسول اللہ نے جو دیا ہے اپنے کہن، قول سے یا عمل سے۔</w:t>
      </w:r>
    </w:p>
    <w:p>
      <w:r>
        <w:rPr>
          <w:b/>
        </w:rPr>
        <w:t xml:space="preserve">[03:47] </w:t>
      </w:r>
      <w:r>
        <w:t>ijma ka matlab hai in logon ke nazdeek ke jis par ummat ke log kisi rai par ittefaq karne lagen hon woh ijma hai.</w:t>
      </w:r>
    </w:p>
    <w:p>
      <w:pPr>
        <w:jc w:val="right"/>
      </w:pPr>
      <w:r>
        <w:t>اجماع کا مطلب ہے ان لوگوں کے نزدیک کہ جس پر امت کے لوگ کسی رائے پر اتفاق کرنے لگے ہوں وہ اجماع ہے۔</w:t>
      </w:r>
    </w:p>
    <w:p>
      <w:r>
        <w:rPr>
          <w:b/>
        </w:rPr>
        <w:t xml:space="preserve">[04:01] </w:t>
      </w:r>
      <w:r>
        <w:t>qias ka matlab hota hai guess karna. yani soch kar ke apni aql se quran sunnat ki roshni mein rai banana.</w:t>
      </w:r>
    </w:p>
    <w:p>
      <w:pPr>
        <w:jc w:val="right"/>
      </w:pPr>
      <w:r>
        <w:t>قیاس کا مطلب ہوتا ہے گیس کرنا۔ یعنی سوچ کر کے اپنی عقل سے قرآن سنت کی روشنی میں رائے بنانا۔</w:t>
      </w:r>
    </w:p>
    <w:p>
      <w:r>
        <w:rPr>
          <w:b/>
        </w:rPr>
        <w:t xml:space="preserve">[04:15] </w:t>
      </w:r>
      <w:r>
        <w:t>main samajhta hoon ke yeh jo categorization hua yeh sahi nahi tha. sahi is sense mein ke dekhiye rasool Allah aakhri zamane mein, rasool Allah ki ek hadith hai ke tarakt fiikum al-thaqalayn.</w:t>
      </w:r>
    </w:p>
    <w:p>
      <w:pPr>
        <w:jc w:val="right"/>
      </w:pPr>
      <w:r>
        <w:t>میں سمجھتا ہوں کہ یہ جو کیٹیگریزیشن ہوا یہ صحیح نہیں تھا۔ صحیح اس سینس میں کہ دیکھئے رسول اللہ آخری زمانے میں، رسول اللہ کی ایک حدیث ہے کہ ترکت فیكم الثقلین۔</w:t>
      </w:r>
    </w:p>
    <w:p>
      <w:r>
        <w:rPr>
          <w:b/>
        </w:rPr>
        <w:t xml:space="preserve">[04:39] </w:t>
      </w:r>
      <w:r>
        <w:t>lan tadillu ma tamassaktum bihima. main tumhare darmiyan do bhaari cheez chhod raha hoon. Khuda ki kitab aur rasool ki sunnat.</w:t>
      </w:r>
    </w:p>
    <w:p>
      <w:pPr>
        <w:jc w:val="right"/>
      </w:pPr>
      <w:r>
        <w:t>لن تذلوا ما تمسکتم بهما۔ میں تمہارے درمیان دو بھاری چیز چھوڑ رہا ہوں۔ خدا کی کتاب اور رسول کی سنت۔</w:t>
      </w:r>
    </w:p>
    <w:p>
      <w:r>
        <w:rPr>
          <w:b/>
        </w:rPr>
        <w:t xml:space="preserve">[04:52] </w:t>
      </w:r>
      <w:r>
        <w:t>jab tak tum is ko pakde rahoge tum gumrah na hoge. jis ko kehte hain al-thaqalayn. yani quran aur sunnat.</w:t>
      </w:r>
    </w:p>
    <w:p>
      <w:pPr>
        <w:jc w:val="right"/>
      </w:pPr>
      <w:r>
        <w:t>جب تک تم اس کو پکڑے رہو گے تم گمراہ نہ ہو گے۔ جس کو کہتے ہیں ثقلین۔ یعنی قرآن اور سنت۔</w:t>
      </w:r>
    </w:p>
    <w:p>
      <w:r>
        <w:rPr>
          <w:b/>
        </w:rPr>
        <w:t xml:space="preserve">[05:02] </w:t>
      </w:r>
      <w:r>
        <w:t>ab sawal yeh hai ke jab hadith mein do bataya gaya tha to char kahan se bana liya unhon ne? pehla sawal paida hota hai char kahan se bana liya?</w:t>
      </w:r>
    </w:p>
    <w:p>
      <w:pPr>
        <w:jc w:val="right"/>
      </w:pPr>
      <w:r>
        <w:t>اب سوال یہ ہے کہ جب حدیث میں دو بتایا گیا تھا تو چار کہاں سے بنا لیا انہوں نے؟ پہلا سوال پیدا ہوتا ہے چار کہاں سے بنا لیا؟</w:t>
      </w:r>
    </w:p>
    <w:p>
      <w:r>
        <w:rPr>
          <w:b/>
        </w:rPr>
        <w:t xml:space="preserve">[05:15] </w:t>
      </w:r>
      <w:r>
        <w:t>to maine dekhiye qias aur ijma dono hi ek bidat hain. sawal yeh hai ke ijma ka word jo hai na rasool Allah ne use kiya na Abu Bakr khaleefa awwal na Umar khaleefa sani.</w:t>
      </w:r>
    </w:p>
    <w:p>
      <w:pPr>
        <w:jc w:val="right"/>
      </w:pPr>
      <w:r>
        <w:t>تو میں نے دیکھئے قیاس اور اجماع دونوں ہی ایک بدعت ہیں۔ سوال یہ ہے کہ اجماع کا ورڈ جو ہے نہ رسول اللہ نے یوز کیا نہ ابوبکر خلیفہ اول نہ عمر خلیفہ ثانی۔</w:t>
      </w:r>
    </w:p>
    <w:p>
      <w:r>
        <w:rPr>
          <w:b/>
        </w:rPr>
        <w:t xml:space="preserve">[05:32] </w:t>
      </w:r>
      <w:r>
        <w:t>yani poora jo khilafat rashida hai us ko hum kehte hain to ijma ka lafz to use nahi hua. baat ko use hua to main is ko bidat kahunga.</w:t>
      </w:r>
    </w:p>
    <w:p>
      <w:pPr>
        <w:jc w:val="right"/>
      </w:pPr>
      <w:r>
        <w:t>یعنی پورا جو خلافت راشدہ ہے اس کو ہم کہتے ہیں تو اجماع کا لفظ تو یوز نہیں ہوا۔ بات کو یوز ہوا تو میں اس کو بدعت کہوں گا۔</w:t>
      </w:r>
    </w:p>
    <w:p>
      <w:r>
        <w:rPr>
          <w:b/>
        </w:rPr>
        <w:t xml:space="preserve">[05:44] </w:t>
      </w:r>
      <w:r>
        <w:t>aur hadith mein aata hai ke bidat mein kabhi khair nahi hota, achhai nahi hoti.</w:t>
      </w:r>
    </w:p>
    <w:p>
      <w:pPr>
        <w:jc w:val="right"/>
      </w:pPr>
      <w:r>
        <w:t>اور حدیث میں آتا ہے کہ بدعت میں کبھی خیر نہیں ہوتا، اچھائی نہیں ہوتی۔</w:t>
      </w:r>
    </w:p>
    <w:p>
      <w:r>
        <w:rPr>
          <w:b/>
        </w:rPr>
        <w:t xml:space="preserve">[05:53] </w:t>
      </w:r>
      <w:r>
        <w:t>ijma ke tasawwur ka bahut bada nuksan hua ummat ko. yani do ke siwa koi teesra bhi, koi teesri cheez bhi hai jo muqaddas ho sakti hai.</w:t>
      </w:r>
    </w:p>
    <w:p>
      <w:pPr>
        <w:jc w:val="right"/>
      </w:pPr>
      <w:r>
        <w:t>اجماع کے تصور کا بہت بڑا نقصان ہوا امت کو۔ یعنی دو کے سوا کوئی تیسرا بھی، کوئی تیسری چیز بھی ہے جو مقدس ہو سکتی ہے۔</w:t>
      </w:r>
    </w:p>
    <w:p>
      <w:r>
        <w:rPr>
          <w:b/>
        </w:rPr>
        <w:t xml:space="preserve">[06:09] </w:t>
      </w:r>
      <w:r>
        <w:t>muqaddas matlab ke absolute tor par woh, ab absolute ho sakti hai woh. to quran absolute hai. sunnat rasool absolute hai.</w:t>
      </w:r>
    </w:p>
    <w:p>
      <w:pPr>
        <w:jc w:val="right"/>
      </w:pPr>
      <w:r>
        <w:t>مقدس معنی کہ ایبسولیوٹ طور پر وہ، اب ایبسولیوٹ ہو سکتی ہے وہ۔ تو قرآن ایبسولیوٹ ہے۔ سنت رسول ایبسولیوٹ ہے۔</w:t>
      </w:r>
    </w:p>
    <w:p>
      <w:r>
        <w:rPr>
          <w:b/>
        </w:rPr>
        <w:t xml:space="preserve">[06:18] </w:t>
      </w:r>
      <w:r>
        <w:t>ab ijma laga diya unhon ne is mein. ek teesri cheez bhi absolute ban gayi. to kisi ko kya right hai ke teesri cheez ko bator absolute ke shamil kare deen mein?</w:t>
      </w:r>
    </w:p>
    <w:p>
      <w:pPr>
        <w:jc w:val="right"/>
      </w:pPr>
      <w:r>
        <w:t>اب اجماع لگا دیا انہوں نے اس میں۔ ایک تیسری چیز بھی ایبسولیوٹ بن گئی۔ تو کسی کو کیا رائٹ ہے کہ تیسری چیز کو بطور ایبسولیوٹ کے شامل کرے دین میں؟</w:t>
      </w:r>
    </w:p>
    <w:p>
      <w:r>
        <w:rPr>
          <w:b/>
        </w:rPr>
        <w:t xml:space="preserve">[06:31] </w:t>
      </w:r>
      <w:r>
        <w:t>yeh mere nazdeek bidat hai. ab gaur kijiye ke jab rasool Allah do keh rahe hain al-thaqalayn to teen kahan se bana liya aap ne?</w:t>
      </w:r>
    </w:p>
    <w:p>
      <w:pPr>
        <w:jc w:val="right"/>
      </w:pPr>
      <w:r>
        <w:t>یہ میرے نزدیک بدعت ہے۔ اب غور کیجئے کہ جب رسول اللہ دو کہہ رہے ہیں ثقلین تو تین کہاں سے بنا لیا آپ نے؟</w:t>
      </w:r>
    </w:p>
    <w:p>
      <w:r>
        <w:rPr>
          <w:b/>
        </w:rPr>
        <w:t xml:space="preserve">[06:41] </w:t>
      </w:r>
      <w:r>
        <w:t>ke ek aur hai ijma. is ijma ko wahi darja de diya practical taur par jo quran ka aur sunnat ka hai. kaise kisi ko yeh right hai ke woh ek aur cheez badhaye is mein?</w:t>
      </w:r>
    </w:p>
    <w:p>
      <w:pPr>
        <w:jc w:val="right"/>
      </w:pPr>
      <w:r>
        <w:t>کہ ایک اور ہے اجماع۔ اس اجماع کو وہی درجہ دے دیا پریکٹیکل طور پر جو قرآن کا اور سنت کا ہے۔ کیسے کسی کو یہ رائٹ ہے کہ وہ ایک اور چیز بڑھائے اس میں؟</w:t>
      </w:r>
    </w:p>
    <w:p>
      <w:r>
        <w:rPr>
          <w:b/>
        </w:rPr>
        <w:t xml:space="preserve">[06:58] </w:t>
      </w:r>
      <w:r>
        <w:t>is ki wajah se bahut nuksan hua hai. jaise ek sahab ne mujh se kaha, abhi kal ki baat hai ke meri jo kitabein hain unhon ne kaha ke is ko aap padhiye.</w:t>
      </w:r>
    </w:p>
    <w:p>
      <w:pPr>
        <w:jc w:val="right"/>
      </w:pPr>
      <w:r>
        <w:t>اس کی وجہ سے بہت نقصان ہوا ہے۔ جیسے ایک صاحب نے مجھ سے کہا، ابھی کل کی بات ہے کہ میری جو کتابیں ہیں انہوں نے کہا کہ اس کو آپ پڑھئے۔</w:t>
      </w:r>
    </w:p>
    <w:p>
      <w:r>
        <w:rPr>
          <w:b/>
        </w:rPr>
        <w:t xml:space="preserve">[07:12] </w:t>
      </w:r>
      <w:r>
        <w:t>to unhon ne kya kaha? pehle ulama ki tasdeeq lao. ulama ka certificate lao tab hum padhenge is ko.</w:t>
      </w:r>
    </w:p>
    <w:p>
      <w:pPr>
        <w:jc w:val="right"/>
      </w:pPr>
      <w:r>
        <w:t>تو انہوں نے کیا کہا؟ پہلے علماء کی تصدیق لاؤ۔ علماء کا سرٹیفکیٹ لاؤ تب ہم پڑھیں گے اس کو۔</w:t>
      </w:r>
    </w:p>
    <w:p>
      <w:r>
        <w:rPr>
          <w:b/>
        </w:rPr>
        <w:t xml:space="preserve">[07:23] </w:t>
      </w:r>
      <w:r>
        <w:t>bahut se log isi isi mein mubtala hain, isi fareb mein. ke ulama ka certificate lao. sawal yeh hai ke ulama ka certificate kyun layein hum? to is ka, is ka sharah milta hai ijma mein.</w:t>
      </w:r>
    </w:p>
    <w:p>
      <w:pPr>
        <w:jc w:val="right"/>
      </w:pPr>
      <w:r>
        <w:t>بہت سے لوگ اسی اسی میں مبتلا ہیں، اسی فریب میں۔ کہ علماء کا سرٹیفکیٹ لاؤ۔ سوال یہ ہے کہ علماء کا سرٹیفکیٹ کیوں لائیں ہم؟ تو اس کا، اس کا شرح ملتا ہے اجماع میں۔</w:t>
      </w:r>
    </w:p>
    <w:p>
      <w:r>
        <w:rPr>
          <w:b/>
        </w:rPr>
        <w:t xml:space="preserve">[07:35] </w:t>
      </w:r>
      <w:r>
        <w:t>yani other than quran sunnat. ek aur unhon ne garh liya. absolute source.</w:t>
      </w:r>
    </w:p>
    <w:p>
      <w:pPr>
        <w:jc w:val="right"/>
      </w:pPr>
      <w:r>
        <w:t>یعنی ادر دین قرآن سنت۔ ایک اور انہوں نے گڑھ لیا۔ ایبسولیوٹ سورس۔</w:t>
      </w:r>
    </w:p>
    <w:p>
      <w:r>
        <w:rPr>
          <w:b/>
        </w:rPr>
        <w:t xml:space="preserve">[07:46] </w:t>
      </w:r>
      <w:r>
        <w:t>koi bhi yeh nahi kehta ke quran aur sunnat ki daleel lao hamari literature par. aaj tak mujhe ek insan nahi mila hai jo yeh kahe ke theek hai in ki kitab hum padhenge.</w:t>
      </w:r>
    </w:p>
    <w:p>
      <w:pPr>
        <w:jc w:val="right"/>
      </w:pPr>
      <w:r>
        <w:t>کوئی بھی یہ نہیں کہتا کہ قرآن اور سنت کی دلیل لاؤ ہماری لٹریچر پر۔ آج تک مجھے ایک انسان نہیں ملا ہے جو یہ کہے کہ ٹھیک ہے ان کی کتاب ہم پڑھیں گے۔</w:t>
      </w:r>
    </w:p>
    <w:p>
      <w:r>
        <w:rPr>
          <w:b/>
        </w:rPr>
        <w:t xml:space="preserve">[07:58] </w:t>
      </w:r>
      <w:r>
        <w:t>quran sunnat mein kya daleel hai is ke liye? ke woh quran sunnat hi upar base karti hai woh sari kitabein. to koi aadmi yeh kehne ki position mein nahi hai hamari literature ke bare mein ke quran hadith se daleel lao.</w:t>
      </w:r>
    </w:p>
    <w:p>
      <w:pPr>
        <w:jc w:val="right"/>
      </w:pPr>
      <w:r>
        <w:t>قرآن سنت میں کیا دلیل ہے اس کے لیے؟ کہ وہ قرآن سنت ہی اوپر بیس کرتی ہے وہ ساری کتابیں۔ تو کوئی آدمی یہ کہنے کی پوزیشن میں نہیں ہے ہماری لٹریچر کے بارے میں کہ قرآن و حدیث سے دلیل لاؤ۔</w:t>
      </w:r>
    </w:p>
    <w:p>
      <w:r>
        <w:rPr>
          <w:b/>
        </w:rPr>
        <w:t xml:space="preserve">[08:15] </w:t>
      </w:r>
      <w:r>
        <w:t>kyunki woh sab quran hadith hi upar to base karti hai. ab kya nikala hai? ulama ki tasdeeq lao. yeh ulama ki tasdeeq jo nikla hai yeh, yeh isi ijma ke concept se nikla hai.</w:t>
      </w:r>
    </w:p>
    <w:p>
      <w:pPr>
        <w:jc w:val="right"/>
      </w:pPr>
      <w:r>
        <w:t>کیونکہ وہ سب قرآن و حدیث ہی اوپر تو بیس کرتی ہے۔ اب کیا نکالا ہے؟ علماء کی تصدیق لاؤ۔ یہ علماء کی تصدیق جو نکلا ہے یہ، یہ اسی اجماع کے کانسیپٹ سے نکلا ہے۔</w:t>
      </w:r>
    </w:p>
    <w:p>
      <w:r>
        <w:rPr>
          <w:b/>
        </w:rPr>
        <w:t xml:space="preserve">[08:27] </w:t>
      </w:r>
      <w:r>
        <w:t>ke do ke siwa koi teesra bhi hai source jo absolute hai. kitni badi gumrahi hai bataiye.</w:t>
      </w:r>
    </w:p>
    <w:p>
      <w:pPr>
        <w:jc w:val="right"/>
      </w:pPr>
      <w:r>
        <w:t>کہ دو کے سوا کوئی تیسرا بھی ہے سورس جو ایبسولیوٹ ہے۔ کتنی بڑی گمراہی ہے بتائیے۔</w:t>
      </w:r>
    </w:p>
    <w:p>
      <w:r>
        <w:rPr>
          <w:b/>
        </w:rPr>
        <w:t xml:space="preserve">[08:38] </w:t>
      </w:r>
      <w:r>
        <w:t>kitni badi gumrahi hai. khuli khuli gumrahi hai yeh. jab rasool Allah yeh keh rahe hain ke tarakt fiikum al-thaqalayn. main tumhare darmiyan do bhaari cheez chhod raha hoon.</w:t>
      </w:r>
    </w:p>
    <w:p>
      <w:pPr>
        <w:jc w:val="right"/>
      </w:pPr>
      <w:r>
        <w:t>کتنی بڑی گمراہی ہے۔ کھلی کھلی گمراہی ہے یہ۔ جب رسول اللہ یہ کہہ رہے ہیں کہ ترکت فیكم الثقلین۔ میں تمہارے درمیان دو بھاری چیز چھوڑ رہا ہوں۔</w:t>
      </w:r>
    </w:p>
    <w:p>
      <w:r>
        <w:rPr>
          <w:b/>
        </w:rPr>
        <w:t xml:space="preserve">[08:51] </w:t>
      </w:r>
      <w:r>
        <w:t>thaqal matlab bhaari cheez. bhaari cheez ka matlab yeh hai ke absolute source of truth. ab sochiye ke jab rasool Allah keh rahe hain ke do cheez to aap ne teesra kyun mila diya is mein?</w:t>
      </w:r>
    </w:p>
    <w:p>
      <w:pPr>
        <w:jc w:val="right"/>
      </w:pPr>
      <w:r>
        <w:t>ثقل معنی بھاری چیز۔ بھاری چیز کا مطلب یہ ہے کہ ایبسولیوٹ سورس آف ٹروتھ۔ اب سوچیے کہ جب رسول اللہ کہہ رہے ہیں کہ دو چیز تو آپ نے تیسرا کیوں ملا دیا اس میں؟</w:t>
      </w:r>
    </w:p>
    <w:p>
      <w:r>
        <w:rPr>
          <w:b/>
        </w:rPr>
        <w:t xml:space="preserve">[09:05] </w:t>
      </w:r>
      <w:r>
        <w:t>yeh ijma bhi ek bhaari cheez hai.</w:t>
      </w:r>
    </w:p>
    <w:p>
      <w:pPr>
        <w:jc w:val="right"/>
      </w:pPr>
      <w:r>
        <w:t>یہ اجماع بھی ایک بھاری چیز ہے۔</w:t>
      </w:r>
    </w:p>
    <w:p>
      <w:r>
        <w:rPr>
          <w:b/>
        </w:rPr>
        <w:t xml:space="preserve">[09:12] </w:t>
      </w:r>
      <w:r>
        <w:t>yeh bilashuba bidat hai. is se bahut zyada gumrahi paida hui hai.</w:t>
      </w:r>
    </w:p>
    <w:p>
      <w:pPr>
        <w:jc w:val="right"/>
      </w:pPr>
      <w:r>
        <w:t>یہ بلاشبہ بدعت ہے۔ اس سے بہت زیادہ گمراہی پیدا ہوئی ہے۔</w:t>
      </w:r>
    </w:p>
    <w:p>
      <w:r>
        <w:rPr>
          <w:b/>
        </w:rPr>
        <w:t xml:space="preserve">[09:20] </w:t>
      </w:r>
      <w:r>
        <w:t>aur qiyas, qiyas to theek hai mein galat nahi kehta qiyas ko. lekin qiyas koi bohat muqaddas cheez nahi hai. doosri baat yeh hai ke qiyas ka khud se aap ne ek lafz kyun ijad kiya?</w:t>
      </w:r>
    </w:p>
    <w:p>
      <w:pPr>
        <w:jc w:val="right"/>
      </w:pPr>
      <w:r>
        <w:t>اور قیاس، قیاس تو ٹھیک ہے میں غلط نہیں کہتا قیاس کو۔ لیکن قیاس کوئی بہت مقدس چیز نہیں ہے۔ دوسری بات یہ ہے کہ قیاس کا خود سے آپ نے ایک لفظ کیوں ایجاد کیا؟</w:t>
      </w:r>
    </w:p>
    <w:p>
      <w:r>
        <w:rPr>
          <w:b/>
        </w:rPr>
        <w:t xml:space="preserve">[09:32] </w:t>
      </w:r>
      <w:r>
        <w:t>jabke is ke liye doosra lafz quran o sunnat mein maujood tha.</w:t>
      </w:r>
    </w:p>
    <w:p>
      <w:pPr>
        <w:jc w:val="right"/>
      </w:pPr>
      <w:r>
        <w:t>جبکہ اس کے لیے دوسرا لفظ قرآن و سنت میں موجود تھا۔</w:t>
      </w:r>
    </w:p>
    <w:p>
      <w:r>
        <w:rPr>
          <w:b/>
        </w:rPr>
        <w:t xml:space="preserve">[09:39] </w:t>
      </w:r>
      <w:r>
        <w:t>dekhiye jis cheez ko hum ijtihad keh rahe hain is ke liye quran mein jo lafz hai woh istinbat hai. yastambitoonah.</w:t>
      </w:r>
    </w:p>
    <w:p>
      <w:pPr>
        <w:jc w:val="right"/>
      </w:pPr>
      <w:r>
        <w:t>دیکھئے جس چیز کو ہم اجتہاد کہہ رہے ہیں اس کے لیے قرآن میں جو لفظ ہے وہ استنباط ہے۔ یستنبتونہ۔</w:t>
      </w:r>
    </w:p>
    <w:p>
      <w:r>
        <w:rPr>
          <w:b/>
        </w:rPr>
        <w:t xml:space="preserve">[09:50] </w:t>
      </w:r>
      <w:r>
        <w:t>483. yeh chapter 4, verse 83. to lafz istinbat quran mein aaya hai.</w:t>
      </w:r>
    </w:p>
    <w:p>
      <w:pPr>
        <w:jc w:val="right"/>
      </w:pPr>
      <w:r>
        <w:t>483۔ یہ چیپٹر 4، ورس 83۔ تو لفظ استنباط قرآن میں آیا ہے۔</w:t>
      </w:r>
    </w:p>
    <w:p>
      <w:r>
        <w:rPr>
          <w:b/>
        </w:rPr>
        <w:t xml:space="preserve">[10:00] </w:t>
      </w:r>
      <w:r>
        <w:t>istinbat. aur hadith mein ijtihad aaya hai. to quran aur sunnat ke siwa ek aur lafz hai jo hadith mein istinbat, hadith mein ijtihad kaha gaya hai jis ko.</w:t>
      </w:r>
    </w:p>
    <w:p>
      <w:pPr>
        <w:jc w:val="right"/>
      </w:pPr>
      <w:r>
        <w:t>استنباط۔ اور حدیث میں اجتہاد آیا ہے۔ تو قرآن اور سنت کے سوا ایک اور لفظ ہے جو حدیث میں استنباط، حدیث میں اجتہاد کہا گیا ہے جس کو۔</w:t>
      </w:r>
    </w:p>
    <w:p>
      <w:r>
        <w:rPr>
          <w:b/>
        </w:rPr>
        <w:t xml:space="preserve">[10:13] </w:t>
      </w:r>
      <w:r>
        <w:t>aur quran mein istinbat kaha gaya hai. istinbat means inference.</w:t>
      </w:r>
    </w:p>
    <w:p>
      <w:pPr>
        <w:jc w:val="right"/>
      </w:pPr>
      <w:r>
        <w:t>اور قرآن میں استنباط کہا گیا ہے۔ استنباط مینز انفرنس۔</w:t>
      </w:r>
    </w:p>
    <w:p>
      <w:r>
        <w:rPr>
          <w:b/>
        </w:rPr>
        <w:t xml:space="preserve">[10:20] </w:t>
      </w:r>
      <w:r>
        <w:t>inference. yani text ek hai text se nikalna. ek hai inference se nikalna. to quran aur sunnat dono islam ke text hain.</w:t>
      </w:r>
    </w:p>
    <w:p>
      <w:pPr>
        <w:jc w:val="right"/>
      </w:pPr>
      <w:r>
        <w:t>انفرنس۔ یعنی ٹیکسٹ ایک ہے ٹیکسٹ سے نکالنا۔ ایک ہے انفرنس سے نکالنا۔ تو قرآن اور سنت دونوں اسلام کے ٹیکسٹ ہیں۔</w:t>
      </w:r>
    </w:p>
    <w:p>
      <w:r>
        <w:rPr>
          <w:b/>
        </w:rPr>
        <w:t xml:space="preserve">[10:32] </w:t>
      </w:r>
      <w:r>
        <w:t>text. quran aur sunnat dono ki hesiyat text ki hai. is ke baad jo hai woh inference hai. isi inference ko quran mein istinbat kaha gaya hai.</w:t>
      </w:r>
    </w:p>
    <w:p>
      <w:pPr>
        <w:jc w:val="right"/>
      </w:pPr>
      <w:r>
        <w:t>ٹی ای ایکس ٹی۔ قرآن اور سنت دونوں کی حیثیت ٹیکسٹ کی ہے۔ اس کے بعد جو ہے وہ انفرنس ہے۔ اسی انفرنس کو قرآن میں استنباط کہا گیا ہے۔</w:t>
      </w:r>
    </w:p>
    <w:p>
      <w:r>
        <w:rPr>
          <w:b/>
        </w:rPr>
        <w:t xml:space="preserve">[10:43] </w:t>
      </w:r>
      <w:r>
        <w:t>isi ko hadith mein ijtihad kaha gaya hai. bas. to ab qiyas kahan se aa gaya aur ijma kahan se aa gaya?</w:t>
      </w:r>
    </w:p>
    <w:p>
      <w:pPr>
        <w:jc w:val="right"/>
      </w:pPr>
      <w:r>
        <w:t>اسی کو حدیث میں اجتہاد کہا گیا ہے۔ بس۔ تو اب قیاس کہاں سے آ گیا اور اجماع کہاں سے آ گیا؟</w:t>
      </w:r>
    </w:p>
    <w:p>
      <w:r>
        <w:rPr>
          <w:b/>
        </w:rPr>
        <w:t xml:space="preserve">[10:53] </w:t>
      </w:r>
      <w:r>
        <w:t>kya yeh kafi nahi hai? yeh kya zaroorat hai aur zyada term banane ki? is ki zaroorat hi kya hai mujhe bataiye?</w:t>
      </w:r>
    </w:p>
    <w:p>
      <w:pPr>
        <w:jc w:val="right"/>
      </w:pPr>
      <w:r>
        <w:t>کیا یہ کافی نہیں ہے؟ یہ کیا ضرورت ہے اور زیادہ ٹرم بنانے کی؟ اس کی ضرورت ہی کیا ہے مجھے بتائیے؟</w:t>
      </w:r>
    </w:p>
    <w:p>
      <w:r>
        <w:rPr>
          <w:b/>
        </w:rPr>
        <w:t xml:space="preserve">[11:04] </w:t>
      </w:r>
      <w:r>
        <w:t>is ki zaroorat kya hai? aap yeh kahiye ke islam mein ya deen mein jo absolute source hai woh quran aur sunnat hai.</w:t>
      </w:r>
    </w:p>
    <w:p>
      <w:pPr>
        <w:jc w:val="right"/>
      </w:pPr>
      <w:r>
        <w:t>اس کی ضرورت کیا ہے؟ آپ یہ کہیے کہ اسلام میں یا دین میں جو ایبسولیوٹ سورس ہے وہ قرآن اور سنت ہے۔</w:t>
      </w:r>
    </w:p>
    <w:p>
      <w:r>
        <w:rPr>
          <w:b/>
        </w:rPr>
        <w:t xml:space="preserve">[11:17] </w:t>
      </w:r>
      <w:r>
        <w:t>ab is ke baad kisi muamle mein agar tum ko, yani changing situation mein tum ko quran o sunnat mein direct na mil rahi ho koi ayat ya hadith to phir istinbat kar lo.</w:t>
      </w:r>
    </w:p>
    <w:p>
      <w:pPr>
        <w:jc w:val="right"/>
      </w:pPr>
      <w:r>
        <w:t>اب اس کے بعد کسی معاملے میں اگر تم کو، یعنی چینجنگ سچویشن میں تم کو قرآن و سنت میں ڈائریکٹ نہ مل رہی ہو کوئی آیت یا حدیث تو پھر استنباط کر لو۔</w:t>
      </w:r>
    </w:p>
    <w:p>
      <w:r>
        <w:rPr>
          <w:b/>
        </w:rPr>
        <w:t xml:space="preserve">[11:34] </w:t>
      </w:r>
      <w:r>
        <w:t>yani inference kar ke, soch kar ke, inferential way mein is ka maloom karo. bas seedhi si baat hai.</w:t>
      </w:r>
    </w:p>
    <w:p>
      <w:pPr>
        <w:jc w:val="right"/>
      </w:pPr>
      <w:r>
        <w:t>یعنی انفرنس کر کے، سوچ کر کے، انفرینشل وے میں اس کا معلوم کرو۔ بس سیدھی سی بات ہے۔</w:t>
      </w:r>
    </w:p>
    <w:p>
      <w:r>
        <w:rPr>
          <w:b/>
        </w:rPr>
        <w:t xml:space="preserve">[11:43] </w:t>
      </w:r>
      <w:r>
        <w:t>ab is mein qiyas aur ijma ko jodne ki kya zaroorat hai? is ki koi zaroorat hi nahi hai. is ki wajah se kitni bari gumrahi paida hui ke log samajhne lage ke do ke siwa koi teesra bhi zariya hai.</w:t>
      </w:r>
    </w:p>
    <w:p>
      <w:pPr>
        <w:jc w:val="right"/>
      </w:pPr>
      <w:r>
        <w:t>اب اس میں قیاس اور اجماع کو جوڑنے کی کیا ضرورت ہے؟ اس کی کوئی ضرورت ہی نہیں ہے۔ اس کی وجہ سے کتنی بڑی گمراہی پیدا ہوئی کہ لوگ سمجھنے لگے کہ دو کے سوا کوئی تیسرا بھی ذریعہ ہے۔</w:t>
      </w:r>
    </w:p>
    <w:p>
      <w:r>
        <w:rPr>
          <w:b/>
        </w:rPr>
        <w:t xml:space="preserve">[11:58] </w:t>
      </w:r>
      <w:r>
        <w:t>woh ijma. ijma kin logon ka? ulma ka ijma. ulma ka ijma kya cheez hai? ulma ka ijma kya cheez hai? to quran aur sunnat jo hai ke siwa ek aur hai source.</w:t>
      </w:r>
    </w:p>
    <w:p>
      <w:pPr>
        <w:jc w:val="right"/>
      </w:pPr>
      <w:r>
        <w:t>وہ اجماع۔ اجماع کن لوگوں کا؟ علماء کا اجماع۔ علماء کا اجماع کیا چیز ہے؟ علماء کا اجماع کیا چیز ہے؟ تو قرآن اور سنت جو ہے کے سوا ایک اور ہے سورس۔</w:t>
      </w:r>
    </w:p>
    <w:p>
      <w:r>
        <w:rPr>
          <w:b/>
        </w:rPr>
        <w:t xml:space="preserve">[12:12] </w:t>
      </w:r>
      <w:r>
        <w:t>woh ulma ka ijma hai. isi liye hamari literature wale poochte hain ke ulma ka certificate lao. bhai yeh kyun nahi kehte ke quran ka aur hadith ka reference lao?</w:t>
      </w:r>
    </w:p>
    <w:p>
      <w:pPr>
        <w:jc w:val="right"/>
      </w:pPr>
      <w:r>
        <w:t>وہ علماء کا اجماع ہے۔ اسی لیے ہماری لٹریچر والے پوچھتے ہیں کہ علماء کا سرٹیفکیٹ لاؤ۔ بھئی یہ کیوں نہیں کہتے کہ قرآن کا اور حدیث کا ریفرنس لاؤ؟</w:t>
      </w:r>
    </w:p>
    <w:p>
      <w:r>
        <w:rPr>
          <w:b/>
        </w:rPr>
        <w:t xml:space="preserve">[12:25] </w:t>
      </w:r>
      <w:r>
        <w:t>ab bataiye ke sara literature hamara bhara hua hai quran aur hadith ke references se. ab ek teesra mangte hain woh ke ulma ka certificate lao.</w:t>
      </w:r>
    </w:p>
    <w:p>
      <w:pPr>
        <w:jc w:val="right"/>
      </w:pPr>
      <w:r>
        <w:t>اب بتائیے کہ سارا لٹریچر ہمارا بھرا ہوا ہے قرآن اور حدیث کے ریفرنسز سے۔ اب ایک تیسرا مانگتے ہیں وہ کہ علماء کا سرٹیفکیٹ لاؤ۔</w:t>
      </w:r>
    </w:p>
    <w:p>
      <w:r>
        <w:rPr>
          <w:b/>
        </w:rPr>
        <w:t xml:space="preserve">[12:36] </w:t>
      </w:r>
      <w:r>
        <w:t>mein kehta hoon ke sare ulma ka certificate agar available ho tab bhi woh galat hai woh. jaise ab mein batata hoon misaal aap ko. do ijma.</w:t>
      </w:r>
    </w:p>
    <w:p>
      <w:pPr>
        <w:jc w:val="right"/>
      </w:pPr>
      <w:r>
        <w:t>میں کہتا ہوں کہ سارے علماء کا سرٹیفکیٹ اگر اویلیبل ہو تب بھی وہ غلط ہے وہ۔ جیسے اب میں بتاتا ہوں مثال آپ کو۔ دو اجماع۔</w:t>
      </w:r>
    </w:p>
    <w:p>
      <w:r>
        <w:rPr>
          <w:b/>
        </w:rPr>
        <w:t xml:space="preserve">[12:46] </w:t>
      </w:r>
      <w:r>
        <w:t>maujooda zamane ka. aur dono galat. dono ke dono galat. india mein jab british daur tha to tamam ulma ne mil kar fatwa diya ke india darulharb hai.</w:t>
      </w:r>
    </w:p>
    <w:p>
      <w:pPr>
        <w:jc w:val="right"/>
      </w:pPr>
      <w:r>
        <w:t>موجودہ زمانے کا۔ اور دونوں غلط۔ دونوں کے دونوں غلط۔ انڈیا میں جب برٹش دور تھا تو تمام علماء نے مل کر فتویٰ دیا کہ انڈیا دارالحرب ہے۔</w:t>
      </w:r>
    </w:p>
    <w:p>
      <w:r>
        <w:rPr>
          <w:b/>
        </w:rPr>
        <w:t xml:space="preserve">[13:02] </w:t>
      </w:r>
      <w:r>
        <w:t>tamam ulma ne. shayad ek adha aalim is mein shamil nahi the Maulana Yaqoob sahib shayad. to yeh ke yeh agar aap is ko maan le to aaj to super darulharb hai.</w:t>
      </w:r>
    </w:p>
    <w:p>
      <w:pPr>
        <w:jc w:val="right"/>
      </w:pPr>
      <w:r>
        <w:t>تمام علماء نے۔ شاید ایک آدھ عالم اس میں شامل نہیں تھے مولانا یعقوب صاحب شاید۔ تو یہ کہ یہ اگر آپ اس کو مان لیں تو آج تو سپر دارالحرب ہے۔</w:t>
      </w:r>
    </w:p>
    <w:p>
      <w:r>
        <w:rPr>
          <w:b/>
        </w:rPr>
        <w:t xml:space="preserve">[13:16] </w:t>
      </w:r>
      <w:r>
        <w:t>agar british daur mein india darulharb tha to aaj super darulharb hai. kyunke halaat to badle nahi.</w:t>
      </w:r>
    </w:p>
    <w:p>
      <w:pPr>
        <w:jc w:val="right"/>
      </w:pPr>
      <w:r>
        <w:t>اگر برٹش دور میں انڈیا دارالحرب تھا تو آج سپر دارالحرب ہے۔ کیونکہ حالات تو بدلے نہیں۔</w:t>
      </w:r>
    </w:p>
    <w:p>
      <w:r>
        <w:rPr>
          <w:b/>
        </w:rPr>
        <w:t xml:space="preserve">[13:27] </w:t>
      </w:r>
      <w:r>
        <w:t>aaj to baqi masjid tod di gayi. british daur mein koi masjid todi nahi gayi thi. aur bohat sari cheezein. communal rights jo hain british daur mein communal rights nahi hua karte thay.</w:t>
      </w:r>
    </w:p>
    <w:p>
      <w:pPr>
        <w:jc w:val="right"/>
      </w:pPr>
      <w:r>
        <w:t>آج تو باؤی مسجد توڑ دی گئی۔ برٹش دور میں کوئی مسجد توڑی نہیں گئی تھی۔ اور بہت ساری چیزیں۔ کمیونل رائٹس جو ہیں برٹش دور میں کمیونل رائٹس نہیں ہوا کرتے تھے۔</w:t>
      </w:r>
    </w:p>
    <w:p>
      <w:r>
        <w:rPr>
          <w:b/>
        </w:rPr>
        <w:t xml:space="preserve">[13:41] </w:t>
      </w:r>
      <w:r>
        <w:t>musalmanon ko bohat sari shikayatein hain. wahi shikayatein nahi hua karti thi british daur mein. woh to sirf foreign occupation ki baat thi bas.</w:t>
      </w:r>
    </w:p>
    <w:p>
      <w:pPr>
        <w:jc w:val="right"/>
      </w:pPr>
      <w:r>
        <w:t>مسلمانوں کو بہت ساری شکایتیں ہیں۔ وہی شکایتیں نہیں ہوا کرتی تھیں برٹش دور میں۔ وہ تو صرف فارن اکوپیشن کی بات تھی بس۔</w:t>
      </w:r>
    </w:p>
    <w:p>
      <w:r>
        <w:rPr>
          <w:b/>
        </w:rPr>
        <w:t xml:space="preserve">[13:52] </w:t>
      </w:r>
      <w:r>
        <w:t>to agar us zamane mein,</w:t>
      </w:r>
    </w:p>
    <w:p>
      <w:pPr>
        <w:jc w:val="right"/>
      </w:pPr>
      <w:r>
        <w:t>تو اگر اس زمانے میں،</w:t>
      </w:r>
    </w:p>
    <w:p>
      <w:r>
        <w:rPr>
          <w:b/>
        </w:rPr>
        <w:t xml:space="preserve">[13:57] </w:t>
      </w:r>
      <w:r>
        <w:t>british period mein islam, british period mein india darulharb ho gaya tha to aaj super darulharb hai. aap jante hain agar hum iman layein to kya hoga?</w:t>
      </w:r>
    </w:p>
    <w:p>
      <w:pPr>
        <w:jc w:val="right"/>
      </w:pPr>
      <w:r>
        <w:t>برٹش پیریڈ میں اسلام، برٹش پیریڈ میں انڈیا دارالحرب ہو گیا تھا تو آج سپر دارالحرب ہے۔ آپ جانتے ہیں اگر ہم ایمان لائیں تو کیا ہوگا؟</w:t>
      </w:r>
    </w:p>
    <w:p>
      <w:r>
        <w:rPr>
          <w:b/>
        </w:rPr>
        <w:t xml:space="preserve">[14:08] </w:t>
      </w:r>
      <w:r>
        <w:t>yahan zindagi haram ho jayegi. job karna haram. business karna haram. rehna haram. jab aap maan len ke india dar-ul-harb hai to aap ke pas do option hain.</w:t>
      </w:r>
    </w:p>
    <w:p>
      <w:pPr>
        <w:jc w:val="right"/>
      </w:pPr>
      <w:r>
        <w:t>یہاں زندگی حرام ہو جائے گی۔ جاب کرنا حرام۔ بزنس کرنا حرام۔ رہنا حرام۔ جب آپ مان لیں کہ انڈیا دارالحرب ہے تو آپ کے پاس دو آپشن ہیں۔</w:t>
      </w:r>
    </w:p>
    <w:p>
      <w:r>
        <w:rPr>
          <w:b/>
        </w:rPr>
        <w:t xml:space="preserve">[14:22] </w:t>
      </w:r>
      <w:r>
        <w:t>ya to chhod kar chale jayen ya laren. yani jihad ya hijrat. ya jihad ya hijrat. to koi musalman is liye tayar hai?</w:t>
      </w:r>
    </w:p>
    <w:p>
      <w:pPr>
        <w:jc w:val="right"/>
      </w:pPr>
      <w:r>
        <w:t>یا تو چھوڑ کر چلے جائیں یا لڑیں۔ یعنی جہاد یا ہجرت۔ یا جہاد یا ہجرت۔ تو کوئی مسلمان اس لیے تیار ہے؟</w:t>
      </w:r>
    </w:p>
    <w:p>
      <w:r>
        <w:rPr>
          <w:b/>
        </w:rPr>
        <w:t xml:space="preserve">[14:34] </w:t>
      </w:r>
      <w:r>
        <w:t>koi musalman is liye tayar hai ke jihad kare ya phir chhod kar chala jaye india ko? to kitna, main is ko bilkul absurd fatwa samajhta hoon.</w:t>
      </w:r>
    </w:p>
    <w:p>
      <w:pPr>
        <w:jc w:val="right"/>
      </w:pPr>
      <w:r>
        <w:t>کوئی مسلمان اس لیے تیار ہے کہ جہاد کرے یا پھر چھوڑ کر چلا جائے انڈیا کو؟ تو کتنا، میں اس کو بالکل ایبسورڈ فتویٰ سمجھتا ہوں۔</w:t>
      </w:r>
    </w:p>
    <w:p>
      <w:r>
        <w:rPr>
          <w:b/>
        </w:rPr>
        <w:t xml:space="preserve">[14:44] </w:t>
      </w:r>
      <w:r>
        <w:t>agarche is mein ijma tha ulama ka hamare. har woh fatwa absurd hai jo aap ke liye zindagi ko impossible bana de.</w:t>
      </w:r>
    </w:p>
    <w:p>
      <w:pPr>
        <w:jc w:val="right"/>
      </w:pPr>
      <w:r>
        <w:t>اگرچہ اس میں اجماع تھا علماء کا ہمارے۔ ہر وہ فتویٰ ایبسورڈ ہے جو آپ کے لیے زندگی کو امپاسبل بنا دے۔</w:t>
      </w:r>
    </w:p>
    <w:p>
      <w:r>
        <w:rPr>
          <w:b/>
        </w:rPr>
        <w:t xml:space="preserve">[14:57] </w:t>
      </w:r>
      <w:r>
        <w:t>yani india mein rehna, yahan khana kamana, bachchon ko palna, yahi jo naam impossible bana de. woh fatwa absurd hai bilashuba.</w:t>
      </w:r>
    </w:p>
    <w:p>
      <w:pPr>
        <w:jc w:val="right"/>
      </w:pPr>
      <w:r>
        <w:t>یعنی انڈیا میں رہنا، یہاں کھانا کمانا، بچوں کو پالنا، یہی جو نام امپاسبل بنا دے۔ وہ فتویٰ ایبسورڈ ہے بلاشبہ۔</w:t>
      </w:r>
    </w:p>
    <w:p>
      <w:r>
        <w:rPr>
          <w:b/>
        </w:rPr>
        <w:t xml:space="preserve">[15:08] </w:t>
      </w:r>
      <w:r>
        <w:t>woh unislamic hai bilashuba. to bataiye ke yeh fatwa sare ulama ke ijma se diya gaya hai, dar-ul-harb hai india. to ab kya hai?</w:t>
      </w:r>
    </w:p>
    <w:p>
      <w:pPr>
        <w:jc w:val="right"/>
      </w:pPr>
      <w:r>
        <w:t>وہ ان اسلامک ہے بلاشبہ۔ تو بتائیے کہ یہ فتویٰ سارے علماء کے اجماع سے دیا گیا ہے، دارالحرب ہے انڈیا۔ تو اب کیا ہے؟</w:t>
      </w:r>
    </w:p>
    <w:p>
      <w:r>
        <w:rPr>
          <w:b/>
        </w:rPr>
        <w:t xml:space="preserve">[15:18] </w:t>
      </w:r>
      <w:r>
        <w:t>is ne aap logon ko munafiqat dal diya hai. ke abhi tak ulama ne yeh ailan nahi kiya ke woh fatwa galat tha. lekin india mein khoob kha kama rahe hain. khoob faida utha rahe hain.</w:t>
      </w:r>
    </w:p>
    <w:p>
      <w:pPr>
        <w:jc w:val="right"/>
      </w:pPr>
      <w:r>
        <w:t>اس نے آپ لوگوں کو منافقت ڈال دیا ہے۔ کہ ابھی تک علماء نے یہ اعلان نہیں کیا کہ وہ فتویٰ غلط تھا۔ لیکن انڈیا میں خوب کھا کما رہے ہیں۔ خوب فائدہ اٹھا رہے ہیں۔</w:t>
      </w:r>
    </w:p>
    <w:p>
      <w:r>
        <w:rPr>
          <w:b/>
        </w:rPr>
        <w:t xml:space="preserve">[15:29] </w:t>
      </w:r>
      <w:r>
        <w:t>apne bachchon ko is mein khoob settle kar rahe hain. yahi hai munafiqana. aisa fatwa aadmi ko aakhir mein munafiq banata hai.</w:t>
      </w:r>
    </w:p>
    <w:p>
      <w:pPr>
        <w:jc w:val="right"/>
      </w:pPr>
      <w:r>
        <w:t>اپنے بچوں کو اس میں خوب سیٹل کر رہے ہیں۔ یہی ہے منافقانہ۔ ایسا فتویٰ آدمی کو آخر میں منافق بناتا ہے۔</w:t>
      </w:r>
    </w:p>
    <w:p>
      <w:r>
        <w:rPr>
          <w:b/>
        </w:rPr>
        <w:t xml:space="preserve">[15:37] </w:t>
      </w:r>
      <w:r>
        <w:t>yad rakhiye. kyunke ab do option reh jata hai aadmi ke liye. ya to yeh kehe ke woh fatwa galat tha. nahi to munafiq ban kar rahe.</w:t>
      </w:r>
    </w:p>
    <w:p>
      <w:pPr>
        <w:jc w:val="right"/>
      </w:pPr>
      <w:r>
        <w:t>یاد رکھیے۔ کیونکہ اب دو آپشن رہ جاتا ہے آدمی کے لیے۔ یا تو یہ کہے کہ وہ فتویٰ غلط تھا۔ نہیں تو منافق بن کر رہے۔</w:t>
      </w:r>
    </w:p>
    <w:p>
      <w:r>
        <w:rPr>
          <w:b/>
        </w:rPr>
        <w:t xml:space="preserve">[15:49] </w:t>
      </w:r>
      <w:r>
        <w:t>nahi to munafiq ban kar rahe. to yeh to hamare ulama ne ailan nahi kiya ke woh fatwa galat tha.</w:t>
      </w:r>
    </w:p>
    <w:p>
      <w:pPr>
        <w:jc w:val="right"/>
      </w:pPr>
      <w:r>
        <w:t>نہیں تو منافق بن کر رہے۔ تو یہ تو ہمارے علماء نے اعلان نہیں کیا کہ وہ فتویٰ غلط تھا۔</w:t>
      </w:r>
    </w:p>
    <w:p>
      <w:r>
        <w:rPr>
          <w:b/>
        </w:rPr>
        <w:t xml:space="preserve">[15:58] </w:t>
      </w:r>
      <w:r>
        <w:t>lekin sare ulama apne bachchon ko, poton ko, nawason ko isi din india mein khoob settle kar rahe hain. har aadmi apni jeb mein mobile telephone le kar ghoom raha hai.</w:t>
      </w:r>
    </w:p>
    <w:p>
      <w:pPr>
        <w:jc w:val="right"/>
      </w:pPr>
      <w:r>
        <w:t>لیکن سارے علماء اپنے بچوں کو، پوتوں کو، نواسوں کو اسی دن انڈیا میں خوب سیٹل کر رہے ہیں۔ ہر آدمی اپنی جیب میں موبائل ٹیلی فون لے کر گھوم رہا ہے۔</w:t>
      </w:r>
    </w:p>
    <w:p>
      <w:r>
        <w:rPr>
          <w:b/>
        </w:rPr>
        <w:t xml:space="preserve">[16:10] </w:t>
      </w:r>
      <w:r>
        <w:t>car load le kar car par baith kar ghoom raha hai. bohat magan hain ke india mein khoob hum kha kama rahe hain. sahi hai, yeh to munafiqat hai.</w:t>
      </w:r>
    </w:p>
    <w:p>
      <w:pPr>
        <w:jc w:val="right"/>
      </w:pPr>
      <w:r>
        <w:t>کار لوڈ لے کر کار پر بیٹھ کر گھوم رہا ہے۔ بہت مگن ہیں کہ انڈیا میں خوب ہم کھا کما رہے ہیں۔ صحیح ہے، یہ تو منافقت ہے۔</w:t>
      </w:r>
    </w:p>
    <w:p>
      <w:r>
        <w:rPr>
          <w:b/>
        </w:rPr>
        <w:t xml:space="preserve">[16:22] </w:t>
      </w:r>
      <w:r>
        <w:t>to dar-ul-harb ka fatwa jo tha woh wazeh taur par galat tha. kyunke woh fatwa hamein ek impasse mein dal deta hai.</w:t>
      </w:r>
    </w:p>
    <w:p>
      <w:pPr>
        <w:jc w:val="right"/>
      </w:pPr>
      <w:r>
        <w:t>تو دارالحرب کا فتویٰ جو تھا وہ واضح طور پر غلط تھا۔ کیونکہ وہ فتویٰ ہمیں ایک امپاس میں ڈال دیتا ہے۔</w:t>
      </w:r>
    </w:p>
    <w:p>
      <w:r>
        <w:rPr>
          <w:b/>
        </w:rPr>
        <w:t xml:space="preserve">[16:33] </w:t>
      </w:r>
      <w:r>
        <w:t>ke hum chal nahi sakte. ya to mar jayen ya munafiq banen. IC arab mein hua. tamam arab ne mil kar fatwa de diya.</w:t>
      </w:r>
    </w:p>
    <w:p>
      <w:pPr>
        <w:jc w:val="right"/>
      </w:pPr>
      <w:r>
        <w:t>کہ ہم چل نہیں سکتے۔ یا تو مر جائیں یا منافق بنیں۔ آئی سی عرب میں ہوا۔ تمام عرب نے مل کر فتویٰ دے دیا۔</w:t>
      </w:r>
    </w:p>
    <w:p>
      <w:r>
        <w:rPr>
          <w:b/>
        </w:rPr>
        <w:t xml:space="preserve">[16:45] </w:t>
      </w:r>
      <w:r>
        <w:t>falasteen ke bare mein.</w:t>
      </w:r>
    </w:p>
    <w:p>
      <w:pPr>
        <w:jc w:val="right"/>
      </w:pPr>
      <w:r>
        <w:t>فلسطین کے بارے میں۔</w:t>
      </w:r>
    </w:p>
    <w:p>
      <w:r>
        <w:rPr>
          <w:b/>
        </w:rPr>
        <w:t xml:space="preserve">[16:49] </w:t>
      </w:r>
      <w:r>
        <w:t>ke jihad farz ho chuka hai musalmanon ke upar. ab jihad farz ho chuka hai to tum apne gharon mein aram se kyun reh rahe ho? yani ke ek fatwa de diya ke jihad farz ho chuka hai.</w:t>
      </w:r>
    </w:p>
    <w:p>
      <w:pPr>
        <w:jc w:val="right"/>
      </w:pPr>
      <w:r>
        <w:t>کہ جہاد فرض ہو چکا ہے مسلمانوں کے اوپر۔ اب جہاد فرض ہو چکا ہے تو تم اپنے گھروں میں آرام سے کیوں رہ رہے ہو؟ یعنی کہ ایک فتویٰ دے دیا کہ جہاد فرض ہو چکا ہے۔</w:t>
      </w:r>
    </w:p>
    <w:p>
      <w:r>
        <w:rPr>
          <w:b/>
        </w:rPr>
        <w:t xml:space="preserve">[17:01] </w:t>
      </w:r>
      <w:r>
        <w:t>aur phir bhi that se reh rahe hain har arab. jis ghar jis mein jaiye arbon ke. arbon ke jis ghar mein jaiye khoob hansi khushi se reh rahe hain woh.</w:t>
      </w:r>
    </w:p>
    <w:p>
      <w:pPr>
        <w:jc w:val="right"/>
      </w:pPr>
      <w:r>
        <w:t>اور پھر بھی ٹھاٹ سے رہ رہے ہیں ہر عرب۔ جس گھر جس میں جائیے عربوں کے۔ عربوں کے جس گھر میں جائیے خوب ہنسی خوشی سے رہ رہے ہیں وہ۔</w:t>
      </w:r>
    </w:p>
    <w:p>
      <w:r>
        <w:rPr>
          <w:b/>
        </w:rPr>
        <w:t xml:space="preserve">[17:12] </w:t>
      </w:r>
      <w:r>
        <w:t>yeh to haram hai. agar jihad farz ho chuka ho falasteen mein to arbon ke liye ek din bhi khushi se rehna jaiz nahi hai.</w:t>
      </w:r>
    </w:p>
    <w:p>
      <w:pPr>
        <w:jc w:val="right"/>
      </w:pPr>
      <w:r>
        <w:t>یہ تو حرام ہے۔ اگر جہاد فرض ہو چکا ہو فلسطین میں تو عربوں کے لیے ایک دن بھی خوشی سے رہنا جائز نہیں ہے۔</w:t>
      </w:r>
    </w:p>
    <w:p>
      <w:r>
        <w:rPr>
          <w:b/>
        </w:rPr>
        <w:t xml:space="preserve">[17:24] </w:t>
      </w:r>
      <w:r>
        <w:t>phir ya to woh lad kar ke mar jayen. ya ek dam yani wahan se chhod ke chale jayen.</w:t>
      </w:r>
    </w:p>
    <w:p>
      <w:pPr>
        <w:jc w:val="right"/>
      </w:pPr>
      <w:r>
        <w:t>پھر یا تو وہ لڑ کر کے مر جائیں۔ یا ایک دم یعنی وہاں سے چھوڑ کے چلے جائیں۔</w:t>
      </w:r>
    </w:p>
    <w:p>
      <w:r>
        <w:rPr>
          <w:b/>
        </w:rPr>
        <w:t xml:space="preserve">[17:35] </w:t>
      </w:r>
      <w:r>
        <w:t>arab world hi ko chhod ke chale jayen.</w:t>
      </w:r>
    </w:p>
    <w:p>
      <w:pPr>
        <w:jc w:val="right"/>
      </w:pPr>
      <w:r>
        <w:t>عرب ورلڈ ہی کو چھوڑ کے چلے جائیں۔</w:t>
      </w:r>
    </w:p>
    <w:p>
      <w:r>
        <w:rPr>
          <w:b/>
        </w:rPr>
        <w:t xml:space="preserve">[17:40] </w:t>
      </w:r>
      <w:r>
        <w:t>yeh bhi ijma galat, yeh bhi ijma galat. kyunke yeh bhi ek usool hai ke jo fatwa aap ke liye zindagi hi ko naam kyon na bana de, woh fatwa nahi hai.</w:t>
      </w:r>
    </w:p>
    <w:p>
      <w:pPr>
        <w:jc w:val="right"/>
      </w:pPr>
      <w:r>
        <w:t>یہ بھی اجماع غلط، یہ بھی اجماع غلط۔ کیونکہ یہ بھی ایک اصول ہے کہ جو فتویٰ آپ کے لیے زندگی ہی کو نام کیوں نہ بنا دے، وہ فتویٰ نہیں ہے۔</w:t>
      </w:r>
    </w:p>
    <w:p>
      <w:r>
        <w:rPr>
          <w:b/>
        </w:rPr>
        <w:t xml:space="preserve">[17:54] </w:t>
      </w:r>
      <w:r>
        <w:t>woh galat fatwa hai.</w:t>
      </w:r>
    </w:p>
    <w:p>
      <w:pPr>
        <w:jc w:val="right"/>
      </w:pPr>
      <w:r>
        <w:t>وہ غلط فتویٰ ہے۔</w:t>
      </w:r>
    </w:p>
    <w:p>
      <w:r>
        <w:rPr>
          <w:b/>
        </w:rPr>
        <w:t xml:space="preserve">[17:59] </w:t>
      </w:r>
      <w:r>
        <w:t>to behal yeh jo ijma ka ek teesra izafa kiya gaya, is ki wajah se yeh sab galtiyan paida ho rahi hain. koi ijma nahi hai.</w:t>
      </w:r>
    </w:p>
    <w:p>
      <w:pPr>
        <w:jc w:val="right"/>
      </w:pPr>
      <w:r>
        <w:t>تو بہرحال یہ جو اجماع کا ایک تیسرا اضافہ کیا گیا، اس کی وجہ سے یہ سب غلطیاں پیدا ہو رہی ہیں۔ کوئی اجماع نہیں ہے۔</w:t>
      </w:r>
    </w:p>
    <w:p>
      <w:r>
        <w:rPr>
          <w:b/>
        </w:rPr>
        <w:t xml:space="preserve">[18:10] </w:t>
      </w:r>
      <w:r>
        <w:t>ulama, sare duniya ke ulama mil kar ke bhi ek fatwa de dein, tab bhi hum keh sakte hain yeh galat hai yeh. sirf is ko hum nahi keh sakte jo quran se nikal raha ho.</w:t>
      </w:r>
    </w:p>
    <w:p>
      <w:pPr>
        <w:jc w:val="right"/>
      </w:pPr>
      <w:r>
        <w:t>علماء، سارے دنیا کے علماء مل کر کے بھی ایک فتویٰ دے دیں، تب بھی ہم کہہ سکتے ہیں یہ غلط ہے یہ۔ صرف اس کو ہم نہیں کہہ سکتے جو قرآن سے نکل رہا ہو۔</w:t>
      </w:r>
    </w:p>
    <w:p>
      <w:r>
        <w:rPr>
          <w:b/>
        </w:rPr>
        <w:t xml:space="preserve">[18:21] </w:t>
      </w:r>
      <w:r>
        <w:t>jo hadith se nikal raha ho, us ko hum nahi keh sakte. wahan hamare liye koi option nahi hai. lekin ulama keh dein to us ko aap maan len. kyunke aap ne ek ijma ka ek ek usool bana liya, ijma.</w:t>
      </w:r>
    </w:p>
    <w:p>
      <w:pPr>
        <w:jc w:val="right"/>
      </w:pPr>
      <w:r>
        <w:t>جو حدیث سے نکل رہا ہو، اس کو ہم نہیں کہہ سکتے۔ وہاں ہمارے لیے کوئی آپشن نہیں ہے۔ لیکن علماء کہہ دیں تو اس کو آپ مان لیں۔ کیونکہ آپ نے ایک اجماع کا ایک ایک اصول بنا لیا، اجماع۔</w:t>
      </w:r>
    </w:p>
    <w:p>
      <w:r>
        <w:rPr>
          <w:b/>
        </w:rPr>
        <w:t xml:space="preserve">[18:35] </w:t>
      </w:r>
      <w:r>
        <w:t>quran aur sunnat ek aur aap ne bana liya ijma. jis mein ke is ko absolute qarar de diya.</w:t>
      </w:r>
    </w:p>
    <w:p>
      <w:pPr>
        <w:jc w:val="right"/>
      </w:pPr>
      <w:r>
        <w:t>قرآن اور سنت ایک اور آپ نے بنا لیا اجماع۔ جس میں کہ اس کو ایبسولیوٹ قرار دے دیا۔</w:t>
      </w:r>
    </w:p>
    <w:p>
      <w:r>
        <w:rPr>
          <w:b/>
        </w:rPr>
        <w:t xml:space="preserve">[18:45] </w:t>
      </w:r>
      <w:r>
        <w:t>chahe do aalim fatwa dein ya saare aalim fatwa dein, har halat mein is par aap bol sakte hain.</w:t>
      </w:r>
    </w:p>
    <w:p>
      <w:pPr>
        <w:jc w:val="right"/>
      </w:pPr>
      <w:r>
        <w:t>چاہے دو عالم فتویٰ دیں یا سارے عالم فتویٰ دیں، ہر حالت میں اس پر آپ بول سکتے ہیں۔</w:t>
      </w:r>
    </w:p>
    <w:p>
      <w:r>
        <w:rPr>
          <w:b/>
        </w:rPr>
        <w:t xml:space="preserve">[18:55] </w:t>
      </w:r>
      <w:r>
        <w:t>ek fiqih ne kaha tha bilkul sahih ke</w:t>
      </w:r>
    </w:p>
    <w:p>
      <w:pPr>
        <w:jc w:val="right"/>
      </w:pPr>
      <w:r>
        <w:t>ایک فقیہ نے کہا تھا بالکل صحیح کہ</w:t>
      </w:r>
    </w:p>
    <w:p>
      <w:r>
        <w:rPr>
          <w:b/>
        </w:rPr>
        <w:t xml:space="preserve">[19:01] </w:t>
      </w:r>
      <w:r>
        <w:t>un ke samne ulma ke fatwe pesh kiye gaye the. to unhone kaha</w:t>
      </w:r>
    </w:p>
    <w:p>
      <w:pPr>
        <w:jc w:val="right"/>
      </w:pPr>
      <w:r>
        <w:t>ان کے سامنے علماء کے فتوے پیش کیے گئے تھے۔ تو انہوں نے کہا</w:t>
      </w:r>
    </w:p>
    <w:p>
      <w:r>
        <w:rPr>
          <w:b/>
        </w:rPr>
        <w:t xml:space="preserve">[19:09] </w:t>
      </w:r>
      <w:r>
        <w:t>ulma ke fatwe se kuch nahi hota. khuda ki quran jo hai is mein se lao to hum manenge. to yaad rakhiye saare dunya ke ulma mil kar ke fatwa de dein.</w:t>
      </w:r>
    </w:p>
    <w:p>
      <w:pPr>
        <w:jc w:val="right"/>
      </w:pPr>
      <w:r>
        <w:t>علماء کے فتوے سے کچھ نہیں ہوتا۔ خدا کی قرآن جو ہے اس میں سے لاؤ تو ہم مانیں گے۔ تو یاد رکھیے سارے دنیا کے علماء مل کر کے فتویٰ دے دیں۔</w:t>
      </w:r>
    </w:p>
    <w:p>
      <w:r>
        <w:rPr>
          <w:b/>
        </w:rPr>
        <w:t xml:space="preserve">[19:23] </w:t>
      </w:r>
      <w:r>
        <w:t>is usool ke mutabiq, ijma ka jo usool hai, us ke mutabiq to wo secret ban jayega. wo muqaddas ban jayega. lekin main kehta hoon ke nahi muqaddas hai wo.</w:t>
      </w:r>
    </w:p>
    <w:p>
      <w:pPr>
        <w:jc w:val="right"/>
      </w:pPr>
      <w:r>
        <w:t>اس اصول کے مطابق، اجماع کا جو اصول ہے، اس کے مطابق تو وہ سیکرٹ بن جائے گا۔ وہ مقدس بن جائے گا۔ لیکن میں کہتا ہوں کہ نہیں مقدس ہے وہ۔</w:t>
      </w:r>
    </w:p>
    <w:p>
      <w:r>
        <w:rPr>
          <w:b/>
        </w:rPr>
        <w:t xml:space="preserve">[19:34] </w:t>
      </w:r>
      <w:r>
        <w:t>hargiz muqaddas nahi. ek aalim ka fatwa wo kahin zyada, yani is ko aap criticize kar sakte hain jitna ke saare aalim ka fatwa.</w:t>
      </w:r>
    </w:p>
    <w:p>
      <w:pPr>
        <w:jc w:val="right"/>
      </w:pPr>
      <w:r>
        <w:t>ہرگز مقدس نہیں۔ ایک عالم کا فتویٰ وہ کہیں زیادہ، یعنی اس کو آپ کریٹیسائز کر سکتے ہیں جتنا کہ سارے عالم کا فتویٰ۔</w:t>
      </w:r>
    </w:p>
    <w:p>
      <w:r>
        <w:rPr>
          <w:b/>
        </w:rPr>
        <w:t xml:space="preserve">[19:45] </w:t>
      </w:r>
      <w:r>
        <w:t>kyunki ulma jo hain source nahi hain. ulma ki hesiyat source ki nahi hai. ijma ke nazariye ne ulma ko source ki hesiyat de di. yani rasool ke maqam par bitha diya.</w:t>
      </w:r>
    </w:p>
    <w:p>
      <w:pPr>
        <w:jc w:val="right"/>
      </w:pPr>
      <w:r>
        <w:t>کیونکہ علماء جو ہیں سورس نہیں ہیں۔ علماء کی حیثیت سورس کی نہیں ہے۔ اجماع کے نظریے نے علماء کو سورس کی حیثیت دے دی۔ یعنی رسول کے مقام پر بٹھا دیا۔</w:t>
      </w:r>
    </w:p>
    <w:p>
      <w:r>
        <w:rPr>
          <w:b/>
        </w:rPr>
        <w:t xml:space="preserve">[19:57] </w:t>
      </w:r>
      <w:r>
        <w:t>rasool ke maqam par bitha diya. kitni galat baat hai ye.</w:t>
      </w:r>
    </w:p>
    <w:p>
      <w:pPr>
        <w:jc w:val="right"/>
      </w:pPr>
      <w:r>
        <w:t>رسول کے مقام پر بٹھا دیا۔ کتنی غلط بات ہے یہ۔</w:t>
      </w:r>
    </w:p>
    <w:p>
      <w:r>
        <w:rPr>
          <w:b/>
        </w:rPr>
        <w:t xml:space="preserve">[20:07] </w:t>
      </w:r>
      <w:r>
        <w:t>to ijtihad ho to kaise ho? ijtihad ho to kaise ho? isi cheez ne ijtihad darwaza band kiya hai.</w:t>
      </w:r>
    </w:p>
    <w:p>
      <w:pPr>
        <w:jc w:val="right"/>
      </w:pPr>
      <w:r>
        <w:t>تو اجتہاد ہو تو کیسے ہو؟ اجتہاد ہو تو کیسے ہو؟ اسی چیز نے اجتہاد دروازہ بند کیا ہے۔</w:t>
      </w:r>
    </w:p>
    <w:p>
      <w:r>
        <w:rPr>
          <w:b/>
        </w:rPr>
        <w:t xml:space="preserve">[20:17] </w:t>
      </w:r>
      <w:r>
        <w:t>ek saal mujh se kaha ek aalim ne ke sahib kabhi ulma ne ye aelan nahi kiya ab se ijtihad darwaza band hai. main ne kaha aap galat kehte hain.</w:t>
      </w:r>
    </w:p>
    <w:p>
      <w:pPr>
        <w:jc w:val="right"/>
      </w:pPr>
      <w:r>
        <w:t>ایک سال مجھ سے کہا ایک عالم نے کہ صاحب کبھی علماء نے یہ اعلان نہیں کیا اب سے اجتہاد دروازہ بند ہے۔ میں نے کہا آپ غلط کہتے ہیں۔</w:t>
      </w:r>
    </w:p>
    <w:p>
      <w:r>
        <w:rPr>
          <w:b/>
        </w:rPr>
        <w:t xml:space="preserve">[20:29] </w:t>
      </w:r>
      <w:r>
        <w:t>ye sahih hai ke lafzon mein ye aelan nahi hua ke darwaza band hoga ijtihad ka. lekin jo aap ne bana rakha hai to practical tor par aisa hua ke ijtihad darwaza band ho gaya.</w:t>
      </w:r>
    </w:p>
    <w:p>
      <w:pPr>
        <w:jc w:val="right"/>
      </w:pPr>
      <w:r>
        <w:t>یہ صحیح ہے کہ لفظوں میں یہ اعلان نہیں ہوا کہ دروازہ بند ہوگا اجتہاد کا۔ لیکن جو آپ نے بنا رکھا ہے تو پریکٹیکل طور پر ایسا ہوا کہ اجتہاد دروازہ بند ہو گیا۔</w:t>
      </w:r>
    </w:p>
    <w:p>
      <w:r>
        <w:rPr>
          <w:b/>
        </w:rPr>
        <w:t xml:space="preserve">[20:41] </w:t>
      </w:r>
      <w:r>
        <w:t>practical tor par. is mein dekhiye dusri galati jis ne ye burai paida ki wo ye hai ke title dena shuru kar diya logon ne.</w:t>
      </w:r>
    </w:p>
    <w:p>
      <w:pPr>
        <w:jc w:val="right"/>
      </w:pPr>
      <w:r>
        <w:t>پریکٹیکل طور پر۔ اس میں دیکھیے دوسری غلطی جس نے یہ برائی پیدا کی وہ یہ ہے کہ ٹائٹل دینا شروع کر دیا لوگوں نے۔</w:t>
      </w:r>
    </w:p>
    <w:p>
      <w:r>
        <w:rPr>
          <w:b/>
        </w:rPr>
        <w:t xml:space="preserve">[20:55] </w:t>
      </w:r>
      <w:r>
        <w:t>arbon mein title dene ka riwaj nahi tha. ye iran mein shuru hua aur india mein aya. title ka matlab kya hai? ke aap ne abu hanifa ko keh diya ke imam azam hain wo.</w:t>
      </w:r>
    </w:p>
    <w:p>
      <w:pPr>
        <w:jc w:val="right"/>
      </w:pPr>
      <w:r>
        <w:t>عربوں میں ٹائٹل دینے کا رواج نہیں تھا۔ یہ ایران میں شروع ہوا اور انڈیا میں آیا۔ ٹائٹل کا مطلب کیا ہے؟ کہ آپ نے ابو حنیفہ کو کہہ دیا کہ امام اعظم ہیں وہ۔</w:t>
      </w:r>
    </w:p>
    <w:p>
      <w:r>
        <w:rPr>
          <w:b/>
        </w:rPr>
        <w:t xml:space="preserve">[21:07] </w:t>
      </w:r>
      <w:r>
        <w:t>ye title hai. bhai imam azam kya cheez hoti hai? kya hazrat abubakar ko khalifa azam kaha gaya? hazrat abubakar jo khalifa the to kya un ko khalifa azam kaha gaya?</w:t>
      </w:r>
    </w:p>
    <w:p>
      <w:pPr>
        <w:jc w:val="right"/>
      </w:pPr>
      <w:r>
        <w:t>یہ ٹائٹل ہے۔ بھئی امام اعظم کیا چیز ہوتی ہے؟ کیا حضرت ابوبکر کو خلیفہ اعظم کہا گیا؟ حضرت ابوبکر جو خلیفہ تھے تو کیا ان کو خلیفہ اعظم کہا گیا؟</w:t>
      </w:r>
    </w:p>
    <w:p>
      <w:r>
        <w:rPr>
          <w:b/>
        </w:rPr>
        <w:t xml:space="preserve">[21:22] </w:t>
      </w:r>
      <w:r>
        <w:t>bas khalifa kaha gaya. amirul momineen kaha gaya bas. wo bhi amirul momineen hain, dusre log bhi amirul momineen. bas ye imam azam kya cheez hoti hai?</w:t>
      </w:r>
    </w:p>
    <w:p>
      <w:pPr>
        <w:jc w:val="right"/>
      </w:pPr>
      <w:r>
        <w:t>بس خلیفہ کہا گیا۔ امیرالمومنین کہا گیا بس۔ وہ بھی امیرالمومنین ہیں، دوسرے لوگ بھی امیرالمومنین۔ بس یہ امام اعظم کیا چیز ہوتی ہے؟</w:t>
      </w:r>
    </w:p>
    <w:p>
      <w:r>
        <w:rPr>
          <w:b/>
        </w:rPr>
        <w:t xml:space="preserve">[21:35] </w:t>
      </w:r>
      <w:r>
        <w:t>agar ye koi sahih ho to sab se pehle hazrat abubakar ko kehte log ke ye khalifa azam hain ye.</w:t>
      </w:r>
    </w:p>
    <w:p>
      <w:pPr>
        <w:jc w:val="right"/>
      </w:pPr>
      <w:r>
        <w:t>اگر یہ کوئی صحیح ہو تو سب سے پہلے حضرت ابوبکر کو کہتے لوگ کہ یہ خلیفہ اعظم ہیں یہ۔</w:t>
      </w:r>
    </w:p>
    <w:p>
      <w:r>
        <w:rPr>
          <w:b/>
        </w:rPr>
        <w:t xml:space="preserve">[21:44] </w:t>
      </w:r>
      <w:r>
        <w:t>aise hi imam jodne lage hain. ab imam abu hanifa, imam shafi, imam hanbal, imam ye imam wo. ye kahan se aya?</w:t>
      </w:r>
    </w:p>
    <w:p>
      <w:pPr>
        <w:jc w:val="right"/>
      </w:pPr>
      <w:r>
        <w:t>ایسے ہی امام جوڑنے لگے ہیں۔ اب امام ابو حنیفہ، امام شافعی، امام حنبل، امام یہ امام وہ۔ یہ کہاں سے آیا؟</w:t>
      </w:r>
    </w:p>
    <w:p>
      <w:r>
        <w:rPr>
          <w:b/>
        </w:rPr>
        <w:t xml:space="preserve">[21:52] </w:t>
      </w:r>
      <w:r>
        <w:t>imam ibn taimiya. ye imam kahan se laye aap? kya sahaba jo the un mein imam abubakar aur imam umar aur imam usman, imam ali kaha jata tha?</w:t>
      </w:r>
    </w:p>
    <w:p>
      <w:pPr>
        <w:jc w:val="right"/>
      </w:pPr>
      <w:r>
        <w:t>امام ابن تیمیہ۔ یہ امام کہاں سے لائے آپ؟ کیا صحابہ جو تھے ان میں امام ابوبکر اور امام عمر اور امام عثمان، امام علی کہا جاتا تھا؟</w:t>
      </w:r>
    </w:p>
    <w:p>
      <w:r>
        <w:rPr>
          <w:b/>
        </w:rPr>
        <w:t xml:space="preserve">[22:06] </w:t>
      </w:r>
      <w:r>
        <w:t>imam khalid aur imam abuzar jarrah, kuch nahi? ye title dena jo hai ye gumrahi hai.</w:t>
      </w:r>
    </w:p>
    <w:p>
      <w:pPr>
        <w:jc w:val="right"/>
      </w:pPr>
      <w:r>
        <w:t>امام خالد اور امام ابوذر جراح، کچھ نہیں؟ یہ ٹائٹل دینا جو ہے یہ گمراہی ہے۔</w:t>
      </w:r>
    </w:p>
    <w:p>
      <w:r>
        <w:rPr>
          <w:b/>
        </w:rPr>
        <w:t xml:space="preserve">[22:17] </w:t>
      </w:r>
      <w:r>
        <w:t>title. ye hussain se shuru hua. imam hussain. aur phir imam imam chalne laga ye. main kehta hoon ke imam ka lafz ek bidat hai.</w:t>
      </w:r>
    </w:p>
    <w:p>
      <w:pPr>
        <w:jc w:val="right"/>
      </w:pPr>
      <w:r>
        <w:t>ٹائٹل۔ یہ حسین سے شروع ہوا۔ امام حسین۔ اور پھر امام امام چلنے لگا یہ۔ میں کہتا ہوں کہ امام کا لفظ ایک بدعت ہے۔</w:t>
      </w:r>
    </w:p>
    <w:p>
      <w:r>
        <w:rPr>
          <w:b/>
        </w:rPr>
        <w:t xml:space="preserve">[22:29] </w:t>
      </w:r>
      <w:r>
        <w:t>wohi kahiye jo rasool allah ki zuban mein tha, jo sahaba ki zuban mein tha, jo tabieen ki zuban mein tha. bas. ye hai qurun salasa. qurun salasa jo hai, ye zamana risalat, zamana sahaba, zamana tabieen, ye qurun salasa hain.</w:t>
      </w:r>
    </w:p>
    <w:p>
      <w:pPr>
        <w:jc w:val="right"/>
      </w:pPr>
      <w:r>
        <w:t>وہی کہیے جو رسول اللہ کی زبان میں تھا، جو صحابہ کی زبان میں تھا، جو تابعین کی زبان میں تھا۔ بس۔ یہ ہے قرون ثلاثہ۔ قرون ثلاثہ جو ہے، یہ زمانہ رسالت، زمانہ صحابہ، زمانہ تابعین، یہ قرون ثلاثہ ہیں۔</w:t>
      </w:r>
    </w:p>
    <w:p>
      <w:r>
        <w:rPr>
          <w:b/>
        </w:rPr>
        <w:t xml:space="preserve">[22:46] </w:t>
      </w:r>
      <w:r>
        <w:t>is zamane mein jo cheez na boli gayi ho, na ki gayi ho, wo sab sab bidat hai. aise hi dekhiye shaheed.</w:t>
      </w:r>
    </w:p>
    <w:p>
      <w:pPr>
        <w:jc w:val="right"/>
      </w:pPr>
      <w:r>
        <w:t>اس زمانے میں جو چیز نہ بولی گئی ہو، نہ کی گئی ہو، وہ سب سب بدعت ہے۔ ایسے ہی دیکھیے شہید۔</w:t>
      </w:r>
    </w:p>
    <w:p>
      <w:r>
        <w:rPr>
          <w:b/>
        </w:rPr>
        <w:t xml:space="preserve">[22:55] </w:t>
      </w:r>
      <w:r>
        <w:t>jis ko likhein shaheed jod dete hain. falan shaheed, falan shaheed, falan shaheed. ye bidat hai wazeh taur par. kyun?</w:t>
      </w:r>
    </w:p>
    <w:p>
      <w:pPr>
        <w:jc w:val="right"/>
      </w:pPr>
      <w:r>
        <w:t>جس کو لکھیں شہید جوڑ دیتے ہیں۔ فلاں شہید، فلاں شہید، فلاں شہید۔ یہ بدعت ہے واضح طور پر۔ کیوں؟</w:t>
      </w:r>
    </w:p>
    <w:p>
      <w:r>
        <w:rPr>
          <w:b/>
        </w:rPr>
        <w:t xml:space="preserve">[23:04] </w:t>
      </w:r>
      <w:r>
        <w:t>kya kaha gaya ke umar shaheed? kya kaha gaya ke usman shaheed? kya kaha gaya ali shaheed? kuch nahi?</w:t>
      </w:r>
    </w:p>
    <w:p>
      <w:pPr>
        <w:jc w:val="right"/>
      </w:pPr>
      <w:r>
        <w:t>کیا کہا گیا کہ عمر شہید؟ کیا کہا گیا کہ عثمان شہید؟ کیا کہا گیا علی شہید؟ کچھ نہیں؟</w:t>
      </w:r>
    </w:p>
    <w:p>
      <w:r>
        <w:rPr>
          <w:b/>
        </w:rPr>
        <w:t xml:space="preserve">[23:16] </w:t>
      </w:r>
      <w:r>
        <w:t>yeh bidat hai yeh. jab sahaba kiram jo hain, woh lade islam ki rah mein aur mare gaye woh, lekin shaheed nahi kaha gaya un ko.</w:t>
      </w:r>
    </w:p>
    <w:p>
      <w:pPr>
        <w:jc w:val="right"/>
      </w:pPr>
      <w:r>
        <w:t>یہ بدعت ہے یہ۔ جب صحابہ کرام جو ہیں، وہ لڑے اسلام کی راہ میں اور مارے گئے وہ، لیکن شہید نہیں کہا گیا ان کو۔</w:t>
      </w:r>
    </w:p>
    <w:p>
      <w:r>
        <w:rPr>
          <w:b/>
        </w:rPr>
        <w:t xml:space="preserve">[23:28] </w:t>
      </w:r>
      <w:r>
        <w:t>to aap kyun kehte hain? aap kyun kehte hain?</w:t>
      </w:r>
    </w:p>
    <w:p>
      <w:pPr>
        <w:jc w:val="right"/>
      </w:pPr>
      <w:r>
        <w:t>تو آپ کیوں کہتے ہیں؟ آپ کیوں کہتے ہیں؟</w:t>
      </w:r>
    </w:p>
    <w:p>
      <w:r>
        <w:rPr>
          <w:b/>
        </w:rPr>
        <w:t xml:space="preserve">[23:36] </w:t>
      </w:r>
      <w:r>
        <w:t>yes, imam kehna bidat, shaheed kehna bidat, imam azam kehna bidat. main is liye keh raha hoon ke is se logon ka, yeh aik ghalat nami hai yeh.</w:t>
      </w:r>
    </w:p>
    <w:p>
      <w:pPr>
        <w:jc w:val="right"/>
      </w:pPr>
      <w:r>
        <w:t>یس، امام کہنا بدعت، شہید کہنا بدعت، امام اعظم کہنا بدعت۔ میں اس لیے کہہ رہا ہوں کہ اس سے لوگوں کا، یہ ایک غلط نامی ہے یہ۔</w:t>
      </w:r>
    </w:p>
    <w:p>
      <w:r>
        <w:rPr>
          <w:b/>
        </w:rPr>
        <w:t xml:space="preserve">[23:48] </w:t>
      </w:r>
      <w:r>
        <w:t>ghalat nami se zehar banta hai. israel mein aik masla hai ke agar tum kisi aadmi ko shoot karna chahte ho to shor karo, bhediya, bhediya,</w:t>
      </w:r>
    </w:p>
    <w:p>
      <w:pPr>
        <w:jc w:val="right"/>
      </w:pPr>
      <w:r>
        <w:t>غلط نامی سے زہر بنتا ہے۔ اسرائیل میں ایک مسئلہ ہے کہ اگر تم کسی آدمی کو شوٹ کرنا چاہتے ہو تو شور کرو، بھیڑیا، بھیڑیا،</w:t>
      </w:r>
    </w:p>
    <w:p>
      <w:r>
        <w:rPr>
          <w:b/>
        </w:rPr>
        <w:t xml:space="preserve">[23:59] </w:t>
      </w:r>
      <w:r>
        <w:t>bhediya, bhediya. pehle shor karo ke yeh bhediya aa gaya, phir shoot kar do. to goya ke jab aap aise title dete hain, yani aisa nami istemal karte hain, to logon ka zehar isi se banta hai.</w:t>
      </w:r>
    </w:p>
    <w:p>
      <w:pPr>
        <w:jc w:val="right"/>
      </w:pPr>
      <w:r>
        <w:t>بھیڑیا، بھیڑیا۔ پہلے شور کرو کہ یہ بھیڑیا آ گیا، پھر شوٹ کر دو۔ تو گویا کہ جب آپ ایسے ٹائٹل دیتے ہیں، یعنی ایسا نامی استعمال کرتے ہیں، تو لوگوں کا زہر اسی سے بنتا ہے۔</w:t>
      </w:r>
    </w:p>
    <w:p>
      <w:r>
        <w:rPr>
          <w:b/>
        </w:rPr>
        <w:t xml:space="preserve">[24:17] </w:t>
      </w:r>
      <w:r>
        <w:t>jab aap ne kehna shuru kiya ke imam azam to log yahi samjhenge ke yeh imam azam hain yeh. dekhiye azad soch logon ke andar hoti nahi hai. azad soch</w:t>
      </w:r>
    </w:p>
    <w:p>
      <w:pPr>
        <w:jc w:val="right"/>
      </w:pPr>
      <w:r>
        <w:t>جب آپ نے کہنا شروع کیا کہ امام اعظم تو لوگ یہی سمجھیں گے کہ یہ امام اعظم ہیں یہ۔ دیکھیے آزاد سوچ لوگوں کے اندر ہوتی نہیں ہے۔ آزاد سوچ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