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Love in Religion (Part 1) Nov 5, 2006 Maulana Wahiduddin khan</w:t>
      </w:r>
    </w:p>
    <w:p>
      <w:r>
        <w:t>https://www.youtube.com/watch?v=-VR4C3Wqx2Y</w:t>
      </w:r>
    </w:p>
    <w:p>
      <w:r>
        <w:rPr>
          <w:b/>
        </w:rPr>
        <w:t xml:space="preserve">[00:14] </w:t>
      </w:r>
      <w:r>
        <w:t>bismillah rahman rahim, wa salla Allahu ala nabiyyil karim.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[00:40] </w:t>
      </w:r>
      <w:r>
        <w:t>aaj ka jo talk hai woh talk without subject hai.</w:t>
      </w:r>
    </w:p>
    <w:p>
      <w:pPr>
        <w:jc w:val="right"/>
      </w:pPr>
      <w:r>
        <w:t>آج کا جو ٹاک ہے وہ ٹاک وِد آؤٹ سبجیکٹ ہے۔</w:t>
      </w:r>
    </w:p>
    <w:p>
      <w:r>
        <w:rPr>
          <w:b/>
        </w:rPr>
        <w:t xml:space="preserve">[00:55] </w:t>
      </w:r>
      <w:r>
        <w:t>abhi main jab dua parh raha tha, dekhen yeh dua hai: rab ishrah li sadri. yeh dua hai.</w:t>
      </w:r>
    </w:p>
    <w:p>
      <w:pPr>
        <w:jc w:val="right"/>
      </w:pPr>
      <w:r>
        <w:t>ابھی میں جب دعا پڑھ رہا تھا، دیکھیں یہ دعا ہے: رب اشرح لی صدری۔ یہ دعا ہے۔</w:t>
      </w:r>
    </w:p>
    <w:p>
      <w:r>
        <w:rPr>
          <w:b/>
        </w:rPr>
        <w:t xml:space="preserve">[01:05] </w:t>
      </w:r>
      <w:r>
        <w:t>dua ka matlab kya hai? god almighty se contact establish karna. ab dekhiye ke yeh kitni bari blessing hai ke kabhi bhi kahin bhi aap hon,</w:t>
      </w:r>
    </w:p>
    <w:p>
      <w:pPr>
        <w:jc w:val="right"/>
      </w:pPr>
      <w:r>
        <w:t>دعا کا مطلب کیا ہے؟ گاڈ المائٹی سے کنٹیکٹ اسٹیبلش کرنا۔ اب دیکھیے کہ یہ کتنی بڑی بلیسنگ ہے کہ کبھی بھی کہیں بھی آپ ہوں،</w:t>
      </w:r>
    </w:p>
    <w:p>
      <w:r>
        <w:rPr>
          <w:b/>
        </w:rPr>
        <w:t xml:space="preserve">[01:25] </w:t>
      </w:r>
      <w:r>
        <w:t>jangal mein hon, logon ke beech mein hon, masjid mein hon, masjid ke bahar hon,</w:t>
      </w:r>
    </w:p>
    <w:p>
      <w:pPr>
        <w:jc w:val="right"/>
      </w:pPr>
      <w:r>
        <w:t>جنگل میں ہوں، لوگوں کے بیچ میں ہوں، مسجد میں ہوں، مسجد کے باہر ہوں،</w:t>
      </w:r>
    </w:p>
    <w:p>
      <w:r>
        <w:rPr>
          <w:b/>
        </w:rPr>
        <w:t xml:space="preserve">[01:37] </w:t>
      </w:r>
      <w:r>
        <w:t>you are every every time you are in a position to establish contact</w:t>
      </w:r>
    </w:p>
    <w:p>
      <w:pPr>
        <w:jc w:val="right"/>
      </w:pPr>
      <w:r>
        <w:t>یو آر ایوری ایوری ٹائم یو آر ان ا پوزیشن ٹو اسٹیبلش کنٹیکٹ</w:t>
      </w:r>
    </w:p>
    <w:p>
      <w:r>
        <w:rPr>
          <w:b/>
        </w:rPr>
        <w:t xml:space="preserve">[01:49] </w:t>
      </w:r>
      <w:r>
        <w:t>with your god. yeh kaisi anokhi blessing hai insan ke liye.</w:t>
      </w:r>
    </w:p>
    <w:p>
      <w:pPr>
        <w:jc w:val="right"/>
      </w:pPr>
      <w:r>
        <w:t>ود یور گاڈ۔ یہ کیسی انوکھی بلیسنگ ہے انسان کے لیے۔</w:t>
      </w:r>
    </w:p>
    <w:p>
      <w:r>
        <w:rPr>
          <w:b/>
        </w:rPr>
        <w:t xml:space="preserve">[01:58] </w:t>
      </w:r>
      <w:r>
        <w:t>dekhiye, in comparison that we understand. compare kijiye, tab bara tab pata hoga ke yeh kitni bari baat hai.</w:t>
      </w:r>
    </w:p>
    <w:p>
      <w:pPr>
        <w:jc w:val="right"/>
      </w:pPr>
      <w:r>
        <w:t>دیکھیے، ان کمپیریزن دیٹ وی انڈرسٹینڈ۔ کمپیئر کیجئے، تب بڑا تب پتہ ہوگا کہ یہ کتنی بڑی بات ہے۔</w:t>
      </w:r>
    </w:p>
    <w:p>
      <w:r>
        <w:rPr>
          <w:b/>
        </w:rPr>
        <w:t xml:space="preserve">[02:11] </w:t>
      </w:r>
      <w:r>
        <w:t>sare duniya ke mountain yeh contact apne creator se establish nahi kar sakte.</w:t>
      </w:r>
    </w:p>
    <w:p>
      <w:pPr>
        <w:jc w:val="right"/>
      </w:pPr>
      <w:r>
        <w:t>سارے دنیا کے ماؤنٹین یہ کنٹیکٹ اپنے کریٹر سے اسٹیبلش نہیں کر سکتے۔</w:t>
      </w:r>
    </w:p>
    <w:p>
      <w:r>
        <w:rPr>
          <w:b/>
        </w:rPr>
        <w:t xml:space="preserve">[02:19] </w:t>
      </w:r>
      <w:r>
        <w:t>aap sochiye, sare universe ke sare stars aur planets mil kar ke bhi inka bhi aik creator hai, but there are never about his their creator kyunke inka mind nahi hai,</w:t>
      </w:r>
    </w:p>
    <w:p>
      <w:pPr>
        <w:jc w:val="right"/>
      </w:pPr>
      <w:r>
        <w:t>آپ سوچیے، سارے یونیورس کے سارے سٹارز اور پلینٹس مل کر کے بھی ان کا بھی ایک کریٹر ہے، بٹ دیر آر نیور اباؤٹ ہز دیر کریٹر کیونکہ ان کا مائنڈ نہیں ہے،</w:t>
      </w:r>
    </w:p>
    <w:p>
      <w:r>
        <w:rPr>
          <w:b/>
        </w:rPr>
        <w:t xml:space="preserve">[02:37] </w:t>
      </w:r>
      <w:r>
        <w:t>thinking nahi hai.</w:t>
      </w:r>
    </w:p>
    <w:p>
      <w:pPr>
        <w:jc w:val="right"/>
      </w:pPr>
      <w:r>
        <w:t>تھنکنگ نہیں ہے۔</w:t>
      </w:r>
    </w:p>
    <w:p>
      <w:r>
        <w:rPr>
          <w:b/>
        </w:rPr>
        <w:t xml:space="preserve">[02:41] </w:t>
      </w:r>
      <w:r>
        <w:t>kitni bari baat hai jo Khuda ne insan ko di hai, jo pure universe ko nahi di hai.</w:t>
      </w:r>
    </w:p>
    <w:p>
      <w:pPr>
        <w:jc w:val="right"/>
      </w:pPr>
      <w:r>
        <w:t>کتنی بڑی بات ہے جو خدا نے انسان کو دی ہے، جو پورے یونیورس کو نہیں دی ہے۔</w:t>
      </w:r>
    </w:p>
    <w:p>
      <w:r>
        <w:rPr>
          <w:b/>
        </w:rPr>
        <w:t xml:space="preserve">[02:48] </w:t>
      </w:r>
      <w:r>
        <w:t>koi ocean, koi mountain, koi star, koi galaxy, koi solar system yeh nahi kar sakta ke apne creator se woh contact establish kare,</w:t>
      </w:r>
    </w:p>
    <w:p>
      <w:pPr>
        <w:jc w:val="right"/>
      </w:pPr>
      <w:r>
        <w:t>کوئی اوشن، کوئی ماؤنٹن، کوئی سٹار، کوئی گیلیکسی، کوئی سولر سسٹم یہ نہیں کر سکتا کہ اپنے کریٹر سے وہ کنٹیکٹ اسٹیبلش کرے،</w:t>
      </w:r>
    </w:p>
    <w:p>
      <w:r>
        <w:rPr>
          <w:b/>
        </w:rPr>
        <w:t xml:space="preserve">[03:02] </w:t>
      </w:r>
      <w:r>
        <w:t>kyun? woh janta hi nahi. iske paas word bhi nahi hai. yeh word jo hai insan ki speciality hai.</w:t>
      </w:r>
    </w:p>
    <w:p>
      <w:pPr>
        <w:jc w:val="right"/>
      </w:pPr>
      <w:r>
        <w:t>کیوں؟ وہ جانتا ہی نہیں۔ اس کے پاس ورڈ بھی نہیں ہے۔ یہ ورڈ جو ہے انسان کی اسپیشلٹی ہے۔</w:t>
      </w:r>
    </w:p>
    <w:p>
      <w:r>
        <w:rPr>
          <w:b/>
        </w:rPr>
        <w:t xml:space="preserve">[03:14] </w:t>
      </w:r>
      <w:r>
        <w:t>ab agar aap sochen isi aik baat ko to sara din aap ko thrill rahega, thrill ke is pure universe mein Khuda ne kitni bari blessing mujhe di hai ke mere paas words hain,</w:t>
      </w:r>
    </w:p>
    <w:p>
      <w:pPr>
        <w:jc w:val="right"/>
      </w:pPr>
      <w:r>
        <w:t>اب اگر آپ سوچیں اسی ایک بات کو تو سارا دن آپ کو تھرل رہے گا، تھرل کہ اس پورے یونیورس میں خدا نے کتنی بڑی بلیسنگ مجھے دی ہے کہ میرے پاس ورڈز ہیں،</w:t>
      </w:r>
    </w:p>
    <w:p>
      <w:r>
        <w:rPr>
          <w:b/>
        </w:rPr>
        <w:t xml:space="preserve">[03:27] </w:t>
      </w:r>
      <w:r>
        <w:t>mere paas thinking hai,</w:t>
      </w:r>
    </w:p>
    <w:p>
      <w:pPr>
        <w:jc w:val="right"/>
      </w:pPr>
      <w:r>
        <w:t>میرے پاس تھنکنگ ہے،</w:t>
      </w:r>
    </w:p>
    <w:p>
      <w:r>
        <w:rPr>
          <w:b/>
        </w:rPr>
        <w:t xml:space="preserve">[03:31] </w:t>
      </w:r>
      <w:r>
        <w:t>mere paas mind hai. mere liye possible hai ke main kisi bhi moment apne creator se contact kar sakoon.</w:t>
      </w:r>
    </w:p>
    <w:p>
      <w:pPr>
        <w:jc w:val="right"/>
      </w:pPr>
      <w:r>
        <w:t>میرے پاس مائنڈ ہے۔ میرے لیے پاسیبل ہے کہ میں کسی بھی مومنٹ اپنے کریٹر سے کنٹیکٹ کر سکوں۔</w:t>
      </w:r>
    </w:p>
    <w:p>
      <w:r>
        <w:rPr>
          <w:b/>
        </w:rPr>
        <w:t xml:space="preserve">[03:45] </w:t>
      </w:r>
      <w:r>
        <w:t>main is se mangoon aur mujhe de. main is se poochoon aur is ka mujhe answer kare.</w:t>
      </w:r>
    </w:p>
    <w:p>
      <w:pPr>
        <w:jc w:val="right"/>
      </w:pPr>
      <w:r>
        <w:t>میں اس سے مانگوں اور مجھے دے۔ میں اس سے پوچھوں اور اس کا مجھے انسر کرے۔</w:t>
      </w:r>
    </w:p>
    <w:p>
      <w:r>
        <w:rPr>
          <w:b/>
        </w:rPr>
        <w:t xml:space="preserve">[03:56] </w:t>
      </w:r>
      <w:r>
        <w:t>isi liye quran ke sab se pehli jo verse hai: alhamdulillah rabbil alameen. shukr hai khuda ka.</w:t>
      </w:r>
    </w:p>
    <w:p>
      <w:pPr>
        <w:jc w:val="right"/>
      </w:pPr>
      <w:r>
        <w:t>اسی لیے قرآن کے سب سے پہلی جو ورث ہے: الحمدللہ رب العالمین۔ شکر ہے خدا کا۔</w:t>
      </w:r>
    </w:p>
    <w:p>
      <w:r>
        <w:rPr>
          <w:b/>
        </w:rPr>
        <w:t xml:space="preserve">[04:11] </w:t>
      </w:r>
      <w:r>
        <w:t>main bohat din tak yeh sochta raha ke quran ka</w:t>
      </w:r>
    </w:p>
    <w:p>
      <w:pPr>
        <w:jc w:val="right"/>
      </w:pPr>
      <w:r>
        <w:t>میں بہت دن تک یہ سوچتا رہا کہ قرآن کا</w:t>
      </w:r>
    </w:p>
    <w:p>
      <w:r>
        <w:rPr>
          <w:b/>
        </w:rPr>
        <w:t xml:space="preserve">[04:18] </w:t>
      </w:r>
      <w:r>
        <w:t>quran ka jism kya hai? quran ke message ka poore quran ka central idea kya hai?</w:t>
      </w:r>
    </w:p>
    <w:p>
      <w:pPr>
        <w:jc w:val="right"/>
      </w:pPr>
      <w:r>
        <w:t>قرآن کا جسم کیا ہے؟ قرآن کے میسج کا پورے قرآن کا سینٹرل آئیڈیا کیا ہے؟</w:t>
      </w:r>
    </w:p>
    <w:p>
      <w:r>
        <w:rPr>
          <w:b/>
        </w:rPr>
        <w:t xml:space="preserve">[04:32] </w:t>
      </w:r>
      <w:r>
        <w:t>aakhir mein meri samajh mein aaya ke quran ki jo first verse hai wahi quran ka central idea bata rahi hai.</w:t>
      </w:r>
    </w:p>
    <w:p>
      <w:pPr>
        <w:jc w:val="right"/>
      </w:pPr>
      <w:r>
        <w:t>آخر میں میری سمجھ میں آیا کہ قرآن کی جو فرسٹ ورث ہے وہی قرآن کا سینٹرل آئیڈیا بتا رہی ہے۔</w:t>
      </w:r>
    </w:p>
    <w:p>
      <w:r>
        <w:rPr>
          <w:b/>
        </w:rPr>
        <w:t xml:space="preserve">[04:41] </w:t>
      </w:r>
      <w:r>
        <w:t>ab woh hai: hamd e khawandagi mein jeena, shukr e elahi mein jeena.</w:t>
      </w:r>
    </w:p>
    <w:p>
      <w:pPr>
        <w:jc w:val="right"/>
      </w:pPr>
      <w:r>
        <w:t>اب وہ ہے: حمد خداوندی میں جینا، شکر الہی میں جینا۔</w:t>
      </w:r>
    </w:p>
    <w:p>
      <w:r>
        <w:rPr>
          <w:b/>
        </w:rPr>
        <w:t xml:space="preserve">[04:49] </w:t>
      </w:r>
      <w:r>
        <w:t>to jab khuda ne quran mein yeh bataya ke tum log khuda ke shukr karte hue jiyo to zahir hai ke is ko khuda possible bhi banaye ga.</w:t>
      </w:r>
    </w:p>
    <w:p>
      <w:pPr>
        <w:jc w:val="right"/>
      </w:pPr>
      <w:r>
        <w:t>تو جب خدا نے قرآن میں یہ بتایا کہ تم لوگ خدا کے شکر کرتے ہوئے جیو تو ظاہر ہے کہ اس کو خدا پاسیبل بھی بنائے گا۔</w:t>
      </w:r>
    </w:p>
    <w:p>
      <w:r>
        <w:rPr>
          <w:b/>
        </w:rPr>
        <w:t xml:space="preserve">[05:04] </w:t>
      </w:r>
      <w:r>
        <w:t>jab khuda ne chaha ke aap khuda ke</w:t>
      </w:r>
    </w:p>
    <w:p>
      <w:pPr>
        <w:jc w:val="right"/>
      </w:pPr>
      <w:r>
        <w:t>جب خدا نے چاہا کہ آپ خدا کے</w:t>
      </w:r>
    </w:p>
    <w:p>
      <w:r>
        <w:rPr>
          <w:b/>
        </w:rPr>
        <w:t xml:space="preserve">[05:11] </w:t>
      </w:r>
      <w:r>
        <w:t>yaad mein jiyen, khuda ka shukr karte hue jiyen, khuda ko acknowledge karte hue jiyen, aap dunya mein to is ko pa</w:t>
      </w:r>
    </w:p>
    <w:p>
      <w:pPr>
        <w:jc w:val="right"/>
      </w:pPr>
      <w:r>
        <w:t>یاد میں جیئیں، خدا کا شکر کرتے ہوئے جیئیں، خدا کو اکنالج کرتے ہوئے جیئیں، آپ دنیا میں تو اس کو پ</w:t>
      </w:r>
    </w:p>
    <w:p>
      <w:r>
        <w:rPr>
          <w:b/>
        </w:rPr>
        <w:t xml:space="preserve">[05:19] </w:t>
      </w:r>
      <w:r>
        <w:t>isible bhi banaye ga. woh agar possible na banaye khuda is ko to aap kaise khuda ko acknowledge karenge? hamd mein kaise jiyenge aap?</w:t>
      </w:r>
    </w:p>
    <w:p>
      <w:pPr>
        <w:jc w:val="right"/>
      </w:pPr>
      <w:r>
        <w:t>اسیبل بھی بنائے گا۔ وہ اگر پاسیبل نہ بنائے خدا اس کو تو آپ کیسے خدا کو اکنالج کریں گے؟ حمد میں کیسے جیئیں گے آپ؟</w:t>
      </w:r>
    </w:p>
    <w:p>
      <w:r>
        <w:rPr>
          <w:b/>
        </w:rPr>
        <w:t xml:space="preserve">[05:31] </w:t>
      </w:r>
      <w:r>
        <w:t>to yaani aik second ke fraction mein aap ka contact khuda se ho jata hai.</w:t>
      </w:r>
    </w:p>
    <w:p>
      <w:pPr>
        <w:jc w:val="right"/>
      </w:pPr>
      <w:r>
        <w:t>تو یعنی ایک سیکنڈ کے فریکشن میں آپ کا کنٹیکٹ خدا سے ہو جاتا ہے۔</w:t>
      </w:r>
    </w:p>
    <w:p>
      <w:r>
        <w:rPr>
          <w:b/>
        </w:rPr>
        <w:t xml:space="preserve">[05:38] </w:t>
      </w:r>
      <w:r>
        <w:t>aik second ke fraction mein.</w:t>
      </w:r>
    </w:p>
    <w:p>
      <w:pPr>
        <w:jc w:val="right"/>
      </w:pPr>
      <w:r>
        <w:t>ایک سیکنڈ کے فریکشن میں۔</w:t>
      </w:r>
    </w:p>
    <w:p>
      <w:r>
        <w:rPr>
          <w:b/>
        </w:rPr>
        <w:t xml:space="preserve">[05:44] </w:t>
      </w:r>
      <w:r>
        <w:t>electronic waves se pehle insan ko pata nahi tha ke aik second ke fraction mein bhi contact hua karta hai.</w:t>
      </w:r>
    </w:p>
    <w:p>
      <w:pPr>
        <w:jc w:val="right"/>
      </w:pPr>
      <w:r>
        <w:t>الیکٹرانک ویوز سے پہلے انسان کو پتہ نہیں تھا کہ ایک سیکنڈ کے فریکشن میں بھی کنٹیکٹ ہوا کرتا ہے۔</w:t>
      </w:r>
    </w:p>
    <w:p>
      <w:r>
        <w:rPr>
          <w:b/>
        </w:rPr>
        <w:t xml:space="preserve">[05:55] </w:t>
      </w:r>
      <w:r>
        <w:t>lekin aap jante hain ke aaj insan ne pata kiya hai ke jo waves hain yeh aik lakh chah aik crore 86 lakh woh aik lakh 86 hazar per second ki speed se chalti hain.</w:t>
      </w:r>
    </w:p>
    <w:p>
      <w:pPr>
        <w:jc w:val="right"/>
      </w:pPr>
      <w:r>
        <w:t>لیکن آپ جانتے ہیں کہ آج انسان نے پتہ کیا ہے کہ جو ویوز ہیں یہ ایک لاکھ چھ ایک کروڑ 86 لاکھ وہ ایک لاکھ 86 ہزار فی پر سیکنڈ کی سپیڈ سے چلتی ہیں۔</w:t>
      </w:r>
    </w:p>
    <w:p>
      <w:r>
        <w:rPr>
          <w:b/>
        </w:rPr>
        <w:t xml:space="preserve">[06:15] </w:t>
      </w:r>
      <w:r>
        <w:t>kitna zyada speed hai in ki? is se bhi zyada speed hai is word ki jo aap khuda se bolen.</w:t>
      </w:r>
    </w:p>
    <w:p>
      <w:pPr>
        <w:jc w:val="right"/>
      </w:pPr>
      <w:r>
        <w:t>کتنا زیادہ سپیڈ ہے ان کی؟ اس سے بھی زیادہ سپیڈ ہے اس ورڈ کی جو آپ خدا سے بولیں۔</w:t>
      </w:r>
    </w:p>
    <w:p>
      <w:r>
        <w:rPr>
          <w:b/>
        </w:rPr>
        <w:t xml:space="preserve">[06:24] </w:t>
      </w:r>
      <w:r>
        <w:t>instantly contact establish hota hai aap ka khuda se. woh woh aik lakh 86 hazar mile ki physical se chalti hain, rays.</w:t>
      </w:r>
    </w:p>
    <w:p>
      <w:pPr>
        <w:jc w:val="right"/>
      </w:pPr>
      <w:r>
        <w:t>انسٹنٹلی کنٹیکٹ اسٹیبلش ہوتا ہے آپ کا خدا سے۔ وہ وہ ایک لاکھ 86 ہزار میل کی فیزیکل سے چلتی ہیں، ریز۔</w:t>
      </w:r>
    </w:p>
    <w:p>
      <w:r>
        <w:rPr>
          <w:b/>
        </w:rPr>
        <w:t xml:space="preserve">[06:38] </w:t>
      </w:r>
      <w:r>
        <w:t>lekin yeh jo hai yeh to is se bhi zyada tez chalti hai.</w:t>
      </w:r>
    </w:p>
    <w:p>
      <w:pPr>
        <w:jc w:val="right"/>
      </w:pPr>
      <w:r>
        <w:t>لیکن یہ جو ہے یہ تو اس سے بھی زیادہ تیز چلتی ہے۔</w:t>
      </w:r>
    </w:p>
    <w:p>
      <w:r>
        <w:rPr>
          <w:b/>
        </w:rPr>
        <w:t xml:space="preserve">[06:47] </w:t>
      </w:r>
      <w:r>
        <w:t>to insan jab bhi soche ke creator ne kitna simple bana diya, kitna aasan bana diya is baat ko ke insan apne creator se contact kar sake,</w:t>
      </w:r>
    </w:p>
    <w:p>
      <w:pPr>
        <w:jc w:val="right"/>
      </w:pPr>
      <w:r>
        <w:t>تو انسان جب بھی سوچے کہ کریٹر نے کتنا سمپل بنا دیا، کتنا آسان بنا دیا اس بات کو کہ انسان اپنے کریٹر سے کنٹیکٹ کر سکے،</w:t>
      </w:r>
    </w:p>
    <w:p>
      <w:r>
        <w:rPr>
          <w:b/>
        </w:rPr>
        <w:t xml:space="preserve">[07:06] </w:t>
      </w:r>
      <w:r>
        <w:t>is se bari baat kya ho sakti hai dunya mein?</w:t>
      </w:r>
    </w:p>
    <w:p>
      <w:pPr>
        <w:jc w:val="right"/>
      </w:pPr>
      <w:r>
        <w:t>اس سے بڑی بات کیا ہو سکتی ہے دنیا میں؟</w:t>
      </w:r>
    </w:p>
    <w:p>
      <w:r>
        <w:rPr>
          <w:b/>
        </w:rPr>
        <w:t xml:space="preserve">[07:11] </w:t>
      </w:r>
      <w:r>
        <w:t>yeh to aik ehsas tha jo maine aap ko convey kiya.</w:t>
      </w:r>
    </w:p>
    <w:p>
      <w:pPr>
        <w:jc w:val="right"/>
      </w:pPr>
      <w:r>
        <w:t>یہ تو ایک احساس تھا جو میں نے آپ کو کنوے کیا۔</w:t>
      </w:r>
    </w:p>
    <w:p>
      <w:r>
        <w:rPr>
          <w:b/>
        </w:rPr>
        <w:t xml:space="preserve">[07:19] </w:t>
      </w:r>
      <w:r>
        <w:t>doosri baat yeh hai ke aaj aap jante hain ke hamari weekly meeting hai jis ko hum sunday class kehte hain.</w:t>
      </w:r>
    </w:p>
    <w:p>
      <w:pPr>
        <w:jc w:val="right"/>
      </w:pPr>
      <w:r>
        <w:t>دوسری بات یہ ہے کہ آج آپ جانتے ہیں کہ ہماری ویکلی میٹنگ ہے جس کو ہم سنڈے کلاس کہتے ہیں۔</w:t>
      </w:r>
    </w:p>
    <w:p>
      <w:r>
        <w:rPr>
          <w:b/>
        </w:rPr>
        <w:t xml:space="preserve">[07:32] </w:t>
      </w:r>
      <w:r>
        <w:t>woh is ke baray mein main kai din se soch raha tha ke kya theme ho? koi theme samajh mein nahi aa rahi thi.</w:t>
      </w:r>
    </w:p>
    <w:p>
      <w:pPr>
        <w:jc w:val="right"/>
      </w:pPr>
      <w:r>
        <w:t>وہ اس کے بارے میں میں کئی دن سے سوچ رہا تھا کہ کیا تھیم ہو؟ کوئی تھیم سمجھ میں نہیں آ رہی تھی۔</w:t>
      </w:r>
    </w:p>
    <w:p>
      <w:r>
        <w:rPr>
          <w:b/>
        </w:rPr>
        <w:t xml:space="preserve">[07:42] </w:t>
      </w:r>
      <w:r>
        <w:t>aaj morning tak bhi koi theme nahi hui samajh mein nahi aa rahi thi.</w:t>
      </w:r>
    </w:p>
    <w:p>
      <w:pPr>
        <w:jc w:val="right"/>
      </w:pPr>
      <w:r>
        <w:t>آج مارننگ تک بھی کوئی تھیم نہیں ہوئی سمجھ میں نہیں آ رہی تھی۔</w:t>
      </w:r>
    </w:p>
    <w:p>
      <w:r>
        <w:rPr>
          <w:b/>
        </w:rPr>
        <w:t xml:space="preserve">[07:46] </w:t>
      </w:r>
      <w:r>
        <w:t>abhi morning ka paper mujhe mila ke times of india to us ke ek news ko dekhte hue achank mujhe aaj ki theme samajh mein aa gayi.</w:t>
      </w:r>
    </w:p>
    <w:p>
      <w:pPr>
        <w:jc w:val="right"/>
      </w:pPr>
      <w:r>
        <w:t>ابھی مارننگ کا پیپر مجھے ملا کہ ٹائمز آف انڈیا تو اس کے ایک نیوز کو دیکھتے ہوئے اچانک مجھے آج کی تھیم سمجھ میں آ گئی۔</w:t>
      </w:r>
    </w:p>
    <w:p>
      <w:r>
        <w:rPr>
          <w:b/>
        </w:rPr>
        <w:t xml:space="preserve">[07:58] </w:t>
      </w:r>
      <w:r>
        <w:t>yeh aaj yaani november fifth ka, paanch november ka yeh times of india hai.</w:t>
      </w:r>
    </w:p>
    <w:p>
      <w:pPr>
        <w:jc w:val="right"/>
      </w:pPr>
      <w:r>
        <w:t>یہ آج یعنی نومبر ففتھ کا، پانچ نومبر کا یہ ٹائمز آف انڈیا ہے۔</w:t>
      </w:r>
    </w:p>
    <w:p>
      <w:r>
        <w:rPr>
          <w:b/>
        </w:rPr>
        <w:t xml:space="preserve">[08:09] </w:t>
      </w:r>
      <w:r>
        <w:t>is ke is ka jo daily times ka jo</w:t>
      </w:r>
    </w:p>
    <w:p>
      <w:pPr>
        <w:jc w:val="right"/>
      </w:pPr>
      <w:r>
        <w:t>اس کے اس کا جو ڈلی ٹائمز کا جو</w:t>
      </w:r>
    </w:p>
    <w:p>
      <w:r>
        <w:rPr>
          <w:b/>
        </w:rPr>
        <w:t xml:space="preserve">[08:16] </w:t>
      </w:r>
      <w:r>
        <w:t>yeh jo pehla page hai is mein unhon ne bataya hai ke british ladki jemima jo bohat hi well known hai, aap sab log jante honge is ko ke jemima ek wealthy family ki ladki thi london ki.</w:t>
      </w:r>
    </w:p>
    <w:p>
      <w:pPr>
        <w:jc w:val="right"/>
      </w:pPr>
      <w:r>
        <w:t>یہ جو پہلا پیج ہے اس میں انہوں نے بتایا ہے کہ برٹش لڑکی جمائمہ جو بہت ہی ویل نون ہے، آپ سب لوگ جانتے ہوں گے اس کو کہ جمائمہ ایک ویلدی فیملی کی لڑکی تھی لندن کی۔</w:t>
      </w:r>
    </w:p>
    <w:p>
      <w:r>
        <w:rPr>
          <w:b/>
        </w:rPr>
        <w:t xml:space="preserve">[08:40] </w:t>
      </w:r>
      <w:r>
        <w:t>to is ne shadi ki thi captain imran se,</w:t>
      </w:r>
    </w:p>
    <w:p>
      <w:pPr>
        <w:jc w:val="right"/>
      </w:pPr>
      <w:r>
        <w:t>تو اس نے شادی کی تھی کیپٹن عمران سے،</w:t>
      </w:r>
    </w:p>
    <w:p>
      <w:r>
        <w:rPr>
          <w:b/>
        </w:rPr>
        <w:t xml:space="preserve">[08:43] </w:t>
      </w:r>
      <w:r>
        <w:t>phir separation hua. ab is ki ek aur shadi ho rahi hai. to captain imran jo is ke pichle husband hain jin se aap separation ho chuka hai,</w:t>
      </w:r>
    </w:p>
    <w:p>
      <w:pPr>
        <w:jc w:val="right"/>
      </w:pPr>
      <w:r>
        <w:t>پھر سیپریشن ہوا۔ اب اس کی ایک اور شادی ہو رہی ہے۔ تو کیپٹن عمران جو اس کے پچھلے ہسبینڈ ہیں جن سے آپ سیپریشن ہو چکا ہے،</w:t>
      </w:r>
    </w:p>
    <w:p>
      <w:r>
        <w:rPr>
          <w:b/>
        </w:rPr>
        <w:t xml:space="preserve">[08:57] </w:t>
      </w:r>
      <w:r>
        <w:t>to un ko yeh khabar jab batayi gayi ke jemima doosri shadi kar rahi hai to is mein news di hai unhon ne</w:t>
      </w:r>
    </w:p>
    <w:p>
      <w:pPr>
        <w:jc w:val="right"/>
      </w:pPr>
      <w:r>
        <w:t>تو ان کو یہ خبر جب بتائی گئی کہ جمائمہ دوسری شادی کر رہی ہے تو اس میں نیوز دی ہے انہوں نے</w:t>
      </w:r>
    </w:p>
    <w:p>
      <w:r>
        <w:rPr>
          <w:b/>
        </w:rPr>
        <w:t xml:space="preserve">[09:06] </w:t>
      </w:r>
      <w:r>
        <w:t>. to is news ka jo caption lagaya hai wo yeh hai yaani captain imran ne kaha ke "i am glad that jemima is settled".</w:t>
      </w:r>
    </w:p>
    <w:p>
      <w:pPr>
        <w:jc w:val="right"/>
      </w:pPr>
      <w:r>
        <w:t>۔ تو اس نیوز کا جو کیپشن لگایا ہے وہ یہ ہے یعنی کیپٹن عمران نے کہا کہ "آئی ایم گلیڈ دیٹ جمائمہ از سیٹل"۔</w:t>
      </w:r>
    </w:p>
    <w:p>
      <w:r>
        <w:rPr>
          <w:b/>
        </w:rPr>
        <w:t xml:space="preserve">[09:27] </w:t>
      </w:r>
      <w:r>
        <w:t>ek captain imran ne kaha hai ke "i am glad that jemima is settled". is ko padhte hi achank mere mind mein ek ek aur idea flash hua instantly, wo yeh "i am disturbed that jemima is unsettled".</w:t>
      </w:r>
    </w:p>
    <w:p>
      <w:pPr>
        <w:jc w:val="right"/>
      </w:pPr>
      <w:r>
        <w:t>ایک کیپٹن عمران نے کہا ہے کہ "آئی ایم گلیڈ دیٹ جمائمہ از سیٹل"۔ اس کو پڑھتے ہی اچانک میرے مائنڈ میں ایک ایک اور آئیڈیا فلیش ہوا انسٹنٹلی، وہ یہ "آئی ایم ڈسٹرب دیٹ جمائمہ از ان سیٹل"۔</w:t>
      </w:r>
    </w:p>
    <w:p>
      <w:r>
        <w:rPr>
          <w:b/>
        </w:rPr>
        <w:t xml:space="preserve">[09:49] </w:t>
      </w:r>
      <w:r>
        <w:t>isi ko kehte hain toosam quran mein. yahi toosam hai,</w:t>
      </w:r>
    </w:p>
    <w:p>
      <w:pPr>
        <w:jc w:val="right"/>
      </w:pPr>
      <w:r>
        <w:t>اسی کو کہتے ہیں توسم قرآن میں۔ یہی توسم ہے،</w:t>
      </w:r>
    </w:p>
    <w:p>
      <w:r>
        <w:rPr>
          <w:b/>
        </w:rPr>
        <w:t xml:space="preserve">[09:53] </w:t>
      </w:r>
      <w:r>
        <w:t>ek baat se doosri baat nikalna,</w:t>
      </w:r>
    </w:p>
    <w:p>
      <w:pPr>
        <w:jc w:val="right"/>
      </w:pPr>
      <w:r>
        <w:t>ایک بات سے دوسری بات نکالنا،</w:t>
      </w:r>
    </w:p>
    <w:p>
      <w:r>
        <w:rPr>
          <w:b/>
        </w:rPr>
        <w:t xml:space="preserve">[09:58] </w:t>
      </w:r>
      <w:r>
        <w:t>to draw a lesson from an event. yeh hai toosam. to unhon ne kaha tha ke "i am glad that jemima is jemima is settled".</w:t>
      </w:r>
    </w:p>
    <w:p>
      <w:pPr>
        <w:jc w:val="right"/>
      </w:pPr>
      <w:r>
        <w:t>ٹو ڈرائی لیسن فرام این ایونٹ۔ یہ ہے توسم۔ تو انہوں نے کہا تھا کہ "آئی ایم گلیڈ دیٹ جمائمہ از جمائمہ از سیٹل"۔</w:t>
      </w:r>
    </w:p>
    <w:p>
      <w:r>
        <w:rPr>
          <w:b/>
        </w:rPr>
        <w:t xml:space="preserve">[10:09] </w:t>
      </w:r>
      <w:r>
        <w:t>mere mind ne is ko convert kiya ke "i am disturbed, disturbed that jemima is unsettled". kyun main ne aisa kaha?</w:t>
      </w:r>
    </w:p>
    <w:p>
      <w:pPr>
        <w:jc w:val="right"/>
      </w:pPr>
      <w:r>
        <w:t>میرے مائنڈ نے اس کو کنورٹ کیا کہ "آئی ایم ڈسٹرب، ڈسٹرب دیٹ جمائمہ از ان سیٹل"۔ کیوں میں نے ایسا کہا؟</w:t>
      </w:r>
    </w:p>
    <w:p>
      <w:r>
        <w:rPr>
          <w:b/>
        </w:rPr>
        <w:t xml:space="preserve">[10:21] </w:t>
      </w:r>
      <w:r>
        <w:t>jemima ki story mein aaj kal ke ladke ladkiyon ki story mujhe dikhai de rahi hai. aaj kal ke jo ladke ladkiyan hain jo apne ko samajhte hain kam freedom ko enjoy kar rahe hain,</w:t>
      </w:r>
    </w:p>
    <w:p>
      <w:pPr>
        <w:jc w:val="right"/>
      </w:pPr>
      <w:r>
        <w:t>جمائمہ کی سٹوری میں آج کل کے لڑکے لڑکیوں کی سٹوری مجھے دکھائی دے رہی ہے۔ آج کل کے جو لڑکے لڑکیاں ہیں جو اپنے کو سمجھتے ہیں کم فریڈم کو انجوائے کر رہے ہیں،</w:t>
      </w:r>
    </w:p>
    <w:p>
      <w:r>
        <w:rPr>
          <w:b/>
        </w:rPr>
        <w:t xml:space="preserve">[10:35] </w:t>
      </w:r>
      <w:r>
        <w:t>modern world ko enjoy kar rahe hain, to un ka kya tareeqa hai? to jemima ne pehle is ka kai logon se love affair chala, phir is ne imran se shadi ki,</w:t>
      </w:r>
    </w:p>
    <w:p>
      <w:pPr>
        <w:jc w:val="right"/>
      </w:pPr>
      <w:r>
        <w:t>ماڈرن ورلڈ کو انجوائے کر رہے ہیں، تو ان کا کیا طریقہ ہے؟ تو جمائمہ نے پہلے اس کا کئی لوگوں سے لو افیئر چلا، پھر اس نے عمران سے شادی کی،</w:t>
      </w:r>
    </w:p>
    <w:p>
      <w:r>
        <w:rPr>
          <w:b/>
        </w:rPr>
        <w:t xml:space="preserve">[10:51] </w:t>
      </w:r>
      <w:r>
        <w:t>phir is se break hua, phir aur is ke kai friend bane. ab kisi se kar rahi hai shadi aur it is nearly certain that ke is se bhi break hoga, is se bhi separation hoga,</w:t>
      </w:r>
    </w:p>
    <w:p>
      <w:pPr>
        <w:jc w:val="right"/>
      </w:pPr>
      <w:r>
        <w:t>پھر اس سے بریک ہوا، پھر اور اس کے کئی فرینڈ بنے۔ اب کسی سے کر رہی ہے شادی اور اٹ از نیرلی سرٹن دیٹ کہ اس سے بھی بریک ہوگا، اس سے بھی سیپریشن ہوگا،</w:t>
      </w:r>
    </w:p>
    <w:p>
      <w:r>
        <w:rPr>
          <w:b/>
        </w:rPr>
        <w:t xml:space="preserve">[11:07] </w:t>
      </w:r>
      <w:r>
        <w:t>kyunki tendency to badli nahi hai, mizaj to badla nahi hai. main wahan gaya london to ek sahib ke ghar par main tha to wahan ek lady ek ladki aayi jis ne teesri shadi ki thi.</w:t>
      </w:r>
    </w:p>
    <w:p>
      <w:pPr>
        <w:jc w:val="right"/>
      </w:pPr>
      <w:r>
        <w:t>کیونکہ ٹینڈنسی تو بدلی نہیں ہے، مزاج تو بدلا نہیں ہے۔ میں وہاں گیا لندن تو ایک صاحب کے گھر پر میں تھا تو وہاں ایک لیڈی ایک لڑکی آئی جس نے تیسری شادی کی تھی۔</w:t>
      </w:r>
    </w:p>
    <w:p>
      <w:r>
        <w:rPr>
          <w:b/>
        </w:rPr>
        <w:t xml:space="preserve">[11:22] </w:t>
      </w:r>
      <w:r>
        <w:t>to jahan main thehra tha unhon ne poocha ke bhai teesri shadi ko kar li tum ne? to us ne kaha ke wo doosre wale se zyada bore ho gayi thi. main yaani bore hone par bhi agar aap doosri shadiyan karte rahen to yahi hota hai society mein.</w:t>
      </w:r>
    </w:p>
    <w:p>
      <w:pPr>
        <w:jc w:val="right"/>
      </w:pPr>
      <w:r>
        <w:t>تو جہاں میں ٹھہرا تھا انہوں نے پوچھا کہ بھئی تیسری شادی کو کر لی تم نے؟ تو اس نے کہا کہ وہ دوسرے والے سے زیادہ بور ہو گئی تھی۔ میں یعنی بور ہونے پر بھی اگر آپ دوسری شادیاں کرتے رہیں تو یہی ہوتا ہے سوسائٹی میں۔</w:t>
      </w:r>
    </w:p>
    <w:p>
      <w:r>
        <w:rPr>
          <w:b/>
        </w:rPr>
        <w:t xml:space="preserve">[11:36] </w:t>
      </w:r>
      <w:r>
        <w:t>to mere mind mein kyun aaya ke "i am disturbed that jemima is unsettled"? kyunki aaj kal ke ladke ladkiyan jo hain chhoti chhoti baaton mein jeete hain yaani friendship aur dating aur shopping aur partiyon mein jana,</w:t>
      </w:r>
    </w:p>
    <w:p>
      <w:pPr>
        <w:jc w:val="right"/>
      </w:pPr>
      <w:r>
        <w:t>تو میرے مائنڈ میں کیوں آیا کہ "آئی ایم از ڈسٹرب دیٹ جمائمہ از ان سیٹل"؟ کیونکہ آج کل کے لڑکے لڑکیاں جو ہیں چھوٹی چھوٹی باتوں میں جیتے ہیں یعنی فرینڈ شپ اور ڈیٹنگ اور شاپنگ اور پارٹیوں میں جانا،</w:t>
      </w:r>
    </w:p>
    <w:p>
      <w:r>
        <w:rPr>
          <w:b/>
        </w:rPr>
        <w:t xml:space="preserve">[11:56] </w:t>
      </w:r>
      <w:r>
        <w:t>hotelling aur outing. hua aadmi ne kaha tha ke hua culture is mein jeete hain, jeete hain, jeete hain, phir mar jate hain.</w:t>
      </w:r>
    </w:p>
    <w:p>
      <w:pPr>
        <w:jc w:val="right"/>
      </w:pPr>
      <w:r>
        <w:t>ہوٹلنگ اور آؤٹنگ۔ ہوا آدمی نے کہا تھا کہ ہوا کلچر اس میں جیتے ہیں، جیتے ہیں، جیتے ہیں، پھر مر جاتے ہیں۔</w:t>
      </w:r>
    </w:p>
    <w:p>
      <w:r>
        <w:rPr>
          <w:b/>
        </w:rPr>
        <w:t xml:space="preserve">[12:07] </w:t>
      </w:r>
      <w:r>
        <w:t>kahan? ek aisi universe mein, ek aisi duniya mein jahan un ke liye is se badi badi cheezein wait kar rahi hain, un ko ke us ko wo discover karen, us ko wo realize karen, is mein wo jeena seekhen.</w:t>
      </w:r>
    </w:p>
    <w:p>
      <w:pPr>
        <w:jc w:val="right"/>
      </w:pPr>
      <w:r>
        <w:t>کہاں؟ ایک ایسی یونیورس میں، ایک ایسی دنیا میں جہاں ان کے لیے اس سے بڑی بڑی چیزیں ویٹ کر رہی ہیں، ان کو کہ اس کو وہ ڈسکور کریں، اس کو وہ ریلائز کریں، اس میں وہ جینا سیکھیں۔</w:t>
      </w:r>
    </w:p>
    <w:p>
      <w:r>
        <w:rPr>
          <w:b/>
        </w:rPr>
        <w:t xml:space="preserve">[12:22] </w:t>
      </w:r>
      <w:r>
        <w:t>to isi ko lekar ke ek martaba hindustan times ne pehle pehle is ka ek editor tha, wo thi thinker type ka editor tha, wo ab wo nahi mar chuka hai, wo</w:t>
      </w:r>
    </w:p>
    <w:p>
      <w:pPr>
        <w:jc w:val="right"/>
      </w:pPr>
      <w:r>
        <w:t>تو اسی کو لے کر کے ایک مرتبہ ہندوستان ٹائمز نے پہلے پہلے اس کا ایک ایڈیٹر تھا، وہ تھی تھنکر ٹائپ کا ایڈیٹر تھا، وہ اب وہ نہیں مر چکا ہے، وہ</w:t>
      </w:r>
    </w:p>
    <w:p>
      <w:r>
        <w:rPr>
          <w:b/>
        </w:rPr>
        <w:t xml:space="preserve">[12:37] </w:t>
      </w:r>
      <w:r>
        <w:t>hindustan times jo english daily hai yahan ka, to is mein is tarah ki cheezon ko likh kar is ne is tarah ki cheezon ko le kar is ne kaha tha, likha tha apne editorial mein:</w:t>
      </w:r>
    </w:p>
    <w:p>
      <w:pPr>
        <w:jc w:val="right"/>
      </w:pPr>
      <w:r>
        <w:t>ہندوستان ٹائمز جو انگلش ڈیلی ہے یہاں کا، تو اس میں اس طرح کی چیزوں کو لکھ کر اس نے اس طرح کی چیزوں کو لے کر اس نے کہا تھا، لکھا تھا اپنے ایڈیٹوریل میں:</w:t>
      </w:r>
    </w:p>
    <w:p>
      <w:r>
        <w:rPr>
          <w:b/>
        </w:rPr>
        <w:t xml:space="preserve">[12:54] </w:t>
      </w:r>
      <w:r>
        <w:t>"men's minds are lost". lost: "men's minds are lost in trivialities and not attuned to the challenge, to the challenging issues of the time".</w:t>
      </w:r>
    </w:p>
    <w:p>
      <w:pPr>
        <w:jc w:val="right"/>
      </w:pPr>
      <w:r>
        <w:t>"مینز مائنڈز ار لاسٹ"۔ ایل او ایس ٹی: "مینز مائنڈز ار لاسٹ ان ٹریویلٹیز اینڈ ناٹ اٹیون ٹو دا چیلنج، ٹو دا چیلنجنگ ایشوز اف دا ٹائم"۔</w:t>
      </w:r>
    </w:p>
    <w:p>
      <w:r>
        <w:rPr>
          <w:b/>
        </w:rPr>
        <w:t xml:space="preserve">[13:13] </w:t>
      </w:r>
      <w:r>
        <w:t>"men's minds are lost in trivialities and not attuned to the challenging issues of the time". to main yeh kahunga ke aaj kal ke jo generation hai, jo aaj kal ke ladke aur ladkiyan hain,</w:t>
      </w:r>
    </w:p>
    <w:p>
      <w:pPr>
        <w:jc w:val="right"/>
      </w:pPr>
      <w:r>
        <w:t>"مینز مائنڈز ار لاسٹ ان ٹریویلٹیز اینڈ ناٹ اٹیون ٹو دا چیلنجنگ ایشوز اف دا ٹائم"۔ تو میں یہ کہوں گا کہ آج کل کے جو جنریشن ہے، جو آج کل کے لڑکے اور لڑکیاں ہیں،</w:t>
      </w:r>
    </w:p>
    <w:p>
      <w:r>
        <w:rPr>
          <w:b/>
        </w:rPr>
        <w:t xml:space="preserve">[13:29] </w:t>
      </w:r>
      <w:r>
        <w:t>choti choti baton mein zindagi guzarte rehte hain, phir time waste karte rehte hain aur phir mar jate hain, jabke is se bohat bari bari cheezain un ke aas paas hain jin ko woh discover karen.</w:t>
      </w:r>
    </w:p>
    <w:p>
      <w:pPr>
        <w:jc w:val="right"/>
      </w:pPr>
      <w:r>
        <w:t>چھوٹی چھوٹی باتوں میں زندگی گزارتے رہتے ہیں، پھر ٹائم ویسٹ کرتے رہتے ہیں اور پھر مر جاتے ہیں، جبکہ اس سے بہت بڑی بڑی چیزیں ان کے اس پاس ہیں جن کو وہ ڈسکور کریں۔</w:t>
      </w:r>
    </w:p>
    <w:p>
      <w:r>
        <w:rPr>
          <w:b/>
        </w:rPr>
        <w:t xml:space="preserve">[13:45] </w:t>
      </w:r>
      <w:r>
        <w:t>yeh yeh culture develop hua hai idhar jis ko hum consumer culture kehte hain. kuch dinon mein is se pehle yeh culture nahi tha. ise bare bare scientist jitne pehle paida hue.</w:t>
      </w:r>
    </w:p>
    <w:p>
      <w:pPr>
        <w:jc w:val="right"/>
      </w:pPr>
      <w:r>
        <w:t>یہ یہ کلچر ڈیولپ ہوا ہے ادھر جس کو ہم کنزیومر کلچر کہتے ہیں۔ کچھ دنوں میں اس سے پہلے یہ کلچر نہیں تھا۔ اسے بڑے بڑے سائنٹسٹ جتنے پہلے پیدا ہوئے۔</w:t>
      </w:r>
    </w:p>
    <w:p>
      <w:r>
        <w:rPr>
          <w:b/>
        </w:rPr>
        <w:t xml:space="preserve">[13:57] </w:t>
      </w:r>
      <w:r>
        <w:t>aaj kal kon bara scientist paida ho raha hai? aaj kal to ek hi hai, woh Stephen Hawking jo paralyze, paralyze ho ke pada hua hai London mein.</w:t>
      </w:r>
    </w:p>
    <w:p>
      <w:pPr>
        <w:jc w:val="right"/>
      </w:pPr>
      <w:r>
        <w:t>آج کل کون بڑا سائنٹسٹ پیدا ہو رہا ہے؟ آج کل تو ایک ہی ہے، وہ اسٹیفن ہاکنگ جو پیرالائز، پیرالائز ہو کے پڑا ہوا ہے لندن میں۔</w:t>
      </w:r>
    </w:p>
    <w:p>
      <w:r>
        <w:rPr>
          <w:b/>
        </w:rPr>
        <w:t xml:space="preserve">[14:08] </w:t>
      </w:r>
      <w:r>
        <w:t>ab bare scientist nahi paida ho rahe hain,</w:t>
      </w:r>
    </w:p>
    <w:p>
      <w:pPr>
        <w:jc w:val="right"/>
      </w:pPr>
      <w:r>
        <w:t>اب بڑے سائنٹسٹ نہیں پیدا ہو رہے ہیں،</w:t>
      </w:r>
    </w:p>
    <w:p>
      <w:r>
        <w:rPr>
          <w:b/>
        </w:rPr>
        <w:t xml:space="preserve">[14:13] </w:t>
      </w:r>
      <w:r>
        <w:t>ab to professionals paida ho rahe hain, paisa kamaye hue log paida ho rahe hain, hawa culture ko promote karne wale log paida ho rahe hain jo consumer goods mein barhaen, naye naye item banayen, naye naye fashion,</w:t>
      </w:r>
    </w:p>
    <w:p>
      <w:pPr>
        <w:jc w:val="right"/>
      </w:pPr>
      <w:r>
        <w:t>اب تو پروفیشنلز پیدا ہو رہے ہیں، پیسہ کمائے ہوئے لوگ پیدا ہو رہے ہیں، ہوا کلچر کو پروموٹ کرنے والے لوگ پیدا ہو رہے ہیں جو کنزیومر گڈز میں بڑھائیں، نئے نئے آئٹم بنائیں، نئے نئے فیشن،</w:t>
      </w:r>
    </w:p>
    <w:p>
      <w:r>
        <w:rPr>
          <w:b/>
        </w:rPr>
        <w:t xml:space="preserve">[14:29] </w:t>
      </w:r>
      <w:r>
        <w:t>naye naye qism ke kapre, naye qism ke khilone, sare mind isi mein lage hue hain. ab zahir hai ke yeh mind jo hai, jis mind mein Khuda ne itni capacity rakhi hai ke kaha jata hai ke hundred million billion billion particle hain ek individual mind mein,</w:t>
      </w:r>
    </w:p>
    <w:p>
      <w:pPr>
        <w:jc w:val="right"/>
      </w:pPr>
      <w:r>
        <w:t>نئے نئے قسم کے کپڑے، نئے قسم کے کھلونے، سارے مائنڈ اسی میں لگے ہوئے ہیں۔ اب ظاہر ہے کہ یہ مائنڈ جو ہے، جس مائنڈ میں خدا نے اتنی کیپیسٹی رکھی ہے کہ کہا جاتا ہے کہ ہنڈرڈ ملین بلین بلین پارٹیکل ہیں ایک انڈیویجول مائنڈ میں،</w:t>
      </w:r>
    </w:p>
    <w:p>
      <w:r>
        <w:rPr>
          <w:b/>
        </w:rPr>
        <w:t xml:space="preserve">[14:49] </w:t>
      </w:r>
      <w:r>
        <w:t>aur is ko kahan laga rakha hai? aap ne naye design ke kapre nikalna, naye design ke khilone banana, naye model ke carain banana, aur is ko bechna.</w:t>
      </w:r>
    </w:p>
    <w:p>
      <w:pPr>
        <w:jc w:val="right"/>
      </w:pPr>
      <w:r>
        <w:t>اور اس کو کہاں لگا رکھا ہے؟ آپ نے نئے ڈیزائن کے کپڑے نکالنا، نئے ڈیزائن کے کھلونے بنانا، نئے ماڈل کے کاریں بنانا، اور اس کو بیچنا۔</w:t>
      </w:r>
    </w:p>
    <w:p>
      <w:r>
        <w:rPr>
          <w:b/>
        </w:rPr>
        <w:t xml:space="preserve">[15:01] </w:t>
      </w:r>
      <w:r>
        <w:t>yani apne mind ko kuch paise ke liye bechna, ab yahi sab ka concern bana hua hai. yeh kya life hai?</w:t>
      </w:r>
    </w:p>
    <w:p>
      <w:pPr>
        <w:jc w:val="right"/>
      </w:pPr>
      <w:r>
        <w:t>یعنی اپنے مائنڈ کو کچھ پیسے کے لیے بیچنا، اب یہی سب کا کنسرن بنا ہوا ہے۔ یہ کیا لائف ہے؟</w:t>
      </w:r>
    </w:p>
    <w:p>
      <w:r>
        <w:rPr>
          <w:b/>
        </w:rPr>
        <w:t xml:space="preserve">[15:11] </w:t>
      </w:r>
      <w:r>
        <w:t>isi liye main aksar kaha karta hoon ke kisi ko dekh kar main bila inquiry ke yeh keh sakta hoon ke "you are under utilizing your your time, your life".</w:t>
      </w:r>
    </w:p>
    <w:p>
      <w:pPr>
        <w:jc w:val="right"/>
      </w:pPr>
      <w:r>
        <w:t>اسی لیے میں اکثر کہا کرتا ہوں کہ کسی کو دیکھ کر میں بلا انکوائری کے یہ کہہ سکتا ہوں کہ "یو آر انڈر یوٹیلائزنگ یور یور ٹائم، یور لائف"۔</w:t>
      </w:r>
    </w:p>
    <w:p>
      <w:r>
        <w:rPr>
          <w:b/>
        </w:rPr>
        <w:t xml:space="preserve">[15:25] </w:t>
      </w:r>
      <w:r>
        <w:t>bila inquiry ke</w:t>
      </w:r>
    </w:p>
    <w:p>
      <w:pPr>
        <w:jc w:val="right"/>
      </w:pPr>
      <w:r>
        <w:t>بلا انکوائری کے</w:t>
      </w:r>
    </w:p>
    <w:p>
      <w:r>
        <w:rPr>
          <w:b/>
        </w:rPr>
        <w:t xml:space="preserve">[15:29] </w:t>
      </w:r>
      <w:r>
        <w:t>ke "you are under utilizing your life, your mind". kyun? woh yahi kar hi raha hoga, pata hai ke yahi kar raha hoga, under utilize kar raha hoga.</w:t>
      </w:r>
    </w:p>
    <w:p>
      <w:pPr>
        <w:jc w:val="right"/>
      </w:pPr>
      <w:r>
        <w:t>کہ "یو آر انڈر یوٹیلائزنگ یور لائف، یور مائنڈ"۔ کیوں؟ وہ یہی کر ہی رہا ہوگا، پتہ ہے کہ یہی کر رہا ہوگا، انڈر یوٹیلائز کر رہا ہوگا۔</w:t>
      </w:r>
    </w:p>
    <w:p>
      <w:r>
        <w:rPr>
          <w:b/>
        </w:rPr>
        <w:t xml:space="preserve">[15:38] </w:t>
      </w:r>
      <w:r>
        <w:t>woh</w:t>
      </w:r>
    </w:p>
    <w:p>
      <w:pPr>
        <w:jc w:val="right"/>
      </w:pPr>
      <w:r>
        <w:t>وہ</w:t>
      </w:r>
    </w:p>
    <w:p>
      <w:r>
        <w:rPr>
          <w:b/>
        </w:rPr>
        <w:t xml:space="preserve">[15:42] </w:t>
      </w:r>
      <w:r>
        <w:t>to yeh hai sab se bari tragedy is zamane ki ke koi aadmi nahi janta apni capacity ko. kisi aadmi ne pehchana nahi God ki glory ko, kisi ne jana nahi ke marne ke baad mujhe ek naya,</w:t>
      </w:r>
    </w:p>
    <w:p>
      <w:pPr>
        <w:jc w:val="right"/>
      </w:pPr>
      <w:r>
        <w:t>تو یہ ہے سب سے بڑی ٹریجڈی اس زمانے کی کہ کوئی آدمی نہیں جانتا اپنی کیپیسٹی کو۔ کسی آدمی نے پہچانا نہیں گاڈ کی گلوری کو، کسی نے جانا نہیں کہ مرنے کے بعد مجھے ایک نیا،</w:t>
      </w:r>
    </w:p>
    <w:p>
      <w:r>
        <w:rPr>
          <w:b/>
        </w:rPr>
        <w:t xml:space="preserve">[15:57] </w:t>
      </w:r>
      <w:r>
        <w:t>ek ek naye situation ko face karna hoga. is ke liye mujhe apne koi paper hona chahiye. in baton ko jaane baghair travel matters mein uljhe hue hain,</w:t>
      </w:r>
    </w:p>
    <w:p>
      <w:pPr>
        <w:jc w:val="right"/>
      </w:pPr>
      <w:r>
        <w:t>ایک ایک نئے سچویشن کو فیس کرنا ہوگا۔ اس کے لیے مجھے اپنے کوئی پیپر ہونا چاہیے۔ ان باتوں کو جانے بغیر ٹریول میٹرز میں الجھے ہوئے ہیں،</w:t>
      </w:r>
    </w:p>
    <w:p>
      <w:r>
        <w:rPr>
          <w:b/>
        </w:rPr>
        <w:t xml:space="preserve">[16:11] </w:t>
      </w:r>
      <w:r>
        <w:t>isi mein mar jate hain.</w:t>
      </w:r>
    </w:p>
    <w:p>
      <w:pPr>
        <w:jc w:val="right"/>
      </w:pPr>
      <w:r>
        <w:t>اسی میں مر جاتے ہیں۔</w:t>
      </w:r>
    </w:p>
    <w:p>
      <w:r>
        <w:rPr>
          <w:b/>
        </w:rPr>
        <w:t xml:space="preserve">[16:15] </w:t>
      </w:r>
      <w:r>
        <w:t>to yeh mere mind mein aaya yeh news dekh kar.</w:t>
      </w:r>
    </w:p>
    <w:p>
      <w:pPr>
        <w:jc w:val="right"/>
      </w:pPr>
      <w:r>
        <w:t>تو یہ میرے مائنڈ میں آیا یہ نیوز دیکھ کر۔</w:t>
      </w:r>
    </w:p>
    <w:p>
      <w:r>
        <w:rPr>
          <w:b/>
        </w:rPr>
        <w:t xml:space="preserve">[16:22] </w:t>
      </w:r>
      <w:r>
        <w:t>ab main is mein jo baat kehna chahta hoon aage ki, woh yeh hai ke maine ek kitab parhi jis ka main zikr kar chuka hoon.</w:t>
      </w:r>
    </w:p>
    <w:p>
      <w:pPr>
        <w:jc w:val="right"/>
      </w:pPr>
      <w:r>
        <w:t>اب میں اس میں جو بات کہنا چاہتا ہوں آگے کی، وہ یہ ہے کہ میں نے ایک کتاب پڑھی جس کا میں اسے ذکر کر چکا ہوں۔</w:t>
      </w:r>
    </w:p>
    <w:p>
      <w:r>
        <w:rPr>
          <w:b/>
        </w:rPr>
        <w:t xml:space="preserve">[16:30] </w:t>
      </w:r>
      <w:r>
        <w:t>is se pehle aap ko CM Jude, CM Jude ki kitab hai "the modern victims".</w:t>
      </w:r>
    </w:p>
    <w:p>
      <w:pPr>
        <w:jc w:val="right"/>
      </w:pPr>
      <w:r>
        <w:t>اس سے پہلے آپ کو سی ایم جوڈ، سی ایم جوڈ کی کتاب ہے "دا ماڈرن وکٹنس"۔</w:t>
      </w:r>
    </w:p>
    <w:p>
      <w:r>
        <w:rPr>
          <w:b/>
        </w:rPr>
        <w:t xml:space="preserve">[16:40] </w:t>
      </w:r>
      <w:r>
        <w:t>moti si kitab hai, bohat hi acha survey hai is mein. woh kehta hai ke sare hi insano ka ek weakness hai ke sab hate mein jeete hain, koi open hate, koi hidden hate.</w:t>
      </w:r>
    </w:p>
    <w:p>
      <w:pPr>
        <w:jc w:val="right"/>
      </w:pPr>
      <w:r>
        <w:t>موٹی سی کتاب ہے، بہت ہی اچھا سروے ہے اس میں۔ وہ کہتا ہے کہ سارے ہی انسانوں کا ایک ویکنس ہے کہ سب ہیٹ میں جیتے ہیں، کوئی اوپن ہیٹ، کوئی ہڈن ہیٹ۔</w:t>
      </w:r>
    </w:p>
    <w:p>
      <w:r>
        <w:rPr>
          <w:b/>
        </w:rPr>
        <w:t xml:space="preserve">[16:56] </w:t>
      </w:r>
      <w:r>
        <w:t>sare insan hate mein jeete hain.</w:t>
      </w:r>
    </w:p>
    <w:p>
      <w:pPr>
        <w:jc w:val="right"/>
      </w:pPr>
      <w:r>
        <w:t>سارے انسان ہیٹ میں جیتے ہیں۔</w:t>
      </w:r>
    </w:p>
    <w:p>
      <w:r>
        <w:rPr>
          <w:b/>
        </w:rPr>
        <w:t xml:space="preserve">[17:00] </w:t>
      </w:r>
      <w:r>
        <w:t>kisi ka hate open hai, kisi ka hidden hai. hain hate mein jee rahe hain. woh is ka proof kar deta hai ke kyun main aisa kehta hoon ke sare insan hate mein jeete hain.</w:t>
      </w:r>
    </w:p>
    <w:p>
      <w:pPr>
        <w:jc w:val="right"/>
      </w:pPr>
      <w:r>
        <w:t>کسی کا ہیٹ اوپن ہے، کسی کا ہڈن ہے۔ ہیں ہیٹ میں جی رہے ہیں۔ وہ اس کا پروف کر دیتا ہے کہ کیوں میں ایسا کہتا ہوں کہ سارے انسان ہیٹ میں جیتے ہیں۔</w:t>
      </w:r>
    </w:p>
    <w:p>
      <w:r>
        <w:rPr>
          <w:b/>
        </w:rPr>
        <w:t xml:space="preserve">[17:14] </w:t>
      </w:r>
      <w:r>
        <w:t>is ka proof yeh hai ke aap jab chaha is ko kar ke dekh lijiyega. love based ek movement chalaiye aap logon ko love karna sikhane ke liye.</w:t>
      </w:r>
    </w:p>
    <w:p>
      <w:pPr>
        <w:jc w:val="right"/>
      </w:pPr>
      <w:r>
        <w:t>اس کا پروف یہ ہے کہ آپ جب چاہا اس کو کر کے دیکھ لیجئے۔ لو بیسڈ ایک موومنٹ چلائیے آپ لوگوں کو لو کرنا سکھانے کے لیے۔</w:t>
      </w:r>
    </w:p>
    <w:p>
      <w:r>
        <w:rPr>
          <w:b/>
        </w:rPr>
        <w:t xml:space="preserve">[17:28] </w:t>
      </w:r>
      <w:r>
        <w:t>log love karen ek doosre se to do char aadmi aap ke paas akhatta honge, is se zyada nahi. lekin jab hate based movement chalai jati hai to bheer ki bheer akhatta ho jati hai.</w:t>
      </w:r>
    </w:p>
    <w:p>
      <w:pPr>
        <w:jc w:val="right"/>
      </w:pPr>
      <w:r>
        <w:t>لوگ لو کریں ایک دوسرے سے تو دو چار آدمی آپ کے پاس اکٹھا ہوں گے، اس سے زیادہ نہیں۔ لیکن جب ہیٹ بیسڈ موومنٹ چلائی جاتی ہے تو بھیڑ کی بھیڑ اکٹھا ہو جاتی ہے۔</w:t>
      </w:r>
    </w:p>
    <w:p>
      <w:r>
        <w:rPr>
          <w:b/>
        </w:rPr>
        <w:t xml:space="preserve">[17:42] </w:t>
      </w:r>
      <w:r>
        <w:t>jis ka ek tamasha, jis ka ek ek namuna hum ne apne apne apne desh mein dekha hai ke Mahatma Gandhi aur un ke sathiyon ne ek movement chalai, is jis ko kehte hain "freedom struggle movement".</w:t>
      </w:r>
    </w:p>
    <w:p>
      <w:pPr>
        <w:jc w:val="right"/>
      </w:pPr>
      <w:r>
        <w:t>جس کا ایک تماشہ، جس کا ایک ایک نمونہ ہم نے اپنے اپنے اپنے دیش میں دیکھا ہے کہ مہاتما گاندھی اور ان کے ساتھیوں نے ایک موومنٹ چلائی، اس جس کو کہتے ہیں "فریڈم اسٹرگل موومنٹ"۔</w:t>
      </w:r>
    </w:p>
    <w:p>
      <w:r>
        <w:rPr>
          <w:b/>
        </w:rPr>
        <w:t xml:space="preserve">[17:56] </w:t>
      </w:r>
      <w:r>
        <w:t>freedom struggle movement kya thi? hate hate British movement thi. woh British ko nikalo, yeh zalim hain, yeh loot rahe hain, hamare exploiters hain.</w:t>
      </w:r>
    </w:p>
    <w:p>
      <w:pPr>
        <w:jc w:val="right"/>
      </w:pPr>
      <w:r>
        <w:t>فریڈم اسٹرگل موومنٹ کیا تھی؟ ہیٹ ہیٹ برٹش موومنٹ تھی۔ وہ برٹش کو نکالو، یہ ظالم ہیں، یہ لوٹ رہے ہیں، ہمارے ایکسپلائٹر ہیں۔</w:t>
      </w:r>
    </w:p>
    <w:p>
      <w:r>
        <w:rPr>
          <w:b/>
        </w:rPr>
        <w:t xml:space="preserve">[18:07] </w:t>
      </w:r>
      <w:r>
        <w:t>yeh</w:t>
      </w:r>
    </w:p>
    <w:p>
      <w:pPr>
        <w:jc w:val="right"/>
      </w:pPr>
      <w:r>
        <w:t>یہ</w:t>
      </w:r>
    </w:p>
    <w:p>
      <w:r>
        <w:rPr>
          <w:b/>
        </w:rPr>
        <w:t xml:space="preserve">[18:10] </w:t>
      </w:r>
      <w:r>
        <w:t>toh janab poora poora desh in ke peeche chal pada.</w:t>
      </w:r>
    </w:p>
    <w:p>
      <w:pPr>
        <w:jc w:val="right"/>
      </w:pPr>
      <w:r>
        <w:t>تو جناب پورا پورا دیش ان کے پیچھے چل پڑا۔</w:t>
      </w:r>
    </w:p>
    <w:p>
      <w:r>
        <w:rPr>
          <w:b/>
        </w:rPr>
        <w:t xml:space="preserve">[18:16] </w:t>
      </w:r>
      <w:r>
        <w:t>isi gandhi ne jab kaha ke "build india" yaani "quit india" ka jo nara tha un ka, aye angrezon ko india chodo, "quit india" ke nare par sara sara india un ke sath ho gaya.</w:t>
      </w:r>
    </w:p>
    <w:p>
      <w:pPr>
        <w:jc w:val="right"/>
      </w:pPr>
      <w:r>
        <w:t>اسی گاندھی نے جب کہا کہ "بلڈ انڈیا" یعنی "کوئٹ انڈیا" کا جو نعرہ تھا ان کا، اے انگریزوں کو انڈیا چھوڑو، "کوئٹ انڈیا" کے نعرے پر سارا سارا انڈیا ان کے ساتھ ہو گیا۔</w:t>
      </w:r>
    </w:p>
    <w:p>
      <w:r>
        <w:rPr>
          <w:b/>
        </w:rPr>
        <w:t xml:space="preserve">[18:31] </w:t>
      </w:r>
      <w:r>
        <w:t>bheed hi bheed, har taraf bheed, har taraf bheed. isi gandhi ne kaha ke "build india", aao hum mil kar ke india ko banayein, aao mil ke india ko banayein.</w:t>
      </w:r>
    </w:p>
    <w:p>
      <w:pPr>
        <w:jc w:val="right"/>
      </w:pPr>
      <w:r>
        <w:t>بھیڑ ہی بھیڑ، ہر طرف بھیڑ، ہر طرف بھیڑ۔ اسی گاندھی نے کہا کہ "بلڈ انڈیا"، اؤ ہم مل کر کے انڈیا کو بنائیں، اؤ مل کے انڈیا کو بنائیں۔</w:t>
      </w:r>
    </w:p>
    <w:p>
      <w:r>
        <w:rPr>
          <w:b/>
        </w:rPr>
        <w:t xml:space="preserve">[18:43] </w:t>
      </w:r>
      <w:r>
        <w:t>toh kisi ne sath de diya india ko, gandhi kaha tha, goli maar di un ko. yeh record par hai ke unhone aakhri zamane mein kaha tha: "ab meri kaun sune ga?" wahi insan jis ko poora desh sun raha tha, wahi marne se pehle kehta hai ke "ab meri kaun sune ga?" kyunke hate based movement thi pehle wali un ki,</w:t>
      </w:r>
    </w:p>
    <w:p>
      <w:pPr>
        <w:jc w:val="right"/>
      </w:pPr>
      <w:r>
        <w:t>تو کسی نے ساتھ دے دیا انڈیا کو، گاندھی کہا تھا، گولی مار دی ان کو۔ یہ ریکارڈ پر ہے کہ انہوں نے آخری زمانے میں کہا تھا: "اب میری کون سنے گا؟" وہی انسان جس کو پورا دیش سن رہا تھا، وہی مرنے سے پہلے کہتا ہے کہ "اب میری کون سنے گا؟" کیونکہ ہیٹ بیسڈ موومنٹ تھی پہلے والی ان کی،</w:t>
      </w:r>
    </w:p>
    <w:p>
      <w:r>
        <w:rPr>
          <w:b/>
        </w:rPr>
        <w:t xml:space="preserve">[19:07] </w:t>
      </w:r>
      <w:r>
        <w:t>ab baad wali un ki love based movement thi. woh toh chunchke logon ke andar hate full jazbat bhare hue hain, toh jab koi boli bolta hai hate wali toh kya hota hai?</w:t>
      </w:r>
    </w:p>
    <w:p>
      <w:pPr>
        <w:jc w:val="right"/>
      </w:pPr>
      <w:r>
        <w:t>اب بعد والی ان کی لو بیسڈ موومنٹ تھی۔ وہ تو چونکہ لوگوں کے اندر ہیٹ فل جذبات بھرے ہوئے ہیں، تو جب کوئی بولی بولتا ہے ہیٹ والی تو کیا ہوتا ہے؟</w:t>
      </w:r>
    </w:p>
    <w:p>
      <w:r>
        <w:rPr>
          <w:b/>
        </w:rPr>
        <w:t xml:space="preserve">[19:19] </w:t>
      </w:r>
      <w:r>
        <w:t>dhadras foran un ka mind address ho jata hai, is ka mind address ho jata hai. aur love ki boli bolein toh un ka mind address hi nahi hota, toh koi bheed bhi akatha nahi hoti.</w:t>
      </w:r>
    </w:p>
    <w:p>
      <w:pPr>
        <w:jc w:val="right"/>
      </w:pPr>
      <w:r>
        <w:t>دھڑس فوراً ان کا مائنڈ ایڈریس ہو جاتا ہے، اس کا مائنڈ ایڈریس ہو جاتا ہے۔ اور لو کی بولی بولیں تو ان کا مائنڈ ایڈریس ہی نہیں ہوتا، تو کوئی بھیڑ بھی اکٹھا نہیں ہوتی۔</w:t>
      </w:r>
    </w:p>
    <w:p>
      <w:r>
        <w:rPr>
          <w:b/>
        </w:rPr>
        <w:t xml:space="preserve">[19:36] </w:t>
      </w:r>
      <w:r>
        <w:t>toh kyun aisa hai? is par maine socha, aisa hai kyun?</w:t>
      </w:r>
    </w:p>
    <w:p>
      <w:pPr>
        <w:jc w:val="right"/>
      </w:pPr>
      <w:r>
        <w:t>تو کیوں ایسا ہے؟ اس پر میں نے سوچا، ایسا ہے کیوں؟</w:t>
      </w:r>
    </w:p>
    <w:p>
      <w:r>
        <w:rPr>
          <w:b/>
        </w:rPr>
        <w:t xml:space="preserve">[19:47] </w:t>
      </w:r>
      <w:r>
        <w:t>dekhiye, main aap ko yaad dilaoon, hamare desh mein ek bohat bade leader the, un ka naam tha raja mahendra pratap. yeh first world war ki baat hai, first world war ke zamane ki baat hai.</w:t>
      </w:r>
    </w:p>
    <w:p>
      <w:pPr>
        <w:jc w:val="right"/>
      </w:pPr>
      <w:r>
        <w:t>دیکھیے، میں آپ کو یاد دلاؤں، ہمارے دیش میں ایک بہت بڑے لیڈر تھے، ان کا نام تھا راجہ مہندر پرتاپ۔ یہ فرسٹ ورلڈ وار کی بات ہے، فرسٹ ورلڈ وار کے زمانے کی بات ہے۔</w:t>
      </w:r>
    </w:p>
    <w:p>
      <w:r>
        <w:rPr>
          <w:b/>
        </w:rPr>
        <w:t xml:space="preserve">[20:01] </w:t>
      </w:r>
      <w:r>
        <w:t>raja mahendra pratap toh unhone ek party banayi thi, mahatma gandhi toh peaceful movement chala rahe the, chalaya unhone.</w:t>
      </w:r>
    </w:p>
    <w:p>
      <w:pPr>
        <w:jc w:val="right"/>
      </w:pPr>
      <w:r>
        <w:t>راجہ مہندر پرتاپ تو انہوں نے ایک پارٹی بنائی تھی، مہاتما گاندھی تو پیس فل موومنٹ چلا رہے تھے، چلایا انہوں نے۔</w:t>
      </w:r>
    </w:p>
    <w:p>
      <w:r>
        <w:rPr>
          <w:b/>
        </w:rPr>
        <w:t xml:space="preserve">[20:14] </w:t>
      </w:r>
      <w:r>
        <w:t>woh peace ke ko mante the zyada. mahendra pratap ka kehna tha ke nahi, angrezon ko mar kar nikalna hai. toh unhone, mahendra pratap ne aur kai logon ne mil kar ke ek government in exile, jis ko kehte hain government in exile, kabul mein banayi thi.</w:t>
      </w:r>
    </w:p>
    <w:p>
      <w:pPr>
        <w:jc w:val="right"/>
      </w:pPr>
      <w:r>
        <w:t>وہ پیس کے کو مانتے تھے زیادہ۔ مہندر پرتاپ کا کہنا تھا کہ نہیں، انگریزوں کو مار کر نکالنا ہے۔ تو انہوں نے، مہندر پرتاپ نے اور کئی لوگوں نے مل کر کے ایک گورنمنٹ ان ایگزائل، جس کو کہتے ہیں گورنمنٹ ان ایگزائل، کابل میں بنائی تھی۔</w:t>
      </w:r>
    </w:p>
    <w:p>
      <w:r>
        <w:rPr>
          <w:b/>
        </w:rPr>
        <w:t xml:space="preserve">[20:32] </w:t>
      </w:r>
      <w:r>
        <w:t>unhone is ka kya, un ka kya manna tha ke jo countries britishs ke rival hain, un se army hasil karna aur phir india par attack kar ke angrezon ko bhagana.</w:t>
      </w:r>
    </w:p>
    <w:p>
      <w:pPr>
        <w:jc w:val="right"/>
      </w:pPr>
      <w:r>
        <w:t>انہوں نے اس کا کیا، ان کا کیا ماننا تھا کہ جو کنٹریز برٹشز کے رائیول ہیں، ان سے آرمی حاصل کرنا اور پھر انڈیا پر اٹیک کر کے انگریزوں کو بھگانا۔</w:t>
      </w:r>
    </w:p>
    <w:p>
      <w:r>
        <w:rPr>
          <w:b/>
        </w:rPr>
        <w:t xml:space="preserve">[20:50] </w:t>
      </w:r>
      <w:r>
        <w:t>is ke liye afghanistan se unhone baat cheet ki. is dauran ameer habibullah ruler tha wahan ka, us ne kaha ke chalo, main 25 hazar toh fauj tum ko de doon ga.</w:t>
      </w:r>
    </w:p>
    <w:p>
      <w:pPr>
        <w:jc w:val="right"/>
      </w:pPr>
      <w:r>
        <w:t>اس کے لیے افغانستان سے انہوں نے بات چیت کی۔ اس دوران امیر حبیب اللہ رولر تھا وہاں کا، اس نے کہا کہ چلو، میں 25 ہزار تو فوج تم کو دے دوں گا۔</w:t>
      </w:r>
    </w:p>
    <w:p>
      <w:r>
        <w:rPr>
          <w:b/>
        </w:rPr>
        <w:t xml:space="preserve">[21:01] </w:t>
      </w:r>
      <w:r>
        <w:t>germany gaye, wahan baat cheet ki, unhone kaha ke main bhi tum ko army de doon ga. phir woh moscow gaye. is zamane mein lenin wahan ka ruler tha russia ka.</w:t>
      </w:r>
    </w:p>
    <w:p>
      <w:pPr>
        <w:jc w:val="right"/>
      </w:pPr>
      <w:r>
        <w:t>جرمنی گئے، وہاں بات چیت کی، انہوں نے کہا کہ میں بھی تم کو آرمی دے دوں گا۔ پھر وہ ماسکو گئے۔ اس زمانے میں لینن وہاں کا رولر تھا رشیا کا۔</w:t>
      </w:r>
    </w:p>
    <w:p>
      <w:r>
        <w:rPr>
          <w:b/>
        </w:rPr>
        <w:t xml:space="preserve">[21:13] </w:t>
      </w:r>
      <w:r>
        <w:t>toh jo main kehna chahta hoon, yaani unhone bahar se army le kar ke chaha ke india ko freedom dilwayein, angrezon ko nikal kar ke. toh khair, yeh toh ek ek romantic idea tha.</w:t>
      </w:r>
    </w:p>
    <w:p>
      <w:pPr>
        <w:jc w:val="right"/>
      </w:pPr>
      <w:r>
        <w:t>تو جو میں کہنا چاہتا ہوں، یعنی انہوں نے باہر سے آرمی لے کر کے چاہا کہ انڈیا کو فریڈم دلوائیں، انگریزوں کو نکال کر کے۔ تو خیر، یہ تو ایک ایک رومینٹک آئیڈیا تھا۔</w:t>
      </w:r>
    </w:p>
    <w:p>
      <w:r>
        <w:rPr>
          <w:b/>
        </w:rPr>
        <w:t xml:space="preserve">[21:24] </w:t>
      </w:r>
      <w:r>
        <w:t>main nahi manta ke yeh bhi koi, yeh bhi koi tareeqa hai. gandhi ko manta hoon ke gandhi ne jo chalaya, woh ek better tha, jis mein result nikle, jis ka koi.</w:t>
      </w:r>
    </w:p>
    <w:p>
      <w:pPr>
        <w:jc w:val="right"/>
      </w:pPr>
      <w:r>
        <w:t>میں نہیں مانتا کہ یہ بھی کوئی، یہ بھی کوئی طریقہ ہے۔ گاندھی کو مانتا ہوں کہ گاندھی نے جو چلایا، وہ ایک بیتھڑ تھا، جس میں رزلٹ نکلے، جس کا کوئی۔</w:t>
      </w:r>
    </w:p>
    <w:p>
      <w:r>
        <w:rPr>
          <w:b/>
        </w:rPr>
        <w:t xml:space="preserve">[21:38] </w:t>
      </w:r>
      <w:r>
        <w:t>lekin yeh jo chalaya unhone ke bahar se fauj le kar ke aao aur india mein attack karo aur angrezon ko bhagao, yeh toh simply ek romantic idea hai. khair, toh raja mahendra pratap 1919 yaani 1919 mein gaye moscow.</w:t>
      </w:r>
    </w:p>
    <w:p>
      <w:pPr>
        <w:jc w:val="right"/>
      </w:pPr>
      <w:r>
        <w:t>لیکن یہ جو چلایا انہوں نے کہ باہر سے فوج لے کر کے آؤ اور انڈیا میں اٹیک کرو اور انگریزوں کو بھگاؤ، یہ تو سمپلی ایک رومینٹک آئیڈیا ہے۔ خیر، تو راجہ مہندر پرتاپ 1919 یعنی 1919 میں گئے ماسکو۔</w:t>
      </w:r>
    </w:p>
    <w:p>
      <w:r>
        <w:rPr>
          <w:b/>
        </w:rPr>
        <w:t xml:space="preserve">[22:00] </w:t>
      </w:r>
      <w:r>
        <w:t>moscow mein woh mile lenin se. aap jante hain ke lenin jo hai, top ka leader tha communist party ka, aur us waqt wahan woh yaani jo wahan state bani thi, communist state, us ka woh head tha 1919 mein, 1919 mein.</w:t>
      </w:r>
    </w:p>
    <w:p>
      <w:pPr>
        <w:jc w:val="right"/>
      </w:pPr>
      <w:r>
        <w:t>ماسکو میں وہ ملے لیلن سے۔ آپ جانتے ہیں کہ لیلن جو ہے، ٹاپ کا لیڈر تھا کمیونسٹ پارٹی کا، اور اس وقت وہاں وہ یعنی جو وہاں اسٹیٹ بنی تھی، کمیونسٹ اسٹیٹ، اس کا وہ ہیڈ تھا 1919 میں، 1919 میں۔</w:t>
      </w:r>
    </w:p>
    <w:p>
      <w:r>
        <w:rPr>
          <w:b/>
        </w:rPr>
        <w:t xml:space="preserve">[22:23] </w:t>
      </w:r>
      <w:r>
        <w:t>toh jab woh gaye us ke paas toh unhone jo appointment liya, unhone us ke secretary se aaj sham ka appointment liya, kal milna tha.</w:t>
      </w:r>
    </w:p>
    <w:p>
      <w:pPr>
        <w:jc w:val="right"/>
      </w:pPr>
      <w:r>
        <w:t>تو جب وہ گئے اس کے پاس تو انہوں نے جو اپوائنٹمنٹ لیا، انہوں نے اس کے سیکرٹری سے آج شام کا اپوائنٹمنٹ لیا، کل ملنا تھا۔</w:t>
      </w:r>
    </w:p>
    <w:p>
      <w:r>
        <w:rPr>
          <w:b/>
        </w:rPr>
        <w:t xml:space="preserve">[22:38] </w:t>
      </w:r>
      <w:r>
        <w:t>toh unhone secretary ko, lenin ki secretary ko ek book di, ek choti si book, us ka naam tha "religion of love".</w:t>
      </w:r>
    </w:p>
    <w:p>
      <w:pPr>
        <w:jc w:val="right"/>
      </w:pPr>
      <w:r>
        <w:t>تو انہوں نے سیکرٹری کو، لیلن کی سیکرٹری کو ایک بک دی، ایک چھوٹی سی بک، اس کا نام تھا "ریلیجن آف لو"۔</w:t>
      </w:r>
    </w:p>
    <w:p>
      <w:r>
        <w:rPr>
          <w:b/>
        </w:rPr>
        <w:t xml:space="preserve">[22:50] </w:t>
      </w:r>
      <w:r>
        <w:t>"religion of love" us ko secretary ne lenin ko diya. toh lenin ne raat hi ko padh dala, us ko raat hi ko, taake kal jab milna hai mujhe toh padhe rahoon main is kitab ko.</w:t>
      </w:r>
    </w:p>
    <w:p>
      <w:pPr>
        <w:jc w:val="right"/>
      </w:pPr>
      <w:r>
        <w:t>"ریلیجن آف لو" اس کو سیکرٹری نے لیلن کو دیا۔ تو لیلن نے رات ہی کو پڑھ ڈالا، اس کو رات ہی کو، تاکہ کل جب ملنا ہے مجھے تو پڑھے رہوں میں اس کتاب کو۔</w:t>
      </w:r>
    </w:p>
    <w:p>
      <w:r>
        <w:rPr>
          <w:b/>
        </w:rPr>
        <w:t xml:space="preserve">[23:05] </w:t>
      </w:r>
      <w:r>
        <w:t>toh lenin ne us ko padh liya, lekin us mein kuch bla nahi. us ko koi kuch update the, us mein simply kuch values ki baatein thi, kuch bla nahi.</w:t>
      </w:r>
    </w:p>
    <w:p>
      <w:pPr>
        <w:jc w:val="right"/>
      </w:pPr>
      <w:r>
        <w:t>تو لیلن نے اس کو پڑھ لیا، لیکن اس میں کچھ بلا نہیں۔ اس کو کوئی کچھ اپڈیٹ تھے، اس میں سمپلی کچھ ویلیوز کی باتیں تھیں، کچھ بلا نہیں۔</w:t>
      </w:r>
    </w:p>
    <w:p>
      <w:r>
        <w:rPr>
          <w:b/>
        </w:rPr>
        <w:t xml:space="preserve">[23:18] </w:t>
      </w:r>
      <w:r>
        <w:t>yaani is wajah se woh kuch impress nahi hua. woh</w:t>
      </w:r>
    </w:p>
    <w:p>
      <w:pPr>
        <w:jc w:val="right"/>
      </w:pPr>
      <w:r>
        <w:t>یعنی اس وجہ سے وہ کچھ امپریس نہیں ہوا۔ وہ</w:t>
      </w:r>
    </w:p>
    <w:p>
      <w:r>
        <w:rPr>
          <w:b/>
        </w:rPr>
        <w:t xml:space="preserve">[23:25] </w:t>
      </w:r>
      <w:r>
        <w:t>toh is par maine socha ke kyun impress nahi hua woh? aur hazaron book chhapi hain love par, kyun koi impress nahi hota un ko padh kar ke?</w:t>
      </w:r>
    </w:p>
    <w:p>
      <w:pPr>
        <w:jc w:val="right"/>
      </w:pPr>
      <w:r>
        <w:t>تو اس پر میں نے سوچا کہ کیوں امپریس نہیں ہوا وہ؟ اور ہزاروں بک چھپی ہیں لو پر، کیوں کوئی امپریس نہیں ہوتا ان کو پڑھ کر کے؟</w:t>
      </w:r>
    </w:p>
    <w:p>
      <w:r>
        <w:rPr>
          <w:b/>
        </w:rPr>
        <w:t xml:space="preserve">[23:37] </w:t>
      </w:r>
      <w:r>
        <w:t>is liye "it requires an ideology of love". aap love ki baatein karte hain, lekin aap koi ideology of love nahi dete.</w:t>
      </w:r>
    </w:p>
    <w:p>
      <w:pPr>
        <w:jc w:val="right"/>
      </w:pPr>
      <w:r>
        <w:t>اس لیے "اٹ ریکوائرڈس این آئیڈیالوجی آف لو"۔ آپ لو کی باتیں کرتے ہیں، لیکن آپ کوئی آئیڈیالوجی آف لو نہیں دیتے۔</w:t>
      </w:r>
    </w:p>
    <w:p>
      <w:r>
        <w:rPr>
          <w:b/>
        </w:rPr>
        <w:t xml:space="preserve">[23:47] </w:t>
      </w:r>
      <w:r>
        <w:t>jaldi book parh lijiye, aap</w:t>
      </w:r>
    </w:p>
    <w:p>
      <w:pPr>
        <w:jc w:val="right"/>
      </w:pPr>
      <w:r>
        <w:t>جلدی بک پڑھ لیجئے، آپ</w:t>
      </w:r>
    </w:p>
    <w:p>
      <w:r>
        <w:rPr>
          <w:b/>
        </w:rPr>
        <w:t xml:space="preserve">[23:52] </w:t>
      </w:r>
      <w:r>
        <w:t>bas lo ki baatein hon gi ke bhaiyon ek doosre se pyar karo. is tarah se koi pyar nahin karta. aap ko ek ideology of love dena hoga is aadmi ko.</w:t>
      </w:r>
    </w:p>
    <w:p>
      <w:pPr>
        <w:jc w:val="right"/>
      </w:pPr>
      <w:r>
        <w:t>بس لو کی باتیں ہوں گی کہ بھائیوں ایک دوسرے سے پیار کرو۔ اس طرح سے کوئی پیار نہیں کرتا۔ آپ کو ایک آئیڈیالوجی آف لو دینا ہوگا اس آدمی کو۔</w:t>
      </w:r>
    </w:p>
    <w:p>
      <w:r>
        <w:rPr>
          <w:b/>
        </w:rPr>
        <w:t xml:space="preserve">[24:06] </w:t>
      </w:r>
      <w:r>
        <w:t>to aap to ab dekhiye ke ab lelin ko dekhiye. aap lelin ko marx ne ek ideology of state di thi, wo is se impress hua tha aur communist party ka member ban gaya tha.</w:t>
      </w:r>
    </w:p>
    <w:p>
      <w:pPr>
        <w:jc w:val="right"/>
      </w:pPr>
      <w:r>
        <w:t>تو آپ تو اب دیکھیے کہ اب لیلن کو دیکھیے۔ آپ لیلن کو مارکس نے ایک آئیڈیالوجی آف اسٹیٹ دی تھی، وہ اس سے امپریس ہوا تھا اور کمیونسٹ پارٹی کا ممبر بن گیا تھا۔</w:t>
      </w:r>
    </w:p>
    <w:p>
      <w:r>
        <w:rPr>
          <w:b/>
        </w:rPr>
        <w:t xml:space="preserve">[24:22] </w:t>
      </w:r>
      <w:r>
        <w:t>to idhar to is ko ek ideology mil rahi thi, ideology communist ideology. yahan simply ek book de rahe the jis mein kuch quotation the aur kuch wo, kuch wo thi parables se, kuch the aise hi kuch.</w:t>
      </w:r>
    </w:p>
    <w:p>
      <w:pPr>
        <w:jc w:val="right"/>
      </w:pPr>
      <w:r>
        <w:t>تو ادھر تو اس کو ایک آئیڈیالوجی مل رہی تھی، آئیڈیالوجی کمیونسٹ آئیڈیالوجی۔ یہاں سمپلی ایک بک دے رہے تھے جس میں کچھ کوٹیشن تھے اور کچھ وہ، کچھ وہ تھی پیریبلز سے، کچھ تھے ایسے ہی کچھ۔</w:t>
      </w:r>
    </w:p>
    <w:p>
      <w:r>
        <w:rPr>
          <w:b/>
        </w:rPr>
        <w:t xml:space="preserve">[24:43] </w:t>
      </w:r>
      <w:r>
        <w:t>to dekhiye jo kami hai wo kya hai? love culture kyun nahin promote ho raha hai? hate culture promote ho raha hai. hate culture.</w:t>
      </w:r>
    </w:p>
    <w:p>
      <w:pPr>
        <w:jc w:val="right"/>
      </w:pPr>
      <w:r>
        <w:t>تو دیکھیے جو کمی ہے وہ کیا ہے؟ لو کلچر کیوں نہیں پروموٹ ہو رہا ہے؟ ہیٹ کلچر پروموٹ ہو رہا ہے۔ ہیٹ کلچر۔</w:t>
      </w:r>
    </w:p>
    <w:p>
      <w:r>
        <w:rPr>
          <w:b/>
        </w:rPr>
        <w:t xml:space="preserve">[24:54] </w:t>
      </w:r>
      <w:r>
        <w:t>rousseau ne ek ideology of politics di, marx ne ek ideology of economics di. to wo wo cheez promote hui, lekin jo log love ki baatein karte hain,</w:t>
      </w:r>
    </w:p>
    <w:p>
      <w:pPr>
        <w:jc w:val="right"/>
      </w:pPr>
      <w:r>
        <w:t>روسو نے ایک آئیڈیالوجی آف پولیٹکس دی، مارکس نے ایک آئیڈیالوجی آف اکنامکس دی۔ تو وہ وہ چیز پروموٹ ہوئی، لیکن جو لوگ لو کی باتیں کرتے ہیں،</w:t>
      </w:r>
    </w:p>
    <w:p>
      <w:r>
        <w:rPr>
          <w:b/>
        </w:rPr>
        <w:t xml:space="preserve">[25:08] </w:t>
      </w:r>
      <w:r>
        <w:t>they failed to provide an ideology of love. to insaan ka mind address nahin ho raha hai. kyun? insaan, aap jante hain ke man is a thinking animal.</w:t>
      </w:r>
    </w:p>
    <w:p>
      <w:pPr>
        <w:jc w:val="right"/>
      </w:pPr>
      <w:r>
        <w:t>دے فیلڈ ٹو پرووائیڈ این آئیڈیالوجی آف لو۔ تو انسان کا مائنڈ ایڈریس نہیں ہو رہا ہے۔ کیوں؟ انسان، آپ جانتے ہیں کہ من از ا تھنکنگ اینیمل۔</w:t>
      </w:r>
    </w:p>
    <w:p>
      <w:r>
        <w:rPr>
          <w:b/>
        </w:rPr>
        <w:t xml:space="preserve">[25:21] </w:t>
      </w:r>
      <w:r>
        <w:t>aadmi sochta hai, is ko logic chahiye, is ko reason chahiye kisi baat ko manne ke liye.</w:t>
      </w:r>
    </w:p>
    <w:p>
      <w:pPr>
        <w:jc w:val="right"/>
      </w:pPr>
      <w:r>
        <w:t>آدمی سوچتا ہے، اس کو لاجک چاہیے، اس کو ریزن چاہیے کسی بات کو ماننے کے لیے۔</w:t>
      </w:r>
    </w:p>
    <w:p>
      <w:r>
        <w:rPr>
          <w:b/>
        </w:rPr>
        <w:t xml:space="preserve">[25:33] </w:t>
      </w:r>
      <w:r>
        <w:t>to love ki baat karna aur idea, ideology of love provide na karna, ye hai sab se bari tragedy.</w:t>
      </w:r>
    </w:p>
    <w:p>
      <w:pPr>
        <w:jc w:val="right"/>
      </w:pPr>
      <w:r>
        <w:t>تو لو کی بات کرنا اور آئیڈیا، آئیڈیالوجی آف لو پرووائیڈ نہ کرنا، یہ ہے سب سے بڑی ٹریجڈی۔</w:t>
      </w:r>
    </w:p>
    <w:p>
      <w:r>
        <w:rPr>
          <w:b/>
        </w:rPr>
        <w:t xml:space="preserve">[25:44] </w:t>
      </w:r>
      <w:r>
        <w:t>is ko maine link kiya is se ke hamare log jo hain, men minds are lost in trivialities. to ideology of love kaun nikale?</w:t>
      </w:r>
    </w:p>
    <w:p>
      <w:pPr>
        <w:jc w:val="right"/>
      </w:pPr>
      <w:r>
        <w:t>اس کو میں نے لنک کیا اس سے کہ ہمارے لوگ جو ہیں، مین مائنڈز آر لاسٹ ان ٹریولٹیز۔ تو آئیڈیالوجی آف لو کون نکالے؟</w:t>
      </w:r>
    </w:p>
    <w:p>
      <w:r>
        <w:rPr>
          <w:b/>
        </w:rPr>
        <w:t xml:space="preserve">[25:54] </w:t>
      </w:r>
      <w:r>
        <w:t>kaun soche is par? aap khush jaate hain shopping par, aap khush jaate hain ke naya kapra pa kar ke, aap khush jaate hain kapre ka ek naya design le kar market mein baith jaen to jo khareed rahe hain, aap khush jaate hain is par ke dekho, main ab design khoob bik raha hai,</w:t>
      </w:r>
    </w:p>
    <w:p>
      <w:pPr>
        <w:jc w:val="right"/>
      </w:pPr>
      <w:r>
        <w:t>کون سوچے اس پر؟ آپ خوش جاتے ہیں شاپنگ پر، آپ خوش جاتے ہیں کہ نیا کپڑا پا کر کے، آپ خوش جاتے ہیں کپڑے کا ایک نیا ڈیزائن لے کر مارکیٹ میں بیٹھ جائیں تو جو خرید رہے ہیں، آپ خوش جاتے ہیں اس پر کہ دیکھو، میں اب ڈیزائن خوب بک رہا ہے،</w:t>
      </w:r>
    </w:p>
    <w:p>
      <w:r>
        <w:rPr>
          <w:b/>
        </w:rPr>
        <w:t xml:space="preserve">[26:11] </w:t>
      </w:r>
      <w:r>
        <w:t>naye khilone, naye carain, aur ladke ladkiyan, unhein ek boyfriend mil gaya, wo khush ho rahi hain, unhein ek ek girlfriend mil gaya, is ko khush ho rahi hain.</w:t>
      </w:r>
    </w:p>
    <w:p>
      <w:pPr>
        <w:jc w:val="right"/>
      </w:pPr>
      <w:r>
        <w:t>نئے کھلونے، نئے کاریں، اور لڑکے لڑکیاں، انہیں ایک بوائے فرینڈ مل گیا، وہ خوش ہو رہی ہیں، انہیں ایک ایک گرل فرینڈ مل گیا، اس کو خوش ہو رہی ہیں۔</w:t>
      </w:r>
    </w:p>
    <w:p>
      <w:r>
        <w:rPr>
          <w:b/>
        </w:rPr>
        <w:t xml:space="preserve">[26:20] </w:t>
      </w:r>
      <w:r>
        <w:t>isi mein jee rahe hain log. to kaun discover kare ideology of peace? mountain to discover nahin karega, ocean to nahin niklega discover karne ke liye.</w:t>
      </w:r>
    </w:p>
    <w:p>
      <w:pPr>
        <w:jc w:val="right"/>
      </w:pPr>
      <w:r>
        <w:t>اسی میں جی رہے ہیں لوگ۔ تو کون ڈسکور کرے آئیڈیالوجی آف پیس؟ ماؤنٹین تو ڈسکور نہیں کرے گا، اوشن تو نہیں نکلے گا ڈسکور کرنے کے لیے۔</w:t>
      </w:r>
    </w:p>
    <w:p>
      <w:r>
        <w:rPr>
          <w:b/>
        </w:rPr>
        <w:t xml:space="preserve">[26:35] </w:t>
      </w:r>
      <w:r>
        <w:t>koi galaxy nahin aayegi jo discover kare ideology of peace. wo to insaan ko karna hai. wahan par kya hai ke men men minds are lost in trivialities.</w:t>
      </w:r>
    </w:p>
    <w:p>
      <w:pPr>
        <w:jc w:val="right"/>
      </w:pPr>
      <w:r>
        <w:t>کوئی گلیکسی نہیں آئے گی جو ڈسکور کرے آئیڈیالوجی آف پیس۔ وہ تو انسان کو کرنا ہے۔ وہاں پر کیا ہے کہ مین مین مائنڈز آر لاسٹ ان ٹریولٹیز۔</w:t>
      </w:r>
    </w:p>
    <w:p>
      <w:r>
        <w:rPr>
          <w:b/>
        </w:rPr>
        <w:t xml:space="preserve">[26:46] </w:t>
      </w:r>
      <w:r>
        <w:t>choti si bachon ko gum hai, fashion mein gum hai. mr khalid ansari ne mujhe bataya ke aaj kal teen cheezein fate ke darje mein hain logon ke beech mein.</w:t>
      </w:r>
    </w:p>
    <w:p>
      <w:pPr>
        <w:jc w:val="right"/>
      </w:pPr>
      <w:r>
        <w:t>چھوٹی سی بچوں کو گم ہے، فیشن میں گم ہے۔ مسٹر خالد انصاری نے مجھے بتایا کہ آج کل تین چیزیں فیٹ کے درجے میں ہیں لوگوں کے بیچ میں۔</w:t>
      </w:r>
    </w:p>
    <w:p>
      <w:r>
        <w:rPr>
          <w:b/>
        </w:rPr>
        <w:t xml:space="preserve">[26:57] </w:t>
      </w:r>
      <w:r>
        <w:t>number one fashion, number two art, number teen travel. ye teenon kya hain?</w:t>
      </w:r>
    </w:p>
    <w:p>
      <w:pPr>
        <w:jc w:val="right"/>
      </w:pPr>
      <w:r>
        <w:t>نمبر ون فیشن، نمبر ٹو آرٹ، نمبر تین ٹریول۔ یہ تینوں کیا ہیں؟</w:t>
      </w:r>
    </w:p>
    <w:p>
      <w:r>
        <w:rPr>
          <w:b/>
        </w:rPr>
        <w:t xml:space="preserve">[27:06] </w:t>
      </w:r>
      <w:r>
        <w:t>ye sab hooha culture hai. kapra pehan ke khush ho jao, ek art de kar ke hooha karo, travel karo.</w:t>
      </w:r>
    </w:p>
    <w:p>
      <w:pPr>
        <w:jc w:val="right"/>
      </w:pPr>
      <w:r>
        <w:t>یہ سب ہوہا کلچر ہے۔ کپڑا پہن کے خوش ہو جاؤ، ایک آرٹ دے کر کے ہوہا کرو، ٹریول کرو۔</w:t>
      </w:r>
    </w:p>
    <w:p>
      <w:r>
        <w:rPr>
          <w:b/>
        </w:rPr>
        <w:t xml:space="preserve">[27:14] </w:t>
      </w:r>
      <w:r>
        <w:t>wahan bhi ja kar ke, wahan bhi hooha chalta hai, travel pe bhi. ye teen cheezein aaj kal ke logon ka fate bani hui hain.</w:t>
      </w:r>
    </w:p>
    <w:p>
      <w:pPr>
        <w:jc w:val="right"/>
      </w:pPr>
      <w:r>
        <w:t>وہاں بھی جا کر کے، وہاں بھی ہوہا چلتا ہے، ٹریول پہ بھی۔ یہ تین چیزیں آج کل کے لوگوں کا فیٹ بنی ہوئی ہیں۔</w:t>
      </w:r>
    </w:p>
    <w:p>
      <w:r>
        <w:rPr>
          <w:b/>
        </w:rPr>
        <w:t xml:space="preserve">[27:25] </w:t>
      </w:r>
      <w:r>
        <w:t>to ab jaiye ke discovery kaun kare? kaun kare discovery? pehle zamane ke jo log the, wo kya karte the?</w:t>
      </w:r>
    </w:p>
    <w:p>
      <w:pPr>
        <w:jc w:val="right"/>
      </w:pPr>
      <w:r>
        <w:t>تو اب جائیے کہ ڈسکوری کون کرے؟ کون کرے ڈسکوری؟ پہلے زمانے کے جو لوگ تھے، وہ کیا کرتے تھے؟</w:t>
      </w:r>
    </w:p>
    <w:p>
      <w:r>
        <w:rPr>
          <w:b/>
        </w:rPr>
        <w:t xml:space="preserve">[27:37] </w:t>
      </w:r>
      <w:r>
        <w:t>ant hill ki discovery mein thirty years laga diye ek scientist ne. ye jo cheentiyan hoti hain, aap jante hain ke cheentiyan jahan rehti hain, agar aap ne kabhi dekha hoga to itni wahan dher lag jata hai mitti ka.</w:t>
      </w:r>
    </w:p>
    <w:p>
      <w:pPr>
        <w:jc w:val="right"/>
      </w:pPr>
      <w:r>
        <w:t>اینٹ ہل کی ڈسکوری میں تھرٹی ایئرز لگا دیے ایک سائنٹسٹ نے۔ یہ جو چیوٹیاں ہوتی ہیں، آپ جانتے ہیں کہ چیوٹیاں جہاں رہتی ہیں، اگر آپ نے کبھی دیکھا ہوگا تو اتنی وہاں ڈھیر لگ جاتا ہے مٹی کا۔</w:t>
      </w:r>
    </w:p>
    <w:p>
      <w:r>
        <w:rPr>
          <w:b/>
        </w:rPr>
        <w:t xml:space="preserve">[27:51] </w:t>
      </w:r>
      <w:r>
        <w:t>andar se mitti nikalti hain. ek choti si cheenti jo hai, ek dher mitti ka laga deti hai wahan par. is ko kehte hain ant hill.</w:t>
      </w:r>
    </w:p>
    <w:p>
      <w:pPr>
        <w:jc w:val="right"/>
      </w:pPr>
      <w:r>
        <w:t>اندر سے مٹی نکالتی ہیں۔ ایک چھوٹی سی چیونٹی جو ہے، ایک ڈھیر مٹی کا لگا دیتی ہے وہاں پر۔ اس کو کہتے ہیں اینٹ ہل۔</w:t>
      </w:r>
    </w:p>
    <w:p>
      <w:r>
        <w:rPr>
          <w:b/>
        </w:rPr>
        <w:t xml:space="preserve">[28:02] </w:t>
      </w:r>
      <w:r>
        <w:t>wo kaise ant hill banti hai? cheentiyan kaise rehti hain? un sari cheezon par wo research karta raha aur thirty year laga diya.</w:t>
      </w:r>
    </w:p>
    <w:p>
      <w:pPr>
        <w:jc w:val="right"/>
      </w:pPr>
      <w:r>
        <w:t>وہ کیسے اینٹ ہل بنتی ہے؟ چیوٹیاں کیسے رہتی ہیں؟ ان ساری چیزوں پر وہ ریسرچ کرتا رہا اور تھرٹی ایئر لگا دیا۔</w:t>
      </w:r>
    </w:p>
    <w:p>
      <w:r>
        <w:rPr>
          <w:b/>
        </w:rPr>
        <w:t xml:space="preserve">[28:10] </w:t>
      </w:r>
      <w:r>
        <w:t>us ne is par book likhi. us ne ye pehle aise log the, pehle ab kahan hain? ab to hooha culture hai. har din naya kapra, har din naya khilona.</w:t>
      </w:r>
    </w:p>
    <w:p>
      <w:pPr>
        <w:jc w:val="right"/>
      </w:pPr>
      <w:r>
        <w:t>اس نے اس پر بک لکھی۔ اس نے یہ پہلے ایسے لوگ تھے، پہلے اب کہاں ہیں؟ اب تو ہوہا کلچر ہے۔ ہر دن نیا کپڑا، ہر دن نیا کھلونا۔</w:t>
      </w:r>
    </w:p>
    <w:p>
      <w:r>
        <w:rPr>
          <w:b/>
        </w:rPr>
        <w:t xml:space="preserve">[28:22] </w:t>
      </w:r>
      <w:r>
        <w:t>hamare jo bachche hain, un ko har din naya khilona chahiye, toy. har din ek naya toy. ladkiyan, un ko har din ek naya kapra chahiye.</w:t>
      </w:r>
    </w:p>
    <w:p>
      <w:pPr>
        <w:jc w:val="right"/>
      </w:pPr>
      <w:r>
        <w:t>ہمارے جو بچے ہیں، ان کو ہر دن نیا کھلونا چاہیے، ٹوئے۔ ہر دن ایک نیا ٹوئے۔ لڑکیاں، ان کو ہر دن ایک نیا کپڑا چاہیے۔</w:t>
      </w:r>
    </w:p>
    <w:p>
      <w:r>
        <w:rPr>
          <w:b/>
        </w:rPr>
        <w:t xml:space="preserve">[28:32] </w:t>
      </w:r>
      <w:r>
        <w:t>idhar dating, idhar hotel ja rahe hain, idhar outing kar rahe hain, idhar ghoom rahe hain. bataiye, isi mein trillion dollar kharch ho raha hai.</w:t>
      </w:r>
    </w:p>
    <w:p>
      <w:pPr>
        <w:jc w:val="right"/>
      </w:pPr>
      <w:r>
        <w:t>ادھر ڈیٹنگ، ادھر ہوٹل جا رہے ہیں، ادھر آؤٹنگ کر رہے ہیں، ادھر گھوم رہے ہیں۔ بتائیے، اسی میں ٹریلین ڈالر خرچ ہو رہا ہے۔</w:t>
      </w:r>
    </w:p>
    <w:p>
      <w:r>
        <w:rPr>
          <w:b/>
        </w:rPr>
        <w:t xml:space="preserve">[28:42] </w:t>
      </w:r>
      <w:r>
        <w:t>inhi baton mein sara time kharch ho raha hai. to kaun hai jo idea, ideology of peace ko discover kare? kis ko time hai?</w:t>
      </w:r>
    </w:p>
    <w:p>
      <w:pPr>
        <w:jc w:val="right"/>
      </w:pPr>
      <w:r>
        <w:t>انہی باتوں میں سارا ٹائم خرچ ہو رہا ہے۔ تو کون ہے جو آئیڈیا، آئیڈیالوجی آف پیس کو ڈسکور کرے؟ کس کو ٹائم ہے؟</w:t>
      </w:r>
    </w:p>
    <w:p>
      <w:r>
        <w:rPr>
          <w:b/>
        </w:rPr>
        <w:t xml:space="preserve">[28:53] </w:t>
      </w:r>
      <w:r>
        <w:t>to mere jaise log kuch honge, do chaar ke main ab aap ko pata hai ke main spiritual tree ke neeche ghanton ghanton baitha rehta hoon, sochta rehta hoon. ghanton ghanton wahan baitha sochta rehta hoon.</w:t>
      </w:r>
    </w:p>
    <w:p>
      <w:pPr>
        <w:jc w:val="right"/>
      </w:pPr>
      <w:r>
        <w:t>تو میرے جیسے لوگ کچھ ہوں گے، دو چار کہ میں اب آپ کو پتہ ہے کہ میں اسپیریچول ٹری کے نیچے گھنٹوں گھنٹوں بیٹھا رہتا ہوں، سوچتا رہتا ہوں۔ گھنٹوں گھنٹوں وہاں بیٹھا سوچتا رہتا ہوں۔</w:t>
      </w:r>
    </w:p>
    <w:p>
      <w:r>
        <w:rPr>
          <w:b/>
        </w:rPr>
        <w:t xml:space="preserve">[29:10] </w:t>
      </w:r>
      <w:r>
        <w:t>ek the rasool Allah salallaho alaihi wasallam, yaani prophet of Islam jo the, un ke ek companion the. un ka naam tha abu darda.</w:t>
      </w:r>
    </w:p>
    <w:p>
      <w:pPr>
        <w:jc w:val="right"/>
      </w:pPr>
      <w:r>
        <w:t>ایک تھے رسول اللہ صلی اللہ علیہ وسلم، یعنی پرافٹ آف اسلام جو تھے، ان کے ایک کمپینین تھے۔ ان کا نام تھا ابو دردہ۔</w:t>
      </w:r>
    </w:p>
    <w:p>
      <w:r>
        <w:rPr>
          <w:b/>
        </w:rPr>
        <w:t xml:space="preserve">[29:21] </w:t>
      </w:r>
      <w:r>
        <w:t>abu darda bohat hi intelligent the. woh</w:t>
      </w:r>
    </w:p>
    <w:p>
      <w:pPr>
        <w:jc w:val="right"/>
      </w:pPr>
      <w:r>
        <w:t>ابو دردہ بہت ہی انٹیلیجنٹ تھے۔ وہ</w:t>
      </w:r>
    </w:p>
    <w:p>
      <w:r>
        <w:rPr>
          <w:b/>
        </w:rPr>
        <w:t xml:space="preserve">[29:27] </w:t>
      </w:r>
      <w:r>
        <w:t>to ek aadmi, un ke marne ke baad, jab woh mar gaye, un ke ghar gaya, un ki wife se poocha. us ne ke abu darda jo itna bohat zyada un ko, yaani maana jata tha ke bohat oonche darje ke emperean hain, to un ki khaas ibadat kya thi?</w:t>
      </w:r>
    </w:p>
    <w:p>
      <w:pPr>
        <w:jc w:val="right"/>
      </w:pPr>
      <w:r>
        <w:t>تو ایک آدمی، ان کے مرنے کے بعد، جب وہ مر گئے، ان کے گھر گیا، ان کی وائف سے پوچھا۔ اس نے کہ ابو دردہ جو اتنا بہت زیادہ ان کو، یعنی مانا جاتا تھا کہ بہت اونچے درجے کے ایمپیرین ہیں، تو ان کی خاص عبادت کیا تھی؟</w:t>
      </w:r>
    </w:p>
    <w:p>
      <w:r>
        <w:rPr>
          <w:b/>
        </w:rPr>
        <w:t xml:space="preserve">[29:51] </w:t>
      </w:r>
      <w:r>
        <w:t>yaani what was his special worship jis ki wajah se un ko itna bara darja mila? to jante hain, un ki biwi ne kya kaha?</w:t>
      </w:r>
    </w:p>
    <w:p>
      <w:pPr>
        <w:jc w:val="right"/>
      </w:pPr>
      <w:r>
        <w:t>یعنی واٹ واز ہز اسپیشل ورشپ جس کی وجہ سے ان کو اتنا بڑا درجہ ملا؟ تو جانتے ہیں، ان کی بیوی نے کیا کہا؟</w:t>
      </w:r>
    </w:p>
    <w:p>
      <w:r>
        <w:rPr>
          <w:b/>
        </w:rPr>
        <w:t xml:space="preserve">[30:02] </w:t>
      </w:r>
      <w:r>
        <w:t>un ki biwi ne kaha ke woh baithe hue bas sochte rehte the, tulun nahar,</w:t>
      </w:r>
    </w:p>
    <w:p>
      <w:pPr>
        <w:jc w:val="right"/>
      </w:pPr>
      <w:r>
        <w:t>ان کی بیوی نے کہا کہ وہ بیٹھے ہوئے بس سوچتے رہتے تھے، طول النہار،</w:t>
      </w:r>
    </w:p>
    <w:p>
      <w:r>
        <w:rPr>
          <w:b/>
        </w:rPr>
        <w:t xml:space="preserve">[30:12] </w:t>
      </w:r>
      <w:r>
        <w:t>poore poore din bas sochte rehte the. woh</w:t>
      </w:r>
    </w:p>
    <w:p>
      <w:pPr>
        <w:jc w:val="right"/>
      </w:pPr>
      <w:r>
        <w:t>پورے پورے دن بس سوچتے رہتے تھے۔ وہ</w:t>
      </w:r>
    </w:p>
    <w:p>
      <w:r>
        <w:rPr>
          <w:b/>
        </w:rPr>
        <w:t xml:space="preserve">[30:18] </w:t>
      </w:r>
      <w:r>
        <w:t>at-tafakkur wal-i'tibar, sochna, sochna, sochna. sab se yaad rahe ke sab se bari worship jo hai, sochna hai.</w:t>
      </w:r>
    </w:p>
    <w:p>
      <w:pPr>
        <w:jc w:val="right"/>
      </w:pPr>
      <w:r>
        <w:t>التفکر والاعتبار، سوچنا، سوچنا، سوچنا۔ سب سے یاد رہے کہ سب سے بڑی ورشپ جو ہے، سوچنا ہے۔</w:t>
      </w:r>
    </w:p>
    <w:p>
      <w:r>
        <w:rPr>
          <w:b/>
        </w:rPr>
        <w:t xml:space="preserve">[30:30] </w:t>
      </w:r>
      <w:r>
        <w:t>yaad rakhiye is baat ko, sab se bari worship sochna hai. jo quran mein kaha gaya hai, at-tafakkur, at-tadhakkur, at-tadabbur.</w:t>
      </w:r>
    </w:p>
    <w:p>
      <w:pPr>
        <w:jc w:val="right"/>
      </w:pPr>
      <w:r>
        <w:t>یاد رکھیے اس بات کو، سب سے بڑی ورشپ سوچنا ہے۔ جو قرآن میں کہا گیا ہے، التفکر، التذکر، التدبر۔</w:t>
      </w:r>
    </w:p>
    <w:p>
      <w:r>
        <w:rPr>
          <w:b/>
        </w:rPr>
        <w:t xml:space="preserve">[30:41] </w:t>
      </w:r>
      <w:r>
        <w:t>quran mein again again yeh cheez repeat hui hai ke sab se bari worship hai, at-tafakkur, at-tadhakkur, at-tadabbur, al-i'tibar.</w:t>
      </w:r>
    </w:p>
    <w:p>
      <w:pPr>
        <w:jc w:val="right"/>
      </w:pPr>
      <w:r>
        <w:t>قرآن میں اگین اگین یہ چیز ریپیٹ ہوئی ہے کہ سب سے بڑی ورشپ ہے، التفکر، التذکر، التدبر، الاعتبار۔</w:t>
      </w:r>
    </w:p>
    <w:p>
      <w:r>
        <w:rPr>
          <w:b/>
        </w:rPr>
        <w:t xml:space="preserve">[30:53] </w:t>
      </w:r>
      <w:r>
        <w:t>sab se bari worship hai. kyun? sab se bari worship yeh hai, tafakkur hi ke zariye to aap ka Khuda se contact hota hai. ab mind ko stop kar ke aap namaz padhiye to Khuda se contact thori hoga.</w:t>
      </w:r>
    </w:p>
    <w:p>
      <w:pPr>
        <w:jc w:val="right"/>
      </w:pPr>
      <w:r>
        <w:t>سب سے بڑی ورشپ ہے۔ کیوں؟ سب سے بڑی ورشپ یہ ہے، تفکر ہی کے ذریعے تو آپ کا خدا سے کنٹیکٹ ہوتا ہے۔ اب مائنڈ کو اسٹاپ کر کے آپ نماز پڑھیے تو خدا سے کنٹیکٹ تھوڑی ہوگا۔</w:t>
      </w:r>
    </w:p>
    <w:p>
      <w:r>
        <w:rPr>
          <w:b/>
        </w:rPr>
        <w:t xml:space="preserve">[31:10] </w:t>
      </w:r>
      <w:r>
        <w:t>apne mind ko kaam mein na laiye. jaise ke yoga mein hota hai ke woh kehte hain ke apne mind ko stop kar do. to mind ko stop kar ke agar aap namaz padhein, kuch bhi karein to contact to through mind hi hota hai.</w:t>
      </w:r>
    </w:p>
    <w:p>
      <w:pPr>
        <w:jc w:val="right"/>
      </w:pPr>
      <w:r>
        <w:t>اپنے مائنڈ کو کام میں نہ لائیے۔ جیسے کہ یوگا میں ہوتا ہے کہ وہ کہتے ہیں کہ اپنے مائنڈ کو اسٹاپ کر دو۔ تو مائنڈ کو اسٹاپ کر کے اگر آپ نماز پڑھیں، کچھ بھی کریں تو کنٹیکٹ تو تھرو مائنڈ ہی ہوتا ہے۔</w:t>
      </w:r>
    </w:p>
    <w:p>
      <w:r>
        <w:rPr>
          <w:b/>
        </w:rPr>
        <w:t xml:space="preserve">[31:29] </w:t>
      </w:r>
      <w:r>
        <w:t>to contact kaisa hoga Khuda se aap ka? to jitna zyada aap ka mind alive hota hai, jitna zyada intellectual power barha hua hota hai aap ka, jitna zyada thinking power aap ka barha hua hota hai,</w:t>
      </w:r>
    </w:p>
    <w:p>
      <w:pPr>
        <w:jc w:val="right"/>
      </w:pPr>
      <w:r>
        <w:t>تو کنٹیکٹ کیسا ہوگا خدا سے آپ کا؟ تو جتنا زیادہ آپ کا مائنڈ الائیو ہوتا ہے، جتنا زیادہ انٹلیکچول پاور بڑھا ہوا ہوتا ہے آپ کا، جتنا زیادہ تھنکنگ پاور آپ کا بڑھا ہوا ہوتا ہے،</w:t>
      </w:r>
    </w:p>
    <w:p>
      <w:r>
        <w:rPr>
          <w:b/>
        </w:rPr>
        <w:t xml:space="preserve">[31:45] </w:t>
      </w:r>
      <w:r>
        <w:t>utne zyada aap is position mein hote hain ke God se aap contact kar sakein. to abu darda jo the, woh sochte the, woh kya?</w:t>
      </w:r>
    </w:p>
    <w:p>
      <w:pPr>
        <w:jc w:val="right"/>
      </w:pPr>
      <w:r>
        <w:t>اتنے زیادہ آپ اس پوزیشن میں ہوتے ہیں کہ گاڈ سے آپ کنٹیکٹ کر سکیں۔ تو ابو دردہ جو تھے، وہ سوچتے تھے، وہ کیا؟</w:t>
      </w:r>
    </w:p>
    <w:p>
      <w:r>
        <w:rPr>
          <w:b/>
        </w:rPr>
        <w:t xml:space="preserve">[31:55] </w:t>
      </w:r>
      <w:r>
        <w:t>God se contact establish karte the. woh</w:t>
      </w:r>
    </w:p>
    <w:p>
      <w:pPr>
        <w:jc w:val="right"/>
      </w:pPr>
      <w:r>
        <w:t>گاڈ سے کنٹیکٹ اسٹیبلش کرتے تھے۔ وہ</w:t>
      </w:r>
    </w:p>
    <w:p>
      <w:r>
        <w:rPr>
          <w:b/>
        </w:rPr>
        <w:t xml:space="preserve">[32:01] </w:t>
      </w:r>
      <w:r>
        <w:t>yeh tha, yeh hai sab se bari worship Islam mein. sab se bari worship hai jo aaj hadith mein aata hai ke insaan namaz padhta hai, roza rakhta hai,</w:t>
      </w:r>
    </w:p>
    <w:p>
      <w:pPr>
        <w:jc w:val="right"/>
      </w:pPr>
      <w:r>
        <w:t>یہ تھا، یہ ہے سب سے بڑی ورشپ اسلام میں۔ سب سے بڑی ورشپ ہے جو آج حدیث میں آتا ہے کہ انسان نماز پڑھتا ہے، روزہ رکھتا ہے،</w:t>
      </w:r>
    </w:p>
    <w:p>
      <w:r>
        <w:rPr>
          <w:b/>
        </w:rPr>
        <w:t xml:space="preserve">[32:19] </w:t>
      </w:r>
      <w:r>
        <w:t>lekin. wa la yujza illa bi qadri 'aqlihi. kaisi ajeeb hadith hai! ghaur kijiye, wa la yujza illa bi qadri 'aqlihi.</w:t>
      </w:r>
    </w:p>
    <w:p>
      <w:pPr>
        <w:jc w:val="right"/>
      </w:pPr>
      <w:r>
        <w:t>لیکن۔ ولا یجزا الا بقدر عقلہ۔ کیسی عجیب حدیث ہے! غور کیجئے، ولا یجزا الا بقدر عقلہ۔</w:t>
      </w:r>
    </w:p>
    <w:p>
      <w:r>
        <w:rPr>
          <w:b/>
        </w:rPr>
        <w:t xml:space="preserve">[32:31] </w:t>
      </w:r>
      <w:r>
        <w:t>yaani soch ke barabar us ko milta hai reward, aql ke barabar milta hai reward. yaani apni aql ko, apne mind ko, aql means mind, apni aql ko kitna activate kiya,</w:t>
      </w:r>
    </w:p>
    <w:p>
      <w:pPr>
        <w:jc w:val="right"/>
      </w:pPr>
      <w:r>
        <w:t>یعنی سوچ کے برابر اس کو ملتا ہے ریوارڈ، عقل کے برابر ملتا ہے ریوارڈ۔ یعنی اپنی عقل کو، اپنے مائنڈ کو، عقل مینز مائنڈ، اپنی عقل کو کتنا ایکٹیویٹ کیا،</w:t>
      </w:r>
    </w:p>
    <w:p>
      <w:r>
        <w:rPr>
          <w:b/>
        </w:rPr>
        <w:t xml:space="preserve">[32:46] </w:t>
      </w:r>
      <w:r>
        <w:t>aql ko kitna zyada woh kaam mein laya, is se is is ke barabar reward milega us ko. yeh nahi ke namaz ki unit kitni padhi us ne, ek hazar unit namaz padh li to us par nahi reward milta hai.</w:t>
      </w:r>
    </w:p>
    <w:p>
      <w:pPr>
        <w:jc w:val="right"/>
      </w:pPr>
      <w:r>
        <w:t>عقل کو کتنا زیادہ وہ کام میں لایا، اس سے اس اس کے برابر ریوارڈ ملے گا اس کو۔ یہ نہیں کہ نماز کی یونٹ کتنی پڑھی اس نے، ایک ہزار یونٹ نماز پڑھ لی تو اس پر نہیں ریوارڈ ملتا ہے۔</w:t>
      </w:r>
    </w:p>
    <w:p>
      <w:r>
        <w:rPr>
          <w:b/>
        </w:rPr>
        <w:t xml:space="preserve">[33:02] </w:t>
      </w:r>
      <w:r>
        <w:t>mind ke level par, soch ke level par, kitna us ne attain kiya God ka yeh realization, us par yeh faisla hota ke kis ko kya mila, kis ko kitna reward mila.</w:t>
      </w:r>
    </w:p>
    <w:p>
      <w:pPr>
        <w:jc w:val="right"/>
      </w:pPr>
      <w:r>
        <w:t>مائنڈ کے لیول پر، سوچ کے لیول پر، کتنا اس نے اٹین کیا گاڈ کا یہ ریلائزیشن، اس پر یہ فیصلہ ہوتا کہ کس کو کیا ملا، کس کو کتنا ریوارڈ ملا۔</w:t>
      </w:r>
    </w:p>
    <w:p>
      <w:r>
        <w:rPr>
          <w:b/>
        </w:rPr>
        <w:t xml:space="preserve">[33:21] </w:t>
      </w:r>
      <w:r>
        <w:t>to main apne is, mera jo spiritual tree hai, us ke neeche soch raha tha, soch raha tha, soch raha tha.</w:t>
      </w:r>
    </w:p>
    <w:p>
      <w:pPr>
        <w:jc w:val="right"/>
      </w:pPr>
      <w:r>
        <w:t>تو میں اپنے اس، میرا جو اسپیریچول ٹری ہے، اس کے نیچے سوچ رہا تھا، سوچ رہا تھا، سوچ رہا تھا۔</w:t>
      </w:r>
    </w:p>
    <w:p>
      <w:r>
        <w:rPr>
          <w:b/>
        </w:rPr>
        <w:t xml:space="preserve">[33:32] </w:t>
      </w:r>
      <w:r>
        <w:t>to mere mind mein achaanak yeh aaya ke yeh jo drakht hai,</w:t>
      </w:r>
    </w:p>
    <w:p>
      <w:pPr>
        <w:jc w:val="right"/>
      </w:pPr>
      <w:r>
        <w:t>تو میرے مائنڈ میں اچانک یہ آیا کہ یہ جو درخت ہے،</w:t>
      </w:r>
    </w:p>
    <w:p>
      <w:r>
        <w:rPr>
          <w:b/>
        </w:rPr>
        <w:t xml:space="preserve">[33:40] </w:t>
      </w:r>
      <w:r>
        <w:t>us ko hazaron saal se insaan dekhta raha hai, hazaron saal se dekhta raha hai. lekin</w:t>
      </w:r>
    </w:p>
    <w:p>
      <w:pPr>
        <w:jc w:val="right"/>
      </w:pPr>
      <w:r>
        <w:t>اس کو ہزاروں سال سے انسان دیکھتا رہا ہے، ہزاروں سال سے دیکھتا رہا ہے۔ لیکن</w:t>
      </w:r>
    </w:p>
    <w:p>
      <w:r>
        <w:rPr>
          <w:b/>
        </w:rPr>
        <w:t xml:space="preserve">[33:50] </w:t>
      </w:r>
      <w:r>
        <w:t>ek bohat bohat sari baatein jo tree se juri hui hain, aap jante hain ke tree ek science hai, poori poori poori ek science hai ek tree.</w:t>
      </w:r>
    </w:p>
    <w:p>
      <w:pPr>
        <w:jc w:val="right"/>
      </w:pPr>
      <w:r>
        <w:t>ایک بہت بہت ساری باتیں جو ٹری سے جڑی ہوئی ہیں، آپ جانتے ہیں کہ ٹری ایک سائنس ہے، پوری پوری پوری ایک سائنس ہے ایک ٹری۔</w:t>
      </w:r>
    </w:p>
    <w:p>
      <w:r>
        <w:rPr>
          <w:b/>
        </w:rPr>
        <w:t xml:space="preserve">[34:03] </w:t>
      </w:r>
      <w:r>
        <w:t>to woh pehle insaan jaanta nahi tha. jaise misaal ke taur par insaan nahi jaanta tha pehle ke insaan aur tree ke beech mein ek bohat gehra rishta hai.</w:t>
      </w:r>
    </w:p>
    <w:p>
      <w:pPr>
        <w:jc w:val="right"/>
      </w:pPr>
      <w:r>
        <w:t>تو وہ پہلے انسان جانتا نہیں تھا۔ جیسے مثال کے طور پر انسان نہیں جانتا تھا پہلے کہ انسان اور ٹری کے بیچ میں ایک بہت گہرا رشتہ ہے۔</w:t>
      </w:r>
    </w:p>
    <w:p>
      <w:r>
        <w:rPr>
          <w:b/>
        </w:rPr>
        <w:t xml:space="preserve">[34:18] </w:t>
      </w:r>
      <w:r>
        <w:t>hum yeh jaante thay ke insaan saans leta hai, is ko hum samajhte hain ke hawa mein saans leta hai. bas lekin yeh ab pata chala hai ke insaan aur tree ke beech mein ek rishta hai.</w:t>
      </w:r>
    </w:p>
    <w:p>
      <w:pPr>
        <w:jc w:val="right"/>
      </w:pPr>
      <w:r>
        <w:t>ہم یہ جانتے تھے کہ انسان سانس لیتا ہے، اس کو ہم سمجھتے ہیں کہ ہوا میں سانس لیتا ہے۔ بس لیکن یہ اب پتہ چلا ہے کہ انسان اور ٹری کے بیچ میں ایک رشتہ ہے۔</w:t>
      </w:r>
    </w:p>
    <w:p>
      <w:r>
        <w:rPr>
          <w:b/>
        </w:rPr>
        <w:t xml:space="preserve">[34:33] </w:t>
      </w:r>
      <w:r>
        <w:t>yaani hum jab saans lete hain to hum inhale karte hain oxygen aur exhale karte hain carbon, carbon dioxide.</w:t>
      </w:r>
    </w:p>
    <w:p>
      <w:pPr>
        <w:jc w:val="right"/>
      </w:pPr>
      <w:r>
        <w:t>یعنی ہم جب سانس لیتے ہیں تو ہم انہیل کرتے ہیں اکسیجن اور ایکسہیل کرتے ہیں کاربن، کاربن ڈائی آکسائیڈ۔</w:t>
      </w:r>
    </w:p>
    <w:p>
      <w:r>
        <w:rPr>
          <w:b/>
        </w:rPr>
        <w:t xml:space="preserve">[34:47] </w:t>
      </w:r>
      <w:r>
        <w:t>hum jo jo oxygen hum inhale karte hain, woh kahan se aaya? woh inhi darakhton se aaya. in darakhton mein ek bohat hi bohat zabardast qism ka ek process chalta hai jo kehte hain chlorophyll.</w:t>
      </w:r>
    </w:p>
    <w:p>
      <w:pPr>
        <w:jc w:val="right"/>
      </w:pPr>
      <w:r>
        <w:t>ہم جو جو اکسیجن ہم انہیل کرتے ہیں، وہ کہاں سے آیا؟ وہ انہی درختوں سے آیا۔ ان درختوں میں ایک بہت ہی بہت زبردست قسم کا ایک پروسیس چلتا ہے جو کہتے ہیں کلوروفل۔</w:t>
      </w:r>
    </w:p>
    <w:p>
      <w:r>
        <w:rPr>
          <w:b/>
        </w:rPr>
        <w:t xml:space="preserve">[35:03] </w:t>
      </w:r>
      <w:r>
        <w:t>woh ek alag science hai, is ki chlorophyll ki science alag alag science hai. to to tree jo hai, woh is science ki jo is ke andar hoti hai karkhana,</w:t>
      </w:r>
    </w:p>
    <w:p>
      <w:pPr>
        <w:jc w:val="right"/>
      </w:pPr>
      <w:r>
        <w:t>وہ ایک الگ سائنس ہے، اس کی کلوروفل کی سائنس الگ الگ سائنس ہے۔ تو تو ٹری جو ہے، وہ اس سائنس کی جو اس کے اندر ہوتی ہے کارخانہ،</w:t>
      </w:r>
    </w:p>
    <w:p>
      <w:r>
        <w:rPr>
          <w:b/>
        </w:rPr>
        <w:t xml:space="preserve">[35:17] </w:t>
      </w:r>
      <w:r>
        <w:t>yaani chlorophyll to ek is mein factory banti hai peed ke is par, is se woh oxygen extract karta hai.</w:t>
      </w:r>
    </w:p>
    <w:p>
      <w:pPr>
        <w:jc w:val="right"/>
      </w:pPr>
      <w:r>
        <w:t>یعنی کلوروفل تو ایک اس میں فیکٹری بنتی ہے پیڑ کے اس پر، اس سے وہ اکسیجن ایکسٹریکٹ کرتا ہے۔</w:t>
      </w:r>
    </w:p>
    <w:p>
      <w:r>
        <w:rPr>
          <w:b/>
        </w:rPr>
        <w:t xml:space="preserve">[35:27] </w:t>
      </w:r>
      <w:r>
        <w:t>ab woh air jo hai, oxygen ko supply karta hai, woh air mein aati hai, air se mere paas aati hai, aur main saans leta hoon. to jis oxygen ko main exhale, jis oxygen ko main inhale kar raha hoon, woh peed se supply ho rahi hai.</w:t>
      </w:r>
    </w:p>
    <w:p>
      <w:pPr>
        <w:jc w:val="right"/>
      </w:pPr>
      <w:r>
        <w:t>اب وہ ایئر جو ہے، اکسیجن کو سپلائی کرتا ہے، وہ ایئر میں آتی ہے، ایئر سے میرے پاس آتی ہے، اور میں سانس لیتا ہوں۔ تو جس اکسیجن کو میں ایکسہیل، جس اکسیجن کو میں انہیل کر رہا ہوں، وہ پیڑ سے سپلائی ہو رہی ہے۔</w:t>
      </w:r>
    </w:p>
    <w:p>
      <w:r>
        <w:rPr>
          <w:b/>
        </w:rPr>
        <w:t xml:space="preserve">[35:43] </w:t>
      </w:r>
      <w:r>
        <w:t>aur phir jis carbon dioxide ko main exhale kar raha hoon, aap jaante hain ke woh woh ek ek ek woh hai, harmful hai insaan ke liye.</w:t>
      </w:r>
    </w:p>
    <w:p>
      <w:pPr>
        <w:jc w:val="right"/>
      </w:pPr>
      <w:r>
        <w:t>اور پھر جس کاربن ڈائی آکسائیڈ کو میں ایکسہیل کر رہا ہوں، آپ جانتے ہیں کہ وہ وہ ایک ایک ایک وہ ہے، ہارم فل ہے انسان کے لیے۔</w:t>
      </w:r>
    </w:p>
    <w:p>
      <w:r>
        <w:rPr>
          <w:b/>
        </w:rPr>
        <w:t xml:space="preserve">[35:55] </w:t>
      </w:r>
      <w:r>
        <w:t>agar poora jo atmosphere bhar jaye carbon dioxide se to hum mar jayenge. to yeh kahan dispose off hota hai?</w:t>
      </w:r>
    </w:p>
    <w:p>
      <w:pPr>
        <w:jc w:val="right"/>
      </w:pPr>
      <w:r>
        <w:t>اگر پورا جو ایٹمسفیئر بھر جائے کاربن ڈائی آکسائیڈ سے تو ہم مر جائیں گے۔ تو یہ کہاں ڈسپوز آف ہوتا ہے؟</w:t>
      </w:r>
    </w:p>
    <w:p>
      <w:r>
        <w:rPr>
          <w:b/>
        </w:rPr>
        <w:t xml:space="preserve">[36:04] </w:t>
      </w:r>
      <w:r>
        <w:t>woh kahan jaata hai? woh woh peed le leta hai. to kaisa ajeeb baat hai ke carbon dioxide peed ka food hai, oxygen mera food hai.</w:t>
      </w:r>
    </w:p>
    <w:p>
      <w:pPr>
        <w:jc w:val="right"/>
      </w:pPr>
      <w:r>
        <w:t>وہ کہاں جاتا ہے؟ وہ وہ پیڑ لے لیتا ہے۔ تو کیسا عجیب بات ہے کہ کاربن ڈائی آکسائیڈ پیڑ کا فوڈ ہے، اکسیجن میرا فوڈ ہے۔</w:t>
      </w:r>
    </w:p>
    <w:p>
      <w:r>
        <w:rPr>
          <w:b/>
        </w:rPr>
        <w:t xml:space="preserve">[36:16] </w:t>
      </w:r>
      <w:r>
        <w:t>kitna ajeeb o ghareeb exchange hai! ji,</w:t>
      </w:r>
    </w:p>
    <w:p>
      <w:pPr>
        <w:jc w:val="right"/>
      </w:pPr>
      <w:r>
        <w:t>کتنا عجیب و غریب ایکسچینج ہے! جی،</w:t>
      </w:r>
    </w:p>
    <w:p>
      <w:r>
        <w:rPr>
          <w:b/>
        </w:rPr>
        <w:t xml:space="preserve">[36:21] </w:t>
      </w:r>
      <w:r>
        <w:t>yeh hazaron saal se yeh baat thi duniya mein. main insaan kuch jaanta hi nahi tha.</w:t>
      </w:r>
    </w:p>
    <w:p>
      <w:pPr>
        <w:jc w:val="right"/>
      </w:pPr>
      <w:r>
        <w:t>یہ ہزاروں سال سے یہ بات تھی دنیا میں۔ میں انسان کچھ جانتا ہی نہیں تھا۔</w:t>
      </w:r>
    </w:p>
    <w:p>
      <w:r>
        <w:rPr>
          <w:b/>
        </w:rPr>
        <w:t xml:space="preserve">[36:29] </w:t>
      </w:r>
      <w:r>
        <w:t>yeh modern jo thinkers hain, modern scientist jo hain, paida hue mostly Europe mein, unhone discover kiya is ko. to ab mere mind mein yeh baat aayi to maine socha ke poori humanity ke liye mujhe ek pyar aa gaya, mere liye jo humanity sainkaron saal se lagi hui hai, mujhe batane mein,</w:t>
      </w:r>
    </w:p>
    <w:p>
      <w:pPr>
        <w:jc w:val="right"/>
      </w:pPr>
      <w:r>
        <w:t>یہ ماڈرن جو تھنکرز ہیں، ماڈرن سائنٹسٹ جو ہیں، پیدا ہوئے موسٹلی یورپ میں، انہوں نے ڈسکور کیا اس کو۔ تو اب میرے مائنڈ میں یہ بات آئی تو میں نے سوچا کہ پوری ہیومینٹی کے لیے مجھے ایک پیار آ گیا، میرے لیے جو ہیومینٹی سینکڑوں سال سے لگی ہوئی ہے، مجھے بتانے میں،</w:t>
      </w:r>
    </w:p>
    <w:p>
      <w:r>
        <w:rPr>
          <w:b/>
        </w:rPr>
        <w:t xml:space="preserve">[36:49] </w:t>
      </w:r>
      <w:r>
        <w:t>yeh discover kar ke bataye</w:t>
      </w:r>
    </w:p>
    <w:p>
      <w:pPr>
        <w:jc w:val="right"/>
      </w:pPr>
      <w:r>
        <w:t>یہ ڈسکور کر کے بتائے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