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29 October, 2006 Maulana Wahiduddin Khan</w:t>
      </w:r>
    </w:p>
    <w:p>
      <w:r>
        <w:t>https://www.youtube.com/watch?v=UhWGNgyU7bA</w:t>
      </w:r>
    </w:p>
    <w:p>
      <w:r>
        <w:rPr>
          <w:b/>
        </w:rPr>
        <w:t xml:space="preserve">[00:13] </w:t>
      </w:r>
      <w:r>
        <w:t>Nabi al Kareem, Rabbi shrah li sadri, wa yassir li amri, wahlul uqdatan min lisani, yafqahu qawli.</w:t>
      </w:r>
    </w:p>
    <w:p>
      <w:pPr>
        <w:jc w:val="right"/>
      </w:pPr>
      <w:r>
        <w:t>نبی الکریم، رب اشرح لی صدری، ویسر لی امری، واحل العقدۃ من لسانی، یفقہ قولی۔</w:t>
      </w:r>
    </w:p>
    <w:p>
      <w:r>
        <w:rPr>
          <w:b/>
        </w:rPr>
        <w:t xml:space="preserve">[00:30] </w:t>
      </w:r>
      <w:r>
        <w:t>aaj ka jo topic hai woh hai "from the spiritual tree".</w:t>
      </w:r>
    </w:p>
    <w:p>
      <w:pPr>
        <w:jc w:val="right"/>
      </w:pPr>
      <w:r>
        <w:t>آج کا جو ٹاپک ہے وہ ہے "فرام دا اسپیریچول ٹری"۔</w:t>
      </w:r>
    </w:p>
    <w:p>
      <w:r>
        <w:rPr>
          <w:b/>
        </w:rPr>
        <w:t xml:space="preserve">[00:42] </w:t>
      </w:r>
      <w:r>
        <w:t>from the spiritual tree ka matlab yeh hota hai ke</w:t>
      </w:r>
    </w:p>
    <w:p>
      <w:pPr>
        <w:jc w:val="right"/>
      </w:pPr>
      <w:r>
        <w:t>فرام دا اسپیریچول ٹری کا مطلب یہ ہوتا ہے کہ</w:t>
      </w:r>
    </w:p>
    <w:p>
      <w:r>
        <w:rPr>
          <w:b/>
        </w:rPr>
        <w:t xml:space="preserve">[00:50] </w:t>
      </w:r>
      <w:r>
        <w:t>jahan main baithta hoon ek darakht ke neeche, to wahan mujhe kuch inspiration aate hain, to phir us par main sochta hoon, kitabon ko consult karta hoon, phir ek idea banta hai,</w:t>
      </w:r>
    </w:p>
    <w:p>
      <w:pPr>
        <w:jc w:val="right"/>
      </w:pPr>
      <w:r>
        <w:t>جہاں میں بیٹھتا ہوں ایک درخت کے نیچے، تو وہاں مجھے کچھ انسپیریشن آتے ہیں، تو پھر اس پر میں سوچتا ہوں، کتابوں کو کنسلٹ کرتا ہوں، پھر ایک آئیڈیا بنتا ہے،</w:t>
      </w:r>
    </w:p>
    <w:p>
      <w:r>
        <w:rPr>
          <w:b/>
        </w:rPr>
        <w:t xml:space="preserve">[01:07] </w:t>
      </w:r>
      <w:r>
        <w:t>ek theme banti hai. to isi ko main kehta hoon "from the spiritual tree". to aaj isi tarah ki kuch baat main kehna chahunga.</w:t>
      </w:r>
    </w:p>
    <w:p>
      <w:pPr>
        <w:jc w:val="right"/>
      </w:pPr>
      <w:r>
        <w:t>ایک تھیم بنتی ہے۔ تو اسی کو میں کہتا ہوں "فرام دا اسپیریچول ٹری"۔ تو آج اسی طرح کی کچھ بات میں کہنا چاہوں گا۔</w:t>
      </w:r>
    </w:p>
    <w:p>
      <w:r>
        <w:rPr>
          <w:b/>
        </w:rPr>
        <w:t xml:space="preserve">[01:23] </w:t>
      </w:r>
      <w:r>
        <w:t>yeh baat bilkul nai to nahi hai, lekin woh phir se mujhe youn kehna chahiye ke realize hui, ek naye conviction ke sath, aur nai clarity ke sath.</w:t>
      </w:r>
    </w:p>
    <w:p>
      <w:pPr>
        <w:jc w:val="right"/>
      </w:pPr>
      <w:r>
        <w:t>یہ بات بالکل نئی تو نہیں ہے، لیکن وہ پھر سے مجھے یوں کہنا چاہیے کہ ریلائز ہوئی، ایک نئے کنوکشن کے ساتھ، اور نئی کلیرٹی کے ساتھ۔</w:t>
      </w:r>
    </w:p>
    <w:p>
      <w:r>
        <w:rPr>
          <w:b/>
        </w:rPr>
        <w:t xml:space="preserve">[01:44] </w:t>
      </w:r>
      <w:r>
        <w:t>aisa hua ke main is peed ko jis ko main spiritual tree kehta hoon, us ke neeche main baitha hua tha akela, aur soch raha tha.</w:t>
      </w:r>
    </w:p>
    <w:p>
      <w:pPr>
        <w:jc w:val="right"/>
      </w:pPr>
      <w:r>
        <w:t>ایسا ہوا کہ میں اس پیڑ کو جس کو میں اسپیریچول ٹری کہتا ہوں، اس کے نیچے میں بیٹھا ہوا تھا اکیلا، اور سوچ رہا تھا۔</w:t>
      </w:r>
    </w:p>
    <w:p>
      <w:r>
        <w:rPr>
          <w:b/>
        </w:rPr>
        <w:t xml:space="preserve">[02:00] </w:t>
      </w:r>
      <w:r>
        <w:t>to woh baat mere mind mein aayi jis par main is se pehle bhi bohat baar soch chuka hoon, aur yahan keh bhi chuka hoon ke prophet of Islam ne jo baatein kahi hain,</w:t>
      </w:r>
    </w:p>
    <w:p>
      <w:pPr>
        <w:jc w:val="right"/>
      </w:pPr>
      <w:r>
        <w:t>تو وہ بات میرے مائنڈ میں آئی جس پر میں اس سے پہلے بھی بہت بار سوچ چکا ہوں، اور یہاں کہہ بھی چکا ہوں کہ پرافٹ آف اسلام نے جو باتیں کہی ہیں،</w:t>
      </w:r>
    </w:p>
    <w:p>
      <w:r>
        <w:rPr>
          <w:b/>
        </w:rPr>
        <w:t xml:space="preserve">[02:17] </w:t>
      </w:r>
      <w:r>
        <w:t>is mein se do baat mujh ko bohat zyada attract karti hain. ek woh jin ko aap ne kaha "Ashab-e-Rasool", aur doosre woh jin ko aap ne kaha "Ikhwan-e-Rasool".</w:t>
      </w:r>
    </w:p>
    <w:p>
      <w:pPr>
        <w:jc w:val="right"/>
      </w:pPr>
      <w:r>
        <w:t>اس میں سے دو بات مجھ کو بہت زیادہ اٹریکٹ کرتی ہیں۔ ایک وہ جن کو آپ نے کہا "اصحاب رسول"، اور دوسرے وہ جن کو آپ نے کہا "اخوان رسول"۔</w:t>
      </w:r>
    </w:p>
    <w:p>
      <w:r>
        <w:rPr>
          <w:b/>
        </w:rPr>
        <w:t xml:space="preserve">[02:32] </w:t>
      </w:r>
      <w:r>
        <w:t>yani campaigns of the prophet, aur brothers of the prophet. to main aksar sochta rehta hoon ke yeh kon log thay?</w:t>
      </w:r>
    </w:p>
    <w:p>
      <w:pPr>
        <w:jc w:val="right"/>
      </w:pPr>
      <w:r>
        <w:t>یعنی کمپینینز آف دا پرافٹ، اور برادرز آف دا پرافٹ۔ تو میں اکثر سوچتا رہتا ہوں کہ یہ کون لوگ تھے؟</w:t>
      </w:r>
    </w:p>
    <w:p>
      <w:r>
        <w:rPr>
          <w:b/>
        </w:rPr>
        <w:t xml:space="preserve">[02:45] </w:t>
      </w:r>
      <w:r>
        <w:t>itna bara darja in dono ko kyun milega?</w:t>
      </w:r>
    </w:p>
    <w:p>
      <w:pPr>
        <w:jc w:val="right"/>
      </w:pPr>
      <w:r>
        <w:t>اتنا بڑا درجہ ان دونوں کو کیوں ملے گا؟</w:t>
      </w:r>
    </w:p>
    <w:p>
      <w:r>
        <w:rPr>
          <w:b/>
        </w:rPr>
        <w:t xml:space="preserve">[02:51] </w:t>
      </w:r>
      <w:r>
        <w:t>koi bohat bari baat honi chahiye. dekhein, is dunya mein koi bhi cheez mysterious nahi hoti, is qism ki cheez.</w:t>
      </w:r>
    </w:p>
    <w:p>
      <w:pPr>
        <w:jc w:val="right"/>
      </w:pPr>
      <w:r>
        <w:t>کوئی بہت بڑی بات ہونی چاہیے۔ دیکھیں، اس دنیا میں کوئی بھی چیز مسٹیریس نہیں ہوتی، اس قسم کی چیز۔</w:t>
      </w:r>
    </w:p>
    <w:p>
      <w:r>
        <w:rPr>
          <w:b/>
        </w:rPr>
        <w:t xml:space="preserve">[03:02] </w:t>
      </w:r>
      <w:r>
        <w:t>to main hamesha yeh sochta rehta hoon ke companions of the prophet ka bara darja kyun tha? aur woh, main sochta hoon, hamesha mystery se bahar ja kar.</w:t>
      </w:r>
    </w:p>
    <w:p>
      <w:pPr>
        <w:jc w:val="right"/>
      </w:pPr>
      <w:r>
        <w:t>تو میں ہمیشہ یہ سوچتا رہتا ہوں کہ کمپینینز آف دا پرافٹ کا بڑا درجہ کیوں تھا؟ اور وہ، میں سوچتا ہوں، ہمیشہ مسٹری سے باہر جا کر۔</w:t>
      </w:r>
    </w:p>
    <w:p>
      <w:r>
        <w:rPr>
          <w:b/>
        </w:rPr>
        <w:t xml:space="preserve">[03:19] </w:t>
      </w:r>
      <w:r>
        <w:t>isi tarah se main yeh sochta rehta hoon ke ikhwan-e-muhammad ke baray mein. jaisa ke is se pehle maine yeh hadith bayan ki thi ke aik baar Prophet of Islam ne apne companions se kaha ke main apne bhaiyon ko dekhna chahta hoon,</w:t>
      </w:r>
    </w:p>
    <w:p>
      <w:pPr>
        <w:jc w:val="right"/>
      </w:pPr>
      <w:r>
        <w:t>اسی طرح سے میں یہ سوچتا رہتا ہوں کہ اخوان محمد کے بارے میں۔ جیسا کہ اس سے پہلے میں نے یہ حدیث بیان کی تھی کہ ایک بار پرافٹ آف اسلام نے اپنے کمپینینز سے کہا کہ میں اپنے بھائیوں کو دیکھنا چاہتا ہوں،</w:t>
      </w:r>
    </w:p>
    <w:p>
      <w:r>
        <w:rPr>
          <w:b/>
        </w:rPr>
        <w:t xml:space="preserve">[03:41] </w:t>
      </w:r>
      <w:r>
        <w:t>apne ikhwan ko, apne brothers ko. to in logon ne kaha ke kya hum aap ke bhai nahi hain?</w:t>
      </w:r>
    </w:p>
    <w:p>
      <w:pPr>
        <w:jc w:val="right"/>
      </w:pPr>
      <w:r>
        <w:t>اپنے اخوان کو، اپنے برادرز کو۔ تو ان لوگوں نے کہا کہ کیا ہم آپ کے بھائی نہیں ہیں؟</w:t>
      </w:r>
    </w:p>
    <w:p>
      <w:r>
        <w:rPr>
          <w:b/>
        </w:rPr>
        <w:t xml:space="preserve">[03:51] </w:t>
      </w:r>
      <w:r>
        <w:t>hum aap ke brother nahi hain? to aap ne kaha ke nahi, tum mere saathi ho. woh log mere baad aayenge.</w:t>
      </w:r>
    </w:p>
    <w:p>
      <w:pPr>
        <w:jc w:val="right"/>
      </w:pPr>
      <w:r>
        <w:t>ہم آپ کے برادر نہیں ہیں؟ تو آپ نے کہا کہ نہیں، تم میرے ساتھی ہو۔ وہ لوگ میرے بعد آئیں گے۔</w:t>
      </w:r>
    </w:p>
    <w:p>
      <w:r>
        <w:rPr>
          <w:b/>
        </w:rPr>
        <w:t xml:space="preserve">[04:01] </w:t>
      </w:r>
      <w:r>
        <w:t>unhon ne mujh ko dekha nahi hoga, lekin woh mujh par iman layenge. yeh itni baat hai hadith mein.</w:t>
      </w:r>
    </w:p>
    <w:p>
      <w:pPr>
        <w:jc w:val="right"/>
      </w:pPr>
      <w:r>
        <w:t>انہوں نے مجھ کو دیکھا نہیں ہوگا، لیکن وہ مجھ پر ایمان لائیں گے۔ یہ اتنی بات ہے حدیث میں۔</w:t>
      </w:r>
    </w:p>
    <w:p>
      <w:r>
        <w:rPr>
          <w:b/>
        </w:rPr>
        <w:t xml:space="preserve">[04:14] </w:t>
      </w:r>
      <w:r>
        <w:t>to aik aur hadith hai, doosri, is se main is ko jorta hoon. is mein yeh hai ke</w:t>
      </w:r>
    </w:p>
    <w:p>
      <w:pPr>
        <w:jc w:val="right"/>
      </w:pPr>
      <w:r>
        <w:t>تو ایک اور حدیث ہے، دوسری، اس سے میں اس کو جوڑتا ہوں۔ اس میں یہ ہے کہ</w:t>
      </w:r>
    </w:p>
    <w:p>
      <w:r>
        <w:rPr>
          <w:b/>
        </w:rPr>
        <w:t xml:space="preserve">[04:24] </w:t>
      </w:r>
      <w:r>
        <w:t>jab qayamat aayegi, yani world hereafter, to wahan par kuch log itnay ziyada oonche, un ka un ka status itna ooncha hoga ke prophet bhi un par envy karenge.</w:t>
      </w:r>
    </w:p>
    <w:p>
      <w:pPr>
        <w:jc w:val="right"/>
      </w:pPr>
      <w:r>
        <w:t>جب قیامت آئے گی، یعنی ورلڈ ایئر آفٹر، تو وہاں پر کچھ لوگ اتنے زیادہ اونچے، ان کا ان کا سٹیٹس اتنا اونچا ہوگا کہ پرافٹ بھی ان پر انوی کریں گے۔</w:t>
      </w:r>
    </w:p>
    <w:p>
      <w:r>
        <w:rPr>
          <w:b/>
        </w:rPr>
        <w:t xml:space="preserve">[04:43] </w:t>
      </w:r>
      <w:r>
        <w:t>yeh bari sochne ki baat hai. ke aisay kon log honge jin par prophet bhi envy karenge, trust karenge?</w:t>
      </w:r>
    </w:p>
    <w:p>
      <w:pPr>
        <w:jc w:val="right"/>
      </w:pPr>
      <w:r>
        <w:t>یہ بڑی سوچنے کی بات ہے۔ کہ ایسے کون لوگ ہوں گے جن پر پرافٹ بھی انوی کریں، ٹرسٹ کریں؟</w:t>
      </w:r>
    </w:p>
    <w:p>
      <w:r>
        <w:rPr>
          <w:b/>
        </w:rPr>
        <w:t xml:space="preserve">[04:53] </w:t>
      </w:r>
      <w:r>
        <w:t>yeh dono ko mila kar main sochta rehta hoon, aksar.</w:t>
      </w:r>
    </w:p>
    <w:p>
      <w:pPr>
        <w:jc w:val="right"/>
      </w:pPr>
      <w:r>
        <w:t>یہ دونوں کو ملا کر میں سوچتا رہتا ہوں، اکثر۔</w:t>
      </w:r>
    </w:p>
    <w:p>
      <w:r>
        <w:rPr>
          <w:b/>
        </w:rPr>
        <w:t xml:space="preserve">[05:00] </w:t>
      </w:r>
      <w:r>
        <w:t>to woh baat mujh par khuli. is ko main bayan karna chahta hoon. dekhein, main kahoon to is tarah kahoon ga ke history mein do bohat baray khudaai mission thay.</w:t>
      </w:r>
    </w:p>
    <w:p>
      <w:pPr>
        <w:jc w:val="right"/>
      </w:pPr>
      <w:r>
        <w:t>تو وہ بات مجھ پر کھلی۔ اس کو میں بیان کرنا چاہتا ہوں۔ دیکھیں، میں کہوں تو اس طرح کہوں گا کہ ہسٹری میں دو بہت بڑے خدائی مشن تھے۔</w:t>
      </w:r>
    </w:p>
    <w:p>
      <w:r>
        <w:rPr>
          <w:b/>
        </w:rPr>
        <w:t xml:space="preserve">[05:25] </w:t>
      </w:r>
      <w:r>
        <w:t>greatest divine mission of the history.</w:t>
      </w:r>
    </w:p>
    <w:p>
      <w:pPr>
        <w:jc w:val="right"/>
      </w:pPr>
      <w:r>
        <w:t>گریٹسٹ ڈیوائن مشن آف دا ہسٹری۔</w:t>
      </w:r>
    </w:p>
    <w:p>
      <w:r>
        <w:rPr>
          <w:b/>
        </w:rPr>
        <w:t xml:space="preserve">[05:32] </w:t>
      </w:r>
      <w:r>
        <w:t>ya yun kehna chahiye ke aik bhi aap keh sakte hain ke prophet of islam ka aana aik bohat baray divine mission ka aana tha.</w:t>
      </w:r>
    </w:p>
    <w:p>
      <w:pPr>
        <w:jc w:val="right"/>
      </w:pPr>
      <w:r>
        <w:t>یا یوں کہنا چاہیے کہ ایک بھی آپ کہہ سکتے ہیں کہ پرافٹ آف اسلام کا آنا ایک بہت بڑے ڈیوائن مشن کا آنا تھا۔</w:t>
      </w:r>
    </w:p>
    <w:p>
      <w:r>
        <w:rPr>
          <w:b/>
        </w:rPr>
        <w:t xml:space="preserve">[05:43] </w:t>
      </w:r>
      <w:r>
        <w:t>to jin ko hum kehte hain companions of da prophet, woh is mission ka part banay. aur isi tarah se baad ko jo log aayenge, jo brothers of da prophet jin ko kaha gaya hai,</w:t>
      </w:r>
    </w:p>
    <w:p>
      <w:pPr>
        <w:jc w:val="right"/>
      </w:pPr>
      <w:r>
        <w:t>تو جن کو ہم کہتے ہیں کمپینینز آف دا پرافٹ، وہ اس مشن کا پارٹ بنے۔ اور اسی طرح سے بعد کو جو لوگ آئیں گے، جو برادرز آف دا پرافٹ جن کو کہا گیا ہے،</w:t>
      </w:r>
    </w:p>
    <w:p>
      <w:r>
        <w:rPr>
          <w:b/>
        </w:rPr>
        <w:t xml:space="preserve">[05:59] </w:t>
      </w:r>
      <w:r>
        <w:t>woh bhi is great divine mission ka part banenge. yeh hai un ki</w:t>
      </w:r>
    </w:p>
    <w:p>
      <w:pPr>
        <w:jc w:val="right"/>
      </w:pPr>
      <w:r>
        <w:t>وہ بھی اس گریٹ ڈیوائن مشن کا پارٹ بنیں گے۔ یہ ہے ان کی</w:t>
      </w:r>
    </w:p>
    <w:p>
      <w:r>
        <w:rPr>
          <w:b/>
        </w:rPr>
        <w:t xml:space="preserve">[06:09] </w:t>
      </w:r>
      <w:r>
        <w:t>speciality. to pichlay log jo thay, main aksar yeh kaha hai maine aap se ke history do ages mein bati hui hai.</w:t>
      </w:r>
    </w:p>
    <w:p>
      <w:pPr>
        <w:jc w:val="right"/>
      </w:pPr>
      <w:r>
        <w:t>اسپیشلٹی۔ تو پچھلے لوگ جو تھے، میں اکثر یہ کہا ہے میں نے آپ سے کہ ہسٹری دو ایجز میں بٹی ہوئی ہے۔</w:t>
      </w:r>
    </w:p>
    <w:p>
      <w:r>
        <w:rPr>
          <w:b/>
        </w:rPr>
        <w:t xml:space="preserve">[06:23] </w:t>
      </w:r>
      <w:r>
        <w:t>pre-scientific age aur post-scientific age. to pre-scientific age mein traditional way mein log sochtay thay.</w:t>
      </w:r>
    </w:p>
    <w:p>
      <w:pPr>
        <w:jc w:val="right"/>
      </w:pPr>
      <w:r>
        <w:t>پری سائنٹیفک ایج اور پوسٹ سائنٹیفک ایج۔ تو پری سائنٹیفک ایج میں ٹریڈیشنل وے میں لوگ سوچتے تھے۔</w:t>
      </w:r>
    </w:p>
    <w:p>
      <w:r>
        <w:rPr>
          <w:b/>
        </w:rPr>
        <w:t xml:space="preserve">[06:35] </w:t>
      </w:r>
      <w:r>
        <w:t>logon ke paas sochne ka jo framework tha woh traditional tha. scientific age mein yeh hua ke aik naya framework logon ke samnay aaya jis ko hum scientific framework kehtay hain.</w:t>
      </w:r>
    </w:p>
    <w:p>
      <w:pPr>
        <w:jc w:val="right"/>
      </w:pPr>
      <w:r>
        <w:t>لوگوں کے پاس سوچنے کا جو فریم ورک تھا وہ ٹریڈیشنل تھا۔ سائنٹیفک ایج میں یہ ہوا کہ ایک نیا فریم ورک لوگوں کے سامنے آیا جس کو ہم سائنٹیفک فریم ورک کہتے ہیں۔</w:t>
      </w:r>
    </w:p>
    <w:p>
      <w:r>
        <w:rPr>
          <w:b/>
        </w:rPr>
        <w:t xml:space="preserve">[06:50] </w:t>
      </w:r>
      <w:r>
        <w:t>to woh log jo thay pehlay, unhon ne traditional framework mein sab se ooncha darja iman ka aur faith ka haasil kiya.</w:t>
      </w:r>
    </w:p>
    <w:p>
      <w:pPr>
        <w:jc w:val="right"/>
      </w:pPr>
      <w:r>
        <w:t>تو وہ لوگ جو تھے پہلے، انہوں نے ٹریڈیشنل فریم ورک میں سب سے اونچا درجہ ایمان کا اور فیتھ کا حاصل کیا۔</w:t>
      </w:r>
    </w:p>
    <w:p>
      <w:r>
        <w:rPr>
          <w:b/>
        </w:rPr>
        <w:t xml:space="preserve">[07:05] </w:t>
      </w:r>
      <w:r>
        <w:t>baad ko jo log aayenge woh scientific framework mein iman ka ooncha darja haasil karenge. yeh hai difference.</w:t>
      </w:r>
    </w:p>
    <w:p>
      <w:pPr>
        <w:jc w:val="right"/>
      </w:pPr>
      <w:r>
        <w:t>بعد کو جو لوگ آئیں گے وہ سائنٹیفک فریم ورک میں ایمان کا اونچا درجہ حاصل کریں گے۔ یہ ہے ڈیفرنس۔</w:t>
      </w:r>
    </w:p>
    <w:p>
      <w:r>
        <w:rPr>
          <w:b/>
        </w:rPr>
        <w:t xml:space="preserve">[07:17] </w:t>
      </w:r>
      <w:r>
        <w:t>ab main is ko example se batana chahoon ga. dekhein, quran mein aik ayat hai: "anzalna min as-samaa'i ma'an mubaraka".</w:t>
      </w:r>
    </w:p>
    <w:p>
      <w:pPr>
        <w:jc w:val="right"/>
      </w:pPr>
      <w:r>
        <w:t>اب میں اس کو ایگزامپل سے بتانا چاہوں گا۔ دیکھیں، قرآن میں ایک آیت ہے: "منزلنا السماء مبارکہ"۔</w:t>
      </w:r>
    </w:p>
    <w:p>
      <w:r>
        <w:rPr>
          <w:b/>
        </w:rPr>
        <w:t xml:space="preserve">[07:30] </w:t>
      </w:r>
      <w:r>
        <w:t>yeh ayat hai chapter number fifty, verse number nine mein. chapter number fifty, verse number nine mein.</w:t>
      </w:r>
    </w:p>
    <w:p>
      <w:pPr>
        <w:jc w:val="right"/>
      </w:pPr>
      <w:r>
        <w:t>یہ آیت ہے چیپٹر نمبر ففٹی، ورس نمبر نو میں۔ چیپٹر نمبر ففٹی، ورس نمبر نائن میں۔</w:t>
      </w:r>
    </w:p>
    <w:p>
      <w:r>
        <w:rPr>
          <w:b/>
        </w:rPr>
        <w:t xml:space="preserve">[07:41] </w:t>
      </w:r>
      <w:r>
        <w:t>ke hum ne utara aasman se pani, mubarak pani. hum ne aasman se mubarak pani utara.</w:t>
      </w:r>
    </w:p>
    <w:p>
      <w:pPr>
        <w:jc w:val="right"/>
      </w:pPr>
      <w:r>
        <w:t>کہ ہم نے اتارا آسمان سے پانی، مبارک پانی۔ ہم نے آسمان سے مبارک پانی اتارا۔</w:t>
      </w:r>
    </w:p>
    <w:p>
      <w:r>
        <w:rPr>
          <w:b/>
        </w:rPr>
        <w:t xml:space="preserve">[07:54] </w:t>
      </w:r>
      <w:r>
        <w:t>yahan par jo mubarak ka word hai, to sari tafseeron mein is se pehle hazar baras tak yeh kaha jata raha ke nafe pani, yani useful pani.</w:t>
      </w:r>
    </w:p>
    <w:p>
      <w:pPr>
        <w:jc w:val="right"/>
      </w:pPr>
      <w:r>
        <w:t>یہاں پر جو مبارک کا ورڈ ہے، تو ساری تفسیروں میں اس سے پہلے ہزار برس تک یہ کہا جاتا رہا کہ نافع پانی، یعنی یوزفل پانی۔</w:t>
      </w:r>
    </w:p>
    <w:p>
      <w:r>
        <w:rPr>
          <w:b/>
        </w:rPr>
        <w:t xml:space="preserve">[08:09] </w:t>
      </w:r>
      <w:r>
        <w:t>aisa pani jis mein faida hai, jo useful hai.</w:t>
      </w:r>
    </w:p>
    <w:p>
      <w:pPr>
        <w:jc w:val="right"/>
      </w:pPr>
      <w:r>
        <w:t>ایسا پانی جس میں فائدہ ہے، جو یوزفل ہے۔</w:t>
      </w:r>
    </w:p>
    <w:p>
      <w:r>
        <w:rPr>
          <w:b/>
        </w:rPr>
        <w:t xml:space="preserve">[08:16] </w:t>
      </w:r>
      <w:r>
        <w:t>yeh kaha jata raha. yeh baat apni jagah par sahi hai, lekin yeh traditional framework mein is ayat ko samajhna hai. traditional framework.</w:t>
      </w:r>
    </w:p>
    <w:p>
      <w:pPr>
        <w:jc w:val="right"/>
      </w:pPr>
      <w:r>
        <w:t>یہ کہا جاتا رہا۔ یہ بات اپنی جگہ پر صحیح ہے، لیکن یہ ٹریڈیشنل فریم ورک میں اس آیت کو سمجھنا ہے۔ ٹریڈیشنل فریم ورک۔</w:t>
      </w:r>
    </w:p>
    <w:p>
      <w:r>
        <w:rPr>
          <w:b/>
        </w:rPr>
        <w:t xml:space="preserve">[08:29] </w:t>
      </w:r>
      <w:r>
        <w:t>to zahir hai ke pani bohat bari nemat hai. yeh sochna ke pani aasman se khuda ne bheja, is se hamari pyas bujhi, hamari khetiyan hari huin, aur bohat se faide hue.</w:t>
      </w:r>
    </w:p>
    <w:p>
      <w:pPr>
        <w:jc w:val="right"/>
      </w:pPr>
      <w:r>
        <w:t>تو ظاہر ہے کہ پانی بہت بڑی نعمت ہے۔ یہ سوچنا کہ پانی آسمان سے خدا نے بھیجا، اس سے ہماری پیاس بجھی، ہماری کھیتیاں ہری ہوئیں، اور بہت سے فائدے ہوئے۔</w:t>
      </w:r>
    </w:p>
    <w:p>
      <w:r>
        <w:rPr>
          <w:b/>
        </w:rPr>
        <w:t xml:space="preserve">[08:48] </w:t>
      </w:r>
      <w:r>
        <w:t>yeh bhi ek bohat bara experience hai jo logon ko hota raha. lekin ab aaj ke lehaz se aap sochiye, aaj science ne yeh bataya hai ke pani ka jo reservoir hai,</w:t>
      </w:r>
    </w:p>
    <w:p>
      <w:pPr>
        <w:jc w:val="right"/>
      </w:pPr>
      <w:r>
        <w:t>یہ بھی ایک بہت بڑا ایکسپیرینس ہے جو لوگوں کو ہوتا رہا۔ لیکن اب آج کے لحاظ سے آپ سوچیے، آج سائنس نے یہ بتایا ہے کہ پانی کا جو ریزروائر ہے،</w:t>
      </w:r>
    </w:p>
    <w:p>
      <w:r>
        <w:rPr>
          <w:b/>
        </w:rPr>
        <w:t xml:space="preserve">[09:08] </w:t>
      </w:r>
      <w:r>
        <w:t>sea ya samandar, to pani ka</w:t>
      </w:r>
    </w:p>
    <w:p>
      <w:pPr>
        <w:jc w:val="right"/>
      </w:pPr>
      <w:r>
        <w:t>سی یا سمندر، تو پانی کا</w:t>
      </w:r>
    </w:p>
    <w:p>
      <w:r>
        <w:rPr>
          <w:b/>
        </w:rPr>
        <w:t xml:space="preserve">[09:16] </w:t>
      </w:r>
      <w:r>
        <w:t>near about ninety eight percent samandaron mein hai. taqreeban ninety eight hissa pani ka samandaron mein hai.</w:t>
      </w:r>
    </w:p>
    <w:p>
      <w:pPr>
        <w:jc w:val="right"/>
      </w:pPr>
      <w:r>
        <w:t>نیئر اباؤٹ نائنٹی ایٹ پرسنٹ سمندروں میں ہے۔ تقریباً نائنٹی ایٹ حصہ پانی کا سمندروں میں ہے۔</w:t>
      </w:r>
    </w:p>
    <w:p>
      <w:r>
        <w:rPr>
          <w:b/>
        </w:rPr>
        <w:t xml:space="preserve">[09:27] </w:t>
      </w:r>
      <w:r>
        <w:t>aur aap jante hain ke samandar ka pani jo hai woh khari hota hai. samandar ke pani mein salt content ten percent hota hai.</w:t>
      </w:r>
    </w:p>
    <w:p>
      <w:pPr>
        <w:jc w:val="right"/>
      </w:pPr>
      <w:r>
        <w:t>اور آپ جانتے ہیں کہ سمندر کا پانی جو ہے وہ کھاری ہوتا ہے۔ سمندر کے پانی میں سالٹ کنٹینٹ ٹین پرسنٹ ہوتا ہے۔</w:t>
      </w:r>
    </w:p>
    <w:p>
      <w:r>
        <w:rPr>
          <w:b/>
        </w:rPr>
        <w:t xml:space="preserve">[09:41] </w:t>
      </w:r>
      <w:r>
        <w:t>yani samandar mein jo pani hai, itna bara reservoir hai pani ka, is mein ten percent khuda ne salt mila diya hai, namak.</w:t>
      </w:r>
    </w:p>
    <w:p>
      <w:pPr>
        <w:jc w:val="right"/>
      </w:pPr>
      <w:r>
        <w:t>یعنی سمندر میں جو پانی ہے، اتنا بڑا ریزروائر ہے پانی کا، اس میں ٹین پرسنٹ خدا نے سالٹ ملا دیا ہے، نمک۔</w:t>
      </w:r>
    </w:p>
    <w:p>
      <w:r>
        <w:rPr>
          <w:b/>
        </w:rPr>
        <w:t xml:space="preserve">[09:52] </w:t>
      </w:r>
      <w:r>
        <w:t>woh hai preservative. aap jante hain ke namak jo hai preservative hai. to agar pani na mila hota, samandar ke woh namak na mila hota samandar ke pani mein, to woh kharab ho jata.</w:t>
      </w:r>
    </w:p>
    <w:p>
      <w:pPr>
        <w:jc w:val="right"/>
      </w:pPr>
      <w:r>
        <w:t>وہ ہے پریزرویٹیو۔ آپ جانتے ہیں کہ نمک جو ہے پریزرویٹیو ہے۔ تو اگر پانی نہ ملا ہوتا، سمندر کے وہ نمک نہ ملا ہوتا سمندر کے پانی میں، تو وہ خراب ہو جاتا۔</w:t>
      </w:r>
    </w:p>
    <w:p>
      <w:r>
        <w:rPr>
          <w:b/>
        </w:rPr>
        <w:t xml:space="preserve">[10:11] </w:t>
      </w:r>
      <w:r>
        <w:t>to khuda ne pani ko preserve rakhne ke liye is mein namak mila diya. ab sawal yeh hai ke insan kaise is ko istemal kare? maine samandar ke pani ko munh mein dala to itna zyada woh khari tha ke gale mein neeche halaq ke nahi utra woh.</w:t>
      </w:r>
    </w:p>
    <w:p>
      <w:pPr>
        <w:jc w:val="right"/>
      </w:pPr>
      <w:r>
        <w:t>تو خدا نے پانی کو پریزرو رکھنے کے لیے اس میں نمک ملا دیا۔ اب سوال یہ ہے کہ انسان کیسے اس کو استعمال کرے؟ میں نے سمندر کے پانی کو منہ میں ڈالا تو اتنا زیادہ وہ کھاری تھا کہ گلے میں نیچے حلق کے نہیں اترا وہ۔</w:t>
      </w:r>
    </w:p>
    <w:p>
      <w:r>
        <w:rPr>
          <w:b/>
        </w:rPr>
        <w:t xml:space="preserve">[10:32] </w:t>
      </w:r>
      <w:r>
        <w:t>mujhe is ko nikal dena pada bahar. itna khari hota hai. ab ab sawal yeh hai ke pani kaise istemal kare insan?</w:t>
      </w:r>
    </w:p>
    <w:p>
      <w:pPr>
        <w:jc w:val="right"/>
      </w:pPr>
      <w:r>
        <w:t>مجھے اس کو نکال دینا پڑا باہر۔ اتنا کھاری ہوتا ہے۔ اب اب سوال یہ ہے کہ پانی کیسے استعمال کرے انسان؟</w:t>
      </w:r>
    </w:p>
    <w:p>
      <w:r>
        <w:rPr>
          <w:b/>
        </w:rPr>
        <w:t xml:space="preserve">[10:47] </w:t>
      </w:r>
      <w:r>
        <w:t>to khuda ne ek bohat bara ek system banaya. aur hamare liye desalinated water ka intezam kiya.</w:t>
      </w:r>
    </w:p>
    <w:p>
      <w:pPr>
        <w:jc w:val="right"/>
      </w:pPr>
      <w:r>
        <w:t>تو خدا نے ایک بہت بڑا ایک سسٹم بنایا۔ اور ہمارے لیے ڈی سیلینیٹڈ واٹر کا انتظام کیا۔</w:t>
      </w:r>
    </w:p>
    <w:p>
      <w:r>
        <w:rPr>
          <w:b/>
        </w:rPr>
        <w:t xml:space="preserve">[11:02] </w:t>
      </w:r>
      <w:r>
        <w:t>desalinated water, yani namak nikla hua pani, fresh pani. woh kaise?</w:t>
      </w:r>
    </w:p>
    <w:p>
      <w:pPr>
        <w:jc w:val="right"/>
      </w:pPr>
      <w:r>
        <w:t>ڈی سیلینیٹڈ واٹر، یعنی نمک نکلا ہوا پانی، فریش پانی۔ وہ کیسے؟</w:t>
      </w:r>
    </w:p>
    <w:p>
      <w:r>
        <w:rPr>
          <w:b/>
        </w:rPr>
        <w:t xml:space="preserve">[11:13] </w:t>
      </w:r>
      <w:r>
        <w:t>woh is tarah ke samandaron mein suraj ki bohat zabardast woh garmi parti hai.</w:t>
      </w:r>
    </w:p>
    <w:p>
      <w:pPr>
        <w:jc w:val="right"/>
      </w:pPr>
      <w:r>
        <w:t>وہ اس طرح کہ سمندروں میں سورج کی بہت زبردست وہ گرمی پڑتی ہے۔</w:t>
      </w:r>
    </w:p>
    <w:p>
      <w:r>
        <w:rPr>
          <w:b/>
        </w:rPr>
        <w:t xml:space="preserve">[11:29] </w:t>
      </w:r>
      <w:r>
        <w:t>zahair hai ke samandar bohat hi bara hai, to is ki garmi parti hai samandar ke ooper suraj ki. to woh kya hota hai? woh garam ho kar bhap nikalti hai is mein.</w:t>
      </w:r>
    </w:p>
    <w:p>
      <w:pPr>
        <w:jc w:val="right"/>
      </w:pPr>
      <w:r>
        <w:t>ظاہر ہے کہ سمندر بہت ہی بڑا ہے، تو اس کی گرمی پڑتی ہے سمندر کے اوپر سورج کی۔ تو وہ کیا ہوتا ہے؟ وہ گرم ہو کر بھاپ نکلتی ہے اس میں۔</w:t>
      </w:r>
    </w:p>
    <w:p>
      <w:r>
        <w:rPr>
          <w:b/>
        </w:rPr>
        <w:t xml:space="preserve">[11:41] </w:t>
      </w:r>
      <w:r>
        <w:t>garam ho kar bhap nikalti hai. ooper uthti hai. woh kaise? khuda ne yeh banaya jo khuda ka jo creation plan tha is mein ke pani halka hai aur namak bhari hai.</w:t>
      </w:r>
    </w:p>
    <w:p>
      <w:pPr>
        <w:jc w:val="right"/>
      </w:pPr>
      <w:r>
        <w:t>گرم ہو کر بھاپ نکلتی ہے۔ اوپر اٹھتی ہے۔ وہ کیسے؟ خدا نے یہ بنایا جو خدا کا جو کریشن پلان تھا اس میں کہ پانی ہلکا ہے اور نمک بھاری ہے۔</w:t>
      </w:r>
    </w:p>
    <w:p>
      <w:r>
        <w:rPr>
          <w:b/>
        </w:rPr>
        <w:t xml:space="preserve">[12:02] </w:t>
      </w:r>
      <w:r>
        <w:t>namak bhari aur pani halka hai. is liye jab pani ko suraj ki garmi se pani garam hota hai to ab bhap uthti hai, to namak jo hai bhari hone ki wajah se neeche reh jata hai.</w:t>
      </w:r>
    </w:p>
    <w:p>
      <w:pPr>
        <w:jc w:val="right"/>
      </w:pPr>
      <w:r>
        <w:t>نمک بھاری اور پانی ہلکا ہے۔ اس لیے جب پانی کو سورج کی گرمی سے پانی گرم ہوتا ہے تو اب بھاپ اٹھتی ہے، تو نمک جو ہے بھاری ہونے کی وجہ سے نیچے رہ جاتا ہے۔</w:t>
      </w:r>
    </w:p>
    <w:p>
      <w:r>
        <w:rPr>
          <w:b/>
        </w:rPr>
        <w:t xml:space="preserve">[12:19] </w:t>
      </w:r>
      <w:r>
        <w:t>aur sirf namak se alag ho kar jo pani hai woh ooper jata hai. yeh hai desalination system nature ka.</w:t>
      </w:r>
    </w:p>
    <w:p>
      <w:pPr>
        <w:jc w:val="right"/>
      </w:pPr>
      <w:r>
        <w:t>اور صرف نمک سے الگ ہو کر جو پانی ہے وہ اوپر جاتا ہے۔ یہ ہے ڈی سیلینیشن سسٹم نیچر کا۔</w:t>
      </w:r>
    </w:p>
    <w:p>
      <w:r>
        <w:rPr>
          <w:b/>
        </w:rPr>
        <w:t xml:space="preserve">[12:30] </w:t>
      </w:r>
      <w:r>
        <w:t>itna bara system hai, bataiye, insan nahi kar sakta.</w:t>
      </w:r>
    </w:p>
    <w:p>
      <w:pPr>
        <w:jc w:val="right"/>
      </w:pPr>
      <w:r>
        <w:t>اتنا بڑا سسٹم ہے، بتائیے، انسان نہیں کر سکتا۔</w:t>
      </w:r>
    </w:p>
    <w:p>
      <w:r>
        <w:rPr>
          <w:b/>
        </w:rPr>
        <w:t xml:space="preserve">[12:36] </w:t>
      </w:r>
      <w:r>
        <w:t>to ooper jata hai pani, ooper sirf ooper particle, bohat beshumar particles se bhari hui hai hamari fiza ooper ki.</w:t>
      </w:r>
    </w:p>
    <w:p>
      <w:pPr>
        <w:jc w:val="right"/>
      </w:pPr>
      <w:r>
        <w:t>تو اوپر جاتا ہے پانی، اوپر صرف اوپر پارٹیکل، بہت بے شمار پارٹیکلز سے بھری ہوئی ہے ہماری فضا اوپر کی۔</w:t>
      </w:r>
    </w:p>
    <w:p>
      <w:r>
        <w:rPr>
          <w:b/>
        </w:rPr>
        <w:t xml:space="preserve">[12:47] </w:t>
      </w:r>
      <w:r>
        <w:t>to dobara pani bhari hota hai. yani woh halka pani jo samandar se utha tha, woh dobara zarat use mil jate hain to woh bhari pan aa jata hai is ke andar.</w:t>
      </w:r>
    </w:p>
    <w:p>
      <w:pPr>
        <w:jc w:val="right"/>
      </w:pPr>
      <w:r>
        <w:t>تو دوبارہ پانی بھاری ہوتا ہے۔ یعنی وہ ہلکا پانی جو سمندر سے اٹھا تھا، وہ دوبارہ ذرات اسے مل جاتے ہیں تو وہ بھاری پن آ جاتا ہے اس کے اندر۔</w:t>
      </w:r>
    </w:p>
    <w:p>
      <w:r>
        <w:rPr>
          <w:b/>
        </w:rPr>
        <w:t xml:space="preserve">[12:57] </w:t>
      </w:r>
      <w:r>
        <w:t>to phir woh cloud ki shakal mein ikatha hota hai. aur phir neeche barta hai pani. yeh hai desalination ka intezam.</w:t>
      </w:r>
    </w:p>
    <w:p>
      <w:pPr>
        <w:jc w:val="right"/>
      </w:pPr>
      <w:r>
        <w:t>تو پھر وہ کلاؤڈ کی شکل میں اکٹھا ہوتا ہے۔ اور پھر نیچے برستا ہے پانی۔ یہ ہے ڈی سیلینیشن کا انتظام۔</w:t>
      </w:r>
    </w:p>
    <w:p>
      <w:r>
        <w:rPr>
          <w:b/>
        </w:rPr>
        <w:t xml:space="preserve">[13:09] </w:t>
      </w:r>
      <w:r>
        <w:t>ke salty water ko fresh water ki shakal mein hamein lota jata hai. phir yeh pani nadiyon mein behta hai, pahad ke ooper barf ki shakal mein jam jata hai.</w:t>
      </w:r>
    </w:p>
    <w:p>
      <w:pPr>
        <w:jc w:val="right"/>
      </w:pPr>
      <w:r>
        <w:t>کہ سالٹی واٹر کو فریش واٹر کی شکل میں ہمیں لوٹا جاتا ہے۔ پھر یہ پانی ندیوں میں بہتا ہے، پہاڑ کے اوپر برف کی شکل میں جم جاتا ہے۔</w:t>
      </w:r>
    </w:p>
    <w:p>
      <w:r>
        <w:rPr>
          <w:b/>
        </w:rPr>
        <w:t xml:space="preserve">[13:22] </w:t>
      </w:r>
      <w:r>
        <w:t>aur hamein saal bhar fresh pani milta rehta hai. yahan mein arz karoon ke yeh jo khuda ne nizam banaya hai, yeh kitni bari blessing hai.</w:t>
      </w:r>
    </w:p>
    <w:p>
      <w:pPr>
        <w:jc w:val="right"/>
      </w:pPr>
      <w:r>
        <w:t>اور ہمیں سال بھر فریش پانی ملتا رہتا ہے۔ یہاں میں عرض کروں کہ یہ جو خدا نے نظام بنایا ہے، یہ کتنی بڑی بلیسنگ ہے۔</w:t>
      </w:r>
    </w:p>
    <w:p>
      <w:r>
        <w:rPr>
          <w:b/>
        </w:rPr>
        <w:t xml:space="preserve">[13:35] </w:t>
      </w:r>
      <w:r>
        <w:t>yani jo doosre animals hain, un ka muamla dekhiye aap. Quran mein hai ke laqad karramna bani adam.</w:t>
      </w:r>
    </w:p>
    <w:p>
      <w:pPr>
        <w:jc w:val="right"/>
      </w:pPr>
      <w:r>
        <w:t>یعنی جو دوسرے اینیملز ہیں، ان کا معاملہ دیکھیے آپ۔ قرآن میں ہے کہ لقد کرمنا بنی آدم۔</w:t>
      </w:r>
    </w:p>
    <w:p>
      <w:r>
        <w:rPr>
          <w:b/>
        </w:rPr>
        <w:t xml:space="preserve">[13:45] </w:t>
      </w:r>
      <w:r>
        <w:t>insaan ko hum ne sharaf ata kiya, izzat di. to insaan ke sath har cheez respectful way mein hai.</w:t>
      </w:r>
    </w:p>
    <w:p>
      <w:pPr>
        <w:jc w:val="right"/>
      </w:pPr>
      <w:r>
        <w:t>انسان کو ہم نے شرف عطا کیا، عزت دی۔ تو انسان کے ساتھ ہر چیز ریسپیکٹ فل وے میں ہے۔</w:t>
      </w:r>
    </w:p>
    <w:p>
      <w:r>
        <w:rPr>
          <w:b/>
        </w:rPr>
        <w:t xml:space="preserve">[13:55] </w:t>
      </w:r>
      <w:r>
        <w:t>doosre haiwanat apne charon paon se chalte hain. insaan do paon se chalta hai. doosre haiwanat, doosre animals khud hi khud chalte hain, khud hi khud daurte hain.</w:t>
      </w:r>
    </w:p>
    <w:p>
      <w:pPr>
        <w:jc w:val="right"/>
      </w:pPr>
      <w:r>
        <w:t>دوسرے حیوانات اپنے چاروں پاؤں سے چلتے ہیں۔ انسان دو پاؤں سے چلتا ہے۔ دوسرے حیوانات، دوسرے اینیملز خود ہی خود چلتے ہیں، خود ہی خود دوڑتے ہیں۔</w:t>
      </w:r>
    </w:p>
    <w:p>
      <w:r>
        <w:rPr>
          <w:b/>
        </w:rPr>
        <w:t xml:space="preserve">[14:06] </w:t>
      </w:r>
      <w:r>
        <w:t>insaan ke liye Khuda ne ghoda diya, carain dein, hawai jahaz diye.</w:t>
      </w:r>
    </w:p>
    <w:p>
      <w:pPr>
        <w:jc w:val="right"/>
      </w:pPr>
      <w:r>
        <w:t>انسان کے لیے خدا نے گھوڑا دیا، کاریں دیں، ہوائی جہاز دیے۔</w:t>
      </w:r>
    </w:p>
    <w:p>
      <w:r>
        <w:rPr>
          <w:b/>
        </w:rPr>
        <w:t xml:space="preserve">[14:13] </w:t>
      </w:r>
      <w:r>
        <w:t>to mislan samandar mein bohat se janwar hote hain, is mein se ek hai jis ko aap turtle kehte hain. yani kachhua jis ko hum kehte hain, kachhuwe ek woh hain jo land mein rehte hain, tortoise un ko kehte hain.</w:t>
      </w:r>
    </w:p>
    <w:p>
      <w:pPr>
        <w:jc w:val="right"/>
      </w:pPr>
      <w:r>
        <w:t>تو مثلاً سمندر میں بہت سے جانور ہوتے ہیں، اس میں سے ایک ہے جس کو آپ ٹرٹل کہتے ہیں۔ یعنی کچھوا جس کو ہم کہتے ہیں، کچھوے ایک وہ ہیں جو لینڈ میں رہتے ہیں، ٹارٹائز ان کو کہتے ہیں۔</w:t>
      </w:r>
    </w:p>
    <w:p>
      <w:r>
        <w:rPr>
          <w:b/>
        </w:rPr>
        <w:t xml:space="preserve">[14:31] </w:t>
      </w:r>
      <w:r>
        <w:t>aur jo samandaron mein rehte hain un ko turtle kaha jata hai. to turtle jo samandaron mein rehte hain, to un ka jo body hai us mein jo namak ka content aata rehta hai barabar,</w:t>
      </w:r>
    </w:p>
    <w:p>
      <w:pPr>
        <w:jc w:val="right"/>
      </w:pPr>
      <w:r>
        <w:t>اور جو سمندروں میں رہتے ہیں ان کو ٹرٹل کہا جاتا ہے۔ تو ٹرٹل جو سمندروں میں رہتے ہیں، تو ان کا جو باڈی ہے اس میں جو نمک کا کنٹینٹ آتا رہتا ہے برابر،</w:t>
      </w:r>
    </w:p>
    <w:p>
      <w:r>
        <w:rPr>
          <w:b/>
        </w:rPr>
        <w:t xml:space="preserve">[14:45] </w:t>
      </w:r>
      <w:r>
        <w:t>us ka three time zyada hota hai is ke samandar mein. ab yeh jo pani hai samandar ka, kachhua pani pita to nahi hai, lekin jo bhi woh khata hai, ghaas waghera, woh sab pani se bhari hui hoti hai, isi pani se, samandari pani se.</w:t>
      </w:r>
    </w:p>
    <w:p>
      <w:pPr>
        <w:jc w:val="right"/>
      </w:pPr>
      <w:r>
        <w:t>اس کا تھری ٹائم زیادہ ہوتا ہے اس کے سمندر میں۔ اب یہ جو پانی ہے سمندر کا، کچھوا پانی پیتا تو نہیں ہے، لیکن جو بھی وہ کھاتا ہے، گھاس وغیرہ، وہ سب پانی سے بھری ہوئی ہوتی ہے، اسی پانی سے، سمندری پانی سے۔</w:t>
      </w:r>
    </w:p>
    <w:p>
      <w:r>
        <w:rPr>
          <w:b/>
        </w:rPr>
        <w:t xml:space="preserve">[15:06] </w:t>
      </w:r>
      <w:r>
        <w:t>to is ke body ke content mein, is ke is ke body ke andar namak content bohat zyada ho jata hai. ab kya ho?</w:t>
      </w:r>
    </w:p>
    <w:p>
      <w:pPr>
        <w:jc w:val="right"/>
      </w:pPr>
      <w:r>
        <w:t>تو اس کے باڈی کے کنٹینٹ میں، اس کے اس کے باڈی کے اندر نمک کنٹینٹ بہت زیادہ ہو جاتا ہے۔ اب کیا ہو؟</w:t>
      </w:r>
    </w:p>
    <w:p>
      <w:r>
        <w:rPr>
          <w:b/>
        </w:rPr>
        <w:t xml:space="preserve">[15:16] </w:t>
      </w:r>
      <w:r>
        <w:t>is ke haan ek doosra system banaya Khuda ne. kuch aisay glands hain jo is is ke andar ke pani ko woh kar ke is ke nikalte rehte hain bahar.</w:t>
      </w:r>
    </w:p>
    <w:p>
      <w:pPr>
        <w:jc w:val="right"/>
      </w:pPr>
      <w:r>
        <w:t>اس کے ہاں ایک دوسرا سسٹم بنایا خدا نے۔ کچھ ایسے گلینڈز ہیں جو اس اس کے اندر کے پانی کو وہ کر کے اس کے نکالتے رہتے ہیں باہر۔</w:t>
      </w:r>
    </w:p>
    <w:p>
      <w:r>
        <w:rPr>
          <w:b/>
        </w:rPr>
        <w:t xml:space="preserve">[15:32] </w:t>
      </w:r>
      <w:r>
        <w:t>aur aankh ke rastay se pani niklta hai is ka. ise kaha jata hai kachhuwe ke aansu. aansu to nahi hota woh, lekin woh secretion hota hai.</w:t>
      </w:r>
    </w:p>
    <w:p>
      <w:pPr>
        <w:jc w:val="right"/>
      </w:pPr>
      <w:r>
        <w:t>اور آنکھ کے راستے سے پانی نکلتا ہے اس کا۔ اسے کہا جاتا ہے کچھوے کے آنسو۔ آنسو تو نہیں ہوتا وہ، لیکن وہ سیکریشن ہوتا ہے۔</w:t>
      </w:r>
    </w:p>
    <w:p>
      <w:r>
        <w:rPr>
          <w:b/>
        </w:rPr>
        <w:t xml:space="preserve">[15:43] </w:t>
      </w:r>
      <w:r>
        <w:t>yani kachhuwe ko apne body ke andar jo zyada namak hai us ko nikalne ke liye rona parta hai. yani rona rota to nahi hai woh, lekin aankhon ke aansu jab niklta hai to is ka ek tarah ka woh aankhon ke rastay se jab niklta hai woh ek tarah ka rona woh hai.</w:t>
      </w:r>
    </w:p>
    <w:p>
      <w:pPr>
        <w:jc w:val="right"/>
      </w:pPr>
      <w:r>
        <w:t>یعنی کچھوے کو اپنے باڈی کے اندر جو زیادہ نمک ہے اس کو نکالنے کے لیے رونا پڑتا ہے۔ یعنی رونا روتا تو نہیں ہے وہ، لیکن آنکھوں کے آنسو جب نکلتا ہے تو اس کا ایک طرح کا وہ آنکھوں کے راستے سے جب نکلتا ہے وہ ایک طرح کا رونا وہ ہے۔</w:t>
      </w:r>
    </w:p>
    <w:p>
      <w:r>
        <w:rPr>
          <w:b/>
        </w:rPr>
        <w:t xml:space="preserve">[16:00] </w:t>
      </w:r>
      <w:r>
        <w:t>to kachhuwe jaisi zindagi hamari hoti hai agar farz kijiye. hamare body mein jo pani jata is ka salt content nikalne ke liye hamein bhi aankh se bahar bahana parta hai.</w:t>
      </w:r>
    </w:p>
    <w:p>
      <w:pPr>
        <w:jc w:val="right"/>
      </w:pPr>
      <w:r>
        <w:t>تو کچھوے جیسی زندگی ہماری ہوتی ہے اگر فرض کیجیے۔ ہمارے باڈی میں جو پانی جاتا اس کا سالٹ کنٹینٹ نکالنے کے لیے ہمیں بھی آنکھ سے باہر بہانا پڑتا ہے۔</w:t>
      </w:r>
    </w:p>
    <w:p>
      <w:r>
        <w:rPr>
          <w:b/>
        </w:rPr>
        <w:t xml:space="preserve">[16:12] </w:t>
      </w:r>
      <w:r>
        <w:t>zindagi kitni mushkil ho jati hai. kitni zyada mushkil ho jati hai. to manzalna as-samaa'u mubarakah.</w:t>
      </w:r>
    </w:p>
    <w:p>
      <w:pPr>
        <w:jc w:val="right"/>
      </w:pPr>
      <w:r>
        <w:t>زندگی کتنی مشکل ہو جاتی ہے۔ کتنی زیادہ مشکل ہو جاتی ہے۔ تو منزلنا السماء مبارکہ۔</w:t>
      </w:r>
    </w:p>
    <w:p>
      <w:r>
        <w:rPr>
          <w:b/>
        </w:rPr>
        <w:t xml:space="preserve">[16:21] </w:t>
      </w:r>
      <w:r>
        <w:t>hum ne aasman se utara pani. to pichhle log kehte the ke aasman se utara pani jis mein bohat faida hai. ab hum yeh keh sakte hain ke aasman se utara pani desalination ke baad,</w:t>
      </w:r>
    </w:p>
    <w:p>
      <w:pPr>
        <w:jc w:val="right"/>
      </w:pPr>
      <w:r>
        <w:t>ہم نے آسمان سے اتارا پانی۔ تو پچھلے لوگ کہتے تھے کہ آسمان سے اتارا پانی جس میں بہت فائدہ ہے۔ اب ہم یہ کہہ سکتے ہیں کہ آسمان سے اتارا پانی ڈی سیلینیشن کے بعد،</w:t>
      </w:r>
    </w:p>
    <w:p>
      <w:r>
        <w:rPr>
          <w:b/>
        </w:rPr>
        <w:t xml:space="preserve">[16:36] </w:t>
      </w:r>
      <w:r>
        <w:t>desalinated water utara. to in logon ne bhi Khuda ke glory ko paya tha.</w:t>
      </w:r>
    </w:p>
    <w:p>
      <w:pPr>
        <w:jc w:val="right"/>
      </w:pPr>
      <w:r>
        <w:t>ڈی سیلینیٹڈ واٹر اتارا۔ تو ان لوگوں نے بھی خدا کے گلوری کو پایا تھا۔</w:t>
      </w:r>
    </w:p>
    <w:p>
      <w:r>
        <w:rPr>
          <w:b/>
        </w:rPr>
        <w:t xml:space="preserve">[16:46] </w:t>
      </w:r>
      <w:r>
        <w:t>yani apne traditional framework mein. aaj ka insaan scientific framework mein isi cheez ko paye ga, lekin bohat zyada is ke andar yani is ka thrill bohat barh jayega.</w:t>
      </w:r>
    </w:p>
    <w:p>
      <w:pPr>
        <w:jc w:val="right"/>
      </w:pPr>
      <w:r>
        <w:t>یعنی اپنے ٹریڈیشنل فریم ورک میں۔ آج کا انسان سائنٹیفک فریم ورک میں اسی چیز کو پائے گا، لیکن بہت زیادہ اس کے اندر یعنی اس کا تھرل بہت بڑھ جائے گا۔</w:t>
      </w:r>
    </w:p>
    <w:p>
      <w:r>
        <w:rPr>
          <w:b/>
        </w:rPr>
        <w:t xml:space="preserve">[16:59] </w:t>
      </w:r>
      <w:r>
        <w:t>aap sochiye ke yeh manna ke pani bohat acha hai, bohat nafa hai, bohat woh hai. aur yeh manna ke Khuda ne itne bare paimane par, universal paimane par desalination ka intezam kiya aur hamein fresh water pohanchaya.</w:t>
      </w:r>
    </w:p>
    <w:p>
      <w:pPr>
        <w:jc w:val="right"/>
      </w:pPr>
      <w:r>
        <w:t>آپ سوچیے کہ یہ ماننا کہ پانی بہت اچھا ہے، بہت نفع ہے، بہت وہ ہے۔ اور یہ ماننا کہ خدا نے اتنے بڑے پیمانے پر، یونیورسل پیمانے پر ڈی سیلینیشن کا انتظام کیا اور ہمیں فریش واٹر پہنچایا۔</w:t>
      </w:r>
    </w:p>
    <w:p>
      <w:r>
        <w:rPr>
          <w:b/>
        </w:rPr>
        <w:t xml:space="preserve">[17:16] </w:t>
      </w:r>
      <w:r>
        <w:t>is mein aadmi ke andar kitna zyada thrill ayega. yeh hai ikhwan-e-rasool ka darja. yani yeh mein kisi ko ghata barha nahi raha hoon.</w:t>
      </w:r>
    </w:p>
    <w:p>
      <w:pPr>
        <w:jc w:val="right"/>
      </w:pPr>
      <w:r>
        <w:t>اس میں آدمی کے اندر کتنا زیادہ تھرل آئے گا۔ یہ ہے اخوان رسول کا درجہ۔ یعنی یہ میں کسی کو گھٹا بڑھا نہیں رہا ہوں۔</w:t>
      </w:r>
    </w:p>
    <w:p>
      <w:r>
        <w:rPr>
          <w:b/>
        </w:rPr>
        <w:t xml:space="preserve">[17:28] </w:t>
      </w:r>
      <w:r>
        <w:t>sirf yeh bata raha hoon ke ek hai traditional framework, ek hai scientific framework. isi ki wajah se in logon ka darja yeh hoga ke qayamat mein bohat se log in ko rashk ki nazar se dekhenge.</w:t>
      </w:r>
    </w:p>
    <w:p>
      <w:pPr>
        <w:jc w:val="right"/>
      </w:pPr>
      <w:r>
        <w:t>صرف یہ بتا رہا ہوں کہ ایک ہے ٹریڈیشنل فریم ورک، ایک ہے سائنٹیفک فریم ورک۔ اسی کی وجہ سے ان لوگوں کا درجہ یہ ہوگا کہ قیامت میں بہت سے لوگ ان کو رشک کی نظر سے دیکھیں گے۔</w:t>
      </w:r>
    </w:p>
    <w:p>
      <w:r>
        <w:rPr>
          <w:b/>
        </w:rPr>
        <w:t xml:space="preserve">[17:41] </w:t>
      </w:r>
      <w:r>
        <w:t>ke in ko marifat ki itna bara darja mila. yahi isi qism ka realization. yeh to ek chota sa mein ne ek baat kahi.</w:t>
      </w:r>
    </w:p>
    <w:p>
      <w:pPr>
        <w:jc w:val="right"/>
      </w:pPr>
      <w:r>
        <w:t>کہ ان کو معرفت کی اتنا بڑا درجہ ملا۔ یہی اسی قسم کا ریلائزیشن۔ یہ تو ایک چھوٹا سا میں نے ایک بات کہی۔</w:t>
      </w:r>
    </w:p>
    <w:p>
      <w:r>
        <w:rPr>
          <w:b/>
        </w:rPr>
        <w:t xml:space="preserve">[17:49] </w:t>
      </w:r>
      <w:r>
        <w:t>aisay billion trillion baatein hain jo science ne daryaft ki hain. jo science ne discover kar ke hamein batayi hain. to isi pani ko dekh kar traditional framework wala aadmi bhi Khuda ke shukr mein doob jata tha.</w:t>
      </w:r>
    </w:p>
    <w:p>
      <w:pPr>
        <w:jc w:val="right"/>
      </w:pPr>
      <w:r>
        <w:t>ایسے بلین ٹریلین باتیں ہیں جو سائنس نے دریافت کی ہیں۔ جو سائنس نے ڈسکور کر کے ہمیں بتائی ہیں۔ تو اسی پانی کو دیکھ کر ٹریڈیشنل فریم ورک والا آدمی بھی خدا کے شکر میں ڈوب جاتا تھا۔</w:t>
      </w:r>
    </w:p>
    <w:p>
      <w:r>
        <w:rPr>
          <w:b/>
        </w:rPr>
        <w:t xml:space="preserve">[18:08] </w:t>
      </w:r>
      <w:r>
        <w:t>lekin aaj ka insaan jab is pani ko dekhe ga aur in sari baaton ko is ke mind mein aur bhi is ke siwa bohat sari baatein hain jo ke pani ke bare mein.</w:t>
      </w:r>
    </w:p>
    <w:p>
      <w:pPr>
        <w:jc w:val="right"/>
      </w:pPr>
      <w:r>
        <w:t>لیکن آج کا انسان جب اس پانی کو دیکھے گا اور ان ساری باتوں کو اس کے مائنڈ میں اور بھی اس کے سوا بہت ساری باتیں ہیں جو کہ پانی کے بارے میں۔</w:t>
      </w:r>
    </w:p>
    <w:p>
      <w:r>
        <w:rPr>
          <w:b/>
        </w:rPr>
        <w:t xml:space="preserve">[18:18] </w:t>
      </w:r>
      <w:r>
        <w:t>pani to ek poori ek science hai pani ki. to in sari baaton ko le kar jab soche ga to super thrill paida hoga is ke andar.</w:t>
      </w:r>
    </w:p>
    <w:p>
      <w:pPr>
        <w:jc w:val="right"/>
      </w:pPr>
      <w:r>
        <w:t>پانی تو ایک پوری ایک سائنس ہے پانی کی۔ تو ان ساری باتوں کو لے کر جب سوچے گا تو سپر تھرل پیدا ہوگا اس کے اندر۔</w:t>
      </w:r>
    </w:p>
    <w:p>
      <w:r>
        <w:rPr>
          <w:b/>
        </w:rPr>
        <w:t xml:space="preserve">[18:27] </w:t>
      </w:r>
      <w:r>
        <w:t>yeh hai darja ikhwan-e-Muhammad ka. yani brothers of the prophet ka. to Khuda ki glory ko pana, Khuda ki glory ko realize karna yeh hai iman.</w:t>
      </w:r>
    </w:p>
    <w:p>
      <w:pPr>
        <w:jc w:val="right"/>
      </w:pPr>
      <w:r>
        <w:t>یہ ہے درجہ اخوان محمد کا۔ یعنی برادرز آف دی پرافٹ کا۔ تو خدا کی گلوری کو پانا، خدا کی گلوری کو ریلائز کرنا یہ ہے ایمان۔</w:t>
      </w:r>
    </w:p>
    <w:p>
      <w:r>
        <w:rPr>
          <w:b/>
        </w:rPr>
        <w:t xml:space="preserve">[18:43] </w:t>
      </w:r>
      <w:r>
        <w:t>yeh hai faith. to Khuda ki glory ko pane ka ek darja woh hai jo traditional framework mein logon ko mila. aur Khuda ki glory ka ek darja woh hai jo scientific framework mein logon ko mile ga.</w:t>
      </w:r>
    </w:p>
    <w:p>
      <w:pPr>
        <w:jc w:val="right"/>
      </w:pPr>
      <w:r>
        <w:t>یہ ہے فیتھ۔ تو خدا کی گلوری کو پانے کا ایک درجہ وہ ہے جو ٹریڈیشنل فریم ورک میں لوگوں کو ملا۔ اور خدا کی گلوری کا ایک درجہ وہ ہے جو سائنٹیفک فریم ورک میں لوگوں کو ملے گا۔</w:t>
      </w:r>
    </w:p>
    <w:p>
      <w:r>
        <w:rPr>
          <w:b/>
        </w:rPr>
        <w:t xml:space="preserve">[18:57] </w:t>
      </w:r>
      <w:r>
        <w:t>pehlay zamanay kay insan na to kachway kay baray mein janta tha. aur na yeh jo desalination hota hai uss ko janta tha woh.</w:t>
      </w:r>
    </w:p>
    <w:p>
      <w:pPr>
        <w:jc w:val="right"/>
      </w:pPr>
      <w:r>
        <w:t>پہلے زمانے کے انسان نہ تو کچھوے کے بارے میں جانتا تھا۔ اور نہ یہ جو ڈی سیلینیشن ہوتا ہے اس کو جانتا تھا وہ۔</w:t>
      </w:r>
    </w:p>
    <w:p>
      <w:r>
        <w:rPr>
          <w:b/>
        </w:rPr>
        <w:t xml:space="preserve">[19:08] </w:t>
      </w:r>
      <w:r>
        <w:t>to ab bataiye kay yeh kitna bara hum hum ko Khuda nay kitna bara yeh chance diya hai kay hum aik super yani aik aik bohat hi super level ka faith hasil kar sakain.</w:t>
      </w:r>
    </w:p>
    <w:p>
      <w:pPr>
        <w:jc w:val="right"/>
      </w:pPr>
      <w:r>
        <w:t>تو اب بتائیے کہ یہ کتنا بڑا ہم ہم کو خدا نے کتنا بڑا یہ چانس دیا ہے کہ ہم ایک سپر یعنی ایک ایک بہت ہی سپر لیول کا فیتھ حاصل کر سکیں۔</w:t>
      </w:r>
    </w:p>
    <w:p>
      <w:r>
        <w:rPr>
          <w:b/>
        </w:rPr>
        <w:t xml:space="preserve">[19:23] </w:t>
      </w:r>
      <w:r>
        <w:t>bohat hi oonchay darjay ka faith hasil kar sakain. aur yani thrilling thrilling ka aik aik aur aik naya rukkha darja hasil kar sakain.</w:t>
      </w:r>
    </w:p>
    <w:p>
      <w:pPr>
        <w:jc w:val="right"/>
      </w:pPr>
      <w:r>
        <w:t>بہت ہی اونچے درجے کا فیتھ حاصل کر سکیں۔ اور یعنی تھرلنگ تھرلنگ کا ایک ایک اور ایک نیا رخا درجہ حاصل کر سکیں۔</w:t>
      </w:r>
    </w:p>
    <w:p>
      <w:r>
        <w:rPr>
          <w:b/>
        </w:rPr>
        <w:t xml:space="preserve">[19:33] </w:t>
      </w:r>
      <w:r>
        <w:t>to yeh main nay sirf aik misaal di hai. isi tarah say har cheez mein yani cheunti say lay kar haathi tak aur darakht say lay kar sitaron tak itni an grnt baatein hain jo science nay daryaft ki hain.</w:t>
      </w:r>
    </w:p>
    <w:p>
      <w:pPr>
        <w:jc w:val="right"/>
      </w:pPr>
      <w:r>
        <w:t>تو یہ میں نے صرف ایک مثال دی ہے۔ اسی طرح سے ہر چیز میں یعنی چیونٹی سے لے کر ہاتھی تک اور درخت سے لے کر ستاروں تک اتنی ان گرنت باتیں ہیں جو سائنس نے دریافت کی ہیں۔</w:t>
      </w:r>
    </w:p>
    <w:p>
      <w:r>
        <w:rPr>
          <w:b/>
        </w:rPr>
        <w:t xml:space="preserve">[19:48] </w:t>
      </w:r>
      <w:r>
        <w:t>hamaray bachpan mein log samajhtay thay kay science naam science ko atheism ko aik samajhtay thay. hum jab parhtay thay bachpan mein madrassay mein to wahan par yeh samjhaya jata tha kay science means atheism.</w:t>
      </w:r>
    </w:p>
    <w:p>
      <w:pPr>
        <w:jc w:val="right"/>
      </w:pPr>
      <w:r>
        <w:t>ہمارے بچپن میں لوگ سمجھتے تھے کہ سائنس نام سائنس کو اتھیزم کو ایک سمجھتے تھے۔ ہم جب پڑھتے تھے بچپن میں مدرسے میں تو وہاں پر یہ سمجھایا جاتا تھا کہ سائنس مینز اتھیزم۔</w:t>
      </w:r>
    </w:p>
    <w:p>
      <w:r>
        <w:rPr>
          <w:b/>
        </w:rPr>
        <w:t xml:space="preserve">[20:04] </w:t>
      </w:r>
      <w:r>
        <w:t>mujhay Khuda ki fazl say yeh tofeeq hui kay main nay iss ki study ki. aur jana kay science to Islam ka ilm-e-kalaam hai. Islam ki theology hai.</w:t>
      </w:r>
    </w:p>
    <w:p>
      <w:pPr>
        <w:jc w:val="right"/>
      </w:pPr>
      <w:r>
        <w:t>مجھے خدا کی فرض سے یہ توفیق ہوئی کہ میں نے اس کی اسٹڈی کی۔ اور جانا کہ سائنس تو اسلام کا علم کلام ہے۔ اسلام کی تھیولوجی ہے۔</w:t>
      </w:r>
    </w:p>
    <w:p>
      <w:r>
        <w:rPr>
          <w:b/>
        </w:rPr>
        <w:t xml:space="preserve">[20:14] </w:t>
      </w:r>
      <w:r>
        <w:t>Islam ki sachaiyon ko ziyada baray level par bayan karti hai. Khuda ki glory ko ziyada oonchay level par bayan karti hai science.</w:t>
      </w:r>
    </w:p>
    <w:p>
      <w:pPr>
        <w:jc w:val="right"/>
      </w:pPr>
      <w:r>
        <w:t>اسلام کی سچائیوں کو زیادہ بڑے لیول پر بیان کرتی ہے۔ خدا کی گلوری کو زیادہ اونچے لیول پر بیان کرتی ہے سائنس۔</w:t>
      </w:r>
    </w:p>
    <w:p>
      <w:r>
        <w:rPr>
          <w:b/>
        </w:rPr>
        <w:t xml:space="preserve">[20:25] </w:t>
      </w:r>
      <w:r>
        <w:t>to Khuda kay fazl say main nay khud iss ki discovery mujhay hui aur phir main iss ko logon kay samnay bayan karna shuru kiya. to yeh jo main nay kaha kay history mein do baray blessing jo hai muqaddar thay.</w:t>
      </w:r>
    </w:p>
    <w:p>
      <w:pPr>
        <w:jc w:val="right"/>
      </w:pPr>
      <w:r>
        <w:t>تو خدا کے فضل سے میں نے خود اس کی ڈسکوری مجھے ہوئی اور پھر میں اس کو لوگوں کے سامنے بیان کرنا شروع کیا۔ تو یہ جو میں نے کہا کہ ہسٹری میں دو بڑے بلیسنگ جو ہے مقدر تھے۔</w:t>
      </w:r>
    </w:p>
    <w:p>
      <w:r>
        <w:rPr>
          <w:b/>
        </w:rPr>
        <w:t xml:space="preserve">[20:44] </w:t>
      </w:r>
      <w:r>
        <w:t>aik blessing woh hai jo ashaab-e-Muhammad ko mili. doosri blessing woh hai jo ikhwaan-e-Muhammad ko milay gi. yahan main aik baat yeh arz kar doon kay pichlay zamanay kay logon ko ko mauqa mila kaam karnay ka jabkay duniya mein religious persecution ka zamana tha.</w:t>
      </w:r>
    </w:p>
    <w:p>
      <w:pPr>
        <w:jc w:val="right"/>
      </w:pPr>
      <w:r>
        <w:t>ایک بلیسنگ وہ ہے جو اصحاب محمد کو ملی۔ دوسری بلیسنگ وہ ہے جو اخوان محمد کو ملے گی۔ یہاں میں ایک بات یہ عرض کر دوں کہ پچھلے زمانے کے لوگوں کو کو موقع ملا کام کرنے کا جبکہ دنیا میں ریلیجس پرسیکیوشن کا زمانہ تھا۔</w:t>
      </w:r>
    </w:p>
    <w:p>
      <w:r>
        <w:rPr>
          <w:b/>
        </w:rPr>
        <w:t xml:space="preserve">[21:03] </w:t>
      </w:r>
      <w:r>
        <w:t>mazhabi jabr ka zamana tha. kingship ka zamana tha. iss zamanay mein logon ko sacrifice karna para. physical sacrifice.</w:t>
      </w:r>
    </w:p>
    <w:p>
      <w:pPr>
        <w:jc w:val="right"/>
      </w:pPr>
      <w:r>
        <w:t>مذہبی جبر کا زمانہ تھا۔ کنگ شپ کا زمانہ تھا۔ اس زمانے میں لوگوں کو سیکریفائس کرنا پڑا۔ فزیکل سیکریفائس۔</w:t>
      </w:r>
    </w:p>
    <w:p>
      <w:r>
        <w:rPr>
          <w:b/>
        </w:rPr>
        <w:t xml:space="preserve">[21:13] </w:t>
      </w:r>
      <w:r>
        <w:t>bohat ziyada maray peetay jatay thay log. bohat ziyada un ko museebatain dali jati theen. to un ko physical sacrifice bohat ziyada kerni parti thi.</w:t>
      </w:r>
    </w:p>
    <w:p>
      <w:pPr>
        <w:jc w:val="right"/>
      </w:pPr>
      <w:r>
        <w:t>بہت زیادہ مارے پیٹے جاتے تھے لوگ۔ بہت زیادہ ان کو مصیبتیں ڈالی جاتی تھیں۔ تو ان کو فزیکل سیکریفائس بہت زیادہ کرنی پڑتی تھی۔</w:t>
      </w:r>
    </w:p>
    <w:p>
      <w:r>
        <w:rPr>
          <w:b/>
        </w:rPr>
        <w:t xml:space="preserve">[21:24] </w:t>
      </w:r>
      <w:r>
        <w:t>aaj hum shayad iss ko bardasht bhi nahi kar saktay. aaj yeh hum jeetay hain religious freedom kay zamanay mein. to religious freedom ki wajah say humain ab iss type ka sacrifice to nahi karna paray ga.</w:t>
      </w:r>
    </w:p>
    <w:p>
      <w:pPr>
        <w:jc w:val="right"/>
      </w:pPr>
      <w:r>
        <w:t>آج ہم شاید اس کو برداشت بھی نہیں کر سکتے۔ آج یہ ہم جیتے ہیں ریلیجس فریڈم کے زمانے میں۔ تو ریلیجس فریڈم کی وجہ سے ہمیں اب اس ٹائپ کا سیکریفائس تو نہیں کرنا پڑے گا۔</w:t>
      </w:r>
    </w:p>
    <w:p>
      <w:r>
        <w:rPr>
          <w:b/>
        </w:rPr>
        <w:t xml:space="preserve">[21:39] </w:t>
      </w:r>
      <w:r>
        <w:t>lekin yeh yaad rakhiye kay naye zamanay ka jo realization hai, naye zamanay ka jo yeh jo iman hai, iss kay liye bhi aik aur sacrifice chahiye.</w:t>
      </w:r>
    </w:p>
    <w:p>
      <w:pPr>
        <w:jc w:val="right"/>
      </w:pPr>
      <w:r>
        <w:t>لیکن یہ یاد رکھیے کہ نئے زمانے کا جو ریلائزیشن ہے، نئے زمانے کا جو یہ جو ایمان ہے، اس کے لیے بھی ایک اور سیکریفائس چاہیے۔</w:t>
      </w:r>
    </w:p>
    <w:p>
      <w:r>
        <w:rPr>
          <w:b/>
        </w:rPr>
        <w:t xml:space="preserve">[21:52] </w:t>
      </w:r>
      <w:r>
        <w:t>aisa nahi hai kay muft mein mil jaye yeh. yeh hai intellectual sacrifice. woh thi physical sacrifice.</w:t>
      </w:r>
    </w:p>
    <w:p>
      <w:pPr>
        <w:jc w:val="right"/>
      </w:pPr>
      <w:r>
        <w:t>ایسا نہیں ہے کہ مفت میں مل جائے یہ۔ یہ ہے انٹلیکچول سیکریفائس۔ وہ تھی فزیکل سیکریفائس۔</w:t>
      </w:r>
    </w:p>
    <w:p>
      <w:r>
        <w:rPr>
          <w:b/>
        </w:rPr>
        <w:t xml:space="preserve">[22:01] </w:t>
      </w:r>
      <w:r>
        <w:t>yeh hai intellectual sacrifice. intellectual sacrifice kiya hai? iss ko main aik lafz mein kahoon ga kay concentration. concentration.</w:t>
      </w:r>
    </w:p>
    <w:p>
      <w:pPr>
        <w:jc w:val="right"/>
      </w:pPr>
      <w:r>
        <w:t>یہ ہے انٹلیکچول سیکریفائس۔ انٹلیکچول سیکریفائس کیا ہے؟ اس کو میں ایک لفظ میں کہوں گا کہ کنسنٹریشن۔ کنسنٹریشن۔</w:t>
      </w:r>
    </w:p>
    <w:p>
      <w:r>
        <w:rPr>
          <w:b/>
        </w:rPr>
        <w:t xml:space="preserve">[22:13] </w:t>
      </w:r>
      <w:r>
        <w:t>duniya mein behtareen sari cheezain hain jo aap ko distract karti hain. har waqt apni taraf khinchti rehti hain. to aap ko bohat ziyada sacrifice karna parta hai distraction say apnay aap ko bachanay kay liye.</w:t>
      </w:r>
    </w:p>
    <w:p>
      <w:pPr>
        <w:jc w:val="right"/>
      </w:pPr>
      <w:r>
        <w:t>دنیا میں بہترین ساری چیزیں ہیں جو آپ کو ڈسٹریکٹ کرتی ہیں۔ ہر وقت اپنی طرف کھینچتی رہتی ہیں۔ تو آپ کو بہت زیادہ سیکریفائس کرنا پڑتا ہے ڈسٹریکشن سے اپنے آپ کو بچانے کے لیے۔</w:t>
      </w:r>
    </w:p>
    <w:p>
      <w:r>
        <w:rPr>
          <w:b/>
        </w:rPr>
        <w:t xml:space="preserve">[22:27] </w:t>
      </w:r>
      <w:r>
        <w:t>bohat ziyada. aap ka focus jo hai hamesha bana rahay Khuda kay oopar, Khuda ki blessing kay oopar, Khuda ki glory kay oopar.</w:t>
      </w:r>
    </w:p>
    <w:p>
      <w:pPr>
        <w:jc w:val="right"/>
      </w:pPr>
      <w:r>
        <w:t>بہت زیادہ۔ آپ کا فوکس جو ہے ہمیشہ بنا رہے خدا کے اوپر، خدا کی بلیسنگ کے اوپر، خدا کی گلوری کے اوپر۔</w:t>
      </w:r>
    </w:p>
    <w:p>
      <w:r>
        <w:rPr>
          <w:b/>
        </w:rPr>
        <w:t xml:space="preserve">[22:38] </w:t>
      </w:r>
      <w:r>
        <w:t>yeh iss say bhi ziyada mushkil kaam hai. aisa nahi hai kay iss zamanay mein agar religious persecution nahi hai to mamla aasan ho gaya.</w:t>
      </w:r>
    </w:p>
    <w:p>
      <w:pPr>
        <w:jc w:val="right"/>
      </w:pPr>
      <w:r>
        <w:t>یہ اس سے بھی زیادہ مشکل کام ہے۔ ایسا نہیں ہے کہ اس زمانے میں اگر ریلیجس پرسیکیوشن نہیں ہے تو معاملہ آسان ہو گیا۔</w:t>
      </w:r>
    </w:p>
    <w:p>
      <w:r>
        <w:rPr>
          <w:b/>
        </w:rPr>
        <w:t xml:space="preserve">[22:48] </w:t>
      </w:r>
      <w:r>
        <w:t>aasan nahi ho gaya. har lamha aap ko aik nayi sacrifice karna hai. materialism ka charm hai, consumerism ka charm hai, popularity ka charm hai.</w:t>
      </w:r>
    </w:p>
    <w:p>
      <w:pPr>
        <w:jc w:val="right"/>
      </w:pPr>
      <w:r>
        <w:t>آسان نہیں ہو گیا۔ ہر لمحہ آپ کو ایک نئی سیکریفائس کرنا ہے۔ مٹیریلزم کا چارم ہے، کنزیومرزم کا چارم ہے، پاپولیرٹی کا چارم ہے۔</w:t>
      </w:r>
    </w:p>
    <w:p>
      <w:r>
        <w:rPr>
          <w:b/>
        </w:rPr>
        <w:t xml:space="preserve">[23:01] </w:t>
      </w:r>
      <w:r>
        <w:t>aur fame ka charm hai, luxury ka charm hai, comfort ka charm hai. itnay saray naye charm aa gaye hain kay iss kay woh aap ko khinchty hain apni taraf.</w:t>
      </w:r>
    </w:p>
    <w:p>
      <w:pPr>
        <w:jc w:val="right"/>
      </w:pPr>
      <w:r>
        <w:t>اور فیم کا چارم ہے، لگژری کا چارم ہے، کمفرٹ کا چارم ہے۔ اتنے سارے نئے چارم آگئے ہیں کہ اس کے وہ آپ کو کھینچتے ہیں اپنی طرف۔</w:t>
      </w:r>
    </w:p>
    <w:p>
      <w:r>
        <w:rPr>
          <w:b/>
        </w:rPr>
        <w:t xml:space="preserve">[23:12] </w:t>
      </w:r>
      <w:r>
        <w:t>iss say apnay aap ko nikalna, apnay aap ko detach karna bohat hi mushkil kaam hai. jab tak aap iss say aap detach na karain apnay aap ko, kabhi bhi aap yeh naya jo level hai realization ka woh aap nahi pa saktay.</w:t>
      </w:r>
    </w:p>
    <w:p>
      <w:pPr>
        <w:jc w:val="right"/>
      </w:pPr>
      <w:r>
        <w:t>اس سے اپنے آپ کو نکالنا، اپنے آپ کو ڈیٹیچ کرنا بہت ہی مشکل کام ہے۔ جب تک آپ اس سے آپ ڈیٹیچ نہ کریں اپنے آپ کو، کبھی بھی آپ یہ نیا جو لیول ہے ریلائزیشن کا وہ آپ نہیں پا سکتے۔</w:t>
      </w:r>
    </w:p>
    <w:p>
      <w:r>
        <w:rPr>
          <w:b/>
        </w:rPr>
        <w:t xml:space="preserve">[23:31] </w:t>
      </w:r>
      <w:r>
        <w:t>to wahan sacrifice thi physical sense mein. yahan par sacrifice hai, yahan bhi agarchay yeh sacrifice hai intellectual sense mein.</w:t>
      </w:r>
    </w:p>
    <w:p>
      <w:pPr>
        <w:jc w:val="right"/>
      </w:pPr>
      <w:r>
        <w:t>تو وہاں سیکریفائس تھی فزیکل سینس میں۔ یہاں پر سیکریفائس ہے، یہاں بھی اگرچہ یہ سیکریفائس ہے انٹلیکچول سینس میں۔</w:t>
      </w:r>
    </w:p>
    <w:p>
      <w:r>
        <w:rPr>
          <w:b/>
        </w:rPr>
        <w:t xml:space="preserve">[23:42] </w:t>
      </w:r>
      <w:r>
        <w:t>misaal kay tor par main apnay baray mein batata hoon. har din main kai baar logon say kehta hoon kay I was wrong. you are right, I am wrong.</w:t>
      </w:r>
    </w:p>
    <w:p>
      <w:pPr>
        <w:jc w:val="right"/>
      </w:pPr>
      <w:r>
        <w:t>مثال کے طور پر میں اپنے بارے میں بتاتا ہوں۔ ہر دن میں کئی بار لوگوں سے کہتا ہوں کہ آئی واز رونگ۔ یو آر رائٹ، آئی ایم رونگ۔</w:t>
      </w:r>
    </w:p>
    <w:p>
      <w:r>
        <w:rPr>
          <w:b/>
        </w:rPr>
        <w:t xml:space="preserve">[23:51] </w:t>
      </w:r>
      <w:r>
        <w:t>abhi aaj hi shaam ko main nay kaha kisi say. you are right, I am wrong. kyun main aisa kehta hoon? iss ka matlab nahi kay main ghalat hi ghalat hoon bilkul bhi.</w:t>
      </w:r>
    </w:p>
    <w:p>
      <w:pPr>
        <w:jc w:val="right"/>
      </w:pPr>
      <w:r>
        <w:t>ابھی آج ہی شام کو میں نے کہا کسی سے۔ یو آر رائٹ، آئی ایم رونگ۔ کیوں میں ایسا کہتا ہوں؟ اس کا مطلب نہیں کہ میں غلط ہی غلط ہوں بالکل بھی۔</w:t>
      </w:r>
    </w:p>
    <w:p>
      <w:r>
        <w:rPr>
          <w:b/>
        </w:rPr>
        <w:t xml:space="preserve">[24:00] </w:t>
      </w:r>
      <w:r>
        <w:t>yeh matlab nahi hai. yeh jantay huay kay main sahi hoon main kehta hoon kay I was wrong.</w:t>
      </w:r>
    </w:p>
    <w:p>
      <w:pPr>
        <w:jc w:val="right"/>
      </w:pPr>
      <w:r>
        <w:t>یہ مطلب نہیں ہے۔ یہ جانتے ہوئے کہ میں صحیح ہوں میں کہتا ہوں کہ آئی واز رونگ۔</w:t>
      </w:r>
    </w:p>
    <w:p>
      <w:r>
        <w:rPr>
          <w:b/>
        </w:rPr>
        <w:t xml:space="preserve">[24:09] </w:t>
      </w:r>
      <w:r>
        <w:t>in ninety nine percent aisa hota hai ke main jaanta hoon ke main jo baat keh raha hoon kaha maine woh theek kaha maine. phir bhi main kehta hoon ke i was wrong. kyun?</w:t>
      </w:r>
    </w:p>
    <w:p>
      <w:pPr>
        <w:jc w:val="right"/>
      </w:pPr>
      <w:r>
        <w:t>ان نائنٹی نائن پرسنٹ ایسا ہوتا ہے کہ میں جانتا ہوں کہ میں جو بات کہہ رہا ہوں کہا میں نے وہ ٹھیک کہا میں نے۔ پھر بھی میں کہتا ہوں کہ آئی واز رونگ۔ کیوں؟</w:t>
      </w:r>
    </w:p>
    <w:p>
      <w:r>
        <w:rPr>
          <w:b/>
        </w:rPr>
        <w:t xml:space="preserve">[24:18] </w:t>
      </w:r>
      <w:r>
        <w:t>negative thought ka ek particle bhi apne mind mein rakhna nahi chahta main. jaldi se khatam karta hoon is baat ko. kisi se maine ek baat kahi, ab us se argument ho gaya.</w:t>
      </w:r>
    </w:p>
    <w:p>
      <w:pPr>
        <w:jc w:val="right"/>
      </w:pPr>
      <w:r>
        <w:t>نیگیٹیو تھاٹ کا ایک پارٹیکل بھی اپنے مائنڈ میں رکھنا نہیں چاہتا میں۔ جلدی سے ختم کرتا ہوں اس بات کو۔ کسی سے میں نے ایک بات کہی، اب اس سے آرگیومنٹ ہو گیا۔</w:t>
      </w:r>
    </w:p>
    <w:p>
      <w:r>
        <w:rPr>
          <w:b/>
        </w:rPr>
        <w:t xml:space="preserve">[24:31] </w:t>
      </w:r>
      <w:r>
        <w:t>aur wahan par thoda negative thought mere andar aa gaya ke dekho yeh baat manta nahi aadmi. to meri mere andar bhi ego hai, mere andar bhi you go hai, woh touch hua.</w:t>
      </w:r>
    </w:p>
    <w:p>
      <w:pPr>
        <w:jc w:val="right"/>
      </w:pPr>
      <w:r>
        <w:t>اور وہاں پر تھوڑا نیگیٹیو تھاٹ میرے اندر آگیا کہ دیکھو یہ بات مانتا نہیں آدمی۔ تو میری میرے اندر بھی اینا ہے، میرے اندر بھی یوگو ہے، وہ ٹچ ہوا۔</w:t>
      </w:r>
    </w:p>
    <w:p>
      <w:r>
        <w:rPr>
          <w:b/>
        </w:rPr>
        <w:t xml:space="preserve">[24:43] </w:t>
      </w:r>
      <w:r>
        <w:t>to yeh sawal nahi hai ke galat kaun hai, sahi kaun hai. yeh sawal hai ke us se ek negative thought aa gaya. to apne aap ko is negativity se bachane ke liye main kehta hoon ke i was wrong.</w:t>
      </w:r>
    </w:p>
    <w:p>
      <w:pPr>
        <w:jc w:val="right"/>
      </w:pPr>
      <w:r>
        <w:t>تو یہ سوال نہیں ہے کہ غلط کون ہے، صحیح کون ہے۔ یہ سوال ہے کہ اس سے ایک نیگیٹیو تھاٹ آگیا۔ تو اپنے آپ کو اس نیگیٹیوٹی سے بچانے کے لیے میں کہتا ہوں کہ آئی واز رونگ۔</w:t>
      </w:r>
    </w:p>
    <w:p>
      <w:r>
        <w:rPr>
          <w:b/>
        </w:rPr>
        <w:t xml:space="preserve">[24:55] </w:t>
      </w:r>
      <w:r>
        <w:t>you are right. yeh ek sacrifice mujhe deni padti hai rozana. is tarike se tarah tarah ke comfort, tarah tarah ke luxury, tarah tarah ke material charm, aur consumerism,</w:t>
      </w:r>
    </w:p>
    <w:p>
      <w:pPr>
        <w:jc w:val="right"/>
      </w:pPr>
      <w:r>
        <w:t>یو آر رائٹ۔ یہ ایک سیکریفائس مجھے دینی پڑتی ہے روزانہ۔ اس طریقے سے طرح طرح کے کمفرٹ، طرح طرح کے لگژری، طرح طرح کے مٹیریل چارم، اور کنزیومرزم،</w:t>
      </w:r>
    </w:p>
    <w:p>
      <w:r>
        <w:rPr>
          <w:b/>
        </w:rPr>
        <w:t xml:space="preserve">[25:11] </w:t>
      </w:r>
      <w:r>
        <w:t>aur fame, aur duniya bhar ki cheezein har waqt kheenchti hain. mujhe khud bhi kheenchti hain, har subah shaam kheenchti hain.</w:t>
      </w:r>
    </w:p>
    <w:p>
      <w:pPr>
        <w:jc w:val="right"/>
      </w:pPr>
      <w:r>
        <w:t>اور فیم، اور دنیا بھر کی چیزیں ہر وقت کھینچتی ہیں۔ مجھے خود بھی کھینچتی ہیں، ہر صبح شام کھینچتی ہیں۔</w:t>
      </w:r>
    </w:p>
    <w:p>
      <w:r>
        <w:rPr>
          <w:b/>
        </w:rPr>
        <w:t xml:space="preserve">[25:21] </w:t>
      </w:r>
      <w:r>
        <w:t>main to apne bare mein ek is se pehle main ne bataya tha aap ko ke yeh shair main padhta rehta hoon aksar ke meri hawas ko aish do alam bhi tha qubool.</w:t>
      </w:r>
    </w:p>
    <w:p>
      <w:pPr>
        <w:jc w:val="right"/>
      </w:pPr>
      <w:r>
        <w:t>میں تو اپنے بارے میں ایک اس سے پہلے میں نے بتایا تھا آپ کو کہ یہ شعر میں پڑھتا رہتا ہوں اکثر کہ میری ہوس کو عیش دو عالم بھی تھا قبول۔</w:t>
      </w:r>
    </w:p>
    <w:p>
      <w:r>
        <w:rPr>
          <w:b/>
        </w:rPr>
        <w:t xml:space="preserve">[25:32] </w:t>
      </w:r>
      <w:r>
        <w:t>tera karam ke tu ne diya dil dukha hua. yeh saari duniya ka saara aish mujhe chahiye tha. lekin yeh Khuda ki inaayat thi ke mujhe nahi diya.</w:t>
      </w:r>
    </w:p>
    <w:p>
      <w:pPr>
        <w:jc w:val="right"/>
      </w:pPr>
      <w:r>
        <w:t>تیرا کرم کہ تو نے دیا دل دکھا ہوا۔ یہ ساری دنیا کا سارا عیش مجھے چاہیے تھا۔ لیکن یہ خدا کی عنایت تھی کہ مجھے نہیں دیا۔</w:t>
      </w:r>
    </w:p>
    <w:p>
      <w:r>
        <w:rPr>
          <w:b/>
        </w:rPr>
        <w:t xml:space="preserve">[25:45] </w:t>
      </w:r>
      <w:r>
        <w:t>woh na jaanti ke meri apni desire ki baat hai to main yeh chahta tha ke saari duniya ka saara luxury mujhe mil jaye. to har insaan chahe koi bhi ho, main is mein us se alag nahi hoon.</w:t>
      </w:r>
    </w:p>
    <w:p>
      <w:pPr>
        <w:jc w:val="right"/>
      </w:pPr>
      <w:r>
        <w:t>وہ نہ جانتی کہ میری اپنی ڈیزائر کی بات ہے تو میں یہ چاہتا تھا کہ ساری دنیا کا سارا لگژری مجھے مل جائے۔ تو ہر انسان چاہے کوئی بھی ہو، میں اس میں اس سے الگ نہیں ہوں۔</w:t>
      </w:r>
    </w:p>
    <w:p>
      <w:r>
        <w:rPr>
          <w:b/>
        </w:rPr>
        <w:t xml:space="preserve">[26:04] </w:t>
      </w:r>
      <w:r>
        <w:t>ke bahut har subah shaam bahut si cheezein kheenchti hain aap ko aur aap ki concentration ko hatati hain. wahan par aap ko sacrifice karni padti hai.</w:t>
      </w:r>
    </w:p>
    <w:p>
      <w:pPr>
        <w:jc w:val="right"/>
      </w:pPr>
      <w:r>
        <w:t>کہ بہت ہر صبح شام بہت سی چیزیں کھینچتی ہیں آپ کو اور آپ کی کنسنٹریشن کو ہٹاتی ہیں۔ وہاں پر آپ کو سیکریفائس کرنی پڑتی ہے۔</w:t>
      </w:r>
    </w:p>
    <w:p>
      <w:r>
        <w:rPr>
          <w:b/>
        </w:rPr>
        <w:t xml:space="preserve">[26:16] </w:t>
      </w:r>
      <w:r>
        <w:t>apni desire ko kuchalna padta hai. apni khwahish ko mitana padta hai. apni ego ko kuchalna padta hai. apni ana ko dabana padta hai.</w:t>
      </w:r>
    </w:p>
    <w:p>
      <w:pPr>
        <w:jc w:val="right"/>
      </w:pPr>
      <w:r>
        <w:t>اپنی ڈیزائر کو کچلنا پڑتا ہے۔ اپنی خواہش کو مٹانا پڑتا ہے۔ اپنی ایگو کو کچلنا پڑتا ہے۔ اپنی انا کو دبانا پڑتا ہے۔</w:t>
      </w:r>
    </w:p>
    <w:p>
      <w:r>
        <w:rPr>
          <w:b/>
        </w:rPr>
        <w:t xml:space="preserve">[26:27] </w:t>
      </w:r>
      <w:r>
        <w:t>har din har subah shaam. to religious persecution ke zamane mein yaad rakhiye agar physical physical woh hota tha yani physical torture.</w:t>
      </w:r>
    </w:p>
    <w:p>
      <w:pPr>
        <w:jc w:val="right"/>
      </w:pPr>
      <w:r>
        <w:t>ہر دن ہر صبح شام۔ تو ریلیجس پرسیکیوشن کے زمانے میں یاد رکھیے اگر فزیکل فزیکل وہ ہوتا تھا یعنی فزیکل ٹارچر۔</w:t>
      </w:r>
    </w:p>
    <w:p>
      <w:r>
        <w:rPr>
          <w:b/>
        </w:rPr>
        <w:t xml:space="preserve">[26:45] </w:t>
      </w:r>
      <w:r>
        <w:t>religious persecution ke zamane mein agar logon ka physical torture hota tha, aaj hum ko intellectual torture karna padta hai yaad rakhiye. jab tak aap is liye tayyar na hon intellectual torture ke liye, tab tak yeh possible nahi hai ke aaj jo cheezein khuli hain,</w:t>
      </w:r>
    </w:p>
    <w:p>
      <w:pPr>
        <w:jc w:val="right"/>
      </w:pPr>
      <w:r>
        <w:t>ریلیجس پرسیکیوشن کے زمانے میں اگر لوگوں کا فزیکل ٹارچر ہوتا تھا، آج ہم کو انٹلیکچول ٹارچر کرنا پڑتا ہے یاد رکھیے۔ جب تک آپ اس لیے تیار نہ ہوں انٹلیکچول ٹارچر کے لیے، تب تک یہ پاسیبل نہیں ہے کہ آج جو چیزیں کھلی ہیں،</w:t>
      </w:r>
    </w:p>
    <w:p>
      <w:r>
        <w:rPr>
          <w:b/>
        </w:rPr>
        <w:t xml:space="preserve">[27:06] </w:t>
      </w:r>
      <w:r>
        <w:t>oonche darje ka oonche level ka jo realization jo khula hai, oonche darje ke jo glory ke saman khule hain jo science ne khola hai, us ko aap pa saken.</w:t>
      </w:r>
    </w:p>
    <w:p>
      <w:pPr>
        <w:jc w:val="right"/>
      </w:pPr>
      <w:r>
        <w:t>اونچے درجے کا اونچے لیول کا جو ریلائزیشن جو کھلا ہے، اونچے درجے کے جو گلوری کے سامان کھلے ہیں جو سائنس نے کھولا ہے، اس کو آپ پا سکیں۔</w:t>
      </w:r>
    </w:p>
    <w:p>
      <w:r>
        <w:rPr>
          <w:b/>
        </w:rPr>
        <w:t xml:space="preserve">[27:17] </w:t>
      </w:r>
      <w:r>
        <w:t>main ne dekha hai achhe achhe jo bsc msc kiye hue aaye hain, kuch bhi unhein maarfat nahi milti. agar ek ek technical subject ke taur par un se aap poochein, un ko bolne ke liye kahein to hazaron technical baatein woh keh dalenge.</w:t>
      </w:r>
    </w:p>
    <w:p>
      <w:pPr>
        <w:jc w:val="right"/>
      </w:pPr>
      <w:r>
        <w:t>میں نے دیکھا ہے اچھے اچھے جو بی ایس سی ایم ایس سی کیے ہوئے آئے ہیں، کچھ بھی انہیں معرفت نہیں ملتی۔ اگر ایک ایک ٹیکنیکل سبجیکٹ کے طور پر ان سے آپ پوچھیں، ان کو بولنے کے لیے کہیں تو ہزاروں ٹیکنیکل باتیں وہ کہہ ڈالیں گے۔</w:t>
      </w:r>
    </w:p>
    <w:p>
      <w:r>
        <w:rPr>
          <w:b/>
        </w:rPr>
        <w:t xml:space="preserve">[27:33] </w:t>
      </w:r>
      <w:r>
        <w:t>hazaron technical baatein woh keh dalenge. lekin in baaton mein maarfat ko extract extract karna yeh in in ke bas mein nahi hota. in ke bas mein nahi hota.</w:t>
      </w:r>
    </w:p>
    <w:p>
      <w:pPr>
        <w:jc w:val="right"/>
      </w:pPr>
      <w:r>
        <w:t>ہزاروں ٹیکنیکل باتیں وہ کہہ ڈالیں گے۔ لیکن ان باتوں میں معرفت کو ایکسٹریکٹ ایکسٹریکٹ کرنا یہ ان ان کے بس میں نہیں ہوتا۔ ان کے بس میں نہیں ہوتا۔</w:t>
      </w:r>
    </w:p>
    <w:p>
      <w:r>
        <w:rPr>
          <w:b/>
        </w:rPr>
        <w:t xml:space="preserve">[27:45] </w:t>
      </w:r>
      <w:r>
        <w:t>kyun? unhon ne woh sacrifice nahi di. yani intellectual torture nahi kiya apna unhon ne. is liye woh technical level par to bahut kuch dikhai padte hain lekin maarfat ke level par,</w:t>
      </w:r>
    </w:p>
    <w:p>
      <w:pPr>
        <w:jc w:val="right"/>
      </w:pPr>
      <w:r>
        <w:t>کیوں؟ انہوں نے وہ سیکریفائس نہیں دی۔ یعنی انٹلیکچول ٹارچر نہیں کیا اپنا انہوں نے۔ اس لیے وہ ٹیکنیکل لیول پر تو بہت کچھ دکھائی پڑتے ہیں لیکن معرفت کے لیول پر،</w:t>
      </w:r>
    </w:p>
    <w:p>
      <w:r>
        <w:rPr>
          <w:b/>
        </w:rPr>
        <w:t xml:space="preserve">[28:00] </w:t>
      </w:r>
      <w:r>
        <w:t>realization ke level par kuch bhi nahi, nothing bilkul, zero zero hain. to yeh jo main ne kaha ke ke scientific framework mein bahut hi oonche darje ki ka realization possible ho gaya hai,</w:t>
      </w:r>
    </w:p>
    <w:p>
      <w:pPr>
        <w:jc w:val="right"/>
      </w:pPr>
      <w:r>
        <w:t>ریلائزیشن کے لیول پر کچھ بھی نہیں، نتھنگ بالکل، صفر زیرو ہیں۔ تو یہ جو میں نے کہا کہ کہ سائنٹیفک فریم ورک میں بہت ہی اونچے درجے کی کا ریلائزیشن پاسیبل ہو گیا ہے،</w:t>
      </w:r>
    </w:p>
    <w:p>
      <w:r>
        <w:rPr>
          <w:b/>
        </w:rPr>
        <w:t xml:space="preserve">[28:17] </w:t>
      </w:r>
      <w:r>
        <w:t>jis ki ek chhoti si misaal main ne di aap ko. yeh kab aap payenge jabke dobara aap is liye tayyar hon ke jis tarah unhon ne apna physical torture bardasht kiya, usi tarah aap apna intellectual torture bardasht karein.</w:t>
      </w:r>
    </w:p>
    <w:p>
      <w:pPr>
        <w:jc w:val="right"/>
      </w:pPr>
      <w:r>
        <w:t>جس کی ایک چھوٹی سی مثال میں نے دی آپ کو۔ یہ کب آپ پائیں گے جبکہ دوبارہ آپ اس لیے تیار ہوں کہ جس طرح انہوں نے اپنا فزیکل ٹارچر برداشت کیا، اسی طرح آپ اپنا انٹلیکچول ٹارچر برداشت کریں۔</w:t>
      </w:r>
    </w:p>
    <w:p>
      <w:r>
        <w:rPr>
          <w:b/>
        </w:rPr>
        <w:t xml:space="preserve">[28:36] </w:t>
      </w:r>
      <w:r>
        <w:t>otherwise it is impossible. to ek baat yeh hai. doosri baat jo hai</w:t>
      </w:r>
    </w:p>
    <w:p>
      <w:pPr>
        <w:jc w:val="right"/>
      </w:pPr>
      <w:r>
        <w:t>ادروائز اٹ از امپاسیبل۔ تو ایک بات یہ ہے۔ دوسری بات جو ہے</w:t>
      </w:r>
    </w:p>
    <w:p>
      <w:r>
        <w:rPr>
          <w:b/>
        </w:rPr>
        <w:t xml:space="preserve">[28:47] </w:t>
      </w:r>
      <w:r>
        <w:t>woh hai daawa work se talluq rakhne wali. main jahan tak maine samjha hai, jo padha hai maine, to do cheezein insaan ko chahiye.</w:t>
      </w:r>
    </w:p>
    <w:p>
      <w:pPr>
        <w:jc w:val="right"/>
      </w:pPr>
      <w:r>
        <w:t>وہ ہے داؤ ورک سے تعلق رکھنے والی۔ میں جہاں تک میں نے سمجھا ہے، جو پڑھا ہے میں نے، تو دو چیزیں انسان کو چاہیے۔</w:t>
      </w:r>
    </w:p>
    <w:p>
      <w:r>
        <w:rPr>
          <w:b/>
        </w:rPr>
        <w:t xml:space="preserve">[29:01] </w:t>
      </w:r>
      <w:r>
        <w:t>do cheezein paraid lene ke liye. paraid kisi ko free mein nahi milegi. koi sasta certificate paraid ka nahi hua karta.</w:t>
      </w:r>
    </w:p>
    <w:p>
      <w:pPr>
        <w:jc w:val="right"/>
      </w:pPr>
      <w:r>
        <w:t>دو چیزیں پیرائیڈ لینے کے لیے۔ پیرائیڈ کسی کو فری میں نہیں ملے گی۔ کوئی سستا سرٹیفیکیٹ پیرائیڈ کا نہیں ہوا کرتا۔</w:t>
      </w:r>
    </w:p>
    <w:p>
      <w:r>
        <w:rPr>
          <w:b/>
        </w:rPr>
        <w:t xml:space="preserve">[29:13] </w:t>
      </w:r>
      <w:r>
        <w:t>bahut se log hain jo sasta ticket baant te hain paraid ka, wahan bheed lagi hui hai khidkiyon par. yeh sab jhootha certificate hai, yeh kuch kaam nahi aane wala hai.</w:t>
      </w:r>
    </w:p>
    <w:p>
      <w:pPr>
        <w:jc w:val="right"/>
      </w:pPr>
      <w:r>
        <w:t>بہت سے لوگ ہیں جو سستا ٹکٹ بانٹتے ہیں پیرائیڈ کا، وہاں بھیڑ لگی ہوئی ہے کھڑکیوں پر۔ یہ سب جھوٹا سرٹیفیکیٹ ہے، یہ کچھ کام نہیں آنے والا ہے۔</w:t>
      </w:r>
    </w:p>
    <w:p>
      <w:r>
        <w:rPr>
          <w:b/>
        </w:rPr>
        <w:t xml:space="preserve">[29:24] </w:t>
      </w:r>
      <w:r>
        <w:t>to main apna ek qissa main ne is se pehle bayan kiya tha lekin mujhe yaad aata hai aksar woh jab main dekhta hoon ke kuch khidkiyan khuli hui hain jahan free mein paraid ka certificate bit raha hai.</w:t>
      </w:r>
    </w:p>
    <w:p>
      <w:pPr>
        <w:jc w:val="right"/>
      </w:pPr>
      <w:r>
        <w:t>تو میں اپنا ایک قصہ میں نے اس سے پہلے بیان کیا تھا لیکن مجھے یاد آتا ہے اکثر وہ جب میں دیکھتا ہوں کہ کچھ کھڑکیاں کھلی ہوئی ہیں جہاں فری میں پیرائیڈ کا سرٹیفیکیٹ بٹ رہا ہے۔</w:t>
      </w:r>
    </w:p>
    <w:p>
      <w:r>
        <w:rPr>
          <w:b/>
        </w:rPr>
        <w:t xml:space="preserve">[29:39] </w:t>
      </w:r>
      <w:r>
        <w:t>ke ek martaba yeh keh do, ek martaba yeh dua padh lo to paraid pakki ho gayi. ek martaba woh do rakat namaz padh lo falan time mein, paraid pakki ho gayi.</w:t>
      </w:r>
    </w:p>
    <w:p>
      <w:pPr>
        <w:jc w:val="right"/>
      </w:pPr>
      <w:r>
        <w:t>کہ ایک مرتبہ یہ کہہ دو، ایک مرتبہ یہ دعا پڑھ لو تو پیرائیڈ پکی ہو گئی۔ ایک مرتبہ وہ دو رکعت نماز پڑھ لو فلاں ٹائم میں، پیرائیڈ پکی ہو گئی۔</w:t>
      </w:r>
    </w:p>
    <w:p>
      <w:r>
        <w:rPr>
          <w:b/>
        </w:rPr>
        <w:t xml:space="preserve">[29:51] </w:t>
      </w:r>
      <w:r>
        <w:t>in choti choti baton par piraiyd banti ja rahi hai. aur yeh maine dekhi sab jhoote certificate hain.</w:t>
      </w:r>
    </w:p>
    <w:p>
      <w:pPr>
        <w:jc w:val="right"/>
      </w:pPr>
      <w:r>
        <w:t>ان چھوٹی چھوٹی باتوں پر پیرائیڈ بانٹی جا رہی ہے۔ اور یہ میں نے دیکھیں سب جھوٹے سرٹیفیکیٹ ہیں۔</w:t>
      </w:r>
    </w:p>
    <w:p>
      <w:r>
        <w:rPr>
          <w:b/>
        </w:rPr>
        <w:t xml:space="preserve">[30:00] </w:t>
      </w:r>
      <w:r>
        <w:t>to mujhe apna ek qissa yaad aata hai bachpan ka jab main chhota tha. to main adam garh shahar mein tha us waqt. wahan par ek ek school tha, ek shayad is ka naam tha mistan,</w:t>
      </w:r>
    </w:p>
    <w:p>
      <w:pPr>
        <w:jc w:val="right"/>
      </w:pPr>
      <w:r>
        <w:t>تو مجھے اپنا ایک قصہ یاد آتا ہے بچپن کا جب میں چھوٹا تھا۔ تو میں آدم گڑھ شہر میں تھا اس وقت۔ وہاں پر ایک ایک اسکول تھا، ایک شاید اس کا نام تھا مسٹن،</w:t>
      </w:r>
    </w:p>
    <w:p>
      <w:r>
        <w:rPr>
          <w:b/>
        </w:rPr>
        <w:t xml:space="preserve">[30:16] </w:t>
      </w:r>
      <w:r>
        <w:t>mistan church school aisa kuch naam tha is ka. to maine dekha ke wahan par bheed lagi hui hai aur wahan par mithai bant rahi hai.</w:t>
      </w:r>
    </w:p>
    <w:p>
      <w:pPr>
        <w:jc w:val="right"/>
      </w:pPr>
      <w:r>
        <w:t>مسٹن چرچ اسکول ایسا کچھ نام تھا اس کا۔ تو میں نے دیکھا کہ وہاں پر بھیڑ لگی ہوئی ہے اور وہاں پر مٹھائی بٹ رہی ہے۔</w:t>
      </w:r>
    </w:p>
    <w:p>
      <w:r>
        <w:rPr>
          <w:b/>
        </w:rPr>
        <w:t xml:space="preserve">[30:25] </w:t>
      </w:r>
      <w:r>
        <w:t>ek khidki par ladke jaate hain aur mithai lekar ke lotte hain. to main bhi line mein khada ho gaya. chhota chhota tha tab ki baat hai. sab woh queue mein tha, khada ho gaya main to koi chalti rahi aage.</w:t>
      </w:r>
    </w:p>
    <w:p>
      <w:pPr>
        <w:jc w:val="right"/>
      </w:pPr>
      <w:r>
        <w:t>ایک کھڑکی پر لڑکے جاتے ہیں اور مٹھائی لے کر کے لوٹتے ہیں۔ تو میں بھی لائن میں کھڑا ہو گیا۔ چھوٹا چھوٹا تھا تب کی بات ہے۔ سب وہ کیو میں تھا، کھڑا ہو گیا میں تو کوئی چلتی رہی آگے۔</w:t>
      </w:r>
    </w:p>
    <w:p>
      <w:r>
        <w:rPr>
          <w:b/>
        </w:rPr>
        <w:t xml:space="preserve">[30:39] </w:t>
      </w:r>
      <w:r>
        <w:t>jab main khidki par pahuncha to us ne poocha ke woh identity card? to main us us lafz ka matlab nahi samajhta tha us waqt tak.</w:t>
      </w:r>
    </w:p>
    <w:p>
      <w:pPr>
        <w:jc w:val="right"/>
      </w:pPr>
      <w:r>
        <w:t>جب میں کھڑکی پر پہنچا تو اس نے پوچھا کہ وہ آئیڈینٹیٹی کارڈ؟ تو میں اس اس لفظ کا مطلب نہیں سمجھتا تھا اس وقت تک۔</w:t>
      </w:r>
    </w:p>
    <w:p>
      <w:r>
        <w:rPr>
          <w:b/>
        </w:rPr>
        <w:t xml:space="preserve">[30:50] </w:t>
      </w:r>
      <w:r>
        <w:t>main jaanta tha ke kya cheez hoti hai identity card. to maine kaha mere paas to kuch bhi nahi hai. to us ne kaha ke jao. to aise hi yeh sab hain jo bant rahe hain certificate idhar udhar.</w:t>
      </w:r>
    </w:p>
    <w:p>
      <w:pPr>
        <w:jc w:val="right"/>
      </w:pPr>
      <w:r>
        <w:t>میں جانتا تھا کہ کیا چیز ہوتی ہے آئیڈینٹیٹی کارڈ۔ تو میں نے کہا میرے پاس تو کچھ بھی نہیں ہے۔ تو اس نے کہا کہ جاؤ۔ تو ایسے ہی یہ سب ہیں جو بٹ رہے ہیں سرٹیفیکیٹ ادھر ادھر۔</w:t>
      </w:r>
    </w:p>
    <w:p>
      <w:r>
        <w:rPr>
          <w:b/>
        </w:rPr>
        <w:t xml:space="preserve">[31:02] </w:t>
      </w:r>
      <w:r>
        <w:t>woh aise hi hain ke wahan jab gate par pahunchenge to angel latha dega un ko ke jao, yahan tumhara koi kaam nahi hai. kyunke dekhiye piraiyd mile kisi certificate par nahi.</w:t>
      </w:r>
    </w:p>
    <w:p>
      <w:pPr>
        <w:jc w:val="right"/>
      </w:pPr>
      <w:r>
        <w:t>وہ ایسے ہی ہیں کہ وہاں جب گیٹ پر پہنچیں گے تو اینجل لٹھا دے گا ان کو کہ جاؤ، یہاں تمہارا کوئی کام نہیں ہے۔ کیونکہ دیکھیے پیرائیڈ ملے کسی سرٹیفیکیٹ پر نہیں۔</w:t>
      </w:r>
    </w:p>
    <w:p>
      <w:r>
        <w:rPr>
          <w:b/>
        </w:rPr>
        <w:t xml:space="preserve">[31:14] </w:t>
      </w:r>
      <w:r>
        <w:t>kya personality banai aap ne apne andar. poori fight personality ke liye piraiyd hai. kisi certificate par piraiyd nahi hai.</w:t>
      </w:r>
    </w:p>
    <w:p>
      <w:pPr>
        <w:jc w:val="right"/>
      </w:pPr>
      <w:r>
        <w:t>کیا پرسنیلٹی بنائی آپ نے اپنے اندر۔ پوری فائٹ پرسنیلٹی کے لیے پیرائیڈ ہے۔ کسی سرٹیفیکیٹ پر پیرائیڈ نہیں ہے۔</w:t>
      </w:r>
    </w:p>
    <w:p>
      <w:r>
        <w:rPr>
          <w:b/>
        </w:rPr>
        <w:t xml:space="preserve">[31:25] </w:t>
      </w:r>
      <w:r>
        <w:t>kisi ka daaman thaam liya aap ne to piraiyd mil gayi. kuch kuch word hain, kuch secret muqaddas us ko dohra liya to piraiyd mil gayi.</w:t>
      </w:r>
    </w:p>
    <w:p>
      <w:pPr>
        <w:jc w:val="right"/>
      </w:pPr>
      <w:r>
        <w:t>کسی کا دامن تھام لیا آپ نے تو پیرائیڈ مل گئی۔ کچھ کچھ ورڈ ہیں، کچھ سیکرٹ مقدس اس کو دہرا لیا تو پیرائیڈ مل گئی۔</w:t>
      </w:r>
    </w:p>
    <w:p>
      <w:r>
        <w:rPr>
          <w:b/>
        </w:rPr>
        <w:t xml:space="preserve">[31:38] </w:t>
      </w:r>
      <w:r>
        <w:t>koi khaas time hai is mein aap ne do unit namaz padhi to piraiyd mil gayi. yeh sab jhoote certificate hain. aap ko apne andar ek ek personality, ek ek shakhsiyat banana hai.</w:t>
      </w:r>
    </w:p>
    <w:p>
      <w:pPr>
        <w:jc w:val="right"/>
      </w:pPr>
      <w:r>
        <w:t>کوئی خاص ٹائم ہے اس میں آپ نے دو یونٹ نماز پڑھی تو پیرائیڈ مل گئی۔ یہ سب جھوٹے سرٹیفیکیٹ ہیں۔ آپ کو اپنے اندر ایک ایک پرسنیلٹی، ایک ایک شخصیت بنانا ہے۔</w:t>
      </w:r>
    </w:p>
    <w:p>
      <w:r>
        <w:rPr>
          <w:b/>
        </w:rPr>
        <w:t xml:space="preserve">[31:51] </w:t>
      </w:r>
      <w:r>
        <w:t>aaj kal personality development ka lafz bola jaata hai zyada tar yani physical sense mein. main is ko spiritual sense mein bolta hoon. spiritual sense mein.</w:t>
      </w:r>
    </w:p>
    <w:p>
      <w:pPr>
        <w:jc w:val="right"/>
      </w:pPr>
      <w:r>
        <w:t>آج کل پرسنیلٹی ڈیولپمنٹ کا لفظ بولا جاتا ہے زیادہ تر یعنی فزیکل سینس میں۔ میں اس کو اسپریچول سینس میں بولتا ہوں۔ اسپریچول سینس میں۔</w:t>
      </w:r>
    </w:p>
    <w:p>
      <w:r>
        <w:rPr>
          <w:b/>
        </w:rPr>
        <w:t xml:space="preserve">[32:01] </w:t>
      </w:r>
      <w:r>
        <w:t>to aap ka jo being hai, to ek to aap ka yeh physical being hai, ek aap ke andar ki being hai. is andar ki jo being jo hai, jis mein desire hain, jis mein lust hai, jis mein bahut saare ambitions hain, ego hai aur saari cheezein hain, to us woh jo andar wali personality hai,</w:t>
      </w:r>
    </w:p>
    <w:p>
      <w:pPr>
        <w:jc w:val="right"/>
      </w:pPr>
      <w:r>
        <w:t>تو آپ کا جو بینگ ہے، تو ایک تو آپ کا یہ فزیکل بینگ ہے، ایک آپ کے اندر کی بینگ ہے۔ اس اندر کی جو بینگ جو ہے، جس میں ڈیزائر ہیں، جس میں لسٹ ہے، جس میں بہت سارے ایمبیشنز ہیں، ایگو ہے اور ساری چیزیں ہیں، تو اس وہ جو اندر والی پرسنیلٹی ہے،</w:t>
      </w:r>
    </w:p>
    <w:p>
      <w:r>
        <w:rPr>
          <w:b/>
        </w:rPr>
        <w:t xml:space="preserve">[32:21] </w:t>
      </w:r>
      <w:r>
        <w:t>is personality ko purify karna, us ko rabbani shakhsiyat banana, us ko divine personality banana, yeh hai asal cheez jo aap ko aap aap deserve karenge wahan piraiyd mein basaye jaane ke liye.</w:t>
      </w:r>
    </w:p>
    <w:p>
      <w:pPr>
        <w:jc w:val="right"/>
      </w:pPr>
      <w:r>
        <w:t>اس پرسنیلٹی کو پیوریفائی کرنا، اس کو ربانی شخصیت بنانا، اس کو ڈیوائن پرسنیلٹی بنانا، یہ ہے اصل چیز جو آپ کو آپ آپ ڈیزرو کریں گے وہاں پیرائیڈ میں بسائے جانے کے لیے۔</w:t>
      </w:r>
    </w:p>
    <w:p>
      <w:r>
        <w:rPr>
          <w:b/>
        </w:rPr>
        <w:t xml:space="preserve">[32:40] </w:t>
      </w:r>
      <w:r>
        <w:t>to masla jo hai qualified hone ka hone ka hai, deserving candidate hone ka hai, na ke koi certificate. to is to main ne jahan tak samjha hai ke do cheezein chahiye.</w:t>
      </w:r>
    </w:p>
    <w:p>
      <w:pPr>
        <w:jc w:val="right"/>
      </w:pPr>
      <w:r>
        <w:t>تو مسئلہ جو ہے کوالیفائیڈ ہونے کا ہونے کا ہے، ڈیزروونگ کینڈیڈیٹ ہونے کا ہے، نہ کہ کوئی سرٹیفیکیٹ۔ تو اس تو میں نے جہاں تک سمجھا ہے کہ دو چیزیں چاہیے۔</w:t>
      </w:r>
    </w:p>
    <w:p>
      <w:r>
        <w:rPr>
          <w:b/>
        </w:rPr>
        <w:t xml:space="preserve">[32:52] </w:t>
      </w:r>
      <w:r>
        <w:t>ek hai marifat, ek hai dawat. yani ek hai realization, ek hai da'wah work. yeh do basic cheezein hain.</w:t>
      </w:r>
    </w:p>
    <w:p>
      <w:pPr>
        <w:jc w:val="right"/>
      </w:pPr>
      <w:r>
        <w:t>ایک ہے معرفت، ایک ہے دعوت۔ یعنی ایک ہے ریلائزیشن، ایک ہے داؤ ورک۔ یہ دو بیسک چیزیں ہیں۔</w:t>
      </w:r>
    </w:p>
    <w:p>
      <w:r>
        <w:rPr>
          <w:b/>
        </w:rPr>
        <w:t xml:space="preserve">[33:02] </w:t>
      </w:r>
      <w:r>
        <w:t>to marifat ya realization jo hai, main ne arz kiya ke ek darja woh tha jo traditional framework mein milta tha aadmi ko.</w:t>
      </w:r>
    </w:p>
    <w:p>
      <w:pPr>
        <w:jc w:val="right"/>
      </w:pPr>
      <w:r>
        <w:t>تو معرفت یا ریلائزیشن جو ہے، میں نے عرض کیا کہ ایک درجہ وہ تھا جو ٹریڈیشنل فریم ورک میں ملتا تھا آدمی کو۔</w:t>
      </w:r>
    </w:p>
    <w:p>
      <w:r>
        <w:rPr>
          <w:b/>
        </w:rPr>
        <w:t xml:space="preserve">[33:12] </w:t>
      </w:r>
      <w:r>
        <w:t>aur doosra darja jo aaj hai jo scientific framework mein milta hai, woh main ne is ki ek misaal arz ki. aisi baatein aaj hain, yani aise aise sachaiyan khul chuki hain, aise hidden treasure saamne aa chuke hain, nature ke aise raaz khul chuke hain jo aap ke personality ko develop karte hain, aap ke andar noorani shakhsiyat banate hain.</w:t>
      </w:r>
    </w:p>
    <w:p>
      <w:pPr>
        <w:jc w:val="right"/>
      </w:pPr>
      <w:r>
        <w:t>اور دوسرا درجہ جو آج ہے جو سائنٹیفک فریم ورک میں ملتا ہے، وہ میں نے اس کی ایک مثال عرض کی۔ ایسی باتیں آج ہیں، یعنی ایسے ایسے سچائیاں کھل چکی ہیں، ایسے ہڈن ٹریزر سامنے آ چکے ہیں، نیچر کے ایسے راز کھل چکے ہیں جو آپ کے پرسنیلٹی کو ڈیولپ کرتے ہیں، آپ کے اندر نورانی شخصیت بناتے ہیں۔</w:t>
      </w:r>
    </w:p>
    <w:p>
      <w:r>
        <w:rPr>
          <w:b/>
        </w:rPr>
        <w:t xml:space="preserve">[33:41] </w:t>
      </w:r>
      <w:r>
        <w:t>woh karna hai aap ko. jis se Khuda par be-at'aa yaqeen aata hai, unlimited conviction aata hai aap ko Khuda ke upar. piraiyd par unlimited conviction aata hai.</w:t>
      </w:r>
    </w:p>
    <w:p>
      <w:pPr>
        <w:jc w:val="right"/>
      </w:pPr>
      <w:r>
        <w:t>وہ کرنا ہے آپ کو۔ جس سے خدا پر بے اطاع یقین آتا ہے، ان لمیٹڈ کنوکشن آتا ہے آپ کو خدا کے اوپر۔ پیرائیڈ پر ان لمیٹڈ کنوکشن آتا ہے۔</w:t>
      </w:r>
    </w:p>
    <w:p>
      <w:r>
        <w:rPr>
          <w:b/>
        </w:rPr>
        <w:t xml:space="preserve">[33:52] </w:t>
      </w:r>
      <w:r>
        <w:t>aise lagta hai ke aap Khuda ko dekh rahe hain. aise lagta hai ke aap piraiyd aap ke saamne hai. aise lagta hai ke angel sach much aap ke saamne khade hue hain. yeh sab sach much jaise dikhai dene lagta hai.</w:t>
      </w:r>
    </w:p>
    <w:p>
      <w:pPr>
        <w:jc w:val="right"/>
      </w:pPr>
      <w:r>
        <w:t>ایسے لگتا ہے کہ آپ خدا کو دیکھ رہے ہیں۔ ایسے لگتا ہے کہ آپ پیرائیڈ آپ کے سامنے ہے۔ ایسے لگتا ہے کہ اینجل سچ مچ آپ کے سامنے کھڑے ہوئے ہیں۔ یہ سب سچ مچ جیسے دکھائی دینے لگتا ہے۔</w:t>
      </w:r>
    </w:p>
    <w:p>
      <w:r>
        <w:rPr>
          <w:b/>
        </w:rPr>
        <w:t xml:space="preserve">[34:04] </w:t>
      </w:r>
      <w:r>
        <w:t>yani unseen world aap ke liye seen world ban jaata hai. agar main is ki pehchan bataoon ke yeh jo realization hai, is ki pehchan kya hai?</w:t>
      </w:r>
    </w:p>
    <w:p>
      <w:pPr>
        <w:jc w:val="right"/>
      </w:pPr>
      <w:r>
        <w:t>یعنی ان سین ورلڈ آپ کے لیے سین ورلڈ بن جاتا ہے۔ اگر میں اس کی پہچان بتاؤں کہ یہ جو ریلائزیشن ہے، اس کی پہچان کیا ہے؟</w:t>
      </w:r>
    </w:p>
    <w:p>
      <w:r>
        <w:rPr>
          <w:b/>
        </w:rPr>
        <w:t xml:space="preserve">[34:14] </w:t>
      </w:r>
      <w:r>
        <w:t>is ki pehchan yeh hai ke unseen world aap ke liye seen world ban jaaye. yahi pehchan is ki hai. to ek baat yeh hui.</w:t>
      </w:r>
    </w:p>
    <w:p>
      <w:pPr>
        <w:jc w:val="right"/>
      </w:pPr>
      <w:r>
        <w:t>اس کی پہچان یہ ہے کہ ان سین ورلڈ آپ کے لیے سین ورلڈ بن جائے۔ یہی پہچان اس کی ہے۔ تو ایک بات یہ ہوئی۔</w:t>
      </w:r>
    </w:p>
    <w:p>
      <w:r>
        <w:rPr>
          <w:b/>
        </w:rPr>
        <w:t xml:space="preserve">[34:23] </w:t>
      </w:r>
      <w:r>
        <w:t>doosri baat jo hai woh da'wah work. da'wah work ke silsile mein aap jaante hain ke Khuda ka message pahunchana yeh hai kaam.</w:t>
      </w:r>
    </w:p>
    <w:p>
      <w:pPr>
        <w:jc w:val="right"/>
      </w:pPr>
      <w:r>
        <w:t>دوسری بات جو ہے وہ داؤ ورک۔ داؤ ورک کے سلسلے میں آپ جانتے ہیں کہ خدا کا میسج پہنچانا یہ ہے کام۔</w:t>
      </w:r>
    </w:p>
    <w:p>
      <w:r>
        <w:rPr>
          <w:b/>
        </w:rPr>
        <w:t xml:space="preserve">[34:35] </w:t>
      </w:r>
      <w:r>
        <w:t>aur yeh hai saari zindagi karna hai. to is se pehle main ne aap se yeh baat arz ki hai ke hadith mein aaya hai baad ke zamani ke liye, yani prophet ke baad ka zamana ya yun keh lijiye ke aakhri zamana aayega jab ke Khuda sachai ki baat ya Islam ka kalma har chhote bade ghar mein daakhil kar dega.</w:t>
      </w:r>
    </w:p>
    <w:p>
      <w:pPr>
        <w:jc w:val="right"/>
      </w:pPr>
      <w:r>
        <w:t>اور یہ ہے ساری زندگی کرنا ہے۔ تو اس سے پہلے میں نے آپ سے یہ بات عرض کی ہے کہ حدیث میں آیا ہے بعد کے زمانی کے لیے، یعنی پرافٹ کے بعد کا زمانہ یا یوں کہہ لیجیے کہ آخری زمانہ آئے گا جب کہ خدا سچائی کی بات یا اسلام کا کلمہ ہر چھوٹے بڑے گھر میں داخل کر دے گا۔</w:t>
      </w:r>
    </w:p>
    <w:p>
      <w:r>
        <w:rPr>
          <w:b/>
        </w:rPr>
        <w:t xml:space="preserve">[35:04] </w:t>
      </w:r>
      <w:r>
        <w:t>yani idkhaal e kalma us ko main kehta hoon. kalma ka yeh word of God ka har ghar mein daakhil ho jaana. to yeh ek historical process hai.</w:t>
      </w:r>
    </w:p>
    <w:p>
      <w:pPr>
        <w:jc w:val="right"/>
      </w:pPr>
      <w:r>
        <w:t>یعنی ادخال کلمہ اس کو میں کہتا ہوں۔ کلمہ کا یہ ورڈ آف گاڈ کا ہر گھر میں داخل ہو جانا۔ تو یہ ایک ہسٹوریکل پروسیس ہے۔</w:t>
      </w:r>
    </w:p>
    <w:p>
      <w:r>
        <w:rPr>
          <w:b/>
        </w:rPr>
        <w:t xml:space="preserve">[35:17] </w:t>
      </w:r>
      <w:r>
        <w:t>Khuda ne yeh process chalaya hazar saal se yeh process chal raha hai. hote hote hote ab is ka culmination ho chuka hai. yani Khuda ko yeh matloob tha ke is ki baat har ghar mein pahunche.</w:t>
      </w:r>
    </w:p>
    <w:p>
      <w:pPr>
        <w:jc w:val="right"/>
      </w:pPr>
      <w:r>
        <w:t>خدا نے یہ پروسیس چلایا ہزار سال سے یہ پروسیس چل رہا ہے۔ ہوتے ہوتے ہوتے اب اس کا کلمنیشن ہو چکا ہے۔ یعنی خدا کو یہ مطلوب تھا کہ اس کی بات ہر گھر میں پہنچے۔</w:t>
      </w:r>
    </w:p>
    <w:p>
      <w:r>
        <w:rPr>
          <w:b/>
        </w:rPr>
        <w:t xml:space="preserve">[35:31] </w:t>
      </w:r>
      <w:r>
        <w:t>aur historical process ke through woh chalta raha, chalta raha, chalta raha. Yahan tak ke aaj woh wahan pahunch gaya jab ke sach much hi har ghar mein dakhil ho jaye.</w:t>
      </w:r>
    </w:p>
    <w:p>
      <w:pPr>
        <w:jc w:val="right"/>
      </w:pPr>
      <w:r>
        <w:t>اور ہسٹوریکل پروسیس کے تھرو وہ چلتا رہا، چلتا رہا، چلتا رہا۔ یہاں تک کہ آج وہ وہاں پہنچ گیا جب کہ سچ مچ ہی ہر گھر میں داخل ہو جائے۔</w:t>
      </w:r>
    </w:p>
    <w:p>
      <w:r>
        <w:rPr>
          <w:b/>
        </w:rPr>
        <w:t xml:space="preserve">[35:41] </w:t>
      </w:r>
      <w:r>
        <w:t>Abhi parson ki baat hai ke Mr Rajat Malhotra jo hamare saathi hain, to woh website hamare Geneva mein ek sahib hain jo expert hain is ke, to un ki madad se, un ki help se woh website bana rahe hain hamare mission ka website.</w:t>
      </w:r>
    </w:p>
    <w:p>
      <w:pPr>
        <w:jc w:val="right"/>
      </w:pPr>
      <w:r>
        <w:t>ابھی پرسوں کی بات ہے کہ مسٹر رجت بلھوترا جو ہمارے ساتھی ہیں، تو وہ ویب سائٹ ہمارے جنیوا میں ایک صاحب ہیں جو ایکسپرٹ ہیں اس کے، تو ان کی مدد سے، ان کی ہیلپ سے وہ ویب سائٹ بنا رہے ہیں ہمارے مشن کا ویب سائٹ۔</w:t>
      </w:r>
    </w:p>
    <w:p>
      <w:r>
        <w:rPr>
          <w:b/>
        </w:rPr>
        <w:t xml:space="preserve">[35:59] </w:t>
      </w:r>
      <w:r>
        <w:t>To is ki report de rahe the woh ke unhone website bana kar kya karte hain, us ko main nahi janta ke technical is ka word mujhe nahi maloom.</w:t>
      </w:r>
    </w:p>
    <w:p>
      <w:pPr>
        <w:jc w:val="right"/>
      </w:pPr>
      <w:r>
        <w:t>تو اس کی رپورٹ دے رہے تھے وہ کہ انہوں نے ویب سائٹ بنا کر کیا کرتے ہیں، اس کو میں نہیں جانتا کہ ٹیکنیکل اس کا ورڈ مجھے نہیں معلوم۔</w:t>
      </w:r>
    </w:p>
    <w:p>
      <w:r>
        <w:rPr>
          <w:b/>
        </w:rPr>
        <w:t xml:space="preserve">[36:08] </w:t>
      </w:r>
      <w:r>
        <w:t>Beharhaal website tayyar ki hai unhone. To is mein hum apna saara literature bhar sakte hain. Quran ka jo transmission ho raha hai jo hum kar rahe hain, woh is mein saara ka saara daal sakte hain aap.</w:t>
      </w:r>
    </w:p>
    <w:p>
      <w:pPr>
        <w:jc w:val="right"/>
      </w:pPr>
      <w:r>
        <w:t>بہرحال ویب سائٹ تیار کی ہے انہوں نے۔ تو اس میں ہم اپنا سارا لٹریچر بھر سکتے ہیں۔ قرآن کا جو ٹرانسمیشن ہو رہا ہے جو ہم کر رہے ہیں، وہ اس میں سارا کا سارا ڈال سکتے ہیں آپ۔</w:t>
      </w:r>
    </w:p>
    <w:p>
      <w:r>
        <w:rPr>
          <w:b/>
        </w:rPr>
        <w:t xml:space="preserve">[36:21] </w:t>
      </w:r>
      <w:r>
        <w:t>Saari jankari Islam ke bare mein, sachay yani sachai wali jankari is mein daal sakte hain aap. To us ko batate hue unhone kaha ke aap jante hain ke aaj har ghar mein computer pahunch chuka hai.</w:t>
      </w:r>
    </w:p>
    <w:p>
      <w:pPr>
        <w:jc w:val="right"/>
      </w:pPr>
      <w:r>
        <w:t>ساری جانکاری اسلام کے بارے میں، سچے یعنی سچائی والی جانکاری اس میں ڈال سکتے ہیں آپ۔ تو اس کو بتاتے ہوئے انہوں نے کہا کہ آپ جانتے ہیں کہ آج ہر گھر میں کمپیوٹر پہنچ چکا ہے۔</w:t>
      </w:r>
    </w:p>
    <w:p>
      <w:r>
        <w:rPr>
          <w:b/>
        </w:rPr>
        <w:t xml:space="preserve">[36:35] </w:t>
      </w:r>
      <w:r>
        <w:t>Har ghar mein aadmi ko ki reach wahan ho chuka hai computer aur internet. To us ko batate hue yeh yeh sentence bole woh ke a person sitting at his home can get the word of God simply with the click of a mouse.</w:t>
      </w:r>
    </w:p>
    <w:p>
      <w:pPr>
        <w:jc w:val="right"/>
      </w:pPr>
      <w:r>
        <w:t>ہر گھر میں آدمی کو کی ریچ وہاں ہو چکا ہے کمپیوٹر اور انٹرنیٹ۔ تو اس کو بتاتے ہوئے یہ یہ سینٹنس بولے وہ کہ ا پرسن سیٹنگ ایٹ ہز ہوم کین گیٹ دا ورڈ آف گاڈ سمپلی ود دی کلک آف اے ماؤس۔</w:t>
      </w:r>
    </w:p>
    <w:p>
      <w:r>
        <w:rPr>
          <w:b/>
        </w:rPr>
        <w:t xml:space="preserve">[37:03] </w:t>
      </w:r>
      <w:r>
        <w:t>Yaani koi ek switch ko woh dabaye ga aur Khuda ki baatein us ke samne hongi.</w:t>
      </w:r>
    </w:p>
    <w:p>
      <w:pPr>
        <w:jc w:val="right"/>
      </w:pPr>
      <w:r>
        <w:t>یعنی کوئی ایک سوئچ کو وہ دبائے گا اور خدا کی باتیں اس کے سامنے ہوں گی۔</w:t>
      </w:r>
    </w:p>
    <w:p>
      <w:r>
        <w:rPr>
          <w:b/>
        </w:rPr>
        <w:t xml:space="preserve">[37:11] </w:t>
      </w:r>
      <w:r>
        <w:t>A person sitting at his home can get the word of God simply with the click of a mouse.</w:t>
      </w:r>
    </w:p>
    <w:p>
      <w:pPr>
        <w:jc w:val="right"/>
      </w:pPr>
      <w:r>
        <w:t>ا پرسن سیٹنگ ایٹ ہز ہوم کین گیٹ دا ورڈ آف گاڈ سمپلی ود دی کلک آف اے ماؤس۔</w:t>
      </w:r>
    </w:p>
    <w:p>
      <w:r>
        <w:rPr>
          <w:b/>
        </w:rPr>
        <w:t xml:space="preserve">[37:22] </w:t>
      </w:r>
      <w:r>
        <w:t>To main ne mujhe achaanak aisa laga ke af woh door aa gaya, woh zamana aa gaya jis ko Khuda ke Rasool ne kaha tha ke har chote aur bade ghar mein Khuda ka word pahunch jayega.</w:t>
      </w:r>
    </w:p>
    <w:p>
      <w:pPr>
        <w:jc w:val="right"/>
      </w:pPr>
      <w:r>
        <w:t>تو میں نے مجھے اچانک ایسا لگا کہ اف وہ دور آ گیا، وہ زمانہ آ گیا جس کو خدا کے رسول نے کہا تھا کہ ہر چھوٹے اور بڑے گھر میں خدا کا ورڈ پہنچ جائے گا۔</w:t>
      </w:r>
    </w:p>
    <w:p>
      <w:r>
        <w:rPr>
          <w:b/>
        </w:rPr>
        <w:t xml:space="preserve">[37:35] </w:t>
      </w:r>
      <w:r>
        <w:t>Islam ka kalma pahunch jayega. Yaani word of God. To main sochta tha kaise pahunchega? Main wahan gaya Birmingham mein to ek sahib is se is hadith se influence ho kar unhone ek ek scheme banayi.</w:t>
      </w:r>
    </w:p>
    <w:p>
      <w:pPr>
        <w:jc w:val="right"/>
      </w:pPr>
      <w:r>
        <w:t>اسلام کا کلمہ پہنچ جائے گا۔ یعنی ورڈ آف گاڈ۔ تو میں سوچتا تھا کیسے پہنچے گا؟ میں وہاں گیا برمنگھم میں تو ایک صاحب اس سے اس حدیث سے انفلوئنس ہو کر انہوں نے ایک ایک اسکیم بنائی۔</w:t>
      </w:r>
    </w:p>
    <w:p>
      <w:r>
        <w:rPr>
          <w:b/>
        </w:rPr>
        <w:t xml:space="preserve">[37:52] </w:t>
      </w:r>
      <w:r>
        <w:t>Us ko kehte the woh door to door leaflet drop aisa koi naam tha. Yaani har ghar mein ek pamphlet woh dalwate the.</w:t>
      </w:r>
    </w:p>
    <w:p>
      <w:pPr>
        <w:jc w:val="right"/>
      </w:pPr>
      <w:r>
        <w:t>اس کو کہتے تھے وہ ڈور ٹو ڈور لیف لیٹ ڈراپ ایسا کوئی نام تھا۔ یعنی ہر گھر میں ایک پیمفلیٹ وہ ڈلواتے تھے۔</w:t>
      </w:r>
    </w:p>
    <w:p>
      <w:r>
        <w:rPr>
          <w:b/>
        </w:rPr>
        <w:t xml:space="preserve">[38:03] </w:t>
      </w:r>
      <w:r>
        <w:t>Aadmi bag mein leta tha, ja ke har ghar mein dalta tha woh. To aisa kuch is ka naam tha ke door to door leaflet drop.</w:t>
      </w:r>
    </w:p>
    <w:p>
      <w:pPr>
        <w:jc w:val="right"/>
      </w:pPr>
      <w:r>
        <w:t>آدمی بیگ میں لیتا تھا، جا کے ہر گھر میں ڈالتا تھا وہ۔ تو ایسا کچھ اس کا نام تھا کہ ڈور ٹو ڈور لیف لیٹ ڈراپ۔</w:t>
      </w:r>
    </w:p>
    <w:p>
      <w:r>
        <w:rPr>
          <w:b/>
        </w:rPr>
        <w:t xml:space="preserve">[38:12] </w:t>
      </w:r>
      <w:r>
        <w:t>To main ne socha ke yeh kahan tak karenge yeh? Kaise har ghar mein aadmi jayega is tareeqay se? Lekin computer ki jo taraqqi hui, internet ki jo taraqqi hui, aur har ghar mein pahunch gaya woh,</w:t>
      </w:r>
    </w:p>
    <w:p>
      <w:pPr>
        <w:jc w:val="right"/>
      </w:pPr>
      <w:r>
        <w:t>تو میں نے سوچا کہ یہ کہاں تک کریں گے یہ؟ کیسے ہر گھر میں آدمی جائے گا اس طریقے سے؟ لیکن کمپیوٹر کی جو ترقی ہوئی، انٹرنیٹ کی جو ترقی ہوئی، اور ہر گھر میں پہنچ گیا وہ،</w:t>
      </w:r>
    </w:p>
    <w:p>
      <w:r>
        <w:rPr>
          <w:b/>
        </w:rPr>
        <w:t xml:space="preserve">[38:26] </w:t>
      </w:r>
      <w:r>
        <w:t>To har ghar mein hi woh maujood hai woh cheez ke aadmi ek switch ko dabaye aur saari jankari us ke samne hai.</w:t>
      </w:r>
    </w:p>
    <w:p>
      <w:pPr>
        <w:jc w:val="right"/>
      </w:pPr>
      <w:r>
        <w:t>تو ہر گھر میں ہی وہ موجود ہے وہ چیز کہ آدمی ایک سوئچ کو دبائے اور ساری جانکاری اس کے سامنے ہے۔</w:t>
      </w:r>
    </w:p>
    <w:p>
      <w:r>
        <w:rPr>
          <w:b/>
        </w:rPr>
        <w:t xml:space="preserve">[38:35] </w:t>
      </w:r>
      <w:r>
        <w:t>To achaanak mujhe laga ke woh zamana aa chuka hai. Ab sirf avail karne ka baat hai. Yaani Khuda ne jo process chalaya tha history mein, us process ko Khuda ne yahan tak pahunchaya, yahan tak pahunchaya ke sach much hi har ghar mein is ka is ka woh pahunch gaya.</w:t>
      </w:r>
    </w:p>
    <w:p>
      <w:pPr>
        <w:jc w:val="right"/>
      </w:pPr>
      <w:r>
        <w:t>تو اچانک مجھے لگا کہ وہ زمانہ آ چکا ہے۔ اب صرف اویل کرنے کا بات ہے۔ یعنی خدا نے جو پروسیس چلایا تھا ہسٹری میں، اس پروسیس کو خدا نے یہاں تک پہنچایا، یہاں تک پہنچایا کہ سچ مچ ہی ہر گھر میں اس کا اس کا وہ پہنچ گیا۔</w:t>
      </w:r>
    </w:p>
    <w:p>
      <w:r>
        <w:rPr>
          <w:b/>
        </w:rPr>
        <w:t xml:space="preserve">[38:53] </w:t>
      </w:r>
      <w:r>
        <w:t>Is ka switch pahunch gaya. Ek switch dabao, woh saari baat tumhare samne hai. Ab hum jo hai is poore historical process mein ek chota sa hamara hissa hai, chota sa share hai hamara.</w:t>
      </w:r>
    </w:p>
    <w:p>
      <w:pPr>
        <w:jc w:val="right"/>
      </w:pPr>
      <w:r>
        <w:t>اس کا سوئچ پہنچ گیا۔ ایک سوئچ دباؤ، وہ ساری بات تمہارے سامنے ہے۔ اب ہم جو ہے اس پورے ہسٹوریکل پروسیس میں ایک چھوٹا سا ہمارا حصہ ہے، چھوٹا سا شیئر ہے ہمارا۔</w:t>
      </w:r>
    </w:p>
    <w:p>
      <w:r>
        <w:rPr>
          <w:b/>
        </w:rPr>
        <w:t xml:space="preserve">[39:08] </w:t>
      </w:r>
      <w:r>
        <w:t>Saara process to Khuda ne chalaya, woh to is mein to itne saare factors involve hain, hum aap ka empire bhi over nahi kar sakte.</w:t>
      </w:r>
    </w:p>
    <w:p>
      <w:pPr>
        <w:jc w:val="right"/>
      </w:pPr>
      <w:r>
        <w:t>سارا پروسیس تو خدا نے چلایا، وہ تو اس میں تو اتنے سارے فیکٹرز انوالو ہیں، ہم آپ کا ایمپائر بھی اوور نہیں کر سکتے۔</w:t>
      </w:r>
    </w:p>
    <w:p>
      <w:r>
        <w:rPr>
          <w:b/>
        </w:rPr>
        <w:t xml:space="preserve">[39:17] </w:t>
      </w:r>
      <w:r>
        <w:t>Empire bhi over nahi kar sakte. Lekin ab jo yahan tak pahunch chuka hai, to hum simply hum website kholein, to saari baatein is mein bhar dein.</w:t>
      </w:r>
    </w:p>
    <w:p>
      <w:pPr>
        <w:jc w:val="right"/>
      </w:pPr>
      <w:r>
        <w:t>ایمپائر بھی اوور نہیں کر سکتے۔ لیکن اب جو یہاں تک پہنچ چکا ہے، تو ہم سمپلی ہم ویب سائٹ کھولیں، تو ساری باتیں اس میں بھر دیں۔</w:t>
      </w:r>
    </w:p>
    <w:p>
      <w:r>
        <w:rPr>
          <w:b/>
        </w:rPr>
        <w:t xml:space="preserve">[39:28] </w:t>
      </w:r>
      <w:r>
        <w:t>Theek theek jankari. Aap jante hain ke bahut saari website khol rakhi hai. Lekin us ko aap click kar ke nikalein, un ki un ke jo bhejte hain, woh sab khurafat bhari hui hain.</w:t>
      </w:r>
    </w:p>
    <w:p>
      <w:pPr>
        <w:jc w:val="right"/>
      </w:pPr>
      <w:r>
        <w:t>ٹھیک ٹھیک جانکاری۔ آپ جانتے ہیں کہ بہت ساری ویب سائٹ کھول رکھی ہے۔ لیکن اس کو آپ کلک کر کے نکالیں، ان کی ان کے جو بھیجتے ہیں، وہ سب خرافات بھری ہوئی ہیں۔</w:t>
      </w:r>
    </w:p>
    <w:p>
      <w:r>
        <w:rPr>
          <w:b/>
        </w:rPr>
        <w:t xml:space="preserve">[39:42] </w:t>
      </w:r>
      <w:r>
        <w:t>Yaani beshtar to negative information hai. Yeh hamare upar zulm kar rahe hain, woh hamare upar zulm kar rahe hain, yeh sab baatein. Ya jo hamare sects hain, firqay, apni baatein bhari hui hain.</w:t>
      </w:r>
    </w:p>
    <w:p>
      <w:pPr>
        <w:jc w:val="right"/>
      </w:pPr>
      <w:r>
        <w:t>یعنی بیشتر تو نیگیٹیو انفارمیشن ہے۔ یہ ہمارے اوپر ظلم کر رہے ہیں، وہ ہمارے اوپر ظلم کر رہے ہیں، یہ سب باتیں۔ یا جو ہمارے سیکٹس ہیں، فرقے، اپنی باتیں بھری ہوئی ہیں۔</w:t>
      </w:r>
    </w:p>
    <w:p>
      <w:r>
        <w:rPr>
          <w:b/>
        </w:rPr>
        <w:t xml:space="preserve">[39:56] </w:t>
      </w:r>
      <w:r>
        <w:t xml:space="preserve">Jo aaj is waqt jo internet mein Musalmanon ne jo knowledge bhari hai, woh knowledge jo hai woh </w:t>
        <w:br/>
        <w:t>rush, rush.</w:t>
      </w:r>
    </w:p>
    <w:p>
      <w:pPr>
        <w:jc w:val="right"/>
      </w:pPr>
      <w:r>
        <w:t>جو آج اس وقت جو انٹرنیٹ میں مسلمانوں نے جو نالج بھری ہے، وہ نالج جو ہے وہ رپش ہے، رپش۔</w:t>
      </w:r>
    </w:p>
    <w:p>
      <w:r>
        <w:rPr>
          <w:b/>
        </w:rPr>
        <w:t xml:space="preserve">[40:08] </w:t>
      </w:r>
      <w:r>
        <w:t>Kyun? Ya to woh yaani complaint hai ya protest hai doosron ke khilaf, doosron ko conspiracy ka is mein bataya gaya hai.</w:t>
      </w:r>
    </w:p>
    <w:p>
      <w:pPr>
        <w:jc w:val="right"/>
      </w:pPr>
      <w:r>
        <w:t>کیوں؟ یا تو وہ یعنی کمپلینٹ ہے یا پروٹیسٹ ہے دوسروں کے خلاف، دوسروں کو کانسپریسی کا اس میں بتایا گیا ہے۔</w:t>
      </w:r>
    </w:p>
    <w:p>
      <w:r>
        <w:rPr>
          <w:b/>
        </w:rPr>
        <w:t xml:space="preserve">[40:18] </w:t>
      </w:r>
      <w:r>
        <w:t>Ya phir jo sect hai hamare haan, Shia, Sunni, Wahabi aur Deobandi aur Barelvi aur falan, unhone apna bhar rakha hai is ke andar. Yahan tak ke Quran ka sahi translation bhi nahi hai website mein.</w:t>
      </w:r>
    </w:p>
    <w:p>
      <w:pPr>
        <w:jc w:val="right"/>
      </w:pPr>
      <w:r>
        <w:t>یا پھر جو سیکٹ ہے ہمارے ہاں، شیعہ، سنی، وہابی اور دیوبندی اور بریلوی اور فلاں، انہوں نے اپنا بھر رکھا ہے اس کے اندر۔ یہاں تک کہ قرآن کا صحیح ٹرانسلیشن بھی نہیں ہے ویب سائٹ میں۔</w:t>
      </w:r>
    </w:p>
    <w:p>
      <w:r>
        <w:rPr>
          <w:b/>
        </w:rPr>
        <w:t xml:space="preserve">[40:33] </w:t>
      </w:r>
      <w:r>
        <w:t>Abhi hum jo kar rahe hain, to pehli baar inshallah Quran ka correct translation dunya ke samne aayega. International language mein.</w:t>
      </w:r>
    </w:p>
    <w:p>
      <w:pPr>
        <w:jc w:val="right"/>
      </w:pPr>
      <w:r>
        <w:t>ابھی ہم جو کر رہے ہیں، تو پہلی بار انشاءاللہ قرآن کا کریکٹ ٹرانسلیشن دنیا کے سامنے آئے گا۔ انٹرنیشنل لینگویج میں۔</w:t>
      </w:r>
    </w:p>
    <w:p>
      <w:r>
        <w:rPr>
          <w:b/>
        </w:rPr>
        <w:t xml:space="preserve">[40:43] </w:t>
      </w:r>
      <w:r>
        <w:t>Yaani Khuda ne jo process chalaya, usi process ka ek hissa tha ke dunya mein pehli baar, pehli baar ek international language samne aa gayi.</w:t>
      </w:r>
    </w:p>
    <w:p>
      <w:pPr>
        <w:jc w:val="right"/>
      </w:pPr>
      <w:r>
        <w:t>یعنی خدا نے جو پروسیس چلایا، اسی پروسیس کا ایک حصہ تھا کہ دنیا میں پہلی بار، پہلی بار ایک انٹرنیشنل لینگویج سامنے آ گئی۔</w:t>
      </w:r>
    </w:p>
    <w:p>
      <w:r>
        <w:rPr>
          <w:b/>
        </w:rPr>
        <w:t xml:space="preserve">[40:53] </w:t>
      </w:r>
      <w:r>
        <w:t>is se pehle kabhi bhi aisa nahi tha. international language sari dunya mein english mein log parhte aur suntay aur boltay aur samajhtay hain. is zaban mein, is is zaban mein quran ka correct translation nahi hai.</w:t>
      </w:r>
    </w:p>
    <w:p>
      <w:pPr>
        <w:jc w:val="right"/>
      </w:pPr>
      <w:r>
        <w:t>اس سے پہلے کبھی بھی ایسا نہیں تھا۔ انٹرنیشنل لینگویج ساری دنیا میں انگلش میں لوگ پڑھتے اور سنتے اور بولتے اور سمجھتے ہیں۔ اس زبان میں، اس اس زبان میں قرآن کا کریکٹ ٹرانسلیشن نہیں ہے۔</w:t>
      </w:r>
    </w:p>
    <w:p>
      <w:r>
        <w:rPr>
          <w:b/>
        </w:rPr>
        <w:t xml:space="preserve">[41:08] </w:t>
      </w:r>
      <w:r>
        <w:t>aap mein se kisi ko kuch doubt ho to mere paas aaye, mein aap ko sankaron misaalain dikhaunga ke is talib ilm ne ghalat translation kar rakha hai.</w:t>
      </w:r>
    </w:p>
    <w:p>
      <w:pPr>
        <w:jc w:val="right"/>
      </w:pPr>
      <w:r>
        <w:t>آپ میں سے کسی کو کچھ ڈاؤٹ ہو تو میرے پاس آئے، میں آپ کو سینکڑوں مثالیں دکھاؤں گا کہ اس طالب علم نے غلط ٹرانسلیشن کر رکھا ہے۔</w:t>
      </w:r>
    </w:p>
    <w:p>
      <w:r>
        <w:rPr>
          <w:b/>
        </w:rPr>
        <w:t xml:space="preserve">[41:18] </w:t>
      </w:r>
      <w:r>
        <w:t>ke sahi message convey nahi hota. quran ka jo message hai, woh convey nahi hota. kisi ko doubt ho to mujhe aaye, mein mere ghar par mein dikhaunga is ko.</w:t>
      </w:r>
    </w:p>
    <w:p>
      <w:pPr>
        <w:jc w:val="right"/>
      </w:pPr>
      <w:r>
        <w:t>کہ صحیح میسج کنوے نہیں ہوتا۔ قرآن کا جو میسج ہے، وہ کنوے نہیں ہوتا۔ کسی کو ڈاؤٹ ہو تو مجھے آئے، میں میرے گھر پر میں دکھاؤں گا اس کو۔</w:t>
      </w:r>
    </w:p>
    <w:p>
      <w:r>
        <w:rPr>
          <w:b/>
        </w:rPr>
        <w:t xml:space="preserve">[41:28] </w:t>
      </w:r>
      <w:r>
        <w:t>mere paas saare translation mojood hain. to hum khuda ke fazl se sab ko samne rakh kar history ke saare tajurbe ko le kar ke aur apni knowledge ko le kar ke aik correct translation tayyar kar rahe hain.</w:t>
      </w:r>
    </w:p>
    <w:p>
      <w:pPr>
        <w:jc w:val="right"/>
      </w:pPr>
      <w:r>
        <w:t>میرے پاس سارے ٹرانسلیشن موجود ہیں۔ تو ہم خدا کے فضل سے سب کو سامنے رکھ کر ہسٹری کے سارے تجربے کو لے کر کے اور اپنی نالج کو لے کر کے ایک کریکٹ ٹرانسلیشن تیار کر رہے ہیں۔</w:t>
      </w:r>
    </w:p>
    <w:p>
      <w:r>
        <w:rPr>
          <w:b/>
        </w:rPr>
        <w:t xml:space="preserve">[41:45] </w:t>
      </w:r>
      <w:r>
        <w:t>inshallah pehli baar aisa hoga ke international language mein aik sahi translation samne aayega. phir us ko website par daal diya jayega. is tarah se yeh possible ho jayega ke har aadmi apne ghar mein baitha hua apna hath aik button, aik switch par rakhe aur sari knowledge us ke samne aa jaye.</w:t>
      </w:r>
    </w:p>
    <w:p>
      <w:pPr>
        <w:jc w:val="right"/>
      </w:pPr>
      <w:r>
        <w:t>انشاءاللہ پہلی بار ایسا ہوگا کہ انٹرنیشنل لینگویج میں ایک صحیح ٹرانسلیشن سامنے آئے گا۔ پھر اس کو ویب سائٹ پر ڈال دیا جائے گا۔ اس طرح سے یہ پاسیبل ہو جائے گا کہ ہر آدمی اپنے گھر میں بیٹھا ہوا اپنا ہاتھ ایک بٹن، ایک سوئچ پر رکھے اور ساری نالج اس کے سامنے آ جائے۔</w:t>
      </w:r>
    </w:p>
    <w:p>
      <w:r>
        <w:rPr>
          <w:b/>
        </w:rPr>
        <w:t xml:space="preserve">[42:04] </w:t>
      </w:r>
      <w:r>
        <w:t>to woh baat ho jaye ke khuda ka yeh faisla,</w:t>
      </w:r>
    </w:p>
    <w:p>
      <w:pPr>
        <w:jc w:val="right"/>
      </w:pPr>
      <w:r>
        <w:t>تو وہ بات ہو جائے کہ خدا کا یہ فیصلہ،</w:t>
      </w:r>
    </w:p>
    <w:p>
      <w:r>
        <w:rPr>
          <w:b/>
        </w:rPr>
        <w:t xml:space="preserve">[42:12] </w:t>
      </w:r>
      <w:r>
        <w:t>yani khuda ka yeh faisla jo hai poora ho jaye, waqea ban jaye ke har ghar mein chahe woh chota ho ya bara, wahan khuda ka word pohnchaye.</w:t>
      </w:r>
    </w:p>
    <w:p>
      <w:pPr>
        <w:jc w:val="right"/>
      </w:pPr>
      <w:r>
        <w:t>یعنی خدا کا یہ فیصلہ جو ہے پورا ہو جائے، واقعہ بن جائے کہ ہر گھر میں چاہے وہ چھوٹا ہو یا بڑا، وہاں خدا کا ورڈ پہنچ جائے۔</w:t>
      </w:r>
    </w:p>
    <w:p>
      <w:r>
        <w:rPr>
          <w:b/>
        </w:rPr>
        <w:t xml:space="preserve">[42:22] </w:t>
      </w:r>
      <w:r>
        <w:t>yeh ho raha hai. ab mein chand baatein yeh kahunga quran ke baray mein ke basically dekhiye hamara jo jo woh pehle insan bhi thay aur pehle prophet bhi thay, woh itni importance thi khuda ki nazar mein prophet ki.</w:t>
      </w:r>
    </w:p>
    <w:p>
      <w:pPr>
        <w:jc w:val="right"/>
      </w:pPr>
      <w:r>
        <w:t>یہ ہو رہا ہے۔ اب میں چند باتیں یہ کہوں گا قرآن کے بارے میں کہ بیسکلی دیکھیے ہمارا جو جو وہ پہلے انسان بھی تھے اور پہلے پرافٹ بھی تھے، وہ اتنی امپورٹنس تھی خدا کی نظر میں پرافٹ کی۔</w:t>
      </w:r>
    </w:p>
    <w:p>
      <w:r>
        <w:rPr>
          <w:b/>
        </w:rPr>
        <w:t xml:space="preserve">[42:41] </w:t>
      </w:r>
      <w:r>
        <w:t>aur tab se barabar prophet dunya mein aate rahe. quran mein hai ke ثم ارسلنا رسلنا تطرا, yani then we send prophets successively.</w:t>
      </w:r>
    </w:p>
    <w:p>
      <w:pPr>
        <w:jc w:val="right"/>
      </w:pPr>
      <w:r>
        <w:t>اور تب سے برابر پرافٹ دنیا میں آتے رہے۔ قرآن میں ہے کہ ثم ارسلنا رسلنا تطرا، یعنی دین وی سینڈ پرافٹس سکسیسولی۔</w:t>
      </w:r>
    </w:p>
    <w:p>
      <w:r>
        <w:rPr>
          <w:b/>
        </w:rPr>
        <w:t xml:space="preserve">[42:59] </w:t>
      </w:r>
      <w:r>
        <w:t>yani barabar lagataar, lagataar, lagataar. yani goya ke adam se le kar muhammad tak koi zamana aisa nahi beeta hai jabke is is globe par, is zameen par koi prophet, aik living prophet mojood na ho.</w:t>
      </w:r>
    </w:p>
    <w:p>
      <w:pPr>
        <w:jc w:val="right"/>
      </w:pPr>
      <w:r>
        <w:t>یعنی برابر لگاتار، لگاتار، لگاتار۔ یعنی گویا کہ آدم سے لے کر محمد تک کوئی زمانہ ایسا نہیں بیتا ہے جبکہ اس اس گلوب پر، اس زمین پر کوئی پرافٹ، ایک لیونگ پرافٹ موجود نہ ہو۔</w:t>
      </w:r>
    </w:p>
    <w:p>
      <w:r>
        <w:rPr>
          <w:b/>
        </w:rPr>
        <w:t xml:space="preserve">[43:16] </w:t>
      </w:r>
      <w:r>
        <w:t>aik living prophet mojood na ho. lekin khuda ki scheme yeh nahi thi ke hamesha hi aik living prophet mojood rahe.</w:t>
      </w:r>
    </w:p>
    <w:p>
      <w:pPr>
        <w:jc w:val="right"/>
      </w:pPr>
      <w:r>
        <w:t>ایک لیونگ پرافٹ موجود نہ ہو۔ لیکن خدا کی اسکیم یہ نہیں تھی کہ ہمیشہ ہی ایک لیونگ پرافٹ موجود رہے۔</w:t>
      </w:r>
    </w:p>
    <w:p>
      <w:r>
        <w:rPr>
          <w:b/>
        </w:rPr>
        <w:t xml:space="preserve">[43:26] </w:t>
      </w:r>
      <w:r>
        <w:t>khuda ke scheme yeh thay ke living book mojood rahe. quran, word of god. kyunke quran prophet ka mamla itna seedha saada nahi hota.</w:t>
      </w:r>
    </w:p>
    <w:p>
      <w:pPr>
        <w:jc w:val="right"/>
      </w:pPr>
      <w:r>
        <w:t>خدا کے اسکیم یہ تھے کہ لیونگ بک موجود رہے۔ قرآن، ورڈ آف گاڈ۔ کیونکہ قرآن پرافٹ کا معاملہ اتنا سیدھا سادہ نہیں ہوتا۔</w:t>
      </w:r>
    </w:p>
    <w:p>
      <w:r>
        <w:rPr>
          <w:b/>
        </w:rPr>
        <w:t xml:space="preserve">[43:41] </w:t>
      </w:r>
      <w:r>
        <w:t>dekhiye aik aadmi jo sachai bata raha ho aap ko, aap us ko refuse karein to yeh aik simple refusal hota hai.</w:t>
      </w:r>
    </w:p>
    <w:p>
      <w:pPr>
        <w:jc w:val="right"/>
      </w:pPr>
      <w:r>
        <w:t>دیکھیے ایک آدمی جو سچائی بتا رہا ہو آپ کو، آپ اس کو ریفیوز کریں تو یہ ایک سمپل ریفیوزل ہوتا ہے۔</w:t>
      </w:r>
    </w:p>
    <w:p>
      <w:r>
        <w:rPr>
          <w:b/>
        </w:rPr>
        <w:t xml:space="preserve">[43:52] </w:t>
      </w:r>
      <w:r>
        <w:t>lekin prophet ki baat ka aap inkar karein to seedhi seedhi hell kisi</w:t>
      </w:r>
    </w:p>
    <w:p>
      <w:pPr>
        <w:jc w:val="right"/>
      </w:pPr>
      <w:r>
        <w:t>لیکن پرافٹ کی بات کا آپ انکار کریں تو سیدھی سیدھی ہیل کسی</w:t>
      </w:r>
    </w:p>
    <w:p>
      <w:r>
        <w:rPr>
          <w:b/>
        </w:rPr>
        <w:t xml:space="preserve">[44:01] </w:t>
      </w:r>
      <w:r>
        <w:t>aisay insan ki baat ko na manna jo prophet na ho, us se aap itna bara risk mol nahi letay hain. lekin prophet agar aik hai, us ko aap na manay to seedhe se hell mein jata hai aadmi.</w:t>
      </w:r>
    </w:p>
    <w:p>
      <w:pPr>
        <w:jc w:val="right"/>
      </w:pPr>
      <w:r>
        <w:t>ایسے انسان کی بات کو نہ ماننا جو پرافٹ نہ ہو، اس سے آپ اتنا بڑا رسک مول نہیں لیتے ہیں۔ لیکن پرافٹ اگر ایک ہے، اس کو آپ نہ مانیں تو سیدھے سے ہیل میں جاتا ہے آدمی۔</w:t>
      </w:r>
    </w:p>
    <w:p>
      <w:r>
        <w:rPr>
          <w:b/>
        </w:rPr>
        <w:t xml:space="preserve">[44:15] </w:t>
      </w:r>
      <w:r>
        <w:t>koi excuse us ke baad mana nahi jayega. to bohat hi risky kaam hai yeh prophet ka, aik living prophet ka dunya mein hona.</w:t>
      </w:r>
    </w:p>
    <w:p>
      <w:pPr>
        <w:jc w:val="right"/>
      </w:pPr>
      <w:r>
        <w:t>کوئی ایکسکیوز اس کے بعد مانا نہیں جائے گا۔ تو بہت ہی رسکی کام ہے یہ پرافٹ کا، ایک لیونگ پرافٹ کا دنیا میں ہونا۔</w:t>
      </w:r>
    </w:p>
    <w:p>
      <w:r>
        <w:rPr>
          <w:b/>
        </w:rPr>
        <w:t xml:space="preserve">[44:24] </w:t>
      </w:r>
      <w:r>
        <w:t>to khuda chahta tha ke insan ko itnay bara risk mein na dala jaye. hamesha ke liye, eternally. to khuda ki jo scheme thi woh yeh ke book of god preserve form mein dunya mein mojood ho jaye.</w:t>
      </w:r>
    </w:p>
    <w:p>
      <w:pPr>
        <w:jc w:val="right"/>
      </w:pPr>
      <w:r>
        <w:t>تو خدا چاہتا تھا کہ انسان کو اتنے بڑے رسک میں نہ ڈالا جائے۔ ہمیشہ کے لیے، ایٹرنلی۔ تو خدا کی جو اسکیم تھی وہ یہ کہ بک آف گاڈ پریزرو فارم میں دنیا میں موجود ہو جائے۔</w:t>
      </w:r>
    </w:p>
    <w:p>
      <w:r>
        <w:rPr>
          <w:b/>
        </w:rPr>
        <w:t xml:space="preserve">[44:41] </w:t>
      </w:r>
      <w:r>
        <w:t>dunya mein rahe. book of god preserve form mein. to khuda ne kya kiya?</w:t>
      </w:r>
    </w:p>
    <w:p>
      <w:pPr>
        <w:jc w:val="right"/>
      </w:pPr>
      <w:r>
        <w:t>دنیا میں رہے۔ بک آف گاڈ پریزرو فارم میں۔ تو خدا نے کیا کیا؟</w:t>
      </w:r>
    </w:p>
    <w:p>
      <w:r>
        <w:rPr>
          <w:b/>
        </w:rPr>
        <w:t xml:space="preserve">[44:50] </w:t>
      </w:r>
      <w:r>
        <w:t>bar bar apne apna word bheja, apna kalam bheja, apni kitab bheji. lekin pichlay zamanay mein, yani pre muhammad period mein, insan preserve nahi kar saka.</w:t>
      </w:r>
    </w:p>
    <w:p>
      <w:pPr>
        <w:jc w:val="right"/>
      </w:pPr>
      <w:r>
        <w:t>بار بار اپنے اپنا ورڈ بھیجا، اپنا کلام بھیجا، اپنی کتاب بھیجی۔ لیکن پچھلے زمانے میں، یعنی پری محمد پیریڈ میں، انسان پریزرو نہیں کر سکا۔</w:t>
      </w:r>
    </w:p>
    <w:p>
      <w:r>
        <w:rPr>
          <w:b/>
        </w:rPr>
        <w:t xml:space="preserve">[45:03] </w:t>
      </w:r>
      <w:r>
        <w:t>koi book jo pehle bheji gayi, woh apni original halat mein aur apni original is mein preserve nahi rahi.</w:t>
      </w:r>
    </w:p>
    <w:p>
      <w:pPr>
        <w:jc w:val="right"/>
      </w:pPr>
      <w:r>
        <w:t>کوئی بک جو پہلے بھیجی گئی، وہ اپنی اوریجنل حالت میں اور اپنی اوریجنل اس میں پریزرو نہیں رہی۔</w:t>
      </w:r>
    </w:p>
    <w:p>
      <w:r>
        <w:rPr>
          <w:b/>
        </w:rPr>
        <w:t xml:space="preserve">[45:12] </w:t>
      </w:r>
      <w:r>
        <w:t>sab mein distortion, sab mein alteration. bohat saray is mein ghalat ghalat baatein shamil hoti chali gayeen. to rasoolullah ke zamanay mein, prophet of islam ke zamanay mein jo book utri, us ke liye khuda ne bohat hi special arrangement kiya.</w:t>
      </w:r>
    </w:p>
    <w:p>
      <w:pPr>
        <w:jc w:val="right"/>
      </w:pPr>
      <w:r>
        <w:t>سب میں ڈسٹارشن، سب میں آلٹریشن۔ بہت سارے اس میں غلط غلط باتیں شامل ہوتی چلی گئیں۔ تو رسول اللہ کے زمانے میں، پرافٹ آف اسلام کے زمانے میں جو بک اتری، اس کے لیے خدا نے بہت ہی اسپیشل ارینجمنٹ کیا۔</w:t>
      </w:r>
    </w:p>
    <w:p>
      <w:r>
        <w:rPr>
          <w:b/>
        </w:rPr>
        <w:t xml:space="preserve">[45:32] </w:t>
      </w:r>
      <w:r>
        <w:t>taake yeh preserve rahe. us ki detail mein alag se kabhi bataunga. to quran ko khuda ne preserve kar diya. pehle woh preserve hui memory mein.</w:t>
      </w:r>
    </w:p>
    <w:p>
      <w:pPr>
        <w:jc w:val="right"/>
      </w:pPr>
      <w:r>
        <w:t>تاکہ یہ پریزرو رہے۔ اس کی ڈیٹیل میں الگ سے کبھی بتاؤں گا۔ تو قرآن کو خدا نے پریزرو کر دیا۔ پہلے وہ پریزرو ہوئی میموری میں۔</w:t>
      </w:r>
    </w:p>
    <w:p>
      <w:r>
        <w:rPr>
          <w:b/>
        </w:rPr>
        <w:t xml:space="preserve">[45:46] </w:t>
      </w:r>
      <w:r>
        <w:t>phir woh preserve hui us zamanay ke jo paper hua karte thay, bohat hi yani kroot paper hua karte thay pehle is mein.</w:t>
      </w:r>
    </w:p>
    <w:p>
      <w:pPr>
        <w:jc w:val="right"/>
      </w:pPr>
      <w:r>
        <w:t>پھر وہ پریزرو ہوئی اس زمانے کے جو پیپر ہوا کرتے تھے، بہت ہی یعنی کروٹ پیپر ہوا کرتے تھے پہلے اس میں۔</w:t>
      </w:r>
    </w:p>
    <w:p>
      <w:r>
        <w:rPr>
          <w:b/>
        </w:rPr>
        <w:t xml:space="preserve">[45:57] </w:t>
      </w:r>
      <w:r>
        <w:t>phir achay paper mein woh preserve hui. matlab log likh likh kar ke us ko bananay lagay.</w:t>
      </w:r>
    </w:p>
    <w:p>
      <w:pPr>
        <w:jc w:val="right"/>
      </w:pPr>
      <w:r>
        <w:t>پھر اچھے پیپر میں وہ پریزرو ہوئی۔ مطلب لوگ لکھ لکھ کر کے اس کو بنانے لگے۔</w:t>
      </w:r>
    </w:p>
    <w:p>
      <w:r>
        <w:rPr>
          <w:b/>
        </w:rPr>
        <w:t xml:space="preserve">[46:06] </w:t>
      </w:r>
      <w:r>
        <w:t>to yeh chalta raha eighteen century tak. yani hath se likh kar ke preserve karna. pehle tha ke yaad kar ke memory mein preserve karna.</w:t>
      </w:r>
    </w:p>
    <w:p>
      <w:pPr>
        <w:jc w:val="right"/>
      </w:pPr>
      <w:r>
        <w:t>تو یہ چلتا رہا ایٹین سینچری تک۔ یعنی ہاتھ سے لکھ کر کے پریزرو کرنا۔ پہلے تھا کہ یاد کر کے میموری میں پریزرو کرنا۔</w:t>
      </w:r>
    </w:p>
    <w:p>
      <w:r>
        <w:rPr>
          <w:b/>
        </w:rPr>
        <w:t xml:space="preserve">[46:17] </w:t>
      </w:r>
      <w:r>
        <w:t>phir hath se likh kar ke preservation karna. lekin yeh preservation ka bohat hi yani difficult tareeqa tha.</w:t>
      </w:r>
    </w:p>
    <w:p>
      <w:pPr>
        <w:jc w:val="right"/>
      </w:pPr>
      <w:r>
        <w:t>پھر ہاتھ سے لکھ کر کے پریزرو کرنا۔ لیکن یہ پریزرویشن کا بہت ہی یعنی ڈیفیکلٹ طریقہ تھا۔</w:t>
      </w:r>
    </w:p>
    <w:p>
      <w:r>
        <w:rPr>
          <w:b/>
        </w:rPr>
        <w:t xml:space="preserve">[46:27] </w:t>
      </w:r>
      <w:r>
        <w:t>to khuda ne kya kiya? printing press. aise factors khuda ne paida kiye ke printing press duniya mein bana. printing press.</w:t>
      </w:r>
    </w:p>
    <w:p>
      <w:pPr>
        <w:jc w:val="right"/>
      </w:pPr>
      <w:r>
        <w:t>تو خدا نے کیا کیا؟ پرنٹنگ پریس۔ ایسے فیکٹرز خدا نے پیدا کیے کہ پرنٹنگ پریس دنیا میں بنا۔ پرنٹنگ پریس۔</w:t>
      </w:r>
    </w:p>
    <w:p>
      <w:r>
        <w:rPr>
          <w:b/>
        </w:rPr>
        <w:t xml:space="preserve">[46:35] </w:t>
      </w:r>
      <w:r>
        <w:t>phir printing press mein bohat ziyada development hua. yahan tak ke aaj ka jo press hai, woh sau baras ke pehle ke press se bohat ziyada yani bohat ziyada yani higher form mein hai woh.</w:t>
      </w:r>
    </w:p>
    <w:p>
      <w:pPr>
        <w:jc w:val="right"/>
      </w:pPr>
      <w:r>
        <w:t>پھر پرنٹنگ پریس میں بہت زیادہ ڈیولپمنٹ ہوا۔ یہاں تک کہ آج کا جو پریس ہے، وہ سو برس کے پہلے کے پریس سے بہت زیادہ یعنی بہت زیادہ یعنی ہائر فارم میں ہے وہ۔</w:t>
      </w:r>
    </w:p>
    <w:p>
      <w:r>
        <w:rPr>
          <w:b/>
        </w:rPr>
        <w:t xml:space="preserve">[46:49] </w:t>
      </w:r>
      <w:r>
        <w:t>bohat hi develop form mein hai woh. to press ka matlab kya hua? printing press ka matlab ke ek book, yani ek quran aap tayyar karen.</w:t>
      </w:r>
    </w:p>
    <w:p>
      <w:pPr>
        <w:jc w:val="right"/>
      </w:pPr>
      <w:r>
        <w:t>بہت ہی ڈیولپ فارم میں ہے وہ۔ تو پریس کا مطلب کیا ہوا؟ پرنٹنگ پریس کا مطلب کہ ایک بک، یعنی ایک قرآن آپ تیار کریں۔</w:t>
      </w:r>
    </w:p>
    <w:p>
      <w:r>
        <w:rPr>
          <w:b/>
        </w:rPr>
        <w:t xml:space="preserve">[47:01] </w:t>
      </w:r>
      <w:r>
        <w:t>aur khoob is ko correction karen, khoob theek thaak karen. bilkul theek theek ek copy. jis mein koi zara bhi koi mistake na ho, zara bhi koi ghalti na ho.</w:t>
      </w:r>
    </w:p>
    <w:p>
      <w:pPr>
        <w:jc w:val="right"/>
      </w:pPr>
      <w:r>
        <w:t>اور خوب اس کو کریکشن کریں، خوب ٹھیک ٹھاک کریں۔ بالکل ٹھیک ٹھیک ایک کاپی۔ جس میں کوئی ذرا بھی کوئی مسٹیک نہ ہو، ذرا بھی کوئی غلطی نہ ہو۔</w:t>
      </w:r>
    </w:p>
    <w:p>
      <w:r>
        <w:rPr>
          <w:b/>
        </w:rPr>
        <w:t xml:space="preserve">[47:12] </w:t>
      </w:r>
      <w:r>
        <w:t>phir is ko aap chhapaen. jaise ke jab press ka zamana aaya to lahore mein ek aadmi tha, naam tha inayatullah.</w:t>
      </w:r>
    </w:p>
    <w:p>
      <w:pPr>
        <w:jc w:val="right"/>
      </w:pPr>
      <w:r>
        <w:t>پھر اس کو آپ چھاپیں۔ جیسے کہ جب پریس کا زمانہ آیا تو لاہور میں ایک آدمی تھا، نام تھا عنایت اللہ۔</w:t>
      </w:r>
    </w:p>
    <w:p>
      <w:r>
        <w:rPr>
          <w:b/>
        </w:rPr>
        <w:t xml:space="preserve">[47:23] </w:t>
      </w:r>
      <w:r>
        <w:t>inayatullah ne wahan taj company banai, taj company limited lahore mein. yeh azadi se pehle ki baat hai. unhon ne kya kiya ke ek bohat hi corrected copy banai quran ki.</w:t>
      </w:r>
    </w:p>
    <w:p>
      <w:pPr>
        <w:jc w:val="right"/>
      </w:pPr>
      <w:r>
        <w:t>عنایت اللہ نے وہاں تاج کمپنی بنائی، تاج کمپنی لمیٹڈ لاہور میں۔ یہ آزادی سے پہلے کی بات ہے۔ انہوں نے کیا کیا کہ ایک بہت ہی کریکٹڈ کاپی بنائی قرآن کی۔</w:t>
      </w:r>
    </w:p>
    <w:p>
      <w:r>
        <w:rPr>
          <w:b/>
        </w:rPr>
        <w:t xml:space="preserve">[47:38] </w:t>
      </w:r>
      <w:r>
        <w:t>bohat hi sahi copy. aur sau aadmiyon ko involve kiya is mein. yani ulama ko, scholars ko bhi, aur huffaz ko bhi, is ko bhi, is ko bhi.</w:t>
      </w:r>
    </w:p>
    <w:p>
      <w:pPr>
        <w:jc w:val="right"/>
      </w:pPr>
      <w:r>
        <w:t>بہت ہی صحیح کاپی۔ اور سو آدمیوں کو انوالو کیا اس میں۔ یعنی علماء کو، اسکالرز کو بھی، اور حافظ کو بھی، اس کو بھی، اس کو بھی۔</w:t>
      </w:r>
    </w:p>
    <w:p>
      <w:r>
        <w:rPr>
          <w:b/>
        </w:rPr>
        <w:t xml:space="preserve">[47:49] </w:t>
      </w:r>
      <w:r>
        <w:t>aur khoob khoob is ki chhanbeen kar ke, khoob khoob chhanbeen kar ke aisa banaya. is mein zara bhi koi ayaton ke barabar bhi koi ghalti nahi thi.</w:t>
      </w:r>
    </w:p>
    <w:p>
      <w:pPr>
        <w:jc w:val="right"/>
      </w:pPr>
      <w:r>
        <w:t>اور خوب خوب اس کی چھان بین کر کے، خوب خوب چھان بین کر کے ایسا بنایا۔ اس میں ذرا بھی کوئی آیتوں کے برابر بھی کوئی غلطی نہیں تھی۔</w:t>
      </w:r>
    </w:p>
    <w:p>
      <w:r>
        <w:rPr>
          <w:b/>
        </w:rPr>
        <w:t xml:space="preserve">[47:59] </w:t>
      </w:r>
      <w:r>
        <w:t>ab phir is ko unhon ne chhapa. offset press mein. chhaap kar ke million million copy duniya mein phaila di.</w:t>
      </w:r>
    </w:p>
    <w:p>
      <w:pPr>
        <w:jc w:val="right"/>
      </w:pPr>
      <w:r>
        <w:t>اب پھر اس کو انہوں نے چھاپا۔ آف سیٹ پریس میں۔ چھاپ کر کے ملین ملین کاپی دنیا میں پھیلا دی۔</w:t>
      </w:r>
    </w:p>
    <w:p>
      <w:r>
        <w:rPr>
          <w:b/>
        </w:rPr>
        <w:t xml:space="preserve">[48:09] </w:t>
      </w:r>
      <w:r>
        <w:t>is tarah se ek naya zamana aa gaya reservation ka. yani memory se pehle baad likh kar ke preserve kiya gaya tha.</w:t>
      </w:r>
    </w:p>
    <w:p>
      <w:pPr>
        <w:jc w:val="right"/>
      </w:pPr>
      <w:r>
        <w:t>اس طرح سے ایک نیا زمانہ آ گیا ریزرویشن کا۔ یعنی میموری سے پہلے بعد لکھ کر کے پریزرو کیا گیا تھا۔</w:t>
      </w:r>
    </w:p>
    <w:p>
      <w:r>
        <w:rPr>
          <w:b/>
        </w:rPr>
        <w:t xml:space="preserve">[48:19] </w:t>
      </w:r>
      <w:r>
        <w:t>is ke baad printing press mein chhaap kar ke phaila diya gaya. ab to aap jante hain ke duniya bhar mein trillion trillion copy maujood hai, chhapi hui. aur kisi mein ek zer zabar ka farq nahi hota hai.</w:t>
      </w:r>
    </w:p>
    <w:p>
      <w:pPr>
        <w:jc w:val="right"/>
      </w:pPr>
      <w:r>
        <w:t>اس کے بعد پرنٹنگ پریس میں چھاپ کر کے پھیلا دیا گیا۔ اب تو آپ جانتے ہیں کہ دنیا بھر میں ٹریلین ٹریلین کاپی موجود ہے، چھپی ہوئی۔ اور کسی میں ایک زیر زبر کا فرق نہیں ہوتا ہے۔</w:t>
      </w:r>
    </w:p>
    <w:p>
      <w:r>
        <w:rPr>
          <w:b/>
        </w:rPr>
        <w:t xml:space="preserve">[48:30] </w:t>
      </w:r>
      <w:r>
        <w:t>koi ghalti nahi hoti. kyunke ek chhaap tayyar kar ke usi ki million copy bana li jati hai. yeh sab ho chuka.</w:t>
      </w:r>
    </w:p>
    <w:p>
      <w:pPr>
        <w:jc w:val="right"/>
      </w:pPr>
      <w:r>
        <w:t>کوئی غلطی نہیں ہوتی۔ کیونکہ ایک چھپ تیار کر کے اسی کی ملین کاپی بنا لی جاتی ہے۔ یہ سب ہو چکا۔</w:t>
      </w:r>
    </w:p>
    <w:p>
      <w:r>
        <w:rPr>
          <w:b/>
        </w:rPr>
        <w:t xml:space="preserve">[48:39] </w:t>
      </w:r>
      <w:r>
        <w:t>ab kya hai? ab pahunchana hai. to ek printed book ko ghar ghar mein pahunchana to bohat hi difficult task hai. kaise pahunchaen ge aap?</w:t>
      </w:r>
    </w:p>
    <w:p>
      <w:pPr>
        <w:jc w:val="right"/>
      </w:pPr>
      <w:r>
        <w:t>اب کیا ہے؟ اب پہنچانا ہے۔ تو ایک پرنٹڈ بک کو گھر گھر میں پہنچانا تو بہت ہی ڈیفیکلٹ ٹاسک ہے۔ کیسے پہنچائیں گے آپ؟</w:t>
      </w:r>
    </w:p>
    <w:p>
      <w:r>
        <w:rPr>
          <w:b/>
        </w:rPr>
        <w:t xml:space="preserve">[48:49] </w:t>
      </w:r>
      <w:r>
        <w:t>aap sochiye ke agar hum ek bitalian banayen, bitalian, ghar ghar hum ja kar ke woh den, to bohat hi mushkil kaam hai.</w:t>
      </w:r>
    </w:p>
    <w:p>
      <w:pPr>
        <w:jc w:val="right"/>
      </w:pPr>
      <w:r>
        <w:t>آپ سوچیے کہ اگر ہم ایک بٹیالین بنائیں، بٹیالین، گھر گھر ہم جا کر کے وہ دیں، تو بہت ہی مشکل کام ہے۔</w:t>
      </w:r>
    </w:p>
    <w:p>
      <w:r>
        <w:rPr>
          <w:b/>
        </w:rPr>
        <w:t xml:space="preserve">[48:59] </w:t>
      </w:r>
      <w:r>
        <w:t>to computer age khuda ne paida kiya. computer age. jis mein khud apne apne yani apne interest ke liye aadmi ne apne ghar mein computer rakh liya.</w:t>
      </w:r>
    </w:p>
    <w:p>
      <w:pPr>
        <w:jc w:val="right"/>
      </w:pPr>
      <w:r>
        <w:t>تو کمپیوٹر ایج خدا نے پیدا کیا۔ کمپیوٹر ایج۔ جس میں خود اپنے اپنے یعنی اپنے انٹرسٹ کے لیے آدمی نے اپنے گھر میں کمپیوٹر رکھ لیا۔</w:t>
      </w:r>
    </w:p>
    <w:p>
      <w:r>
        <w:rPr>
          <w:b/>
        </w:rPr>
        <w:t xml:space="preserve">[49:15] </w:t>
      </w:r>
      <w:r>
        <w:t>apne interest ke liye. khud apne commercial interest ke liye, apne material interest ke liye har ghar mein computer pahunch gaya. aur phir aap jante hain ke yeh internet waghera waghera bana.</w:t>
      </w:r>
    </w:p>
    <w:p>
      <w:pPr>
        <w:jc w:val="right"/>
      </w:pPr>
      <w:r>
        <w:t>اپنے انٹرسٹ کے لیے۔ خود اپنے کمرشل انٹرسٹ کے لیے، اپنے مٹیریل انٹرسٹ کے لیے ہر گھر میں کمپیوٹر پہنچ گیا۔ اور پھر آپ جانتے ہیں کہ یہ انٹرنیٹ وغیرہ وغیرہ بنا۔</w:t>
      </w:r>
    </w:p>
    <w:p>
      <w:r>
        <w:rPr>
          <w:b/>
        </w:rPr>
        <w:t xml:space="preserve">[49:28] </w:t>
      </w:r>
      <w:r>
        <w:t>google aur kaun kaun se sab bane woh. to is tarah se yeh possible ho gaya ke computer mein ya internet mein jo bhi sahi word ho, us mein aap sari jankari islam ki bhar den is ke andar.</w:t>
      </w:r>
    </w:p>
    <w:p>
      <w:pPr>
        <w:jc w:val="right"/>
      </w:pPr>
      <w:r>
        <w:t>گوگل اور کون کون سے سب بنے وہ۔ تو اس طرح سے یہ پاسیبل ہو گیا کہ کمپیوٹر میں یا انٹرنیٹ میں جو بھی صحیح ورڈ ہو، اس میں آپ ساری جانکاری اسلام کی بھر دیں اس کے اندر۔</w:t>
      </w:r>
    </w:p>
    <w:p>
      <w:r>
        <w:rPr>
          <w:b/>
        </w:rPr>
        <w:t xml:space="preserve">[49:44] </w:t>
      </w:r>
      <w:r>
        <w:t>aur is ke baad har aadmi apne kamre mein baitha hua ek switch dabaye aur sari maloomat is samne aa jae.</w:t>
      </w:r>
    </w:p>
    <w:p>
      <w:pPr>
        <w:jc w:val="right"/>
      </w:pPr>
      <w:r>
        <w:t>اور اس کے بعد ہر آدمی اپنے کمرے میں بیٹھا ہوا ایک سوئچ دبائے اور ساری معلومات اس سامنے آ جائے۔</w:t>
      </w:r>
    </w:p>
    <w:p>
      <w:r>
        <w:rPr>
          <w:b/>
        </w:rPr>
        <w:t xml:space="preserve">[49:53] </w:t>
      </w:r>
      <w:r>
        <w:t>yeh hai aakhri woh yani is is ka aakhri phase, final phase. is process ka final phase.</w:t>
      </w:r>
    </w:p>
    <w:p>
      <w:pPr>
        <w:jc w:val="right"/>
      </w:pPr>
      <w:r>
        <w:t>یہ ہے آخری وہ یعنی اس اس کا آخری فیز، فائنل فیز۔ اس پروسیس کا فائنل فیز۔</w:t>
      </w:r>
    </w:p>
    <w:p>
      <w:r>
        <w:rPr>
          <w:b/>
        </w:rPr>
        <w:t xml:space="preserve">[50:05] </w:t>
      </w:r>
      <w:r>
        <w:t>aur sath sath khuda ne yeh kiya ke ek language ko, yani english ko, international language bana diya. to yeh hai final phase.</w:t>
      </w:r>
    </w:p>
    <w:p>
      <w:pPr>
        <w:jc w:val="right"/>
      </w:pPr>
      <w:r>
        <w:t>اور ساتھ ساتھ خدا نے یہ کیا کہ ایک لینگویج کو، یعنی انگلش کو، انٹرنیشنل لینگویج بنا دیا۔ تو یہ ہے فائنل فیز۔</w:t>
      </w:r>
    </w:p>
    <w:p>
      <w:r>
        <w:rPr>
          <w:b/>
        </w:rPr>
        <w:t xml:space="preserve">[50:15] </w:t>
      </w:r>
      <w:r>
        <w:t>ab hamara aap ka kaam kya hai? ke quran ka ek bohat hi sahi translation.</w:t>
      </w:r>
    </w:p>
    <w:p>
      <w:pPr>
        <w:jc w:val="right"/>
      </w:pPr>
      <w:r>
        <w:t>اب ہمارا آپ کا کام کیا ہے؟ کہ قرآن کا ایک بہت ہی صحیح ٹرانسلیشن۔</w:t>
      </w:r>
    </w:p>
    <w:p>
      <w:r>
        <w:rPr>
          <w:b/>
        </w:rPr>
        <w:t xml:space="preserve">[50:23] </w:t>
      </w:r>
      <w:r>
        <w:t>kyunke aaj yeh possible nahi hai ke aap sab se kahen ke tum arabi parho. yeh ab impossible hai. kyun? arabic language ke sath commercial interest juda hua nahi hai.</w:t>
      </w:r>
    </w:p>
    <w:p>
      <w:pPr>
        <w:jc w:val="right"/>
      </w:pPr>
      <w:r>
        <w:t>کیونکہ آج یہ پاسیبل نہیں ہے کہ آپ سب سے کہیں کہ تم عربی پڑھو۔ یہ اب امپاسیبل ہے۔ کیوں؟ عربک لینگویج کے ساتھ کمرشل انٹرسٹ جڑا ہوا نہیں ہے۔</w:t>
      </w:r>
    </w:p>
    <w:p>
      <w:r>
        <w:rPr>
          <w:b/>
        </w:rPr>
        <w:t xml:space="preserve">[50:33] </w:t>
      </w:r>
      <w:r>
        <w:t>yaad rakhiye. english ke sath commercial interest juda hua hai. to apne interest ke liye log angrezi parhte hain.</w:t>
      </w:r>
    </w:p>
    <w:p>
      <w:pPr>
        <w:jc w:val="right"/>
      </w:pPr>
      <w:r>
        <w:t>یاد رکھیے۔ انگلش کے ساتھ کمرشل انٹرسٹ جڑا ہوا ہے۔ تو اپنے انٹرسٹ کے لیے لوگ انگریزی پڑھتے ہیں۔</w:t>
      </w:r>
    </w:p>
    <w:p>
      <w:r>
        <w:rPr>
          <w:b/>
        </w:rPr>
        <w:t xml:space="preserve">[50:44] </w:t>
      </w:r>
      <w:r>
        <w:t>aur sari duniya mein angrezi parh rahe hain. roos aur china jaise countries mein, france jaise countries mein, jahan angrezi se hate karte the log, wahan bhi log english parh rahe hain log.</w:t>
      </w:r>
    </w:p>
    <w:p>
      <w:pPr>
        <w:jc w:val="right"/>
      </w:pPr>
      <w:r>
        <w:t>اور ساری دنیا میں انگریزی پڑھ رہے ہیں۔ روس اور چائنہ جیسے کنٹریز میں، فرانس جیسے کنٹریز میں، جہاں انگریزی سے ہیٹ کرتے تھے لوگ، وہاں بھی لوگ انگلش پڑھ رہے ہیں لوگ۔</w:t>
      </w:r>
    </w:p>
    <w:p>
      <w:r>
        <w:rPr>
          <w:b/>
        </w:rPr>
        <w:t xml:space="preserve">[50:55] </w:t>
      </w:r>
      <w:r>
        <w:t>arab log apne arabic par bara fakhr o baat karta tha in ko. ab woh bhi english parh rahe hain. mujh se ek sahab ne bataya ke kuwait ke airport par woh bethe hue the to ek larki aai, ek arab larki.</w:t>
      </w:r>
    </w:p>
    <w:p>
      <w:pPr>
        <w:jc w:val="right"/>
      </w:pPr>
      <w:r>
        <w:t>عرب لوگ اپنے عربک پر بڑا فخر و بات کرتا تھا ان کو۔ اب وہ بھی انگلش پڑھ رہے ہیں۔ مجھ سے ایک صاحب نے بتایا کہ کویت کے ایئرپورٹ پر وہ بیٹھے ہوئے تھے تو ایک لڑکی آئی، ایک عرب لڑکی۔</w:t>
      </w:r>
    </w:p>
    <w:p>
      <w:r>
        <w:rPr>
          <w:b/>
        </w:rPr>
        <w:t xml:space="preserve">[51:09] </w:t>
      </w:r>
      <w:r>
        <w:t>woh in ke paas baith gai. to unhon ne us ko us se kuch poocha is mein arabic mein.</w:t>
      </w:r>
    </w:p>
    <w:p>
      <w:pPr>
        <w:jc w:val="right"/>
      </w:pPr>
      <w:r>
        <w:t>وہ ان کے پاس بیٹھ گئی۔ تو انہوں نے اس کو اس سے کچھ پوچھا اس میں عربک میں۔</w:t>
      </w:r>
    </w:p>
    <w:p>
      <w:r>
        <w:rPr>
          <w:b/>
        </w:rPr>
        <w:t xml:space="preserve">[51:18] </w:t>
      </w:r>
      <w:r>
        <w:t>woh arabic jante the. unhon ne poocha arabic mein, us ka jawab diya english mein. unhon ne us se poocha tha arabic mein, us larki ne jawab diya english mein.</w:t>
      </w:r>
    </w:p>
    <w:p>
      <w:pPr>
        <w:jc w:val="right"/>
      </w:pPr>
      <w:r>
        <w:t>وہ عربک جانتے تھے۔ انہوں نے پوچھا عربک میں، اس کا جواب دیا انگلش میں۔ انہوں نے اس سے پوچھا تھا عربک میں، اس لڑکی نے جواب دیا انگلش میں۔</w:t>
      </w:r>
    </w:p>
    <w:p>
      <w:r>
        <w:rPr>
          <w:b/>
        </w:rPr>
        <w:t xml:space="preserve">[51:31] </w:t>
      </w:r>
      <w:r>
        <w:t>to unhon ne poocha ke tum english janti ho? to woh kya kehti hai? of course.</w:t>
      </w:r>
    </w:p>
    <w:p>
      <w:pPr>
        <w:jc w:val="right"/>
      </w:pPr>
      <w:r>
        <w:t>تو انہوں نے پوچھا کہ تم انگلش جانتی ہو؟ تو وہ کیا کہتی ہے؟ آف کورس۔</w:t>
      </w:r>
    </w:p>
    <w:p>
      <w:r>
        <w:rPr>
          <w:b/>
        </w:rPr>
        <w:t xml:space="preserve">[51:38] </w:t>
      </w:r>
      <w:r>
        <w:t>is mein dekhen kitna pride hai, kitna fakhr hai, kitna is ke andar woh hai. unhon ne jab poocha ke tum angrezi janti ho?</w:t>
      </w:r>
    </w:p>
    <w:p>
      <w:pPr>
        <w:jc w:val="right"/>
      </w:pPr>
      <w:r>
        <w:t>اس میں دیکھیں کتنا پرائیڈ ہے، کتنا فخر ہے، کتنا اس کے اندر وہ ہے۔ انہوں نے جب پوچھا کہ تم انگریزی جانتی ہو؟</w:t>
      </w:r>
    </w:p>
    <w:p>
      <w:r>
        <w:rPr>
          <w:b/>
        </w:rPr>
        <w:t xml:space="preserve">[51:46] </w:t>
      </w:r>
      <w:r>
        <w:t>kaha of course.</w:t>
      </w:r>
    </w:p>
    <w:p>
      <w:pPr>
        <w:jc w:val="right"/>
      </w:pPr>
      <w:r>
        <w:t>کہا آف کورس۔</w:t>
      </w:r>
    </w:p>
    <w:p>
      <w:r>
        <w:rPr>
          <w:b/>
        </w:rPr>
        <w:t xml:space="preserve">[51:48] </w:t>
      </w:r>
      <w:r>
        <w:t>yeh sari dunya mein dabdaba hai english ka. sari dunya mein. india mein dekhiye hamare jo leader the woh samajhte the ke india mein dabdaba hindi ka hoga.</w:t>
      </w:r>
    </w:p>
    <w:p>
      <w:pPr>
        <w:jc w:val="right"/>
      </w:pPr>
      <w:r>
        <w:t>یہ ساری دنیا میں دبدبہ ہے انگلش کا۔ ساری دنیا میں۔ انڈیا میں دیکھیے ہمارے جو لیڈر تھے وہ سمجھتے تھے کہ انڈیا میں دبدبہ ہندی کا ہوگا۔</w:t>
      </w:r>
    </w:p>
    <w:p>
      <w:r>
        <w:rPr>
          <w:b/>
        </w:rPr>
        <w:t xml:space="preserve">[52:01] </w:t>
      </w:r>
      <w:r>
        <w:t>aur constitution mein likh bhi diya. lekin aaj dabdaba english ka hai. kyun? english ke sath commercial interest juda hua hai. aap chahen ke sari dunya aaj arabic parhe aur quran ko parhe arabic language mein, that is impossible.</w:t>
      </w:r>
    </w:p>
    <w:p>
      <w:pPr>
        <w:jc w:val="right"/>
      </w:pPr>
      <w:r>
        <w:t>اور کانسٹیٹیوشن میں لکھ بھی دیا۔ لیکن آج دبدبہ انگلش کا ہے۔ کیوں؟ انگلش کے ساتھ کمرشل انٹرسٹ جڑا ہوا ہے۔ آپ چاہیں کہ ساری دنیا آج عربک پڑھے اور قرآن کو پڑھے عربک لینگویج میں، دیٹ از امپاسیبل۔</w:t>
      </w:r>
    </w:p>
    <w:p>
      <w:r>
        <w:rPr>
          <w:b/>
        </w:rPr>
        <w:t xml:space="preserve">[52:16] </w:t>
      </w:r>
      <w:r>
        <w:t>kyun?</w:t>
      </w:r>
    </w:p>
    <w:p>
      <w:pPr>
        <w:jc w:val="right"/>
      </w:pPr>
      <w:r>
        <w:t>کیوں؟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