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Age of Deceiving Philosophies I 21 June 2009</w:t>
      </w:r>
    </w:p>
    <w:p>
      <w:r>
        <w:t>https://youtu.be/RZCs_8AtCTM</w:t>
      </w:r>
    </w:p>
    <w:p>
      <w:r>
        <w:rPr>
          <w:b/>
        </w:rPr>
        <w:t xml:space="preserve">[00:13] </w:t>
      </w:r>
      <w:r>
        <w:t>bismillah hir rehman nir rahim, wa salallahu ala nabiyyil kareem.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age of deceiving philosophies, mughalta aamez falsafon ka daur.</w:t>
      </w:r>
    </w:p>
    <w:p>
      <w:pPr>
        <w:jc w:val="right"/>
      </w:pPr>
      <w:r>
        <w:t>آج کا ٹاپک ہے: ایج آف ڈیسیونگ فلاسفیز، مغالطہ آمیز فلسفوں کا دور۔</w:t>
      </w:r>
    </w:p>
    <w:p>
      <w:r>
        <w:rPr>
          <w:b/>
        </w:rPr>
        <w:t xml:space="preserve">[00:48] </w:t>
      </w:r>
      <w:r>
        <w:t>hadith mein bohat si hadithain aayi hain jo batati hain ke qayamat se pehle jo zamana hoga, us mein bohat se bigaad aayenge,</w:t>
      </w:r>
    </w:p>
    <w:p>
      <w:pPr>
        <w:jc w:val="right"/>
      </w:pPr>
      <w:r>
        <w:t>حدیث میں بہت سی حدیثیں آئیں ہیں جو بتاتی ہیں کہ قیامت سے پہلے جو زمانہ ہوگا، اس میں بہت سے بگاڑ آئیں گے،</w:t>
      </w:r>
    </w:p>
    <w:p>
      <w:r>
        <w:rPr>
          <w:b/>
        </w:rPr>
        <w:t xml:space="preserve">[01:02] </w:t>
      </w:r>
      <w:r>
        <w:t>aik ke baad aik. lekin aik bigaad bohat hi bara jo hoga, sab se bara bigaad, yani poori human history ka sab se bara bigaad, woh hoga fitna dohma.</w:t>
      </w:r>
    </w:p>
    <w:p>
      <w:pPr>
        <w:jc w:val="right"/>
      </w:pPr>
      <w:r>
        <w:t>ایک کے بعد ایک۔ لیکن ایک بگاڑ بہت ہی بڑا جو ہوگا، سب سے بڑا بگاڑ، یعنی پوری ہیومن ہسٹری کا سب سے بڑا بگاڑ، وہ ہوگا فتنہ دوہما۔</w:t>
      </w:r>
    </w:p>
    <w:p>
      <w:r>
        <w:rPr>
          <w:b/>
        </w:rPr>
        <w:t xml:space="preserve">[01:19] </w:t>
      </w:r>
      <w:r>
        <w:t>to hadith mein alfaaz hain ke ثم تكون فتنة دوہما لا تدع أحدا من هذه الأمة إلا لطمته لطمة</w:t>
      </w:r>
    </w:p>
    <w:p>
      <w:pPr>
        <w:jc w:val="right"/>
      </w:pPr>
      <w:r>
        <w:t>تو حدیث میں الفاظ ہیں کہ ثم تكون فتنة دوہما لا تدع أحدا من هذه الأمة إلا لطمته لطمة</w:t>
      </w:r>
    </w:p>
    <w:p>
      <w:r>
        <w:rPr>
          <w:b/>
        </w:rPr>
        <w:t xml:space="preserve">[01:32] </w:t>
      </w:r>
      <w:r>
        <w:t>. is ka matlab hai ke yeh jo fitna hoga, fitna means trial, azmaish. dohama ke mani hote hain darkness.</w:t>
      </w:r>
    </w:p>
    <w:p>
      <w:pPr>
        <w:jc w:val="right"/>
      </w:pPr>
      <w:r>
        <w:t>۔ اس کا مطلب ہے کہ یہ جو فتنہ ہوگا، فتنہ مینز ٹرائل، آزمائش۔ دوہما کے معنی ہوتے ہیں ڈارکنس۔</w:t>
      </w:r>
    </w:p>
    <w:p>
      <w:r>
        <w:rPr>
          <w:b/>
        </w:rPr>
        <w:t xml:space="preserve">[01:43] </w:t>
      </w:r>
      <w:r>
        <w:t>to yeh fitna jo hoga, woh yeh age of dark, age of total darkness hoga. age of total darkness.</w:t>
      </w:r>
    </w:p>
    <w:p>
      <w:pPr>
        <w:jc w:val="right"/>
      </w:pPr>
      <w:r>
        <w:t>تو یہ فتنہ جو ہوگا، وہ یہ ایج آف ڈارک، ایج آف ٹوٹل ڈارکنس ہوگا۔ ایج آف ٹوٹل ڈارکنس۔</w:t>
      </w:r>
    </w:p>
    <w:p>
      <w:r>
        <w:rPr>
          <w:b/>
        </w:rPr>
        <w:t xml:space="preserve">[01:57] </w:t>
      </w:r>
      <w:r>
        <w:t>to yeh farmaya ke ke</w:t>
      </w:r>
    </w:p>
    <w:p>
      <w:pPr>
        <w:jc w:val="right"/>
      </w:pPr>
      <w:r>
        <w:t>تو یہ فرمایا کہ کہ</w:t>
      </w:r>
    </w:p>
    <w:p>
      <w:r>
        <w:rPr>
          <w:b/>
        </w:rPr>
        <w:t xml:space="preserve">[02:02] </w:t>
      </w:r>
      <w:r>
        <w:t>har ek par is ki zad pare gi.</w:t>
      </w:r>
    </w:p>
    <w:p>
      <w:pPr>
        <w:jc w:val="right"/>
      </w:pPr>
      <w:r>
        <w:t>ہر ایک پر اس کی زد پڑے گی۔</w:t>
      </w:r>
    </w:p>
    <w:p>
      <w:r>
        <w:rPr>
          <w:b/>
        </w:rPr>
        <w:t xml:space="preserve">[02:08] </w:t>
      </w:r>
      <w:r>
        <w:t>yeh jo fitna hoga, it will hit all without any exception.</w:t>
      </w:r>
    </w:p>
    <w:p>
      <w:pPr>
        <w:jc w:val="right"/>
      </w:pPr>
      <w:r>
        <w:t>یہ جو فتنہ ہوگا، it will hit all without any exception.</w:t>
      </w:r>
    </w:p>
    <w:p>
      <w:r>
        <w:rPr>
          <w:b/>
        </w:rPr>
        <w:t xml:space="preserve">[02:17] </w:t>
      </w:r>
      <w:r>
        <w:t>It will hit everyone without any exception. to yeh bohat hi zyada serious baat hai.</w:t>
      </w:r>
    </w:p>
    <w:p>
      <w:pPr>
        <w:jc w:val="right"/>
      </w:pPr>
      <w:r>
        <w:t>It will hit everyone without any exception. تو یہ بہت ہی زیادہ سیریس بات ہے۔</w:t>
      </w:r>
    </w:p>
    <w:p>
      <w:r>
        <w:rPr>
          <w:b/>
        </w:rPr>
        <w:t xml:space="preserve">[02:26] </w:t>
      </w:r>
      <w:r>
        <w:t>isi par us waqt mujhe kuch kehna hai. to dekhiye, fitna dohama, jaisa ke maine arz kiya, is se murad hai total darkness ka zamana.</w:t>
      </w:r>
    </w:p>
    <w:p>
      <w:pPr>
        <w:jc w:val="right"/>
      </w:pPr>
      <w:r>
        <w:t>اسی پر اس وقت مجھے کچھ کہنا ہے۔ تو دیکھیے، فتنہ دوہما، جیسا کہ میں نے عرض کیا، اس سے مراد ہے ٹوٹل ڈارکنس کا زمانہ۔</w:t>
      </w:r>
    </w:p>
    <w:p>
      <w:r>
        <w:rPr>
          <w:b/>
        </w:rPr>
        <w:t xml:space="preserve">[02:37] </w:t>
      </w:r>
      <w:r>
        <w:t>yeh darkness itna barha hua hoga ke sab tak, sab ko woh apni zad mein le le ga. koi bache ga nahi.</w:t>
      </w:r>
    </w:p>
    <w:p>
      <w:pPr>
        <w:jc w:val="right"/>
      </w:pPr>
      <w:r>
        <w:t>یہ ڈارکنس اتنا بڑھا ہوا ہوگا کہ سب تک، سب کو وہ اپنی زد میں لے لے گا۔ کوئی بچے گا نہیں۔</w:t>
      </w:r>
    </w:p>
    <w:p>
      <w:r>
        <w:rPr>
          <w:b/>
        </w:rPr>
        <w:t xml:space="preserve">[02:48] </w:t>
      </w:r>
      <w:r>
        <w:t>yahan tak ke jo yahan jo farmaya ke ummat, ka matlab yeh hai ke ummat jis ke paas sachai hai, woh bhi is mein exception nahi hogi.</w:t>
      </w:r>
    </w:p>
    <w:p>
      <w:pPr>
        <w:jc w:val="right"/>
      </w:pPr>
      <w:r>
        <w:t>یہاں تک کہ جو یہاں جو فرمایا کہ امت، کا مطلب یہ ہے کہ امت جس کے پاس سچائی ہے، وہ بھی اس میں ایکسیپشن نہیں ہوگی۔</w:t>
      </w:r>
    </w:p>
    <w:p>
      <w:r>
        <w:rPr>
          <w:b/>
        </w:rPr>
        <w:t xml:space="preserve">[03:01] </w:t>
      </w:r>
      <w:r>
        <w:t>yani it will hurt including ummat e islamia.</w:t>
      </w:r>
    </w:p>
    <w:p>
      <w:pPr>
        <w:jc w:val="right"/>
      </w:pPr>
      <w:r>
        <w:t>یعنی it will hurt including امت اسلامیہ۔</w:t>
      </w:r>
    </w:p>
    <w:p>
      <w:r>
        <w:rPr>
          <w:b/>
        </w:rPr>
        <w:t xml:space="preserve">[03:09] </w:t>
      </w:r>
      <w:r>
        <w:t>it will hit including ummat e islamia. yani yeh fitna jo aye ga, yeh sab ko andhere mein daal de ga. yahan tak ke jin ke paas sachai hai, woh bhi andhere mein chale jayen ge.</w:t>
      </w:r>
    </w:p>
    <w:p>
      <w:pPr>
        <w:jc w:val="right"/>
      </w:pPr>
      <w:r>
        <w:t>it will hit including امت اسلامیہ۔ یعنی یہ فتنہ جو آئے گا، یہ سب کو اندھیرے میں ڈال دے گا۔ یہاں تک کہ جن کے پاس سچائی ہے، وہ بھی اندھیرے میں چلے جائیں گے۔</w:t>
      </w:r>
    </w:p>
    <w:p>
      <w:r>
        <w:rPr>
          <w:b/>
        </w:rPr>
        <w:t xml:space="preserve">[03:22] </w:t>
      </w:r>
      <w:r>
        <w:t>itni bari baat kahi gayi hai hadith mein, is par hamein sochna hai.</w:t>
      </w:r>
    </w:p>
    <w:p>
      <w:pPr>
        <w:jc w:val="right"/>
      </w:pPr>
      <w:r>
        <w:t>اتنی بڑی بات کہی گئی ہے حدیث میں، اس پر ہمیں سوچنا ہے۔</w:t>
      </w:r>
    </w:p>
    <w:p>
      <w:r>
        <w:rPr>
          <w:b/>
        </w:rPr>
        <w:t xml:space="preserve">[03:29] </w:t>
      </w:r>
      <w:r>
        <w:t>to jahan tak maine samjha hai is ko, is se murad hai age of deceiving philosophies.</w:t>
      </w:r>
    </w:p>
    <w:p>
      <w:pPr>
        <w:jc w:val="right"/>
      </w:pPr>
      <w:r>
        <w:t>تو جہاں تک میں نے سمجھا ہے اس کو، اس سے مراد ہے ایج آف ڈیسیونگ فلاسفیز۔</w:t>
      </w:r>
    </w:p>
    <w:p>
      <w:r>
        <w:rPr>
          <w:b/>
        </w:rPr>
        <w:t xml:space="preserve">[03:39] </w:t>
      </w:r>
      <w:r>
        <w:t>dekhiye, har zamane mein log mughalta dete rahe hain, deceive karte rahe hain.</w:t>
      </w:r>
    </w:p>
    <w:p>
      <w:pPr>
        <w:jc w:val="right"/>
      </w:pPr>
      <w:r>
        <w:t>دیکھیے، ہر زمانے میں لوگ مغالطہ دیتے رہے ہیں، ڈیسیو کرتے رہے ہیں۔</w:t>
      </w:r>
    </w:p>
    <w:p>
      <w:r>
        <w:rPr>
          <w:b/>
        </w:rPr>
        <w:t xml:space="preserve">[03:48] </w:t>
      </w:r>
      <w:r>
        <w:t>deceive karne ka zamana kabhi aisa nahi hai ke na raha ho. lekin baad ke zamane mein jo aye ga mughalta, woh ek aur hi,</w:t>
      </w:r>
    </w:p>
    <w:p>
      <w:pPr>
        <w:jc w:val="right"/>
      </w:pPr>
      <w:r>
        <w:t>ڈیسیو کرنے کا زمانہ کبھی ایسا نہیں ہے کہ نہ رہا ہو۔ لیکن بعد کے زمانے میں جو آئے گا مغالطہ، وہ ایک اور ہی،</w:t>
      </w:r>
    </w:p>
    <w:p>
      <w:r>
        <w:rPr>
          <w:b/>
        </w:rPr>
        <w:t xml:space="preserve">[04:01] </w:t>
      </w:r>
      <w:r>
        <w:t>is ka, is ka bohat zyada khatarnak hoga. to isi ko maine kaha ke woh philosophical way mein aye ga.</w:t>
      </w:r>
    </w:p>
    <w:p>
      <w:pPr>
        <w:jc w:val="right"/>
      </w:pPr>
      <w:r>
        <w:t>اس کا، اس کا بہت زیادہ خطرناک ہوگا۔ تو اسی کو میں نے کہا کہ وہ فلسفائی وے میں آئے گا۔</w:t>
      </w:r>
    </w:p>
    <w:p>
      <w:r>
        <w:rPr>
          <w:b/>
        </w:rPr>
        <w:t xml:space="preserve">[04:13] </w:t>
      </w:r>
      <w:r>
        <w:t>ab tak jo fitne the, jo mughalte the, woh sada dhang ke the. ab jo ayen ge, woh bohat hi philosophical way mein honge.</w:t>
      </w:r>
    </w:p>
    <w:p>
      <w:pPr>
        <w:jc w:val="right"/>
      </w:pPr>
      <w:r>
        <w:t>اب تک جو فتنے تھے، جو مغالطے تھے، وہ سادہ ڈھنگ کے تھے۔ اب جو آئیں گے، وہ بہت ہی فلسفائی وے میں ہوں گے۔</w:t>
      </w:r>
    </w:p>
    <w:p>
      <w:r>
        <w:rPr>
          <w:b/>
        </w:rPr>
        <w:t xml:space="preserve">[04:24] </w:t>
      </w:r>
      <w:r>
        <w:t>is liye is ko analysis nahi kar paye ga aadmi. analysis nahi kar paye ga.</w:t>
      </w:r>
    </w:p>
    <w:p>
      <w:pPr>
        <w:jc w:val="right"/>
      </w:pPr>
      <w:r>
        <w:t>اس لیے اس کو انالیسز نہیں کر پائے گا آدمی۔ انالیسز نہیں کر پائے گا۔</w:t>
      </w:r>
    </w:p>
    <w:p>
      <w:r>
        <w:rPr>
          <w:b/>
        </w:rPr>
        <w:t xml:space="preserve">[04:32] </w:t>
      </w:r>
      <w:r>
        <w:t>jaise ke ek misaal mein doon ke ab se saare teen hazar saal pehle, saare teen hazar saal pehle, Egypt mein, yani Misr mein,</w:t>
      </w:r>
    </w:p>
    <w:p>
      <w:pPr>
        <w:jc w:val="right"/>
      </w:pPr>
      <w:r>
        <w:t>جیسے کہ ایک مثال میں دوں کہ اب سے ساڑھے تین ہزار سال پہلے، ساڑھے تین ہزار سال پہلے، ایجپٹ میں، یعنی مصر میں،</w:t>
      </w:r>
    </w:p>
    <w:p>
      <w:r>
        <w:rPr>
          <w:b/>
        </w:rPr>
        <w:t xml:space="preserve">[04:46] </w:t>
      </w:r>
      <w:r>
        <w:t>hazrat Musa aaye. us waqt wahan par firoun ka raaj tha, us ko pharaoh kaha jata hai. pharaoh. to</w:t>
      </w:r>
    </w:p>
    <w:p>
      <w:pPr>
        <w:jc w:val="right"/>
      </w:pPr>
      <w:r>
        <w:t>حضرت موسیٰ آئے۔ اس وقت وہاں پر فرعون کا راج تھا، اس کو فیرو کہا جاتا ہے۔ فیرو۔ تو</w:t>
      </w:r>
    </w:p>
    <w:p>
      <w:r>
        <w:rPr>
          <w:b/>
        </w:rPr>
        <w:t xml:space="preserve">[04:54] </w:t>
      </w:r>
      <w:r>
        <w:t>hazrat Musa ne us ke samne apni dawat pesh ki. us ne moajza manga to aap ne moajza dikhaya. yani aap ki jo laathi thi, woh saamp ban gayi.</w:t>
      </w:r>
    </w:p>
    <w:p>
      <w:pPr>
        <w:jc w:val="right"/>
      </w:pPr>
      <w:r>
        <w:t>حضرت موسیٰ نے اس کے سامنے اپنی دعوت پیش کی۔ اس نے معجزہ مانگا تو آپ نے معجزہ دکھایا۔ یعنی آپ کی جو لاٹھی تھی، وہ سانپ بن گئی۔</w:t>
      </w:r>
    </w:p>
    <w:p>
      <w:r>
        <w:rPr>
          <w:b/>
        </w:rPr>
        <w:t xml:space="preserve">[05:06] </w:t>
      </w:r>
      <w:r>
        <w:t>to to Musa ka moajza jab us ne dekha to firoun kya kehta hai? apne darbarion se yurid yukhrijakum minkum.</w:t>
      </w:r>
    </w:p>
    <w:p>
      <w:pPr>
        <w:jc w:val="right"/>
      </w:pPr>
      <w:r>
        <w:t>تو تو موسیٰ کا معجزہ جب اس نے دیکھا تو فرعون کیا کہتا ہے؟ اپنے درباریوں سے یرید یخرجکم منکم ۔</w:t>
      </w:r>
    </w:p>
    <w:p>
      <w:r>
        <w:rPr>
          <w:b/>
        </w:rPr>
        <w:t xml:space="preserve">[05:19] </w:t>
      </w:r>
      <w:r>
        <w:t>yeh Musa chahte hain ke tum ko tumhare mulk se nikal den aur yahan qabza kar ke baith jayen. ab ghor kijiye ke yeh ek dhandhli ki baat thi, kyunke Hazrat Musa to yeh keh rahe the ke main bani Israel ko le kar Misr jana chahta hoon.</w:t>
      </w:r>
    </w:p>
    <w:p>
      <w:pPr>
        <w:jc w:val="right"/>
      </w:pPr>
      <w:r>
        <w:t>یہ موسیٰ چاہتے ہیں کہ تم کو تمہارے ملک سے نکال دیں اور یہاں قبضہ کر کے بیٹھ جائیں۔ اب غور کیجئے کہ یہ ایک دھاندلی کی بات تھی، کیونکہ حضرت موسیٰ تو یہ کہہ رہے تھے کہ میں بنی اسرائیل کو لے کر مصر جانا چاہتا ہوں۔</w:t>
      </w:r>
    </w:p>
    <w:p>
      <w:r>
        <w:rPr>
          <w:b/>
        </w:rPr>
        <w:t xml:space="preserve">[05:35] </w:t>
      </w:r>
      <w:r>
        <w:t>mujhe ijazat de do ke main le kar jaon. arsil maaya bani Israel. us ne ulti baat keh di, darbarion ko bharkane ke liye.</w:t>
      </w:r>
    </w:p>
    <w:p>
      <w:pPr>
        <w:jc w:val="right"/>
      </w:pPr>
      <w:r>
        <w:t>مجھے اجازت دے دو کہ میں لے کر جاؤں۔ ارسل مایا بنی اسرائیل۔ اس نے الٹی بات کہہ دی، درباریوں کو بھڑکانے کے لیے۔</w:t>
      </w:r>
    </w:p>
    <w:p>
      <w:r>
        <w:rPr>
          <w:b/>
        </w:rPr>
        <w:t xml:space="preserve">[05:44] </w:t>
      </w:r>
      <w:r>
        <w:t>yeh chahte hain ke tum ko is mulk se nikal den.</w:t>
      </w:r>
    </w:p>
    <w:p>
      <w:pPr>
        <w:jc w:val="right"/>
      </w:pPr>
      <w:r>
        <w:t>یہ چاہتے ہیں کہ تم کو اس ملک سے نکال دیں۔</w:t>
      </w:r>
    </w:p>
    <w:p>
      <w:r>
        <w:rPr>
          <w:b/>
        </w:rPr>
        <w:t xml:space="preserve">[05:50] </w:t>
      </w:r>
      <w:r>
        <w:t>to yeh tha saada qism ka mughalta. is ke peeche koi bohat bari philosophy nahi thi. to is tarah ke mughalte hamesha log dete rahe hain, deceive karte rahe hain logon ko hamesha.</w:t>
      </w:r>
    </w:p>
    <w:p>
      <w:pPr>
        <w:jc w:val="right"/>
      </w:pPr>
      <w:r>
        <w:t>تو یہ تھا سادہ قسم کا مغالطہ۔ اس کے پیچھے کوئی بہت بڑی فلاسفی نہیں تھی۔ تو اس طرح کے مغالطے ہمیشہ لوگ دیتے رہے ہیں، ڈیسیو کرتے رہے ہیں لوگوں کو ہمیشہ۔</w:t>
      </w:r>
    </w:p>
    <w:p>
      <w:r>
        <w:rPr>
          <w:b/>
        </w:rPr>
        <w:t xml:space="preserve">[06:05] </w:t>
      </w:r>
      <w:r>
        <w:t>lekin</w:t>
      </w:r>
    </w:p>
    <w:p>
      <w:pPr>
        <w:jc w:val="right"/>
      </w:pPr>
      <w:r>
        <w:t>لیکن</w:t>
      </w:r>
    </w:p>
    <w:p>
      <w:r>
        <w:rPr>
          <w:b/>
        </w:rPr>
        <w:t xml:space="preserve">[06:07] </w:t>
      </w:r>
      <w:r>
        <w:t>yeh jo zamana hai, jo scientific zamana hai, jo development ka zamana hai, jo civilization ka zamana hai, is mein aisa hone wala tha ke philosophical way mein log deceive karne lage hain logon ko.</w:t>
      </w:r>
    </w:p>
    <w:p>
      <w:pPr>
        <w:jc w:val="right"/>
      </w:pPr>
      <w:r>
        <w:t>یہ جو زمانہ ہے، جو سائنٹیفک زمانہ ہے، جو ڈیولپمنٹ کا زمانہ ہے، جو سولائزیشن کا زمانہ ہے، اس میں ایسا ہونے والا تھا کہ فلسفائی وے میں لوگ ڈیسیو کرنے لگے ہیں لوگوں کو۔</w:t>
      </w:r>
    </w:p>
    <w:p>
      <w:r>
        <w:rPr>
          <w:b/>
        </w:rPr>
        <w:t xml:space="preserve">[06:22] </w:t>
      </w:r>
      <w:r>
        <w:t>ek poori ideology pesh karein, ek poori philosophy pesh karein ke aadmi soch na paaye, aadmi isi mein phans kar reh jaye. to yeh hai woh zaman</w:t>
      </w:r>
    </w:p>
    <w:p>
      <w:pPr>
        <w:jc w:val="right"/>
      </w:pPr>
      <w:r>
        <w:t>ایک پوری آئیڈیالوجی پیش کریں، ایک پوری فلاسفی پیش کریں کہ آدمی سوچ نہ پائے، آدمی اسی میں پھنس کر رہ جائے۔ تو یہ ہے وہ زمان</w:t>
      </w:r>
    </w:p>
    <w:p>
      <w:r>
        <w:rPr>
          <w:b/>
        </w:rPr>
        <w:t xml:space="preserve">[06:33] </w:t>
      </w:r>
      <w:r>
        <w:t>a. is fitna dohama ke bare mein bohat barson sochta raha hoon. to main samajhta hoon ke</w:t>
      </w:r>
    </w:p>
    <w:p>
      <w:pPr>
        <w:jc w:val="right"/>
      </w:pPr>
      <w:r>
        <w:t>ہ۔ اس فتنہ دوہما کے بارے میں بہت برسوں سوچتا رہا ہوں۔ تو میں سمجھتا ہوں کہ</w:t>
      </w:r>
    </w:p>
    <w:p>
      <w:r>
        <w:rPr>
          <w:b/>
        </w:rPr>
        <w:t xml:space="preserve">[06:42] </w:t>
      </w:r>
      <w:r>
        <w:t>alamat ke taur par, symbol ke taur par, main chaar personality ko main ne liya hai. is mein to sankaron hazaron log shamil hain is mein. lekin agar yeh batana ho ke to chaar fitne aur un ke chaar alamati naam main kahunga ke hain.</w:t>
      </w:r>
    </w:p>
    <w:p>
      <w:pPr>
        <w:jc w:val="right"/>
      </w:pPr>
      <w:r>
        <w:t>علامت کے طور پر، سمبل کے طور پر، میں چار پرسنیلٹی کو میں نے لیا ہے۔ اس میں تو سینکڑوں ہزاروں لوگ شامل ہیں اس میں۔ لیکن اگر یہ بتانا ہو کہ تو چار فتنے اور ان کے چار علامتی نام میں کہوں گا کہ ہیں۔</w:t>
      </w:r>
    </w:p>
    <w:p>
      <w:r>
        <w:rPr>
          <w:b/>
        </w:rPr>
        <w:t xml:space="preserve">[07:02] </w:t>
      </w:r>
      <w:r>
        <w:t>to dekhiye, ek hai Darwin. Darwin jis ki death, yeh British scientist tha, naturalist tha British.</w:t>
      </w:r>
    </w:p>
    <w:p>
      <w:pPr>
        <w:jc w:val="right"/>
      </w:pPr>
      <w:r>
        <w:t>تو دیکھیے، ایک ہے ڈارون۔ ڈارون جس کی ڈیتھ، یہ برٹش سائنٹسٹ تھا، نیچرلسٹ تھا برٹش۔</w:t>
      </w:r>
    </w:p>
    <w:p>
      <w:r>
        <w:rPr>
          <w:b/>
        </w:rPr>
        <w:t xml:space="preserve">[07:13] </w:t>
      </w:r>
      <w:r>
        <w:t>Darwin, Charles Darwin, is ki death hui 1882 mein, 1882 mein. doosra tha Germany ka Karl Marx, is ki death hui 1883 mein, yaani 1883 mein.</w:t>
      </w:r>
    </w:p>
    <w:p>
      <w:pPr>
        <w:jc w:val="right"/>
      </w:pPr>
      <w:r>
        <w:t>ڈارون، چارلس ڈارون، اس کی ڈیتھ ہوئی 1882 میں، 1882 میں۔ دوسرا تھا جرمنی کا کارل مارکس، اس کی ڈیتھ ہوئی 1883 میں، یعنی 1883 میں۔</w:t>
      </w:r>
    </w:p>
    <w:p>
      <w:r>
        <w:rPr>
          <w:b/>
        </w:rPr>
        <w:t xml:space="preserve">[07:32] </w:t>
      </w:r>
      <w:r>
        <w:t>teesra naam mere nazdeek hai Sigmund Freud ka, yeh bhi Germany ka tha. is ki death hui 1939 mein.</w:t>
      </w:r>
    </w:p>
    <w:p>
      <w:pPr>
        <w:jc w:val="right"/>
      </w:pPr>
      <w:r>
        <w:t>تیسرا نام میرے نزدیک ہے سگمن فرائیڈ کا، یہ بھی جرمنی کا تھا۔ اس کی ڈیتھ ہوئی 1939 میں۔</w:t>
      </w:r>
    </w:p>
    <w:p>
      <w:r>
        <w:rPr>
          <w:b/>
        </w:rPr>
        <w:t xml:space="preserve">[07:47] </w:t>
      </w:r>
      <w:r>
        <w:t>aur Muslim Islam ki ghalat ta'beer dene ke muamle mein mere nazdeek jo naam hai, woh Abu Al-Ala Maududi ka hai, jin ki death hui hai 1979 mein.</w:t>
      </w:r>
    </w:p>
    <w:p>
      <w:pPr>
        <w:jc w:val="right"/>
      </w:pPr>
      <w:r>
        <w:t>اور مسلم اسلام کی غلط تعبیر دینے کے معاملے میں میرے نزدیک جو نام ہے، وہ ابو العلی مودودی کا ہے، جن کی ڈیتھ ہوئی ہے 1979 میں۔</w:t>
      </w:r>
    </w:p>
    <w:p>
      <w:r>
        <w:rPr>
          <w:b/>
        </w:rPr>
        <w:t xml:space="preserve">[08:00] </w:t>
      </w:r>
      <w:r>
        <w:t>yeh chaar aadmi hain jinho ne ke is age ko, jis ko main deceiving age keh raha hoon, age of deceiving philosophy ko pesh kiya.</w:t>
      </w:r>
    </w:p>
    <w:p>
      <w:pPr>
        <w:jc w:val="right"/>
      </w:pPr>
      <w:r>
        <w:t>یہ چار آدمی ہیں جنہوں نے کہ اس ایج کو، جس کو میں ڈیسیونگ ایج کہہ رہا ہوں، ایج آف ڈیسیونگ فلاسفی کو پیش کیا۔</w:t>
      </w:r>
    </w:p>
    <w:p>
      <w:r>
        <w:rPr>
          <w:b/>
        </w:rPr>
        <w:t xml:space="preserve">[08:11] </w:t>
      </w:r>
      <w:r>
        <w:t>agarche is mein farq hai, yaani Darwin, Marx aur Freud ne apni jo theory pesh ki, to us ke liye bohat hi scholarship thi us ke peeche.</w:t>
      </w:r>
    </w:p>
    <w:p>
      <w:pPr>
        <w:jc w:val="right"/>
      </w:pPr>
      <w:r>
        <w:t>اگرچہ اس میں فرق ہے، یعنی ڈارون، مارکس اور فرائیڈ نے اپنی جو تھیوری پیش کی، تو اس کے لیے بہت ہی اسکالرشپ تھی اس کے پیچھے۔</w:t>
      </w:r>
    </w:p>
    <w:p>
      <w:r>
        <w:rPr>
          <w:b/>
        </w:rPr>
        <w:t xml:space="preserve">[08:22] </w:t>
      </w:r>
      <w:r>
        <w:t>yaani bohat hi zyada gehre andaaz mein unho ne is ko philosophical kiya. lekin</w:t>
      </w:r>
    </w:p>
    <w:p>
      <w:pPr>
        <w:jc w:val="right"/>
      </w:pPr>
      <w:r>
        <w:t>یعنی بہت ہی زیادہ گہرے انداز میں انہوں نے اس کو فلسفائی کیا۔ لیکن</w:t>
      </w:r>
    </w:p>
    <w:p>
      <w:r>
        <w:rPr>
          <w:b/>
        </w:rPr>
        <w:t xml:space="preserve">[08:28] </w:t>
      </w:r>
      <w:r>
        <w:t>Abu Al-Ala Maududi aisa nahi kar sake, woh itne bare scholar nahi the. lekin Musalmanon ka jo mind tha us zamane mein, to us ki wajah se bohat acceptance mil gaya un ko.</w:t>
      </w:r>
    </w:p>
    <w:p>
      <w:pPr>
        <w:jc w:val="right"/>
      </w:pPr>
      <w:r>
        <w:t>ابو العلی مودودی ایسا نہیں کر سکے، وہ اتنے بڑے اسکالر نہیں تھے۔ لیکن مسلمانوں کا جو مائنڈ تھا اس زمانے میں، تو اس کی وجہ سے بہت ایکسیپٹنس مل گیا ان کو۔</w:t>
      </w:r>
    </w:p>
    <w:p>
      <w:r>
        <w:rPr>
          <w:b/>
        </w:rPr>
        <w:t xml:space="preserve">[08:40] </w:t>
      </w:r>
      <w:r>
        <w:t>aur ek un ko saathi mil gaye Arab mein, jinka naam tha Sayyid Qutb.</w:t>
      </w:r>
    </w:p>
    <w:p>
      <w:pPr>
        <w:jc w:val="right"/>
      </w:pPr>
      <w:r>
        <w:t>اور ایک ان کو ساتھی مل گئے عرب میں، جن کا نام تھا سید قطب۔</w:t>
      </w:r>
    </w:p>
    <w:p>
      <w:r>
        <w:rPr>
          <w:b/>
        </w:rPr>
        <w:t xml:space="preserve">[08:48] </w:t>
      </w:r>
      <w:r>
        <w:t>to Darwin, yeh to Maudud, to Abu Al-Ala Maududi aur Sayyid Qutb, do aadmiyon ki wajah se yeh zamane mein jo phaila hai Islami extremism, jo badhte badhte violence tak pahunch gaya hai, yahi dono aadmi is ke basically ideologically yahi dono responsible hain.</w:t>
      </w:r>
    </w:p>
    <w:p>
      <w:pPr>
        <w:jc w:val="right"/>
      </w:pPr>
      <w:r>
        <w:t>تو ڈارون، یہ تو مودود، تو ابو العلی مودودی اور سید قطب، دو آدمیوں کی وجہ سے یہ زمانے میں جو پھیلا ہے اسلامی ایکسٹریمزم، جو بڑھتے بڑھتے والنس تک پہنچ گیا ہے، یہی دونوں آدمی اس کے بیسیکلی آئیڈیالوجیکلی یہی دونوں ریسپانسبل ہیں۔</w:t>
      </w:r>
    </w:p>
    <w:p>
      <w:r>
        <w:rPr>
          <w:b/>
        </w:rPr>
        <w:t xml:space="preserve">[09:04] </w:t>
      </w:r>
      <w:r>
        <w:t>yeh dono aadmi to yeh dono aadmi agarche scholarship ke aitbaar se itne bare nahi the, jaisa ke Freud aur Marx aur Darwin ka muamla hai,</w:t>
      </w:r>
    </w:p>
    <w:p>
      <w:pPr>
        <w:jc w:val="right"/>
      </w:pPr>
      <w:r>
        <w:t>یہ دونوں آدمی تو یہ دونوں آدمی اگرچہ اسکالرشپ کے اعتبار سے اتنے بڑے نہیں تھے، جیسا کہ فرائیڈ اور مارکس اور ڈارون کا معاملہ ہے،</w:t>
      </w:r>
    </w:p>
    <w:p>
      <w:r>
        <w:rPr>
          <w:b/>
        </w:rPr>
        <w:t xml:space="preserve">[09:14] </w:t>
      </w:r>
      <w:r>
        <w:t>lekin</w:t>
      </w:r>
    </w:p>
    <w:p>
      <w:pPr>
        <w:jc w:val="right"/>
      </w:pPr>
      <w:r>
        <w:t>لیکن</w:t>
      </w:r>
    </w:p>
    <w:p>
      <w:r>
        <w:rPr>
          <w:b/>
        </w:rPr>
        <w:t xml:space="preserve">[09:17] </w:t>
      </w:r>
      <w:r>
        <w:t>situation un ke liye wafer thi, is liye un ko bhi popularity mil gayi. ab main aap ko batana chahunga ke kaise kaise hua. Darwin ko lijiye, sab se pehle aap.</w:t>
      </w:r>
    </w:p>
    <w:p>
      <w:pPr>
        <w:jc w:val="right"/>
      </w:pPr>
      <w:r>
        <w:t>سچوئیشن ان کے لیے وافر تھی، اس لیے ان کو بھی پاپولیرٹی مل گئی۔ اب میں آپ کو بتانا چاہوں گا کہ کیسے کیسے ہوا۔ ڈارون کو لیجئے، سب سے پہلے آپ۔</w:t>
      </w:r>
    </w:p>
    <w:p>
      <w:r>
        <w:rPr>
          <w:b/>
        </w:rPr>
        <w:t xml:space="preserve">[09:29] </w:t>
      </w:r>
      <w:r>
        <w:t>Darwin ne kya kiya?</w:t>
      </w:r>
    </w:p>
    <w:p>
      <w:pPr>
        <w:jc w:val="right"/>
      </w:pPr>
      <w:r>
        <w:t>ڈارون نے کیا کیا؟</w:t>
      </w:r>
    </w:p>
    <w:p>
      <w:r>
        <w:rPr>
          <w:b/>
        </w:rPr>
        <w:t xml:space="preserve">[09:33] </w:t>
      </w:r>
      <w:r>
        <w:t>Darwin ne ek lamba safar kiya tha samundaron ke kinare, aur mukhtalif qism ke jo zindagi ke namune hain, us ko dekha to us ne ek theory banayi, jis ko kehte hain theory of evolution ya biological evolution ya organic evolution.</w:t>
      </w:r>
    </w:p>
    <w:p>
      <w:pPr>
        <w:jc w:val="right"/>
      </w:pPr>
      <w:r>
        <w:t>ڈارون نے ایک لمبا سفر کیا تھا سمندروں کے کنارے، اور مختلف قسم کے جو زندگی کے نمونے ہیں، اس کو دیکھا تو اس نے ایک تھیوری بنائی، جس کو کہتے ہیں تھیوری آف ایولوشن یا بائیولوجیکل ایولوشن یا ارگینک ایولوشن۔</w:t>
      </w:r>
    </w:p>
    <w:p>
      <w:r>
        <w:rPr>
          <w:b/>
        </w:rPr>
        <w:t xml:space="preserve">[09:55] </w:t>
      </w:r>
      <w:r>
        <w:t>yaani us ne yeh dikhaya ke life jo hai, us ki do kitabein</w:t>
      </w:r>
    </w:p>
    <w:p>
      <w:pPr>
        <w:jc w:val="right"/>
      </w:pPr>
      <w:r>
        <w:t>یعنی اس نے یہ دکھایا کہ لائف جو ہے، اس کی دو کتابیں</w:t>
      </w:r>
    </w:p>
    <w:p>
      <w:r>
        <w:rPr>
          <w:b/>
        </w:rPr>
        <w:t xml:space="preserve">[10:00] </w:t>
      </w:r>
      <w:r>
        <w:t>hain. ek kitab naam hai "Origin of Species", doosri kitab ka naam hai "Descent of Man".</w:t>
      </w:r>
    </w:p>
    <w:p>
      <w:pPr>
        <w:jc w:val="right"/>
      </w:pPr>
      <w:r>
        <w:t>ہیں۔ ایک کتاب نام ہے "اوریجن آف اسپیشیز"، دوسری کتاب کا نام ہے "ڈیسنٹ آف مین"۔</w:t>
      </w:r>
    </w:p>
    <w:p>
      <w:r>
        <w:rPr>
          <w:b/>
        </w:rPr>
        <w:t xml:space="preserve">[10:10] </w:t>
      </w:r>
      <w:r>
        <w:t>to us ne yeh dikhaya ke life jo hai, ek jo shuru mein life ek bani, jo shayad amoeba hogi, woh phir us se evolutionary process ek chala,</w:t>
      </w:r>
    </w:p>
    <w:p>
      <w:pPr>
        <w:jc w:val="right"/>
      </w:pPr>
      <w:r>
        <w:t>تو اس نے یہ دکھایا کہ لائف جو ہے، ایک جو شروع میں لائف ایک بنی، جو شاید امیبا ہوگی، وہ پھر اس سے ایولوشنری پروسیس ایک چلا،</w:t>
      </w:r>
    </w:p>
    <w:p>
      <w:r>
        <w:rPr>
          <w:b/>
        </w:rPr>
        <w:t xml:space="preserve">[10:27] </w:t>
      </w:r>
      <w:r>
        <w:t>jis ko jis ko naam diya us ne "natural selection" ka. is se sari zindagiyaan ban gayi. yaani amoeba se le kar insaan tak sab jo hai, ek natural process ke tehat ban</w:t>
      </w:r>
    </w:p>
    <w:p>
      <w:pPr>
        <w:jc w:val="right"/>
      </w:pPr>
      <w:r>
        <w:t>جس کو جس کو نام دیا اس نے "نیچرل سلیکشن" کا۔ اس سے ساری زندگیاں بن گئی۔ یعنی امیبا سے لے کر انسان تک سب جو ہے، ایک نیچرل پروسیس کے تحت بن</w:t>
      </w:r>
    </w:p>
    <w:p>
      <w:r>
        <w:rPr>
          <w:b/>
        </w:rPr>
        <w:t xml:space="preserve">[10:38] </w:t>
      </w:r>
      <w:r>
        <w:t>aaye, is mein kisi creator ka, kisi khuda ka dakhal nahi hai. to apni kitaab mein woh god ka naam leta hai, darwin, lekin god ka naam ek samajhiye ke ek originator ke taur par, ek prime mover ke taur par, ya life ka pehla form jo hai, woh create karne ke taur par.</w:t>
      </w:r>
    </w:p>
    <w:p>
      <w:pPr>
        <w:jc w:val="right"/>
      </w:pPr>
      <w:r>
        <w:t>ائے، اس میں کسی کریٹر کا، کسی خدا کا دخل نہیں ہے۔ تو اپنی کتاب میں وہ گاڈ کا نام لیتا ہے، ڈارون، لیکن گاڈ کا نام ایک سمجھئے کہ ایک اوریجنیٹر کے طور پر، ایک پرائم موور کے طور پر، یا لائف کا پہلا فارم جو ہے، وہ کریٹ کرنے کے طور پر۔</w:t>
      </w:r>
    </w:p>
    <w:p>
      <w:r>
        <w:rPr>
          <w:b/>
        </w:rPr>
        <w:t xml:space="preserve">[10:56] </w:t>
      </w:r>
      <w:r>
        <w:t>bas is ke baad khuda ka koi dakhal nahi. to yahan se wahan tak natural process chala, natural selection ke zariye se yeh sab kuch hota chala gaya.</w:t>
      </w:r>
    </w:p>
    <w:p>
      <w:pPr>
        <w:jc w:val="right"/>
      </w:pPr>
      <w:r>
        <w:t>بس اس کے بعد خدا کا کوئی دخل نہیں۔ تو یہاں سے وہاں تک نیچرل پروسیس چلا، نیچرل سلیکشن کے ذریعے سے یہ سب کچھ ہوتا چلا گیا۔</w:t>
      </w:r>
    </w:p>
    <w:p>
      <w:r>
        <w:rPr>
          <w:b/>
        </w:rPr>
        <w:t xml:space="preserve">[11:05] </w:t>
      </w:r>
      <w:r>
        <w:t>yeh itna zyada yaani established hai, yeh is yeh theory, lekin sari duniya mein chha gayi. woh sari duniya mein chha gayi.</w:t>
      </w:r>
    </w:p>
    <w:p>
      <w:pPr>
        <w:jc w:val="right"/>
      </w:pPr>
      <w:r>
        <w:t>یہ اتنا زیادہ یعنی اسٹیبلٹ ہے، یہ اس یہ تھیوری، لیکن ساری دنیا میں چھا گئی۔ وہ ساری دنیا میں چھا گئی۔</w:t>
      </w:r>
    </w:p>
    <w:p>
      <w:r>
        <w:rPr>
          <w:b/>
        </w:rPr>
        <w:t xml:space="preserve">[11:15] </w:t>
      </w:r>
      <w:r>
        <w:t>bahut aakhri had tak established theory hai, is ka koi proof, scientific proof nahi hai, lekin chha gayi. ab dekhiye ke kaise kaise nadani ki baatein ki hain logon ne, jaise insaan kaise bana.</w:t>
      </w:r>
    </w:p>
    <w:p>
      <w:pPr>
        <w:jc w:val="right"/>
      </w:pPr>
      <w:r>
        <w:t>بہت آخری حد تک اسٹیبلٹ تھیوری ہے، اس کا کوئی پروف، سائنٹیفک پروف نہیں ہے، لیکن چھا گئی۔ اب دیکھیے کہ کیسے کیسے نادانی کی باتیں کی ہیں لوگوں نے، جیسے انسان کیسے بنا۔</w:t>
      </w:r>
    </w:p>
    <w:p>
      <w:r>
        <w:rPr>
          <w:b/>
        </w:rPr>
        <w:t xml:space="preserve">[11:29] </w:t>
      </w:r>
      <w:r>
        <w:t>to mein ek zamane mein, mein ne bahut kai baras tak is ki study ki thi, darwinism ki ya evolution theory ki. to us zamane mein mujhe maloom hua ke india mein sirf ek hi museum hai, jis ko kehte hain "natural history museum", woh hai chandi chandi garh mein.</w:t>
      </w:r>
    </w:p>
    <w:p>
      <w:pPr>
        <w:jc w:val="right"/>
      </w:pPr>
      <w:r>
        <w:t>تو میں ایک زمانے میں، میں نے بہت کئی برس تک اس کی سٹڈی کی تھی، ڈارونزم کی یا ایولوشن تھیوری کی۔ تو اس زمانے میں مجھے معلوم ہوا کہ انڈیا میں صرف ایک ہی میوزیم ہے، جس کو کہتے ہیں "نیچرل ہسٹری میوزیم"، وہ ہے چندی چندی گڑھ میں۔</w:t>
      </w:r>
    </w:p>
    <w:p>
      <w:r>
        <w:rPr>
          <w:b/>
        </w:rPr>
        <w:t xml:space="preserve">[11:48] </w:t>
      </w:r>
      <w:r>
        <w:t>us waqt poore india mein ek hi tha "natural history museum". ab shayad aur bhi hon, to mein wahan gaya baqayda, wahan thehra mein, aur sab dekha mein ne is ko</w:t>
      </w:r>
    </w:p>
    <w:p>
      <w:pPr>
        <w:jc w:val="right"/>
      </w:pPr>
      <w:r>
        <w:t>اس وقت پورے انڈیا میں ایک ہی تھا "نیچرل ہسٹری میوزیم"۔ اب شاید اور بھی ہوں، تو میں وہاں گیا باقاعدہ، وہاں ٹھہرا میں، اور سب دیکھا میں نے اس کو</w:t>
      </w:r>
    </w:p>
    <w:p>
      <w:r>
        <w:rPr>
          <w:b/>
        </w:rPr>
        <w:t xml:space="preserve">[11:57] </w:t>
      </w:r>
      <w:r>
        <w:t>. to mein ne books se study bhi ki, aur isi ke saath ja kar ke woh angrezon ko bhi dekha. ab wahan par mein batata hoon kya qissa tha.</w:t>
      </w:r>
    </w:p>
    <w:p>
      <w:pPr>
        <w:jc w:val="right"/>
      </w:pPr>
      <w:r>
        <w:t>۔ تو میں نے بکس سے اسٹڈی بھی کی، اور اسی کے ساتھ جا کر کے وہ انگریزوں کو بھی دیکھا۔ اب وہاں پر میں بتاتا ہوں کیا قصہ تھا۔</w:t>
      </w:r>
    </w:p>
    <w:p>
      <w:r>
        <w:rPr>
          <w:b/>
        </w:rPr>
        <w:t xml:space="preserve">[12:07] </w:t>
      </w:r>
      <w:r>
        <w:t>ek jagah wahan par tha ke ek ghore ko khada kar rakha tha unhon ne. do dhanche the, ek insaan ka dhanche jo seedha khada hua tha,</w:t>
      </w:r>
    </w:p>
    <w:p>
      <w:pPr>
        <w:jc w:val="right"/>
      </w:pPr>
      <w:r>
        <w:t>ایک جگہ وہاں پر تھا کہ ایک گھوڑے کو کھڑا کر رکھا تھا انہوں نے۔ دو ڈھانچے تھے، ایک انسان کا ڈھانچہ جو سیدھا کھڑا ہوا تھا،</w:t>
      </w:r>
    </w:p>
    <w:p>
      <w:r>
        <w:rPr>
          <w:b/>
        </w:rPr>
        <w:t xml:space="preserve">[12:16] </w:t>
      </w:r>
      <w:r>
        <w:t>ek ghore ka tha jo pichhle paon par khada khada hua tha. is ke upar ke jo paon latak rahe the, haath ke tareeqe se, is liye dono paon par khada hua tha.</w:t>
      </w:r>
    </w:p>
    <w:p>
      <w:pPr>
        <w:jc w:val="right"/>
      </w:pPr>
      <w:r>
        <w:t>ایک گھوڑے کا تھا جو پچھلے پاؤں پر کھڑا کھڑا ہوا تھا۔ اس کے اوپر کے جو پاؤں لٹک رہے تھے، ہاتھ کے طریقے سے، اس لیے دونوں پاؤں پر کھڑا ہوا تھا۔</w:t>
      </w:r>
    </w:p>
    <w:p>
      <w:r>
        <w:rPr>
          <w:b/>
        </w:rPr>
        <w:t xml:space="preserve">[12:25] </w:t>
      </w:r>
      <w:r>
        <w:t>woh is ko aisi ek frame bana kar is ko khada kar diya gaya tha. dikhaya gaya tha ke yeh ghoda jo hai, wohi insaan ban gaya hai.</w:t>
      </w:r>
    </w:p>
    <w:p>
      <w:pPr>
        <w:jc w:val="right"/>
      </w:pPr>
      <w:r>
        <w:t>وہ اس کو ایسی ایک فریم بنا کر اس کو کھڑا کر دیا گیا تھا۔ دکھایا گیا تھا کہ یہ گھوڑا جو ہے، وہی انسان بن گیا ہے۔</w:t>
      </w:r>
    </w:p>
    <w:p>
      <w:r>
        <w:rPr>
          <w:b/>
        </w:rPr>
        <w:t xml:space="preserve">[12:36] </w:t>
      </w:r>
      <w:r>
        <w:t>ghoda jo hai, woh insaan ban gaya hai. yaani aap jante hain ke sab janwar jo hain, koi quadruped hain, chopaye hain, yaani four leg se chalte hain.</w:t>
      </w:r>
    </w:p>
    <w:p>
      <w:pPr>
        <w:jc w:val="right"/>
      </w:pPr>
      <w:r>
        <w:t>گھوڑا جو ہے، وہ انسان بن گیا ہے۔ یعنی آپ جانتے ہیں کہ سب جانور جو ہیں، کوئی ڈرپل ہیں، چوپائے ہیں، یعنی فور لیگ سے چلتے ہیں۔</w:t>
      </w:r>
    </w:p>
    <w:p>
      <w:r>
        <w:rPr>
          <w:b/>
        </w:rPr>
        <w:t xml:space="preserve">[12:47] </w:t>
      </w:r>
      <w:r>
        <w:t>to hote hote hote ek development hua ke pichhle do pairon se khada hone laga haiwan. khada hote hote hote phir insaan ban gaya.</w:t>
      </w:r>
    </w:p>
    <w:p>
      <w:pPr>
        <w:jc w:val="right"/>
      </w:pPr>
      <w:r>
        <w:t>تو ہوتے ہوتے ہوتے ایک ڈیولپمنٹ ہوا کہ پچھلے دو پیروں سے کھڑا ہونے لگا حیوان۔ کھڑا ہوتے ہوتے ہوتے پھر انسان بن گیا۔</w:t>
      </w:r>
    </w:p>
    <w:p>
      <w:r>
        <w:rPr>
          <w:b/>
        </w:rPr>
        <w:t xml:space="preserve">[12:55] </w:t>
      </w:r>
      <w:r>
        <w:t>to is ki ek bahut hi dilchasp woh hai, yaani kitabon mein aaya hai, abhi paper mein bhi aaya hai, woh yaani June 15 ke paper mein aap dekh sakte hain, english paper hain, June 15 ke.</w:t>
      </w:r>
    </w:p>
    <w:p>
      <w:pPr>
        <w:jc w:val="right"/>
      </w:pPr>
      <w:r>
        <w:t>تو اس کی ایک بہت ہی دلچسپ وہ ہے، یعنی کتابوں میں آیا ہے، ابھی پیپر میں بھی آیا ہے، وہ یعنی جون 15 کے پیپر میں آپ دیکھ سکتے ہیں، انگلش پیپر ہیں، جون 15 کے۔</w:t>
      </w:r>
    </w:p>
    <w:p>
      <w:r>
        <w:rPr>
          <w:b/>
        </w:rPr>
        <w:t xml:space="preserve">[13:11] </w:t>
      </w:r>
      <w:r>
        <w:t>to is mein batate hain woh ke insaan ke jo back, peeche back ki haddi jo hai, is mein aap jante hain ke vulnerability hai,</w:t>
      </w:r>
    </w:p>
    <w:p>
      <w:pPr>
        <w:jc w:val="right"/>
      </w:pPr>
      <w:r>
        <w:t>تو اس میں بتاتے ہیں وہ کہ انسان کے جو بیک، پیچھے بیک کی ہڈی جو ہے، اس میں آپ جانتے ہیں کہ ولڈریبلٹی ہے،</w:t>
      </w:r>
    </w:p>
    <w:p>
      <w:r>
        <w:rPr>
          <w:b/>
        </w:rPr>
        <w:t xml:space="preserve">[13:25] </w:t>
      </w:r>
      <w:r>
        <w:t>aaj kal yeh mana jata hai ke aadmi zara sa kuch ulta ho jaye, kuch dab jaye, dab jaye, dab jaye to peeche ki rate ki haddi mein takleef ho jati hai.</w:t>
      </w:r>
    </w:p>
    <w:p>
      <w:pPr>
        <w:jc w:val="right"/>
      </w:pPr>
      <w:r>
        <w:t>آج کل یہ مانا جاتا ہے کہ آدمی ذرا سا کچھ الٹا ہو جائے، کچھ دب جائے، دب جائے، دب جائے تو پیچھے کی ریٹ کی ہڈی میں تکلیف ہو جاتی ہے۔</w:t>
      </w:r>
    </w:p>
    <w:p>
      <w:r>
        <w:rPr>
          <w:b/>
        </w:rPr>
        <w:t xml:space="preserve">[13:36] </w:t>
      </w:r>
      <w:r>
        <w:t>to rate ki haddi ko mana jata hai bahut hi vulnerable. to vulnerable kyun hai?</w:t>
      </w:r>
    </w:p>
    <w:p>
      <w:pPr>
        <w:jc w:val="right"/>
      </w:pPr>
      <w:r>
        <w:t>تو ریٹ کی ہڈی کو مانا جاتا ہے بہت ہی ولڈریبل۔ تو ولڈریبل کیوں ہے؟</w:t>
      </w:r>
    </w:p>
    <w:p>
      <w:r>
        <w:rPr>
          <w:b/>
        </w:rPr>
        <w:t xml:space="preserve">[13:41] </w:t>
      </w:r>
      <w:r>
        <w:t>to yeh kehte hain ke ke vulnerability of lower back is due to evolutionary adaptation. yaani vulnerability of lower back is due to evolutionary adaptation.</w:t>
      </w:r>
    </w:p>
    <w:p>
      <w:pPr>
        <w:jc w:val="right"/>
      </w:pPr>
      <w:r>
        <w:t>تو یہ کہتے ہیں کہ کہ ولڈریبلٹی آف لوورر بیک از ڈیو ٹو ایولوشنری ایڈیپٹیشن۔ یعنی ولڈریبلٹی آف لوورر بیک از ڈیو ٹو ایولوشنری ایڈیپٹیشن۔</w:t>
      </w:r>
    </w:p>
    <w:p>
      <w:r>
        <w:rPr>
          <w:b/>
        </w:rPr>
        <w:t xml:space="preserve">[13:58] </w:t>
      </w:r>
      <w:r>
        <w:t>yaani jab haiwan jo hai, animal, do paon par khada ho gaya, peeche ke paon par, to to jab char paon par chal raha tha to woh to vulnerable nahi tha woh.</w:t>
      </w:r>
    </w:p>
    <w:p>
      <w:pPr>
        <w:jc w:val="right"/>
      </w:pPr>
      <w:r>
        <w:t>یعنی جب حیوان جو ہے، اینیمل، دو پاؤں پر کھڑا ہو گیا، پیچھے کے پاؤں پر، تو تو جب چار پاؤں پر چل رہا تھا تو وہ تو ولڈریبل نہیں تھا وہ۔</w:t>
      </w:r>
    </w:p>
    <w:p>
      <w:r>
        <w:rPr>
          <w:b/>
        </w:rPr>
        <w:t xml:space="preserve">[14:09] </w:t>
      </w:r>
      <w:r>
        <w:t>lekin jab khada ho gaya to sara bojh aa gaya peeth ke upar. to woh peeth jo hai, vulnerable ho gayi aur bahut jald woh is mein koi woh ho jata hai, koi koi gadbad ho jata hai, koi kharabi aa jati hai.</w:t>
      </w:r>
    </w:p>
    <w:p>
      <w:pPr>
        <w:jc w:val="right"/>
      </w:pPr>
      <w:r>
        <w:t>لیکن جب کھڑا ہو گیا تو سارا بوجھ آ گیا پیٹھ کے اوپر۔ تو وہ پیٹھ جو ہے، ولڈریبل ہو گئی اور بہت جلد وہ اس میں کوئی وہ ہو جاتا ہے، کوئی کوئی گڑبڑ ہو جاتا ہے، کوئی خرابی آ جاتی ہے۔</w:t>
      </w:r>
    </w:p>
    <w:p>
      <w:r>
        <w:rPr>
          <w:b/>
        </w:rPr>
        <w:t xml:space="preserve">[14:23] </w:t>
      </w:r>
      <w:r>
        <w:t>yeh bilkul ahmaqana baat hai.</w:t>
      </w:r>
    </w:p>
    <w:p>
      <w:pPr>
        <w:jc w:val="right"/>
      </w:pPr>
      <w:r>
        <w:t>یہ بالکل احمقانہ بات ہے۔</w:t>
      </w:r>
    </w:p>
    <w:p>
      <w:r>
        <w:rPr>
          <w:b/>
        </w:rPr>
        <w:t xml:space="preserve">[14:26] </w:t>
      </w:r>
      <w:r>
        <w:t>dekhiye, peeth ke jo lower back ke jo aaj kal cases aa rahe hain, bahut zyada, woh sab aaj kal aa rahe hain, 20, 25 saal ke andar.</w:t>
      </w:r>
    </w:p>
    <w:p>
      <w:pPr>
        <w:jc w:val="right"/>
      </w:pPr>
      <w:r>
        <w:t>دیکھیے، پیٹھ کے جو لوورر بیک کے جو آج کل کیسز آ رہے ہیں، بہت زیادہ، وہ سب آج کل آ رہے ہیں، 20، 25 سال کے اندر۔</w:t>
      </w:r>
    </w:p>
    <w:p>
      <w:r>
        <w:rPr>
          <w:b/>
        </w:rPr>
        <w:t xml:space="preserve">[14:35] </w:t>
      </w:r>
      <w:r>
        <w:t>is se pehle hazaron saal tak yeh sab case nahi hua karte the. kitni badi fallacy hai yeh. fallacy mere bachpan mein kabhi suna bhi nahi tha ke ke back ka problem, back ka problem aaj kal aata hai.</w:t>
      </w:r>
    </w:p>
    <w:p>
      <w:pPr>
        <w:jc w:val="right"/>
      </w:pPr>
      <w:r>
        <w:t>اس سے پہلے ہزاروں سال تک یہ سب کیس نہیں ہوا کرتے تھے۔ کتنی بڑی فلیسی ہے یہ۔ فلیسی میرے بچپن میں کبھی سنا بھی نہیں تھا کہ کہ بیک کا پرابلم، بیک کا پرابلم آج کل آتا ہے۔</w:t>
      </w:r>
    </w:p>
    <w:p>
      <w:r>
        <w:rPr>
          <w:b/>
        </w:rPr>
        <w:t xml:space="preserve">[14:49] </w:t>
      </w:r>
      <w:r>
        <w:t>to kyun hai yeh</w:t>
      </w:r>
    </w:p>
    <w:p>
      <w:pPr>
        <w:jc w:val="right"/>
      </w:pPr>
      <w:r>
        <w:t>تو کیوں ہے یہ</w:t>
      </w:r>
    </w:p>
    <w:p>
      <w:r>
        <w:rPr>
          <w:b/>
        </w:rPr>
        <w:t xml:space="preserve">[14:50] </w:t>
      </w:r>
      <w:r>
        <w:t>? yeh evolution ki wajah se nahi hai, yeh yeh comfort culture ki wajah se hai. comfort culture jab se yeh aaya hai, yeh touch button culture ya push button culture pehle aaya tha, push button culture ke is ko dabao to kuch hoga.</w:t>
      </w:r>
    </w:p>
    <w:p>
      <w:pPr>
        <w:jc w:val="right"/>
      </w:pPr>
      <w:r>
        <w:t>؟ یہ ایولوشن کی وجہ سے نہیں ہے، یہ یہ کمفرٹ کلچر کی وجہ سے ہے۔ کمفرٹ کلچر جب سے یہ آیا ہے، یہ ٹچ بٹن کلچر یا پش بٹن کلچر پہلے آیا تھا، پش بٹن کلچر کہ اس کو دباؤ تو کچھ ہوگا۔</w:t>
      </w:r>
    </w:p>
    <w:p>
      <w:r>
        <w:rPr>
          <w:b/>
        </w:rPr>
        <w:t xml:space="preserve">[15:09] </w:t>
      </w:r>
      <w:r>
        <w:t>phir aap jab chhoone se hota hai, jab ab aap ek automatic car par baithe hain to sirf aap ko chhoona kafi hai, kuch haath ko kuch hilana nahi hai.</w:t>
      </w:r>
    </w:p>
    <w:p>
      <w:pPr>
        <w:jc w:val="right"/>
      </w:pPr>
      <w:r>
        <w:t>پھر آپ جب چھونے سے ہوتا ہے، جب اب آپ ایک آٹومیٹک کار پر بیٹھے ہیں تو صرف آپ کو چھونا کافی ہے، کچھ ہاتھ کو کچھ ہلانا نہیں ہے۔</w:t>
      </w:r>
    </w:p>
    <w:p>
      <w:r>
        <w:rPr>
          <w:b/>
        </w:rPr>
        <w:t xml:space="preserve">[15:18] </w:t>
      </w:r>
      <w:r>
        <w:t>mein bachpan nojawanai ki umar mein mein type karta tha, woh jo pehle zamanay ka manual type writer hota tha, us mein ungli ko marna parta tha. to ungliyon ki achi khasi exercise hoti thi.</w:t>
      </w:r>
    </w:p>
    <w:p>
      <w:pPr>
        <w:jc w:val="right"/>
      </w:pPr>
      <w:r>
        <w:t>میں بچپن نوجوانی کی عمر میں میں ٹائپ کرتا تھا، وہ جو پہلے زمانے کا مینول ٹائپ رائٹر ہوتا تھا، اس میں انگلی کو مارنا پڑتا تھا۔ تو انگلیوں کی اچھی خاصی ایکسرسائز ہوتی تھی۔</w:t>
      </w:r>
    </w:p>
    <w:p>
      <w:r>
        <w:rPr>
          <w:b/>
        </w:rPr>
        <w:t xml:space="preserve">[15:29] </w:t>
      </w:r>
      <w:r>
        <w:t>ab jo computer hota hai to aap sirf chhotay hain, chhotay hain aur type hota chala jata hai. to yeh aik hai comfort culture. yani kahin bhi aap ko hath ko paon ko hilana nahi parta.</w:t>
      </w:r>
    </w:p>
    <w:p>
      <w:pPr>
        <w:jc w:val="right"/>
      </w:pPr>
      <w:r>
        <w:t>اب جو کمپیوٹر ہوتا ہے تو آپ صرف چھوتے ہیں، چھوتے ہیں اور ٹائپ ہوتا چلا جاتا ہے۔ تو یہ ایک ہے کمفرٹ کلچر۔ یعنی کہیں بھی آپ کو ہاتھ کو پاؤں کو ہلانا نہیں پڑتا۔</w:t>
      </w:r>
    </w:p>
    <w:p>
      <w:r>
        <w:rPr>
          <w:b/>
        </w:rPr>
        <w:t xml:space="preserve">[15:42] </w:t>
      </w:r>
      <w:r>
        <w:t>to pehle jo zindagi thi, pehle woh har waqt warzish hoti rehti thi, har waqt exercise hoti rehti thi.</w:t>
      </w:r>
    </w:p>
    <w:p>
      <w:pPr>
        <w:jc w:val="right"/>
      </w:pPr>
      <w:r>
        <w:t>تو پہلے جو زندگی تھی، پہلے وہ ہر وقت ورزش ہوتی رہتی تھی، ہر وقت ایکسرسائز ہوتی رہتی تھی۔</w:t>
      </w:r>
    </w:p>
    <w:p>
      <w:r>
        <w:rPr>
          <w:b/>
        </w:rPr>
        <w:t xml:space="preserve">[15:48] </w:t>
      </w:r>
      <w:r>
        <w:t>ghar mein, bahar, kheti mein, kahin bhi hath chalta chalta tha, paon chalta tha, har waqt warzish, har waqt warzish. to asal cheez exercise na hone ki wajah se yeh yeh problem hai, na ke evolution ki wajah se.</w:t>
      </w:r>
    </w:p>
    <w:p>
      <w:pPr>
        <w:jc w:val="right"/>
      </w:pPr>
      <w:r>
        <w:t>گھر میں، باہر، کھیتی میں، کہیں بھی ہاتھ چلتا چلتا تھا، پاؤں چلتا تھا، ہر وقت ورزش، ہر وقت ورزش۔ تو اصل چیز ایکسرسائز نہ ہونے کی وجہ سے یہ یہ پرابلم ہے، نہ کہ ایولوشن کی وجہ سے۔</w:t>
      </w:r>
    </w:p>
    <w:p>
      <w:r>
        <w:rPr>
          <w:b/>
        </w:rPr>
        <w:t xml:space="preserve">[16:06] </w:t>
      </w:r>
      <w:r>
        <w:t>comfort culture ne back problem paida kar rakha hai. aaj kal kya hai? aadmi kuch karta hi nahi, sirf baitha hua hai aur button ko chho raha hai aur sab kuch hua chala ja raha hai.</w:t>
      </w:r>
    </w:p>
    <w:p>
      <w:pPr>
        <w:jc w:val="right"/>
      </w:pPr>
      <w:r>
        <w:t>کمفرٹ کلچر نے بیک پرابلم پیدا کر رکھا ہے۔ آج کل کیا ہے؟ آدمی کچھ کرتا ہی نہیں، صرف بیٹھا ہوا ہے اور بٹن کو چھو رہا ہے اور سب کچھ ہوا چلا جا رہا ہے۔</w:t>
      </w:r>
    </w:p>
    <w:p>
      <w:r>
        <w:rPr>
          <w:b/>
        </w:rPr>
        <w:t xml:space="preserve">[16:17] </w:t>
      </w:r>
      <w:r>
        <w:t>aap aeropil bhi urate hain to us mein kuch aap ko karna nahi parta, sirf button ko chhoona parta hai. computer par baithte hain to aap ko kuch karna nahi parta, aap ko koi exercise nahi hai.</w:t>
      </w:r>
    </w:p>
    <w:p>
      <w:pPr>
        <w:jc w:val="right"/>
      </w:pPr>
      <w:r>
        <w:t>آپ ایروپیل بھی اڑاتے ہیں تو اس میں کچھ آپ کو کرنا نہیں پڑتا، صرف بٹن کو چھونا پڑتا ہے۔ کمپیوٹر پر بیٹھتے ہیں تو آپ کو کچھ کرنا نہیں پڑتا، آپ کو کوئی ایکسرسائز نہیں ہے۔</w:t>
      </w:r>
    </w:p>
    <w:p>
      <w:r>
        <w:rPr>
          <w:b/>
        </w:rPr>
        <w:t xml:space="preserve">[16:27] </w:t>
      </w:r>
      <w:r>
        <w:t>aap aik dam aisay baithe hue hain dair dair tak. to jo cheez aai hai comfort culture ki wajah se, us ko attribute kar diya unhon ne evolutionary adaptation ki wajah se.</w:t>
      </w:r>
    </w:p>
    <w:p>
      <w:pPr>
        <w:jc w:val="right"/>
      </w:pPr>
      <w:r>
        <w:t>آپ ایک دم ایسے بیٹھے ہوئے ہیں دیر دیر تک۔ تو جو چیز آئی ہے کمفرٹ کلچر کی وجہ سے، اس کو ایٹریبیوٹ کر دیا انہوں نے ایولوشنری ایڈیپٹیشن کی وجہ سے۔</w:t>
      </w:r>
    </w:p>
    <w:p>
      <w:r>
        <w:rPr>
          <w:b/>
        </w:rPr>
        <w:t xml:space="preserve">[16:42] </w:t>
      </w:r>
      <w:r>
        <w:t>yeh aik aik aik banawati word hai,</w:t>
      </w:r>
    </w:p>
    <w:p>
      <w:pPr>
        <w:jc w:val="right"/>
      </w:pPr>
      <w:r>
        <w:t>یہ ایک ایک ایک بناوٹی ورڈ ہے،</w:t>
      </w:r>
    </w:p>
    <w:p>
      <w:r>
        <w:rPr>
          <w:b/>
        </w:rPr>
        <w:t xml:space="preserve">[16:46] </w:t>
      </w:r>
      <w:r>
        <w:t>there is nothing as evolutionary adaptation. is ka koi bhi scientific proof nahi hai. lekin is ka nuqsan kya hua? dekhiye, bohat bara nuqsan.</w:t>
      </w:r>
    </w:p>
    <w:p>
      <w:pPr>
        <w:jc w:val="right"/>
      </w:pPr>
      <w:r>
        <w:t>دیر از نتھنگ ایز ایولوشنری ایڈیپٹیشن۔ اس کا کوئی بھی سائنٹیفک پروف نہیں ہے۔ لیکن اس کا نقصان کیا ہوا؟ دیکھیے، بہت بڑا نقصان۔</w:t>
      </w:r>
    </w:p>
    <w:p>
      <w:r>
        <w:rPr>
          <w:b/>
        </w:rPr>
        <w:t xml:space="preserve">[16:58] </w:t>
      </w:r>
      <w:r>
        <w:t>nuqsan yeh hua ke God Almighty, jo hamara creator hai, hamara sustainer hai, jis jo hum ko sab kuch de raha hai, woh sab cut gaye.</w:t>
      </w:r>
    </w:p>
    <w:p>
      <w:pPr>
        <w:jc w:val="right"/>
      </w:pPr>
      <w:r>
        <w:t>نقصان یہ ہوا کہ گاڈ المائٹی، جو ہمارا کریٹر ہے، ہمارا سسٹینر ہے، جس جو ہم کو سب کچھ دے رہا ہے، وہ سب کٹ گئے۔</w:t>
      </w:r>
    </w:p>
    <w:p>
      <w:r>
        <w:rPr>
          <w:b/>
        </w:rPr>
        <w:t xml:space="preserve">[17:09] </w:t>
      </w:r>
      <w:r>
        <w:t>ab sirf is ka darja kya hoga? originator ka. first form of life banaya</w:t>
      </w:r>
    </w:p>
    <w:p>
      <w:pPr>
        <w:jc w:val="right"/>
      </w:pPr>
      <w:r>
        <w:t>اب صرف اس کا درجہ کیا ہوگا؟ اوریجنیٹر کا۔ فرسٹ فارم آف لائف بنایا</w:t>
      </w:r>
    </w:p>
    <w:p>
      <w:r>
        <w:rPr>
          <w:b/>
        </w:rPr>
        <w:t xml:space="preserve">[17:15] </w:t>
      </w:r>
      <w:r>
        <w:t>is ne. is ke baad sab kuch nature se ho raha hai. to dua kis liye karenge aap? ya ibadat aap kis liye karenge aap? Khuda se mangen kyun mangen ge?</w:t>
      </w:r>
    </w:p>
    <w:p>
      <w:pPr>
        <w:jc w:val="right"/>
      </w:pPr>
      <w:r>
        <w:t>اس نے۔ اس کے بعد سب کچھ نیچر سے ہو رہا ہے۔ تو دعا کس لیے کریں گے آپ؟ یا عبادت آپ کس لیے کریں گے آپ؟ خدا سے مانگیں کیوں مانگیں گے؟</w:t>
      </w:r>
    </w:p>
    <w:p>
      <w:r>
        <w:rPr>
          <w:b/>
        </w:rPr>
        <w:t xml:space="preserve">[17:24] </w:t>
      </w:r>
      <w:r>
        <w:t>Khuda se mohabbat kyun karenge aap? Khuda se darenge kyun aap? accountability ki zaroorat kya pesh aaye gi aap ko? sab kuch jo hai, eliminate ho gaya.</w:t>
      </w:r>
    </w:p>
    <w:p>
      <w:pPr>
        <w:jc w:val="right"/>
      </w:pPr>
      <w:r>
        <w:t>خدا سے محبت کیوں کریں گے آپ؟ خدا سے ڈریں گے کیوں آپ؟ اکاؤنٹیبلٹی کی ضرورت کیا پیش آئے گی آپ کو؟ سب کچھ جو ہے، ایلیمینیٹ ہو گیا۔</w:t>
      </w:r>
    </w:p>
    <w:p>
      <w:r>
        <w:rPr>
          <w:b/>
        </w:rPr>
        <w:t xml:space="preserve">[17:35] </w:t>
      </w:r>
      <w:r>
        <w:t>to Darwin ne jo jo theory di, woh bazahir to aik dewy theory thi, lekin woh bohat hi fatal thi, fatal ke poora lecture, poora poora culture badal kar rakh diya is ne.</w:t>
      </w:r>
    </w:p>
    <w:p>
      <w:pPr>
        <w:jc w:val="right"/>
      </w:pPr>
      <w:r>
        <w:t>تو ڈارون نے جو جو تھیوری دی، وہ بظاہر تو ایک ڈیو تھیوری تھی، لیکن وہ بہت ہی فیٹل تھی، فیٹل کہ پورا لیکچر، پورا پورا کلچر بدل کر رکھ دیا اس نے۔</w:t>
      </w:r>
    </w:p>
    <w:p>
      <w:r>
        <w:rPr>
          <w:b/>
        </w:rPr>
        <w:t xml:space="preserve">[17:49] </w:t>
      </w:r>
      <w:r>
        <w:t>is liye aap dekhiye ga, aaj kal ke zamanay mein koi darta hai Khuda se? na koi kisi ko Khuda se dar hai, na dar hai, na mohabbat hai, na accountability hai, na sachi dua hai, na sachi ibadat hai.</w:t>
      </w:r>
    </w:p>
    <w:p>
      <w:pPr>
        <w:jc w:val="right"/>
      </w:pPr>
      <w:r>
        <w:t>اس لیے آپ دیکھیے گا، آج کل کے زمانے میں کوئی ڈرتا ہے خدا سے؟ نہ کوئی کسی کو خدا سے ڈر ہے، نہ ڈر ہے، نہ محبت ہے، نہ اکاؤنٹیبلٹی ہے، نہ سچی دعا ہے، نہ سچی عبادت ہے۔</w:t>
      </w:r>
    </w:p>
    <w:p>
      <w:r>
        <w:rPr>
          <w:b/>
        </w:rPr>
        <w:t xml:space="preserve">[18:01] </w:t>
      </w:r>
      <w:r>
        <w:t>woh sab kuch to natural process hua chala ja raha hai. to</w:t>
      </w:r>
    </w:p>
    <w:p>
      <w:pPr>
        <w:jc w:val="right"/>
      </w:pPr>
      <w:r>
        <w:t>وہ سب کچھ تو نیچرل پروسیس ہوا چلا جا رہا ہے۔ تو</w:t>
      </w:r>
    </w:p>
    <w:p>
      <w:r>
        <w:rPr>
          <w:b/>
        </w:rPr>
        <w:t xml:space="preserve">[18:06] </w:t>
      </w:r>
      <w:r>
        <w:t>jis ko kehte hain arabi mein "salat al-abd bi-rabbih", bande ka ta'alluq apne Rab se, woh sab khatam ho gaya. ab to aik daur ka, aik aik aik daur ka aik concept hai ke kabhi bohat billion saal pehle Khuda ne aik aik first form of life bana diya,</w:t>
      </w:r>
    </w:p>
    <w:p>
      <w:pPr>
        <w:jc w:val="right"/>
      </w:pPr>
      <w:r>
        <w:t>جس کو کہتے ہیں عربی میں "صلت العبد بربہ"، بندے کا تعلق اپنے رب سے، وہ سب ختم ہو گیا۔ اب تو ایک دور کا، ایک ایک ایک دور کا ایک کانسیپٹ ہے کہ کبھی بہت بلین سال پہلے خدا نے ایک ایک فرسٹ فارم آف لائف بنا دیا،</w:t>
      </w:r>
    </w:p>
    <w:p>
      <w:r>
        <w:rPr>
          <w:b/>
        </w:rPr>
        <w:t xml:space="preserve">[18:26] </w:t>
      </w:r>
      <w:r>
        <w:t>aik amoeba bana diya, aur is ke baad sab kuch hua chala ja raha hai. bohat hi anokhay tareeqay par sab kuch hua chala ja raha hai.</w:t>
      </w:r>
    </w:p>
    <w:p>
      <w:pPr>
        <w:jc w:val="right"/>
      </w:pPr>
      <w:r>
        <w:t>ایک امیبا بنا دیا، اور اس کے بعد سب کچھ ہوا چلا جا رہا ہے۔ بہت ہی انوکھے طریقے پر سب کچھ ہوا چلا جا رہا ہے۔</w:t>
      </w:r>
    </w:p>
    <w:p>
      <w:r>
        <w:rPr>
          <w:b/>
        </w:rPr>
        <w:t xml:space="preserve">[18:35] </w:t>
      </w:r>
      <w:r>
        <w:t>jaisay misaal ke tor par Darwin ne aik misaal di hai ke goat jo hai, kaise zarafah ban gai. goat aur zarafah mein aik similarity hai is ke dhanche mein.</w:t>
      </w:r>
    </w:p>
    <w:p>
      <w:pPr>
        <w:jc w:val="right"/>
      </w:pPr>
      <w:r>
        <w:t>جیسے مثال کے طور پر ڈارون نے ایک مثال دی ہے کہ گوٹ جو ہے، کیسے زرافہ بن گئی۔ گوٹ اور زرافہ میں ایک سمیلریٹی ہے اس کے ڈھانچے میں۔</w:t>
      </w:r>
    </w:p>
    <w:p>
      <w:r>
        <w:rPr>
          <w:b/>
        </w:rPr>
        <w:t xml:space="preserve">[18:47] </w:t>
      </w:r>
      <w:r>
        <w:t>to kya kiya unhon ne ke aik goat ke chaar bachay paida hue. ab chaar bachon mein kisi aik bachay ki thori si yeh neck jo thi, gardan thori si lambi thi.</w:t>
      </w:r>
    </w:p>
    <w:p>
      <w:pPr>
        <w:jc w:val="right"/>
      </w:pPr>
      <w:r>
        <w:t>تو کیا کیا انہوں نے کہ ایک گوٹ کے چار بچے پیدا ہوئے۔ اب چار بچوں میں کسی ایک بچے کی تھوڑی سی یہ نیک جو تھی، گردن تھوڑی سی لمبی تھی۔</w:t>
      </w:r>
    </w:p>
    <w:p>
      <w:r>
        <w:rPr>
          <w:b/>
        </w:rPr>
        <w:t xml:space="preserve">[19:02] </w:t>
      </w:r>
      <w:r>
        <w:t>to charnay ka zamanah tha, woh charai karte thay log. to neechay ka chara jab khatam ho gaya aur oopar ka darakhton ki patiyan hi available rahin, to to choti gardan walay sab mar gaye.</w:t>
      </w:r>
    </w:p>
    <w:p>
      <w:pPr>
        <w:jc w:val="right"/>
      </w:pPr>
      <w:r>
        <w:t>تو چرنے کا زمانہ تھا، وہ چرائی کرتے تھے لوگ۔ تو نیچے کا چرا جب ختم ہو گیا اور اوپر کا درختوں کی پتیاں ہی اویلیبل رہیں، تو تو چھوٹی گردن والے سب مر گئے۔</w:t>
      </w:r>
    </w:p>
    <w:p>
      <w:r>
        <w:rPr>
          <w:b/>
        </w:rPr>
        <w:t xml:space="preserve">[19:15] </w:t>
      </w:r>
      <w:r>
        <w:t>ab jo lambi gardan wala tha, woh oopar tak hatti tod sakta tha. to that is natural selection. to nature ne select kar liya us ko jo gardan dekhen lambi thi.</w:t>
      </w:r>
    </w:p>
    <w:p>
      <w:pPr>
        <w:jc w:val="right"/>
      </w:pPr>
      <w:r>
        <w:t>اب جو لمبی گردن والا تھا، وہ اوپر تک ہتی توڑ سکتا تھا۔ تو دیٹ از نیچرل سلیکشن۔ تو نیچر نے سلیکٹ کر لیا اس کو جو گردن دیکھیں لمبی تھی۔</w:t>
      </w:r>
    </w:p>
    <w:p>
      <w:r>
        <w:rPr>
          <w:b/>
        </w:rPr>
        <w:t xml:space="preserve">[19:25] </w:t>
      </w:r>
      <w:r>
        <w:t>ab phir is gardan lambi walay ke phir aur bachay paida hue, chaar ya jitnay bhi.</w:t>
      </w:r>
    </w:p>
    <w:p>
      <w:pPr>
        <w:jc w:val="right"/>
      </w:pPr>
      <w:r>
        <w:t>اب پھر اس گردن لمبی والے کے پھر اور بچے پیدا ہوئے، چار یا جتنے بھی۔</w:t>
      </w:r>
    </w:p>
    <w:p>
      <w:r>
        <w:rPr>
          <w:b/>
        </w:rPr>
        <w:t xml:space="preserve">[19:30] </w:t>
      </w:r>
      <w:r>
        <w:t>to is mein kisi ki gardan thori si aur bari thi. to phir kya hua ke thora aur oopar tak woh kha sakta tha. to neechay ke sab mar gaye. to is tarah se generation of generation selection hota raha, yahan tak ke zarafah ban gaya.</w:t>
      </w:r>
    </w:p>
    <w:p>
      <w:pPr>
        <w:jc w:val="right"/>
      </w:pPr>
      <w:r>
        <w:t>تو اس میں کسی کی گردن تھوڑی سی اور بڑی تھی۔ تو پھر کیا ہوا کہ تھوڑا اور اوپر تک وہ کھا سکتا تھا۔ تو نیچے کے سب مر گئے۔ تو اس طرح سے جنریشن آف جنریشن سلیکشن ہوتا رہا، یہاں تک کہ زرافہ بن گیا۔</w:t>
      </w:r>
    </w:p>
    <w:p>
      <w:r>
        <w:rPr>
          <w:b/>
        </w:rPr>
        <w:t xml:space="preserve">[19:46] </w:t>
      </w:r>
      <w:r>
        <w:t>ab bilkul yeh bilkul badness hai, ahmaqana baat hai ke goat jo hai, zarafah ban gaya is tareeqay se. yeh to is story teller ki kahani hai.</w:t>
      </w:r>
    </w:p>
    <w:p>
      <w:pPr>
        <w:jc w:val="right"/>
      </w:pPr>
      <w:r>
        <w:t>اب بالکل یہ بالکل بیڈنس ہے، احمقانہ بات ہے کہ گوٹ جو ہے، زرافہ بن گیا اس طریقے سے۔ یہ تو اس سٹوری ٹیلر کی کہانی ہے۔</w:t>
      </w:r>
    </w:p>
    <w:p>
      <w:r>
        <w:rPr>
          <w:b/>
        </w:rPr>
        <w:t xml:space="preserve">[19:56] </w:t>
      </w:r>
      <w:r>
        <w:t>pehle zamane mein story teller aisa kaha karte the,</w:t>
      </w:r>
    </w:p>
    <w:p>
      <w:pPr>
        <w:jc w:val="right"/>
      </w:pPr>
      <w:r>
        <w:t>پہلے زمانے میں اسٹوری ٹیلر ایسا کہا کرتے تھے،</w:t>
      </w:r>
    </w:p>
    <w:p>
      <w:r>
        <w:rPr>
          <w:b/>
        </w:rPr>
        <w:t xml:space="preserve">[19:59] </w:t>
      </w:r>
      <w:r>
        <w:t>wohi darwain ne kiya aur sari dunya ne is ko paal liya. kisi ne socha nahi ke bhai is ka scientific proof kya hai? there is no scientific proof at all.</w:t>
      </w:r>
    </w:p>
    <w:p>
      <w:pPr>
        <w:jc w:val="right"/>
      </w:pPr>
      <w:r>
        <w:t>وہی ڈارون نے کیا اور ساری دنیا نے اس کو پال لیا۔ کسی نے سوچا نہیں کہ بھئی اس کا سائنٹیفک پروف کیا ہے؟ دیر از نو سائنٹیفک پروف ایٹ آل۔</w:t>
      </w:r>
    </w:p>
    <w:p>
      <w:r>
        <w:rPr>
          <w:b/>
        </w:rPr>
        <w:t xml:space="preserve">[20:11] </w:t>
      </w:r>
      <w:r>
        <w:t>sara gas work hai, gas work. maine bohat parha hai evolution theory ko, sara gas work hai. koi ek bhi sab kuch kiya base pe similarity pe base kar</w:t>
      </w:r>
    </w:p>
    <w:p>
      <w:pPr>
        <w:jc w:val="right"/>
      </w:pPr>
      <w:r>
        <w:t>سارا گیس ورک ہے، گیس ورک۔ میں نے بہت پڑھا ہے ایولوشن تھیوری کو، سارا گیس ورک ہے۔ کوئی ایک بھی سب کچھ کیا بیس پہ سمیلریٹی پہ بیس کر</w:t>
      </w:r>
    </w:p>
    <w:p>
      <w:r>
        <w:rPr>
          <w:b/>
        </w:rPr>
        <w:t xml:space="preserve">[20:21] </w:t>
      </w:r>
      <w:r>
        <w:t>ta hai. similarity yani goat ka dhancha similar hai zarafay ke dhanchay se, is liye zarafah jo hai, ban gaya hai goat se.</w:t>
      </w:r>
    </w:p>
    <w:p>
      <w:pPr>
        <w:jc w:val="right"/>
      </w:pPr>
      <w:r>
        <w:t>تا ہے۔ سمیلریٹی یعنی گوٹ کا ڈھانچہ سمیلر ہے زرافے کے ڈھانچے سے، اس لیے زرافہ جو ہے، بن گیا ہے گوٹ سے۔</w:t>
      </w:r>
    </w:p>
    <w:p>
      <w:r>
        <w:rPr>
          <w:b/>
        </w:rPr>
        <w:t xml:space="preserve">[20:30] </w:t>
      </w:r>
      <w:r>
        <w:t>billi ka dhancha similar hai sher se, to billi jo hai, wo sher ban gayi. ye kya? ye to badness hai. jab tak aap dikhayen nahi ke billi sher ban rahi hai, goat zarafah ban rahi hai,</w:t>
      </w:r>
    </w:p>
    <w:p>
      <w:pPr>
        <w:jc w:val="right"/>
      </w:pPr>
      <w:r>
        <w:t>بلی کا ڈھانچہ سمیلر ہے شیر سے، تو بلی جو ہے، وہ شیر بن گئی۔ یہ کیا؟ یہ تو بیڈنس ہے۔ جب تک آپ دکھائیں نہیں کہ بلی شیر بن رہی ہے، گوٹ زرافہ بن رہی ہے،</w:t>
      </w:r>
    </w:p>
    <w:p>
      <w:r>
        <w:rPr>
          <w:b/>
        </w:rPr>
        <w:t xml:space="preserve">[20:43] </w:t>
      </w:r>
      <w:r>
        <w:t>tab tak ye gas, ye gas rahega. ye ye story rahegi. ye</w:t>
      </w:r>
    </w:p>
    <w:p>
      <w:pPr>
        <w:jc w:val="right"/>
      </w:pPr>
      <w:r>
        <w:t>تب تک یہ گیس، یہ گیس رہے گا۔ یہ یہ اسٹوری رہے گی۔ یہ</w:t>
      </w:r>
    </w:p>
    <w:p>
      <w:r>
        <w:rPr>
          <w:b/>
        </w:rPr>
        <w:t xml:space="preserve">[20:50] </w:t>
      </w:r>
      <w:r>
        <w:t>to ye darwain ne ye kiya aur is ko natural selection ka naam diya. do term use karta hai wo: natural selection aur survival of the fittest.</w:t>
      </w:r>
    </w:p>
    <w:p>
      <w:pPr>
        <w:jc w:val="right"/>
      </w:pPr>
      <w:r>
        <w:t>تو یہ ڈارون نے یہ کیا اور اس کو نیچرل سلیکشن کا نام دیا۔ دو ٹرم یوز کرتا ہے وہ: نیچرل سلیکشن اور سروائیول آف دا فٹسٹ۔</w:t>
      </w:r>
    </w:p>
    <w:p>
      <w:r>
        <w:rPr>
          <w:b/>
        </w:rPr>
        <w:t xml:space="preserve">[21:03] </w:t>
      </w:r>
      <w:r>
        <w:t>natural selection aur survival of the fittest. to ek khoobsurat, main manta hoon ke is ne bohat hi ek beautiful term banaya. is is ka badshah tha darwain, beautiful term banane ka.</w:t>
      </w:r>
    </w:p>
    <w:p>
      <w:pPr>
        <w:jc w:val="right"/>
      </w:pPr>
      <w:r>
        <w:t>نیچرل سلیکشن اور سروائیول آف دا فٹسٹ۔ تو ایک خوبصورت، میں مانتا ہوں کہ اس نے بہت ہی ایک بیوٹی فل ٹرم بنایا۔ اس اس کا بادشاہ تھا ڈارون، بیوٹی فل ٹرم بنانے کا۔</w:t>
      </w:r>
    </w:p>
    <w:p>
      <w:r>
        <w:rPr>
          <w:b/>
        </w:rPr>
        <w:t xml:space="preserve">[21:14] </w:t>
      </w:r>
      <w:r>
        <w:t>lekin is term ke peeche kya tha? kuch bhi nahi</w:t>
      </w:r>
    </w:p>
    <w:p>
      <w:pPr>
        <w:jc w:val="right"/>
      </w:pPr>
      <w:r>
        <w:t>لیکن اس ٹرم کے پیچھے کیا تھا؟ کچھ بھی نہیں</w:t>
      </w:r>
    </w:p>
    <w:p>
      <w:r>
        <w:rPr>
          <w:b/>
        </w:rPr>
        <w:t xml:space="preserve">[21:17] </w:t>
      </w:r>
      <w:r>
        <w:t>tha. us waqt dut check, dut check use hota hai bank ki istilaah mein. agar aap ek check likhen, us par likh den ke five thousand rupees de den kisi ko, aur jab wo bank mein jaye to wo kahe ke bhai is mein to ab sirf das rupiya, so rupiya hai bas.</w:t>
      </w:r>
    </w:p>
    <w:p>
      <w:pPr>
        <w:jc w:val="right"/>
      </w:pPr>
      <w:r>
        <w:t>تھا۔ اس وقت ڈٹ چیک، ڈٹ چیک یوز ہوتا ہے بینک کی اصطلاح میں۔ اگر آپ ایک چیک لکھیں، اس پر لکھ دیں کہ فائیو تھا روپی دے دیں کسی کو، اور جب وہ بینک میں جائے تو وہ کہے کہ بھئی اس میں تو اب صرف دس روپیہ، سو روپیہ ہے بس۔</w:t>
      </w:r>
    </w:p>
    <w:p>
      <w:r>
        <w:rPr>
          <w:b/>
        </w:rPr>
        <w:t xml:space="preserve">[21:36] </w:t>
      </w:r>
      <w:r>
        <w:t>to wo hai dut check, du</w:t>
      </w:r>
    </w:p>
    <w:p>
      <w:pPr>
        <w:jc w:val="right"/>
      </w:pPr>
      <w:r>
        <w:t>تو وہ ہے ڈٹ چیک، ڈی یو</w:t>
      </w:r>
    </w:p>
    <w:p>
      <w:r>
        <w:rPr>
          <w:b/>
        </w:rPr>
        <w:t xml:space="preserve">[21:38] </w:t>
      </w:r>
      <w:r>
        <w:t>d. yani jis check ke peeche bank mein paisa maujood na ho. to aisa hi hai, ye beautiful words hain jis ke liye koi yani reality mein, real world mein is ka koi proof nahi hai.</w:t>
      </w:r>
    </w:p>
    <w:p>
      <w:pPr>
        <w:jc w:val="right"/>
      </w:pPr>
      <w:r>
        <w:t>ڈی۔ یعنی جس چیک کے پیچھے بینک میں پیسہ موجود نہ ہو۔ تو ایسا ہی ہے، یہ بیوٹی فل ورڈز ہیں جس کے لیے کوئی یعنی ریلیٹی میں، ریل ورلڈ میں اس کا کوئی پروف نہیں ہے۔</w:t>
      </w:r>
    </w:p>
    <w:p>
      <w:r>
        <w:rPr>
          <w:b/>
        </w:rPr>
        <w:t xml:space="preserve">[21:54] </w:t>
      </w:r>
      <w:r>
        <w:t>ye tha darwain ka, yani darwain ka ye mughalta ya deception, jo bhi lafz boliye aap.</w:t>
      </w:r>
    </w:p>
    <w:p>
      <w:pPr>
        <w:jc w:val="right"/>
      </w:pPr>
      <w:r>
        <w:t>یہ تھا ڈارون کا، یعنی ڈارون کا یہ مغالطہ یا ڈیسیپشن، جو بھی لفظ بولیے آپ۔</w:t>
      </w:r>
    </w:p>
    <w:p>
      <w:r>
        <w:rPr>
          <w:b/>
        </w:rPr>
        <w:t xml:space="preserve">[22:08] </w:t>
      </w:r>
      <w:r>
        <w:t>ab aap lijiye marx ko, karl marx. karl marx jis ki death hui hai 1883 mein, ye germany mein paida hua.</w:t>
      </w:r>
    </w:p>
    <w:p>
      <w:pPr>
        <w:jc w:val="right"/>
      </w:pPr>
      <w:r>
        <w:t>اب آپ لیجئے مارس کو، کارل مارس۔ کارل مارس جس کی ڈیتھ ہوئی ہے 1883 میں، یہ جرمنی میں پیدا ہوا۔</w:t>
      </w:r>
    </w:p>
    <w:p>
      <w:r>
        <w:rPr>
          <w:b/>
        </w:rPr>
        <w:t xml:space="preserve">[22:19] </w:t>
      </w:r>
      <w:r>
        <w:t>bohat hi intelligent aadmi tha, bohat hi intelligent. to is ne kiya kiya? is ne ek theory banayi jis ko kehte hain dialectical materialism.</w:t>
      </w:r>
    </w:p>
    <w:p>
      <w:pPr>
        <w:jc w:val="right"/>
      </w:pPr>
      <w:r>
        <w:t>بہت ہی انٹیلیجنٹ آدمی تھا، بہت ہی انٹیلیجنٹ۔ تو اس نے کیا کیا؟ اس نے ایک تھیوری بنائی جس کو کہتے ہیں ڈائیلیکٹیکل مٹیریلزم۔</w:t>
      </w:r>
    </w:p>
    <w:p>
      <w:r>
        <w:rPr>
          <w:b/>
        </w:rPr>
        <w:t xml:space="preserve">[22:34] </w:t>
      </w:r>
      <w:r>
        <w:t>is theory ki is ne asal nikali four bach se aur aur hegel se. to theory banayi, kya theory thi?</w:t>
      </w:r>
    </w:p>
    <w:p>
      <w:pPr>
        <w:jc w:val="right"/>
      </w:pPr>
      <w:r>
        <w:t>اس تھیوری کی اس نے اصل نکالی فور باخ سے اور اور ہیگل سے۔ تو تھیوری بنائی، کیا تھیوری تھی؟</w:t>
      </w:r>
    </w:p>
    <w:p>
      <w:r>
        <w:rPr>
          <w:b/>
        </w:rPr>
        <w:t xml:space="preserve">[22:45] </w:t>
      </w:r>
      <w:r>
        <w:t>is par kitab likhi is ne, das capital. to bohat parha tha, bohat parha tha, bohat parha is ne. lekin jo is ne theory pesh ki, wo to bilkul steeped theory thi.</w:t>
      </w:r>
    </w:p>
    <w:p>
      <w:pPr>
        <w:jc w:val="right"/>
      </w:pPr>
      <w:r>
        <w:t>اس پر کتاب لکھی اس نے، داس کیپیٹل۔ تو بہت پڑھا تھا، بہت پڑھا تھا، بہت پڑھا اس نے۔ لیکن جو اس نے تھیوری پیش کی، وہ تو بالکل اسٹیپڈ تھیوری تھی۔</w:t>
      </w:r>
    </w:p>
    <w:p>
      <w:r>
        <w:rPr>
          <w:b/>
        </w:rPr>
        <w:t xml:space="preserve">[22:55] </w:t>
      </w:r>
      <w:r>
        <w:t>wo</w:t>
      </w:r>
    </w:p>
    <w:p>
      <w:pPr>
        <w:jc w:val="right"/>
      </w:pPr>
      <w:r>
        <w:t>وہ</w:t>
      </w:r>
    </w:p>
    <w:p>
      <w:r>
        <w:rPr>
          <w:b/>
        </w:rPr>
        <w:t xml:space="preserve">[22:57] </w:t>
      </w:r>
      <w:r>
        <w:t>is ne bataya ke history mein hamesha ek takrao rehta hai, takrao. aur insan ko bant diya is ne explaiter aur exploited mein.</w:t>
      </w:r>
    </w:p>
    <w:p>
      <w:pPr>
        <w:jc w:val="right"/>
      </w:pPr>
      <w:r>
        <w:t>اس نے بتایا کہ ہسٹری میں ہمیشہ ایک ٹکراؤ رہتا ہے، ٹکراؤ۔ اور انسان کو بانٹ دیا اس نے ایکسپلائٹر اور ایکسپلائٹڈ میں۔</w:t>
      </w:r>
    </w:p>
    <w:p>
      <w:r>
        <w:rPr>
          <w:b/>
        </w:rPr>
        <w:t xml:space="preserve">[23:08] </w:t>
      </w:r>
      <w:r>
        <w:t>kuch log exploit karte hain, kuch log exploit hote hain. exploiters aur exploited dono mein clash hota hai. is ko is ne ek hegel se le kar ke bohat hi beautiful naam diya,</w:t>
      </w:r>
    </w:p>
    <w:p>
      <w:pPr>
        <w:jc w:val="right"/>
      </w:pPr>
      <w:r>
        <w:t>کچھ لوگ ایکسپلائٹ کرتے ہیں، کچھ لوگ ایکسپلائٹ ہوتے ہیں۔ ایکسپلائٹرز اور ایکسپلائٹڈ دونوں میں کلیش ہوتا ہے۔ اس کو اس نے ایک ہیگل سے لے کر کے بہت ہی بیوٹی فل نام دیا،</w:t>
      </w:r>
    </w:p>
    <w:p>
      <w:r>
        <w:rPr>
          <w:b/>
        </w:rPr>
        <w:t xml:space="preserve">[23:22] </w:t>
      </w:r>
      <w:r>
        <w:t>dialectical materialism. to is ne kaha ke history mein kya hota hai?</w:t>
      </w:r>
    </w:p>
    <w:p>
      <w:pPr>
        <w:jc w:val="right"/>
      </w:pPr>
      <w:r>
        <w:t>ڈائیلیکٹیکل مٹیریلزم۔ تو اس نے کہا کہ ہسٹری میں کیا ہوتا ہے؟</w:t>
      </w:r>
    </w:p>
    <w:p>
      <w:r>
        <w:rPr>
          <w:b/>
        </w:rPr>
        <w:t xml:space="preserve">[23:26] </w:t>
      </w:r>
      <w:r>
        <w:t>thesis, anti thesis aur synthesis. ye ek process hai. jaise ke</w:t>
      </w:r>
    </w:p>
    <w:p>
      <w:pPr>
        <w:jc w:val="right"/>
      </w:pPr>
      <w:r>
        <w:t>تھیسز، اینٹی تھیسز اور سنتھیسز۔ یہ ایک پروسیس ہے۔ جیسے کہ</w:t>
      </w:r>
    </w:p>
    <w:p>
      <w:r>
        <w:rPr>
          <w:b/>
        </w:rPr>
        <w:t xml:space="preserve">[23:37] </w:t>
      </w:r>
      <w:r>
        <w:t>is zamane mein is ne bataya ke capitalist paida hui hai. capitalist jo hai, wo thesis hai. is ka anti thesis kya hai?</w:t>
      </w:r>
    </w:p>
    <w:p>
      <w:pPr>
        <w:jc w:val="right"/>
      </w:pPr>
      <w:r>
        <w:t>اس زمانے میں اس نے بتایا کہ کیپیٹلسٹ پیدا ہوئی ہے۔ کیپیٹلسٹ جو ہے، وہ تھیسز ہے۔ اس کا اینٹی تھیسز کیا ہے؟</w:t>
      </w:r>
    </w:p>
    <w:p>
      <w:r>
        <w:rPr>
          <w:b/>
        </w:rPr>
        <w:t xml:space="preserve">[23:45] </w:t>
      </w:r>
      <w:r>
        <w:t>labor class hai. ab dono mein clash hoga, is ke baad synthesis hoga, aur phir wo better nizam ban jayega.</w:t>
      </w:r>
    </w:p>
    <w:p>
      <w:pPr>
        <w:jc w:val="right"/>
      </w:pPr>
      <w:r>
        <w:t>لیبر کلاس ہے۔ اب دونوں میں کلیش ہوگا، اس کے بعد سنتھیسز ہوگا، اور پھر وہ بیٹر نظام بن جائے گا۔</w:t>
      </w:r>
    </w:p>
    <w:p>
      <w:r>
        <w:rPr>
          <w:b/>
        </w:rPr>
        <w:t xml:space="preserve">[23:53] </w:t>
      </w:r>
      <w:r>
        <w:t>to ye ek ek poori poori history mein ek takrao hai, exploiters ka, exploited ka, thesis ka, anti thesis ka, aur phir synthesis hota rehta hai.</w:t>
      </w:r>
    </w:p>
    <w:p>
      <w:pPr>
        <w:jc w:val="right"/>
      </w:pPr>
      <w:r>
        <w:t>تو یہ ایک ایک پوری پوری ہسٹری میں ایک ٹکراؤ ہے، ایکسپلائٹرز کا، ایکسپلائٹڈ کا، تھیسز کا، اینٹی تھیسز کا، اور پھر سنتھیسز ہوتا رہتا ہے۔</w:t>
      </w:r>
    </w:p>
    <w:p>
      <w:r>
        <w:rPr>
          <w:b/>
        </w:rPr>
        <w:t xml:space="preserve">[24:05] </w:t>
      </w:r>
      <w:r>
        <w:t>to poori life ko takraao ki life bana diya is ne. is ne itna asar dala hai, mars ne ke garbrit ne likha, jo bohat bara scholar tha america ka, mar gaya.</w:t>
      </w:r>
    </w:p>
    <w:p>
      <w:pPr>
        <w:jc w:val="right"/>
      </w:pPr>
      <w:r>
        <w:t>تو پوری لائف کو ٹکراؤ کی لائف بنا دیا اس نے۔ اس نے اتنا اثر ڈالا ہے، مارس نے کہ گاربریت نے لکھا، جو بہت بڑا اسکالر تھا امریکہ کا، مر گیا۔</w:t>
      </w:r>
    </w:p>
    <w:p>
      <w:r>
        <w:rPr>
          <w:b/>
        </w:rPr>
        <w:t xml:space="preserve">[24:17] </w:t>
      </w:r>
      <w:r>
        <w:t>garbrit ne is ne kaha ke history mein muhammad se bhi zyada agar kisi ne asar dala history par to wo karl mars hai. sari dunya ko is ne is mein, is is option mein daal diya.</w:t>
      </w:r>
    </w:p>
    <w:p>
      <w:pPr>
        <w:jc w:val="right"/>
      </w:pPr>
      <w:r>
        <w:t>گاربریت نے اس نے کہا کہ ہسٹری میں محمد سے بھی زیادہ اگر کسی نے اثر ڈالا ہسٹری پر تو وہ کارل مارس ہے۔ ساری دنیا کو اس نے اس میں، اس اس اپشن میں ڈال دیا۔</w:t>
      </w:r>
    </w:p>
    <w:p>
      <w:r>
        <w:rPr>
          <w:b/>
        </w:rPr>
        <w:t xml:space="preserve">[24:31] </w:t>
      </w:r>
      <w:r>
        <w:t>aur isi ka nateeja hai ke aaj aap dekhte hain har taraf takraao. mein aik baar gaya is area mein, jahan ke bihar aur bengal ke area mein, jahan ke koyle ki kanein hain, sab kanein band pari theen, sab band pari theen.</w:t>
      </w:r>
    </w:p>
    <w:p>
      <w:pPr>
        <w:jc w:val="right"/>
      </w:pPr>
      <w:r>
        <w:t>اور اسی کا نتیجہ ہے کہ آج آپ دیکھتے ہیں ہر طرف ٹکراؤ۔ میں ایک بار گیا اس ایریا میں، جہاں کہ بہار اور بنگال کے ایریا میں، جہاں کہ کوئلے کی کانیں ہیں، سب کانیں بند پڑی تھیں، سب بند پڑی تھیں۔</w:t>
      </w:r>
    </w:p>
    <w:p>
      <w:r>
        <w:rPr>
          <w:b/>
        </w:rPr>
        <w:t xml:space="preserve">[24:43] </w:t>
      </w:r>
      <w:r>
        <w:t>to mein ne poocha ke yeh kya qissa hai</w:t>
      </w:r>
    </w:p>
    <w:p>
      <w:pPr>
        <w:jc w:val="right"/>
      </w:pPr>
      <w:r>
        <w:t>تو میں نے پوچھا کہ یہ کیا قصہ ہے</w:t>
      </w:r>
    </w:p>
    <w:p>
      <w:r>
        <w:rPr>
          <w:b/>
        </w:rPr>
        <w:t xml:space="preserve">[24:45] </w:t>
      </w:r>
      <w:r>
        <w:t>? to wahan par yeh marsism phaila hua hai. abhi bhi aap jante hain ke muawza kya hai, wo marsism ka extension hai. to wahan par mazdoor aur aur سرمایہ دار ke jhagde mein strike, strike, strike.</w:t>
      </w:r>
    </w:p>
    <w:p>
      <w:pPr>
        <w:jc w:val="right"/>
      </w:pPr>
      <w:r>
        <w:t>؟ تو وہاں پر یہ مارسن پھیلا ہوا ہے۔ ابھی بھی آپ جانتے ہیں کہ معاوض کیا ہے، وہ مارسن کا ایکسٹینشن ہے۔ تو وہاں پر مزدور اور اور سرمایہ دار کے جھگڑے میں اسٹرائیک، اسٹرائیک، اسٹرائیک۔</w:t>
      </w:r>
    </w:p>
    <w:p>
      <w:r>
        <w:rPr>
          <w:b/>
        </w:rPr>
        <w:t xml:space="preserve">[25:00] </w:t>
      </w:r>
      <w:r>
        <w:t>yani india ko koya bahar se banana para, australia se mangana para, kyunke mulk ke jo koyle thay, wo strike ki wajah se wo kanein band pari hui theen.</w:t>
      </w:r>
    </w:p>
    <w:p>
      <w:pPr>
        <w:jc w:val="right"/>
      </w:pPr>
      <w:r>
        <w:t>یعنی انڈیا کو کوئلہ باہر سے بنانا پڑا، آسٹریلیا سے منگانا پڑا، کیونکہ ملک کے جو کوئلے تھے، وہ اسٹرائیک کی وجہ سے وہ کانیں بند پڑی ہوئی تھیں۔</w:t>
      </w:r>
    </w:p>
    <w:p>
      <w:r>
        <w:rPr>
          <w:b/>
        </w:rPr>
        <w:t xml:space="preserve">[25:09] </w:t>
      </w:r>
      <w:r>
        <w:t>abhi bhi yeh halat hai.</w:t>
      </w:r>
    </w:p>
    <w:p>
      <w:pPr>
        <w:jc w:val="right"/>
      </w:pPr>
      <w:r>
        <w:t>ابھی بھی یہ حالت ہے۔</w:t>
      </w:r>
    </w:p>
    <w:p>
      <w:r>
        <w:rPr>
          <w:b/>
        </w:rPr>
        <w:t xml:space="preserve">[25:12] </w:t>
      </w:r>
      <w:r>
        <w:t>to yeh jo hota hai, strike hota hai, bharat band hota hai, aur aaye din jo takraao hota hai, takraao ki position chal pari hai hamare paas.</w:t>
      </w:r>
    </w:p>
    <w:p>
      <w:pPr>
        <w:jc w:val="right"/>
      </w:pPr>
      <w:r>
        <w:t>تو یہ جو ہوتا ہے، اسٹرائیک ہوتا ہے، بھارت بند ہوتا ہے، اور آئے دن جو ٹکراؤ ہوتا ہے، ٹکراؤ کی پوزیشن چل پڑی ہے ہمارے پاس۔</w:t>
      </w:r>
    </w:p>
    <w:p>
      <w:r>
        <w:rPr>
          <w:b/>
        </w:rPr>
        <w:t xml:space="preserve">[25:20] </w:t>
      </w:r>
      <w:r>
        <w:t>yeh sab deen hai mars ka. yeh dialect, dialect, dialectical materialism ka yeh extension hai. abhi bhi wahi rule kar rahe hain, jahan bhi mars wadi hain, jahan bhi leftist hain, abhi bhi dunya ko inhon ne leftist aur rightist mein baant rakha hai.</w:t>
      </w:r>
    </w:p>
    <w:p>
      <w:pPr>
        <w:jc w:val="right"/>
      </w:pPr>
      <w:r>
        <w:t>یہ سب دین ہے مارس کا۔ یہ ڈائیلیکٹ، ڈائیلیکٹ، ڈائیلیکٹیکل مٹیریلزم کا یہ ایکسٹینشن ہے۔ ابھی بھی وہی رول کر رہے ہیں، جہاں بھی مارس وادی ہیں، جہاں بھی لیفٹسٹ ہیں، ابھی بھی دنیا کو انہوں نے لیفٹسٹ اور رائٹسٹ میں بانٹ رکھا ہے۔</w:t>
      </w:r>
    </w:p>
    <w:p>
      <w:r>
        <w:rPr>
          <w:b/>
        </w:rPr>
        <w:t xml:space="preserve">[25:36] </w:t>
      </w:r>
      <w:r>
        <w:t>leftist aur rightist ka takraao chal raha hai, abhi bhi.</w:t>
      </w:r>
    </w:p>
    <w:p>
      <w:pPr>
        <w:jc w:val="right"/>
      </w:pPr>
      <w:r>
        <w:t>لیفٹسٹ اور رائٹسٹ کا ٹکراؤ چل رہا ہے، ابھی بھی۔</w:t>
      </w:r>
    </w:p>
    <w:p>
      <w:r>
        <w:rPr>
          <w:b/>
        </w:rPr>
        <w:t xml:space="preserve">[25:42] </w:t>
      </w:r>
      <w:r>
        <w:t>to yeh theory itna phaili, itna phaili, takraao ki theory ke aik thesis aata hai, phir anti thesis aata hai, phir synthesis hota hai, phir ja kar ke aik aik better society banti hai.</w:t>
      </w:r>
    </w:p>
    <w:p>
      <w:pPr>
        <w:jc w:val="right"/>
      </w:pPr>
      <w:r>
        <w:t>تو یہ تھیوری اتنا پھیلی، اتنا پھیلی، ٹکراؤ کی تھیوری کہ ایک تھیز آتا ہے، پھر اینٹی تھیز آتا ہے، پھر سنتھیز ہوتا ہے، پھر جا کر کے ایک ایک بیٹر سوسائٹی بنتی ہے۔</w:t>
      </w:r>
    </w:p>
    <w:p>
      <w:r>
        <w:rPr>
          <w:b/>
        </w:rPr>
        <w:t xml:space="preserve">[25:53] </w:t>
      </w:r>
      <w:r>
        <w:t>yeh chalta rehta hai, aik aik cycle hai, endless cycle hai. yeh to is ka hum bhugat bhugat rahe hain. yahi hua russia mein, aap jante hain, hua ke 25 billion insan maar dale gaye israel ke zamane mein, isi isi takraao ke nateeje mein.</w:t>
      </w:r>
    </w:p>
    <w:p>
      <w:pPr>
        <w:jc w:val="right"/>
      </w:pPr>
      <w:r>
        <w:t>یہ چلتا رہتا ہے، ایک ایک سائیکل ہے، اینڈ لیس سائیکل ہے۔ یہ تو اس کا ہم بھگت بھگت رہے ہیں۔ یہی ہوا رشیا میں، آپ جانتے ہیں، ہوا کہ 25 بلین انسان مار ڈالے گئے اسرائیل کے زمانے میں، اسی اسی ٹکراؤ کے نتیجے میں۔</w:t>
      </w:r>
    </w:p>
    <w:p>
      <w:r>
        <w:rPr>
          <w:b/>
        </w:rPr>
        <w:t xml:space="preserve">[26:10] </w:t>
      </w:r>
      <w:r>
        <w:t>is ke baad abhi bhi aap dekhiye, agarche communist rule chand jaghon par rahe, lekin communist theory har jagah chal rahi hai. jitna bhi takraao ki policy hai, jitna bhi strike hota hai, jitna bhi band hota hai, jitna bhi yeh takraao chal raha hai, yeh human right,</w:t>
      </w:r>
    </w:p>
    <w:p>
      <w:pPr>
        <w:jc w:val="right"/>
      </w:pPr>
      <w:r>
        <w:t>اس کے بعد ابھی بھی آپ دیکھیے، اگرچہ کمیونسٹ رول چند جگہوں پر رہے، لیکن کمیونسٹ تھیوری ہر جگہ چل رہی ہے۔ جتنا بھی ٹکراؤ کی پالیسی ہے، جتنا بھی اسٹرائیک ہوتا ہے، جتنا بھی بند ہوتا ہے، جتنا بھی یہ ٹکراؤ چل رہا ہے، یہ ہیومن رائٹ،</w:t>
      </w:r>
    </w:p>
    <w:p>
      <w:r>
        <w:rPr>
          <w:b/>
        </w:rPr>
        <w:t xml:space="preserve">[26:27] </w:t>
      </w:r>
      <w:r>
        <w:t>human rights ke upar ke naam par jo takraao chal raha hai, wo sab isi ke deen hain.</w:t>
      </w:r>
    </w:p>
    <w:p>
      <w:pPr>
        <w:jc w:val="right"/>
      </w:pPr>
      <w:r>
        <w:t>ہیومن رائٹس کے اوپر کے نام پر جو ٹکراؤ چل رہا ہے، وہ سب اسی کے دین ہیں۔</w:t>
      </w:r>
    </w:p>
    <w:p>
      <w:r>
        <w:rPr>
          <w:b/>
        </w:rPr>
        <w:t xml:space="preserve">[26:33] </w:t>
      </w:r>
      <w:r>
        <w:t>to yeh hai justified evil. mein kahunga is ko yani darwin ne bhi aik justified evil pesh ki, justified philosophy, justified philosophy of evil.</w:t>
      </w:r>
    </w:p>
    <w:p>
      <w:pPr>
        <w:jc w:val="right"/>
      </w:pPr>
      <w:r>
        <w:t>تو یہ ہے جسٹیفائیڈ ایول۔ میں کہوں گا اس کو یعنی ڈارون نے بھی ایک جسٹیفائیڈ ایول پیش کی، جسٹیفائیڈ فلاسفی، جسٹیفائیڈ فلاسفی آف ایول۔</w:t>
      </w:r>
    </w:p>
    <w:p>
      <w:r>
        <w:rPr>
          <w:b/>
        </w:rPr>
        <w:t xml:space="preserve">[26:44] </w:t>
      </w:r>
      <w:r>
        <w:t>aise mars ne bhi aik justified philosophy of evil pesh ki. log log is ka tanzeeya nahi kar sake. mere ilm mein to koi bhi nahi is ka sahi maloom tanzeeya kar saka ho, na darwin ka, na mars ka, na aur doosre logon ka.</w:t>
      </w:r>
    </w:p>
    <w:p>
      <w:pPr>
        <w:jc w:val="right"/>
      </w:pPr>
      <w:r>
        <w:t>ایسے مارس نے بھی ایک جسٹیفائیڈ فلاسفی آف ایول پیش کی۔ لوگ لوگ اس کا تجزیہ نہیں کر سکے۔ میرے علم میں تو کوئی بھی نہیں اس کا صحیح معلوم تجزیہ کر سکا ہو، نہ ڈارون کا، نہ مارس کا، نہ اور دوسرے لوگوں کا۔</w:t>
      </w:r>
    </w:p>
    <w:p>
      <w:r>
        <w:rPr>
          <w:b/>
        </w:rPr>
        <w:t xml:space="preserve">[26:56] </w:t>
      </w:r>
      <w:r>
        <w:t>isi mein log gum hain, abhi tak gum hain, abhi tak.</w:t>
      </w:r>
    </w:p>
    <w:p>
      <w:pPr>
        <w:jc w:val="right"/>
      </w:pPr>
      <w:r>
        <w:t>اسی میں لوگ گم ہیں، ابھی تک گم ہیں، ابھی تک۔</w:t>
      </w:r>
    </w:p>
    <w:p>
      <w:r>
        <w:rPr>
          <w:b/>
        </w:rPr>
        <w:t xml:space="preserve">[26:59] </w:t>
      </w:r>
      <w:r>
        <w:t>agarche is ka bura nateeja de kar ke bohat se log ise yani pasand nahi karte, lekin analysis koi nahi kar sakta is ka. is mein ghalti kahan hai?</w:t>
      </w:r>
    </w:p>
    <w:p>
      <w:pPr>
        <w:jc w:val="right"/>
      </w:pPr>
      <w:r>
        <w:t>اگرچہ اس کا برا نتیجہ دے کر کے بہت سے لوگ اسے یعنی پسند نہیں کرتے، لیکن انالیسز کوئی نہیں کر سکتا اس کا۔ اس میں غلطی کہاں ہے؟</w:t>
      </w:r>
    </w:p>
    <w:p>
      <w:r>
        <w:rPr>
          <w:b/>
        </w:rPr>
        <w:t xml:space="preserve">[27:11] </w:t>
      </w:r>
      <w:r>
        <w:t>to mein ne aik kitaab likhi thi, is ka bohat pehle aap se samajhta hoon, shayad 40 saal pehle, is ka urdu mein thi. wo marxism tareekh jis ko radd kar chuki hai, yani jis ko history rej</w:t>
      </w:r>
    </w:p>
    <w:p>
      <w:pPr>
        <w:jc w:val="right"/>
      </w:pPr>
      <w:r>
        <w:t>تو میں نے ایک کتاب لکھی تھی، اس کا بہت پہلے آپ سے سمجھتا ہوں، شاید 40 سال پہلے، اس کا اردو میں تھی۔ وہ مارسزم تاریخ جس کو رد کر چکی ہے، یعنی جس کو ہسٹری ریج</w:t>
      </w:r>
    </w:p>
    <w:p>
      <w:r>
        <w:rPr>
          <w:b/>
        </w:rPr>
        <w:t xml:space="preserve">[27:25] </w:t>
      </w:r>
      <w:r>
        <w:t>ect kar chuki hai. to log is ko hanste thay ke itna dabdaba tha is zamane mein communism ka, yani aik russian empire qaim tha, wo wo tha soviet union qaim tha.</w:t>
      </w:r>
    </w:p>
    <w:p>
      <w:pPr>
        <w:jc w:val="right"/>
      </w:pPr>
      <w:r>
        <w:t>یکٹ کر چکی ہے۔ تو لوگ اس کو ہنستے تھے کہ اتنا دبدبہ تھا اس زمانے میں کمیونزم کا، یعنی ایک رشین ایمپائر قائم تھا، وہ وہ تھا سوویت یونین قائم تھا۔</w:t>
      </w:r>
    </w:p>
    <w:p>
      <w:r>
        <w:rPr>
          <w:b/>
        </w:rPr>
        <w:t xml:space="preserve">[27:38] </w:t>
      </w:r>
      <w:r>
        <w:t>to log kehte thay ke itna zabardast dabdaba qaim hua is ka, aur tum kehte ho ke wo reject ho chuka hai. lekin aap jante hain ke aaj yani wo reject, aaj wo reject ho chuka hai, ablin.</w:t>
      </w:r>
    </w:p>
    <w:p>
      <w:pPr>
        <w:jc w:val="right"/>
      </w:pPr>
      <w:r>
        <w:t>تو لوگ کہتے تھے کہ اتنا زبردست دبدبہ قائم ہوا اس کا، اور تم کہتے ہو کہ وہ ریجیکٹ ہو چکا ہے۔ لیکن آپ جانتے ہیں کہ آج یعنی وہ ریجیکٹ، آج وہ ریجیکٹ ہو چکا ہے، ابلن۔</w:t>
      </w:r>
    </w:p>
    <w:p>
      <w:r>
        <w:rPr>
          <w:b/>
        </w:rPr>
        <w:t xml:space="preserve">[27:49] </w:t>
      </w:r>
      <w:r>
        <w:t>agarche log is ka analysis nahi kar paate, is liye kahin na kahin is ke resolva waqe hain.</w:t>
      </w:r>
    </w:p>
    <w:p>
      <w:pPr>
        <w:jc w:val="right"/>
      </w:pPr>
      <w:r>
        <w:t>اگرچہ لوگ اس کا انالیسز نہیں کر پاتے، اس لیے کہیں نہ کہیں اس کے ریزلو واقع ہیں۔</w:t>
      </w:r>
    </w:p>
    <w:p>
      <w:r>
        <w:rPr>
          <w:b/>
        </w:rPr>
        <w:t xml:space="preserve">[27:57] </w:t>
      </w:r>
      <w:r>
        <w:t>to yeh tha mars ka qissa. is ke baad lijiye freud ko, sigmund freud.</w:t>
      </w:r>
    </w:p>
    <w:p>
      <w:pPr>
        <w:jc w:val="right"/>
      </w:pPr>
      <w:r>
        <w:t>تو یہ تھا مارس کا قصہ۔ اس کے بعد لیجئے فرائیڈ کو، سگمن فرائیڈ۔</w:t>
      </w:r>
    </w:p>
    <w:p>
      <w:r>
        <w:rPr>
          <w:b/>
        </w:rPr>
        <w:t xml:space="preserve">[28:07] </w:t>
      </w:r>
      <w:r>
        <w:t>yeh 1939 mein is ki death hui. is ka kya nazariya tha? sigmund freud ka aik psychology ka expert tha, yeh bohat bohat hi zyada intelligent aadmi tha.</w:t>
      </w:r>
    </w:p>
    <w:p>
      <w:pPr>
        <w:jc w:val="right"/>
      </w:pPr>
      <w:r>
        <w:t>یہ 1939 میں اس کی ڈیتھ ہوئی۔ اس کا کیا نظریہ تھا؟ سگمن فرائیڈ کا ایک سائیکالوجی کا ایکسپرٹ تھا، یہ بہت بہت ہی زیادہ انٹیلیجنٹ آدمی تھا۔</w:t>
      </w:r>
    </w:p>
    <w:p>
      <w:r>
        <w:rPr>
          <w:b/>
        </w:rPr>
        <w:t xml:space="preserve">[28:18] </w:t>
      </w:r>
      <w:r>
        <w:t>yeh is ne kya theory banai ke desire hai insan ke, desire</w:t>
      </w:r>
    </w:p>
    <w:p>
      <w:pPr>
        <w:jc w:val="right"/>
      </w:pPr>
      <w:r>
        <w:t>یہ اس نے کیا تھیوری بنائی کہ ڈیزائر ہے انسان کے، ڈیزائر</w:t>
      </w:r>
    </w:p>
    <w:p>
      <w:r>
        <w:rPr>
          <w:b/>
        </w:rPr>
        <w:t xml:space="preserve">[28:24] </w:t>
      </w:r>
      <w:r>
        <w:t>woh desire jo hai, unchecked us ko fulfillment milna chahiye, kyunke is ka talluq insaan ki personality growth se hai.</w:t>
      </w:r>
    </w:p>
    <w:p>
      <w:pPr>
        <w:jc w:val="right"/>
      </w:pPr>
      <w:r>
        <w:t>وہ ڈیزائر جو ہے، ان چیکڈ اس کو فلفلمنٹ ملنا چاہیے، کیونکہ اس کا تعلق انسان کی پرسنیلٹی گروتھ سے ہے۔</w:t>
      </w:r>
    </w:p>
    <w:p>
      <w:r>
        <w:rPr>
          <w:b/>
        </w:rPr>
        <w:t xml:space="preserve">[28:34] </w:t>
      </w:r>
      <w:r>
        <w:t>agar aap desire par check lagayenge to growth ruk jayega, to growth ruk jayega. itna phaila hai, itna phaila hai nazariya ke desire par check na lagao, ek dum total freedom de do aadmi ko.</w:t>
      </w:r>
    </w:p>
    <w:p>
      <w:pPr>
        <w:jc w:val="right"/>
      </w:pPr>
      <w:r>
        <w:t>اگر آپ ڈیزائر پر چیک لگائیں گے تو گروتھ رک جائے گا، تو گروتھ رک جائے گا۔ اتنا پھیلا ہے، اتنا پھیلا ہے نظریہ کہ ڈیزائر پر چیک نہ لگاؤ، ایک دم ٹوٹل فریڈم دے دو آدمی کو۔</w:t>
      </w:r>
    </w:p>
    <w:p>
      <w:r>
        <w:rPr>
          <w:b/>
        </w:rPr>
        <w:t xml:space="preserve">[28:48] </w:t>
      </w:r>
      <w:r>
        <w:t>main ek martaba london mein ek sahib ke haan gaya to un ke haan kitab rakhi hui thi. is mein likha hua tha ke agar tumhara bachcha, agar tumhare is mein khirki mein sheesha laga hua hai, tumhara bachcha us ko todta hai to roko mat us ko, todne do us ko, kyunke agar roko ge to is ka is ka growth ruk jayega,</w:t>
      </w:r>
    </w:p>
    <w:p>
      <w:pPr>
        <w:jc w:val="right"/>
      </w:pPr>
      <w:r>
        <w:t>میں ایک مرتبہ لندن میں ایک صاحب کے ہاں گیا تو ان کے ہاں کتاب رکھی ہوئی تھی۔ اس میں لکھا ہوا تھا کہ اگر تمہارا بچہ، اگر تمہارے اس میں کھڑکی میں شیشہ لگا ہوا ہے، تمہارا بچہ اس کو توڑتا ہے تو روکو مت اس کو، توڑنے دو اس کو، کیونکہ اگر روکو گے تو اس کا اس کا گروتھ رک جائے گا،</w:t>
      </w:r>
    </w:p>
    <w:p>
      <w:r>
        <w:rPr>
          <w:b/>
        </w:rPr>
        <w:t xml:space="preserve">[29:14] </w:t>
      </w:r>
      <w:r>
        <w:t>is ka intellect, personality ka growth</w:t>
      </w:r>
    </w:p>
    <w:p>
      <w:pPr>
        <w:jc w:val="right"/>
      </w:pPr>
      <w:r>
        <w:t>اس کا انٹلیکٹ، پرسنیلٹی کا گروتھ</w:t>
      </w:r>
    </w:p>
    <w:p>
      <w:r>
        <w:rPr>
          <w:b/>
        </w:rPr>
        <w:t xml:space="preserve">[29:17] </w:t>
      </w:r>
      <w:r>
        <w:t>ruk jayega. yeh kehti hai is ki stupid theory hai,</w:t>
      </w:r>
    </w:p>
    <w:p>
      <w:pPr>
        <w:jc w:val="right"/>
      </w:pPr>
      <w:r>
        <w:t>رک جائے گا۔ یہ کہتی ہے اس کی اسٹوپڈ تھیوری ہے،</w:t>
      </w:r>
    </w:p>
    <w:p>
      <w:r>
        <w:rPr>
          <w:b/>
        </w:rPr>
        <w:t xml:space="preserve">[29:22] </w:t>
      </w:r>
      <w:r>
        <w:t>lekin yeh itna phaili, itna phaili ke aaj sab sabhi log is se obsessed hain. abhi jo is ko hum kehte hain ke right here, right now, woh kya hai?</w:t>
      </w:r>
    </w:p>
    <w:p>
      <w:pPr>
        <w:jc w:val="right"/>
      </w:pPr>
      <w:r>
        <w:t>لیکن یہ اتنا پھیلی، اتنا پھیلی کہ آج سب سبھی لوگ اس سے ابسسٹ ہیں۔ ابھی جو اس کو ہم کہتے ہیں کہ رائٹ ہیر، رائٹ ناو، وہ کیا ہے؟</w:t>
      </w:r>
    </w:p>
    <w:p>
      <w:r>
        <w:rPr>
          <w:b/>
        </w:rPr>
        <w:t xml:space="preserve">[29:31] </w:t>
      </w:r>
      <w:r>
        <w:t>isi ka extension hai. yeh yaani jo bhi chahe insaan woh kare, aur koi kisi par rok nahi, koi kisi ka woh nahi check nahi.</w:t>
      </w:r>
    </w:p>
    <w:p>
      <w:pPr>
        <w:jc w:val="right"/>
      </w:pPr>
      <w:r>
        <w:t>اسی کا ایکسٹینشن ہے۔ یہ یعنی جو بھی چاہے انسان وہ کرے، اور کوئی کسی پر روک نہیں، کوئی کسی کا وہ نہیں چیک نہیں۔</w:t>
      </w:r>
    </w:p>
    <w:p>
      <w:r>
        <w:rPr>
          <w:b/>
        </w:rPr>
        <w:t xml:space="preserve">[29:43] </w:t>
      </w:r>
      <w:r>
        <w:t>yaani is ki aakhri had jo hai, main dekhta hoon papers mein, paper mein ek naya item badh gaya hai, virginity in sale. ab ghor kijiye ke virginity in sale</w:t>
      </w:r>
    </w:p>
    <w:p>
      <w:pPr>
        <w:jc w:val="right"/>
      </w:pPr>
      <w:r>
        <w:t>یعنی اس کی آخری حد جو ہے، میں دیکھتا ہوں پیپرز میں، پیپر میں ایک نیا آئٹم بڑھ گیا ہے، ورجینیٹی ان سیل۔ اب غور کیجئے کہ ورجینیٹی ان سیل</w:t>
      </w:r>
    </w:p>
    <w:p>
      <w:r>
        <w:rPr>
          <w:b/>
        </w:rPr>
        <w:t xml:space="preserve">[29:59] </w:t>
      </w:r>
      <w:r>
        <w:t>yaani is se bhi zyada ahmaqana koi baat ho sakti hai, besharmi ki baat koi ho sakti hai. yaani hewano bhi ne aisa nahi kiya tha ke virginity in sale aur kya ho?</w:t>
      </w:r>
    </w:p>
    <w:p>
      <w:pPr>
        <w:jc w:val="right"/>
      </w:pPr>
      <w:r>
        <w:t>یعنی اس سے بھی زیادہ احمقانہ کوئی بات ہو سکتی ہے، بے شرمی کی بات کوئی ہو سکتی ہے۔ یعنی حیوانوں بھی نے ایسا نہیں کیا تھا کہ ورجینیٹی ان سیل اور کیا ہو؟</w:t>
      </w:r>
    </w:p>
    <w:p>
      <w:r>
        <w:rPr>
          <w:b/>
        </w:rPr>
        <w:t xml:space="preserve">[30:07] </w:t>
      </w:r>
      <w:r>
        <w:t>hewano bhi jore hote hain, hewano mein aisa nahi hai jo insano mein aaj kal ho gaya hai.</w:t>
      </w:r>
    </w:p>
    <w:p>
      <w:pPr>
        <w:jc w:val="right"/>
      </w:pPr>
      <w:r>
        <w:t>حیوانوں بھی جوڑے ہوتے ہیں، حیوانوں میں ایسا نہیں ہے جو انسانوں میں آج کل ہو گیا ہے۔</w:t>
      </w:r>
    </w:p>
    <w:p>
      <w:r>
        <w:rPr>
          <w:b/>
        </w:rPr>
        <w:t xml:space="preserve">[30:13] </w:t>
      </w:r>
      <w:r>
        <w:t>yaani free society hai jo ho gayi, insano mein, hewano mein aaj bhi nahi hai. yeh hewano mein jore jore hote hain. ab main paperon pe dekhta hoon ke virginity in sale jo itna ajeeb maloom hota hai ke ke insaan kahan pahunch chuka hai.</w:t>
      </w:r>
    </w:p>
    <w:p>
      <w:pPr>
        <w:jc w:val="right"/>
      </w:pPr>
      <w:r>
        <w:t>یعنی فری سوسائٹی ہے جو ہو گئی، انسانوں میں، حیوانوں میں آج بھی نہیں ہے۔ یہ حیوانوں میں جوڑے جوڑے ہوتے ہیں۔ اب میں پیپروں پہ دیکھتا ہوں کہ ورجینیٹی ان سیل جو اتنا عجیب معلوم ہوتا ہے کہ کہ انسان کہاں پہنچ چکا ہے۔</w:t>
      </w:r>
    </w:p>
    <w:p>
      <w:r>
        <w:rPr>
          <w:b/>
        </w:rPr>
        <w:t xml:space="preserve">[30:33] </w:t>
      </w:r>
      <w:r>
        <w:t>hadith mein aata hai ke "jab la taq al-hayaa fa'al ma shi'ta". sharam na rahe to kuch bhi karo, kyunke sharam ho ya na rahe to kuch bhi karo. "jab la taq al-hayaa fa'al ma shi'ta"</w:t>
      </w:r>
    </w:p>
    <w:p>
      <w:pPr>
        <w:jc w:val="right"/>
      </w:pPr>
      <w:r>
        <w:t>حدیث میں آتا ہے کہ "اذا لب تستح فتح مشیت"۔ شرم نہ رہے تو کچھ بھی کرو، کیونکہ شرم ہو یا نہ رہے تو کچھ بھی کرو۔ "اذا لب تستح فتح مش</w:t>
      </w:r>
    </w:p>
    <w:p>
      <w:r>
        <w:rPr>
          <w:b/>
        </w:rPr>
        <w:t xml:space="preserve">[30:43] </w:t>
      </w:r>
      <w:r>
        <w:t>to wohi hai, kuch bhi kar lein. yaani maine ek interview padha hai, ek aisi ladki ka jo jis ne apni virginity ko becha tha. baqayda us ne apni interview mein bataya tha kya kya hua, kya kya hua, kya kya hua.</w:t>
      </w:r>
    </w:p>
    <w:p>
      <w:pPr>
        <w:jc w:val="right"/>
      </w:pPr>
      <w:r>
        <w:t>یت" تو وہی ہے، کچھ بھی کر لیں۔ یعنی میں نے ایک انٹرویو پڑھا ہے، ایک ایسی لڑکی کا جو جس نے اپنی ورجنٹی کو بیچا تھا۔ باقاعدہ اس نے اپنی انٹرویو میں بتایا تھا کیا کیا ہوا، کیا کیا ہوا، کیا کیا ہوا۔</w:t>
      </w:r>
    </w:p>
    <w:p>
      <w:r>
        <w:rPr>
          <w:b/>
        </w:rPr>
        <w:t xml:space="preserve">[30:56] </w:t>
      </w:r>
      <w:r>
        <w:t>mere paas woh paper rakha hua hai, aaj ke paper bar bar aata hai, aap dekha hoga aap ne.</w:t>
      </w:r>
    </w:p>
    <w:p>
      <w:pPr>
        <w:jc w:val="right"/>
      </w:pPr>
      <w:r>
        <w:t>میرے پاس وہ پیپر رکھا ہوا ہے، آج کے پیپر بار بار آتا ہے، آپ دیکھا ہوگا آپ نے۔</w:t>
      </w:r>
    </w:p>
    <w:p>
      <w:r>
        <w:rPr>
          <w:b/>
        </w:rPr>
        <w:t xml:space="preserve">[31:01] </w:t>
      </w:r>
      <w:r>
        <w:t>to yeh segment freud jo hai, is ka yaani is ka yeh qissa hai jo maine bayan kiya aap ko.</w:t>
      </w:r>
    </w:p>
    <w:p>
      <w:pPr>
        <w:jc w:val="right"/>
      </w:pPr>
      <w:r>
        <w:t>تو یہ سگمنٹ فرائیڈ جو ہے، اس کا یعنی اس کا یہ قصہ ہے جو میں نے بیان کیا آپ کو۔</w:t>
      </w:r>
    </w:p>
    <w:p>
      <w:r>
        <w:rPr>
          <w:b/>
        </w:rPr>
        <w:t xml:space="preserve">[31:17] </w:t>
      </w:r>
      <w:r>
        <w:t>to maine teen bayan kiye aap ko, yaani darwin aur marx aur freud. darwin ne insaan aur khuda ke darmiyan talluq khatam kar diya, koi talluq nahi</w:t>
      </w:r>
    </w:p>
    <w:p>
      <w:pPr>
        <w:jc w:val="right"/>
      </w:pPr>
      <w:r>
        <w:t>تو میں نے تین بیان کیے آپ کو، یعنی ڈارون اور مارس اور فرائیڈ۔ ڈارون نے انسان اور خدا کے درمیان تعلق ختم کر دیا، کوئی تعلق نہیں</w:t>
      </w:r>
    </w:p>
    <w:p>
      <w:r>
        <w:rPr>
          <w:b/>
        </w:rPr>
        <w:t xml:space="preserve">[31:31] </w:t>
      </w:r>
      <w:r>
        <w:t>hai. sab kuch nature se ho raha hai, sab kuch natural selection ke zariye ho raha hai. hamare insaan se koi insaan ka khuda se koi talluq nahi hai. aap ne khuda ki ibadat karna hai, na dua karna hai, na khuda se darna hai, na accountable hain.</w:t>
      </w:r>
    </w:p>
    <w:p>
      <w:pPr>
        <w:jc w:val="right"/>
      </w:pPr>
      <w:r>
        <w:t>ہے۔ سب کچھ نیچر سے ہو رہا ہے، سب کچھ نیچرل سلیکشن کے ذریعے ہو رہا ہے۔ ہمارے انسان سے کوئی انسان کا خدا سے کوئی تعلق نہیں ہے۔ آپ نے خدا کی عبادت کرنا ہے، نہ دعا کرنا ہے، نہ خدا سے ڈرنا ہے، نہ اکاؤنٹیبل ہیں۔</w:t>
      </w:r>
    </w:p>
    <w:p>
      <w:r>
        <w:rPr>
          <w:b/>
        </w:rPr>
        <w:t xml:space="preserve">[31:42] </w:t>
      </w:r>
      <w:r>
        <w:t>aap hain kuch bhi nahi. doosra marx tha, marx ne poori tareekh ko takraao ki tareekh bana diya. dialectic, dialectical process ke do zaid paida hote hain, do opposite paida hote hain,</w:t>
      </w:r>
    </w:p>
    <w:p>
      <w:pPr>
        <w:jc w:val="right"/>
      </w:pPr>
      <w:r>
        <w:t>آپ ہیں کچھ بھی نہیں۔ دوسرا مارس تھا، مارس نے پوری تاریخ کو ٹکراؤ کی تاریخ بنا دیا۔ ڈائیلیکٹ، ڈائیلیکٹیکل پراسیس کہ دو ضد پیدا ہوتے ہیں، دو اپوزٹ پیدا ہوتے ہیں،</w:t>
      </w:r>
    </w:p>
    <w:p>
      <w:r>
        <w:rPr>
          <w:b/>
        </w:rPr>
        <w:t xml:space="preserve">[31:56] </w:t>
      </w:r>
      <w:r>
        <w:t>jaisa jaisa capitalist aur labour class opposite hain, hamesha paida hote rahenge aur takrate rahenge. dekhein kitna yaani hawani falsafa hai yeh ke insaan ke andar kabhi bhi aapas mein mohabbat na ho, aapas mein main ek doosre ko ehtram na ho,</w:t>
      </w:r>
    </w:p>
    <w:p>
      <w:pPr>
        <w:jc w:val="right"/>
      </w:pPr>
      <w:r>
        <w:t>جیسا جیسے کیپیٹلسٹ اور لیبر کلاس اپوزٹ ہیں، ہمیشہ پیدا ہوتے رہیں گے اور ٹکراتے رہیں گے۔ دیکھیں کتنا یعنی حیوانی فلسفہ ہے یہ کہ انسان کے اندر کبھی بھی آپس میں محبت نہ ہو، آپس میں میں ایک دوسرے کو احترام نہ ہو،</w:t>
      </w:r>
    </w:p>
    <w:p>
      <w:r>
        <w:rPr>
          <w:b/>
        </w:rPr>
        <w:t xml:space="preserve">[32:15] </w:t>
      </w:r>
      <w:r>
        <w:t>sirf ladte rahein, ladte rahein.</w:t>
      </w:r>
    </w:p>
    <w:p>
      <w:pPr>
        <w:jc w:val="right"/>
      </w:pPr>
      <w:r>
        <w:t>صرف لڑتے رہیں، لڑتے رہیں۔</w:t>
      </w:r>
    </w:p>
    <w:p>
      <w:r>
        <w:rPr>
          <w:b/>
        </w:rPr>
        <w:t xml:space="preserve">[32:20] </w:t>
      </w:r>
      <w:r>
        <w:t>yeh yeh itna zabardast falsafa banaya hai marx ne ke sari duniya mein phail gaya hai. woh ab main chauthe ko leta hoon, jo hai yaani islam ka.</w:t>
      </w:r>
    </w:p>
    <w:p>
      <w:pPr>
        <w:jc w:val="right"/>
      </w:pPr>
      <w:r>
        <w:t>یہ یہ اتنا زبردست فلسفہ بنایا ہے مارس نے کہ ساری دنیا میں پھیل گیا ہے۔ وہ اب میں چوتھے کو لیتا ہوں، جو ہے یعنی اسلام کا۔</w:t>
      </w:r>
    </w:p>
    <w:p>
      <w:r>
        <w:rPr>
          <w:b/>
        </w:rPr>
        <w:t xml:space="preserve">[32:34] </w:t>
      </w:r>
      <w:r>
        <w:t>is zamane mein yaad rakhiye, yeh jo jagah jahan tashaddud ho raha hai, is ke peeche direct taur par yaani is ke responsible hain do aadmi, abu mehdi aur syed qutb.</w:t>
      </w:r>
    </w:p>
    <w:p>
      <w:pPr>
        <w:jc w:val="right"/>
      </w:pPr>
      <w:r>
        <w:t>اس زمانے میں یاد رکھیے، یہ جو جگہ جہاں تشدد ہو رہا ہے، اس کے پیچھے ڈائریکٹ طور پر یعنی اس کے ریسپانسبل ہیں دو آدمی، ابو مہدی اور سید قطب۔</w:t>
      </w:r>
    </w:p>
    <w:p>
      <w:r>
        <w:rPr>
          <w:b/>
        </w:rPr>
        <w:t xml:space="preserve">[32:49] </w:t>
      </w:r>
      <w:r>
        <w:t>abu mehdi aur syed qutb ne kya kiya ke quran ki galat تفسیر kar ke syed qutb ki تفسیر aap parh sakte hain "fi zilal al-quran" aur abu mehdi ki تفسیر parh sakte hain "tafheem al-quran".</w:t>
      </w:r>
    </w:p>
    <w:p>
      <w:pPr>
        <w:jc w:val="right"/>
      </w:pPr>
      <w:r>
        <w:t>ابو مہدی اور سید قطب نے کیا کیا کہ قرآن کی غلط تفسیر کر کے سید قطب کی تفسیر آپ پڑھ سکتے ہیں "فی ذلال القرآن" اور ابو مہدی کی تفسیر پڑھ سکتے ہیں "تفہیم القرآن"۔</w:t>
      </w:r>
    </w:p>
    <w:p>
      <w:r>
        <w:rPr>
          <w:b/>
        </w:rPr>
        <w:t xml:space="preserve">[33:03] </w:t>
      </w:r>
      <w:r>
        <w:t>poori تفسیر ko unhone political تفسیر bana diya hai.</w:t>
      </w:r>
    </w:p>
    <w:p>
      <w:pPr>
        <w:jc w:val="right"/>
      </w:pPr>
      <w:r>
        <w:t>پوری تفسیر کو انہوں نے پولیٹیکل تفسیر بنا دیا ہے۔</w:t>
      </w:r>
    </w:p>
    <w:p>
      <w:r>
        <w:rPr>
          <w:b/>
        </w:rPr>
        <w:t xml:space="preserve">[33:06] </w:t>
      </w:r>
      <w:r>
        <w:t>political تفسیر jaise main ek misaal deta hoon aap ko ke syed qutb ki jo تفسیر hai, urdu تفسیر "fi zilal al-quran" to quran mein surah shuara mein aur surah aaraaf mein do jagah firoun ka ek naqal hua hai ke firoun ne kaha apne darbaariyon se ke "ayuhal mala'u inni la a'lamu lakum min ilahi ghayri fa'awqid li yaa hamaan ala at-tini faj'al li sarhan la'alli attali'u ila ilahi musa" ke musa chahte hain ke tum ko tumhare bul se nikal dein.</w:t>
      </w:r>
    </w:p>
    <w:p>
      <w:pPr>
        <w:jc w:val="right"/>
      </w:pPr>
      <w:r>
        <w:t>پولیٹیکل تفسیر جیسے میں ایک مثال دیتا ہوں آپ کو کہ سید قطب کی جو تفسیر ہے، عربی تفسیر "فی ذلال القرآن" تو قرآن میں سورہ شعراء میں اور سورہ الاعراف میں دو جگہ فرعون کا ایک نقل ہوا ہے کہ فرعون نے کہا اپنے درباریوں سے کہ "یوری یخرجکم من نردکم" کہ موسیٰ چاہتے ہیں کہ تم کو تمہارے بل سے نکال دیں۔</w:t>
      </w:r>
    </w:p>
    <w:p>
      <w:r>
        <w:rPr>
          <w:b/>
        </w:rPr>
        <w:t xml:space="preserve">[33:33] </w:t>
      </w:r>
      <w:r>
        <w:t>to is ko likha hai syed qutb sahib ne ke is ne kaha is se darbariyon se "innaha dhahab al-sultan". "innaha dhahab al-sultan" yeh to hamari hukumat ko khatam karne ka naarah hai, hamari hukumat hi khatam kar de ga yeh aadmi,</w:t>
      </w:r>
    </w:p>
    <w:p>
      <w:pPr>
        <w:jc w:val="right"/>
      </w:pPr>
      <w:r>
        <w:t>تو اس کو لکھا ہے سید قطب صاحب نے کہ اس نے کہا اس سے درباریوں سے "انہا ذہاب السلطان"۔ "انہا ذہاب السلطان" یہ تو ہماری حکومت کو ختم کرنے کا نعرہ ہے، ہماری حکومت ہی ختم کر دے گا یہ آدمی،</w:t>
      </w:r>
    </w:p>
    <w:p>
      <w:r>
        <w:rPr>
          <w:b/>
        </w:rPr>
        <w:t xml:space="preserve">[33:48] </w:t>
      </w:r>
      <w:r>
        <w:t>be dakhal kar de ga hum ko hamari saltanat se. ise ladna hai. halankeh hazrat hazrat hazrat hazrat moosa jo the, un ki dawat sirf toheed ki thi, is ka party se koi matlab hi nahi tha.</w:t>
      </w:r>
    </w:p>
    <w:p>
      <w:pPr>
        <w:jc w:val="right"/>
      </w:pPr>
      <w:r>
        <w:t>بے دخل کر دے گا ہم کو ہماری سلطنت سے۔ اسے لڑنا ہے۔ حالانکہ حضرت حضرت حضرت حضرت موسیٰ جو تھے، ان کی دعوت صرف توحید کی تھی، اس کا پارٹی سے کوئی مطلب ہی نہیں تھا۔</w:t>
      </w:r>
    </w:p>
    <w:p>
      <w:r>
        <w:rPr>
          <w:b/>
        </w:rPr>
        <w:t xml:space="preserve">[34:03] </w:t>
      </w:r>
      <w:r>
        <w:t>aur dilchasp baat yeh hai, aap dekhiye ke syed qutb ke samajh mein nahi aaya ke jab Allah taala ne madad ki hazrat moosa ki aur firoun gharaq ho gaya aur sara misr khali ho gaya.</w:t>
      </w:r>
    </w:p>
    <w:p>
      <w:pPr>
        <w:jc w:val="right"/>
      </w:pPr>
      <w:r>
        <w:t>اور دلچسپ بات یہ ہے، آپ دیکھیے کہ سید قطب کے سمجھ میں نہیں آیا کہ جب اللہ تعالی نے مدد کی حضرت موسیٰ کی اور فرعون غرق ہو گیا اور سارا مصر خالی ہو گیا۔</w:t>
      </w:r>
    </w:p>
    <w:p>
      <w:r>
        <w:rPr>
          <w:b/>
        </w:rPr>
        <w:t xml:space="preserve">[34:17] </w:t>
      </w:r>
      <w:r>
        <w:t>aap jante hain ke quran mein bataya gaya hai, bible mein bataya gaya hai ke firoun bhi doob gaya aur is ka lashkar bhi doob gaya, sari taqat is mein khatam ho gayi.</w:t>
      </w:r>
    </w:p>
    <w:p>
      <w:pPr>
        <w:jc w:val="right"/>
      </w:pPr>
      <w:r>
        <w:t>آپ جانتے ہیں کہ قرآن میں بتایا گیا ہے، بائبل میں بتایا گیا ہے کہ فرعون بھی ڈوب گیا اور اس کا لشکر بھی ڈوب گیا، ساری طاقت اس میں ختم ہو گئی۔</w:t>
      </w:r>
    </w:p>
    <w:p>
      <w:r>
        <w:rPr>
          <w:b/>
        </w:rPr>
        <w:t xml:space="preserve">[34:28] </w:t>
      </w:r>
      <w:r>
        <w:t>moosa bani israel lakhon ki tadad mein the, woh kai lakh ki tadad mein the wahan par misr mein. to hazrat moosa qabza kar lete misr ke upar, chale gaye saraye sina mein, koi chale gaye.</w:t>
      </w:r>
    </w:p>
    <w:p>
      <w:pPr>
        <w:jc w:val="right"/>
      </w:pPr>
      <w:r>
        <w:t>موسیٰ بنی اسرائیل لاکھوں کی تعداد میں تھے، وہ کئی لاکھ کی تعداد میں تھے وہاں پر مصر میں۔ تو حضرت موسیٰ قبضہ کر لیتے مصر کے اوپر، چلے گئے سرائے سینہ میں، کوئی چلے گئے۔</w:t>
      </w:r>
    </w:p>
    <w:p>
      <w:r>
        <w:rPr>
          <w:b/>
        </w:rPr>
        <w:t xml:space="preserve">[34:39] </w:t>
      </w:r>
      <w:r>
        <w:t>yani agar hazrat moosa ka maqsad yeh tha ke misr mein firoun ko hata kar ke apni hukumat qaim karen to jab hukumat jab firoun hatta chuka tha, lashkar barbaad ho chuka tha to qabza kyun nahi kiya unhon ne?</w:t>
      </w:r>
    </w:p>
    <w:p>
      <w:pPr>
        <w:jc w:val="right"/>
      </w:pPr>
      <w:r>
        <w:t>یعنی اگر حضرت موسیٰ کا مقصد یہ تھا کہ مصر میں فرعون کو ہٹا کر کے اپنی حکومت قائم کریں تو جب حکومت جب فرعون ہٹ چکا تھا، لشکر برباد ہو چکا تھا تو قبضہ کیوں نہیں کیا انہوں نے؟</w:t>
      </w:r>
    </w:p>
    <w:p>
      <w:r>
        <w:rPr>
          <w:b/>
        </w:rPr>
        <w:t xml:space="preserve">[34:51] </w:t>
      </w:r>
      <w:r>
        <w:t>phir saraye sina mein kyun chale gaye?</w:t>
      </w:r>
    </w:p>
    <w:p>
      <w:pPr>
        <w:jc w:val="right"/>
      </w:pPr>
      <w:r>
        <w:t>پھر سرائے سینہ میں کیوں چلے گئے؟</w:t>
      </w:r>
    </w:p>
    <w:p>
      <w:r>
        <w:rPr>
          <w:b/>
        </w:rPr>
        <w:t xml:space="preserve">[34:54] </w:t>
      </w:r>
      <w:r>
        <w:t>lekin yeh farmate hain to firoun ne kaha tha ek ek woh koi bhi shakhs ek behkanay wala jumla kehta hai provoke karne ke liye ek ek ek sentence bolta hai,</w:t>
      </w:r>
    </w:p>
    <w:p>
      <w:pPr>
        <w:jc w:val="right"/>
      </w:pPr>
      <w:r>
        <w:t>لیکن یہ فرماتے ہیں تو فرعون نے کہا تھا ایک ایک وہ کوئی بھی شخص ایک بہکانے والا جملہ کہتا ہے پرووک کرنے کے لیے ایک ایک ایک سینٹنس بولتا ہے،</w:t>
      </w:r>
    </w:p>
    <w:p>
      <w:r>
        <w:rPr>
          <w:b/>
        </w:rPr>
        <w:t xml:space="preserve">[35:08] </w:t>
      </w:r>
      <w:r>
        <w:t>woh is ki sachai se koi talluq nahi hota. to firoun ne kaha tha apne darbariyon ko bharkane bharkane ke liye,</w:t>
      </w:r>
    </w:p>
    <w:p>
      <w:pPr>
        <w:jc w:val="right"/>
      </w:pPr>
      <w:r>
        <w:t>وہ اس کی سچائی سے کوئی تعلق نہیں ہوتا۔ تو فرعون نے کہا تھا اپنے درباریوں کو بھڑکانے بھڑکانے کے لیے،</w:t>
      </w:r>
    </w:p>
    <w:p>
      <w:r>
        <w:rPr>
          <w:b/>
        </w:rPr>
        <w:t xml:space="preserve">[35:16] </w:t>
      </w:r>
      <w:r>
        <w:t>woh janta tha ke yeh firoun janta tha ke hazrat moosa ki dawat mein koi politics nahi hai, woh to ek toheed ki dawat hai.</w:t>
      </w:r>
    </w:p>
    <w:p>
      <w:pPr>
        <w:jc w:val="right"/>
      </w:pPr>
      <w:r>
        <w:t>وہ جانتا تھا کہ یہ فرعون جانتا تھا کہ حضرت موسیٰ کی دعوت میں کوئی پولیٹکس نہیں ہے، وہ تو ایک توحید کی دعوت ہے۔</w:t>
      </w:r>
    </w:p>
    <w:p>
      <w:r>
        <w:rPr>
          <w:b/>
        </w:rPr>
        <w:t xml:space="preserve">[35:25] </w:t>
      </w:r>
      <w:r>
        <w:t>bharkane ke liye us ne kaha ke "yuri yukhrijukum min nardikum"</w:t>
      </w:r>
    </w:p>
    <w:p>
      <w:pPr>
        <w:jc w:val="right"/>
      </w:pPr>
      <w:r>
        <w:t>بھڑکانے کے لیے اس نے کہا کہ "یوری یخرجکم من نردکم"</w:t>
      </w:r>
    </w:p>
    <w:p>
      <w:r>
        <w:rPr>
          <w:b/>
        </w:rPr>
        <w:t xml:space="preserve">[35:30] </w:t>
      </w:r>
      <w:r>
        <w:t>to bharkane ke baad jo kahi thi us ne us se nikaal liya syed qutb ne "innaha dhahab al-sultan". ab ghor kijiye ke kya moosa ka jo message hai woh firoun ke paas se nikle ga ya khud firoun ke ya khud moosa ke kalam se nikle ga?</w:t>
      </w:r>
    </w:p>
    <w:p>
      <w:pPr>
        <w:jc w:val="right"/>
      </w:pPr>
      <w:r>
        <w:t>تو بھڑکانے کے بعد جو کہی تھی اس نے اس سے نکال لیا سید قطب نے "انہا ذہاب السلطان"۔ اب غور کیجئے کہ کیا موسیٰ کا جو میسج ہے وہ فرعون کے پاس سے نکلے گا یا خود فرعون کے یا خود موسیٰ کے کلام سے نکلے گا؟</w:t>
      </w:r>
    </w:p>
    <w:p>
      <w:r>
        <w:rPr>
          <w:b/>
        </w:rPr>
        <w:t xml:space="preserve">[35:46] </w:t>
      </w:r>
      <w:r>
        <w:t>kehti hai illogical baat hai ke hazrat moosa ke baad message kya tha, us ko nikaal rahe hain firoun ke kalam se, woh to nikla hai ke khud hazrat moosa ke kalam se.</w:t>
      </w:r>
    </w:p>
    <w:p>
      <w:pPr>
        <w:jc w:val="right"/>
      </w:pPr>
      <w:r>
        <w:t>کہتی ہے اللاجیکل بات ہے کہ حضرت موسیٰ کے بعد میسج کیا تھا، اس کو نکال رہے ہیں فرعون کے کلام سے، وہ تو نکلا ہے کہ خود حضرت موسیٰ کے کلام سے۔</w:t>
      </w:r>
    </w:p>
    <w:p>
      <w:r>
        <w:rPr>
          <w:b/>
        </w:rPr>
        <w:t xml:space="preserve">[35:57] </w:t>
      </w:r>
      <w:r>
        <w:t>kehti hai illogical baat hai aur phir hazrat moosa chhod ke chale gaye misr se, wahan tab bhi nahi samajh mein aaya un ke. to yeh likha unhon ne syed qutb sahib ne, yeh poori tafsir un ki parhi hai.</w:t>
      </w:r>
    </w:p>
    <w:p>
      <w:pPr>
        <w:jc w:val="right"/>
      </w:pPr>
      <w:r>
        <w:t>کہتی ہے اللاجیکل بات ہے اور پھر حضرت موسیٰ چھوڑ کے چلے گئے مصر سے، وہاں تب بھی نہیں سمجھ میں آیا ان کے۔ تو یہ لکھا انہوں نے سید قطب صاحب نے، یہ پوری تفسیر ان کی پڑھی ہے۔</w:t>
      </w:r>
    </w:p>
    <w:p>
      <w:r>
        <w:rPr>
          <w:b/>
        </w:rPr>
        <w:t xml:space="preserve">[36:08] </w:t>
      </w:r>
      <w:r>
        <w:t>aap isi qism ki baatein hain ke is ko politicize kiya unhon ne tafsir ko. aise abul ala maududi ne kiya hai, un ki tafsir parhi hai "tafheem ul quran".</w:t>
      </w:r>
    </w:p>
    <w:p>
      <w:pPr>
        <w:jc w:val="right"/>
      </w:pPr>
      <w:r>
        <w:t>آپ اسی قسم کی باتیں ہیں کہ اس کو پولیٹیسائز کیا انہوں نے تفسیر کو۔ ایسے ابو مہدی نے کیا ہے، ان کی تفسیر پڑھی ہے "تفہیم القرآن"۔</w:t>
      </w:r>
    </w:p>
    <w:p>
      <w:r>
        <w:rPr>
          <w:b/>
        </w:rPr>
        <w:t xml:space="preserve">[36:20] </w:t>
      </w:r>
      <w:r>
        <w:t>jaise misaal ke tor par quran mein hai ke "kawnu qawwamina bil qist". aey logon!</w:t>
      </w:r>
    </w:p>
    <w:p>
      <w:pPr>
        <w:jc w:val="right"/>
      </w:pPr>
      <w:r>
        <w:t>جیسے مثال کے طور پر قرآن میں ہے کہ "کونو قوابی بالقسط"۔ اے لوگوں!</w:t>
      </w:r>
    </w:p>
    <w:p>
      <w:r>
        <w:rPr>
          <w:b/>
        </w:rPr>
        <w:t xml:space="preserve">[36:28] </w:t>
      </w:r>
      <w:r>
        <w:t>tum qist par qaim hone wale ban jao, yani qist ki pairwi karne wale ban jao. to yeh jo qawwam ka lafz hai, yeh muqeem ka mubalgha nahi hai, qaim ka mubalgha hai.</w:t>
      </w:r>
    </w:p>
    <w:p>
      <w:pPr>
        <w:jc w:val="right"/>
      </w:pPr>
      <w:r>
        <w:t>تم قسط پر قائم ہونے والے بن جاؤ، یعنی قسط کی پیروی کرنے والے بن جاؤ۔ تو یہ جو قوام کا لفظ ہے، یہ مقیم کا مبالغہ نہیں ہے، قائم کا مبالغہ ہے۔</w:t>
      </w:r>
    </w:p>
    <w:p>
      <w:r>
        <w:rPr>
          <w:b/>
        </w:rPr>
        <w:t xml:space="preserve">[36:40] </w:t>
      </w:r>
      <w:r>
        <w:t>yani apne aap ko qaim kar do qist ke upar, justice ke upar,</w:t>
      </w:r>
    </w:p>
    <w:p>
      <w:pPr>
        <w:jc w:val="right"/>
      </w:pPr>
      <w:r>
        <w:t>یعنی اپنے آپ کو قائم کر دو قسط کے اوپر، جسٹس کے اوپر،</w:t>
      </w:r>
    </w:p>
    <w:p>
      <w:r>
        <w:rPr>
          <w:b/>
        </w:rPr>
        <w:t xml:space="preserve">[36:46] </w:t>
      </w:r>
      <w:r>
        <w:t>justice ko follow karne wale ban jao, justice ki pairwi karne wale ban jao. is waqt kya nikaal liya unhon ne? justice ek jhanda buland karo, justice ko duniya mein ghalib karo, justice ek hukumat qaim karo sari duniya mein.</w:t>
      </w:r>
    </w:p>
    <w:p>
      <w:pPr>
        <w:jc w:val="right"/>
      </w:pPr>
      <w:r>
        <w:t>جسٹس کو فالو کرنے والے بن جاؤ، جسٹس کی پیروی کرنے والے بن جاؤ۔ اس وقت کیا نکال لیا انہوں نے؟ جسٹس ایک جھنڈا بلند کرو، جسٹس کو دنیا میں غالب کرو، جسٹس ایک حکومت قائم کرو ساری دنیا میں۔</w:t>
      </w:r>
    </w:p>
    <w:p>
      <w:r>
        <w:rPr>
          <w:b/>
        </w:rPr>
        <w:t xml:space="preserve">[36:59] </w:t>
      </w:r>
      <w:r>
        <w:t>aap padh lijiye "tafheem ul quran" mein. ab kehte hain stepped interpretation hai yeh, lekin is ka nateeja kya hua?</w:t>
      </w:r>
    </w:p>
    <w:p>
      <w:pPr>
        <w:jc w:val="right"/>
      </w:pPr>
      <w:r>
        <w:t>آپ پڑھ لیجئے "تفہیم القرآن" میں۔ اب کہتے ہیں اسٹیپڈ انٹرپریشن ہے یہ، لیکن اس کا نتیجہ کیا ہوا؟</w:t>
      </w:r>
    </w:p>
    <w:p>
      <w:r>
        <w:rPr>
          <w:b/>
        </w:rPr>
        <w:t xml:space="preserve">[37:08] </w:t>
      </w:r>
      <w:r>
        <w:t>ke islam ban gaya, islam jo hai woh ban gaya subject of forceful implementation.</w:t>
      </w:r>
    </w:p>
    <w:p>
      <w:pPr>
        <w:jc w:val="right"/>
      </w:pPr>
      <w:r>
        <w:t>کہ اسلام بن گیا، اسلام جو ہے وہ بن گیا سبجیکٹ آف فورس فل امپلیمنٹیشن۔</w:t>
      </w:r>
    </w:p>
    <w:p>
      <w:r>
        <w:rPr>
          <w:b/>
        </w:rPr>
        <w:t xml:space="preserve">[37:18] </w:t>
      </w:r>
      <w:r>
        <w:t>islam jo tha, jo rasool Allah jo islam laye the, woh tha subject of following. pairwi karne ka mazhab ke hum khud pairwi karen.</w:t>
      </w:r>
    </w:p>
    <w:p>
      <w:pPr>
        <w:jc w:val="right"/>
      </w:pPr>
      <w:r>
        <w:t>اسلام جو تھا، جو رسول اللہ جو اسلام لائے تھے، وہ تھا سبجیکٹ آف فالونگ۔ پیروی کرنے کا مذہب کہ ہم خود پیروی کریں۔</w:t>
      </w:r>
    </w:p>
    <w:p>
      <w:r>
        <w:rPr>
          <w:b/>
        </w:rPr>
        <w:t xml:space="preserve">[37:29] </w:t>
      </w:r>
      <w:r>
        <w:t>jo peghambar islam ne hamein diya tha, islam woh tha, woh islam jo tha subject of following tha, yani pairwi karne ka mazhab tha.</w:t>
      </w:r>
    </w:p>
    <w:p>
      <w:pPr>
        <w:jc w:val="right"/>
      </w:pPr>
      <w:r>
        <w:t>جو پیغمبر اسلام نے ہمیں دیا تھا، اسلام وہ تھا، وہ اسلام جو تھا سبجیکٹ آف فالونگ تھا، یعنی پیروی کرنے کا مذہب تھا۔</w:t>
      </w:r>
    </w:p>
    <w:p>
      <w:r>
        <w:rPr>
          <w:b/>
        </w:rPr>
        <w:t xml:space="preserve">[37:38] </w:t>
      </w:r>
      <w:r>
        <w:t>woh unhon ne kiya kiya? syed qutb ne aur abul ala maududi ne is ko subject of enforcement bana diya, subject of forceful implementation bana diya.</w:t>
      </w:r>
    </w:p>
    <w:p>
      <w:pPr>
        <w:jc w:val="right"/>
      </w:pPr>
      <w:r>
        <w:t>وہ انہوں نے کیا کیا؟ سید قطب نے اور بڑے مودین نے اس کو سبجیکٹ آف انفارمنس بنا دیا، سبجیکٹ آف فورس فل امپلیمنٹیشن بنا دیا۔</w:t>
      </w:r>
    </w:p>
    <w:p>
      <w:r>
        <w:rPr>
          <w:b/>
        </w:rPr>
        <w:t xml:space="preserve">[37:48] </w:t>
      </w:r>
      <w:r>
        <w:t>yani main yeh kahun ga ke yeh yani religion of flogging bana diya is ko,</w:t>
      </w:r>
    </w:p>
    <w:p>
      <w:pPr>
        <w:jc w:val="right"/>
      </w:pPr>
      <w:r>
        <w:t>یعنی میں یہ کہوں گا کہ یہ یعنی ریلیجن آف فلاگنگ بنا دیا اس کو،</w:t>
      </w:r>
    </w:p>
    <w:p>
      <w:r>
        <w:rPr>
          <w:b/>
        </w:rPr>
        <w:t xml:space="preserve">[37:56] </w:t>
      </w:r>
      <w:r>
        <w:t>yani mohabbat aur blessing ke deen ko religion of flogging bana diya. aap dekhen, flogging ho rahi hai har jagah, jahan jahan yeh nazariya phailta hai, kyunke woh samajhte hain ke islam ko yani bazor hamein nafiz karna hai,</w:t>
      </w:r>
    </w:p>
    <w:p>
      <w:pPr>
        <w:jc w:val="right"/>
      </w:pPr>
      <w:r>
        <w:t>یعنی محبت اور بلیسنگ کے دین کو ریلیجن آف فلاگنگ بنا دیا۔ آپ دیکھیں، فلاگنگ ہو رہی ہے ہر جگہ، جہاں جہاں یہ نظریہ پھیلتا ہے، کیونکہ وہ سمجھتے ہیں کہ اسلام کو یعنی بزور ہمیں نافذ کرنا ہے،</w:t>
      </w:r>
    </w:p>
    <w:p>
      <w:r>
        <w:rPr>
          <w:b/>
        </w:rPr>
        <w:t xml:space="preserve">[38:14] </w:t>
      </w:r>
      <w:r>
        <w:t>hamein is ko forceful tareeqe se nafiz karna hai. isi ke liye aaj kal ladai ho rahi hai, sab jagah yahi log lad rahe hain jin ke zehen mein political interpretation basa hua hai.</w:t>
      </w:r>
    </w:p>
    <w:p>
      <w:pPr>
        <w:jc w:val="right"/>
      </w:pPr>
      <w:r>
        <w:t>ہمیں اس کو فورس فل طریقے سے نافذ کرنا ہے۔ اسی کے لیے آج کل لڑائی ہو رہی ہے، سب جگہ یہی لوگ لڑ رہے ہیں جن کے ذہن میں پولیٹیکل انٹرپریشن بسا ہوا ہے۔</w:t>
      </w:r>
    </w:p>
    <w:p>
      <w:r>
        <w:rPr>
          <w:b/>
        </w:rPr>
        <w:t xml:space="preserve">[38:25] </w:t>
      </w:r>
      <w:r>
        <w:t>to syed qutb aur mahdi ne islam ka political interpretation diya. to political interpretation shuru hua kahan se? political thinking se. political thinking phir barh kar ke kya ban gayi?</w:t>
      </w:r>
    </w:p>
    <w:p>
      <w:pPr>
        <w:jc w:val="right"/>
      </w:pPr>
      <w:r>
        <w:t>تو سید قطب اور مہدی نے اسلام کا پولیٹیکل انٹرپریشن دیا۔ تو پولیٹیکل انٹرپریشن شروع ہوا کہاں سے؟ پولیٹیکل تھنکنگ سے۔ پولیٹیکل تھنکنگ پھر بڑھ کر کے کیا بن گئی؟</w:t>
      </w:r>
    </w:p>
    <w:p>
      <w:r>
        <w:rPr>
          <w:b/>
        </w:rPr>
        <w:t xml:space="preserve">[38:36] </w:t>
      </w:r>
      <w:r>
        <w:t>extremism ban gayi. phir woh kya hua? fundamentalism bana. phir jab dekha unhon ne ke is se kaam nahi chal raha hai to phir militancy aa gayi. militancy ne bhi kaam chala to kya hua?</w:t>
      </w:r>
    </w:p>
    <w:p>
      <w:pPr>
        <w:jc w:val="right"/>
      </w:pPr>
      <w:r>
        <w:t>ایکسٹریمزم بن گئی۔ پھر وہ کیا ہوا؟ فنڈامینٹلزم بنا۔ پھر جب دیکھا انہوں نے کہ اس سے کام نہیں چل رہا ہے تو پھر ملٹریسی آ گئی۔ ملٹریسی نے بھی کام چلا تو کیا ہوا؟</w:t>
      </w:r>
    </w:p>
    <w:p>
      <w:r>
        <w:rPr>
          <w:b/>
        </w:rPr>
        <w:t xml:space="preserve">[38:46] </w:t>
      </w:r>
      <w:r>
        <w:t>ke suicide bombing aa gayi. yeh sab isi khane mein jata hai, sab isi khane mein jata hai.</w:t>
      </w:r>
    </w:p>
    <w:p>
      <w:pPr>
        <w:jc w:val="right"/>
      </w:pPr>
      <w:r>
        <w:t>کہ سوسائیڈ بمبنگ آ گئی۔ یہ سب اسی خانے میں جاتا ہے، سب اسی خانے میں جاتا ہے۔</w:t>
      </w:r>
    </w:p>
    <w:p>
      <w:r>
        <w:rPr>
          <w:b/>
        </w:rPr>
        <w:t xml:space="preserve">[38:55] </w:t>
      </w:r>
      <w:r>
        <w:t>mein aap ko ek dilchasp misaal doon ke abu mahdi sahib ki kitab hai jo bohat hi markaz daar kitab samjhai jati hai, is ka naam hai "parda".</w:t>
      </w:r>
    </w:p>
    <w:p>
      <w:pPr>
        <w:jc w:val="right"/>
      </w:pPr>
      <w:r>
        <w:t>میں آپ کو ایک دلچسپ مثال دوں کہ ابو مہدی صاحب کی کتاب ہے جو بہت ہی مرکز دار کتاب سمجھائی جاتی ہے، اس کا نام ہے "پردہ"۔</w:t>
      </w:r>
    </w:p>
    <w:p>
      <w:r>
        <w:rPr>
          <w:b/>
        </w:rPr>
        <w:t xml:space="preserve">[39:05] </w:t>
      </w:r>
      <w:r>
        <w:t>parda jo mein ne kaha ke religion of flogging, is ki ek misaal is mein dekh lijiye aap.</w:t>
      </w:r>
    </w:p>
    <w:p>
      <w:pPr>
        <w:jc w:val="right"/>
      </w:pPr>
      <w:r>
        <w:t>پردہ جو میں نے کہا کہ ریلیجن آف فلاگنگ، اس کی ایک مثال اس میں دیکھ لیجئے آپ۔</w:t>
      </w:r>
    </w:p>
    <w:p>
      <w:r>
        <w:rPr>
          <w:b/>
        </w:rPr>
        <w:t xml:space="preserve">[39:09] </w:t>
      </w:r>
      <w:r>
        <w:t>to parda ke aakhir mein unhon ne yeh yeh likha hai ke ke chehra jo hai is ka chupana zarori hai auraton ke liye.</w:t>
      </w:r>
    </w:p>
    <w:p>
      <w:pPr>
        <w:jc w:val="right"/>
      </w:pPr>
      <w:r>
        <w:t>تو پردہ کے آخر میں انہوں نے یہ یہ لکھا ہے کہ کہ چہرہ جو ہے اس کا چھپانا ضروری ہے عورتوں کے لیے۔</w:t>
      </w:r>
    </w:p>
    <w:p>
      <w:r>
        <w:rPr>
          <w:b/>
        </w:rPr>
        <w:t xml:space="preserve">[39:18] </w:t>
      </w:r>
      <w:r>
        <w:t>auraton ko chehra jo hai chupana zarori hai, yani burqa pehanna zarori hai. to wahan par woh behas karte hain. kuch log yeh kehte hain ke chehra jo hai woh satr mein shamil nahi hai, chehra chupana zarori nahi hai.</w:t>
      </w:r>
    </w:p>
    <w:p>
      <w:pPr>
        <w:jc w:val="right"/>
      </w:pPr>
      <w:r>
        <w:t>عورتوں کو چہرہ جو ہے چھپانا ضروری ہے، یعنی برقعہ پہننا ضروری ہے۔ تو وہاں پر وہ بحث کرتے ہیں۔ کچھ لوگ یہ کہتے ہیں کہ چہرہ جو ہے وہ سطر میں شامل نہیں ہے، چہرہ چھپانا ضروری نہیں ہے۔</w:t>
      </w:r>
    </w:p>
    <w:p>
      <w:r>
        <w:rPr>
          <w:b/>
        </w:rPr>
        <w:t xml:space="preserve">[39:30] </w:t>
      </w:r>
      <w:r>
        <w:t>to woh kehte hain ke chehra kholne ki ayat auraton ko wusat di ja sakti hai, jabke samaj mein yeh halat ho jaye, itna zyada samaj jo hai yani strong ho jaye ke ek aadmi agar kisi aurat ko ghoore to pachas hath us ki aankh nikalne ke liye tayyar ho.</w:t>
      </w:r>
    </w:p>
    <w:p>
      <w:pPr>
        <w:jc w:val="right"/>
      </w:pPr>
      <w:r>
        <w:t>تو وہ کہتے ہیں کہ چہرہ کھولنے کی آیت عورتوں کو وسعت دی جا سکتی ہے، جبکہ سماج میں یہ حالت ہو جائے، اتنا زیادہ سماج جو ہے یعنی اسٹرانگ ہو جائے کہ ایک آدمی اگر کسی عورت کو گھورے تو پچاس ہاتھ اس کی آنکھ نکالنے کے لیے تیار ہو۔</w:t>
      </w:r>
    </w:p>
    <w:p>
      <w:r>
        <w:rPr>
          <w:b/>
        </w:rPr>
        <w:t xml:space="preserve">[39:50] </w:t>
      </w:r>
      <w:r>
        <w:t>aap ko shaq ho to un ki kitab mein aa kar dekh lijiye aap aakhir mein is ke. yani woh aisa samaj banana chahte hain ke wahan agar ek aadmi kisi aurat ke chehre ko ghoore to pachas aadmi dauren us ki aankh nikalne ke liye.</w:t>
      </w:r>
    </w:p>
    <w:p>
      <w:pPr>
        <w:jc w:val="right"/>
      </w:pPr>
      <w:r>
        <w:t>آپ کو شک ہو تو ان کی کتاب میں آ کر دیکھ لیجئے آپ آخر میں اس کے۔ یعنی وہ ایسا سماج بنانا چاہتے ہیں کہ وہاں اگر ایک آدمی کسی عورت کے چہرے کو گھورے تو پچاس آدمی دوڑیں اس کی آنکھ نکالنے کے لیے۔</w:t>
      </w:r>
    </w:p>
    <w:p>
      <w:r>
        <w:rPr>
          <w:b/>
        </w:rPr>
        <w:t xml:space="preserve">[40:03] </w:t>
      </w:r>
      <w:r>
        <w:t>that is religion of flogging. to jab aap islam ko political interpretation denge, islam ko ek ek siyasi nizam batayenge, islam ko siyasi hukumat ka subject</w:t>
      </w:r>
    </w:p>
    <w:p>
      <w:pPr>
        <w:jc w:val="right"/>
      </w:pPr>
      <w:r>
        <w:t>دیٹ از ریلیجن آف فلاگنگ۔ تو جب آپ اسلام کو پولیٹیکل انٹرپریشن دیں گے، اسلام کو ایک ایک سیاسی نظام بتائیں گے، اسلام کو سیاسی حکومت کا سبجیک</w:t>
      </w:r>
    </w:p>
    <w:p>
      <w:r>
        <w:rPr>
          <w:b/>
        </w:rPr>
        <w:t xml:space="preserve">[40:17] </w:t>
      </w:r>
      <w:r>
        <w:t>batayenge, islam ka matlab yeh batayenge ke dunya mein aap islam mein hukumat qaim karo, to zahir hai kuch log hukumat already kar rahe hain. to un se kaise nipten?</w:t>
      </w:r>
    </w:p>
    <w:p>
      <w:pPr>
        <w:jc w:val="right"/>
      </w:pPr>
      <w:r>
        <w:t>ٹ بتائیں گے، اسلام کا مطلب یہ بتائیں گے کہ دنیا میں آپ اسلام میں حکومت قائم کرو، تو ظاہر ہے کچھ لوگ حکومت الریڈی کر رہے ہیں۔ تو ان سے کیسے نپٹیں؟</w:t>
      </w:r>
    </w:p>
    <w:p>
      <w:r>
        <w:rPr>
          <w:b/>
        </w:rPr>
        <w:t xml:space="preserve">[40:25] </w:t>
      </w:r>
      <w:r>
        <w:t>un se takra gaye, takrayenge aap. takrayenge to kya hoga? pehle to aap baatein karenge takrao wali, phir aap establish ban jayenge, phir aap bomb banayenge, phir gun banayenge, phir aap militancy chalayenge.</w:t>
      </w:r>
    </w:p>
    <w:p>
      <w:pPr>
        <w:jc w:val="right"/>
      </w:pPr>
      <w:r>
        <w:t>ان سے ٹکرا گئے، ٹکرائیں گے آپ۔ ٹکرائیں گے تو کیا ہوگا؟ پہلے تو آپ باتیں کریں گے ٹکراؤ والی، پھر آپ اسٹیبلش بن جائیں گے، پھر آپ بم بنائیں گے، پھر گن بنائیں گے، پھر آپ ملٹریسی چلائیں گے۔</w:t>
      </w:r>
    </w:p>
    <w:p>
      <w:r>
        <w:rPr>
          <w:b/>
        </w:rPr>
        <w:t xml:space="preserve">[40:40] </w:t>
      </w:r>
      <w:r>
        <w:t>jab kuch nahi hoga, kuch nahi hoga to phir aap suicide bombing karenge.</w:t>
      </w:r>
    </w:p>
    <w:p>
      <w:pPr>
        <w:jc w:val="right"/>
      </w:pPr>
      <w:r>
        <w:t>جب کچھ نہیں ہوگا، کچھ نہیں ہوگا تو پھر آپ سوسائیڈ بمبنگ کریں گے۔</w:t>
      </w:r>
    </w:p>
    <w:p>
      <w:r>
        <w:rPr>
          <w:b/>
        </w:rPr>
        <w:t xml:space="preserve">[40:45] </w:t>
      </w:r>
      <w:r>
        <w:t>aap ki dimagh mein basa hua hai ke hamein hukumat qaim karna hai, islam ko as a political rule dunya mein bichana chahiye. yeh tha fitna political interpretation ka, jis ke do khas tor par yani bohat se is mein aur bhi is mein shareek shareek hain, lekin do khas aadmi is mein aate hain: arab world mein syed qutb aur indian subcontinent mein syed abul ala maududi.</w:t>
      </w:r>
    </w:p>
    <w:p>
      <w:pPr>
        <w:jc w:val="right"/>
      </w:pPr>
      <w:r>
        <w:t>آپ کی دماغ میں بسا ہوا ہے کہ ہمیں حکومت قائم کرنا ہے، اسلام کو ایز اے پولیٹیکل رول دنیا میں بچھانا چاہیے۔ یہ تھا فتنہ پولیٹیکل انٹرپریشن کا، جس کے دو خاص طور پر یعنی بہت سے اس میں اور بھی اس میں شریک شریک ہیں، لیکن دو خاص آدمی اس میں آتے ہیں: عرب ورلڈ میں سید قطب اور انڈین سب کانٹیننٹ میں سید ابو مودودی۔</w:t>
      </w:r>
    </w:p>
    <w:p>
      <w:r>
        <w:rPr>
          <w:b/>
        </w:rPr>
        <w:t xml:space="preserve">[41:10] </w:t>
      </w:r>
      <w:r>
        <w:t>to yeh mein ne aap ke samne ek khulasa bayan kiya is ka ke jis daur mein hum yeh yahi hai fitna doha maah, yahi fitna doha maah hai, yani age of total darkness.</w:t>
      </w:r>
    </w:p>
    <w:p>
      <w:pPr>
        <w:jc w:val="right"/>
      </w:pPr>
      <w:r>
        <w:t>تو یہ میں نے آپ کے سامنے ایک خلاصہ بیان کیا اس کا کہ جس دور میں ہم یہ یہی ہے فتنہ دوہا ماہ، یہی فتنہ دوہا ماہ ہے، یعنی ایج آف ٹوٹل ڈارکنس۔</w:t>
      </w:r>
    </w:p>
    <w:p>
      <w:r>
        <w:rPr>
          <w:b/>
        </w:rPr>
        <w:t xml:space="preserve">[41:28] </w:t>
      </w:r>
      <w:r>
        <w:t>darkness ka matlab hai intellectual darkness. intellectual darkness</w:t>
      </w:r>
    </w:p>
    <w:p>
      <w:pPr>
        <w:jc w:val="right"/>
      </w:pPr>
      <w:r>
        <w:t>ڈارکنس کا مطلب ہے انٹلیکچول ڈارکنس۔ انٹلیکچول ڈارکنس</w:t>
      </w:r>
    </w:p>
    <w:p>
      <w:r>
        <w:rPr>
          <w:b/>
        </w:rPr>
        <w:t xml:space="preserve">[41:33] </w:t>
      </w:r>
      <w:r>
        <w:t>yani aisi aisi explanation, aisi aisi aisi aisi yani philosophy, aisi aisi ideologies jo insaan ko bilkul bewildered kar dengi, insaan ko insaan ko yani sochne ka rasta band kar dein,</w:t>
      </w:r>
    </w:p>
    <w:p>
      <w:pPr>
        <w:jc w:val="right"/>
      </w:pPr>
      <w:r>
        <w:t>یعنی ایسی ایسی ایکسپلینیشن، ایسی ایسی ایسی ایسی یعنی فلاسفی، ایسی ایسی آئیڈیالوجیز جو انسان کو بالکل بیولڈ کر دیں گے، انسان کو انسان کو یعنی سوچنے کا راستہ بند کر دیں،</w:t>
      </w:r>
    </w:p>
    <w:p>
      <w:r>
        <w:rPr>
          <w:b/>
        </w:rPr>
        <w:t xml:space="preserve">[41:50] </w:t>
      </w:r>
      <w:r>
        <w:t>kyunke analysis karne ki taqat hoti nahi kisi ke andar.</w:t>
      </w:r>
    </w:p>
    <w:p>
      <w:pPr>
        <w:jc w:val="right"/>
      </w:pPr>
      <w:r>
        <w:t>کیونکہ انالیسز کرنے کی طاقت ہوتی نہیں کسی کے اندر۔</w:t>
      </w:r>
    </w:p>
    <w:p>
      <w:r>
        <w:rPr>
          <w:b/>
        </w:rPr>
        <w:t xml:space="preserve">[41:55] </w:t>
      </w:r>
      <w:r>
        <w:t>yani yeh jo aaj kal jangal hai, ideas ka jangal hai, aur printing press fitna doha maah ke liye zarori hai. ek printing press aa chuka ho, yeh bhi samajh lijiye ke fitna doha maah jo rasool Allah ne farmaya tha, to woh woh woh us zamane mein aaney wala tha jis mein ke printing press aa chuka ho, media aa chuka ho.</w:t>
      </w:r>
    </w:p>
    <w:p>
      <w:pPr>
        <w:jc w:val="right"/>
      </w:pPr>
      <w:r>
        <w:t>یعنی یہ جو آج کل جنگل ہے، آئیڈیاز کا جنگل ہے، اور پرنٹنگ پریس فتنہ دوہا ماہ کے لیے ضروری ہے۔ ایک پرنٹنگ پریس آ چکا ہو، یہ بھی سمجھ لیجئے کہ فتنہ دوہا ماہ جو رسول اللہ نے فرمایا تھا، تو وہ وہ وہ اس زمانے میں آنے والا تھا جس میں کہ پرنٹنگ پریس آ چکا ہو، میڈیا آ چکا ہو۔</w:t>
      </w:r>
    </w:p>
    <w:p>
      <w:r>
        <w:rPr>
          <w:b/>
        </w:rPr>
        <w:t xml:space="preserve">[42:13] </w:t>
      </w:r>
      <w:r>
        <w:t>kyunke jab tak printing press na aaye, aap phailayen kaise apni baaton ko? pehle agar aap chahte to aap kaise phailate? aap sirf local tor par aap phaila sakte the, ab to aap sari dunya mein phaila sakte hain.</w:t>
      </w:r>
    </w:p>
    <w:p>
      <w:pPr>
        <w:jc w:val="right"/>
      </w:pPr>
      <w:r>
        <w:t>کیونکہ جب تک پرنٹنگ پریس نہ آئے، آپ پھیلائیں کیسے اپنی باتوں کو؟ پہلے اگر آپ چاہتے تو آپ کیسے پھیلاتے؟ آپ صرف لوکل طور پر آپ پھیلا سکتے تھے، اب تو آپ ساری دنیا میں پھیلا سکتے ہیں۔</w:t>
      </w:r>
    </w:p>
    <w:p>
      <w:r>
        <w:rPr>
          <w:b/>
        </w:rPr>
        <w:t xml:space="preserve">[42:26] </w:t>
      </w:r>
      <w:r>
        <w:t>yeh zamana aisa zamana hai ke abhi aap jante hain ke abhi jo american president obama ki taqreer hui thi, wahan se cairo se itna zabardast woh itna well arranged thi woh ke sari dunya mein suni gayi.</w:t>
      </w:r>
    </w:p>
    <w:p>
      <w:pPr>
        <w:jc w:val="right"/>
      </w:pPr>
      <w:r>
        <w:t>یہ زمانہ ایسا زمانہ ہے کہ ابھی آپ جانتے ہیں کہ ابھی جو امریکن پریزیڈنٹ اوباما کی تقریر ہوئی تھی، وہاں سے قاہرہ سے اتنا زبردست وہ اتنا ویل ارینج تھی وہ کہ ساری دنیا میں سنی گئی۔</w:t>
      </w:r>
    </w:p>
    <w:p>
      <w:r>
        <w:rPr>
          <w:b/>
        </w:rPr>
        <w:t xml:space="preserve">[42:40] </w:t>
      </w:r>
      <w:r>
        <w:t>ain usi waqt jab woh bol rahe the gizaar university mein, usi waqt sari dunya mein is ko suna ja raha tha TV par. aap ghor kijiye, ek jagah se ek aadmi bolta hai aur sari dunya mein ghar ghar is ko suna ja raha hai TV ke</w:t>
      </w:r>
    </w:p>
    <w:p>
      <w:pPr>
        <w:jc w:val="right"/>
      </w:pPr>
      <w:r>
        <w:t>عین اسی وقت جب وہ بول رہے تھے حضر یونیورسٹی میں، اسی وقت ساری دنیا میں اس کو سنا جا رہا تھا ٹی وی پر۔ آپ غور کیجئے، ایک جگہ سے ایک آدمی بولتا ہے اور ساری دنیا میں گھر گھر اس کو سنا جا رہا ہے ٹی وی کے</w:t>
      </w:r>
    </w:p>
    <w:p>
      <w:r>
        <w:rPr>
          <w:b/>
        </w:rPr>
        <w:t xml:space="preserve">[42:54] </w:t>
      </w:r>
      <w:r>
        <w:t>upar. isi daur mein fitna doha maah aaney wala tha, phir is se pehle fitna doha maah nahi aa sakta tha. to fitna doha maah se murad hai woh zamana jab ke ideas ka jangal hoga, philosophy ka jangal hoga, interpretation ka jangal hoga, aur koi analysis nahi kar payega is ka.</w:t>
      </w:r>
    </w:p>
    <w:p>
      <w:pPr>
        <w:jc w:val="right"/>
      </w:pPr>
      <w:r>
        <w:t>اوپر۔ اسی دور میں فتنہ دوہا ماہ آنے والا تھا، پھر اس سے پہلے فتنہ دوہا ماہ نہیں آ سکتا تھا۔ تو فتنہ دوہا ماہ سے مراد ہے وہ زمانہ جب کہ آئیڈیاز کا جنگل ہوگا، فلاسفی کا جنگل ہوگا، انٹرپریشن کا جنگل ہوگا، اور کوئی انالیسز نہیں کر پائے گا اس کا۔</w:t>
      </w:r>
    </w:p>
    <w:p>
      <w:r>
        <w:rPr>
          <w:b/>
        </w:rPr>
        <w:t xml:space="preserve">[43:14] </w:t>
      </w:r>
      <w:r>
        <w:t>to yeh hai woh fitna. to Allah taala ne hamara jo mission hai, mission khara kiya, Allah taala ne is mun ko mein to isi ke liye khara kiya.</w:t>
      </w:r>
    </w:p>
    <w:p>
      <w:pPr>
        <w:jc w:val="right"/>
      </w:pPr>
      <w:r>
        <w:t>تو یہ ہے وہ فتنہ۔ تو اللہ تعالی نے ہمارا جو مشن ہے، مشن کھڑا کیا، اللہ تعالی نے اس من کو میں تو اسی کے لیے کھڑا کیا۔</w:t>
      </w:r>
    </w:p>
    <w:p>
      <w:r>
        <w:rPr>
          <w:b/>
        </w:rPr>
        <w:t xml:space="preserve">[43:24] </w:t>
      </w:r>
      <w:r>
        <w:t>hamara jo mission hai, woh mission isi liye khara hua hai ke fitna doha mah ko khola jaye, is ko expose kiya jaye, is ka analysis kiya jaye, logon ko bataya jaye ke sachai kiya hai.</w:t>
      </w:r>
    </w:p>
    <w:p>
      <w:pPr>
        <w:jc w:val="right"/>
      </w:pPr>
      <w:r>
        <w:t>ہمارا جو مشن ہے، وہ مشن اسی لیے کھڑا ہوا ہے کہ فتنہ دوہا ماہ کو کھولا جائے، اس کو ایکسپوز کیا جائے، اس کا انالیسز کیا جائے، لوگوں کو بتایا جائے کہ سچائی کیا ہے۔</w:t>
      </w:r>
    </w:p>
    <w:p>
      <w:r>
        <w:rPr>
          <w:b/>
        </w:rPr>
        <w:t xml:space="preserve">[43:37] </w:t>
      </w:r>
      <w:r>
        <w:t>to Khuda ke fazal se aaj aap jante hain ke is mission ke tehat bohat kafi kitaben tayar ho chuki hain, literature tayar ho chuka hai, bohat kafi.</w:t>
      </w:r>
    </w:p>
    <w:p>
      <w:pPr>
        <w:jc w:val="right"/>
      </w:pPr>
      <w:r>
        <w:t>تو خدا کے فضل سے آج آپ جانتے ہیں کہ اس مشن کے تحت بہت کافی کتابیں تیار ہو چکی ہیں، لٹریچر تیار ہو چکا ہے، بہت کافی۔</w:t>
      </w:r>
    </w:p>
    <w:p>
      <w:r>
        <w:rPr>
          <w:b/>
        </w:rPr>
        <w:t xml:space="preserve">[43:49] </w:t>
      </w:r>
      <w:r>
        <w:t>quran ka transition bhi abhi maujood nahi</w:t>
      </w:r>
    </w:p>
    <w:p>
      <w:pPr>
        <w:jc w:val="right"/>
      </w:pPr>
      <w:r>
        <w:t>قرآن کا ٹرانسیشن بھی ابھی موجود نہیں</w:t>
      </w:r>
    </w:p>
    <w:p>
      <w:r>
        <w:rPr>
          <w:b/>
        </w:rPr>
        <w:t xml:space="preserve">[43:51] </w:t>
      </w:r>
      <w:r>
        <w:t>tha, jo maujood the transition quran majeed ke english zaban mein, taqreeban 25 se zyada transition, woh sab mein confusion tha, clarity nahi thi. ab hamare mission ke tehat chhapa tarjuma bilkul hi saaf.</w:t>
      </w:r>
    </w:p>
    <w:p>
      <w:pPr>
        <w:jc w:val="right"/>
      </w:pPr>
      <w:r>
        <w:t>تھا، جو موجود تھے ٹرانسیشن قرآن مجید کے انگلش زبان میں، تقریباً 25 سے زیادہ ٹرانسیشن، وہ سب میں کنفیوژن تھا، کلیرٹی نہیں تھی۔ اب ہمارے مشن کے تحت چھپایا ترجمہ بالکل ہی صاف۔</w:t>
      </w:r>
    </w:p>
    <w:p>
      <w:r>
        <w:rPr>
          <w:b/>
        </w:rPr>
        <w:t xml:space="preserve">[44:03] </w:t>
      </w:r>
      <w:r>
        <w:t>abhi mere pas aaj telephone aya un ka Habib bhai ka Hyderabad se, to wahan ek educator hindu ko unhon ne diya yahan ka translate quran majeed ka english wala parhne ke liye.</w:t>
      </w:r>
    </w:p>
    <w:p>
      <w:pPr>
        <w:jc w:val="right"/>
      </w:pPr>
      <w:r>
        <w:t>ابھی میرے پاس آج ٹیلی فون آیا ان کا حبیب بھائی کا حیدرآباد سے، تو وہاں ایک ایجوکیٹر ہندو کو انہوں نے دیا یہاں کا ٹرانسلیٹ قرآن مجید کا انگلش والا پڑھنے کے لیے۔</w:t>
      </w:r>
    </w:p>
    <w:p>
      <w:r>
        <w:rPr>
          <w:b/>
        </w:rPr>
        <w:t xml:space="preserve">[44:16] </w:t>
      </w:r>
      <w:r>
        <w:t>to unhon ne bataya ke mein ne telephone kiya un ko baat ko, to unhon ne kaha ke abhi mein aap ka translate parh raha hoon, abhi mein baat nahi karunga. yeh itna mohabbat hai is ke parhne mein, woh unhon ne kaha ke ek to khoob samajh mein aa raha hai, khoob samajh mein aa raha hai.</w:t>
      </w:r>
    </w:p>
    <w:p>
      <w:pPr>
        <w:jc w:val="right"/>
      </w:pPr>
      <w:r>
        <w:t>تو انہوں نے بتایا کہ میں نے ٹیلی فون کیا ان کو بات کو، تو انہوں نے کہا کہ ابھی میں آپ کا ٹرانسلیٹ پڑھ رہا ہوں، ابھی میں بات نہیں کروں گا۔ یہ اتنا محبت ہے اس کے پڑھنے میں، وہ انہوں نے کہا کہ ایک تو خوب سمجھ میں آ رہا ہے، خوب سمجھ میں آ رہا ہے۔</w:t>
      </w:r>
    </w:p>
    <w:p>
      <w:r>
        <w:rPr>
          <w:b/>
        </w:rPr>
        <w:t xml:space="preserve">[44:30] </w:t>
      </w:r>
      <w:r>
        <w:t>to Allah taala ne is mission ke zariye se aisa ek translation tayar kiya, ab woh chhapakr ke har jagah phail raha hai. aise hi dekhiye, yahan par Dilli mein ek bohat acha experience experiment kar rahe hain hamare sathi jo hain, Mr Khalid Ansari,</w:t>
      </w:r>
    </w:p>
    <w:p>
      <w:pPr>
        <w:jc w:val="right"/>
      </w:pPr>
      <w:r>
        <w:t>تو اللہ تعالی نے اس مشن کے ذریعے سے ایسا ایک ٹرانسلیشن تیار کیا، اب وہ چھپ کر کے ہر جگہ پھیل رہا ہے۔ ایسے ہی دیکھیے، یہاں پر دلی میں ایک بہت اچھا ایکسپیرینس ایکسپیریمنٹ کر رہے ہیں ہمارے ساتھی جو ہیں، مسٹر خالد انصاری،</w:t>
      </w:r>
    </w:p>
    <w:p>
      <w:r>
        <w:rPr>
          <w:b/>
        </w:rPr>
        <w:t xml:space="preserve">[44:46] </w:t>
      </w:r>
      <w:r>
        <w:t>Dilli ke ek area mein woh stall lagate hain, book stall. to is se ajeeb ghareeb faiday ho rahe hain. log wahan ate hain, kitaben le ate hain, baaten hoti hain, aur logon ke zehan mein ek halchal, nai halchal paida ho rahi hai.</w:t>
      </w:r>
    </w:p>
    <w:p>
      <w:pPr>
        <w:jc w:val="right"/>
      </w:pPr>
      <w:r>
        <w:t>دلی کے ایک ایریا میں وہ اسٹال لگاتے ہیں، بک اسٹال۔ تو اس سے عجیب غریب فائدے ہو رہے ہیں۔ لوگ وہاں آتے ہیں، کتابیں لے آتے ہیں، باتیں ہوتی ہیں، اور لوگوں کے ذہن میں ایک ہلچل، نئی ہلچل پیدا ہو رہی ہے۔</w:t>
      </w:r>
    </w:p>
    <w:p>
      <w:r>
        <w:rPr>
          <w:b/>
        </w:rPr>
        <w:t xml:space="preserve">[45:00] </w:t>
      </w:r>
      <w:r>
        <w:t>is se mein ne ek tajurba nikala hai, yeh ke book stall ka kaam to har jagah ho raha hai, bohat log book book stall laga rahe hain jagah jagah, lekin educated logon ko book stall lagana chahiye.</w:t>
      </w:r>
    </w:p>
    <w:p>
      <w:pPr>
        <w:jc w:val="right"/>
      </w:pPr>
      <w:r>
        <w:t>اس سے میں نے ایک تجربہ نکالا ہے، یہ کہ بک اسٹال کا کام تو ہر جگہ ہو رہا ہے، بہت لوگ بک بک اسٹال لگا رہے ہیں جگہ جگہ، لیکن ایجوکیٹڈ لوگوں کو بک اسٹال لگانا چاہیے۔</w:t>
      </w:r>
    </w:p>
    <w:p>
      <w:r>
        <w:rPr>
          <w:b/>
        </w:rPr>
        <w:t xml:space="preserve">[45:12] </w:t>
      </w:r>
      <w:r>
        <w:t>yeh Mr Khalid Ansari mashallah educated aadmi hain, to jab woh book stall pe khare hote hain, log ate hain, un se baaten karte hain. woh to sirf kitaben rakh dena kafi nahi hai, wahan ek aadmi hona chahiye jo baat kar sake logon se.</w:t>
      </w:r>
    </w:p>
    <w:p>
      <w:pPr>
        <w:jc w:val="right"/>
      </w:pPr>
      <w:r>
        <w:t>یہ مسٹر خالد انصاری ماشاءاللہ ایجوکیٹڈ آدمی ہیں، تو جب وہ بک اسٹال پہ کھڑے ہوتے ہیں، لوگ آتے ہیں، ان سے بات کرتے ہیں۔ وہ تو صرف کتابیں رکھ دینا کافی نہیں ہے، وہاں ایک آدمی ہونا چاہیے جو بات کر سکے لوگوں سے۔</w:t>
      </w:r>
    </w:p>
    <w:p>
      <w:r>
        <w:rPr>
          <w:b/>
        </w:rPr>
        <w:t xml:space="preserve">[45:25] </w:t>
      </w:r>
      <w:r>
        <w:t>to mein yeh kahunga ke hamare sathi jitne bhi hain duniya bhar mein, duniya bhar mein</w:t>
      </w:r>
    </w:p>
    <w:p>
      <w:pPr>
        <w:jc w:val="right"/>
      </w:pPr>
      <w:r>
        <w:t>تو میں یہ کہوں گا کہ ہمارے ساتھی جتنے بھی ہیں دنیا بھر میں، دنیا بھر میں</w:t>
      </w:r>
    </w:p>
    <w:p>
      <w:r>
        <w:rPr>
          <w:b/>
        </w:rPr>
        <w:t xml:space="preserve">[45:30] </w:t>
      </w:r>
      <w:r>
        <w:t>educated log book stall lagayen har jagah. yahan to mohalle mohalle mein laga rahe hain, woh colony mein laga rahe hain. woh ajeeb ghareeb yeh tajurba hai.</w:t>
      </w:r>
    </w:p>
    <w:p>
      <w:pPr>
        <w:jc w:val="right"/>
      </w:pPr>
      <w:r>
        <w:t>ایجوکیٹڈ لوگ بک اسٹال لگائیں ہر جگہ۔ یہاں تو محلے محلے میں لگا رہے ہیں، وہ کالونی میں لگا رہے ہیں۔ وہ عجیب غریب یہ تجربہ ہے۔</w:t>
      </w:r>
    </w:p>
    <w:p>
      <w:r>
        <w:rPr>
          <w:b/>
        </w:rPr>
        <w:t xml:space="preserve">[45:41] </w:t>
      </w:r>
      <w:r>
        <w:t>ab tak hum samajhte the ke jahan log akhta hote hain, koi conference ho, koi seminar ho, wahin lag sakta hai book stall. Mr Khalid Ansari ne ek nai misal qaim kardi ke jahan bhi insan hai, koi colony hai, wahin laga do.</w:t>
      </w:r>
    </w:p>
    <w:p>
      <w:pPr>
        <w:jc w:val="right"/>
      </w:pPr>
      <w:r>
        <w:t>اب تک ہم سمجھتے تھے کہ جہاں لوگ اکٹھا ہوتے ہیں، کوئی کانفرنس ہو، کوئی سیمینار ہو، وہیں لگ سکتا ہے بک اسٹال۔ مسٹر خالد انصاری نے ایک نئی مثال قائم کر دی کہ جہاں بھی انسان ہے، کوئی کالونی ہے، وہیں لگا دو۔</w:t>
      </w:r>
    </w:p>
    <w:p>
      <w:r>
        <w:rPr>
          <w:b/>
        </w:rPr>
        <w:t xml:space="preserve">[45:54] </w:t>
      </w:r>
      <w:r>
        <w:t>to woh lagate hain in Dilli mein, aur wahan par log ate hain, woh un ko sawal hota hai, jawab hota hai. to Allah taala ne is mission ke zariye se aisa literature tayar kar diya hai, isi literature ko logon ko phailana hai,</w:t>
      </w:r>
    </w:p>
    <w:p>
      <w:pPr>
        <w:jc w:val="right"/>
      </w:pPr>
      <w:r>
        <w:t>تو وہ لگاتے ہیں ان دلی میں، اور وہاں پر لوگ آتے ہیں، وہ ان کو سوال ہوتا ہے، جواب ہوتا ہے۔ تو اللہ تعالی نے اس مشن کے ذریعے سے ایسا لٹریچر تیار کر دیا ہے، اسی لٹریچر کو لوگوں کو پھیلانا ہے،</w:t>
      </w:r>
    </w:p>
    <w:p>
      <w:r>
        <w:rPr>
          <w:b/>
        </w:rPr>
        <w:t xml:space="preserve">[46:10] </w:t>
      </w:r>
      <w:r>
        <w:t>sab logon ko is literature ko phailana hai. is ki zaroorat nahi ke aap mujh se kai log poochte hain ke bhai hum to writer nahi hain, hum bhi speaker nahi hain. bhai na writer banne ki zaroorat hai, na speaker ban</w:t>
      </w:r>
    </w:p>
    <w:p>
      <w:pPr>
        <w:jc w:val="right"/>
      </w:pPr>
      <w:r>
        <w:t>سب لوگوں کو اس لٹریچر کو پھیلانا ہے۔ اس کی ضرورت نہیں کہ آپ مجھ سے کئی لوگ پوچھتے ہیں کہ بھئی ہم تو رائٹر نہیں ہیں، ہم بھی اسپیکر نہیں ہیں۔ بھئی نہ اس رائٹر بننے کی ضرورت ہے، نہ اسپیکر بن</w:t>
      </w:r>
    </w:p>
    <w:p>
      <w:r>
        <w:rPr>
          <w:b/>
        </w:rPr>
        <w:t xml:space="preserve">[46:21] </w:t>
      </w:r>
      <w:r>
        <w:t>ne ki zaroorat hai. in kitabon ko phailao, in kitabon ko phailao, bas aur kuch karna hi nahi hai. yahan mein aap ko yaad dilaoon ke Sahaba Karam bhi yahi karte the.</w:t>
      </w:r>
    </w:p>
    <w:p>
      <w:pPr>
        <w:jc w:val="right"/>
      </w:pPr>
      <w:r>
        <w:t>نے کی ضرورت ہے۔ ان کتابوں کو پھیلاؤ، ان کتابوں کو پھیلاؤ، بس اور کچھ کرنا ہی نہیں ہے۔ یہاں میں آپ کو یاد دلاؤں کہ صحابہ کرام بھی یہی کرتے تھے۔</w:t>
      </w:r>
    </w:p>
    <w:p>
      <w:r>
        <w:rPr>
          <w:b/>
        </w:rPr>
        <w:t xml:space="preserve">[46:36] </w:t>
      </w:r>
      <w:r>
        <w:t>Sahaba Karam ko kaha jata tha bakri, bakri mani parh kar sunane wala. yeh printing press nahi tha is zamane mein, kitaben chhap nahi sakti thin, to log apni memory mein rakh lete the quran majeed ko</w:t>
      </w:r>
    </w:p>
    <w:p>
      <w:pPr>
        <w:jc w:val="right"/>
      </w:pPr>
      <w:r>
        <w:t>صحابہ کرام کو کہا جاتا تھا بکری، بکری معنی پڑھ کر سنانے والا۔ یہ پرنٹنگ پریس نہیں تھا اس زمانے میں، کتابیں چھپ نہیں سکتی تھیں، تو لوگ اپنی میموری میں رکھ لیتے تھے قرآن مجید کو</w:t>
      </w:r>
    </w:p>
    <w:p>
      <w:r>
        <w:rPr>
          <w:b/>
        </w:rPr>
        <w:t xml:space="preserve">[46:51] </w:t>
      </w:r>
      <w:r>
        <w:t>yad kar lete the, aur jagah jagah jahan aadmi ko paate, us ko sunate the, parh kar ke. jahan bhi jahan dekhte ke das panch aadmi maujood hain, kam ya zyada aadmi maujood hain, koi gathering hai, bas wahan khare hogaye aur quran parhna sunana shuru kar diya.</w:t>
      </w:r>
    </w:p>
    <w:p>
      <w:pPr>
        <w:jc w:val="right"/>
      </w:pPr>
      <w:r>
        <w:t>، یاد کر لیتے تھے، اور جگہ جگہ جہاں آدمی کو پاتے، اس کو سناتے تھے، پڑھ کر کے۔ جہاں بھی جہاں دیکھتے کہ دس پانچ آدمی موجود ہیں، کم یا زیادہ آدمی موجود ہیں، کوئی گیدرنگ ہے، بس وہاں کھڑے ہوگئے اور قرآن پڑھنا سنانا شروع کر دیا۔</w:t>
      </w:r>
    </w:p>
    <w:p>
      <w:r>
        <w:rPr>
          <w:b/>
        </w:rPr>
        <w:t xml:space="preserve">[47:06] </w:t>
      </w:r>
      <w:r>
        <w:t>to un ko kaha jata tha bakri, parh kar sunane wala. ab jab printing press ka zamana hai to aap ko kiya banna hai?</w:t>
      </w:r>
    </w:p>
    <w:p>
      <w:pPr>
        <w:jc w:val="right"/>
      </w:pPr>
      <w:r>
        <w:t>تو ان کو کہا جاتا تھا بکری، پڑھ کر سنانے والا۔ اب جب پرنٹنگ پریس کا زمانہ ہے تو آپ کو کیا بننا ہے؟</w:t>
      </w:r>
    </w:p>
    <w:p>
      <w:r>
        <w:rPr>
          <w:b/>
        </w:rPr>
        <w:t xml:space="preserve">[47:15] </w:t>
      </w:r>
      <w:r>
        <w:t>distributor. Sahaba bane the bakri, aap distributor ban jaiye,</w:t>
      </w:r>
    </w:p>
    <w:p>
      <w:pPr>
        <w:jc w:val="right"/>
      </w:pPr>
      <w:r>
        <w:t>ڈسٹریبیوٹر۔ صحابہ بنے تھے بکری، آپ ڈسٹریبیوٹر بن جائیے،</w:t>
      </w:r>
    </w:p>
    <w:p>
      <w:r>
        <w:rPr>
          <w:b/>
        </w:rPr>
        <w:t xml:space="preserve">[47:21] </w:t>
      </w:r>
      <w:r>
        <w:t>yani kitabon ko taqseem pahunchaiye, logon ko kitabon ko logon ko pahunchaiye.</w:t>
      </w:r>
    </w:p>
    <w:p>
      <w:pPr>
        <w:jc w:val="right"/>
      </w:pPr>
      <w:r>
        <w:t>یعنی کتابوں کو تقسیم پہنچائیے، لوگوں کو کتابوں کو لوگوں کو پہنچائیے۔</w:t>
      </w:r>
    </w:p>
    <w:p>
      <w:r>
        <w:rPr>
          <w:b/>
        </w:rPr>
        <w:t xml:space="preserve">[47:30] </w:t>
      </w:r>
      <w:r>
        <w:t>yani wohi kaam jo is zamane mein hua tha, bakri ban kar ke, wohi kaam aap karna hai, distributor ban kar ke. aap ko na writer banna hai, na na speaker banna hai.</w:t>
      </w:r>
    </w:p>
    <w:p>
      <w:pPr>
        <w:jc w:val="right"/>
      </w:pPr>
      <w:r>
        <w:t>یعنی وہی کام جو اس زمانے میں ہوا تھا، بکری بن کر کے، وہی کام آپ کرنا ہے، ڈسٹریبیوٹر بن کر کے۔ آپ کو نہ رائٹر بننا ہے، نہ نہ اسپیکر بننا ہے۔</w:t>
      </w:r>
    </w:p>
    <w:p>
      <w:r>
        <w:rPr>
          <w:b/>
        </w:rPr>
        <w:t xml:space="preserve">[47:41] </w:t>
      </w:r>
      <w:r>
        <w:t>jo kitaben Allah taala ne tayar kar di hain, jo chhap chuki hain mukhtalif zabanon mein, inhi ko phailaiye. yahi kaam hai,</w:t>
      </w:r>
    </w:p>
    <w:p>
      <w:pPr>
        <w:jc w:val="right"/>
      </w:pPr>
      <w:r>
        <w:t>جو کتابیں اللہ تعالی نے تیار کر دی ہیں، جو چھپ چکی ہیں مختلف زبانوں میں، انہی کو پھیلائیے۔ یہی کام ہے،</w:t>
      </w:r>
    </w:p>
    <w:p>
      <w:r>
        <w:rPr>
          <w:b/>
        </w:rPr>
        <w:t xml:space="preserve">[47:49] </w:t>
      </w:r>
      <w:r>
        <w:t>lekin yeh phailane ka kaam jo hai, parhe likhe log karenge to zyada acha hoga, zyada acha hoga agar parhe likhe log karenge.</w:t>
      </w:r>
    </w:p>
    <w:p>
      <w:pPr>
        <w:jc w:val="right"/>
      </w:pPr>
      <w:r>
        <w:t>لیکن یہ پھیلانے کا کام جو ہے، پڑھے لکھے لوگ کریں گے تو زیادہ اچھا ہوگا، زیادہ اچھا ہوگا اگر پڑھے لکھے لوگ کریں گے۔</w:t>
      </w:r>
    </w:p>
    <w:p>
      <w:r>
        <w:rPr>
          <w:b/>
        </w:rPr>
        <w:t xml:space="preserve">[48:00] </w:t>
      </w:r>
      <w:r>
        <w:t>halankeh sabhi log kar sakte hain. meri ladki hai jin ko apa kaha jata hai, woh jati hain is mein, is mein garden mein, lodhi garden waghera mein.</w:t>
      </w:r>
    </w:p>
    <w:p>
      <w:pPr>
        <w:jc w:val="right"/>
      </w:pPr>
      <w:r>
        <w:t>حالانکہ سبھی لوگ کر سکتے ہیں۔ میری لڑکی ہے جن کو آپا کہا جاتا ہے، وہ جاتی ہیں اس میں، اس میں گارڈن میں، لودھی گارڈن وغیرہ میں۔</w:t>
      </w:r>
    </w:p>
    <w:p>
      <w:r>
        <w:rPr>
          <w:b/>
        </w:rPr>
        <w:t xml:space="preserve">[48:10] </w:t>
      </w:r>
      <w:r>
        <w:t>to hamare jo kaam karti hai ladki, jo bilkul parhi likhi nahi hai, us ko le aati hain, aur us ke us ka bhai hai chota sa,</w:t>
      </w:r>
    </w:p>
    <w:p>
      <w:pPr>
        <w:jc w:val="right"/>
      </w:pPr>
      <w:r>
        <w:t>تو ہمارے جو کام کرتی ہے لڑکی، جو بالکل پڑھی لکھی نہیں ہے، اس کو لے آتی ہیں، اور اس کے اس کا بھائی ہے چھوٹا سا،</w:t>
      </w:r>
    </w:p>
    <w:p>
      <w:r>
        <w:rPr>
          <w:b/>
        </w:rPr>
        <w:t xml:space="preserve">[48:19] </w:t>
      </w:r>
      <w:r>
        <w:t>woh jate hain, do do ke sab ko dete hain, sab khushi se le lete hain log. halankeh woh parhe likhe nahi hain, woh to be parha likha aadmi bhi kar sakta hai distribution ka kaam, lekin book stall jo hai, us par jab ek parha likha aadmi khara hoga to phir interaction hoga, baat cheet hogi, discussion hoga, dialogue hoga, to phir zyada is ka faida barh jayega,</w:t>
      </w:r>
    </w:p>
    <w:p>
      <w:pPr>
        <w:jc w:val="right"/>
      </w:pPr>
      <w:r>
        <w:t>وہ جاتے ہیں، دو دو کے سب کو دیتے ہیں، سب خوشی سے لے لیتے ہیں لوگ۔ حالانکہ وہ پڑھے لکھے نہیں ہیں، وہ تو بے پڑھا لکھا آدمی بھی کر سکتا ہے ڈسٹریبیوشن کا کام، لیکن بک اسٹال جو ہے، اس پر جب ایک پڑھا لکھا آدمی کھڑا ہوگا تو پھر انٹریکشن ہوگا، بات چیت ہوگی، ڈسکشن ہوگا، ڈائیلاگ ہوگا، تو پھر زیادہ اس کا فائدہ بڑھ جائے گا،</w:t>
      </w:r>
    </w:p>
    <w:p>
      <w:r>
        <w:rPr>
          <w:b/>
        </w:rPr>
        <w:t xml:space="preserve">[48:41] </w:t>
      </w:r>
      <w:r>
        <w:t>yani hundred time barh jayega is ka faida.</w:t>
      </w:r>
    </w:p>
    <w:p>
      <w:pPr>
        <w:jc w:val="right"/>
      </w:pPr>
      <w:r>
        <w:t>یعنی ہنڈرڈ ٹائم بڑھ جائے گا اس کا فائدہ۔</w:t>
      </w:r>
    </w:p>
    <w:p>
      <w:r>
        <w:rPr>
          <w:b/>
        </w:rPr>
        <w:t xml:space="preserve">[48:45] </w:t>
      </w:r>
      <w:r>
        <w:t>to main yahi kahunga ke aap sab logon ko yeh kaam karna hai ke literature ko phailana hai, yahi yahi top ka kaam hai.</w:t>
      </w:r>
    </w:p>
    <w:p>
      <w:pPr>
        <w:jc w:val="right"/>
      </w:pPr>
      <w:r>
        <w:t>تو میں یہی کہوں گا کہ آپ سب لوگوں کو یہ کام کرنا ہے کہ لٹریچر کو پھیلانا ہے، یہی یہی ٹاپ کا کام ہے۔</w:t>
      </w:r>
    </w:p>
    <w:p>
      <w:r>
        <w:rPr>
          <w:b/>
        </w:rPr>
        <w:t xml:space="preserve">[48:58] </w:t>
      </w:r>
      <w:r>
        <w:t>is waqt top ka kaam yahi hai, aur phir main yeh bhi yaad dilaoon ke rasool ALLAH, rasool ALLAH ne ek bohat bari peshangoi ki hai,</w:t>
      </w:r>
    </w:p>
    <w:p>
      <w:pPr>
        <w:jc w:val="right"/>
      </w:pPr>
      <w:r>
        <w:t>اس وقت ٹاپ کا کام یہی ہے، اور پھر میں یہ بھی یاد دلاؤں کہ رسول اللہ، رسول اللہ نے ایک بہت بڑی پیشنگوئی کی ہے،</w:t>
      </w:r>
    </w:p>
    <w:p>
      <w:r>
        <w:rPr>
          <w:b/>
        </w:rPr>
        <w:t xml:space="preserve">[49:11] </w:t>
      </w:r>
      <w:r>
        <w:t>woh hai ke aakhri ke zamane mein kuch log paida honge jin ko aap ne kaha ke woh mere bhai honge. ikhwani farmaya aap ne ke main chahta hoon ke apne bhaiyon ko dekhon.</w:t>
      </w:r>
    </w:p>
    <w:p>
      <w:pPr>
        <w:jc w:val="right"/>
      </w:pPr>
      <w:r>
        <w:t>وہ ہے کہ آخری کے زمانے میں کچھ لوگ پیدا ہوں گے جن کو آپ نے کہا کہ وہ میرے بھائی ہوں گے۔ اخوانی فرمایا آپ نے کہ میں چاہتا ہوں کہ اپنے بھائیوں کو دیکھوں۔</w:t>
      </w:r>
    </w:p>
    <w:p>
      <w:r>
        <w:rPr>
          <w:b/>
        </w:rPr>
        <w:t xml:space="preserve">[49:22] </w:t>
      </w:r>
      <w:r>
        <w:t>to is ka matlab yeh hai ke is ummat mein do giroh banenge, do historical giroh: ek ashab rasool, ek ikhwan rasool.</w:t>
      </w:r>
    </w:p>
    <w:p>
      <w:pPr>
        <w:jc w:val="right"/>
      </w:pPr>
      <w:r>
        <w:t>تو اس کا معنی یہ ہے کہ اس امت میں دو گروہ بنیں گے، دو ہسٹوریکل گروہ: ایک اصحاب رسول، ایک اخوان رسول۔</w:t>
      </w:r>
    </w:p>
    <w:p>
      <w:r>
        <w:rPr>
          <w:b/>
        </w:rPr>
        <w:t xml:space="preserve">[49:34] </w:t>
      </w:r>
      <w:r>
        <w:t>hadith ki peshangoi ke mutabiq ashab rasool, aap ke ashab rasool kon hain?</w:t>
      </w:r>
    </w:p>
    <w:p>
      <w:pPr>
        <w:jc w:val="right"/>
      </w:pPr>
      <w:r>
        <w:t>حدیث کی پیشنگوئی کے مطابق اصحاب رسول، آپ کے اصحاب رسول کون ہیں؟</w:t>
      </w:r>
    </w:p>
    <w:p>
      <w:r>
        <w:rPr>
          <w:b/>
        </w:rPr>
        <w:t xml:space="preserve">[49:40] </w:t>
      </w:r>
      <w:r>
        <w:t>woh the contemporary log, rasool ALLAH ke jo contemporary the, aap ke zamane ke jo log the. to rasool ALLAH ka saath diya unhon ne, woh bakri bane, unhon ne sachai ko phailaya, to un ko ashab rasool ka darja mila.</w:t>
      </w:r>
    </w:p>
    <w:p>
      <w:pPr>
        <w:jc w:val="right"/>
      </w:pPr>
      <w:r>
        <w:t>وہ تھے کنٹیمپریری لوگ، رسول اللہ کے جو کنٹیمپریری تھے، آپ کے زمانے کے جو لوگ تھے۔ تو رسول اللہ کا ساتھ دیا انہوں نے، وہ بکری بنے، انہوں نے سچائی کو پھیلایا، تو ان کو اصحاب رسول کا درجہ ملا۔</w:t>
      </w:r>
    </w:p>
    <w:p>
      <w:r>
        <w:rPr>
          <w:b/>
        </w:rPr>
        <w:t xml:space="preserve">[49:54] </w:t>
      </w:r>
      <w:r>
        <w:t>ab printing press ke zamane mein woh tha, printing press se pehle ka zamana. ab printing press ke zamane mein kya hai? kitaben maujood hain, pamphlet hai, leaflet hai, bari bari kitaben hain, choti kitaben hain, un ko distribute kijiye</w:t>
      </w:r>
    </w:p>
    <w:p>
      <w:pPr>
        <w:jc w:val="right"/>
      </w:pPr>
      <w:r>
        <w:t>اب پرنٹنگ پریس کے زمانے میں وہ تھا، پرنٹنگ پریس سے پہلے کا زمانہ۔ اب پرنٹنگ پریس کے زمانے میں کیا ہے؟ کتابیں موجود ہیں، پیمفلیٹ ہے، لیف لیٹ ہے، بڑی بڑی کتابیں ہیں، چھوٹی کتابیں ہیں، ان کو ڈسٹریبیوٹ کیج</w:t>
      </w:r>
    </w:p>
    <w:p>
      <w:r>
        <w:rPr>
          <w:b/>
        </w:rPr>
        <w:t xml:space="preserve">[50:09] </w:t>
      </w:r>
      <w:r>
        <w:t>ye. to ab distributor bankar ke aap ashab rasool banenge. yeh koi shayari nahi hai, koi mysterious baat nahi, na to ashab rasool koi mysterious lafz hai, na ikhwan rasool koi mysterious shabd hai,</w:t>
      </w:r>
    </w:p>
    <w:p>
      <w:pPr>
        <w:jc w:val="right"/>
      </w:pPr>
      <w:r>
        <w:t>ئے۔ تو اب ڈسٹریبیوٹر بن کر کے آپ اصحاب رسول بنیں گے۔ یہ کوئی شاعری نہیں ہے، کوئی مسٹیریس بات نہیں، نہ تو اصحاب رسول کوئی مسٹیریس لفظ ہے، نہ اخوان رسول کوئی مسٹیریس शब्द ہے،</w:t>
      </w:r>
    </w:p>
    <w:p>
      <w:r>
        <w:rPr>
          <w:b/>
        </w:rPr>
        <w:t xml:space="preserve">[50:24] </w:t>
      </w:r>
      <w:r>
        <w:t>koi mysterious nahi, bilkul scientific shabd hai, historical shabd hai.</w:t>
      </w:r>
    </w:p>
    <w:p>
      <w:pPr>
        <w:jc w:val="right"/>
      </w:pPr>
      <w:r>
        <w:t>کوئی مسٹیریس نہیں، بالکل سائنٹیفک शब्द ہے، ہسٹوریکل शब्द ہے۔</w:t>
      </w:r>
    </w:p>
    <w:p>
      <w:r>
        <w:rPr>
          <w:b/>
        </w:rPr>
        <w:t xml:space="preserve">[50:29] </w:t>
      </w:r>
      <w:r>
        <w:t>printing press ke pehle ke zamane mein jo log daai bane, quran ke message ko phailaya, aur bakri bankar ke woh ashab rasool kahlaye.</w:t>
      </w:r>
    </w:p>
    <w:p>
      <w:pPr>
        <w:jc w:val="right"/>
      </w:pPr>
      <w:r>
        <w:t>پرنٹنگ پریس کے پہلے کے زمانے میں جو لوگ داعی بنے، قرآن کے میسج کو پھیلایا، اور بکری بن کر کے وہ اصحاب رسول کہلائے۔</w:t>
      </w:r>
    </w:p>
    <w:p>
      <w:r>
        <w:rPr>
          <w:b/>
        </w:rPr>
        <w:t xml:space="preserve">[50:40] </w:t>
      </w:r>
      <w:r>
        <w:t>ab printing press ke zamane mein jo log daai banenge, aur is literature ko distribute karenge, is ke distributor banenge, to woh ikhwan rasool kahe jayenge, inshallah.</w:t>
      </w:r>
    </w:p>
    <w:p>
      <w:pPr>
        <w:jc w:val="right"/>
      </w:pPr>
      <w:r>
        <w:t>اب پرنٹنگ پریس کے زمانے میں جو لوگ داعی بنیں گے، اور اس لٹریچر کو ڈسٹریبیوٹ کریں گے، اس کے ڈسٹریبیوٹر بنیں گے، تو وہ اخوان رسول کہے جائیں گے، انشاءاللہ۔</w:t>
      </w:r>
    </w:p>
    <w:p>
      <w:r>
        <w:rPr>
          <w:b/>
        </w:rPr>
        <w:t xml:space="preserve">[50:53] </w:t>
      </w:r>
      <w:r>
        <w:t>to hazrat umar ne farmaya tha ashab rasool ke bare mein ke man sarahu yuqoon misl ALLAH, matlab jo is giroh mein shamil hona chahta hai, to un ki condition ko pura kare, wahi voice bane,</w:t>
      </w:r>
    </w:p>
    <w:p>
      <w:pPr>
        <w:jc w:val="right"/>
      </w:pPr>
      <w:r>
        <w:t>تو حضرت عمر نے فرمایا تھا اصحاب رسول کے بارے میں کہ من سرہ یقون مثل اللہ، مطلب جو اس گروہ میں شامل ہونا چاہتا ہے، تو ان کی کنڈیشن کو پورا کرے، وہی وائس بنے،</w:t>
      </w:r>
    </w:p>
    <w:p>
      <w:r>
        <w:rPr>
          <w:b/>
        </w:rPr>
        <w:t xml:space="preserve">[51:08] </w:t>
      </w:r>
      <w:r>
        <w:t>apna to wahi quality laye.</w:t>
      </w:r>
    </w:p>
    <w:p>
      <w:pPr>
        <w:jc w:val="right"/>
      </w:pPr>
      <w:r>
        <w:t>اپنا تو وہی کوالٹی لائے۔</w:t>
      </w:r>
    </w:p>
    <w:p>
      <w:r>
        <w:rPr>
          <w:b/>
        </w:rPr>
        <w:t xml:space="preserve">[51:11] </w:t>
      </w:r>
      <w:r>
        <w:t>aise mein yeh kahunga ke jo ikhwan rasool ke party ka member banna chahta hai, jo ikhwan rasool ka credit lena chahta hai, qayamat ke din ke wahan elan kiya jayega ke yeh hain ikhwan rasool,</w:t>
      </w:r>
    </w:p>
    <w:p>
      <w:pPr>
        <w:jc w:val="right"/>
      </w:pPr>
      <w:r>
        <w:t>ایسے میں یہ کہوں گا کہ جو اخوان رسول کے پارٹی کا ممبر بننا چاہتا ہے، جو اخوان رسول کا کریڈٹ لینا چاہتا ہے، قیامت کے دن کہ وہاں اعلان کیا جائے کہ یہ ہیں اخوان رسول،</w:t>
      </w:r>
    </w:p>
    <w:p>
      <w:r>
        <w:rPr>
          <w:b/>
        </w:rPr>
        <w:t xml:space="preserve">[51:25] </w:t>
      </w:r>
      <w:r>
        <w:t>yani qayamat mein yeh elan hoga ke yeh hain ashab rasool, aur yeh hain ikhwan rasool, yeh waqt anay wala hai. to woh to, yani woh to, woh to, woh to khatam ho chuka.</w:t>
      </w:r>
    </w:p>
    <w:p>
      <w:pPr>
        <w:jc w:val="right"/>
      </w:pPr>
      <w:r>
        <w:t>یعنی قیامت میں یہ اعلان ہوگا کہ یہ ہیں اصحاب رسول، اور یہ ہیں اخوان رسول، یہ وقت آنے والا ہے۔ تو وہ تو، یعنی وہ تو، وہ تو، وہ تو ختم ہو چکا۔</w:t>
      </w:r>
    </w:p>
    <w:p>
      <w:r>
        <w:rPr>
          <w:b/>
        </w:rPr>
        <w:t xml:space="preserve">[51:40] </w:t>
      </w:r>
      <w:r>
        <w:t>woh opportunity to khatam ho chuki ke aap ashab rasool banen. aap ashab rasool wahi ban sakte hain jo contemporary ho, aap ke zamane ka ho. woh opportunity thi us zamane ke logon ke liye, woh khatam ho chuki hai.</w:t>
      </w:r>
    </w:p>
    <w:p>
      <w:pPr>
        <w:jc w:val="right"/>
      </w:pPr>
      <w:r>
        <w:t>وہ اپرچونیٹی تو ختم ہو چکی کہ آپ اصحاب رسول بنیں۔ آپ اصحاب رسول وہی بن سکتے ہیں جو کنٹیمپریری ہو، آپ کے زمانے کا ہو۔ وہ اپرچونیٹی تھی اس زمانے کے لوگوں کے لیے، وہ ختم ہو چکی ہے۔</w:t>
      </w:r>
    </w:p>
    <w:p>
      <w:r>
        <w:rPr>
          <w:b/>
        </w:rPr>
        <w:t xml:space="preserve">[51:52] </w:t>
      </w:r>
      <w:r>
        <w:t>lekin ab ek opportunity aur abhi baqi hai, woh ikhwan rasool ki opportunity, jo baad ke zamane ke liye.</w:t>
      </w:r>
    </w:p>
    <w:p>
      <w:pPr>
        <w:jc w:val="right"/>
      </w:pPr>
      <w:r>
        <w:t>لیکن اب ایک اپرچونیٹی اور ابھی باقی ہے، وہ اخوان رسول کی اپرچونیٹی، جو بعد کے زمانے کے لیے۔</w:t>
      </w:r>
    </w:p>
    <w:p>
      <w:r>
        <w:rPr>
          <w:b/>
        </w:rPr>
        <w:t xml:space="preserve">[52:02] </w:t>
      </w:r>
      <w:r>
        <w:t>kal mujh se ek sawal kiya gaya tha jab main program kar raha tha, kal ke rasool ALLAH ki zindagi mein to to jamiyat hai, aap family ko bhi, aap kya, aap ne, aap aap yeh kya, business kiya, falan kiya, to aap dawat pe itna zor kyun dete hain?</w:t>
      </w:r>
    </w:p>
    <w:p>
      <w:pPr>
        <w:jc w:val="right"/>
      </w:pPr>
      <w:r>
        <w:t>کل مجھ سے ایک سوال کیا گیا تھا جب میں پروگرام کر رہا تھا، کل کہ رسول اللہ کی زندگی میں تو تو جامعیت ہے، آپ فیملی کو بھی، آپ کیا، آپ نے، آپ آپ یہ کیا، بزنس کیا، فلاں کیا، تو آپ دعوت پہ اتنا زور کیوں دیتے ہیں؟</w:t>
      </w:r>
    </w:p>
    <w:p>
      <w:r>
        <w:rPr>
          <w:b/>
        </w:rPr>
        <w:t xml:space="preserve">[52:18] </w:t>
      </w:r>
      <w:r>
        <w:t>dekhen, yeh priority ka mamla hai. rasool ALLAH sallallahu alaihi wasallam ko arz yeh karna galat hai ke har shobe mein barabar ka darja diya unhon ne.</w:t>
      </w:r>
    </w:p>
    <w:p>
      <w:pPr>
        <w:jc w:val="right"/>
      </w:pPr>
      <w:r>
        <w:t>دیکھیں، یہ پرائرٹی کا معاملہ ہے۔ رسول اللہ صلی اللہ علیہ وسلم کو عرض یہ کرنا غلط ہے کہ ہر شعبے میں برابر کا درجہ دیا انہوں نے۔</w:t>
      </w:r>
    </w:p>
    <w:p>
      <w:r>
        <w:rPr>
          <w:b/>
        </w:rPr>
        <w:t xml:space="preserve">[52:28] </w:t>
      </w:r>
      <w:r>
        <w:t>nahi, priority di unhon ne dawat ko.</w:t>
      </w:r>
    </w:p>
    <w:p>
      <w:pPr>
        <w:jc w:val="right"/>
      </w:pPr>
      <w:r>
        <w:t>نہیں، پرائرٹی دی انہوں نے دعوت کو۔</w:t>
      </w:r>
    </w:p>
    <w:p>
      <w:r>
        <w:rPr>
          <w:b/>
        </w:rPr>
        <w:t xml:space="preserve">[52:32] </w:t>
      </w:r>
      <w:r>
        <w:t>matlab family ka mamla lijie. aap log kehte hain ke family bhi chalai. aap ne family kya chalai? log bhooke rehte the. aap aap chalayenge aisi family?</w:t>
      </w:r>
    </w:p>
    <w:p>
      <w:pPr>
        <w:jc w:val="right"/>
      </w:pPr>
      <w:r>
        <w:t>مطلب فیملی کا معاملہ لیجئے۔ آپ لوگ کہتے ہیں کہ فیملی بھی چلائی۔ آپ نے فیملی کیا چلائی؟ لوگ بھوکے رہتے تھے۔ آپ آپ چلائیں گے ایسی فیملی؟</w:t>
      </w:r>
    </w:p>
    <w:p>
      <w:r>
        <w:rPr>
          <w:b/>
        </w:rPr>
        <w:t xml:space="preserve">[52:41] </w:t>
      </w:r>
      <w:r>
        <w:t>aap tayyar hain aisi family chalane ke liye? agar is namune ko ikhtiyar karen to ke aap hazrat aisha kehti hain ke hum nau saal tak masjid nabwi mein charagh nahi jala.</w:t>
      </w:r>
    </w:p>
    <w:p>
      <w:pPr>
        <w:jc w:val="right"/>
      </w:pPr>
      <w:r>
        <w:t>آپ تیار ہیں ایسی فیملی چلانے کے لیے؟ اگر اس نمونے کو اختیار کریں تو کہ آپ حضرت عائشہ کہتی ہیں کہ ہم نو سال تک مسجد نبوی میں چراغ نہیں جلا۔</w:t>
      </w:r>
    </w:p>
    <w:p>
      <w:r>
        <w:rPr>
          <w:b/>
        </w:rPr>
        <w:t xml:space="preserve">[52:55] </w:t>
      </w:r>
      <w:r>
        <w:t>masjid nabwi jo thi, jhopra tha, ek jhopra, woh koi mahal nahi tha. aaj kal ke tareeq</w:t>
      </w:r>
    </w:p>
    <w:p>
      <w:pPr>
        <w:jc w:val="right"/>
      </w:pPr>
      <w:r>
        <w:t>مسجد نبوی جو تھی، جھوپڑا تھا، ایک جھوپڑا، وہ کوئی محل نہیں تھا۔ آج کل کے طریق</w:t>
      </w:r>
    </w:p>
    <w:p>
      <w:r>
        <w:rPr>
          <w:b/>
        </w:rPr>
        <w:t xml:space="preserve">[53:00] </w:t>
      </w:r>
      <w:r>
        <w:t>e se is mein ek kinare un ka ek hissa tha, is mein bila charagh ke andhere mein rehte the. woh to kehti hain ke nau saal tak wahan charagh nahi jala, aap wahin rehte the andhere mein.</w:t>
      </w:r>
    </w:p>
    <w:p>
      <w:pPr>
        <w:jc w:val="right"/>
      </w:pPr>
      <w:r>
        <w:t>ے سے اس میں ایک کنارے ان کا ایک حصہ تھا، اس میں بلا چراغ کے اندھیرے میں رہتے تھے۔ وہ تو کہتی ہیں کہ نو سال تک وہاں چراغ نہیں جلا، آپ وہیں رہتے تھے اندھیرے میں۔</w:t>
      </w:r>
    </w:p>
    <w:p>
      <w:r>
        <w:rPr>
          <w:b/>
        </w:rPr>
        <w:t xml:space="preserve">[53:12] </w:t>
      </w:r>
      <w:r>
        <w:t>to kisi ne poocha, yaani baad ke zamane ki baat hai ke ke kya tel nahi hota tha? to hazrat aisha aadi kya kehti hain ke tel hota tha, hum us ko pi jaate.</w:t>
      </w:r>
    </w:p>
    <w:p>
      <w:pPr>
        <w:jc w:val="right"/>
      </w:pPr>
      <w:r>
        <w:t>تو کسی نے پوچھا، یعنی بعد کے زمانے کی بات ہے کہ کہ کیا تیل نہیں ہوتا تھا؟ تو حضرت عائشہ عادی کیا کہتی ہیں کہ تیل ہوتا تھا، ہم اس کو پی جاتے۔</w:t>
      </w:r>
    </w:p>
    <w:p>
      <w:r>
        <w:rPr>
          <w:b/>
        </w:rPr>
        <w:t xml:space="preserve">[53:28] </w:t>
      </w:r>
      <w:r>
        <w:t>yaani is tarah se hum zindagi guzarti thi hamari ke kabhi kuch khane ko mila, kabhi faqa ho raha hai to aap farmati hain ke tel hota agar to hum us ko pi jaate.</w:t>
      </w:r>
    </w:p>
    <w:p>
      <w:pPr>
        <w:jc w:val="right"/>
      </w:pPr>
      <w:r>
        <w:t>یعنی اس طرح سے ہم زندگی گزرتی تھی ہماری کہ کبھی کچھ کھانے کو ملا، کبھی فاقہ ہو رہا ہے تو آپ فرماتی ہیں کہ تیل ہوتا اگر تو ہم اس کو پی جاتے۔</w:t>
      </w:r>
    </w:p>
    <w:p>
      <w:r>
        <w:rPr>
          <w:b/>
        </w:rPr>
        <w:t xml:space="preserve">[53:40] </w:t>
      </w:r>
      <w:r>
        <w:t>aaj koi family chalane ko tayyar hai is tareeqe se? jo log kehte hain ke rasool allah ne family bhi chalai, aap chalayenge is tarah family?</w:t>
      </w:r>
    </w:p>
    <w:p>
      <w:pPr>
        <w:jc w:val="right"/>
      </w:pPr>
      <w:r>
        <w:t>آج کوئی فیملی چلانے کو تیار ہے اس طریقے سے؟ جو لوگ کہتے ہیں کہ رسول اللہ نے فیملی بھی چلائی، آپ چلائیں گے اس طرح فیملی؟</w:t>
      </w:r>
    </w:p>
    <w:p>
      <w:r>
        <w:rPr>
          <w:b/>
        </w:rPr>
        <w:t xml:space="preserve">[53:50] </w:t>
      </w:r>
      <w:r>
        <w:t>hazrat rasool allah ne apni beti fatima ki shadi kardi ali se. ali ghar mein literally kuch bhi nahi tha,</w:t>
      </w:r>
    </w:p>
    <w:p>
      <w:pPr>
        <w:jc w:val="right"/>
      </w:pPr>
      <w:r>
        <w:t>حضرت رسول اللہ نے اپنی بیٹی فاطمہ کی شادی کر دی علی سے۔ علی گھر میں لٹرلی کچھ بھی نہیں تھا،</w:t>
      </w:r>
    </w:p>
    <w:p>
      <w:r>
        <w:rPr>
          <w:b/>
        </w:rPr>
        <w:t xml:space="preserve">[53:56] </w:t>
      </w:r>
      <w:r>
        <w:t>sirf ek mamooli sa ghar tha, kuch bhi nahi tha is mein. literally aap karenge aisi shadi apni beti ki aise aadmi ke sath jis ke paas kuch bhi na ho?</w:t>
      </w:r>
    </w:p>
    <w:p>
      <w:pPr>
        <w:jc w:val="right"/>
      </w:pPr>
      <w:r>
        <w:t>صرف ایک معمولی سا گھر تھا، کچھ بھی نہیں تھا اس میں۔ لٹرلی آپ کریں گے ایسی شادی اپنی بیٹی کی ایسے آدمی کے ساتھ جس کے پاس کچھ بھی نہ ہو؟</w:t>
      </w:r>
    </w:p>
    <w:p>
      <w:r>
        <w:rPr>
          <w:b/>
        </w:rPr>
        <w:t xml:space="preserve">[54:07] </w:t>
      </w:r>
      <w:r>
        <w:t>to jo log yeh kehte hain ke rasool allah jo hai, un ke haan ek woh tha balance. tha balance kahan tha? aap priority diye hue the dawat ko aur baqi cheezon ko bas jitna ho sake, ho sake, nahi ho sake, na ho sake.</w:t>
      </w:r>
    </w:p>
    <w:p>
      <w:pPr>
        <w:jc w:val="right"/>
      </w:pPr>
      <w:r>
        <w:t>تو جو لوگ یہ کہتے ہیں کہ رسول اللہ جو ہے، ان کے ہاں ایک وہ تھا بیلنس۔ تھا بیلنس کہاں تھا؟ آپ پرائرٹی دیے ہوئے تھے دعوت کو اور باقی چیزوں کو بس جتنا ہو سکے، ہو سکے، نہیں ہو سکے، نہ ہو سکے۔</w:t>
      </w:r>
    </w:p>
    <w:p>
      <w:r>
        <w:rPr>
          <w:b/>
        </w:rPr>
        <w:t xml:space="preserve">[54:23] </w:t>
      </w:r>
      <w:r>
        <w:t>business kya? aap ne business chhoot chhoot gaya.</w:t>
      </w:r>
    </w:p>
    <w:p>
      <w:pPr>
        <w:jc w:val="right"/>
      </w:pPr>
      <w:r>
        <w:t>بزنس کیا؟ آپ نے بزنس چھوٹ چھوٹ گیا۔</w:t>
      </w:r>
    </w:p>
    <w:p>
      <w:r>
        <w:rPr>
          <w:b/>
        </w:rPr>
        <w:t xml:space="preserve">[54:26] </w:t>
      </w:r>
      <w:r>
        <w:t>aap ko maloom hai ke pehle business karte the aap, lekin jab aap ko dawat ki jab madad dali gayi to to business chhoot gaya. shadi kya? aap ne apni beti ki to aise ghar kar diya jahan ke kuch tha hi nahi.</w:t>
      </w:r>
    </w:p>
    <w:p>
      <w:pPr>
        <w:jc w:val="right"/>
      </w:pPr>
      <w:r>
        <w:t>آپ کو معلوم ہے کہ پہلے بزنس کرتے تھے آپ، لیکن جب آپ کو دعوت کی جب مدد ڈالی گئی تو تو بزنس چھوٹ گیا۔ شادی کیا؟ آپ نے اپنی بیٹی کی تو ایسے گھر کر دیا جہاں کہ کچھ تھا ہی نہیں۔</w:t>
      </w:r>
    </w:p>
    <w:p>
      <w:r>
        <w:rPr>
          <w:b/>
        </w:rPr>
        <w:t xml:space="preserve">[54:37] </w:t>
      </w:r>
      <w:r>
        <w:t>literally kuch nahi tha wahan par. hazrat fatima chaki peesti thi, chhala pad gaya tha. aaj kal tasbeeh fatima ka bahut zor hai, har jagah masjidon mein tasbeeh fatima padhte hain log: subhan allah, alhamdulillah, la ilaha illallah, akbar, 33 baar, 33 baar, 33 baar.</w:t>
      </w:r>
    </w:p>
    <w:p>
      <w:pPr>
        <w:jc w:val="right"/>
      </w:pPr>
      <w:r>
        <w:t>لٹرلی کچھ نہیں تھا وہاں پر۔ حضرت فاطمہ چکی پیستی تھی، چھالا پڑ گیا تھا۔ آج کل تسبیح فاطمہ کا بہت زور ہے، ہر جگہ مسجدوں میں تسبیح فاطمہ پڑھتے ہیں لوگ: سبحان اللہ، الحمدللہ، الا اللہ، اکبر، 33 بار، 33 بار، 33 بار۔</w:t>
      </w:r>
    </w:p>
    <w:p>
      <w:r>
        <w:rPr>
          <w:b/>
        </w:rPr>
        <w:t xml:space="preserve">[54:58] </w:t>
      </w:r>
      <w:r>
        <w:t>main kehta hoon ke kya woh karenge? aap jo is ki is ki background kya hai? hazrat fatima jo aap ki beti thi, un ko chaki chalana padta tha, hath mein chhale pad gaye the.</w:t>
      </w:r>
    </w:p>
    <w:p>
      <w:pPr>
        <w:jc w:val="right"/>
      </w:pPr>
      <w:r>
        <w:t>میں کہتا ہوں کہ کیا وہ کریں گے؟ آپ جو اس کی اس کی بیک گراؤنڈ کیا ہے؟ حضرت فاطمہ جو آپ کی بیٹی تھیں، ان کو چکی چلانا پڑتا تھا، ہاتھ میں چھالے پڑ گئے تھے۔</w:t>
      </w:r>
    </w:p>
    <w:p>
      <w:r>
        <w:rPr>
          <w:b/>
        </w:rPr>
        <w:t xml:space="preserve">[55:10] </w:t>
      </w:r>
      <w:r>
        <w:t>to rasool allah ke paas gayin ke humein ek khadim de dijiye, ek khadim. to rasool allah ne kya kaha?</w:t>
      </w:r>
    </w:p>
    <w:p>
      <w:pPr>
        <w:jc w:val="right"/>
      </w:pPr>
      <w:r>
        <w:t>تو رسول اللہ کے پاس گئیں کہ ہمیں ایک خادم دے دیجئے، ایک خادم۔ تو رسول اللہ نے کیا کہا؟</w:t>
      </w:r>
    </w:p>
    <w:p>
      <w:r>
        <w:rPr>
          <w:b/>
        </w:rPr>
        <w:t xml:space="preserve">[55:21] </w:t>
      </w:r>
      <w:r>
        <w:t>ittqi ya fatima! ae fatima! khuda se dar itni si baat par.</w:t>
      </w:r>
    </w:p>
    <w:p>
      <w:pPr>
        <w:jc w:val="right"/>
      </w:pPr>
      <w:r>
        <w:t>اتقی یا فاطمہ! اے فاطمہ! خدا سے ڈر اتنی سی بات پر۔</w:t>
      </w:r>
    </w:p>
    <w:p>
      <w:r>
        <w:rPr>
          <w:b/>
        </w:rPr>
        <w:t xml:space="preserve">[55:28] </w:t>
      </w:r>
      <w:r>
        <w:t>phir aap ne farmaya ke main tum ko khadim se zyada achhi cheez deta hoon. to aap ne yahi yahi zikr farmaya: subhan allah, alhamdulillah, la ilaha illallah, akbar ke yeh bas padh liya karo.</w:t>
      </w:r>
    </w:p>
    <w:p>
      <w:pPr>
        <w:jc w:val="right"/>
      </w:pPr>
      <w:r>
        <w:t>پھر آپ نے فرمایا کہ میں تم کو خادم سے زیادہ اچھی چیز دیتا ہوں۔ تو آپ نے یہی یہی ذکر فرمایا: سبحان اللہ، الحمدللہ، لا الہ الا اللہ، اکبر کہ یہ بس پڑھ لیا کرو۔</w:t>
      </w:r>
    </w:p>
    <w:p>
      <w:r>
        <w:rPr>
          <w:b/>
        </w:rPr>
        <w:t xml:space="preserve">[55:42] </w:t>
      </w:r>
      <w:r>
        <w:t>yeh aap mein se kaun hai jo apni beti ko aisa kahe? koi hathon mein chhale pade hue hon, woh khadim mang rahi ho, aap kahein ke jao ghar mein raho aur sirf yeh dua padh liya karo.</w:t>
      </w:r>
    </w:p>
    <w:p>
      <w:pPr>
        <w:jc w:val="right"/>
      </w:pPr>
      <w:r>
        <w:t>یہ آپ میں سے کون ہے جو اپنی بیٹی کو ایسا کہے؟ کوئی ہاتھوں میں چھالے پڑے ہوئے ہوں، وہ خادم مانگ رہی ہو، آپ کہیں کہ جاؤ گھر میں رہو اور صرف یہ دعا پڑھ لیا کرو۔</w:t>
      </w:r>
    </w:p>
    <w:p>
      <w:r>
        <w:rPr>
          <w:b/>
        </w:rPr>
        <w:t xml:space="preserve">[55:54] </w:t>
      </w:r>
      <w:r>
        <w:t>jo log kehte hain ke rasool allah ki jamiyat thi, main bataoon ke woh bahut bada yaani jurm karte hain, gunah karte hain. kya yeh jamiyat ke mani yahi hain?</w:t>
      </w:r>
    </w:p>
    <w:p>
      <w:pPr>
        <w:jc w:val="right"/>
      </w:pPr>
      <w:r>
        <w:t>جو لوگ کہتے ہیں کہ رسول اللہ کی جامعیت تھی، میں بتاؤں کہ وہ بہت بڑا یعنی جرم کرتے ہیں، گناہ کرتے ہیں۔ کیا یہ جامعیت کے معنی یہی ہیں؟</w:t>
      </w:r>
    </w:p>
    <w:p>
      <w:r>
        <w:rPr>
          <w:b/>
        </w:rPr>
        <w:t xml:space="preserve">[56:04] </w:t>
      </w:r>
      <w:r>
        <w:t>yeh jamiyat ke mani hain.</w:t>
      </w:r>
    </w:p>
    <w:p>
      <w:pPr>
        <w:jc w:val="right"/>
      </w:pPr>
      <w:r>
        <w:t>یہ جامعیت کے معنی ہیں۔</w:t>
      </w:r>
    </w:p>
    <w:p>
      <w:r>
        <w:rPr>
          <w:b/>
        </w:rPr>
        <w:t xml:space="preserve">[56:09] </w:t>
      </w:r>
      <w:r>
        <w:t>rasool allah ke zamane mein sahaba ki shadi hoti thi. jante hain kya jaiz hota tha? woh mahr kya hoti thi? mahr hota tha khajoor ke guthli ke wazan ke barabar sona,</w:t>
      </w:r>
    </w:p>
    <w:p>
      <w:pPr>
        <w:jc w:val="right"/>
      </w:pPr>
      <w:r>
        <w:t>رسول اللہ کے زمانے میں صحابہ کی شادی ہوتی تھی۔ جانتے ہیں کیا جائز ہوتا تھا؟ وہ مہر کیا ہوتی تھی؟ مہر ہوتا تھا کھجور کے گٹھلی کے وزن کے برابر سونا،</w:t>
      </w:r>
    </w:p>
    <w:p>
      <w:r>
        <w:rPr>
          <w:b/>
        </w:rPr>
        <w:t xml:space="preserve">[56:23] </w:t>
      </w:r>
      <w:r>
        <w:t>is size ke barabar nahi. yaani koi guthli ke size ke barabar sona ho to yeh qeemti ho jayega, lekin wazan to kuch bhi nahi hota is ka. to khajoor ki guthli ke wazan ke barabar sona aur kuch bhi nahi, na jora, na na na kuch na kuch.</w:t>
      </w:r>
    </w:p>
    <w:p>
      <w:pPr>
        <w:jc w:val="right"/>
      </w:pPr>
      <w:r>
        <w:t>اس سائز کے برابر نہیں۔ یعنی کوئی گٹھلی کے سائز کے برابر سونا ہو تو یہ قیمتی ہو جائے گا، لیکن وزن تو کچھ بھی نہیں ہوتا اس کا۔ تو کھجور کی گٹھلی کے وزن کے برابر سونا اور کچھ بھی نہیں، نہ جوڑا، نہ نہ نہ کچھ نہ کچھ۔</w:t>
      </w:r>
    </w:p>
    <w:p>
      <w:r>
        <w:rPr>
          <w:b/>
        </w:rPr>
        <w:t xml:space="preserve">[56:40] </w:t>
      </w:r>
      <w:r>
        <w:t>aaj koi apni beti ki shadi aisa karega? na jaiz hai, na barat hai, na koi dhoom dham hai, bas bahut si mamooli si raqam mahr mahr mein de di gayi, bas qissa khatam.</w:t>
      </w:r>
    </w:p>
    <w:p>
      <w:pPr>
        <w:jc w:val="right"/>
      </w:pPr>
      <w:r>
        <w:t>آج کوئی اپنی بیٹی کی شادی ایسا کرے گا؟ نہ جائز ہے، نہ بارات ہے، نہ کوئی دھوم دھام ہے، بس بہت سی معمولی سی رقم مہر مہر میں دے دی گئی، بس قصہ ختم۔</w:t>
      </w:r>
    </w:p>
    <w:p>
      <w:r>
        <w:rPr>
          <w:b/>
        </w:rPr>
        <w:t xml:space="preserve">[56:53] </w:t>
      </w:r>
      <w:r>
        <w:t>is jamiyat ko aap apnaenge apni zindagi mein? kya</w:t>
      </w:r>
    </w:p>
    <w:p>
      <w:pPr>
        <w:jc w:val="right"/>
      </w:pPr>
      <w:r>
        <w:t>اس جامعیت کو آپ اپنائیں گے اپنی زندگی میں؟ کیا</w:t>
      </w:r>
    </w:p>
    <w:p>
      <w:r>
        <w:rPr>
          <w:b/>
        </w:rPr>
        <w:t xml:space="preserve">[56:59] </w:t>
      </w:r>
      <w:r>
        <w:t>badi dhoom se yeh baat kahi jati hai hamare khilaf ke bas dawat dawat karte hain? rasool allah ki to jamiyat thi. yahan hamare khilaf bhi ek baat yahi boli jati hai ke bahut zyada dawat ki baatein karte hain.</w:t>
      </w:r>
    </w:p>
    <w:p>
      <w:pPr>
        <w:jc w:val="right"/>
      </w:pPr>
      <w:r>
        <w:t>بڑی دھوم سے یہ بات کہی جاتی ہے ہمارے خلاف کہ بس دعوت دعوت کرتے ہیں؟ رسول اللہ کی تو جامعیت تھی۔ یہاں ہمارے خلاف بھی ایک بات یہی بولی جاتی ہے کہ بہت زیادہ دعوت کی باتیں کرتے ہیں۔</w:t>
      </w:r>
    </w:p>
    <w:p>
      <w:r>
        <w:rPr>
          <w:b/>
        </w:rPr>
        <w:t xml:space="preserve">[57:09] </w:t>
      </w:r>
      <w:r>
        <w:t>rasool allah ke haan jamiyat thi, woh family bhi chalate the aur business bhi karte the, woh yeh karte the, woh karte the. aap ko maloom hai ke rasool allah ki biwiyan jo thi, un ko do waqt ka khana nahi milta tha.</w:t>
      </w:r>
    </w:p>
    <w:p>
      <w:pPr>
        <w:jc w:val="right"/>
      </w:pPr>
      <w:r>
        <w:t>رسول اللہ کے ہاں جامعیت تھی، وہ فیملی بھی چلاتے تھے اور بزنس بھی کرتے تھے، وہ یہ کرتے تھے، وہ کرتے تھے۔ آپ کو معلوم ہے کہ رسول اللہ کی بیویاں جو تھیں، ان کو دو وقت کا کھانا نہیں ملتا تھا۔</w:t>
      </w:r>
    </w:p>
    <w:p>
      <w:r>
        <w:rPr>
          <w:b/>
        </w:rPr>
        <w:t xml:space="preserve">[57:23] </w:t>
      </w:r>
      <w:r>
        <w:t>to unhon ne rasool Allah sal Allah alaihi wasallam se kaha ke hamein kam se kam do waqt khana to milay. yeh lamba qissa yeh hai ke rasool Allah do waqt khana nahi de sakte thay in ko.</w:t>
      </w:r>
    </w:p>
    <w:p>
      <w:pPr>
        <w:jc w:val="right"/>
      </w:pPr>
      <w:r>
        <w:t>تو انہوں نے رسول اللہ صلی اللہ علیہ وسلم سے کہا کہ ہمیں کم سے کم دو وقت کھانا تو ملے۔ یہ لمبا قصہ یہ ہے کہ رسول اللہ دو وقت کھانا نہیں دے سکتے تھے ان کو۔</w:t>
      </w:r>
    </w:p>
    <w:p>
      <w:r>
        <w:rPr>
          <w:b/>
        </w:rPr>
        <w:t xml:space="preserve">[57:37] </w:t>
      </w:r>
      <w:r>
        <w:t>quran majeed mein ayat baqayda ayat aayi, is ne kaha ke tum ya to rasool ko ikhtiyar kar lo ya phir talaq le kar bahir chale jao.</w:t>
      </w:r>
    </w:p>
    <w:p>
      <w:pPr>
        <w:jc w:val="right"/>
      </w:pPr>
      <w:r>
        <w:t>قرآن مجید میں آیت باقاعدہ آیت آئی، اس نے کہا کہ تم یا تو رسول کو اختیار کر لو یا پھر طلاق لے کر باہر چلے جاؤ۔</w:t>
      </w:r>
    </w:p>
    <w:p>
      <w:r>
        <w:rPr>
          <w:b/>
        </w:rPr>
        <w:t xml:space="preserve">[57:48] </w:t>
      </w:r>
      <w:r>
        <w:t>yeh itnay se mutalbe par ke do waqt ka khana hamein diya jaye.</w:t>
      </w:r>
    </w:p>
    <w:p>
      <w:pPr>
        <w:jc w:val="right"/>
      </w:pPr>
      <w:r>
        <w:t>یہ اتنے سے مطالبے پر کہ دو وقت کا کھانا ہمیں دیا جائے۔</w:t>
      </w:r>
    </w:p>
    <w:p>
      <w:r>
        <w:rPr>
          <w:b/>
        </w:rPr>
        <w:t xml:space="preserve">[57:53] </w:t>
      </w:r>
      <w:r>
        <w:t>kaha gaya hai ke tum ya to jaise ho status ke upar raho to raho, nahi to talaq le ke chale jao. aaj koi hai aisa jo apni family ko is tarah chalaye? to yeh bilkul galat hai yeh kehna.</w:t>
      </w:r>
    </w:p>
    <w:p>
      <w:pPr>
        <w:jc w:val="right"/>
      </w:pPr>
      <w:r>
        <w:t>کہا گیا ہے کہ تم یا تو جیسے ہو اسٹیٹس کے اوپر رہو تو رہو، نہیں تو طلاق لے کے چلے جاؤ۔ آج کوئی ہے ایسا جو اپنی فیملی کو اس طرح چلائے؟ تو یہ بالکل غلط ہے یہ کہنا۔</w:t>
      </w:r>
    </w:p>
    <w:p>
      <w:r>
        <w:rPr>
          <w:b/>
        </w:rPr>
        <w:t xml:space="preserve">[58:06] </w:t>
      </w:r>
      <w:r>
        <w:t>yaad rakhiye, rasool Allah ke haan sara jo emphasis tha, woh dawat par tha. aap ne isi ko priority de de rakhi thi, isi ko sab se bara kaam samajh kar aap isi mein mashgool rehte thay.</w:t>
      </w:r>
    </w:p>
    <w:p>
      <w:pPr>
        <w:jc w:val="right"/>
      </w:pPr>
      <w:r>
        <w:t>یاد رکھیے، رسول اللہ کے ہاں سارا جو ایمفیسز تھا، وہ دعوت پر تھا۔ آپ نے اسی کو پرائرٹی دے دے رکھی تھی، اسی کو سب سے بڑا کام سمجھ کر آپ اسی میں مشغول رہتے تھے۔</w:t>
      </w:r>
    </w:p>
    <w:p>
      <w:r>
        <w:rPr>
          <w:b/>
        </w:rPr>
        <w:t xml:space="preserve">[58:19] </w:t>
      </w:r>
      <w:r>
        <w:t>apni sari tawanai, apna sara time</w:t>
      </w:r>
    </w:p>
    <w:p>
      <w:pPr>
        <w:jc w:val="right"/>
      </w:pPr>
      <w:r>
        <w:t>اپنی ساری توانائی، اپنا سارا ٹائم</w:t>
      </w:r>
    </w:p>
    <w:p>
      <w:r>
        <w:rPr>
          <w:b/>
        </w:rPr>
        <w:t xml:space="preserve">[58:22] </w:t>
      </w:r>
      <w:r>
        <w:t>baqi cheezon ki, jis ko jamait kehte hain log, to log kar ke dikhayen mujhe, woh jamait ko apnayen to main dekhun logon ki jamait ko.</w:t>
      </w:r>
    </w:p>
    <w:p>
      <w:pPr>
        <w:jc w:val="right"/>
      </w:pPr>
      <w:r>
        <w:t>باقی چیزوں کی، جس کو جامعیت کہتے ہیں لوگ، تو لوگ کر کے دکھائیں مجھے، وہ جامعیت کو اپنائیں تو میں دیکھوں لوگوں کی جامعیت کو۔</w:t>
      </w:r>
    </w:p>
    <w:p>
      <w:r>
        <w:rPr>
          <w:b/>
        </w:rPr>
        <w:t xml:space="preserve">[58:31] </w:t>
      </w:r>
      <w:r>
        <w:t>to yeh bilkul mere upar bilkul ek galat ek ilzam lagaya jata hai. to bahar hal main yeh kahunga ke agar aap chahte hain ke Allah ke khaas bando mein shamil hon to aap ko dawat ka kaam hona chahiye.</w:t>
      </w:r>
    </w:p>
    <w:p>
      <w:pPr>
        <w:jc w:val="right"/>
      </w:pPr>
      <w:r>
        <w:t>تو یہ بالکل میرے اوپر بالکل ایک غلط ایک الزام لگایا جاتا ہے۔ تو بہرحال میں یہ کہوں گا کہ اگر آپ چاہتے ہیں کہ اللہ کے خاص بندوں میں شامل ہوں تو آپ کو دعوت کا کام ہونا چاہیے۔</w:t>
      </w:r>
    </w:p>
    <w:p>
      <w:r>
        <w:rPr>
          <w:b/>
        </w:rPr>
        <w:t xml:space="preserve">[58:43] </w:t>
      </w:r>
      <w:r>
        <w:t>dawat ka kaam woh hai jis ko Allah ne apni nasrat bataya hai ke aye bando, meri madad karo.</w:t>
      </w:r>
    </w:p>
    <w:p>
      <w:pPr>
        <w:jc w:val="right"/>
      </w:pPr>
      <w:r>
        <w:t>دعوت کا کام وہ ہے جس کو اللہ نے اپنی نصرت بتایا ہے کہ اے بندوں، میری مدد کرو۔</w:t>
      </w:r>
    </w:p>
    <w:p>
      <w:r>
        <w:rPr>
          <w:b/>
        </w:rPr>
        <w:t xml:space="preserve">[58:49] </w:t>
      </w:r>
      <w:r>
        <w:t>madad yeh karo ke meri taraf se mera paigham insano tak pohncha do. yeh hai Allah ki nasrat.</w:t>
      </w:r>
    </w:p>
    <w:p>
      <w:pPr>
        <w:jc w:val="right"/>
      </w:pPr>
      <w:r>
        <w:t>مدد یہ کرو کہ میری طرف سے میرا پیغام انسانوں تک پہنچا دو۔ یہ ہے اللہ کی نصرت۔</w:t>
      </w:r>
    </w:p>
    <w:p>
      <w:r>
        <w:rPr>
          <w:b/>
        </w:rPr>
        <w:t xml:space="preserve">[59:00] </w:t>
      </w:r>
      <w:r>
        <w:t>to main yeh kahunga ke aap ko agar Allah ke in bando mein shamil hona hai jo ikhwan rasool ka darja payen, un bando mein shamil hona hai jo qayamat ke din un logon mein qarar payen jinho ne Allah ki madad ki thi,</w:t>
      </w:r>
    </w:p>
    <w:p>
      <w:pPr>
        <w:jc w:val="right"/>
      </w:pPr>
      <w:r>
        <w:t>تو میں یہ کہوں گا کہ آپ کو اگر اللہ کے ان بندوں میں شامل ہونا ہے جو اخوان رسول کا درجہ پائیں، ان بندوں میں شامل ہونا ہے جو قیامت کے دن ان لوگوں میں قرار پائیں جنہوں نے اللہ کی مدد کی تھی،</w:t>
      </w:r>
    </w:p>
    <w:p>
      <w:r>
        <w:rPr>
          <w:b/>
        </w:rPr>
        <w:t xml:space="preserve">[59:15] </w:t>
      </w:r>
      <w:r>
        <w:t>un logon mein aap shamil kiye jayen jo insaniyat ke liye tarpay thay, jo insaniyat ki hidayat ke liye roye thay, jo insaniyat ki hidayat ke liye deewane ho gaye thay.</w:t>
      </w:r>
    </w:p>
    <w:p>
      <w:pPr>
        <w:jc w:val="right"/>
      </w:pPr>
      <w:r>
        <w:t>ان لوگوں میں آپ شامل کیے جائیں جو انسانیت کے لیے تڑپے تھے، جو انسانیت کی ہدایت کے لیے روئے تھے، جو انسانیت کی ہدایت کے لیے دیوانے ہو گئے تھے۔</w:t>
      </w:r>
    </w:p>
    <w:p>
      <w:r>
        <w:rPr>
          <w:b/>
        </w:rPr>
        <w:t xml:space="preserve">[59:29] </w:t>
      </w:r>
      <w:r>
        <w:t>agar aap chahte hain ke in insano mein aap ka shumar ho to phir dawah work kijiye.</w:t>
      </w:r>
    </w:p>
    <w:p>
      <w:pPr>
        <w:jc w:val="right"/>
      </w:pPr>
      <w:r>
        <w:t>اگر آپ چاہتے ہیں کہ ان انسانوں میں آپ کا شمار ہو تو پھر دعویٰ ورک کیجئے۔</w:t>
      </w:r>
    </w:p>
    <w:p>
      <w:r>
        <w:rPr>
          <w:b/>
        </w:rPr>
        <w:t xml:space="preserve">[59:38] </w:t>
      </w:r>
      <w:r>
        <w:t>yeh hi meri dua hai, yeh hi meri tamanna hai.</w:t>
      </w:r>
    </w:p>
    <w:p>
      <w:pPr>
        <w:jc w:val="right"/>
      </w:pPr>
      <w:r>
        <w:t>یہی میری دعا ہے، یہی میری تمنا ہے۔</w:t>
      </w:r>
    </w:p>
    <w:p>
      <w:r>
        <w:rPr>
          <w:b/>
        </w:rPr>
        <w:t xml:space="preserve">[59:42] </w:t>
      </w:r>
      <w:r>
        <w:t>Allah taala aap ko is khidmat ke liye qabool farmaye. aqool qawlaha wa astaghfirullaha li walakum ajmaeen.</w:t>
      </w:r>
    </w:p>
    <w:p>
      <w:pPr>
        <w:jc w:val="right"/>
      </w:pPr>
      <w:r>
        <w:t>اللہ تعالیٰ آپ کو اس خدمت کے لیے قبول فرمائے۔ اقول قولھذا واستغفراللہ لی ولکم اجمعین۔</w:t>
      </w:r>
    </w:p>
    <w:p>
      <w:r>
        <w:rPr>
          <w:b/>
        </w:rPr>
        <w:t xml:space="preserve">[1:00:04] </w:t>
      </w:r>
      <w:r>
        <w:t>that one must do his or her intellectual development</w:t>
      </w:r>
    </w:p>
    <w:p>
      <w:pPr>
        <w:jc w:val="right"/>
      </w:pPr>
      <w:r>
        <w:t>That one must do his or her intellectual development</w:t>
      </w:r>
    </w:p>
    <w:p>
      <w:r>
        <w:rPr>
          <w:b/>
        </w:rPr>
        <w:t xml:space="preserve">[1:00:09] </w:t>
      </w:r>
      <w:r>
        <w:t>maulana, kindly explain what exactly intellectual development hai.</w:t>
      </w:r>
    </w:p>
    <w:p>
      <w:pPr>
        <w:jc w:val="right"/>
      </w:pPr>
      <w:r>
        <w:t>. مولانا، kindly explain what exactly intellectual development ہے۔</w:t>
      </w:r>
    </w:p>
    <w:p>
      <w:r>
        <w:rPr>
          <w:b/>
        </w:rPr>
        <w:t xml:space="preserve">[1:00:18] </w:t>
      </w:r>
      <w:r>
        <w:t>dekhiye, insan ke andar ek duality hai. yani ek is ki physical being hai, ek intellectual being hai.</w:t>
      </w:r>
    </w:p>
    <w:p>
      <w:pPr>
        <w:jc w:val="right"/>
      </w:pPr>
      <w:r>
        <w:t>देखिए, इंसान के अंदर एक duality है। یعنی ایک اس کی physical being ہے، ایک intellectual being ہے۔</w:t>
      </w:r>
    </w:p>
    <w:p>
      <w:r>
        <w:rPr>
          <w:b/>
        </w:rPr>
        <w:t xml:space="preserve">[1:00:30] </w:t>
      </w:r>
      <w:r>
        <w:t>to physical being jo hai, us ko aap pani dete hain, khana dete hain, exercise karte hain.</w:t>
      </w:r>
    </w:p>
    <w:p>
      <w:pPr>
        <w:jc w:val="right"/>
      </w:pPr>
      <w:r>
        <w:t>तो physical being जो है, उसको आप पानी देते हैं, खाना देते हैं, exercise करते हैं।</w:t>
      </w:r>
    </w:p>
    <w:p>
      <w:r>
        <w:rPr>
          <w:b/>
        </w:rPr>
        <w:t xml:space="preserve">[1:00:40] </w:t>
      </w:r>
      <w:r>
        <w:t>to us se aap ki jismani taqat baqi rehti hai. doosri cheez jo hai, woh woh hai intellectual being, intellectual hasti.</w:t>
      </w:r>
    </w:p>
    <w:p>
      <w:pPr>
        <w:jc w:val="right"/>
      </w:pPr>
      <w:r>
        <w:t>तो उससे आपकी جسمانی ताकत باقی रहती है। دوسری چیز جو ہے، وہ وہ ہے intellectual being، intellectual ہستی۔</w:t>
      </w:r>
    </w:p>
    <w:p>
      <w:r>
        <w:rPr>
          <w:b/>
        </w:rPr>
        <w:t xml:space="preserve">[1:00:57] </w:t>
      </w:r>
      <w:r>
        <w:t>to us ko material food ke ilawa kuch chahiye.</w:t>
      </w:r>
    </w:p>
    <w:p>
      <w:pPr>
        <w:jc w:val="right"/>
      </w:pPr>
      <w:r>
        <w:t>तो उसको material food के अलावा कुछ चाहिए।</w:t>
      </w:r>
    </w:p>
    <w:p>
      <w:r>
        <w:rPr>
          <w:b/>
        </w:rPr>
        <w:t xml:space="preserve">[1:01:06] </w:t>
      </w:r>
      <w:r>
        <w:t>woh hai sab se pehle Allah ki discovery, jis ko kehte hain marifat.</w:t>
      </w:r>
    </w:p>
    <w:p>
      <w:pPr>
        <w:jc w:val="right"/>
      </w:pPr>
      <w:r>
        <w:t>वह है سب سے پہلے اللہ کی discovery، جس کو کہتے ہیں معرفت۔</w:t>
      </w:r>
    </w:p>
    <w:p>
      <w:r>
        <w:rPr>
          <w:b/>
        </w:rPr>
        <w:t xml:space="preserve">[1:01:17] </w:t>
      </w:r>
      <w:r>
        <w:t>main ne is se pehle yeh baat kahi hai ke is mamle mein Allah taala ne discovery method rakha hai duniya mein ke potentially aap ke andar sab kuch maujood hai, lekin is potential ko actual banane ke liye aap ko struggle karna hai.</w:t>
      </w:r>
    </w:p>
    <w:p>
      <w:pPr>
        <w:jc w:val="right"/>
      </w:pPr>
      <w:r>
        <w:t>मैंने इससे पहले यह बात कही है कि इस मामले में اللہ تعالیٰ نے discovery method رکھا ہے دنیا میں کہ potentially آپ کے اندر سب کچھ موجود ہے، لیکن اس potential کو actual بنانے کے لیے آپ کو struggle کرنا ہے۔</w:t>
      </w:r>
    </w:p>
    <w:p>
      <w:r>
        <w:rPr>
          <w:b/>
        </w:rPr>
        <w:t xml:space="preserve">[1:01:33] </w:t>
      </w:r>
      <w:r>
        <w:t>jaise machine jo hai, potentially maujood thi aur ki shakal mein, loha ki shakal mein. lekin Khuda ne machine nahi supply ki.</w:t>
      </w:r>
    </w:p>
    <w:p>
      <w:pPr>
        <w:jc w:val="right"/>
      </w:pPr>
      <w:r>
        <w:t>जैसे मशीन जो है, potentially मौजूद थी اور کی شکل میں، لوہا کی شکل میں۔ لیکن خدا نے مشین نہیں supply کی۔</w:t>
      </w:r>
    </w:p>
    <w:p>
      <w:r>
        <w:rPr>
          <w:b/>
        </w:rPr>
        <w:t xml:space="preserve">[1:01:44] </w:t>
      </w:r>
      <w:r>
        <w:t>Khuda ne loha de diya ya</w:t>
      </w:r>
    </w:p>
    <w:p>
      <w:pPr>
        <w:jc w:val="right"/>
      </w:pPr>
      <w:r>
        <w:t>خدا نے لوہا دے دیا یا</w:t>
      </w:r>
    </w:p>
    <w:p>
      <w:r>
        <w:rPr>
          <w:b/>
        </w:rPr>
        <w:t xml:space="preserve">[1:01:46] </w:t>
      </w:r>
      <w:r>
        <w:t>aur de diya. Ab insaan ka kaam hai ke is ko machine mein tabdeel karay. Aise hi muamla insaan ke andar potentially sab kuch maujood hai.</w:t>
      </w:r>
    </w:p>
    <w:p>
      <w:pPr>
        <w:jc w:val="right"/>
      </w:pPr>
      <w:r>
        <w:t>اور دے دیا۔ اب انسان کا کام ہے کہ اس کو مشین میں تبدیل کرے۔ ایسے ہی معاملہ انسان کے اندر potentially سب کچھ موجود ہے۔</w:t>
      </w:r>
    </w:p>
    <w:p>
      <w:r>
        <w:rPr>
          <w:b/>
        </w:rPr>
        <w:t xml:space="preserve">[1:01:56] </w:t>
      </w:r>
      <w:r>
        <w:t>Allah ki marifat, Allah ka khauf, Allah ki mohabbat, qayamat ka ehsas, jannat ka ehsas, jannat ka, jannat, jahannum, har cheez, har cheez is bhari hui hai is ke andar.</w:t>
      </w:r>
    </w:p>
    <w:p>
      <w:pPr>
        <w:jc w:val="right"/>
      </w:pPr>
      <w:r>
        <w:t>اللہ کی معرفت، اللہ کا خوف، اللہ کی محبت، قیامت کا احساس، جنت کا احساس، جنت کا، جنت، جہنم، ہر چیز، ہر چیز اس بھری ہوئی ہے اس کے اندر۔</w:t>
      </w:r>
    </w:p>
    <w:p>
      <w:r>
        <w:rPr>
          <w:b/>
        </w:rPr>
        <w:t xml:space="preserve">[1:02:08] </w:t>
      </w:r>
      <w:r>
        <w:t>Lekin woh hai diamond position mein soi hui hai. Woh is ko aap jagayein. Jagane ka tareeqa kya hai?</w:t>
      </w:r>
    </w:p>
    <w:p>
      <w:pPr>
        <w:jc w:val="right"/>
      </w:pPr>
      <w:r>
        <w:t>लेकिन वह है diamond position में سوئی ہوئی ہے۔ وہ اس کو آپ جگائیں۔ جگانے کا طریقہ کیا ہے؟</w:t>
      </w:r>
    </w:p>
    <w:p>
      <w:r>
        <w:rPr>
          <w:b/>
        </w:rPr>
        <w:t xml:space="preserve">[1:02:16] </w:t>
      </w:r>
      <w:r>
        <w:t>Contemplation, tadabbur, tafakkur, sochna. Zameen o aasman mein sochna, nature mein sochna, Quran o Hadees mein sochna, paighambar mein sochna.</w:t>
      </w:r>
    </w:p>
    <w:p>
      <w:pPr>
        <w:jc w:val="right"/>
      </w:pPr>
      <w:r>
        <w:t>Contemplation, تدبر، تفکر، سوچنا۔ زمین و آسمان میں سوچنا، نیچر میں سوچنا، قرآن و حدیث میں سوچنا، پیغمبر میں سوچنا۔</w:t>
      </w:r>
    </w:p>
    <w:p>
      <w:r>
        <w:rPr>
          <w:b/>
        </w:rPr>
        <w:t xml:space="preserve">[1:02:29] </w:t>
      </w:r>
      <w:r>
        <w:t>Toh sochne se aap ko spiritual food milta hai. Woh food aap ko intellectual development hota rehta hai. Aap ka</w:t>
      </w:r>
    </w:p>
    <w:p>
      <w:pPr>
        <w:jc w:val="right"/>
      </w:pPr>
      <w:r>
        <w:t>تو سوچنے سے آپ کو spiritual food ملتا ہے۔ وہ food آپ کو intellectual development ہوتا رہتا ہے۔ آپ کا</w:t>
      </w:r>
    </w:p>
    <w:p>
      <w:r>
        <w:rPr>
          <w:b/>
        </w:rPr>
        <w:t xml:space="preserve">[1:02:40] </w:t>
      </w:r>
      <w:r>
        <w:t>Toh physical jo hamari hasti hai, is ka is ka development hota hai material food ke zariye se.</w:t>
      </w:r>
    </w:p>
    <w:p>
      <w:pPr>
        <w:jc w:val="right"/>
      </w:pPr>
      <w:r>
        <w:t>تو physical جو ہماری ہستی ہے، اس کا اس کا development ہوتا ہے material food کے ذریعے سے۔</w:t>
      </w:r>
    </w:p>
    <w:p>
      <w:r>
        <w:rPr>
          <w:b/>
        </w:rPr>
        <w:t xml:space="preserve">[1:02:51] </w:t>
      </w:r>
      <w:r>
        <w:t>Aur hamari jo intellectual hasti hai, is ka jo development hota hai, woh soch se, tadabbur se, ghore o fikr se.</w:t>
      </w:r>
    </w:p>
    <w:p>
      <w:pPr>
        <w:jc w:val="right"/>
      </w:pPr>
      <w:r>
        <w:t>اور ہماری جو intellectual ہستی ہے، اس کا جو development ہوتا ہے، وہ سوچ سے، تدبر سے، غور و فکر سے۔</w:t>
      </w:r>
    </w:p>
    <w:p>
      <w:r>
        <w:rPr>
          <w:b/>
        </w:rPr>
        <w:t xml:space="preserve">[1:03:01] </w:t>
      </w:r>
      <w:r>
        <w:t>Yeh main samajh paya hoon. This question is from Mr. Muntejeeb Akbar from Chennai.</w:t>
      </w:r>
    </w:p>
    <w:p>
      <w:pPr>
        <w:jc w:val="right"/>
      </w:pPr>
      <w:r>
        <w:t>یہ میں سمجھ پایا ہوں۔ This question is from Mr. منتجیب اکبر from Chennai.</w:t>
      </w:r>
    </w:p>
    <w:p>
      <w:r>
        <w:rPr>
          <w:b/>
        </w:rPr>
        <w:t xml:space="preserve">[1:03:11] </w:t>
      </w:r>
      <w:r>
        <w:t>Maulana, in the book 'Islam and Peace', you have said inferential argument is used to prove Darwin theory, and this theory is accepted today.</w:t>
      </w:r>
    </w:p>
    <w:p>
      <w:pPr>
        <w:jc w:val="right"/>
      </w:pPr>
      <w:r>
        <w:t>مولانا، in the book 'Islam and Peace', you have said inferential argument is used to prove Darwin theory, and this theory is accepted today.</w:t>
      </w:r>
    </w:p>
    <w:p>
      <w:r>
        <w:rPr>
          <w:b/>
        </w:rPr>
        <w:t xml:space="preserve">[1:03:23] </w:t>
      </w:r>
      <w:r>
        <w:t>But in today's speech, you said that there is no proof for Darwin theory. Kindly comment. Dekhein, inferential argument jo hai, woh Martin ne sahi likha hai ke inferential argument galat bhi hota hai, sahi bhi ho sakta hai.</w:t>
      </w:r>
    </w:p>
    <w:p>
      <w:pPr>
        <w:jc w:val="right"/>
      </w:pPr>
      <w:r>
        <w:t>But in today's speech, you said that there is no proof for Darwin theory. Kindly comment. دیکھیں، inferential argument جو ہے، وہ مارٹن نے صحیح لکھا ہے کہ inferential argument غلط بھی ہوتا ہے، صحیح بھی ہو سکتا ہے۔</w:t>
      </w:r>
    </w:p>
    <w:p>
      <w:r>
        <w:rPr>
          <w:b/>
        </w:rPr>
        <w:t xml:space="preserve">[1:03:40] </w:t>
      </w:r>
      <w:r>
        <w:t>Is ko examine kiya jayega. Inferential argument ko examine kiya jayega. Jaise abhi main ne misaal di thi aap ko Firon ki.</w:t>
      </w:r>
    </w:p>
    <w:p>
      <w:pPr>
        <w:jc w:val="right"/>
      </w:pPr>
      <w:r>
        <w:t>اس کو examine کیا جائے گا۔ inferential argument کو examine کیا جائے گا۔ جیسے ابھی میں نے مثال دی تھی آپ کو فرعون کی۔</w:t>
      </w:r>
    </w:p>
    <w:p>
      <w:r>
        <w:rPr>
          <w:b/>
        </w:rPr>
        <w:t xml:space="preserve">[1:03:52] </w:t>
      </w:r>
      <w:r>
        <w:t>Yuri minardakum woh yeh chahta hai, Musa chahte hain ke tum ko nikal dein tumhare mulk Misr se. Aur is ko qabool karte hue Masih, unhon ne keh diya Syed Qutb sahib ne ke innaha zahab al sultan lekin yeh inference galat tha.</w:t>
      </w:r>
    </w:p>
    <w:p>
      <w:pPr>
        <w:jc w:val="right"/>
      </w:pPr>
      <w:r>
        <w:t>یوری مناردکم وہ یہ چاہتا ہے، موسیٰ چاہتے ہیں کہ تم کو نکال دیں تمہارے ملک مصر سے۔ اور اس کو قبول کرتے ہوئے مسیح، انہوں نے کہہ دیا سید قطب صاحب نے کہ انھا ذہب السلطان لیکن یہ inference غلط تھا۔</w:t>
      </w:r>
    </w:p>
    <w:p>
      <w:r>
        <w:rPr>
          <w:b/>
        </w:rPr>
        <w:t xml:space="preserve">[1:04:11] </w:t>
      </w:r>
      <w:r>
        <w:t>Toh inferential argument jo hai, woh sahi bhi ho sakta hai, galat bhi ho sakta hai. Toh main ne, main ne yeh likha hai, main manta hoon ke ke is ka jo, is ka jo woh hai,</w:t>
      </w:r>
    </w:p>
    <w:p>
      <w:pPr>
        <w:jc w:val="right"/>
      </w:pPr>
      <w:r>
        <w:t>تو inferential argument جو ہے، وہ صحیح بھی ہو سکتا ہے، غلط بھی ہو سکتا ہے۔ تو میں نے، میں نے یہ لکھا ہے، میں مانتا ہوں کہ کہ اس کا جو، اس کا جو وہ ہے،</w:t>
      </w:r>
    </w:p>
    <w:p>
      <w:r>
        <w:rPr>
          <w:b/>
        </w:rPr>
        <w:t xml:space="preserve">[1:04:25] </w:t>
      </w:r>
      <w:r>
        <w:t>Is ka jo istidlal hai, is ki jo reasoning hai, woh scientific reasoning nahi hai, inferential reasoning hai.</w:t>
      </w:r>
    </w:p>
    <w:p>
      <w:pPr>
        <w:jc w:val="right"/>
      </w:pPr>
      <w:r>
        <w:t>اس کا جو استدلال ہے، اس کی جو reasoning ہے، وہ سائنٹیفک reasoning نہیں ہے، inferential reasoning ہے۔</w:t>
      </w:r>
    </w:p>
    <w:p>
      <w:r>
        <w:rPr>
          <w:b/>
        </w:rPr>
        <w:t xml:space="preserve">[1:04:32] </w:t>
      </w:r>
      <w:r>
        <w:t>Lekin aap is ko agar detail mein parhna chahein toh is ki kitaab hai, sehat is ki, is ki woh Martin Russell ki, is ka kuch khulasa kiya hai main ne apni kitaab mein 'Islam and Religion and Religion and Science' mein ke inferential argument jo hai, woh sahi bhi ho sakta hai, galat bhi ho sakta hai.</w:t>
      </w:r>
    </w:p>
    <w:p>
      <w:pPr>
        <w:jc w:val="right"/>
      </w:pPr>
      <w:r>
        <w:t>لیکن آپ اس کو اگر ڈیٹیل میں پڑھنا چاہیں تو اس کی کتاب ہے، صحت اس کی، اس کی وہ مارٹن رسل کی، اس کا کچھ خلاصہ کیا ہے میں نے اپنی کتاب میں 'اسلام اینڈ ریلیجن اینڈ ریلیجن اینڈ سائنس' میں کہ inferential argument جو ہے، وہ صحیح بھی ہو سکتا ہے، غلط بھی ہو سکتا ہے۔</w:t>
      </w:r>
    </w:p>
    <w:p>
      <w:r>
        <w:rPr>
          <w:b/>
        </w:rPr>
        <w:t xml:space="preserve">[1:04:51] </w:t>
      </w:r>
      <w:r>
        <w:t>Mera manna yeh hai ke inferential argument agar galat ho toh fallacy hota hai, fallacy.</w:t>
      </w:r>
    </w:p>
    <w:p>
      <w:pPr>
        <w:jc w:val="right"/>
      </w:pPr>
      <w:r>
        <w:t>میرا ماننا یہ ہے کہ inferential argument اگر غلط ہو تو فلسی ہوتا ہے، فلسی۔</w:t>
      </w:r>
    </w:p>
    <w:p>
      <w:r>
        <w:rPr>
          <w:b/>
        </w:rPr>
        <w:t xml:space="preserve">[1:04:57] </w:t>
      </w:r>
      <w:r>
        <w:t>Toh agarchay apne zaahir ke aitbaar se woh inferential argument hai, lekin jab is ko examine kiya jata hai toh muamla toh baghavat tha, yeh toh fallacy thi.</w:t>
      </w:r>
    </w:p>
    <w:p>
      <w:pPr>
        <w:jc w:val="right"/>
      </w:pPr>
      <w:r>
        <w:t>تو اگرچہ اپنے ظاہر کے اعتبار سے وہ inferential argument ہے، لیکن جب اس کو examine کیا جاتا ہے تو معاملہ تو بغاوت تھا، یہ تو فلسی تھی۔</w:t>
      </w:r>
    </w:p>
    <w:p>
      <w:r>
        <w:rPr>
          <w:b/>
        </w:rPr>
        <w:t xml:space="preserve">[1:05:07] </w:t>
      </w:r>
      <w:r>
        <w:t>Ya main kehta hoon, maslan yahi baat jo hai, ek ek inference hai ke chaar paon wala haiwan jo hai, do paon wala haiwan ban gaya.</w:t>
      </w:r>
    </w:p>
    <w:p>
      <w:pPr>
        <w:jc w:val="right"/>
      </w:pPr>
      <w:r>
        <w:t>یا میں کہتا ہوں، مثلاً یہی بات جو ہے، ایک ایک inference ہے کہ چار پاؤں والا حیوان جو ہے، دو پاؤں والا حیوان بن گیا۔</w:t>
      </w:r>
    </w:p>
    <w:p>
      <w:r>
        <w:rPr>
          <w:b/>
        </w:rPr>
        <w:t xml:space="preserve">[1:05:20] </w:t>
      </w:r>
      <w:r>
        <w:t>In nature is an inferential argument lekin yeh bilkul stepped argument hai jab is ko examine kiya jata hai. Toh</w:t>
      </w:r>
    </w:p>
    <w:p>
      <w:pPr>
        <w:jc w:val="right"/>
      </w:pPr>
      <w:r>
        <w:t>In nature is an inferential argument لیکن یہ بالکل اسٹیپڈ argument ہے جب اس کو examine کیا جاتا ہے۔ تو</w:t>
      </w:r>
    </w:p>
    <w:p>
      <w:r>
        <w:rPr>
          <w:b/>
        </w:rPr>
        <w:t xml:space="preserve">[1:05:27] </w:t>
      </w:r>
      <w:r>
        <w:t>Yeh matlab hai mera. This question is from Mr. Riaz Bhatt from Kashmir. Meaning is said to be fixed.</w:t>
      </w:r>
    </w:p>
    <w:p>
      <w:pPr>
        <w:jc w:val="right"/>
      </w:pPr>
      <w:r>
        <w:t>یہ مطلب ہے میرا۔ This question is from Mr. Riaz Bhatt from Kashmir. Meaning is said to be fixed.</w:t>
      </w:r>
    </w:p>
    <w:p>
      <w:r>
        <w:rPr>
          <w:b/>
        </w:rPr>
        <w:t xml:space="preserve">[1:05:38] </w:t>
      </w:r>
      <w:r>
        <w:t>Then how people get distracted and interpret the text in a way that it gets completely distorted?</w:t>
      </w:r>
    </w:p>
    <w:p>
      <w:pPr>
        <w:jc w:val="right"/>
      </w:pPr>
      <w:r>
        <w:t>Then how people get distracted and interpret the text in a way that it gets completely distorted?</w:t>
      </w:r>
    </w:p>
    <w:p>
      <w:r>
        <w:rPr>
          <w:b/>
        </w:rPr>
        <w:t xml:space="preserve">[1:05:47] </w:t>
      </w:r>
      <w:r>
        <w:t>Why can't we take things the way they exist? Aap phir se padhiyega. Meaning is said to be fixed. Kya meaning kya matlab</w:t>
      </w:r>
    </w:p>
    <w:p>
      <w:pPr>
        <w:jc w:val="right"/>
      </w:pPr>
      <w:r>
        <w:t>Why can't we take things the way they exist? آپ پھر سے پڑھیے گا۔ Meaning is said to be fixed. کیا meaning کیا مطلب</w:t>
      </w:r>
    </w:p>
    <w:p>
      <w:r>
        <w:rPr>
          <w:b/>
        </w:rPr>
        <w:t xml:space="preserve">[1:05:56] </w:t>
      </w:r>
      <w:r>
        <w:t>hai? Maulana, meaning of what he—I think meaning. Kya meaning kis cheez ki meaning? Kisi bhi cheez ka jo meaning hai, Quran ka jaise hai jo meaning hai.</w:t>
      </w:r>
    </w:p>
    <w:p>
      <w:pPr>
        <w:jc w:val="right"/>
      </w:pPr>
      <w:r>
        <w:t>ہے؟ مولانا، meaning of what he—I think meaning. کیا meaning کس چیز کی meaning؟ کسی بھی چیز کا جو meaning ہے، قرآن کا جیسے ہے جو meaning ہے۔</w:t>
      </w:r>
    </w:p>
    <w:p>
      <w:r>
        <w:rPr>
          <w:b/>
        </w:rPr>
        <w:t xml:space="preserve">[1:06:04] </w:t>
      </w:r>
      <w:r>
        <w:t>Is ko clear karna chahiye. Is question mein thori kya hota hai? Hmm, meaning kya matlab hai? Meaning. Maulana, his question is ke how—why is it bhai, chaye ki meaning hi Quran ki meaning.</w:t>
      </w:r>
    </w:p>
    <w:p>
      <w:pPr>
        <w:jc w:val="right"/>
      </w:pPr>
      <w:r>
        <w:t>اس کو clear کرنا چاہیے۔ اس question میں تھوڑی کیا ہوتا ہے؟ ہمم، meaning کیا مطلب ہے؟ Meaning. مولانا، his question is کہ how—why is it بھئی، چائے کی meaning ہی قرآن کی meaning۔</w:t>
      </w:r>
    </w:p>
    <w:p>
      <w:r>
        <w:rPr>
          <w:b/>
        </w:rPr>
        <w:t xml:space="preserve">[1:06:14] </w:t>
      </w:r>
      <w:r>
        <w:t>Kya matlab? Meaning kya cheez? Kis cheez ki meaning?</w:t>
      </w:r>
    </w:p>
    <w:p>
      <w:pPr>
        <w:jc w:val="right"/>
      </w:pPr>
      <w:r>
        <w:t>کیا مطلب؟ meaning کیا چیز؟ کس چیز کی meaning؟</w:t>
      </w:r>
    </w:p>
    <w:p>
      <w:r>
        <w:rPr>
          <w:b/>
        </w:rPr>
        <w:t xml:space="preserve">[1:06:18] </w:t>
      </w:r>
      <w:r>
        <w:t>agar in ka matlab yeh ho ke quran ki meaning to mein yeh kahunga ke is dunya mein jo supreme principle hai, woh hai ibtila yaani test.</w:t>
      </w:r>
    </w:p>
    <w:p>
      <w:pPr>
        <w:jc w:val="right"/>
      </w:pPr>
      <w:r>
        <w:t>اگر ان کا مطلب یہ ہو کہ قرآن کی meaning تو میں یہ کہوں گا کہ اس دنیا میں جو supreme principle ہے، وہ ہے ابتلا یعنی test۔</w:t>
      </w:r>
    </w:p>
    <w:p>
      <w:r>
        <w:rPr>
          <w:b/>
        </w:rPr>
        <w:t xml:space="preserve">[1:06:33] </w:t>
      </w:r>
      <w:r>
        <w:t>koi bhi cheez aap ko aisi nahi hai, quran ho ya hadees ho, compulsively aap ko hidayat par daal de. aisa nahi ho sakta hai. compulsively hidayat aap ko nahi de sakti koi bhi kitaab ya koi bhi daai.</w:t>
      </w:r>
    </w:p>
    <w:p>
      <w:pPr>
        <w:jc w:val="right"/>
      </w:pPr>
      <w:r>
        <w:t>کوئی بھی چیز آپ کو ایسی نہیں ہے، قرآن ہو یا حدیث ہو، compulsively آپ کو ہدایت پر ڈال دے۔ ایسا نہیں ہو سکتا ہے۔ compulsively ہدایت آپ کو نہیں دے سکتی کوئی بھی کتاب یا کوئی بھی داعی۔</w:t>
      </w:r>
    </w:p>
    <w:p>
      <w:r>
        <w:rPr>
          <w:b/>
        </w:rPr>
        <w:t xml:space="preserve">[1:06:48] </w:t>
      </w:r>
      <w:r>
        <w:t>har haal mein aap ko mauqa rehta hai ke aap aap chahein to aik aik alag ghaghat ka interpretation nikal len. jaise koi zamane mein kaha tha munkiroon ne ke nabuwat nabuwat banah la yuhlikna illa ad-dahr yeh to zamane ka hotel fair hai.</w:t>
      </w:r>
    </w:p>
    <w:p>
      <w:pPr>
        <w:jc w:val="right"/>
      </w:pPr>
      <w:r>
        <w:t>ہر حال میں آپ کو موقع رہتا ہے کہ آپ آپ چاہیں تو ایک ایک الگ گھگھٹ کا interpretation نکال لیں۔ جیسے کوئی زمانے میں کہا تھا منکرین نے کہ نبوت نبوت بناہ لا یحلکنا الا الدهر یہ تو زمانے کا ہوٹل فیئر ہے۔</w:t>
      </w:r>
    </w:p>
    <w:p>
      <w:r>
        <w:rPr>
          <w:b/>
        </w:rPr>
        <w:t xml:space="preserve">[1:07:08] </w:t>
      </w:r>
      <w:r>
        <w:t>kabhi mar gaye ke paida ho gaye to mar gaye, paida ho gaye to mar gaye. yeh to zamane ka aik aik woh hai, aik darya hai jo chala ja raha hai.</w:t>
      </w:r>
    </w:p>
    <w:p>
      <w:pPr>
        <w:jc w:val="right"/>
      </w:pPr>
      <w:r>
        <w:t>کبھی مر گئے کہ پیدا ہو گئے تو مر گئے، پیدا ہو گئے تو مر گئے۔ یہ تو زمانے کا ایک ایک وہ ہے، ایک دریا ہے جو چلا جا رہا ہے۔</w:t>
      </w:r>
    </w:p>
    <w:p>
      <w:r>
        <w:rPr>
          <w:b/>
        </w:rPr>
        <w:t xml:space="preserve">[1:07:17] </w:t>
      </w:r>
      <w:r>
        <w:t>to kehne ka rasta hamesha khula rehta hai kyunke aap azaad hain. jab aap ko azaadi haasil hai yaani is liye ke aap yahan par test ke liye hain to aap ko hamesha yeh option rahega ke chahe aap manen, chahe na manen, chahe to sahi interpretation den, chahe galat interpretation den.</w:t>
      </w:r>
    </w:p>
    <w:p>
      <w:pPr>
        <w:jc w:val="right"/>
      </w:pPr>
      <w:r>
        <w:t>تو کہنے کا راستہ ہمیشہ کھلا رہتا ہے کیونکہ آپ آزاد ہیں۔ جب آپ کو آزادی حاصل ہے یعنی اس لیے کہ آپ یہاں پر ٹیسٹ کے لیے ہیں تو آپ کو ہمیشہ یہ آپشن رہے گا کہ چاہے آپ مانیں، چاہے نہ مانیں، چاہے تو صحیح interpretation دیں، چاہے غلط interpretation دیں۔</w:t>
      </w:r>
    </w:p>
    <w:p>
      <w:r>
        <w:rPr>
          <w:b/>
        </w:rPr>
        <w:t xml:space="preserve">[1:07:38] </w:t>
      </w:r>
      <w:r>
        <w:t>isi liye dekhen, quran majeed mein jo aik masla yeh hai ke quran ko samajhne ke liye sab se bari cond</w:t>
      </w:r>
    </w:p>
    <w:p>
      <w:pPr>
        <w:jc w:val="right"/>
      </w:pPr>
      <w:r>
        <w:t>اسی لیے دیکھیں، قرآن مجید میں جو ایک مسئلہ یہ ہے کہ قرآن کو سمجھنے کے لیے سب سے بڑی cond</w:t>
      </w:r>
    </w:p>
    <w:p>
      <w:r>
        <w:rPr>
          <w:b/>
        </w:rPr>
        <w:t xml:space="preserve">[1:07:45] </w:t>
      </w:r>
      <w:r>
        <w:t>ition kya hai? to hamare ulma ne bohat saare 80 ilm likhe likhe hain, mein is ko nahi manta. sab relative hain, woh saare uloom relative hain.</w:t>
      </w:r>
    </w:p>
    <w:p>
      <w:pPr>
        <w:jc w:val="right"/>
      </w:pPr>
      <w:r>
        <w:t>ition کیا ہے؟ تو ہمارے علماء نے بہت سارے 80 علم لکھے لکھے ہیں، میں اس کو نہیں مانتا۔ سب relative ہیں، وہ سارے علوم relative ہیں۔</w:t>
      </w:r>
    </w:p>
    <w:p>
      <w:r>
        <w:rPr>
          <w:b/>
        </w:rPr>
        <w:t xml:space="preserve">[1:07:54] </w:t>
      </w:r>
      <w:r>
        <w:t>sab se bari cheez jo darkaar hai, woh kya hai? khauf-e-khuda. woh mein is liye kehta hoon, quran majeed mein yeh baat batai gayi hai ke khauf-e-khuda hai, tab aap quran ko samjhega, nahi to nahi samjhega.</w:t>
      </w:r>
    </w:p>
    <w:p>
      <w:pPr>
        <w:jc w:val="right"/>
      </w:pPr>
      <w:r>
        <w:t>سب سے بڑی چیز جو درکار ہے، وہ کیا ہے؟ خوف خدا۔ وہ میں اس لیے کہتا ہوں، قرآن مجید میں یہ بات بتائی گئی ہے کہ خوف خدا ہے، تب آپ قرآن کو سمجھے گا، نہیں تو نہیں سمجھے گا۔</w:t>
      </w:r>
    </w:p>
    <w:p>
      <w:r>
        <w:rPr>
          <w:b/>
        </w:rPr>
        <w:t xml:space="preserve">[1:08:09] </w:t>
      </w:r>
      <w:r>
        <w:t>اتقوا اللہ ويعلمکم اللہ</w:t>
      </w:r>
    </w:p>
    <w:p>
      <w:pPr>
        <w:jc w:val="right"/>
      </w:pPr>
      <w:r>
        <w:t>اتقوا اللہ ويعلمکم اللہ</w:t>
      </w:r>
    </w:p>
    <w:p>
      <w:r>
        <w:rPr>
          <w:b/>
        </w:rPr>
        <w:t xml:space="preserve">[1:08:12] </w:t>
      </w:r>
      <w:r>
        <w:t>yeh 80 uloom jo bataye jaate hain quran ko samajhne ke liye, yeh bilkul yaani khud saakhta hain. mere nazdeek quran mein hai, na hadees mein hai.</w:t>
      </w:r>
    </w:p>
    <w:p>
      <w:pPr>
        <w:jc w:val="right"/>
      </w:pPr>
      <w:r>
        <w:t>یہ 80 علوم جو بتائے جاتے ہیں قرآن کو سمجھنے کے لیے، یہ بالکل یعنی خود ساختہ ہیں۔ میرے نزدیک قرآن میں ہے، نہ حدیث میں ہے۔</w:t>
      </w:r>
    </w:p>
    <w:p>
      <w:r>
        <w:rPr>
          <w:b/>
        </w:rPr>
        <w:t xml:space="preserve">[1:08:22] </w:t>
      </w:r>
      <w:r>
        <w:t>yeh to aap ne bana liya hai, lekin jo quran mein jo cheez hai, woh yeh hai: اتقوا اللہ ويعلمکم اللہ aye logon! Allah se daro aur Allah tum ko samajh dega, Allah tum ko ilm dega, Allah tum ko learning dega.</w:t>
      </w:r>
    </w:p>
    <w:p>
      <w:pPr>
        <w:jc w:val="right"/>
      </w:pPr>
      <w:r>
        <w:t>یہ تو آپ نے بنا لیا ہے، لیکن جو قرآن میں جو چیز ہے، وہ یہ ہے: اتقوا اللہ ويعلمکم اللہ اے لوگوں! اللہ سے ڈرو اور اللہ تم کو سمجھ دے گا، اللہ تم کو علم دے گا، اللہ تم کو learning دے گا۔</w:t>
      </w:r>
    </w:p>
    <w:p>
      <w:r>
        <w:rPr>
          <w:b/>
        </w:rPr>
        <w:t xml:space="preserve">[1:08:34] </w:t>
      </w:r>
      <w:r>
        <w:t>ab dekhen ke yahan par learning ko jo da diya Allah ke dar se, khauf se. khauf kya kar</w:t>
      </w:r>
    </w:p>
    <w:p>
      <w:pPr>
        <w:jc w:val="right"/>
      </w:pPr>
      <w:r>
        <w:t>اب دیکھیں کہ یہاں پر learning کو جوڑ دیا اللہ کے ڈر سے، خوف سے۔ خوف کیا کر</w:t>
      </w:r>
    </w:p>
    <w:p>
      <w:r>
        <w:rPr>
          <w:b/>
        </w:rPr>
        <w:t xml:space="preserve">[1:08:41] </w:t>
      </w:r>
      <w:r>
        <w:t>ta hai? aap ko sincere banata hai. yaad rakhiye, sab se bari cheez hai sincerity. sincerity nahi to aap kuch bhi nahi samajh sakte. jaise hamara yeh class hota hai, aik sahib aaye, wahan khade hue, akhar kar chale gaye.</w:t>
      </w:r>
    </w:p>
    <w:p>
      <w:pPr>
        <w:jc w:val="right"/>
      </w:pPr>
      <w:r>
        <w:t>تا ہے؟ آپ کو sincere بناتا ہے۔ یاد رکھیے، سب سے بڑی چیز ہے sincerity۔ sincerity نہیں تو آپ کچھ بھی نہیں سمجھ سکتے۔ جیسے ہمارا یہ کلاس ہوتا ہے، ایک صاحب آئے، وہاں کھڑے ہوئے، اکھڑ کر چلے گئے۔</w:t>
      </w:r>
    </w:p>
    <w:p>
      <w:r>
        <w:rPr>
          <w:b/>
        </w:rPr>
        <w:t xml:space="preserve">[1:08:55] </w:t>
      </w:r>
      <w:r>
        <w:t>woh kahin se unhon ne kaha: "arey! mein wahan gaya tha, woh to just like club tha, woh to." ab bataiye ke yeh agar sincere na ho to is ko club keh dega.</w:t>
      </w:r>
    </w:p>
    <w:p>
      <w:pPr>
        <w:jc w:val="right"/>
      </w:pPr>
      <w:r>
        <w:t>وہ کہیں سے انہوں نے کہا: "ارے! میں وہاں گیا تھا، وہ تو just like کلب تھا، وہ تو۔" اب بتائیے کہ یہ اگر sincere نہ ہو تو اس کو کلب کہہ دے گا۔</w:t>
      </w:r>
    </w:p>
    <w:p>
      <w:r>
        <w:rPr>
          <w:b/>
        </w:rPr>
        <w:t xml:space="preserve">[1:09:06] </w:t>
      </w:r>
      <w:r>
        <w:t>yahan Allah ka zikr hota hai, Allah ka charcha hota hai, aur woh chale gaye dekh kar ke zara sa woh keh diya ke "tu to just like club tha, woh to." to sincerity jo hai, Allah ka dar hota hai, to sincerity aati hai.</w:t>
      </w:r>
    </w:p>
    <w:p>
      <w:pPr>
        <w:jc w:val="right"/>
      </w:pPr>
      <w:r>
        <w:t>یہاں اللہ کا ذکر ہوتا ہے، اللہ کا چرچہ ہوتا ہے، اور وہ چلے گئے دیکھ کر کہ ذرا سا وہ کہہ دیا کہ "تو تو just like کلب تھا، وہ تو۔" تو sincerity جو ہے، اللہ کا ڈر ہوتا ہے، تو sincerity آتی ہے۔</w:t>
      </w:r>
    </w:p>
    <w:p>
      <w:r>
        <w:rPr>
          <w:b/>
        </w:rPr>
        <w:t xml:space="preserve">[1:09:19] </w:t>
      </w:r>
      <w:r>
        <w:t>jab sincerity aati hai, tabhi aap baat ko samajh paate hain. matlab kuch bhi keh denge, hum bhi be zabaan rakhte hain, kuch bhi keh denge.</w:t>
      </w:r>
    </w:p>
    <w:p>
      <w:pPr>
        <w:jc w:val="right"/>
      </w:pPr>
      <w:r>
        <w:t>جب sincerity آتی ہے، تبھی آپ بات کو سمجھ پاتے ہیں۔ مطلب کچھ بھی کہہ دیں گے، ہم بھی بے زبان رکھتے ہیں، کچھ بھی کہہ دیں گے۔</w:t>
      </w:r>
    </w:p>
    <w:p>
      <w:r>
        <w:rPr>
          <w:b/>
        </w:rPr>
        <w:t xml:space="preserve">[1:09:31] </w:t>
      </w:r>
      <w:r>
        <w:t>to mein samajhta hoon, quran ko samajhne ke liye jo jo sab se bari condition hai, sab se bari shart hai, woh kya hai? aadmi ke dil mein Khuda ka dar ho. dar se sincerity aayegi.</w:t>
      </w:r>
    </w:p>
    <w:p>
      <w:pPr>
        <w:jc w:val="right"/>
      </w:pPr>
      <w:r>
        <w:t>تو میں سمجھتا ہوں، قرآن کو سمجھنے کے لیے جو جو سب سے بڑی condition ہے، سب سے بڑی شرط ہے، وہ کیا ہے؟ آدمی کے دل میں خدا کا ڈر ہو۔ ڈر سے sincerity آئے گی۔</w:t>
      </w:r>
    </w:p>
    <w:p>
      <w:r>
        <w:rPr>
          <w:b/>
        </w:rPr>
        <w:t xml:space="preserve">[1:09:42] </w:t>
      </w:r>
      <w:r>
        <w:t>jab sincerity sincerity aayegi, tabhi woh dhyan dega, tabhi woh sach much samajhne ki koshish karega. objectivity aayegi us ke andar.</w:t>
      </w:r>
    </w:p>
    <w:p>
      <w:pPr>
        <w:jc w:val="right"/>
      </w:pPr>
      <w:r>
        <w:t>جب sincerity sincerity آئے گی، تبھی وہ دھیان دے گا، تبھی وہ سچ مچ سمجھنے کی کوشش کرے گا۔ objectivity آئے گی اس کے اندر۔</w:t>
      </w:r>
    </w:p>
    <w:p>
      <w:r>
        <w:rPr>
          <w:b/>
        </w:rPr>
        <w:t xml:space="preserve">[1:09:51] </w:t>
      </w:r>
      <w:r>
        <w:t>sincerity aayegi to objectivity aayegi, right thinking aayegi.</w:t>
      </w:r>
    </w:p>
    <w:p>
      <w:pPr>
        <w:jc w:val="right"/>
      </w:pPr>
      <w:r>
        <w:t>sincerity آئے گی تو objectivity آئے گی،right thinking آئے گی۔</w:t>
      </w:r>
    </w:p>
    <w:p>
      <w:r>
        <w:rPr>
          <w:b/>
        </w:rPr>
        <w:t xml:space="preserve">[1:09:58] </w:t>
      </w:r>
      <w:r>
        <w:t>isi liye mein samajhta hoon ke quran ko samajhna hai to sab se pehle Allah se ta'alluq qaim karna hoga. shuru mein dekhen, shuru hi mein quran majeed mein hai ke ذٰلِكَ ذٰلِكَ كِتَابٌ لَّا رَيْبَ ۛ فِيهِ ۛ هُدًى لِّلْمُتَّقِينَ yani woh guidance hai Allah se darne walon ke liye.</w:t>
      </w:r>
    </w:p>
    <w:p>
      <w:pPr>
        <w:jc w:val="right"/>
      </w:pPr>
      <w:r>
        <w:t>اس لیے میں سمجھتا ہوں کہ قرآن کو سمجھنا ہے تو سب سے پہلے اللہ سے تعلق قائم کرنا ہوگا۔ شروع میں دیکھیں، شروع ہی میں قرآن مجید میں ہے کہ ذالک ذالک کتاب لا رفیع المتقین یعنی وہ guidance ہے اللہ سے ڈرنے والوں کے لیے۔</w:t>
      </w:r>
    </w:p>
    <w:p>
      <w:r>
        <w:rPr>
          <w:b/>
        </w:rPr>
        <w:t xml:space="preserve">[1:10:17] </w:t>
      </w:r>
      <w:r>
        <w:t>yaani quran guidance hai, lekin compulsive sense mein nahi. jo Allah se darega, us ko woh guide milegi, guidance milegi, nahi to nahi milegi.</w:t>
      </w:r>
    </w:p>
    <w:p>
      <w:pPr>
        <w:jc w:val="right"/>
      </w:pPr>
      <w:r>
        <w:t>یعنی قرآن guidance ہے، لیکن compulsive sense میں نہیں۔ جو اللہ سے ڈرے گا، اس کو وہ guide ملے گی، guidance ملے گی، نہیں تو نہیں ملے گی۔</w:t>
      </w:r>
    </w:p>
    <w:p>
      <w:r>
        <w:rPr>
          <w:b/>
        </w:rPr>
        <w:t xml:space="preserve">[1:10:31] </w:t>
      </w:r>
      <w:r>
        <w:t>This question is from Miss Nagma Siddiqui from Delhi. How did these deceiving philosophies get a blind following?</w:t>
      </w:r>
    </w:p>
    <w:p>
      <w:pPr>
        <w:jc w:val="right"/>
      </w:pPr>
      <w:r>
        <w:t>This question is from Miss Nagma Siddiqui from Delhi. How did these deceiving philosophies get a blind following?</w:t>
      </w:r>
    </w:p>
    <w:p>
      <w:r>
        <w:rPr>
          <w:b/>
        </w:rPr>
        <w:t xml:space="preserve">[1:10:42] </w:t>
      </w:r>
      <w:r>
        <w:t>Kindly comment.</w:t>
      </w:r>
    </w:p>
    <w:p>
      <w:pPr>
        <w:jc w:val="right"/>
      </w:pPr>
      <w:r>
        <w:t>Kindly comment.</w:t>
      </w:r>
    </w:p>
    <w:p>
      <w:r>
        <w:rPr>
          <w:b/>
        </w:rPr>
        <w:t xml:space="preserve">[1:10:49] </w:t>
      </w:r>
      <w:r>
        <w:t>haan, yeh bada bohat hi aham question hai.</w:t>
      </w:r>
    </w:p>
    <w:p>
      <w:pPr>
        <w:jc w:val="right"/>
      </w:pPr>
      <w:r>
        <w:t>ہاں، یہ بڑا بہت ہی اہم question ہے۔</w:t>
      </w:r>
    </w:p>
    <w:p>
      <w:r>
        <w:rPr>
          <w:b/>
        </w:rPr>
        <w:t xml:space="preserve">[1:10:59] </w:t>
      </w:r>
      <w:r>
        <w:t>bohat hi aham question hai. lekin mera zindagi bhar ka jo experience hai, lakhon lakh logon se mera saabiqa pada,</w:t>
      </w:r>
    </w:p>
    <w:p>
      <w:pPr>
        <w:jc w:val="right"/>
      </w:pPr>
      <w:r>
        <w:t>بہت ہی اہم question ہے۔ لیکن میرا زندگی بھر کا جو experience ہے، لاکھوں لاکھ لوگوں سے میرا سابقہ پڑا،</w:t>
      </w:r>
    </w:p>
    <w:p>
      <w:r>
        <w:rPr>
          <w:b/>
        </w:rPr>
        <w:t xml:space="preserve">[1:11:11] </w:t>
      </w:r>
      <w:r>
        <w:t>to mein ne jo paya hai, woh yeh paya hai ke log jo hain, poora dhyan dete hi nahin. ek setup un ka bana hua hai, zindagi ka ek dhancha bana hua hai.</w:t>
      </w:r>
    </w:p>
    <w:p>
      <w:pPr>
        <w:jc w:val="right"/>
      </w:pPr>
      <w:r>
        <w:t>تو میں نے جو پایا ہے، وہ یہ پایا ہے کہ لوگ جو ہیں، پورا دھیان دیتے ہی نہیں۔ ایک setup ان کا بنا ہوا ہے، زندگی کا ایک ڈھانچہ بنا ہوا ہے۔</w:t>
      </w:r>
    </w:p>
    <w:p>
      <w:r>
        <w:rPr>
          <w:b/>
        </w:rPr>
        <w:t xml:space="preserve">[1:11:25] </w:t>
      </w:r>
      <w:r>
        <w:t>is ko tod kar ke woh kisi baat ko samjhein, yeh yeh un ke is liye tayyar nahin hote. woh</w:t>
      </w:r>
    </w:p>
    <w:p>
      <w:pPr>
        <w:jc w:val="right"/>
      </w:pPr>
      <w:r>
        <w:t>اس کو توڑ کر کے وہ کسی بات کو سمجھیں، یہ یہ ان کے اس لیے تیار نہیں ہوتے۔ وہ</w:t>
      </w:r>
    </w:p>
    <w:p>
      <w:r>
        <w:rPr>
          <w:b/>
        </w:rPr>
        <w:t xml:space="preserve">[1:11:33] </w:t>
      </w:r>
      <w:r>
        <w:t>misalan ek aadmi professor hai, darwins ko parhata hai, to yeh karega aisa ke woh service ko chhod de. darwins jo hai, ek mughalta hai, mein nahin parhaunga is ko, aisa kaun karega?</w:t>
      </w:r>
    </w:p>
    <w:p>
      <w:pPr>
        <w:jc w:val="right"/>
      </w:pPr>
      <w:r>
        <w:t>مثلاً ایک آدمی پروفیسر ہے، ڈارمنز کو پڑھاتا ہے، تو یہ کرے گا ایسا کہ وہ سروس کو چھوڑ دے۔ ڈارمنز جو ہے، ایک مغالطہ ہے، میں نہیں پڑھاؤں گا اس کو، ایسا کون کرے گا؟</w:t>
      </w:r>
    </w:p>
    <w:p>
      <w:r>
        <w:rPr>
          <w:b/>
        </w:rPr>
        <w:t xml:space="preserve">[1:11:45] </w:t>
      </w:r>
      <w:r>
        <w:t>to phir bhi wohi parhayega, chahe woh is ki samajh mein aa jaye ke yeh to theek nahin hai.</w:t>
      </w:r>
    </w:p>
    <w:p>
      <w:pPr>
        <w:jc w:val="right"/>
      </w:pPr>
      <w:r>
        <w:t>تو پھر بھی وہی پڑھائے گا، چاہے وہ اس کی سمجھ میں آ جائے کہ یہ تو ٹھیک نہیں ہے۔</w:t>
      </w:r>
    </w:p>
    <w:p>
      <w:r>
        <w:rPr>
          <w:b/>
        </w:rPr>
        <w:t xml:space="preserve">[1:11:54] </w:t>
      </w:r>
      <w:r>
        <w:t>to meri poori zindagi ka tajurba yeh hai ke aadmi dhyan hi nahin deta. hamare ek saathi ne bombay ke ek tajir the, ek muslim tajir, us se kuch baatein kahin jo hum log yahan karte hain.</w:t>
      </w:r>
    </w:p>
    <w:p>
      <w:pPr>
        <w:jc w:val="right"/>
      </w:pPr>
      <w:r>
        <w:t>تو میری پوری زندگی کا تجربہ یہ ہے کہ آدمی دھیان ہی نہیں دیتا۔ ہمارے ایک ساتھی نے بمبئی کے ایک تاجر تھے، ایک مسلم تاجر، اس سے کچھ باتیں کہیں جو ہم لوگ یہاں کرتے ہیں۔</w:t>
      </w:r>
    </w:p>
    <w:p>
      <w:r>
        <w:rPr>
          <w:b/>
        </w:rPr>
        <w:t xml:space="preserve">[1:12:06] </w:t>
      </w:r>
      <w:r>
        <w:t>to woh namaz roze wale the, ek namaz woh karte the, bas kafi hai. to unhon ne kaha is se: "arey bhai! tum itna deep mein kyun jaate ho?</w:t>
      </w:r>
    </w:p>
    <w:p>
      <w:pPr>
        <w:jc w:val="right"/>
      </w:pPr>
      <w:r>
        <w:t>تو وہ نماز روزے والے تھے، ایک نماز وہ کرتے تھے، بس کافی ہے۔ تو انہوں نے کہا اس سے: "ارے بھائی! تم اتنا ڈیپ میں کیوں جاتے ہو؟</w:t>
      </w:r>
    </w:p>
    <w:p>
      <w:r>
        <w:rPr>
          <w:b/>
        </w:rPr>
        <w:t xml:space="preserve">[1:12:17] </w:t>
      </w:r>
      <w:r>
        <w:t>tum itna deep mein kyun jaate ho?</w:t>
      </w:r>
    </w:p>
    <w:p>
      <w:pPr>
        <w:jc w:val="right"/>
      </w:pPr>
      <w:r>
        <w:t>تم اتنا ڈیپ میں کیوں جاتے ہو؟</w:t>
      </w:r>
    </w:p>
    <w:p>
      <w:r>
        <w:rPr>
          <w:b/>
        </w:rPr>
        <w:t xml:space="preserve">[1:12:20] </w:t>
      </w:r>
      <w:r>
        <w:t>" to unhon ne kaha ke "tum jab tumhare income tax ka kaghaz aata hai to tum deep mein jaate ho ya nahin jaate ho? income tax ka jab tumhare paas aata hai koi notice to foran tum consult karte ho wakeel se aur khoob deep mein ja kar samajhte ho ke yeh kya hai, kya nahin hai.</w:t>
      </w:r>
    </w:p>
    <w:p>
      <w:pPr>
        <w:jc w:val="right"/>
      </w:pPr>
      <w:r>
        <w:t>" تو انہوں نے کہا کہ "تم جب تمہارے انکم ٹیکس کا کاغذ آتا ہے تو تم ڈیپ میں جاتے ہو یا نہیں جاتے ہو؟ انکم ٹیکس کا جب تمہارے پاس آتا ہے کوئی نوٹس تو فوراً تم کنسلٹ کرتے ہو وکیل سے اور خوب ڈیپ میں جا کر سمجھتے ہو کہ یہ کیا ہے، کیا نہیں ہے۔</w:t>
      </w:r>
    </w:p>
    <w:p>
      <w:r>
        <w:rPr>
          <w:b/>
        </w:rPr>
        <w:t xml:space="preserve">[1:12:36] </w:t>
      </w:r>
      <w:r>
        <w:t>aur deen ke muamle kehte hain: "arey bhai! tum itna deep mein kyun jaate ho?</w:t>
      </w:r>
    </w:p>
    <w:p>
      <w:pPr>
        <w:jc w:val="right"/>
      </w:pPr>
      <w:r>
        <w:t>اور دین کے معاملے کہتے ہیں: "ارے بھائی! تم اتنا ڈیپ میں کیوں جاتے ہو؟</w:t>
      </w:r>
    </w:p>
    <w:p>
      <w:r>
        <w:rPr>
          <w:b/>
        </w:rPr>
        <w:t xml:space="preserve">[1:12:41] </w:t>
      </w:r>
      <w:r>
        <w:t>" to mein mein ne apne tajurbe se paya hai ke har aadmi ka ek set up ban jata hai, conditioning ho jati hai us ki, kuch us ke interest jud jate hain kisi cheez se, koi family ho ya business ho, kisi cheez se.</w:t>
      </w:r>
    </w:p>
    <w:p>
      <w:pPr>
        <w:jc w:val="right"/>
      </w:pPr>
      <w:r>
        <w:t>" تو میں میں نے اپنے تجربے سے پایا ہے کہ ہر آدمی کا ایک سیٹ اپ بن جاتا ہے، کنڈیشننگ ہو جاتی ہے اس کی، کچھ اس کے انٹرسٹ جڑ جاتے ہیں کسی چیز سے، کوئی فیملی ہو یا بزنس ہو، کسی چیز سے۔</w:t>
      </w:r>
    </w:p>
    <w:p>
      <w:r>
        <w:rPr>
          <w:b/>
        </w:rPr>
        <w:t xml:space="preserve">[1:12:53] </w:t>
      </w:r>
      <w:r>
        <w:t>to is dhanchay ko tod kar ke samajhne ki koshish karna, yeh kar nahin pata aadmi. to chalta hai jo hai, woh theek hai.</w:t>
      </w:r>
    </w:p>
    <w:p>
      <w:pPr>
        <w:jc w:val="right"/>
      </w:pPr>
      <w:r>
        <w:t>تو اس ڈھانچے کو توڑ کر کے سمجھنے کی کوشش کرنا، یہ کر نہیں پاتا آدمی۔ تو چلتا ہے جو ہے، وہ ٹھیک ہے۔</w:t>
      </w:r>
    </w:p>
    <w:p>
      <w:r>
        <w:rPr>
          <w:b/>
        </w:rPr>
        <w:t xml:space="preserve">[1:13:02] </w:t>
      </w:r>
      <w:r>
        <w:t>chalo, to isi isi liye sachai un ko milti hai jo seekhne wale hon. jo seekhne wala hota hai, woh dhanchay ko todta hai.</w:t>
      </w:r>
    </w:p>
    <w:p>
      <w:pPr>
        <w:jc w:val="right"/>
      </w:pPr>
      <w:r>
        <w:t>چلو، تو اسی اسی لیے سچائی ان کو ملتی ہے جو سیکھر ہوں۔ جو سیکھر ہوتا ہے، وہ ڈھانچے کو توڑتا ہے۔</w:t>
      </w:r>
    </w:p>
    <w:p>
      <w:r>
        <w:rPr>
          <w:b/>
        </w:rPr>
        <w:t xml:space="preserve">[1:13:11] </w:t>
      </w:r>
      <w:r>
        <w:t>jo seekhne wala hoga, woh kisi dhanchay ki pabandi nahin karega. is ka interest agar kal ho raha hai to hota rahe, kal. mujhe to sachai chahiye.</w:t>
      </w:r>
    </w:p>
    <w:p>
      <w:pPr>
        <w:jc w:val="right"/>
      </w:pPr>
      <w:r>
        <w:t>جو سیکھر ہوگا، وہ کسی ڈھانچے کی پابندی نہیں کرے گا۔ اس کا انٹرسٹ اگر کل ہو رہا ہے تو ہوتا رہے، کل۔ مجھے تو سچائی چاہیے۔</w:t>
      </w:r>
    </w:p>
    <w:p>
      <w:r>
        <w:rPr>
          <w:b/>
        </w:rPr>
        <w:t xml:space="preserve">[1:13:22] </w:t>
      </w:r>
      <w:r>
        <w:t>mere saathi chhodte hain to chhod jayein. mahaul mein mera stage girta hai to girta rahe. mere sare ab tak jo mein ne bana rakhe the ideas, woh sab galat sabit hote rahe.</w:t>
      </w:r>
    </w:p>
    <w:p>
      <w:pPr>
        <w:jc w:val="right"/>
      </w:pPr>
      <w:r>
        <w:t>میرے ساتھی چھوڑتے ہیں تو چھوڑ جائیں۔ ماحول میں میرا اسٹیج گرتا ہے تو گرتا گرتا رہے۔ میرے سارے اب تک جو میں نے بنا رکھے تھے آئیڈیاز، وہ سب غلط ثابت ہوتے رہے۔</w:t>
      </w:r>
    </w:p>
    <w:p>
      <w:r>
        <w:rPr>
          <w:b/>
        </w:rPr>
        <w:t xml:space="preserve">[1:13:35] </w:t>
      </w:r>
      <w:r>
        <w:t>mujhe to sachai chahiye.</w:t>
      </w:r>
    </w:p>
    <w:p>
      <w:pPr>
        <w:jc w:val="right"/>
      </w:pPr>
      <w:r>
        <w:t>مجھے تو سچائی چاہیے۔</w:t>
      </w:r>
    </w:p>
    <w:p>
      <w:r>
        <w:rPr>
          <w:b/>
        </w:rPr>
        <w:t xml:space="preserve">[1:13:37] </w:t>
      </w:r>
      <w:r>
        <w:t>isi liye mein kaha karta hoon ke sachai us ko milti hai jiske andar krantkari zehan ho. krantkari yani revolutionary zehan ho. bohat acha lafz hai hindi mein krantkari, mein bohat pasand karta hoon is ko.</w:t>
      </w:r>
    </w:p>
    <w:p>
      <w:pPr>
        <w:jc w:val="right"/>
      </w:pPr>
      <w:r>
        <w:t>اسی لیے میں کہا کرتا ہوں کہ سچائی اس کو ملتی ہے جس کے اندر کرانتکاری ذہن ہو۔ کرانتکاری یعنی ریولیشری ذہن ہو۔ بہت اچھا لفظ ہے ہندی میں کرانتکاری، میں بہت پسند کرتا ہوں اس کو۔</w:t>
      </w:r>
    </w:p>
    <w:p>
      <w:r>
        <w:rPr>
          <w:b/>
        </w:rPr>
        <w:t xml:space="preserve">[1:13:50] </w:t>
      </w:r>
      <w:r>
        <w:t>to sachai us ko milti hai jo krantkari zehan ho. is ke andar</w:t>
      </w:r>
    </w:p>
    <w:p>
      <w:pPr>
        <w:jc w:val="right"/>
      </w:pPr>
      <w:r>
        <w:t>تو سچائی اس کو ملتی ہے جو کرانتکاری ذہن ہو۔ اس کے اندر</w:t>
      </w:r>
    </w:p>
    <w:p>
      <w:r>
        <w:rPr>
          <w:b/>
        </w:rPr>
        <w:t xml:space="preserve">[1:13:56] </w:t>
      </w:r>
      <w:r>
        <w:t>mein ne bohat se communist se baat ki, bohat se koi kuch jante bhi nahin woh, aur communist bane hue hain.</w:t>
      </w:r>
    </w:p>
    <w:p>
      <w:pPr>
        <w:jc w:val="right"/>
      </w:pPr>
      <w:r>
        <w:t>میں نے بہت سے کمیونسٹوں سے بات کی، بہت سے کوئی کچھ جانتے بھی نہیں وہ، اور کمیونسٹ بنے ہوئے ہیں۔</w:t>
      </w:r>
    </w:p>
    <w:p>
      <w:r>
        <w:rPr>
          <w:b/>
        </w:rPr>
        <w:t xml:space="preserve">[1:14:05] </w:t>
      </w:r>
      <w:r>
        <w:t>ek hawa chali thi ek zamane mein, ab to hawa nahin hai, woh ek hawa chali thi. ek fashion tha communism ka. mein aap ko bataoon, mein lucknow mein tha, nadwa mein ek sahib aaye, ek communist country se parh kar ke aaye wahan se.</w:t>
      </w:r>
    </w:p>
    <w:p>
      <w:pPr>
        <w:jc w:val="right"/>
      </w:pPr>
      <w:r>
        <w:t>ایک ہوا چلی تھی ایک زمانے میں، اب تو ہوا نہیں ہے، وہ ایک ہوا چلی تھی۔ ایک فیشن تھا کمیونزم کا۔ میں آپ کو بتاؤں، میں لکھنو میں تھا، ندوہ میں ایک صاحب آئے، ایک کمیونسٹ کنٹری سے پڑھ کر کے آئے وہاں سے۔</w:t>
      </w:r>
    </w:p>
    <w:p>
      <w:r>
        <w:rPr>
          <w:b/>
        </w:rPr>
        <w:t xml:space="preserve">[1:14:19] </w:t>
      </w:r>
      <w:r>
        <w:t>to wahan par nadwa ke ladkon se lage baatein karne communism ki. to ladkon ko jawab nahin de paate the ladke, to mere paas laye un ko. bataya un ko ek sahib hain, un ko milayenge aap ke paas.</w:t>
      </w:r>
    </w:p>
    <w:p>
      <w:pPr>
        <w:jc w:val="right"/>
      </w:pPr>
      <w:r>
        <w:t>تو وہاں پر ندوے کے لڑکوں سے لگے باتیں کرنے کمیونزم کی۔ تو لڑکوں کو جواب نہیں دے پاتے تھے لڑکے، تو میرے پاس لائے ان کو۔ بتایا ان کو ایک صاحب ہیں، ان کو ملائیں گے آپ کے پاس۔</w:t>
      </w:r>
    </w:p>
    <w:p>
      <w:r>
        <w:rPr>
          <w:b/>
        </w:rPr>
        <w:t xml:space="preserve">[1:14:31] </w:t>
      </w:r>
      <w:r>
        <w:t>to mere paas laye,</w:t>
      </w:r>
    </w:p>
    <w:p>
      <w:pPr>
        <w:jc w:val="right"/>
      </w:pPr>
      <w:r>
        <w:t>تو میرے پاس لائے،</w:t>
      </w:r>
    </w:p>
    <w:p>
      <w:r>
        <w:rPr>
          <w:b/>
        </w:rPr>
        <w:t xml:space="preserve">[1:14:32] </w:t>
      </w:r>
      <w:r>
        <w:t>to mein ne baatchit ki aur unhon ne keh diya ke mein ne communism ko samajhne ke liye ten pages parhe hain. mein ne communism ko samajhne ke liye das hazar safhat parhe hain.</w:t>
      </w:r>
    </w:p>
    <w:p>
      <w:pPr>
        <w:jc w:val="right"/>
      </w:pPr>
      <w:r>
        <w:t>تو میں نے بات چیت کی اور انہوں نے کہہ دیا کہ میں نے کمیونزم کو سمجھنے کے لیے ٹین تھا پیجز پڑھے ہیں۔ میں نے کمیونزم کو سمجھنے کے لیے دس ہزار صفحات پڑھے ہیں۔</w:t>
      </w:r>
    </w:p>
    <w:p>
      <w:r>
        <w:rPr>
          <w:b/>
        </w:rPr>
        <w:t xml:space="preserve">[1:14:43] </w:t>
      </w:r>
      <w:r>
        <w:t>is ke baad unhon ne naam hi nahin liya, communism ka naam liya. naam nahin liya unhon ne. aise hi aligarh university mein ek bar to aisa tha, lenin centar manai ja rahi thi.</w:t>
      </w:r>
    </w:p>
    <w:p>
      <w:pPr>
        <w:jc w:val="right"/>
      </w:pPr>
      <w:r>
        <w:t>اس کے بعد انہوں نے نام ہی نہیں لیا، کمیونزم کا نام لیا۔ نام نہیں لیا انہوں نے۔ ایسے ہی علی گڑھ یونیورسٹی میں ایک بار تو ایسا تھا، لین سینٹر منائی جا رہی تھی۔</w:t>
      </w:r>
    </w:p>
    <w:p>
      <w:r>
        <w:rPr>
          <w:b/>
        </w:rPr>
        <w:t xml:space="preserve">[1:14:53] </w:t>
      </w:r>
      <w:r>
        <w:t>us zamane mein wahan par communist ke paas</w:t>
      </w:r>
    </w:p>
    <w:p>
      <w:pPr>
        <w:jc w:val="right"/>
      </w:pPr>
      <w:r>
        <w:t>اس زمانے میں وہاں پر کمیونسٹوں کے پاس</w:t>
      </w:r>
    </w:p>
    <w:p>
      <w:r>
        <w:rPr>
          <w:b/>
        </w:rPr>
        <w:t xml:space="preserve">[1:14:55] </w:t>
      </w:r>
      <w:r>
        <w:t>raj tha, yani vice chancellor communist tha aligarh ka aur professor communist the wahan par. to woh lenin centar mana rahe the woh, lekin wahan par ek islamic group tha.</w:t>
      </w:r>
    </w:p>
    <w:p>
      <w:pPr>
        <w:jc w:val="right"/>
      </w:pPr>
      <w:r>
        <w:t>راج تھا، یعنی وائس چانسلر کمیونسٹ تھا علی گڑھ کا اور پروفیسر کمیونسٹ تھے وہاں پر۔ تو وہ لین سینٹر منا رہے تھے وہ، لیکن وہاں پر ایک اسلامک گروپ تھا۔</w:t>
      </w:r>
    </w:p>
    <w:p>
      <w:r>
        <w:rPr>
          <w:b/>
        </w:rPr>
        <w:t xml:space="preserve">[1:15:07] </w:t>
      </w:r>
      <w:r>
        <w:t>to اسٹیj haal mein jalsa ho raha tha aur wahan par len par kuch paper parha ja raha tha. khud vice chancellor bethe hue the, jo khud communist the woh.</w:t>
      </w:r>
    </w:p>
    <w:p>
      <w:pPr>
        <w:jc w:val="right"/>
      </w:pPr>
      <w:r>
        <w:t>تو اسٹیج ہال میں جلسہ ہو رہا تھا اور وہاں پر لین پر کچھ پیپر پڑھا جا رہا تھا۔ خود وائس چانسلر بیٹھے ہوئے تھے، جو خود کمیونسٹ تھے وہ۔</w:t>
      </w:r>
    </w:p>
    <w:p>
      <w:r>
        <w:rPr>
          <w:b/>
        </w:rPr>
        <w:t xml:space="preserve">[1:15:19] </w:t>
      </w:r>
      <w:r>
        <w:t>to ladke wahan par aa gaye aur lage dhoom dhaam ghama karne. nahi sunenge, hum nahi hone denge,</w:t>
      </w:r>
    </w:p>
    <w:p>
      <w:pPr>
        <w:jc w:val="right"/>
      </w:pPr>
      <w:r>
        <w:t>تو لڑکے وہاں پر آ گئے اور لگے دھوم دھام گھامہ کرنے۔ نہیں سنیں گے، ہم نہیں ہونے دیں گے،</w:t>
      </w:r>
    </w:p>
    <w:p>
      <w:r>
        <w:rPr>
          <w:b/>
        </w:rPr>
        <w:t xml:space="preserve">[1:15:25] </w:t>
      </w:r>
      <w:r>
        <w:t>yeh muslim university hai, yeh len university nahi hai waghera. to khair, woh log chupke se bechare jab dekha ke ladke bohat zyada khilaf hain to chupke se uth ke chale gaye.</w:t>
      </w:r>
    </w:p>
    <w:p>
      <w:pPr>
        <w:jc w:val="right"/>
      </w:pPr>
      <w:r>
        <w:t>یہ مسلم یونیورسٹی ہے، یہ لین یونیورسٹی نہیں ہے وغیرہ۔ تو خیر، وہ لوگ چپکے سے بیچارے جب دیکھا کہ لڑکے بہت زیادہ خلاف ہیں تو چپکے سے اٹھ کے چلے گئے۔</w:t>
      </w:r>
    </w:p>
    <w:p>
      <w:r>
        <w:rPr>
          <w:b/>
        </w:rPr>
        <w:t xml:space="preserve">[1:15:36] </w:t>
      </w:r>
      <w:r>
        <w:t>woh professor bhi, jo communist professor the woh, aur vice chancellor bhi chale gaye. to mein back seat par baitha hua tha to ladke mujh ko le gaye ke aage chaliye, aap bhi kuch boliye.</w:t>
      </w:r>
    </w:p>
    <w:p>
      <w:pPr>
        <w:jc w:val="right"/>
      </w:pPr>
      <w:r>
        <w:t>وہ پروفیسر بھی، جو کمیونسٹ پروفیسر تھے وہ، اور وائس چانسلر بھی چلے گئے۔ تو میں بیک سیٹ پر بیٹھا ہوا تھا تو لڑکے مجھ کو لے گئے کہ آگے چلیے، آپ بھی کچھ بولیے۔</w:t>
      </w:r>
    </w:p>
    <w:p>
      <w:r>
        <w:rPr>
          <w:b/>
        </w:rPr>
        <w:t xml:space="preserve">[1:15:48] </w:t>
      </w:r>
      <w:r>
        <w:t>to maine kaha, mein aap ke khilaf bolunga. to khair, mein اسٹیj par aaya</w:t>
      </w:r>
    </w:p>
    <w:p>
      <w:pPr>
        <w:jc w:val="right"/>
      </w:pPr>
      <w:r>
        <w:t>تو میں نے کہا، میں آپ کے خلاف بولوں گا۔ تو خیر، میں اسٹیج پر آیا</w:t>
      </w:r>
    </w:p>
    <w:p>
      <w:r>
        <w:rPr>
          <w:b/>
        </w:rPr>
        <w:t xml:space="preserve">[1:15:54] </w:t>
      </w:r>
      <w:r>
        <w:t>to maine kaha ke aap logon ne is zamane ki baat thi jab ke communist system qaim tha Europe mein. Russia mein bara dabdaba tha is ka, Russia mein communism ka.</w:t>
      </w:r>
    </w:p>
    <w:p>
      <w:pPr>
        <w:jc w:val="right"/>
      </w:pPr>
      <w:r>
        <w:t>تو میں نے کہا کہ آپ لوگوں نے اس زمانے کی بات تھی جب کہ کمیونسٹ سسٹم قائم تھا یورپ میں۔ روس میں بڑا دبدبہ تھا اس کا، روس میں کمیونزم کا۔</w:t>
      </w:r>
    </w:p>
    <w:p>
      <w:r>
        <w:rPr>
          <w:b/>
        </w:rPr>
        <w:t xml:space="preserve">[1:16:05] </w:t>
      </w:r>
      <w:r>
        <w:t>us waqt ki baat hai yeh. to maine kaha, aap logon ne shor ka itna machaya hai len center ke khilaf, kya aap ne parha bhi hai? kuch parha hai aap ne?</w:t>
      </w:r>
    </w:p>
    <w:p>
      <w:pPr>
        <w:jc w:val="right"/>
      </w:pPr>
      <w:r>
        <w:t>اس وقت کی بات ہے یہ۔ تو میں نے کہا، آپ لوگوں نے شور کا اتنا مچایا ہے لین سینٹر کے خلاف، کیا آپ نے پڑھا بھی ہے؟ کچھ پڑھا ہے آپ نے؟</w:t>
      </w:r>
    </w:p>
    <w:p>
      <w:r>
        <w:rPr>
          <w:b/>
        </w:rPr>
        <w:t xml:space="preserve">[1:16:15] </w:t>
      </w:r>
      <w:r>
        <w:t>to maine kaha ke aap mein se khara ho kar koi bataye. maine kaha, aap mein se kaun hai jis ne Marx ko parha hai?</w:t>
      </w:r>
    </w:p>
    <w:p>
      <w:pPr>
        <w:jc w:val="right"/>
      </w:pPr>
      <w:r>
        <w:t>تو میں نے کہا کہ آپ میں سے کھڑا ہو کر کوئی بتائے۔ میں نے کہا، آپ میں سے کون ہے جس نے مارکس کو پڑھا ہے؟</w:t>
      </w:r>
    </w:p>
    <w:p>
      <w:r>
        <w:rPr>
          <w:b/>
        </w:rPr>
        <w:t xml:space="preserve">[1:16:23] </w:t>
      </w:r>
      <w:r>
        <w:t>aap mein se kaun hai jis ne Lenin ko parha hai? aap ne kaun hai jis ne Engels ko parha hai? aap ne kaun hai jis ne Stalin ko parha hai? aap mein se kaun hai jis ne Kautsky ko parha hai?</w:t>
      </w:r>
    </w:p>
    <w:p>
      <w:pPr>
        <w:jc w:val="right"/>
      </w:pPr>
      <w:r>
        <w:t>آپ میں سے کون ہے جس نے لینن کو پڑھا ہے؟ آپ نے کون ہے جس نے اینجلس کو پڑھا ہے؟ آپ نے کون ہے جس نے اسٹیلن کو پڑھا ہے؟ آپ میں سے کون ہے جس نے کارٹسکی کو پڑھا ہے؟</w:t>
      </w:r>
    </w:p>
    <w:p>
      <w:r>
        <w:rPr>
          <w:b/>
        </w:rPr>
        <w:t xml:space="preserve">[1:16:33] </w:t>
      </w:r>
      <w:r>
        <w:t>aap se kaun hai jis ne Trotsky ko parha hai? mein girana shuru kiya, ek bhi shakhs khara nahi hua. to jante hote hain kuch bhi nahi. khud communist mein maine paya hai ke bohat hi kam log aise hain jinho ne baqayda parha ho communism ko.</w:t>
      </w:r>
    </w:p>
    <w:p>
      <w:pPr>
        <w:jc w:val="right"/>
      </w:pPr>
      <w:r>
        <w:t>آپ سے کون ہے جس نے ٹروسکی کو پڑھا ہے؟ میں گرانا شروع کیا، ایک بھی شخص کھڑا نہیں ہوا۔ تو جانتے ہوتے ہیں کچھ بھی نہیں۔ خود کمیونسٹوں میں میں نے پایا ہے کہ بہت ہی کم لوگ ایسے ہیں جنہوں نے باقاعدہ پڑھا ہو کمیونزم کو۔</w:t>
      </w:r>
    </w:p>
    <w:p>
      <w:r>
        <w:rPr>
          <w:b/>
        </w:rPr>
        <w:t xml:space="preserve">[1:16:45] </w:t>
      </w:r>
      <w:r>
        <w:t>ek hawa chal jati hai to us ke chalte rehte hain. yeh hawa hai, hawa</w:t>
      </w:r>
    </w:p>
    <w:p>
      <w:pPr>
        <w:jc w:val="right"/>
      </w:pPr>
      <w:r>
        <w:t>ایک ہوا چل جاتی ہے تو اس کے چلتے رہتے ہیں۔ یہ ہوا ہے، ہوا</w:t>
      </w:r>
    </w:p>
    <w:p>
      <w:r>
        <w:rPr>
          <w:b/>
        </w:rPr>
        <w:t xml:space="preserve">[1:16:50] </w:t>
      </w:r>
      <w:r>
        <w:t>musalmanon mein bhi jo aaj kal hai, yeh mukammal Islam aur janab siyasi hukoomat Islami aur khilafat layi, yeh sab hawa hai. kisi ne parha nahi hai.</w:t>
      </w:r>
    </w:p>
    <w:p>
      <w:pPr>
        <w:jc w:val="right"/>
      </w:pPr>
      <w:r>
        <w:t>مسلمانوں میں بھی جو آج کل ہے، یہ مکمل اسلام اور جناب سیاسی حکومت اسلامی اور خلافت لائی، یہ سب ہوا ہے۔ کسی نے پڑھا نہیں ہے۔</w:t>
      </w:r>
    </w:p>
    <w:p>
      <w:r>
        <w:rPr>
          <w:b/>
        </w:rPr>
        <w:t xml:space="preserve">[1:17:01] </w:t>
      </w:r>
      <w:r>
        <w:t>maine bohat logon se baatein ki hain, har aadmi mukammal Islam ki baat kar raha hai. Islam deen kamil o shamil. Arab log kehte hain Islam deen kamil o shamil.</w:t>
      </w:r>
    </w:p>
    <w:p>
      <w:pPr>
        <w:jc w:val="right"/>
      </w:pPr>
      <w:r>
        <w:t>میں نے بہت لوگوں سے باتیں کی ہیں، ہر آدمی مکمل اسلام کی بات کر رہا ہے۔ اسلام دین کامل و شامل۔ عرب لوگ کہتے ہیں اسلام دین کامل و شامل۔</w:t>
      </w:r>
    </w:p>
    <w:p>
      <w:r>
        <w:rPr>
          <w:b/>
        </w:rPr>
        <w:t xml:space="preserve">[1:17:10] </w:t>
      </w:r>
      <w:r>
        <w:t>yahan kehte hain Islam mukammal nizam hai. Islam mein hukoomat qaim karna hai, Islam mein khilafat qaim karna hai. in se baat ki jaye to kuch kuch jante hain nahi.</w:t>
      </w:r>
    </w:p>
    <w:p>
      <w:pPr>
        <w:jc w:val="right"/>
      </w:pPr>
      <w:r>
        <w:t>یہاں کہتے ہیں اسلام مکمل نظام ہے۔ اسلام میں حکومت قائم کرنا ہے، اسلام میں خلافت قائم کرنا ہے۔ ان سے بات کی جائے تو کچھ کچھ جانتے ہیں نہیں۔</w:t>
      </w:r>
    </w:p>
    <w:p>
      <w:r>
        <w:rPr>
          <w:b/>
        </w:rPr>
        <w:t xml:space="preserve">[1:17:20] </w:t>
      </w:r>
      <w:r>
        <w:t>woh to asal cheez yeh hai ke log gehrai mein mutala nahi karte, gehrai mein baaton ko padhte nahi, suni sunai baaton ko maan lete hain.</w:t>
      </w:r>
    </w:p>
    <w:p>
      <w:pPr>
        <w:jc w:val="right"/>
      </w:pPr>
      <w:r>
        <w:t>وہ تو اصل چیز یہ ہے کہ لوگ گہرائی میں مطالعہ نہیں کرتے، گہرائی میں باتوں کو پڑھتے نہیں، سنی سنائی باتوں کو مان لیتے ہیں۔</w:t>
      </w:r>
    </w:p>
    <w:p>
      <w:r>
        <w:rPr>
          <w:b/>
        </w:rPr>
        <w:t xml:space="preserve">[1:17:30] </w:t>
      </w:r>
      <w:r>
        <w:t>jis cheez ka chalan ho jaye na, chalan bas usi ko khud bhi dorne lagte hain. hum mein samajhta hoon koi gehri base nahi hoti aise logon ke liye ke mein apne apne apne khud mein ne jo tajurba kiya hai, us ke baad mein keh sa</w:t>
      </w:r>
    </w:p>
    <w:p>
      <w:pPr>
        <w:jc w:val="right"/>
      </w:pPr>
      <w:r>
        <w:t>جس چیز کا چلن ہو جائے نا، چلن بس اسی کو خود بھی دوڑنے لگتے ہیں۔ ہم میں سمجھتا ہوں کوئی گہری بیس نہیں ہوتی ایسے لوگوں کے لیے کہ میں اپنے اپنے اپنے خود میں نے جو تجربہ کیا ہے، اس کے بعد میں کہہ س</w:t>
      </w:r>
    </w:p>
    <w:p>
      <w:r>
        <w:rPr>
          <w:b/>
        </w:rPr>
        <w:t xml:space="preserve">[1:17:44] </w:t>
      </w:r>
      <w:r>
        <w:t>kta hoon na logon ke Islamiat ka gehra mutala karte hain, na secular uloom ka gehra study hoti hai. to dono side se gehri study nahi hoti.</w:t>
      </w:r>
    </w:p>
    <w:p>
      <w:pPr>
        <w:jc w:val="right"/>
      </w:pPr>
      <w:r>
        <w:t>کتا ہوں نہ لوگوں کے اسلامیات کا گہرا مطالعہ کرتے ہیں، نہ سیکولر علوم کا گہرا اسٹڈی ہوتی ہے۔ تو دونوں سائیڈ سے گہری اسٹڈی نہیں ہوتی۔</w:t>
      </w:r>
    </w:p>
    <w:p>
      <w:r>
        <w:rPr>
          <w:b/>
        </w:rPr>
        <w:t xml:space="preserve">[1:17:54] </w:t>
      </w:r>
      <w:r>
        <w:t>na Islamic study gehri hoti hogi, na secular study gehri hoti hogi. to koi bhi jo hawa chal jaye, usi ko usi taraf chalte rehte hain.</w:t>
      </w:r>
    </w:p>
    <w:p>
      <w:pPr>
        <w:jc w:val="right"/>
      </w:pPr>
      <w:r>
        <w:t>نہ اسلامک اسٹڈی گہری ہوتی ہوگی، نہ سیکولر اسٹڈی گہری ہوتی ہوگی۔ تو کوئی بھی جو ہوا چل جائے، اسی کو اسی طرف چلتے رہتے ہیں۔</w:t>
      </w:r>
    </w:p>
    <w:p>
      <w:r>
        <w:rPr>
          <w:b/>
        </w:rPr>
        <w:t xml:space="preserve">[1:18:02] </w:t>
      </w:r>
      <w:r>
        <w:t>hum mein samajhta hoon ke yahi wajah hai. This question is from Miss Sadhia from Delhi.</w:t>
      </w:r>
    </w:p>
    <w:p>
      <w:pPr>
        <w:jc w:val="right"/>
      </w:pPr>
      <w:r>
        <w:t>ہم میں سمجھتا ہوں کہ یہی وجہ ہے۔ This question is from Miss Sadhia from Delhi.</w:t>
      </w:r>
    </w:p>
    <w:p>
      <w:r>
        <w:rPr>
          <w:b/>
        </w:rPr>
        <w:t xml:space="preserve">[1:18:12] </w:t>
      </w:r>
      <w:r>
        <w:t>Are there no positives or benefits of the age which has been termed as the age of darkness by the Prophet?</w:t>
      </w:r>
    </w:p>
    <w:p>
      <w:pPr>
        <w:jc w:val="right"/>
      </w:pPr>
      <w:r>
        <w:t>Are there no positives or benefits of the age which has been termed as the age of darkness by the Prophet?</w:t>
      </w:r>
    </w:p>
    <w:p>
      <w:r>
        <w:rPr>
          <w:b/>
        </w:rPr>
        <w:t xml:space="preserve">[1:18:21] </w:t>
      </w:r>
      <w:r>
        <w:t>haan, positive woh hai. hum bhi, hum isi ki wajah se hain. hum log ek challenge aaya, us ki wajah</w:t>
      </w:r>
    </w:p>
    <w:p>
      <w:pPr>
        <w:jc w:val="right"/>
      </w:pPr>
      <w:r>
        <w:t>ہاں، positive وہ ہے۔ ہم بھی، ہم اسی کی وجہ سے ہیں۔ ہم لوگ ایک چیلنج آیا، اس کی وجہ</w:t>
      </w:r>
    </w:p>
    <w:p>
      <w:r>
        <w:rPr>
          <w:b/>
        </w:rPr>
        <w:t xml:space="preserve">[1:18:26] </w:t>
      </w:r>
      <w:r>
        <w:t>se bohat se logon ke dimagh khule. yani yeh jo total darkness jis ko maine kaha hai, usi wajah se to hum hamari jaise log paida hue. to ek challenge tha, bohat bara challenge tha.</w:t>
      </w:r>
    </w:p>
    <w:p>
      <w:pPr>
        <w:jc w:val="right"/>
      </w:pPr>
      <w:r>
        <w:t>سے بہت سے لوگوں کے دماغ کھلے۔ یعنی یہ جو ٹوٹل ڈارکنس جس کو میں نے کہا ہے، اسی وجہ سے تو ہم ہماری جیسے لوگ پیدا ہوئے۔ تو ایک چیلنج تھا، بہت بڑا چیلنج تھا۔</w:t>
      </w:r>
    </w:p>
    <w:p>
      <w:r>
        <w:rPr>
          <w:b/>
        </w:rPr>
        <w:t xml:space="preserve">[1:18:38] </w:t>
      </w:r>
      <w:r>
        <w:t>mein khud apne upar keh deta hoon ke mein sari zindagi maine parha, isi liye samajhne ke liye ke kya hai darkness, kya hai fitna toheema. to agar yeh challenge na hota to mein kyun parhta?</w:t>
      </w:r>
    </w:p>
    <w:p>
      <w:pPr>
        <w:jc w:val="right"/>
      </w:pPr>
      <w:r>
        <w:t>میں خود اپنے اوپر کہہ دیتا ہوں کہ میں ساری زندگی میں نے پڑھا، اسی لیے سمجھنے کے لیے کہ کیا ہے ڈارکنس، کیا ہے فتنہ توہیمہ۔ تو اگر یہ چیلنج نہ ہوتا تو میں کیوں پڑھتا؟</w:t>
      </w:r>
    </w:p>
    <w:p>
      <w:r>
        <w:rPr>
          <w:b/>
        </w:rPr>
        <w:t xml:space="preserve">[1:18:47] </w:t>
      </w:r>
      <w:r>
        <w:t>mein apne ghar mein baitha rehta. to dekhein, har negative ek ek challenge ban kar aata hai hamare samne. to</w:t>
      </w:r>
    </w:p>
    <w:p>
      <w:pPr>
        <w:jc w:val="right"/>
      </w:pPr>
      <w:r>
        <w:t>میں اپنے گھر میں بیٹھا رہتا۔ تو دیکھیں، ہر نیگیٹیو ایک ایک چیلنج بن کر آتا ہے ہمارے سامنے۔ تو</w:t>
      </w:r>
    </w:p>
    <w:p>
      <w:r>
        <w:rPr>
          <w:b/>
        </w:rPr>
        <w:t xml:space="preserve">[1:18:56] </w:t>
      </w:r>
      <w:r>
        <w:t>woh jab woh challenge ko aap accept karte hain to phir wahan wahan wahan se ek positive cheez ubharti hai. har negativity mein ek positive cheez ubharti hai.</w:t>
      </w:r>
    </w:p>
    <w:p>
      <w:pPr>
        <w:jc w:val="right"/>
      </w:pPr>
      <w:r>
        <w:t>وہ جب وہ چیلنج کو آپ ایکسیپٹ کرتے ہیں تو پھر وہاں وہاں وہاں سے ایک پازیٹیو چیز ابھرتی ہے۔ ہر نیگیٹیوٹی میں ایک پازیٹیو چیز ابھرتی ہے۔</w:t>
      </w:r>
    </w:p>
    <w:p>
      <w:r>
        <w:rPr>
          <w:b/>
        </w:rPr>
        <w:t xml:space="preserve">[1:19:07] </w:t>
      </w:r>
      <w:r>
        <w:t>mein khud is ka aik zinda misaal, zinda misaal hoon ke mein jab dekha ke yeh to bilkul total darkness hai, har taraf sachai kya hai, chhuap gayi hai.</w:t>
      </w:r>
    </w:p>
    <w:p>
      <w:pPr>
        <w:jc w:val="right"/>
      </w:pPr>
      <w:r>
        <w:t>میں خود اس کا ایک زندہ مثال، زندہ مثال ہوں کہ میں جب دیکھا کہ یہ تو بالکل ٹوٹل ڈارکنس ہے، ہر طرف سچائی کیا ہے، چھپ گئی ہے۔</w:t>
      </w:r>
    </w:p>
    <w:p>
      <w:r>
        <w:rPr>
          <w:b/>
        </w:rPr>
        <w:t xml:space="preserve">[1:19:18] </w:t>
      </w:r>
      <w:r>
        <w:t>woh to mein ne bohat detail mein parhna shuru kiya, Islam ko bhi parha, secular uloom ko bhi parha. parhte parhte boorha ho gaya. aise mein to sachai khuli.</w:t>
      </w:r>
    </w:p>
    <w:p>
      <w:pPr>
        <w:jc w:val="right"/>
      </w:pPr>
      <w:r>
        <w:t>وہ تو میں نے بہت ڈیٹیل میں پڑھنا شروع کیا، اسلام کو بھی پڑھا، سیکولر علوم کو بھی پڑھا۔ پڑھتے پڑھتے بوڑھا ہو گیا۔ ایسے میں تو سچائی کھلی۔</w:t>
      </w:r>
    </w:p>
    <w:p>
      <w:r>
        <w:rPr>
          <w:b/>
        </w:rPr>
        <w:t xml:space="preserve">[1:19:28] </w:t>
      </w:r>
      <w:r>
        <w:t>aaj mein is yaqeen se bolta hoon, is yaqeen se is liye bol pata hoon ke mujhe is ne challenge diya. fitna toheemah ne agar challenge na diya hota to mujhe yaqeen bhi na milta jis yaqeen se mein bolta hoon aaj</w:t>
      </w:r>
    </w:p>
    <w:p>
      <w:pPr>
        <w:jc w:val="right"/>
      </w:pPr>
      <w:r>
        <w:t>آج میں اس یقین سے بولتا ہوں، اس یقین سے اس لیے بول پاتا ہوں کہ مجھے اس نے چیلنج دیا۔ فتنہ توہیمہ نے اگر چیلنج نہ دیا ہوتا تو مجھے یقین بھی نہ ملتا جس یقین سے میں بولتا ہوں آج</w:t>
      </w:r>
    </w:p>
    <w:p>
      <w:r>
        <w:rPr>
          <w:b/>
        </w:rPr>
        <w:t xml:space="preserve">[1:19:41] </w:t>
      </w:r>
      <w:r>
        <w:t>ke conviction jo hai, us se bari positive cheez kya ho sakti hai. to mein apne tajurbe se keh sakta hoon ke har negative mein positive hota hai kyunke woh challenge ban kar aata hai.</w:t>
      </w:r>
    </w:p>
    <w:p>
      <w:pPr>
        <w:jc w:val="right"/>
      </w:pPr>
      <w:r>
        <w:t>کہ کنوکشن جو ہے، اس سے بڑی پازیٹیو چیز کیا ہو سکتی ہے۔ تو میں اپنے تجربے سے کہہ سکتا ہوں کہ ہر نیگیٹیو میں پازیٹیو ہوتا ہے کیونکہ وہ چیلنج بن کر آتا ہے۔</w:t>
      </w:r>
    </w:p>
    <w:p>
      <w:r>
        <w:rPr>
          <w:b/>
        </w:rPr>
        <w:t xml:space="preserve">[1:19:53] </w:t>
      </w:r>
      <w:r>
        <w:t>agar aap is challenge ko qabool karein to aap aik zabardast, aap ke andar aik aik aik revolution aa jayega. revolution.</w:t>
      </w:r>
    </w:p>
    <w:p>
      <w:pPr>
        <w:jc w:val="right"/>
      </w:pPr>
      <w:r>
        <w:t>اگر آپ اس چیلنج کو قبول کریں تو آپ ایک زبردست، آپ کے اندر ایک ایک ایک ریولیوشن آ جائے گا۔ ریولیوشن۔</w:t>
      </w:r>
    </w:p>
    <w:p>
      <w:r>
        <w:rPr>
          <w:b/>
        </w:rPr>
        <w:t xml:space="preserve">[1:20:03] </w:t>
      </w:r>
      <w:r>
        <w:t>This question is from Dr. Farida Khanum from Delhi.</w:t>
      </w:r>
    </w:p>
    <w:p>
      <w:pPr>
        <w:jc w:val="right"/>
      </w:pPr>
      <w:r>
        <w:t>This question is from Dr. Farida Khanum from Delhi.</w:t>
      </w:r>
    </w:p>
    <w:p>
      <w:r>
        <w:rPr>
          <w:b/>
        </w:rPr>
        <w:t xml:space="preserve">[1:20:08] </w:t>
      </w:r>
      <w:r>
        <w:t>Why did Maulana Maududi place such great emphasis on women wearing wheels?</w:t>
      </w:r>
    </w:p>
    <w:p>
      <w:pPr>
        <w:jc w:val="right"/>
      </w:pPr>
      <w:r>
        <w:t>Why did مولانا مودودی place such great emphasis on women wearing wheels?</w:t>
      </w:r>
    </w:p>
    <w:p>
      <w:r>
        <w:rPr>
          <w:b/>
        </w:rPr>
        <w:t xml:space="preserve">[1:20:16] </w:t>
      </w:r>
      <w:r>
        <w:t>What was the place of women in his worldview? dekhein, mein to yeh kahunga ke Maulana Maududi hon ya Syed Qutb hon, kisi ne koi gehra mutala nahi kiya tha Islam ka,</w:t>
      </w:r>
    </w:p>
    <w:p>
      <w:pPr>
        <w:jc w:val="right"/>
      </w:pPr>
      <w:r>
        <w:t>What was the place of women in his worldview? دیکھیں، میں تو یہ کہوں گا کہ مولا مودودی ہوں یا سید قطب ہوں، کسی نے کوئی گہرا مطالعہ نہیں کیا تھا اسلام کا،</w:t>
      </w:r>
    </w:p>
    <w:p>
      <w:r>
        <w:rPr>
          <w:b/>
        </w:rPr>
        <w:t xml:space="preserve">[1:20:31] </w:t>
      </w:r>
      <w:r>
        <w:t>gehri study nahi thi.</w:t>
      </w:r>
    </w:p>
    <w:p>
      <w:pPr>
        <w:jc w:val="right"/>
      </w:pPr>
      <w:r>
        <w:t>گہری سٹڈی نہیں تھی۔</w:t>
      </w:r>
    </w:p>
    <w:p>
      <w:r>
        <w:rPr>
          <w:b/>
        </w:rPr>
        <w:t xml:space="preserve">[1:20:32] </w:t>
      </w:r>
      <w:r>
        <w:t>mein isi ki misaal deta hoon aap ko ke unhon ne yeh kaha ke chehra dhaka hua hona chahiye. agar chehra khula jaye aurat ka to wahan par aisi society honi chahiye, itni itni mazboot society ke aik aadmi agar aurat ghoore to pachas aadmi us ki aankh nikalne ke liye daurein.</w:t>
      </w:r>
    </w:p>
    <w:p>
      <w:pPr>
        <w:jc w:val="right"/>
      </w:pPr>
      <w:r>
        <w:t>میں اسی کی مثال دیتا ہوں آپ کو کہ انہوں نے یہ کہا کہ چہرہ ڈھکا ہوا ہونا چاہیے۔ اگر چہرہ کھلا جائے عورت کا تو وہاں پر ایسی سوسائٹی ہونی چاہیے، اتنی اتنی مضبوط سوسائٹی کہ ایک آدمی اگر عورت گھورے تو پچاس آدمی اس کی آنکھ نکالنے کے لیے دوڑیں۔</w:t>
      </w:r>
    </w:p>
    <w:p>
      <w:r>
        <w:rPr>
          <w:b/>
        </w:rPr>
        <w:t xml:space="preserve">[1:20:49] </w:t>
      </w:r>
      <w:r>
        <w:t>yeh to takrata hai hadith se. dekhein, Bukhari aur Muslim mein do kitabein sab se zyada maani jaati hain: sahih, jo kehta hai, yani jo kaha jata hai, Sahihain.</w:t>
      </w:r>
    </w:p>
    <w:p>
      <w:pPr>
        <w:jc w:val="right"/>
      </w:pPr>
      <w:r>
        <w:t>یہ تو ٹکراتا ہے حدیث سے۔ دیکھیں، بخاری اور مسلم میں دو کتابیں سب سے زیادہ مانی جاتی ہیں: صحیح، جو کہتا ہے، یعنی جو کہا جاتا ہے، صحیحین۔</w:t>
      </w:r>
    </w:p>
    <w:p>
      <w:r>
        <w:rPr>
          <w:b/>
        </w:rPr>
        <w:t xml:space="preserve">[1:21:00] </w:t>
      </w:r>
      <w:r>
        <w:t>un ko Sahihain kaha jata hai.</w:t>
      </w:r>
    </w:p>
    <w:p>
      <w:pPr>
        <w:jc w:val="right"/>
      </w:pPr>
      <w:r>
        <w:t>ان کو صحیحین کہا جاتا ہے۔</w:t>
      </w:r>
    </w:p>
    <w:p>
      <w:r>
        <w:rPr>
          <w:b/>
        </w:rPr>
        <w:t xml:space="preserve">[1:21:03] </w:t>
      </w:r>
      <w:r>
        <w:t>do sab se zyada sahi kitabein hain. is mein aik aik riwayat aati hai. agar unhon ne is riwayat ko parha tha to kaise unhon ne aisa likh diya? is mein aati hai ke Rasool Allah Sal Allah Alaihi Wasallam aik martaba sawari par sawar the aur aap ke peeche Fazal ibn Abbas baithe hue the.</w:t>
      </w:r>
    </w:p>
    <w:p>
      <w:pPr>
        <w:jc w:val="right"/>
      </w:pPr>
      <w:r>
        <w:t>دو سب سے زیادہ صحیح کتابیں ہیں۔ اس میں ایک ایک روایت آتی ہے۔ اگر انہوں نے اس روایت کو پڑھا تھا تو کیسے انہوں نے ایسا لکھ دیا؟ اس میں آتی ہے کہ رسول اللہ صلی اللہ علیہ وسلم ایک مرتبہ سواری پر سوار تھے اور آپ کے پیچھے فضل ابن عباس بیٹھے ہوئے تھے۔</w:t>
      </w:r>
    </w:p>
    <w:p>
      <w:r>
        <w:rPr>
          <w:b/>
        </w:rPr>
        <w:t xml:space="preserve">[1:21:23] </w:t>
      </w:r>
      <w:r>
        <w:t>Fazal jo the, aap ke chacha ke bete the. Fazal jo the, woh chhote aur naujawan the. is waqt aap ki sawari par aap ke peeche baithe hue the</w:t>
      </w:r>
    </w:p>
    <w:p>
      <w:pPr>
        <w:jc w:val="right"/>
      </w:pPr>
      <w:r>
        <w:t>فضل جو تھے، آپ کے چچا کے بیٹے تھے۔ فضل جو تھے، وہ چھوٹے اور نوجوان تھے۔ اس وقت آپ کی سواری پر آپ کے پیچھے بیٹھے ہوئے تھے</w:t>
      </w:r>
    </w:p>
    <w:p>
      <w:r>
        <w:rPr>
          <w:b/>
        </w:rPr>
        <w:t xml:space="preserve">[1:21:33] </w:t>
      </w:r>
      <w:r>
        <w:t>to aap ke chacha ke bete the. woh to is mein aata hai riwayat mein ke Fazal jo the, woh bohat hi smart naujawan the, smart the.</w:t>
      </w:r>
    </w:p>
    <w:p>
      <w:pPr>
        <w:jc w:val="right"/>
      </w:pPr>
      <w:r>
        <w:t>تو آپ کے چچا کے بیٹے تھے۔ وہ تو اس میں آتا ہے روایت میں کہ فضل جو تھے، وہ بہت ہی اسمارٹ نوجوان تھے، اسمارٹ تھے۔</w:t>
      </w:r>
    </w:p>
    <w:p>
      <w:r>
        <w:rPr>
          <w:b/>
        </w:rPr>
        <w:t xml:space="preserve">[1:21:44] </w:t>
      </w:r>
      <w:r>
        <w:t>woh to aik aik naujawan aurat aik masla poochne aayi Rasool Allah Sal Allah Alaihi Wasallam se. masla poochne aayi to zahir hai ke is zamane mein yeh burqa nahi hua karta tha jo aaj kal burqa log pehente hain.</w:t>
      </w:r>
    </w:p>
    <w:p>
      <w:pPr>
        <w:jc w:val="right"/>
      </w:pPr>
      <w:r>
        <w:t>وہ تو ایک ایک نوجوان عورت ایک مسئلہ پوچھنے آئی رسول اللہ صلی اللہ علیہ وسلم سے۔ مسئلہ پوچھنے آئی تو ظاہر ہے کہ اس زمانے میں یہ برقعہ نہیں ہوا کرتا تھا جو آج کل برقعہ لوگ پہنتے ہیں۔</w:t>
      </w:r>
    </w:p>
    <w:p>
      <w:r>
        <w:rPr>
          <w:b/>
        </w:rPr>
        <w:t xml:space="preserve">[1:21:57] </w:t>
      </w:r>
      <w:r>
        <w:t>log is se bhi sabit hota hai ke burqa ka riwaj nahi tha is zamane mein.</w:t>
      </w:r>
    </w:p>
    <w:p>
      <w:pPr>
        <w:jc w:val="right"/>
      </w:pPr>
      <w:r>
        <w:t>لوگ اس سے بھی ثابت ہوتا ہے کہ برقعہ کا رواج نہیں تھا اس زمانے میں۔</w:t>
      </w:r>
    </w:p>
    <w:p>
      <w:r>
        <w:rPr>
          <w:b/>
        </w:rPr>
        <w:t xml:space="preserve">[1:22:02] </w:t>
      </w:r>
      <w:r>
        <w:t>to is mein aata hai, ya aap parh lijiye, Sahihain mein yeh riwayat hai, yani Bukhari mein bhi aur Muslim mein bhi. is mein hai ke jala tanzur ilaih wa jala yanzur ilaiha is ka tarjuma, abhi literal tarjuma yeh hoga ke Fazal lage dekhne is is is aurat ko, aur aurat lagi dekhne Fazal ko.</w:t>
      </w:r>
    </w:p>
    <w:p>
      <w:pPr>
        <w:jc w:val="right"/>
      </w:pPr>
      <w:r>
        <w:t>تو اس میں آتا ہے، یا آپ پڑھ لیجئے، صحیحین میں یہ روایت ہے، یعنی بخاری میں بھی اور مسلم میں بھی۔ اس میں ہے کہ جالت تنظر الیہ وجالینظر الیہا اس کا ترجمہ، ابھی لیٹرل ترجمہ یہ ہوگا کہ فضل لگے دیکھنے اس اس اس عورت کو، اور عورت لگی دیکھنے فضل کو۔</w:t>
      </w:r>
    </w:p>
    <w:p>
      <w:r>
        <w:rPr>
          <w:b/>
        </w:rPr>
        <w:t xml:space="preserve">[1:22:28] </w:t>
      </w:r>
      <w:r>
        <w:t>yeh is ka literal translation hoga. jala ka yeh mafhoom hota hai: jala tanzur ilaih wa jala yanzur ilaiha to Rasool Allah ne kya kiya?</w:t>
      </w:r>
    </w:p>
    <w:p>
      <w:pPr>
        <w:jc w:val="right"/>
      </w:pPr>
      <w:r>
        <w:t>یہ اس کا لیٹرل ٹرانسلیشن ہوگا۔ جالا کا یہ مفہوم ہوتا ہے: جالت تنظر الیہ وجالینظر الیہا تو رسول اللہ نے کیا کیا؟</w:t>
      </w:r>
    </w:p>
    <w:p>
      <w:r>
        <w:rPr>
          <w:b/>
        </w:rPr>
        <w:t xml:space="preserve">[1:22:38] </w:t>
      </w:r>
      <w:r>
        <w:t>Rasool Allah ne yeh kaha ke sirf aise Rasool Allah ne un ka</w:t>
      </w:r>
    </w:p>
    <w:p>
      <w:pPr>
        <w:jc w:val="right"/>
      </w:pPr>
      <w:r>
        <w:t>رسول اللہ نے یہ کہا کہ صرف ایسے رسول اللہ نے ان کا</w:t>
      </w:r>
    </w:p>
    <w:p>
      <w:r>
        <w:rPr>
          <w:b/>
        </w:rPr>
        <w:t xml:space="preserve">[1:22:42] </w:t>
      </w:r>
      <w:r>
        <w:t>munh karke kaise ghuma diya? yeh tha shafqat ka maamla, yani woh dekh rahe hain idhar to ghuma diya un ka. aur koi paighambar shafqat ka paighambar hota hai, koda marne ka paighambar hota hai.</w:t>
      </w:r>
    </w:p>
    <w:p>
      <w:pPr>
        <w:jc w:val="right"/>
      </w:pPr>
      <w:r>
        <w:t>منہ کر کے کیسے گھما دیا؟ یہ تھا شفقت کا معاملہ، یعنی وہ دیکھ رہے ہیں ادھر تو گھما دیا ان کا۔ اور کوئی پیغمبر شفقت کا پیغمبر ہوتا ہے، کوڑا مارنے کا پیغمبر ہوتا ہے۔</w:t>
      </w:r>
    </w:p>
    <w:p>
      <w:r>
        <w:rPr>
          <w:b/>
        </w:rPr>
        <w:t xml:space="preserve">[1:22:54] </w:t>
      </w:r>
      <w:r>
        <w:t>woh aankhein nikalo sab ka, yeh paighambar ka kaam hota hai. in logon ne koda marne ko Islam bana liya, dil jo hai na flogging bana diya.</w:t>
      </w:r>
    </w:p>
    <w:p>
      <w:pPr>
        <w:jc w:val="right"/>
      </w:pPr>
      <w:r>
        <w:t>وہ آنکھیں نکالو سب کا، یہ پیغمبر کا کام ہوتا ہے۔ ان لوگوں نے کوڑا مارنے کو اسلام بنا لیا، دل جو ہے نا فلاگنگ بنا دیا۔</w:t>
      </w:r>
    </w:p>
    <w:p>
      <w:r>
        <w:rPr>
          <w:b/>
        </w:rPr>
        <w:t xml:space="preserve">[1:23:03] </w:t>
      </w:r>
      <w:r>
        <w:t>ab dekhein, aaj kal kya ho raha hai? jahan jahan Islam aa raha hai, flogging aa rahi hai. wahan par</w:t>
      </w:r>
    </w:p>
    <w:p>
      <w:pPr>
        <w:jc w:val="right"/>
      </w:pPr>
      <w:r>
        <w:t>اب دیکھیں، آج کل کیا ہو رہا ہے؟ جہاں جہاں اسلام آ رہا ہے، فلاگنگ آ رہی ہے۔ وہاں پر</w:t>
      </w:r>
    </w:p>
    <w:p>
      <w:r>
        <w:rPr>
          <w:b/>
        </w:rPr>
        <w:t xml:space="preserve">[1:23:09] </w:t>
      </w:r>
      <w:r>
        <w:t>isi ka aik namuna yeh bhi hai ke same case mein Rasool Allah kya karte hain ke aap parshafqat andaz mein un ka chehra aise ghuma dete hain aur yeh farmate hain ke un ka hath nikalne ke liye wahan pachas aadmi daurein.</w:t>
      </w:r>
    </w:p>
    <w:p>
      <w:pPr>
        <w:jc w:val="right"/>
      </w:pPr>
      <w:r>
        <w:t>اسی کا ایک نمونہ یہ بھی ہے کہ سیم کیس میں رسول اللہ کیا کرتے ہیں کہ آپ پرشفقت انداز میں ان کا چہرہ ایسے گھما دیتے ہیں اور یہ فرماتے ہیں کہ ان کا ہاتھ نکالنے کے لیے وہاں پچاس آدمی دوڑیں۔</w:t>
      </w:r>
    </w:p>
    <w:p>
      <w:r>
        <w:rPr>
          <w:b/>
        </w:rPr>
        <w:t xml:space="preserve">[1:23:26] </w:t>
      </w:r>
      <w:r>
        <w:t>mein samajhta hoon is daur ka, yani mazhab ka aitbar, sab bara fitna tha. Islam ka political interpretation, Islam ka political</w:t>
      </w:r>
    </w:p>
    <w:p>
      <w:pPr>
        <w:jc w:val="right"/>
      </w:pPr>
      <w:r>
        <w:t>میں سمجھتا ہوں اس دور کا، یعنی مذہب کا اعتبار، سب بڑا فتنہ تھا۔ اسلام کا پولیٹیکل انٹرپریٹیشن، اسلام کا پولیٹیکل</w:t>
      </w:r>
    </w:p>
    <w:p>
      <w:r>
        <w:rPr>
          <w:b/>
        </w:rPr>
        <w:t xml:space="preserve">[1:23:36] </w:t>
      </w:r>
      <w:r>
        <w:t>interpretation, kyunke political interpretation ne islam ko aik lanj flagilation bana diya: kora maro, gun maro, bam maro, aur islam ke qanoon ko nafiz karo.</w:t>
      </w:r>
    </w:p>
    <w:p>
      <w:pPr>
        <w:jc w:val="right"/>
      </w:pPr>
      <w:r>
        <w:t>انٹرپریٹیشن، کیونکہ پولیٹیکل انٹرپریٹیشن نے اسلام کو ایک لینج فلاگنگ بنا دیا: کوڑا مارو، گن مارو، بم مارو، اور اسلام کے قانون کو نافذ کرو۔</w:t>
      </w:r>
    </w:p>
    <w:p>
      <w:r>
        <w:rPr>
          <w:b/>
        </w:rPr>
        <w:t xml:space="preserve">[1:23:47] </w:t>
      </w:r>
      <w:r>
        <w:t>to siway fitnay ke, siway takrao ke, siway khoon ke, sau baras se woh chal raha hai. kya hua? mujhe bataiye, kuch bhi nahi hua. na misr mein kuch hua, na pakistan mein kuch hua, na afghanistan mein kuch hua, kahin bhi kuch nahi hua.</w:t>
      </w:r>
    </w:p>
    <w:p>
      <w:pPr>
        <w:jc w:val="right"/>
      </w:pPr>
      <w:r>
        <w:t>تو سوائے فتنے کے، سوائے ٹکراؤ کے، سوائے خون کے، سو برس سے وہ چل رہا ہے۔ کیا ہوا؟ مجھے بتائیے، کچھ بھی نہیں ہوا۔ نہ مصر میں کچھ ہوا، نہ پاکستان میں کچھ ہوا، نہ افغانستان میں کچھ ہوا، کہیں بھی کچھ نہیں ہوا۔</w:t>
      </w:r>
    </w:p>
    <w:p>
      <w:r>
        <w:rPr>
          <w:b/>
        </w:rPr>
        <w:t xml:space="preserve">[1:24:01] </w:t>
      </w:r>
      <w:r>
        <w:t>to rasool ALLAH jo hai, shafqat ke peghambar</w:t>
      </w:r>
    </w:p>
    <w:p>
      <w:pPr>
        <w:jc w:val="right"/>
      </w:pPr>
      <w:r>
        <w:t>تو رسول اللہ جو ہے، شفقت کے پیغمبر</w:t>
      </w:r>
    </w:p>
    <w:p>
      <w:r>
        <w:rPr>
          <w:b/>
        </w:rPr>
        <w:t xml:space="preserve">[1:24:05] </w:t>
      </w:r>
      <w:r>
        <w:t>the, woh kora marne ke peghambar nahi thay. lekin islam ka jo political interpretation hai, woh yahi pohanchata hai. political interpretation jo hai, aik aadmi ke dimagh mein paida karta hai ke mujhe to islam ka role qaim karna hai.</w:t>
      </w:r>
    </w:p>
    <w:p>
      <w:pPr>
        <w:jc w:val="right"/>
      </w:pPr>
      <w:r>
        <w:t>تھے، وہ کوڑا مارنے کے پیغمبر نہیں تھے۔ لیکن اسلام کا جو پولیٹیکل انٹرپریٹیشن ہے، وہ یہی پہنچاتا ہے۔ پولیٹیکل انٹرپریٹیشن جو ہے، ایک آدمی کے دماغ میں پیدا کرتا ہے کہ مجھے تو اسلام کا رول قائم کرنا ہے۔</w:t>
      </w:r>
    </w:p>
    <w:p>
      <w:r>
        <w:rPr>
          <w:b/>
        </w:rPr>
        <w:t xml:space="preserve">[1:24:19] </w:t>
      </w:r>
      <w:r>
        <w:t>to kahaniyan sunna shuru karega. pehle woh, pehle woh peaceful rahega. kahaniyan sunne se baat nahi banegi. kya hoga? to phir stb's ban jayega. tab bhi baat nahi banegi.</w:t>
      </w:r>
    </w:p>
    <w:p>
      <w:pPr>
        <w:jc w:val="right"/>
      </w:pPr>
      <w:r>
        <w:t>تو کہانیاں سننا شروع کرے گا۔ پہلے وہ، پہلے وہ پیس فل رہے گا۔ کہانیاں سننے سے بات نہیں بنے گی۔ کیا ہوگا؟ تو پھر ایس ٹی بیز بن جائے گا۔ تب بھی بات نہیں بنے گی۔</w:t>
      </w:r>
    </w:p>
    <w:p>
      <w:r>
        <w:rPr>
          <w:b/>
        </w:rPr>
        <w:t xml:space="preserve">[1:24:28] </w:t>
      </w:r>
      <w:r>
        <w:t>to kya karega? woh fundamentalist ban jayega. phir bhi nahi baat banegi. kya karega? military si chalayega. phir bhi nahi baat banegi. to kya hoga? society bomb bhi karega. yeh aap dekh sakte hain in mulkon mein jahan</w:t>
      </w:r>
    </w:p>
    <w:p>
      <w:pPr>
        <w:jc w:val="right"/>
      </w:pPr>
      <w:r>
        <w:t>تو کیا کرے گا؟ وہ فنڈیمنٹلسٹ بن جائے گا۔ پھر بھی نہیں بات بنے گی۔ کیا کرے گا؟ ملٹریسی چلائے گا۔ پھر بھی نہیں بات بنے گی۔ تو کیا ہوگا؟ سوسائٹی بم بھی کرے گا۔ یہ آپ دیکھ سکتے ہیں ان ملکوں میں جہاں</w:t>
      </w:r>
    </w:p>
    <w:p>
      <w:r>
        <w:rPr>
          <w:b/>
        </w:rPr>
        <w:t xml:space="preserve">[1:24:40] </w:t>
      </w:r>
      <w:r>
        <w:t>par so called islamist ka ka ka ka is ko kaha jata hai islamism, aur jo log yeh sab kaam karte hain, un ko islamist bola jata hai.</w:t>
      </w:r>
    </w:p>
    <w:p>
      <w:pPr>
        <w:jc w:val="right"/>
      </w:pPr>
      <w:r>
        <w:t>پر سو کالڈ اسلامسٹ کا کا کا کا اس کو کہا جاتا ہے اسلامزم، اور جو لوگ یہ سب کام کرتے ہیں، ان کو اسلامسٹ بولا جاتا ہے۔</w:t>
      </w:r>
    </w:p>
    <w:p>
      <w:r>
        <w:rPr>
          <w:b/>
        </w:rPr>
        <w:t xml:space="preserve">[1:24:49] </w:t>
      </w:r>
      <w:r>
        <w:t>to so called islam jahan par hain, un ko dekh sakte hain. wahan par aap yahi sab kara rahe hain. yani islam ko unhon ne kora marne ka mazhab bana diya hai, flagilation ka mazhab.</w:t>
      </w:r>
    </w:p>
    <w:p>
      <w:pPr>
        <w:jc w:val="right"/>
      </w:pPr>
      <w:r>
        <w:t>تو سو کالڈ اسلامز جہاں پر ہیں، ان کو دیکھ سکتے ہیں۔ وہاں پر آپ یہی سب کرا رہے ہیں۔ یعنی اسلام کو انہوں نے کوڑا مارنے کا مذہب بنا دیا ہے، فلاگنگ کا مذہب۔</w:t>
      </w:r>
    </w:p>
    <w:p>
      <w:r>
        <w:rPr>
          <w:b/>
        </w:rPr>
        <w:t xml:space="preserve">[1:25:00] </w:t>
      </w:r>
      <w:r>
        <w:t>This question is from Mr. Navid Iqbal from Delhi.</w:t>
      </w:r>
    </w:p>
    <w:p>
      <w:pPr>
        <w:jc w:val="right"/>
      </w:pPr>
      <w:r>
        <w:t>This question is from Mr. Navid Iqbal from Delhi.</w:t>
      </w:r>
    </w:p>
    <w:p>
      <w:r>
        <w:rPr>
          <w:b/>
        </w:rPr>
        <w:t xml:space="preserve">[1:25:06] </w:t>
      </w:r>
      <w:r>
        <w:t>maulana, my question to you is: what will happen to the people who do all good deeds, commit no sins, but are not Muslims or believe in tauheed?</w:t>
      </w:r>
    </w:p>
    <w:p>
      <w:pPr>
        <w:jc w:val="right"/>
      </w:pPr>
      <w:r>
        <w:t>مولانا، my question to you is: what will happen to the people who do all good deeds, commit no sins, but are not Muslims or believe in توحید؟</w:t>
      </w:r>
    </w:p>
    <w:p>
      <w:r>
        <w:rPr>
          <w:b/>
        </w:rPr>
        <w:t xml:space="preserve">[1:25:20] </w:t>
      </w:r>
      <w:r>
        <w:t>dekhein, aik fardi sawal hai. main to aisa koi aadmi dekha nahi ab tak. hadith mein aata hai ke raas al hikmah makhufat ALLAH ke wise wisdom aati hai ALLAH ke dar se.</w:t>
      </w:r>
    </w:p>
    <w:p>
      <w:pPr>
        <w:jc w:val="right"/>
      </w:pPr>
      <w:r>
        <w:t>دیکھیں، ایک فردی سوال ہے۔ میں تو ایسا کوئی آدمی دیکھا نہیں اب تک۔ حدیث میں آتا ہے کہ رأس الحكمة مخافة الله کہ وزڈم آتی ہے اللہ کے ڈر سے۔</w:t>
      </w:r>
    </w:p>
    <w:p>
      <w:r>
        <w:rPr>
          <w:b/>
        </w:rPr>
        <w:t xml:space="preserve">[1:25:35] </w:t>
      </w:r>
      <w:r>
        <w:t>mujh se zyada kisi ne shayad na ghair muslimon ka sabaq nahi padha. beshumar ghair muslimon ka sabaq padha hai. yeh aik aik aik aik woh hai, aik yeh hypothesis hai.</w:t>
      </w:r>
    </w:p>
    <w:p>
      <w:pPr>
        <w:jc w:val="right"/>
      </w:pPr>
      <w:r>
        <w:t>مجھ سے زیادہ کسی نے شاید نہ غیر مسلموں کا سابقہ نہیں پڑھا۔ بے شمار غیر مسلموں کا سابقہ پڑھا ہے۔ یہ ایک ایک ایک ایک وہ ہے، ایک یہ ہائیپوتھیسز ہے۔</w:t>
      </w:r>
    </w:p>
    <w:p>
      <w:r>
        <w:rPr>
          <w:b/>
        </w:rPr>
        <w:t xml:space="preserve">[1:25:45] </w:t>
      </w:r>
      <w:r>
        <w:t>yeh main yeh manta hoon ke jab tak ALLAH ka dar aap ka andar nahi hoga, tab tak aap ke andar na anasti ayegi, na sachai ayegi,</w:t>
      </w:r>
    </w:p>
    <w:p>
      <w:pPr>
        <w:jc w:val="right"/>
      </w:pPr>
      <w:r>
        <w:t>یہ میں یہ مانتا ہوں کہ جب تک اللہ کا ڈر آپ کا اندر نہیں ہوگا، تب تک آپ کے اندر نہ آنستی آئے گی، نہ سچائی آئے گی،</w:t>
      </w:r>
    </w:p>
    <w:p>
      <w:r>
        <w:rPr>
          <w:b/>
        </w:rPr>
        <w:t xml:space="preserve">[1:25:55] </w:t>
      </w:r>
      <w:r>
        <w:t>na aap ke andar sacha love nahi ayega. aap salesman ki tarah se aap kuch minor dikha sakte hain. main aik martaba gaya tha muscat, wahan par taqreer hui thi meri.</w:t>
      </w:r>
    </w:p>
    <w:p>
      <w:pPr>
        <w:jc w:val="right"/>
      </w:pPr>
      <w:r>
        <w:t>نہ آپ کے اندر سچا لو نہیں آئے گا۔ آپ سیل مین کی طرح سے آپ کچھ مائنر دکھا سکتے ہیں۔ میں ایک مرتبہ گیا تھا مسقط، وہاں پر تقریر ہوئی تھی میری۔</w:t>
      </w:r>
    </w:p>
    <w:p>
      <w:r>
        <w:rPr>
          <w:b/>
        </w:rPr>
        <w:t xml:space="preserve">[1:26:07] </w:t>
      </w:r>
      <w:r>
        <w:t>to main ne kaha ke aap jo jis ko kehte hain ke bohat hi yani moral values aur ethical values, woh to kya minors hain, social manners hain. to aap log social manners ko samajhte hain ke akhlaq hai.</w:t>
      </w:r>
    </w:p>
    <w:p>
      <w:pPr>
        <w:jc w:val="right"/>
      </w:pPr>
      <w:r>
        <w:t>تو میں نے کہا کہ آپ جو جس کو کہتے ہیں کہ بہت ہی یعنی مورل ویلیوز اور ایتھیکل ویلیوز، وہ تو کیا مائنرز ہیں، سوشل مائنرز ہیں۔ تو آپ لوگ سوشل مائنرز کو سمجھتے ہیں کہ اخلاق ہے۔</w:t>
      </w:r>
    </w:p>
    <w:p>
      <w:r>
        <w:rPr>
          <w:b/>
        </w:rPr>
        <w:t xml:space="preserve">[1:26:18] </w:t>
      </w:r>
      <w:r>
        <w:t>jitne log hain jo ALLAH se darte nahi, woh sirf social manners ko par hain. bas</w:t>
      </w:r>
    </w:p>
    <w:p>
      <w:pPr>
        <w:jc w:val="right"/>
      </w:pPr>
      <w:r>
        <w:t>جتنے لوگ ہیں جو اللہ سے ڈرتے نہیں، وہ صرف سوشل مائنرز کو پر ہیں۔ بس</w:t>
      </w:r>
    </w:p>
    <w:p>
      <w:r>
        <w:rPr>
          <w:b/>
        </w:rPr>
        <w:t xml:space="preserve">[1:26:25] </w:t>
      </w:r>
      <w:r>
        <w:t>dekhein, social manners aik alag cheez hai, aur sacha akhlaq alag cheez hai, sachi morality alag cheez hai, sacha ethics alag cheez hai bilkul. to hadith mein aata hai ke raas al hikmah makhufat ALLAH to is se main ne yeh samjha hai ke jab tak ALLAH ka dar nahi hoga, koi aadmi sahi maano mein sacha nahi ban sakta hai.</w:t>
      </w:r>
    </w:p>
    <w:p>
      <w:pPr>
        <w:jc w:val="right"/>
      </w:pPr>
      <w:r>
        <w:t>دیکھیں، سوشل مائنرز ایک الگ چیز ہے، اور سچا اخلاق الگ چیز ہے، سچی مورالٹی الگ چیز ہے، سچا ایتھکس الگ چیز ہے بالکل۔ تو حدیث میں آتا ہے کہ رأس الحكمة مخافة الله تو اس سے میں نے یہ سمجھا ہے کہ جب تک اللہ کا ڈر نہیں ہوگا، کوئی آدمی صحیح معنوں میں سچا نہیں بن سکتا ہے۔</w:t>
      </w:r>
    </w:p>
    <w:p>
      <w:r>
        <w:rPr>
          <w:b/>
        </w:rPr>
        <w:t xml:space="preserve">[1:26:45] </w:t>
      </w:r>
      <w:r>
        <w:t>har cheez is interest ke taabe rahegi. to salesman aap dekhein, kitna acha akhlaq dikhata hai. kya is is ke akhlaqi</w:t>
      </w:r>
    </w:p>
    <w:p>
      <w:pPr>
        <w:jc w:val="right"/>
      </w:pPr>
      <w:r>
        <w:t>ہر چیز اس انٹرسٹ کے تابع رہے گی۔ تو سیل مین آپ دیکھیں، کتنا اچھا اخلاق دکھاتا ہے۔ کیا اس اس کے اخلاقی</w:t>
      </w:r>
    </w:p>
    <w:p>
      <w:r>
        <w:rPr>
          <w:b/>
        </w:rPr>
        <w:t xml:space="preserve">[1:26:54] </w:t>
      </w:r>
      <w:r>
        <w:t>koi value hai? salesman ke akhlaqi koi value hai? to aap log social manners ko samajhte hain ke bohat hi sacha aadmi hai.</w:t>
      </w:r>
    </w:p>
    <w:p>
      <w:pPr>
        <w:jc w:val="right"/>
      </w:pPr>
      <w:r>
        <w:t>کوئی ویلیو ہے؟ سیل مین کے اخلاقی کوئی ویلیو ہے؟ تو آپ لوگ سوشل مائنرز کو سمجھتے ہیں کہ بہت ہی سچا آدمی ہے۔</w:t>
      </w:r>
    </w:p>
    <w:p>
      <w:r>
        <w:rPr>
          <w:b/>
        </w:rPr>
        <w:t xml:space="preserve">[1:27:03] </w:t>
      </w:r>
      <w:r>
        <w:t>woh social manners is nothing. This question is from Mr. Muhammad Adil from Delhi.</w:t>
      </w:r>
    </w:p>
    <w:p>
      <w:pPr>
        <w:jc w:val="right"/>
      </w:pPr>
      <w:r>
        <w:t>وہ سوشل مائنرز از نتھنگ۔ This question is from Mr. Muhammad Adil from Delhi.</w:t>
      </w:r>
    </w:p>
    <w:p>
      <w:r>
        <w:rPr>
          <w:b/>
        </w:rPr>
        <w:t xml:space="preserve">[1:27:14] </w:t>
      </w:r>
      <w:r>
        <w:t>We want to obtain day-to-day news, but sometimes in the newspapers, obscene matter is also printed, which makes our iman impure.</w:t>
      </w:r>
    </w:p>
    <w:p>
      <w:pPr>
        <w:jc w:val="right"/>
      </w:pPr>
      <w:r>
        <w:t>We want to obtain day-to-day news, but sometimes in the newspapers, obscene matter is also printed, which makes our ایمان impure.</w:t>
      </w:r>
    </w:p>
    <w:p>
      <w:r>
        <w:rPr>
          <w:b/>
        </w:rPr>
        <w:t xml:space="preserve">[1:27:26] </w:t>
      </w:r>
      <w:r>
        <w:t>Is it right to read such newspapers when our motive is to seek news only? And whether our taqwa aur iman is saved by reading such newspapers?</w:t>
      </w:r>
    </w:p>
    <w:p>
      <w:pPr>
        <w:jc w:val="right"/>
      </w:pPr>
      <w:r>
        <w:t>Is itright to read such newspapers when our motive is to seek news only? And whether our تقویٰ اور ایمان is saved by reading such newspapers?</w:t>
      </w:r>
    </w:p>
    <w:p>
      <w:r>
        <w:rPr>
          <w:b/>
        </w:rPr>
        <w:t xml:space="preserve">[1:27:38] </w:t>
      </w:r>
      <w:r>
        <w:t>agar aap ka iman itna kamzor hai to newspaper dekhein, baghair hi woh khatam ho jayega.</w:t>
      </w:r>
    </w:p>
    <w:p>
      <w:pPr>
        <w:jc w:val="right"/>
      </w:pPr>
      <w:r>
        <w:t>اگر آپ کا ایمان اتنا کمزور ہے تو نیوز پیپر دیکھیں، بغیر ہی وہ ختم ہو جائے گا۔</w:t>
      </w:r>
    </w:p>
    <w:p>
      <w:r>
        <w:rPr>
          <w:b/>
        </w:rPr>
        <w:t xml:space="preserve">[1:27:45] </w:t>
      </w:r>
      <w:r>
        <w:t>hum to rozana dekhte hain newspaper, is se hamara iman barhta hai. mujh se zyada kaun newspaper dekhta hoga?</w:t>
      </w:r>
    </w:p>
    <w:p>
      <w:pPr>
        <w:jc w:val="right"/>
      </w:pPr>
      <w:r>
        <w:t>ہم تو روزانہ دیکھتے ہیں نیوز پیپر، اس سے ہمارا ایمان بڑھتا ہے۔ مجھ سے زیادہ کون نیوز پیپر دیکھتا ہوگا؟</w:t>
      </w:r>
    </w:p>
    <w:p>
      <w:r>
        <w:rPr>
          <w:b/>
        </w:rPr>
        <w:t xml:space="preserve">[1:27:54] </w:t>
      </w:r>
      <w:r>
        <w:t>kitne logon ko khabar bhi nahi hui ke is mein is tarah ke column hote hain ke where is the art sale kitna main padhta hoon akhbaron ko, is se mera iman barhta hai.</w:t>
      </w:r>
    </w:p>
    <w:p>
      <w:pPr>
        <w:jc w:val="right"/>
      </w:pPr>
      <w:r>
        <w:t>کتنے لوگوں کو خبر بھی نہیں ہوئی کہ اس میں اس طرح کے کالم ہوتے ہیں کہ where is the art sale کتنا میں پڑھتا ہوں اخباروں کو، اس سے میرا ایمان بڑھتا ہے۔</w:t>
      </w:r>
    </w:p>
    <w:p>
      <w:r>
        <w:rPr>
          <w:b/>
        </w:rPr>
        <w:t xml:space="preserve">[1:28:05] </w:t>
      </w:r>
      <w:r>
        <w:t>Iman ka talluq kuch bhi is se nahi hai ke aap is ko dekhen ya na dekhen. Rasool Allah ne farmaya ke al-taqwa yahan hona.</w:t>
      </w:r>
    </w:p>
    <w:p>
      <w:pPr>
        <w:jc w:val="right"/>
      </w:pPr>
      <w:r>
        <w:t>ایمان کا تعلق کچھ بھی اس سے نہیں ہے کہ آپ اس کو دیکھیں یا نہ دیکھیں۔ رسول اللہ نے فرمایا کہ التقویٰ ہاں ہونا۔</w:t>
      </w:r>
    </w:p>
    <w:p>
      <w:r>
        <w:rPr>
          <w:b/>
        </w:rPr>
        <w:t xml:space="preserve">[1:28:12] </w:t>
      </w:r>
      <w:r>
        <w:t>Taqwa kisi paper par nahi hota ke wahan aisa hai to taqwa waghera to nahi hoga. Al-taqwa yahan hona. Taqwa ka talluq dil se hai, taqwa ka talluq dimagh se hai.</w:t>
      </w:r>
    </w:p>
    <w:p>
      <w:pPr>
        <w:jc w:val="right"/>
      </w:pPr>
      <w:r>
        <w:t>تقویٰ کسی پیپر پر نہیں ہوتا کہ وہاں ایسا ہے تو تقویٰ وغیرہ تو نہیں ہوگا۔ التقویٰ ہاں ہونا۔ تقویٰ کا تعلق دل سے ہے، تقویٰ کا تعلق دماغ سے ہے۔</w:t>
      </w:r>
    </w:p>
    <w:p>
      <w:r>
        <w:rPr>
          <w:b/>
        </w:rPr>
        <w:t xml:space="preserve">[1:28:24] </w:t>
      </w:r>
      <w:r>
        <w:t>Asal cheez hai ke aap ke andar strong soch honi chahiye. Strong soch. Cheezon ko analyze karne ki taqat honi chahiye aap ke andar ke aap is mein dekha hai to aap analysis kar sako.</w:t>
      </w:r>
    </w:p>
    <w:p>
      <w:pPr>
        <w:jc w:val="right"/>
      </w:pPr>
      <w:r>
        <w:t>اصل چیز ہے کہ آپ کے اندر سٹرانگ سوچ ہونی چاہیے۔ سٹرانگ سوچ۔ چیزوں کو اینالائز کرنے کی طاقت ہونی چاہیے آپ کے اندر کہ آپ اس میں دیکھا ہے تو آپ انالیسز کر سکو۔</w:t>
      </w:r>
    </w:p>
    <w:p>
      <w:r>
        <w:rPr>
          <w:b/>
        </w:rPr>
        <w:t xml:space="preserve">[1:28:34] </w:t>
      </w:r>
      <w:r>
        <w:t>Is ki analysis kar nahi sakte aap, is liye aap ko khatra lagta hai. Is ko main har cheez ko analysis karta hoon. Is ki</w:t>
      </w:r>
    </w:p>
    <w:p>
      <w:pPr>
        <w:jc w:val="right"/>
      </w:pPr>
      <w:r>
        <w:t>اس کی انالیسز کر نہیں سکتے آپ، اس لیے آپ کو خطرہ لگتا ہے۔ اس کو میں ہر چیز کو انالیسز کرتا ہوں۔ اس کی</w:t>
      </w:r>
    </w:p>
    <w:p>
      <w:r>
        <w:rPr>
          <w:b/>
        </w:rPr>
        <w:t xml:space="preserve">[1:28:43] </w:t>
      </w:r>
      <w:r>
        <w:t>Is ko analysis kar ke diffuse kar deta hoon. Is ko kisi waqt diffuse kar deta hoon. Agar aap ko shakk ho is mein to aap mere office mein aaiye to main aap ko bataunga ke akhbar mein kis tarah mujhe iman milta hai.</w:t>
      </w:r>
    </w:p>
    <w:p>
      <w:pPr>
        <w:jc w:val="right"/>
      </w:pPr>
      <w:r>
        <w:t>اس کو انالیسز کر کے ڈیفیوز کر دیتا ہوں۔ اس کو کسی وقت ڈیفیوز کر دیتا ہوں۔ اگر آپ کو شک ہو اس میں تو آپ میرے افس میں آئیے تو میں آپ کو بتاؤں گا کہ اخبار میں کس طرح مجھے ایمان ملتا ہے۔</w:t>
      </w:r>
    </w:p>
    <w:p>
      <w:r>
        <w:rPr>
          <w:b/>
        </w:rPr>
        <w:t xml:space="preserve">[1:28:55] </w:t>
      </w:r>
      <w:r>
        <w:t>Is ko This question is from Mr. Khaja Kalimuddin from Pennsylvania.</w:t>
      </w:r>
    </w:p>
    <w:p>
      <w:pPr>
        <w:jc w:val="right"/>
      </w:pPr>
      <w:r>
        <w:t>اس کو This question is from Mr. Khaja Kalimuddin from Pennsylvania.</w:t>
      </w:r>
    </w:p>
    <w:p>
      <w:r>
        <w:rPr>
          <w:b/>
        </w:rPr>
        <w:t xml:space="preserve">[1:29:03] </w:t>
      </w:r>
      <w:r>
        <w:t>According to an email which I received on 24th May 2009, one of the famous Mufti in Pakistan said during his bayan at Darul Ulum Karachi that one of Mufti sahib's buzurg saw Nabi Kareem in his dream.</w:t>
      </w:r>
    </w:p>
    <w:p>
      <w:pPr>
        <w:jc w:val="right"/>
      </w:pPr>
      <w:r>
        <w:t>According to an email which I received on 24th May 2009, one of the famous Mufti in Pakistan said during his بیان at Darul Ulum Karachi that one of Mufti صاحب's بزرگ saw Nabi کریم in his dream.</w:t>
      </w:r>
    </w:p>
    <w:p>
      <w:r>
        <w:rPr>
          <w:b/>
        </w:rPr>
        <w:t xml:space="preserve">[1:29:23] </w:t>
      </w:r>
      <w:r>
        <w:t>Nabi Kareem said in the dream that Pakistan might soon be caught in an azab from Allah</w:t>
      </w:r>
    </w:p>
    <w:p>
      <w:pPr>
        <w:jc w:val="right"/>
      </w:pPr>
      <w:r>
        <w:t>Nabi کریم said in the dream that Pakistan might soon be caught in an عذاب from Allah</w:t>
      </w:r>
    </w:p>
    <w:p>
      <w:r>
        <w:rPr>
          <w:b/>
        </w:rPr>
        <w:t xml:space="preserve">[1:29:31] </w:t>
      </w:r>
      <w:r>
        <w:t>. Nabi Kareem said in the dream that the people of Pakistan should recite Surah Shams at least 70,000 times to avoid this azab.</w:t>
      </w:r>
    </w:p>
    <w:p>
      <w:pPr>
        <w:jc w:val="right"/>
      </w:pPr>
      <w:r>
        <w:t>. Nabi کریم said in the dream that the people of Pakistan should recite Surah Shams at least 70,000 times to avoid this عذاب.</w:t>
      </w:r>
    </w:p>
    <w:p>
      <w:r>
        <w:rPr>
          <w:b/>
        </w:rPr>
        <w:t xml:space="preserve">[1:29:45] </w:t>
      </w:r>
      <w:r>
        <w:t>Maulana sahib, I have two questions in this regard. Can any calamity be avoided by such an amal as Mufti sahib suggested?</w:t>
      </w:r>
    </w:p>
    <w:p>
      <w:pPr>
        <w:jc w:val="right"/>
      </w:pPr>
      <w:r>
        <w:t>مولانا صاحب، I have two questions in this regard. Can any calamity be avoided by such an amal as Mufti صاحب suggested?</w:t>
      </w:r>
    </w:p>
    <w:p>
      <w:r>
        <w:rPr>
          <w:b/>
        </w:rPr>
        <w:t xml:space="preserve">[1:29:56] </w:t>
      </w:r>
      <w:r>
        <w:t>Secondly, is there any support that people can see Nabi Kareem in their dreams? Kindly comment. Dekhen, is sahib ke khwab jo hote hain, is ke dream jo hain, sab baseless hote hain.</w:t>
      </w:r>
    </w:p>
    <w:p>
      <w:pPr>
        <w:jc w:val="right"/>
      </w:pPr>
      <w:r>
        <w:t>Secondly, is there any support that people can see Nabi کریم in their dreams? Kindly comment. دیکھیں، اس صاحب کے خواب جو ہوتے ہیں، اس کے ڈریم جو ہیں، سب بیسلیس ہوتے ہیں۔</w:t>
      </w:r>
    </w:p>
    <w:p>
      <w:r>
        <w:rPr>
          <w:b/>
        </w:rPr>
        <w:t xml:space="preserve">[1:30:11] </w:t>
      </w:r>
      <w:r>
        <w:t>Koi bhi is tarah jo khwab bayan kare, samajh lijiye ke woh baseless khwab hai. Kuch haqeeqat is ki nahi hai.</w:t>
      </w:r>
    </w:p>
    <w:p>
      <w:pPr>
        <w:jc w:val="right"/>
      </w:pPr>
      <w:r>
        <w:t>کوئی بھی اس طرح جو خواب بیان کرے، سمجھ لیجئے کہ وہ بیسلیس خواب ہے۔ کچھ حقیقت اس کی نہیں ہے۔</w:t>
      </w:r>
    </w:p>
    <w:p>
      <w:r>
        <w:rPr>
          <w:b/>
        </w:rPr>
        <w:t xml:space="preserve">[1:30:20] </w:t>
      </w:r>
      <w:r>
        <w:t>Asal mein baat kya hai? Ek bohat bara fitna hai yeh khwabon ka. Bohat bara</w:t>
      </w:r>
    </w:p>
    <w:p>
      <w:pPr>
        <w:jc w:val="right"/>
      </w:pPr>
      <w:r>
        <w:t>اصل میں بات کیا ہے؟ ایک بہت بڑا فتنہ ہے یہ خوابوں کا۔ بہت بڑا</w:t>
      </w:r>
    </w:p>
    <w:p>
      <w:r>
        <w:rPr>
          <w:b/>
        </w:rPr>
        <w:t xml:space="preserve">[1:30:25] </w:t>
      </w:r>
      <w:r>
        <w:t>fitna hai. Poori tareekh mein phaila hua hai. Aur bilkul hi baseless hain. Sare aise har khwab baseless hai. Bilkul yaad rakhiye. Hadees mein aata hai ke jis ne mujh ko dekha, us ne mujh hi ko dekha.</w:t>
      </w:r>
    </w:p>
    <w:p>
      <w:pPr>
        <w:jc w:val="right"/>
      </w:pPr>
      <w:r>
        <w:t>فتنہ ہے۔ پوری تاریخ میں پھیلا ہوا ہے۔ اور بالکل ہی بیسلیس ہیں۔ سارے ایسے ہر خواب بیسلیس ہے۔ بالکل یاد رکھیے۔ حدیث میں آتا ہے کہ جس نے مجھ کو دیکھا، اس نے مجھ ہی کو دیکھا۔</w:t>
      </w:r>
    </w:p>
    <w:p>
      <w:r>
        <w:rPr>
          <w:b/>
        </w:rPr>
        <w:t xml:space="preserve">[1:30:40] </w:t>
      </w:r>
      <w:r>
        <w:t>Kyunke shaitan meri surat mein nahi aa sakta hai. Ek hadees hai. Yeh hadees sahi hai. Lekin yeh contemporary logon ke liye tha.</w:t>
      </w:r>
    </w:p>
    <w:p>
      <w:pPr>
        <w:jc w:val="right"/>
      </w:pPr>
      <w:r>
        <w:t>کیونکہ شیطان میری صورت میں نہیں آ سکتا ہے۔ ایک حدیث ہے۔ یہ حدیث صحیح ہے۔ لیکن یہ کنٹیمپریری لوگوں کے لیے تھا۔</w:t>
      </w:r>
    </w:p>
    <w:p>
      <w:r>
        <w:rPr>
          <w:b/>
        </w:rPr>
        <w:t xml:space="preserve">[1:30:49] </w:t>
      </w:r>
      <w:r>
        <w:t>Yeh sahaba ke liye tha jinhone aap ko dekha tha. Aaj koi dekha hai to kaise aap tele karenge? Yeh Rasool Allah ki circuit shakal hai. Kaise? Rasool Allah ki koi photo kahin maujood hai?</w:t>
      </w:r>
    </w:p>
    <w:p>
      <w:pPr>
        <w:jc w:val="right"/>
      </w:pPr>
      <w:r>
        <w:t>یہ صحابہ کے لیے تھا جنہوں نے آپ کو دیکھا تھا۔ آج کوئی دیکھا ہے تو کیسے آپ ٹیلی کریں گے؟ یہ رسول اللہ کی سرکٹ شکل ہے۔ کیسے؟ رسول اللہ کی کوئی فوٹو کہیں موجود ہے؟</w:t>
      </w:r>
    </w:p>
    <w:p>
      <w:r>
        <w:rPr>
          <w:b/>
        </w:rPr>
        <w:t xml:space="preserve">[1:31:01] </w:t>
      </w:r>
      <w:r>
        <w:t>Jin logon ne Rasool Allah ko dekha tha, un ke bare mein aap ne farmaya ke tum logon mein se koi shakhs agar dekha hai mujh ko khwab mein to woh sahi hoga. Kyunke shaitan meri surat mein nahi badh sakta.</w:t>
      </w:r>
    </w:p>
    <w:p>
      <w:pPr>
        <w:jc w:val="right"/>
      </w:pPr>
      <w:r>
        <w:t>جن لوگوں نے رسول اللہ کو دیکھا تھا، ان کے بارے میں آپ نے فرمایا کہ تم لوگوں میں سے کوئی شخص اگر دیکھا ہے مجھ کو خواب میں تو وہ صحیح ہوگا۔ کیونکہ شیطان میری صورت میں نہیں بڑھ سکتا۔</w:t>
      </w:r>
    </w:p>
    <w:p>
      <w:r>
        <w:rPr>
          <w:b/>
        </w:rPr>
        <w:t xml:space="preserve">[1:31:11] </w:t>
      </w:r>
      <w:r>
        <w:t>Ab aaj ek shakhs dekhta hai khwab, is mein ek insan ko dekhta hai, woh to kaise woh tele karega? Woh bataiye mujhe ke yeh Rasool Allah ki shakal hai.</w:t>
      </w:r>
    </w:p>
    <w:p>
      <w:pPr>
        <w:jc w:val="right"/>
      </w:pPr>
      <w:r>
        <w:t>اب آج ایک شخص دیکھتا ہے خواب، اس میں ایک انسان کو دیکھتا ہے، وہ تو کیسے وہ ٹیلی کرے گا؟ وہ بتائیے مجھے کہ یہ رسول اللہ کی شکل ہے۔</w:t>
      </w:r>
    </w:p>
    <w:p>
      <w:r>
        <w:rPr>
          <w:b/>
        </w:rPr>
        <w:t xml:space="preserve">[1:31:19] </w:t>
      </w:r>
      <w:r>
        <w:t>Woh</w:t>
      </w:r>
    </w:p>
    <w:p>
      <w:pPr>
        <w:jc w:val="right"/>
      </w:pPr>
      <w:r>
        <w:t>وہ</w:t>
      </w:r>
    </w:p>
    <w:p>
      <w:r>
        <w:rPr>
          <w:b/>
        </w:rPr>
        <w:t xml:space="preserve">[1:31:21] </w:t>
      </w:r>
      <w:r>
        <w:t>To baad ke logon ke liye yeh yeh hai hi nahi. Yeh hadees. Yeh hadees hai contemporary ke liye. Ab jo bhi aisi cheezen bayan karta hai, main us ko samajhta hoon ke bohat bara, yani bohat hi irresponsible aadmi hai.</w:t>
      </w:r>
    </w:p>
    <w:p>
      <w:pPr>
        <w:jc w:val="right"/>
      </w:pPr>
      <w:r>
        <w:t>تو بعد کے لوگوں کے لیے یہ یہ ہے ہی نہیں۔ یہ حدیث۔ یہ حدیث ہے کنٹیمپریری کے لیے۔ اب جو بھی ایسی چیزیں بیان کرتا ہے، میں اس کو سمجھتا ہوں کہ بہت بڑا، یعنی بہت ہی ارresponsible آدمی ہے۔</w:t>
      </w:r>
    </w:p>
    <w:p>
      <w:r>
        <w:rPr>
          <w:b/>
        </w:rPr>
        <w:t xml:space="preserve">[1:31:33] </w:t>
      </w:r>
      <w:r>
        <w:t>Woh main aise khwabon ko bilkul baseless samajhta hoon. Sawal yeh hai ke tum ko kaise maloom hai ke woh surat Rasool Allah Sallallahu Alaihi Wasallam ki thi? Kaise tum ne tele kiya? Kaise tum ne batao?</w:t>
      </w:r>
    </w:p>
    <w:p>
      <w:pPr>
        <w:jc w:val="right"/>
      </w:pPr>
      <w:r>
        <w:t>وہ میں ایسے خوابوں کو بالکل بیسلیس سمجھتا ہوں۔ سوال یہ ہے کہ تم کو کیسے معلوم ہے کہ وہ سورت رسول اللہ صلی اللہ علیہ وسلم کی تھی؟ کیسے تم نے ٹیلی کیا؟ کیسے تم نے بتاؤ؟</w:t>
      </w:r>
    </w:p>
    <w:p>
      <w:r>
        <w:rPr>
          <w:b/>
        </w:rPr>
        <w:t xml:space="preserve">[1:31:43] </w:t>
      </w:r>
      <w:r>
        <w:t>Batao. To yeh jo farmaya Rasool Allah Sallallahu Alaihi Wasallam ne ke jis ne mujh ko dekha khwab mein, us ne mujh hi ko dekha.</w:t>
      </w:r>
    </w:p>
    <w:p>
      <w:pPr>
        <w:jc w:val="right"/>
      </w:pPr>
      <w:r>
        <w:t>بتاؤ۔ تو یہ جو فرمایا رسول اللہ صلی اللہ علیہ وسلم نے کہ جس نے مجھ کو دیکھا خواب میں، اس نے مجھ ہی کو دیکھا۔</w:t>
      </w:r>
    </w:p>
    <w:p>
      <w:r>
        <w:rPr>
          <w:b/>
        </w:rPr>
        <w:t xml:space="preserve">[1:31:50] </w:t>
      </w:r>
      <w:r>
        <w:t>Kyunke shaitan meri shakal mein nahi aa sakta hai. To woh shakal jo thi, jo aap ne dekha khwab mein, to aap ne kaise jana hai ke Rasool Allah ki shakal hai yeh? Na aap ne Rasool Allah ko dekha hai, na photo Rasool Allah ke maujood hai kahin.</w:t>
      </w:r>
    </w:p>
    <w:p>
      <w:pPr>
        <w:jc w:val="right"/>
      </w:pPr>
      <w:r>
        <w:t>کیونکہ شیطان میری شکل میں نہیں آ سکتا ہے۔ تو وہ شکل جو تھی، جو آپ نے دیکھا خواب میں، تو آپ نے کیسے جانا ہے کہ رسول اللہ کی شکل ہے یہ؟ نہ آپ نے رسول اللہ کو دیکھا ہے، نہ فوٹو رسول اللہ کے موجود ہے کہیں۔</w:t>
      </w:r>
    </w:p>
    <w:p>
      <w:r>
        <w:rPr>
          <w:b/>
        </w:rPr>
        <w:t xml:space="preserve">[1:32:05] </w:t>
      </w:r>
      <w:r>
        <w:t>Is liye aise khwabon ko main bilkul baseless samajhta hoon. Main us ko sahi nahi manta. Aur jo log aisa karen, woh bohat hi irresponsible hain.</w:t>
      </w:r>
    </w:p>
    <w:p>
      <w:pPr>
        <w:jc w:val="right"/>
      </w:pPr>
      <w:r>
        <w:t>اس لیے ایسے خوابوں کو میں بالکل بیسلیس سمجھتا ہوں۔ میں اس کو صحیح نہیں مانتا۔ اور جو لوگ ایسا کریں، وہ بہت ہی ارresponsible ہیں۔</w:t>
      </w:r>
    </w:p>
    <w:p>
      <w:r>
        <w:rPr>
          <w:b/>
        </w:rPr>
        <w:t xml:space="preserve">[1:32:13] </w:t>
      </w:r>
      <w:r>
        <w:t>Log ghair zimmedar hain. Aise log.</w:t>
      </w:r>
    </w:p>
    <w:p>
      <w:pPr>
        <w:jc w:val="right"/>
      </w:pPr>
      <w:r>
        <w:t>لوگ غیر ذمہ دار ہیں۔ ایسے لوگ۔</w:t>
      </w:r>
    </w:p>
    <w:p>
      <w:r>
        <w:rPr>
          <w:b/>
        </w:rPr>
        <w:t xml:space="preserve">[1:32:17] </w:t>
      </w:r>
      <w:r>
        <w:t>His second question is: Your book "Tabir Ki Galti" was published in the early sixties to disapprove Maulana Maududi's political interpretation of Islam.</w:t>
      </w:r>
    </w:p>
    <w:p>
      <w:pPr>
        <w:jc w:val="right"/>
      </w:pPr>
      <w:r>
        <w:t>His second question is: Your book "Tabir Ki Galti" was published in the early sixties to disapprove مولانا مودودی's political interpretation of Islam.</w:t>
      </w:r>
    </w:p>
    <w:p>
      <w:r>
        <w:rPr>
          <w:b/>
        </w:rPr>
        <w:t xml:space="preserve">[1:32:29] </w:t>
      </w:r>
      <w:r>
        <w:t>Since that time till today, no follower of Maulana Maududi has come forward to either defend his ideology and has neither given up that ideology.</w:t>
      </w:r>
    </w:p>
    <w:p>
      <w:pPr>
        <w:jc w:val="right"/>
      </w:pPr>
      <w:r>
        <w:t>Since that time till today, no follower of مولانا مودودی has come forward to either defend his ideology and has neither given up that ideology.</w:t>
      </w:r>
    </w:p>
    <w:p>
      <w:r>
        <w:rPr>
          <w:b/>
        </w:rPr>
        <w:t xml:space="preserve">[1:32:43] </w:t>
      </w:r>
      <w:r>
        <w:t>What is the reason for this, Maulana?</w:t>
      </w:r>
    </w:p>
    <w:p>
      <w:pPr>
        <w:jc w:val="right"/>
      </w:pPr>
      <w:r>
        <w:t>What is the reason for this, مولانا?</w:t>
      </w:r>
    </w:p>
    <w:p>
      <w:r>
        <w:rPr>
          <w:b/>
        </w:rPr>
        <w:t xml:space="preserve">[1:32:48] </w:t>
      </w:r>
      <w:r>
        <w:t>Dekhen, yeh to hamesha history mein hua hai ke yeh sab hota hai conditioning ki wajah se.</w:t>
      </w:r>
    </w:p>
    <w:p>
      <w:pPr>
        <w:jc w:val="right"/>
      </w:pPr>
      <w:r>
        <w:t>دیکھیں، یہ تو ہمیشہ history میں ہوا ہے کہ یہ سب ہوتا ہے conditioning کی وجہ سے۔</w:t>
      </w:r>
    </w:p>
    <w:p>
      <w:r>
        <w:rPr>
          <w:b/>
        </w:rPr>
        <w:t xml:space="preserve">[1:33:00] </w:t>
      </w:r>
      <w:r>
        <w:t>Conditioning ki wajah se aisa hota hai ke ek muddat tak jab aap rahen kisi kisi party mein, kisi ideology mein, hote hote hote aap condition ho jaate hain.</w:t>
      </w:r>
    </w:p>
    <w:p>
      <w:pPr>
        <w:jc w:val="right"/>
      </w:pPr>
      <w:r>
        <w:t>Conditioning کی وجہ سے ایسا ہوتا ہے کہ ایک مدت تک جب آپ رہیں کسی کسی party میں، کسی ideology میں، ہوتے ہوتے ہوتے آپ condition ہو جاتے ہیں۔</w:t>
      </w:r>
    </w:p>
    <w:p>
      <w:r>
        <w:rPr>
          <w:b/>
        </w:rPr>
        <w:t xml:space="preserve">[1:33:11] </w:t>
      </w:r>
      <w:r>
        <w:t>To is conditioning ko todna yeh bohat hi mushkil kaam hai.</w:t>
      </w:r>
    </w:p>
    <w:p>
      <w:pPr>
        <w:jc w:val="right"/>
      </w:pPr>
      <w:r>
        <w:t>تو اس conditioning کو توڑنا یہ بہت ہی مشکل کام ہے۔</w:t>
      </w:r>
    </w:p>
    <w:p>
      <w:r>
        <w:rPr>
          <w:b/>
        </w:rPr>
        <w:t xml:space="preserve">[1:33:18] </w:t>
      </w:r>
      <w:r>
        <w:t>Bohat hi mushkil. Kuch log aise nikle hain is mein se jinhone maana ke yeh galat tha. Woh hamare saath saathi ban gaye. Lekin aap dekhen, communism aaj tak chala ja raha hai.</w:t>
      </w:r>
    </w:p>
    <w:p>
      <w:pPr>
        <w:jc w:val="right"/>
      </w:pPr>
      <w:r>
        <w:t>بہت ہی مشکل۔ کچھ لوگ ایسے نکلے ہیں اس میں سے جنہوں نے مانا کہ یہ غلط تھا۔ وہ ہمارے ساتھ ساتھی بن گئے۔ لیکن آپ دیکھیں، communism آج تک چلا جا رہا ہے۔</w:t>
      </w:r>
    </w:p>
    <w:p>
      <w:r>
        <w:rPr>
          <w:b/>
        </w:rPr>
        <w:t xml:space="preserve">[1:33:27] </w:t>
      </w:r>
      <w:r>
        <w:t>Haalankeh communism toot phoot jagah. Kyunke conditioning ho chuki thi logon ki communism mein. To woh yeh kaise kahein ke hum galat galti par thay. Aaj bhi communism aap dekhiye, jagah jagah.</w:t>
      </w:r>
    </w:p>
    <w:p>
      <w:pPr>
        <w:jc w:val="right"/>
      </w:pPr>
      <w:r>
        <w:t>حالانکہ communism ٹوٹ پھوٹ جگہ۔ کیونکہ conditioning ہو چکی تھی لوگوں کی communism میں۔ تو وہ یہ کیسے کہیں کہ ہم غلط غلطی پر تھے۔ آج بھی communism آپ دیکھیے، جگہ جگہ۔</w:t>
      </w:r>
    </w:p>
    <w:p>
      <w:r>
        <w:rPr>
          <w:b/>
        </w:rPr>
        <w:t xml:space="preserve">[1:33:39] </w:t>
      </w:r>
      <w:r>
        <w:t>Maoist kaheen hain, kaheen North Korea hai, kaheen Burma hai, kaheen mukhtalif jagahon par aaj bhi communist hain, leftist</w:t>
      </w:r>
    </w:p>
    <w:p>
      <w:pPr>
        <w:jc w:val="right"/>
      </w:pPr>
      <w:r>
        <w:t>ماؤسٹ کہیں ہیں، کہیں نارتھ کوریا ہے، کہیں برما ہے، کہیں مختلف جگہوں پر آج بھی communist ہیں، leftist</w:t>
      </w:r>
    </w:p>
    <w:p>
      <w:r>
        <w:rPr>
          <w:b/>
        </w:rPr>
        <w:t xml:space="preserve">[1:33:46] </w:t>
      </w:r>
      <w:r>
        <w:t>hain. Haalankeh communism jo hai khatam ho chuka hai. Ideologically aur practical dono aitbaar se. Lekin phir bhi log communist bane hue hain.</w:t>
      </w:r>
    </w:p>
    <w:p>
      <w:pPr>
        <w:jc w:val="right"/>
      </w:pPr>
      <w:r>
        <w:t>ہیں۔ حالانکہ communism جو ہے ختم ہو چکا ہے۔ Ideologically اور practical دونوں اعتبار سے۔ لیکن پھر بھی لوگ communist بنے ہوئے ہیں۔</w:t>
      </w:r>
    </w:p>
    <w:p>
      <w:r>
        <w:rPr>
          <w:b/>
        </w:rPr>
        <w:t xml:space="preserve">[1:33:56] </w:t>
      </w:r>
      <w:r>
        <w:t>Yeah, due to conditioning. To jo log ek muddat tak isi mein rahen, isi mein condition ho jaate hain. Ab dekhiye, ab nai nai generation jo hai, woh sab hamari baat ko maan rahi hai.</w:t>
      </w:r>
    </w:p>
    <w:p>
      <w:pPr>
        <w:jc w:val="right"/>
      </w:pPr>
      <w:r>
        <w:t>Yeah, due to conditioning. تو جو لوگ ایک مدت تک اسی میں رہیں، اسی میں condition ہو جاتے ہیں۔ اب دیکھیے، اب نئی نئی generation جو ہے، وہ سب ہماری بات کو مان رہی ہے۔</w:t>
      </w:r>
    </w:p>
    <w:p>
      <w:r>
        <w:rPr>
          <w:b/>
        </w:rPr>
        <w:t xml:space="preserve">[1:34:08] </w:t>
      </w:r>
      <w:r>
        <w:t>Idhar udhar boodhe log reh gaye hain, boodhe log. Aap kabhi ja kar survey karen to boodhe logon ko paayenge wahan.</w:t>
      </w:r>
    </w:p>
    <w:p>
      <w:pPr>
        <w:jc w:val="right"/>
      </w:pPr>
      <w:r>
        <w:t>ادھر ادھر بوڑھے لوگ رہ گئے ہیں، بوڑھے لوگ۔ آپ کبھی جا کر survey کریں تو بوڑھے لوگوں کو پائیں گے وہاں۔</w:t>
      </w:r>
    </w:p>
    <w:p>
      <w:r>
        <w:rPr>
          <w:b/>
        </w:rPr>
        <w:t xml:space="preserve">[1:34:15] </w:t>
      </w:r>
      <w:r>
        <w:t>Yeh nai nasal hai, woh hamari taraf aa rahi hai. Kyunke woh jo condition ho chuke thay, woh kya karein? Isi condition mein jeeyenge woh. Lekin jo naye naye log hain, jo jin condition nahi hui hai, woh hamare mission mein woh sachai ko daryaft kar rahe hain.</w:t>
      </w:r>
    </w:p>
    <w:p>
      <w:pPr>
        <w:jc w:val="right"/>
      </w:pPr>
      <w:r>
        <w:t>یہ نئی نسل ہے، وہ ہماری طرف آ رہی ہے۔ کیونکہ وہ جو condition ہو چکے تھے، وہ کیا کریں؟ اسی condition میں جیئیں گے وہ۔ لیکن جو نئے نئے لوگ ہیں، جو جن condition نہیں ہوئی ہے، وہ ہمارے مشن میں وہ سچائی کو دریافت کر رہے ہیں۔</w:t>
      </w:r>
    </w:p>
    <w:p>
      <w:r>
        <w:rPr>
          <w:b/>
        </w:rPr>
        <w:t xml:space="preserve">[1:34:32] </w:t>
      </w:r>
      <w:r>
        <w:t>Yeh baat sirf is ki nahi hai. Har party mein aise hi hota hai. Kisi bhi party mein jab ek muddat tak laga rahe hain, laga rahe hain, laga rahe hain aadmi, to itna zyada us ki conditioning ho jaati hai ke phir us ko chhod nahi sakta woh.</w:t>
      </w:r>
    </w:p>
    <w:p>
      <w:pPr>
        <w:jc w:val="right"/>
      </w:pPr>
      <w:r>
        <w:t>یہ بات صرف اس کی نہیں ہے۔ ہر party میں ایسے ہی ہوتا ہے۔ کسی بھی party میں جب ایک مدت تک لگا رہے ہیں، لگا رہے ہیں، لگا رہے ہیں آدمی، تو اتنا زیادہ اس کی conditioning ہو جاتی ہے کہ پھر اس کو چھوڑ نہیں سکتا وہ۔</w:t>
      </w:r>
    </w:p>
    <w:p>
      <w:r>
        <w:rPr>
          <w:b/>
        </w:rPr>
        <w:t xml:space="preserve">[1:34:46] </w:t>
      </w:r>
      <w:r>
        <w:t>Lekin aap dekhen, nai generation kya kar rahi hai? Nai generation mein un ko bohat hi kam log mil rahe hain. Khud unhi logon ke bete mein jaanta hoon jo ke Jamaat-e-Islami mein zimmedaar thay.</w:t>
      </w:r>
    </w:p>
    <w:p>
      <w:pPr>
        <w:jc w:val="right"/>
      </w:pPr>
      <w:r>
        <w:t>لیکن آپ دیکھیں، نئی generation کیا کر رہی ہے؟ نئی generation میں ان کو بہت ہی کم لوگ مل رہے ہیں۔ خود انہی لوگوں کے بیٹے میں جانتا ہوں جو کہ جماعت اسلامی میں ذمہ دار تھے۔</w:t>
      </w:r>
    </w:p>
    <w:p>
      <w:r>
        <w:rPr>
          <w:b/>
        </w:rPr>
        <w:t xml:space="preserve">[1:34:56] </w:t>
      </w:r>
      <w:r>
        <w:t>Zimmedaar. Un ke bete bhaag bhaag kar ja rahe hain doosre campoon mein</w:t>
      </w:r>
    </w:p>
    <w:p>
      <w:pPr>
        <w:jc w:val="right"/>
      </w:pPr>
      <w:r>
        <w:t>ذمہ دار۔ ان کے بیٹے بھاگ بھاگ کر جا رہے ہیں دوسرے کیمپوں میں</w:t>
      </w:r>
    </w:p>
    <w:p>
      <w:r>
        <w:rPr>
          <w:b/>
        </w:rPr>
        <w:t xml:space="preserve">[1:35:00] </w:t>
      </w:r>
      <w:r>
        <w:t>۔ Un ke apne bete, apne poote, apne nawase. Kyunke ab ideological charpao se baqi nahi raha hai is mein. Ab to sirf conditioning ki wajah se hai woh.</w:t>
      </w:r>
    </w:p>
    <w:p>
      <w:pPr>
        <w:jc w:val="right"/>
      </w:pPr>
      <w:r>
        <w:t>۔ ان کے اپنے بیٹے، اپنے پوتے، اپنے نواسے۔ کیونکہ اب ideological چارپو سے باقی نہیں رہا ہے اس میں۔ اب تو صرف conditioning کی وجہ سے ہے وہ۔</w:t>
      </w:r>
    </w:p>
    <w:p>
      <w:r>
        <w:rPr>
          <w:b/>
        </w:rPr>
        <w:t xml:space="preserve">[1:35:09] </w:t>
      </w:r>
      <w:r>
        <w:t>Bas. Ab jo Jamaat-e-Islami ki taaqat hai, woh conditioning ki wajah se hai. Ideological Ideological sense mein ab us ke paas kuch nahi reh gaya hai.</w:t>
      </w:r>
    </w:p>
    <w:p>
      <w:pPr>
        <w:jc w:val="right"/>
      </w:pPr>
      <w:r>
        <w:t>بس۔ اب جو جماعت اسلامی کی طاقت ہے، وہ conditioning کی وجہ سے ہے۔ Ideological Ideological sense میں اب اس کے پاس کچھ نہیں رہ گیا ہے۔</w:t>
      </w:r>
    </w:p>
    <w:p>
      <w:r>
        <w:rPr>
          <w:b/>
        </w:rPr>
        <w:t xml:space="preserve">[1:35:21] </w:t>
      </w:r>
      <w:r>
        <w:t>Yahan tak ke ghair muslimon mein bad'awat dene ke liye un ke paas koi kitaab hi nahi hai.</w:t>
      </w:r>
    </w:p>
    <w:p>
      <w:pPr>
        <w:jc w:val="right"/>
      </w:pPr>
      <w:r>
        <w:t>یہاں تک کہ غیر مسلموں میں بدعوت دینے کے لیے ان کے پاس کوئی کتاب ہی نہیں ہے۔</w:t>
      </w:r>
    </w:p>
    <w:p>
      <w:r>
        <w:rPr>
          <w:b/>
        </w:rPr>
        <w:t xml:space="preserve">[1:35:28] </w:t>
      </w:r>
      <w:r>
        <w:t>Kitna, yaani kitna, yaani is ko mein kahunga intellectual poverty. Intellectual poverty. Koi ek kitaab nahi hai jo jo aaj ke modern mind ko woh karne wali ho.</w:t>
      </w:r>
    </w:p>
    <w:p>
      <w:pPr>
        <w:jc w:val="right"/>
      </w:pPr>
      <w:r>
        <w:t>کتنا، یعنی کتنا، یعنی اس کو میں کہوں گا intellectual poverty۔ Intellectual poverty۔ کوئی ایک کتاب نہیں ہے جو جو آج کے modern mind کو وہ کرنے والی ہو۔</w:t>
      </w:r>
    </w:p>
    <w:p>
      <w:r>
        <w:rPr>
          <w:b/>
        </w:rPr>
        <w:t xml:space="preserve">[1:35:42] </w:t>
      </w:r>
      <w:r>
        <w:t>Mere kuch log jo mere saathi ban gaye hain, woh gaye Jamaat-e-Islami ke daftar mein. Yeh sacha waqia hai. Unhone kaha ke hamein yeh yeh jo modern educated log thay, woh unhone kaha ke hamein Islam ko samajhna hai.</w:t>
      </w:r>
    </w:p>
    <w:p>
      <w:pPr>
        <w:jc w:val="right"/>
      </w:pPr>
      <w:r>
        <w:t>میرے کچھ لوگ جو میرے ساتھی بن گئے ہیں، وہ گئے جماعت اسلامی کے دفتر میں۔ یہ سچا واقعہ ہے۔ انہوں نے کہا کہ ہمیں یہ یہ جو modern educated لوگ تھے، وہ انہوں نے کہا کہ ہمیں اسلام کو سمجھنا ہے۔</w:t>
      </w:r>
    </w:p>
    <w:p>
      <w:r>
        <w:rPr>
          <w:b/>
        </w:rPr>
        <w:t xml:space="preserve">[1:35:57] </w:t>
      </w:r>
      <w:r>
        <w:t>Hamein kitaab dijiye. To unhone Abdullah Maududi sahib ki kitabein jo English mein translate hui theen, woh diya un ko. To woh le ke aaye, padha padha. Kai kitabein theen.</w:t>
      </w:r>
    </w:p>
    <w:p>
      <w:pPr>
        <w:jc w:val="right"/>
      </w:pPr>
      <w:r>
        <w:t>ہمیں کتاب دیجیے۔ تو انہوں نے عبداللہ مود صاحب کی کتابیں جو انگلش میں translate ہوئی تھیں، وہ دیا ان کو۔ تو وہ لے کے آئے، پڑھا پڑھا۔ کئی کتابیں تھیں۔</w:t>
      </w:r>
    </w:p>
    <w:p>
      <w:r>
        <w:rPr>
          <w:b/>
        </w:rPr>
        <w:t xml:space="preserve">[1:36:08] </w:t>
      </w:r>
      <w:r>
        <w:t>Phir ja kar kaha unhone ke yeh to hamare mind quarters nahi karte yeh kitabein.</w:t>
      </w:r>
    </w:p>
    <w:p>
      <w:pPr>
        <w:jc w:val="right"/>
      </w:pPr>
      <w:r>
        <w:t>پھر جا کے کہا انہوں نے کہ یہ تو ہمارے mind quarters نہیں کرتے یہ کتابیں۔</w:t>
      </w:r>
    </w:p>
    <w:p>
      <w:r>
        <w:rPr>
          <w:b/>
        </w:rPr>
        <w:t xml:space="preserve">[1:36:13] </w:t>
      </w:r>
      <w:r>
        <w:t>Yeh kitabein jo aap ne di hum ko, yeh hamare mind quarters nahi karti. Is ke baad woh hamare paas aaye, woh kitabein padhein aur un ko Khuda ke fazl se aaj un ko, yaani sacha imaan mil gaya hai.</w:t>
      </w:r>
    </w:p>
    <w:p>
      <w:pPr>
        <w:jc w:val="right"/>
      </w:pPr>
      <w:r>
        <w:t>یہ کتابیں جو آپ نے دی ہم کو، یہ ہمارے mind quarters نہیں کرتی۔ اس کے بعد وہ ہمارے پاس آئے، وہ کتابیں پڑھیں اور ان کو خدا کے فضل سے آج ان کو، یعنی سچا ایمان مل گیا ہے۔</w:t>
      </w:r>
    </w:p>
    <w:p>
      <w:r>
        <w:rPr>
          <w:b/>
        </w:rPr>
        <w:t xml:space="preserve">[1:36:25] </w:t>
      </w:r>
      <w:r>
        <w:t>To ek waqt tha, ek zamana tha jab Khilafat-e-Islami jab Mughal saltanat tooti thi, Khilafat-e-Turki khatam hui thi aur British Empire qaaim ho gaya tha.</w:t>
      </w:r>
    </w:p>
    <w:p>
      <w:pPr>
        <w:jc w:val="right"/>
      </w:pPr>
      <w:r>
        <w:t>تو ایک وقت تھا، ایک زمانہ تھا جب خلافت اسلامی جب مغل سلطنت ٹوٹی تھی، خلافت ترکی ختم ہوئی تھی اور برٹش ایمپائر قائم ہو گیا تھا۔</w:t>
      </w:r>
    </w:p>
    <w:p>
      <w:r>
        <w:rPr>
          <w:b/>
        </w:rPr>
        <w:t xml:space="preserve">[1:36:35] </w:t>
      </w:r>
      <w:r>
        <w:t>to aik zamana tha jab usman jo hai reaction mein jeetay thay. reaction mein. saaray log reaction mein jeetay thay. us waqt yeh falsafa chal gaya.</w:t>
      </w:r>
    </w:p>
    <w:p>
      <w:pPr>
        <w:jc w:val="right"/>
      </w:pPr>
      <w:r>
        <w:t>تو ایک زمانہ تھا جب عثمان جو ہے ری ایکشن میں جیتے تھے۔ ری ایکشن میں۔ سارے لوگ ری ایکشن میں جیتے تھے۔ اس وقت یہ فلسفہ چل گیا۔</w:t>
      </w:r>
    </w:p>
    <w:p>
      <w:r>
        <w:rPr>
          <w:b/>
        </w:rPr>
        <w:t xml:space="preserve">[1:36:43] </w:t>
      </w:r>
      <w:r>
        <w:t>ab kon is ko, is ki koi value nahi hai is falsafay ki. ab na british empire hai, na koi mughal empire ko yaad karta hai, na na koi woh ottoman empire ko yaad karta hai.</w:t>
      </w:r>
    </w:p>
    <w:p>
      <w:pPr>
        <w:jc w:val="right"/>
      </w:pPr>
      <w:r>
        <w:t>اب کون اس کو، اس کی کوئی ویلیو نہیں ہے اس فلسفے کی۔ اب نہ برٹش ایمپائر ہے، نہ کوئی مغل ایمپائر کو یاد کرتا ہے، نہ نہ کوئی وہ آٹومان ایمپائر کو یاد کرتا ہے۔</w:t>
      </w:r>
    </w:p>
    <w:p>
      <w:r>
        <w:rPr>
          <w:b/>
        </w:rPr>
        <w:t xml:space="preserve">[1:36:53] </w:t>
      </w:r>
      <w:r>
        <w:t>ab to log ab tak lagay hue hain aaj ke jo taqazay hain is mein lagay hue hain. to woh aik temporary phenomena tha jis mein ke yeh nazariya phaila.</w:t>
      </w:r>
    </w:p>
    <w:p>
      <w:pPr>
        <w:jc w:val="right"/>
      </w:pPr>
      <w:r>
        <w:t>اب تو لوگ اب تک لگے ہوئے ہیں آج کے جو تقاضے ہیں اس میں لگے ہوئے ہیں۔ تو وہ ایک temporary phenomena تھا جس میں کہ یہ نظریہ پھیلا۔</w:t>
      </w:r>
    </w:p>
    <w:p>
      <w:r>
        <w:rPr>
          <w:b/>
        </w:rPr>
        <w:t xml:space="preserve">[1:37:05] </w:t>
      </w:r>
      <w:r>
        <w:t>ab is ke residue hain jo chalay ja rahay hain. abhi kuch din ke baad aap dekhenge, woh bhi khatam ho jayega.</w:t>
      </w:r>
    </w:p>
    <w:p>
      <w:pPr>
        <w:jc w:val="right"/>
      </w:pPr>
      <w:r>
        <w:t>اب اس کے residue ہیں جو چلے جا رہے ہیں۔ ابھی کچھ دن کے بعد آپ دیکھیں گے، وہ بھی ختم ہو جائے گا۔</w:t>
      </w:r>
    </w:p>
    <w:p>
      <w:r>
        <w:rPr>
          <w:b/>
        </w:rPr>
        <w:t xml:space="preserve">[1:37:12] </w:t>
      </w:r>
      <w:r>
        <w:t>This question is from Mr. Mansoob Ali from Delhi. I recently faced an acute health problem and with God's grace it miraculously got over.</w:t>
      </w:r>
    </w:p>
    <w:p>
      <w:pPr>
        <w:jc w:val="right"/>
      </w:pPr>
      <w:r>
        <w:t>This question is from Mr. Mansoob Ali from Delhi. I recently faced an acute health problem and with God's grace it miraculously got over.</w:t>
      </w:r>
    </w:p>
    <w:p>
      <w:r>
        <w:rPr>
          <w:b/>
        </w:rPr>
        <w:t xml:space="preserve">[1:37:25] </w:t>
      </w:r>
      <w:r>
        <w:t>I offered thanksgiving prayers and extended my deepest gratitude to God.</w:t>
      </w:r>
    </w:p>
    <w:p>
      <w:pPr>
        <w:jc w:val="right"/>
      </w:pPr>
      <w:r>
        <w:t>I offered thanksgiving prayers and extended my deepest gratitude to God.</w:t>
      </w:r>
    </w:p>
    <w:p>
      <w:r>
        <w:rPr>
          <w:b/>
        </w:rPr>
        <w:t xml:space="preserve">[1:37:31] </w:t>
      </w:r>
      <w:r>
        <w:t>Maulana, contrary to what people suggested, including following certain rituals and forms in prayer, what is the correct way of connecting to God and expressing our thanks?</w:t>
      </w:r>
    </w:p>
    <w:p>
      <w:pPr>
        <w:jc w:val="right"/>
      </w:pPr>
      <w:r>
        <w:t>Maulana, contrary to what people suggested, including following certain rituals and forms in prayer, what is the correct way of connecting to God and expressing our thanks?</w:t>
      </w:r>
    </w:p>
    <w:p>
      <w:r>
        <w:rPr>
          <w:b/>
        </w:rPr>
        <w:t xml:space="preserve">[1:37:48] </w:t>
      </w:r>
      <w:r>
        <w:t>dekhen, jo ibadat hai, prescribed to karni hi karna hai. is mein aap koi ijtihad nahi kar sakte.</w:t>
      </w:r>
    </w:p>
    <w:p>
      <w:pPr>
        <w:jc w:val="right"/>
      </w:pPr>
      <w:r>
        <w:t>دیکھیں، جو عبادت ہے، prescribed تو کرنی ہی کرنا ہے۔ اس میں آپ کوئی اجتہاد نہیں کر سکتے۔</w:t>
      </w:r>
    </w:p>
    <w:p>
      <w:r>
        <w:rPr>
          <w:b/>
        </w:rPr>
        <w:t xml:space="preserve">[1:37:55] </w:t>
      </w:r>
      <w:r>
        <w:t>paanch waqt ki namaz parhni hi parhna hai. roza rakhna hi rakhna hai. hajj karna hi karna hai. to jo prescribed form hai ibadat ka, woh to karna hi karna hai aap ko.</w:t>
      </w:r>
    </w:p>
    <w:p>
      <w:pPr>
        <w:jc w:val="right"/>
      </w:pPr>
      <w:r>
        <w:t>پانچ وقت کی نماز پڑھنی ہی پڑھنا ہے۔ روزہ رکھنا ہی رکھنا ہے۔ حج کرنا ہی کرنا ہے۔ تو جو prescribed فارم ہے عبادت کا، وہ تو کرنا ہی کرنا ہے آپ کو۔</w:t>
      </w:r>
    </w:p>
    <w:p>
      <w:r>
        <w:rPr>
          <w:b/>
        </w:rPr>
        <w:t xml:space="preserve">[1:38:06] </w:t>
      </w:r>
      <w:r>
        <w:t>lekin is ke siwa bhi aap ko dua karte rehna hai, nafl ibadat karte rehna hai, jaisay ke aap ne kiya. to prescribed form ke sath sath yeh sab duaen bhi chalen gi.</w:t>
      </w:r>
    </w:p>
    <w:p>
      <w:pPr>
        <w:jc w:val="right"/>
      </w:pPr>
      <w:r>
        <w:t>لیکن اس کے سوا بھی آپ کو دعا کرتے رہنا ہے، نفل عبادت کرتے رہنا ہے، جیسے کہ آپ نے کیا۔ تو prescribed فارم کے ساتھ ساتھ یہ سب دعائیں بھی چلیں گی۔</w:t>
      </w:r>
    </w:p>
    <w:p>
      <w:r>
        <w:rPr>
          <w:b/>
        </w:rPr>
        <w:t xml:space="preserve">[1:38:18] </w:t>
      </w:r>
      <w:r>
        <w:t>yeh pehle bhi hua, yeh bhi aaj bhi hoga. is mein koi do raay nahi hai.</w:t>
      </w:r>
    </w:p>
    <w:p>
      <w:pPr>
        <w:jc w:val="right"/>
      </w:pPr>
      <w:r>
        <w:t>یہ پہلے بھی ہوا، یہ بھی آج بھی ہوگا۔ اس میں کوئی دو رائے نہیں ہے۔</w:t>
      </w:r>
    </w:p>
    <w:p>
      <w:r>
        <w:rPr>
          <w:b/>
        </w:rPr>
        <w:t xml:space="preserve">[1:38:25] </w:t>
      </w:r>
      <w:r>
        <w:t>This question is from Mr. Muhammad Aqeel Khan from Ghorakhpur. On the basis of your personal experience, please suggest us the way of reading the social books so that we don't have any wrong view like theory of communism and political interpretation of Islam.</w:t>
      </w:r>
    </w:p>
    <w:p>
      <w:pPr>
        <w:jc w:val="right"/>
      </w:pPr>
      <w:r>
        <w:t>This question is from Mr. Muhammad Aqeel Khan from Ghorakhpur. On the basis of your personal experience, please suggest us the way of reading the social books so that we don't have any wrong view like theory of communism and political interpretation of Islam.</w:t>
      </w:r>
    </w:p>
    <w:p>
      <w:r>
        <w:rPr>
          <w:b/>
        </w:rPr>
        <w:t xml:space="preserve">[1:38:48] </w:t>
      </w:r>
      <w:r>
        <w:t>dekhen, main yeh nahi samajhta ke koi kitabon ka koi koi nisaab hai, koi set of books hai ke us ko parhen aap.</w:t>
      </w:r>
    </w:p>
    <w:p>
      <w:pPr>
        <w:jc w:val="right"/>
      </w:pPr>
      <w:r>
        <w:t>دیکھیں، میں یہ نہیں سمجھتا کہ کوئی کتابوں کا کوئی کوئی نصاب ہے، کوئی set of books ہے کہ اس کو پڑھیں آپ۔</w:t>
      </w:r>
    </w:p>
    <w:p>
      <w:r>
        <w:rPr>
          <w:b/>
        </w:rPr>
        <w:t xml:space="preserve">[1:39:00] </w:t>
      </w:r>
      <w:r>
        <w:t>main to samajhta hoon ke har book parhna chahiye.</w:t>
      </w:r>
    </w:p>
    <w:p>
      <w:pPr>
        <w:jc w:val="right"/>
      </w:pPr>
      <w:r>
        <w:t>میں تو سمجھتا ہوں کہ ہر book پڑھنا چاہیے۔</w:t>
      </w:r>
    </w:p>
    <w:p>
      <w:r>
        <w:rPr>
          <w:b/>
        </w:rPr>
        <w:t xml:space="preserve">[1:39:04] </w:t>
      </w:r>
      <w:r>
        <w:t>jo cheez chahiye, woh yeh hai ke aap ke andar woh ho, yani yeh salahiyat ho ke aap analysis kar saken, aap sort out kar saken,</w:t>
      </w:r>
    </w:p>
    <w:p>
      <w:pPr>
        <w:jc w:val="right"/>
      </w:pPr>
      <w:r>
        <w:t>جو چیز چاہیے، وہ یہ ہے کہ آپ کے اندر وہ ہو، یعنی یہ صلاحیت ہو کہ آپ analysis کر سکیں، آپ sort out کر سکیں،</w:t>
      </w:r>
    </w:p>
    <w:p>
      <w:r>
        <w:rPr>
          <w:b/>
        </w:rPr>
        <w:t xml:space="preserve">[1:39:17] </w:t>
      </w:r>
      <w:r>
        <w:t>aap black ko white ko alag kar saken, sahi o galat mein farq kar saken. warna koi bhi kitab aap ko mislead kar sakti hai.</w:t>
      </w:r>
    </w:p>
    <w:p>
      <w:pPr>
        <w:jc w:val="right"/>
      </w:pPr>
      <w:r>
        <w:t>آپ بلیک کو white کو الگ کر سکیں، صحیح و غلط میں فرق کر سکیں۔ ورنہ کوئی بھی کتاب آپ کو mislead کر سکتی ہے۔</w:t>
      </w:r>
    </w:p>
    <w:p>
      <w:r>
        <w:rPr>
          <w:b/>
        </w:rPr>
        <w:t xml:space="preserve">[1:39:27] </w:t>
      </w:r>
      <w:r>
        <w:t>koi bhi kitab. jis zamanay mein America mein dhoom thi, atom bomb banaya ja raha tha,</w:t>
      </w:r>
    </w:p>
    <w:p>
      <w:pPr>
        <w:jc w:val="right"/>
      </w:pPr>
      <w:r>
        <w:t>کوئی بھی کتاب۔ جس زمانے میں امریکہ میں دھوم تھی، ایٹم بم بنایا جا رہا تھا،</w:t>
      </w:r>
    </w:p>
    <w:p>
      <w:r>
        <w:rPr>
          <w:b/>
        </w:rPr>
        <w:t xml:space="preserve">[1:39:33] </w:t>
      </w:r>
      <w:r>
        <w:t>wahan kitab chhapi thi bachon ke liye ke a se a se atom, b se bomb. yani bachon ki kitab mein bhi maujood tha yeh sab batain.</w:t>
      </w:r>
    </w:p>
    <w:p>
      <w:pPr>
        <w:jc w:val="right"/>
      </w:pPr>
      <w:r>
        <w:t>وہاں کتاب چھپی تھی بچوں کے لیے کہ اے سے اے سے ایٹم، بی سے بم۔ یعنی بچوں کی کتاب میں بھی موجود تھا یہ سب باتیں۔</w:t>
      </w:r>
    </w:p>
    <w:p>
      <w:r>
        <w:rPr>
          <w:b/>
        </w:rPr>
        <w:t xml:space="preserve">[1:39:45] </w:t>
      </w:r>
      <w:r>
        <w:t>a se atom, b se bomb. to yeh koi is ka nisaab nahi hai. aap dua kijiye, khoob parhiye, khoob sochiye, mind ko khoob active rakhiye.</w:t>
      </w:r>
    </w:p>
    <w:p>
      <w:pPr>
        <w:jc w:val="right"/>
      </w:pPr>
      <w:r>
        <w:t>اے سے ایٹم، بی سے بم۔ تو یہ کوئی اس کا نصاب نہیں ہے۔ آپ دعا کیجیے، خوب پڑھیے، خوب سوچیے، mind کو خوب active رکھیے۔</w:t>
      </w:r>
    </w:p>
    <w:p>
      <w:r>
        <w:rPr>
          <w:b/>
        </w:rPr>
        <w:t xml:space="preserve">[1:40:02] </w:t>
      </w:r>
      <w:r>
        <w:t>to aap ke andar woh cheez paida ho jayegi jis ko kehtay hain salahiyat tamiz. to aap sahi ko galat kar saken ge, yani differentiate kar saken ge aik cheez ko doosri cheez se.</w:t>
      </w:r>
    </w:p>
    <w:p>
      <w:pPr>
        <w:jc w:val="right"/>
      </w:pPr>
      <w:r>
        <w:t>تو آپ کے اندر وہ چیز پیدا ہو جائے گی جس کو کہتے ہیں صلاحیت تمیز۔ تو آپ صحیح کو غلط کر سکیں گے، یعنی differentiate کر سکیں گے ایک چیز کو دوسری چیز سے۔</w:t>
      </w:r>
    </w:p>
    <w:p>
      <w:r>
        <w:rPr>
          <w:b/>
        </w:rPr>
        <w:t xml:space="preserve">[1:40:16] </w:t>
      </w:r>
      <w:r>
        <w:t>tab aap bacha paayenge. baqi koi kitabon ka koi set nahi bacha sakta aap ko. har kitab mein, yani har kitab mein sachai bhi milegi, jhoot bhi milega.</w:t>
      </w:r>
    </w:p>
    <w:p>
      <w:pPr>
        <w:jc w:val="right"/>
      </w:pPr>
      <w:r>
        <w:t>تب آپ بچا پائیں گے۔ باقی کوئی کتابوں کا کوئی set نہیں بچا سکتا آپ کو۔ ہر کتاب میں، یعنی ہر کتاب میں سچائی بھی ملے گی، جھوٹ بھی ملے گی۔</w:t>
      </w:r>
    </w:p>
    <w:p>
      <w:r>
        <w:rPr>
          <w:b/>
        </w:rPr>
        <w:t xml:space="preserve">[1:40:29] </w:t>
      </w:r>
      <w:r>
        <w:t>quran mein ayat dekhen, quran khud quran ke baray mein hai ke yudillu bihi katheerun wa yahdi bihi katheerun yani quran bohat se logon ko gumrah kar deta hai. quran bohat se logon ko hidayat deta hai.</w:t>
      </w:r>
    </w:p>
    <w:p>
      <w:pPr>
        <w:jc w:val="right"/>
      </w:pPr>
      <w:r>
        <w:t>قرآن میں آیت دیکھیں، قرآن خود قرآن کے بارے میں ہے کہ یذل بہ کثیر ویدی بہ کثیر یعنی قرآن بہت سے لوگوں کو گمراہ کر دیتا ہے۔ قرآن بہت سے لوگوں کو ہدایت دیتا ہے۔</w:t>
      </w:r>
    </w:p>
    <w:p>
      <w:r>
        <w:rPr>
          <w:b/>
        </w:rPr>
        <w:t xml:space="preserve">[1:40:39] </w:t>
      </w:r>
      <w:r>
        <w:t>ab dekhen ke ab kon si kitab batai jaye aap ko. to</w:t>
      </w:r>
    </w:p>
    <w:p>
      <w:pPr>
        <w:jc w:val="right"/>
      </w:pPr>
      <w:r>
        <w:t>اب دیکھیں کہ اب کون سی کتاب بتائی جائے آپ کو۔ تو</w:t>
      </w:r>
    </w:p>
    <w:p>
      <w:r>
        <w:rPr>
          <w:b/>
        </w:rPr>
        <w:t xml:space="preserve">[1:40:44] </w:t>
      </w:r>
      <w:r>
        <w:t>koi kitab aisi nahi hai jo aap ko, yani compulsively hidayat de de. nahi, aisa nahi ho sakta hai. aap apne mind ko prepare karna parega.</w:t>
      </w:r>
    </w:p>
    <w:p>
      <w:pPr>
        <w:jc w:val="right"/>
      </w:pPr>
      <w:r>
        <w:t>کوئی کتاب ایسی نہیں ہے جو آپ کو، یعنی compulsively ہدایت دے دے۔ نہیں، ایسا نہیں ہو سکتا ہے۔ آپ اپنے mind کو prepare کرنا پڑے گا۔</w:t>
      </w:r>
    </w:p>
    <w:p>
      <w:r>
        <w:rPr>
          <w:b/>
        </w:rPr>
        <w:t xml:space="preserve">[1:40:56] </w:t>
      </w:r>
      <w:r>
        <w:t>asal cheez hai prepared mind ki. Prepared mind asal hai. phir har kitab aap ke liye, har kitab se aap achhi baaten pa sakte hain.</w:t>
      </w:r>
    </w:p>
    <w:p>
      <w:pPr>
        <w:jc w:val="right"/>
      </w:pPr>
      <w:r>
        <w:t>اصل چیز ہے prepared mind کی۔ Prepared mind اصل ہے۔ پھر ہر کتاب آپ کے لیے، ہر کتاب سے آپ اچھی باتیں پا سکتے ہیں۔</w:t>
      </w:r>
    </w:p>
    <w:p>
      <w:r>
        <w:rPr>
          <w:b/>
        </w:rPr>
        <w:t xml:space="preserve">[1:41:07] </w:t>
      </w:r>
      <w:r>
        <w:t>This question is from Mr. Shariq from New Delhi.</w:t>
      </w:r>
    </w:p>
    <w:p>
      <w:pPr>
        <w:jc w:val="right"/>
      </w:pPr>
      <w:r>
        <w:t>This question is from Mr. Shariq from New Delhi.</w:t>
      </w:r>
    </w:p>
    <w:p>
      <w:r>
        <w:rPr>
          <w:b/>
        </w:rPr>
        <w:t xml:space="preserve">[1:41:11] </w:t>
      </w:r>
      <w:r>
        <w:t>Maulana, please tell us the hadith of Hazrat Umar on what is taqwa. Dekhein, ek baar aisa hua ke Hazrat Umar jo thay, jab Khalifa thay to ek aur doosre Sahabi thay,</w:t>
      </w:r>
    </w:p>
    <w:p>
      <w:pPr>
        <w:jc w:val="right"/>
      </w:pPr>
      <w:r>
        <w:t>Maulana, please tell us the hadith of Hazrat Umar on what is تقویٰ. دیکھیں، ایک بار ایسا ہوا کہ حضرت عمر جو تھے، جب خلیفہ تھے تو ایک اور دوسرے صحابی تھے،</w:t>
      </w:r>
    </w:p>
    <w:p>
      <w:r>
        <w:rPr>
          <w:b/>
        </w:rPr>
        <w:t xml:space="preserve">[1:41:28] </w:t>
      </w:r>
      <w:r>
        <w:t>Ghaliban ghaliban woh thay Abi ibn Ka'b thay, ghaliban woh. To un se poocha ke taqwa kya hai?</w:t>
      </w:r>
    </w:p>
    <w:p>
      <w:pPr>
        <w:jc w:val="right"/>
      </w:pPr>
      <w:r>
        <w:t>غالباً غالباً وہ تھے ابی ابن کعب تھے، غالباً وہ۔ تو ان سے پوچھا کہ تقویٰ کیا ہے؟</w:t>
      </w:r>
    </w:p>
    <w:p>
      <w:r>
        <w:rPr>
          <w:b/>
        </w:rPr>
        <w:t xml:space="preserve">[1:41:39] </w:t>
      </w:r>
      <w:r>
        <w:t>Yeh tha mutual learning ke matlab nahi tha ke Hazrat Umar jante nahi thay. That was a way of mutual learning. To Hazrat Umar ne un se poocha ke taqwa kya hai?</w:t>
      </w:r>
    </w:p>
    <w:p>
      <w:pPr>
        <w:jc w:val="right"/>
      </w:pPr>
      <w:r>
        <w:t>یہ تھا mutual learning کہ مطلب نہیں تھا کہ حضرت عمر جانتے نہیں تھے۔ That was a way of mutual learning. تو حضرت عمر نے ان سے پوچھا کہ تقویٰ کیا ہے؟</w:t>
      </w:r>
    </w:p>
    <w:p>
      <w:r>
        <w:rPr>
          <w:b/>
        </w:rPr>
        <w:t xml:space="preserve">[1:41:50] </w:t>
      </w:r>
      <w:r>
        <w:t>To unhon ne kaha ke ke har salak tha, tareeqa tha, shauqan ke aap ek aise rastay mein chalay hain jis mein jhariyan hon.</w:t>
      </w:r>
    </w:p>
    <w:p>
      <w:pPr>
        <w:jc w:val="right"/>
      </w:pPr>
      <w:r>
        <w:t>تو انہوں نے کہا کہ کہ ہر سلق تھا، طریقہ تھا، شوقن کہ آپ ایک ایسے راستے میں چلے ہیں جس میں جھاڑیاں ہوں۔</w:t>
      </w:r>
    </w:p>
    <w:p>
      <w:r>
        <w:rPr>
          <w:b/>
        </w:rPr>
        <w:t xml:space="preserve">[1:42:01] </w:t>
      </w:r>
      <w:r>
        <w:t>To unhon ne kaha ke haan. To phir woh phir phir phir kya kiya? To unhon ne kaha ke shamrat wajtahed mein ne apne kapray samait liye, bachta hua nikal gaya.</w:t>
      </w:r>
    </w:p>
    <w:p>
      <w:pPr>
        <w:jc w:val="right"/>
      </w:pPr>
      <w:r>
        <w:t>تو انہوں نے کہا کہ ہاں۔ تو پھر وہ پھر پھر پھر کیا کیا؟ تو انہوں نے کہا کہ شمرت واجتہد میں نے اپنے کپڑے سمیٹ لیے، بچتا ہوا نکل گیا۔</w:t>
      </w:r>
    </w:p>
    <w:p>
      <w:r>
        <w:rPr>
          <w:b/>
        </w:rPr>
        <w:t xml:space="preserve">[1:42:14] </w:t>
      </w:r>
      <w:r>
        <w:t>To unhon ne kaha ke zalk taqwa yeh hai taqwa.</w:t>
      </w:r>
    </w:p>
    <w:p>
      <w:pPr>
        <w:jc w:val="right"/>
      </w:pPr>
      <w:r>
        <w:t>تو انہوں نے کہا کہ ذالک التقویٰ یہ ہے تقویٰ۔</w:t>
      </w:r>
    </w:p>
    <w:p>
      <w:r>
        <w:rPr>
          <w:b/>
        </w:rPr>
        <w:t xml:space="preserve">[1:42:18] </w:t>
      </w:r>
      <w:r>
        <w:t>To dunya aap jante hain ke bhari hui hai negative thoughts se, bhari hui hai evil se, bhari hui hai fasad se, bhari hui hai provocation se,</w:t>
      </w:r>
    </w:p>
    <w:p>
      <w:pPr>
        <w:jc w:val="right"/>
      </w:pPr>
      <w:r>
        <w:t>تو دنیا آپ جانتے ہیں کہ بھری ہوئی ہے نیگیٹیو تھاٹس سے، بھری ہوئی ہے ایول سے، بھری ہوئی ہے فساد سے، بھری ہوئی ہے پرووکیشن سے،</w:t>
      </w:r>
    </w:p>
    <w:p>
      <w:r>
        <w:rPr>
          <w:b/>
        </w:rPr>
        <w:t xml:space="preserve">[1:42:33] </w:t>
      </w:r>
      <w:r>
        <w:t>Bhari hui hai exploitation se. Aise har har har second aisi baatein ho rahi hain ke is tarah aap ka anger aaye, anger aap provoke hon, aap ka negative thought aaye.</w:t>
      </w:r>
    </w:p>
    <w:p>
      <w:pPr>
        <w:jc w:val="right"/>
      </w:pPr>
      <w:r>
        <w:t>بھری ہوئی ہے ایکسپلائٹیشن سے۔ ایسے ہر ہر ہر سیکنڈ ایسی باتیں ہو رہی ہیں کہ اس طرح آپ کا اینگر آئے، اینگر آپ پرووک ہوں، آپ کا نیگیٹیو تھاٹ آئے۔</w:t>
      </w:r>
    </w:p>
    <w:p>
      <w:r>
        <w:rPr>
          <w:b/>
        </w:rPr>
        <w:t xml:space="preserve">[1:42:45] </w:t>
      </w:r>
      <w:r>
        <w:t>Dunya aisi hai aur aisi rahe gi. Dunya</w:t>
      </w:r>
    </w:p>
    <w:p>
      <w:pPr>
        <w:jc w:val="right"/>
      </w:pPr>
      <w:r>
        <w:t>دنیا ایسی ہے اور ایسی رہے گی۔ دنیا</w:t>
      </w:r>
    </w:p>
    <w:p>
      <w:r>
        <w:rPr>
          <w:b/>
        </w:rPr>
        <w:t xml:space="preserve">[1:42:47] </w:t>
      </w:r>
      <w:r>
        <w:t>Kabhi bhi koi ideal dunya banni wali nahi hai. Aristotle aur Plato se le kar aaj tak sab log yeh chahte rahe ke ek al ek ideal world banayein, lekin yeh impossible hai.</w:t>
      </w:r>
    </w:p>
    <w:p>
      <w:pPr>
        <w:jc w:val="right"/>
      </w:pPr>
      <w:r>
        <w:t>کبھی بھی کوئی آئیڈیل دنیا بننے والی نہیں ہے۔ ارسٹوٹل اور پیلٹو سے لے کر آج تک سب لوگ یہ چاہتے رہے کہ ایک ال ایک آئیڈیل ورلڈ بنائیں، لیکن یہ امپاسیبل ہے۔</w:t>
      </w:r>
    </w:p>
    <w:p>
      <w:r>
        <w:rPr>
          <w:b/>
        </w:rPr>
        <w:t xml:space="preserve">[1:42:59] </w:t>
      </w:r>
      <w:r>
        <w:t>Na kabhi bana, na kabhi banni wala hai. To kya karein aap? Yahi tareeqa karein aap. Jis tarah jhari mein aadmi chalta hai, yani kaantay daar jhari mein, to bachta hua jata hai, bachta hua ya bachta hua jata tha.</w:t>
      </w:r>
    </w:p>
    <w:p>
      <w:pPr>
        <w:jc w:val="right"/>
      </w:pPr>
      <w:r>
        <w:t>نہ کبھی بنا، نہ کبھی بننے والا ہے۔ تو کیا کریں آپ؟ یہی طریقہ کریں آپ۔ جس طرح جھاڑی میں آدمی چلتا ہے، یعنی کانٹے دار جھاڑی میں، تو بچتا ہوا جاتا ہے، بچتا ہوا یا بچتا ہوا جاتا تھا۔</w:t>
      </w:r>
    </w:p>
    <w:p>
      <w:r>
        <w:rPr>
          <w:b/>
        </w:rPr>
        <w:t xml:space="preserve">[1:43:15] </w:t>
      </w:r>
      <w:r>
        <w:t>Aise hi aap ek musafir ban kar rahein dunya mein aur bachte hue nikal jaiye. Yeh hai taqwa. This question is from Mr.</w:t>
      </w:r>
    </w:p>
    <w:p>
      <w:pPr>
        <w:jc w:val="right"/>
      </w:pPr>
      <w:r>
        <w:t>ایسے ہی آپ ایک مسافر بن کر رہیں دنیا میں اور بچتے ہوئے نکل جائیے۔ یہ ہے تقویٰ۔ This question is from Mr.</w:t>
      </w:r>
    </w:p>
    <w:p>
      <w:r>
        <w:rPr>
          <w:b/>
        </w:rPr>
        <w:t xml:space="preserve">[1:43:25] </w:t>
      </w:r>
      <w:r>
        <w:t>Jalaluddin from Dubai. How does one increase one's taqwa?</w:t>
      </w:r>
    </w:p>
    <w:p>
      <w:pPr>
        <w:jc w:val="right"/>
      </w:pPr>
      <w:r>
        <w:t>Jalaluddin from Dubai. How does one increase one's تقویٰ?</w:t>
      </w:r>
    </w:p>
    <w:p>
      <w:r>
        <w:rPr>
          <w:b/>
        </w:rPr>
        <w:t xml:space="preserve">[1:43:39] </w:t>
      </w:r>
      <w:r>
        <w:t>Dekhein, is ka rasta hai introspection, jis ko kehte hain shariat mein muhasiba.</w:t>
      </w:r>
    </w:p>
    <w:p>
      <w:pPr>
        <w:jc w:val="right"/>
      </w:pPr>
      <w:r>
        <w:t>دیکھیں، اس کا راستہ ہے انٹراسپیکشن، جس کو کہتے ہیں شریعت میں محاسبہ۔</w:t>
      </w:r>
    </w:p>
    <w:p>
      <w:r>
        <w:rPr>
          <w:b/>
        </w:rPr>
        <w:t xml:space="preserve">[1:43:46] </w:t>
      </w:r>
      <w:r>
        <w:t>Apne bare mein sochte rehna. Yani apni har baat ko examine karna, apni har baat ko assess karna, apni har baat ko jaanchana, kya theek tha, kya theek nahi tha.</w:t>
      </w:r>
    </w:p>
    <w:p>
      <w:pPr>
        <w:jc w:val="right"/>
      </w:pPr>
      <w:r>
        <w:t>اپنے بارے میں سوچتے رہنا۔ یعنی اپنی ہر بات کو examine کرنا، اپنی ہر بات کو assess کرنا، اپنی ہر بات کو جانچنا، کیا ٹھیک تھا، کیا ٹھیک نہیں تھا۔</w:t>
      </w:r>
    </w:p>
    <w:p>
      <w:r>
        <w:rPr>
          <w:b/>
        </w:rPr>
        <w:t xml:space="preserve">[1:44:05] </w:t>
      </w:r>
      <w:r>
        <w:t>Aur bohat hi objective tor par jaanchana. Yeh ek process hai, yani muhasiba ka ek process hai. Muhasiba koi waqti cheez nahi hai.</w:t>
      </w:r>
    </w:p>
    <w:p>
      <w:pPr>
        <w:jc w:val="right"/>
      </w:pPr>
      <w:r>
        <w:t>اور بہت ہی objective طور پر جانچنا۔ یہ ایک process ہے، یعنی محاسبہ کا ایک process ہے۔ محاسبہ کوئی وقتی چیز نہیں ہے۔</w:t>
      </w:r>
    </w:p>
    <w:p>
      <w:r>
        <w:rPr>
          <w:b/>
        </w:rPr>
        <w:t xml:space="preserve">[1:44:15] </w:t>
      </w:r>
      <w:r>
        <w:t>Muhasiba ya introspection jo hai, reassessment, yeh sab ek ek process hai jo chalte hi rehna chahiye har waqt.</w:t>
      </w:r>
    </w:p>
    <w:p>
      <w:pPr>
        <w:jc w:val="right"/>
      </w:pPr>
      <w:r>
        <w:t>محاسبہ یا introspection جو ہے، reassessment، یہ سب ایک ایک process ہے جو چلتے ہی رہنا چاہیے ہر وقت۔</w:t>
      </w:r>
    </w:p>
    <w:p>
      <w:r>
        <w:rPr>
          <w:b/>
        </w:rPr>
        <w:t xml:space="preserve">[1:44:26] </w:t>
      </w:r>
      <w:r>
        <w:t>To jo aadmi is process ko chalaye ga to wahi taqwa ko paye ga. Jo is process ko nahi chalaye ga to kisi aur tareeqay se aap taqwa nahi pa sakte.</w:t>
      </w:r>
    </w:p>
    <w:p>
      <w:pPr>
        <w:jc w:val="right"/>
      </w:pPr>
      <w:r>
        <w:t>تو جو آدمی اس process کو چلائے گا تو وہی تقویٰ کو پائے گا۔ جو اس process کو نہیں چلائے گا تو کسی اور طریقے سے آپ تقویٰ نہیں پا سکتے۔</w:t>
      </w:r>
    </w:p>
    <w:p>
      <w:r>
        <w:rPr>
          <w:b/>
        </w:rPr>
        <w:t xml:space="preserve">[1:44:39] </w:t>
      </w:r>
      <w:r>
        <w:t>Koi muraqba, koi meditation, koi zikr azkar jo hote hain, koi tasbeeh khwani, is se nahi honay wala hai. Ek intellectual exercise karni parti hai.</w:t>
      </w:r>
    </w:p>
    <w:p>
      <w:pPr>
        <w:jc w:val="right"/>
      </w:pPr>
      <w:r>
        <w:t>کوئی مراقبہ، کوئی meditation، کوئی ذکر اذکار جو ہوتے ہیں، کوئی تسبیح خوانی، اس سے نہیں ہونے والا ہے۔ ایک intellectual exercise کرنی پڑتی ہے۔</w:t>
      </w:r>
    </w:p>
    <w:p>
      <w:r>
        <w:rPr>
          <w:b/>
        </w:rPr>
        <w:t xml:space="preserve">[1:44:50] </w:t>
      </w:r>
      <w:r>
        <w:t>Ek intellectual activity karni parti hai. Muhasiba kya hai? Introspection kya hai? Woh intellectual activity hai. Jo aadmi yeh kare ga, usi ko yeh cheez hasil hogi.</w:t>
      </w:r>
    </w:p>
    <w:p>
      <w:pPr>
        <w:jc w:val="right"/>
      </w:pPr>
      <w:r>
        <w:t>ایک intellectual activity کرنی پڑتی ہے۔ محاسبہ کیا ہے؟ Introspection کیا ہے؟ وہ intellectual activity ہے۔ جو آدمی یہ کرے گا، اسی کو یہ چیز حاصل ہوگی۔</w:t>
      </w:r>
    </w:p>
    <w:p>
      <w:r>
        <w:rPr>
          <w:b/>
        </w:rPr>
        <w:t xml:space="preserve">[1:45:07] </w:t>
      </w:r>
      <w:r>
        <w:t>This question is from Miss Sadia from Delhi. There are some who say that fear of God or the wrath of God is not compatible with His nature of mercy, generosity, and compassion.</w:t>
      </w:r>
    </w:p>
    <w:p>
      <w:pPr>
        <w:jc w:val="right"/>
      </w:pPr>
      <w:r>
        <w:t>This question is from Miss Sadia from Delhi. There are some who say that fear of God or the wrath of God is not compatible with His nature of mercy, generosity, and compassion.</w:t>
      </w:r>
    </w:p>
    <w:p>
      <w:r>
        <w:rPr>
          <w:b/>
        </w:rPr>
        <w:t xml:space="preserve">[1:45:24] </w:t>
      </w:r>
      <w:r>
        <w:t>Therefore, they claim that man must not fear God. Kindly comment. Dekhein, fear jo hai ek positive</w:t>
      </w:r>
    </w:p>
    <w:p>
      <w:pPr>
        <w:jc w:val="right"/>
      </w:pPr>
      <w:r>
        <w:t>Therefore, they claim that man must not fear God. Kindly comment. دیکھیں، fear جو ہے ایک positive</w:t>
      </w:r>
    </w:p>
    <w:p>
      <w:r>
        <w:rPr>
          <w:b/>
        </w:rPr>
        <w:t xml:space="preserve">[1:45:35] </w:t>
      </w:r>
      <w:r>
        <w:t>quality hai. Yeh bohat bari ghalat fehmi logon ko hai. Samajhte hain ke shair bagh se darna jaisay hota hai, waisa. Nahi, nahi. Fear kya hai?</w:t>
      </w:r>
    </w:p>
    <w:p>
      <w:pPr>
        <w:jc w:val="right"/>
      </w:pPr>
      <w:r>
        <w:t>quality ہے۔ یہ بہت بڑی غلط فہمی لوگوں کو ہے۔ سمجھتے ہیں کہ شیر باغ سے ڈرنا جیسے ہوتا ہے، ویسا۔ نہیں، نہیں۔ Fear کیا ہے؟</w:t>
      </w:r>
    </w:p>
    <w:p>
      <w:r>
        <w:rPr>
          <w:b/>
        </w:rPr>
        <w:t xml:space="preserve">[1:45:45] </w:t>
      </w:r>
      <w:r>
        <w:t>Fear ko is sense mein na lijiye jo ke general use mein hota hai.</w:t>
      </w:r>
    </w:p>
    <w:p>
      <w:pPr>
        <w:jc w:val="right"/>
      </w:pPr>
      <w:r>
        <w:t>Fear کو اس sense میں نہ لیجئے جو کہ جنرل use میں ہوتا ہے۔</w:t>
      </w:r>
    </w:p>
    <w:p>
      <w:r>
        <w:rPr>
          <w:b/>
        </w:rPr>
        <w:t xml:space="preserve">[1:45:52] </w:t>
      </w:r>
      <w:r>
        <w:t>Fear ka matlab yeh hai ke aap, yaani</w:t>
      </w:r>
    </w:p>
    <w:p>
      <w:pPr>
        <w:jc w:val="right"/>
      </w:pPr>
      <w:r>
        <w:t>Fear کا مطلب یہ ہے کہ آپ، یعنی</w:t>
      </w:r>
    </w:p>
    <w:p>
      <w:r>
        <w:rPr>
          <w:b/>
        </w:rPr>
        <w:t xml:space="preserve">[1:45:59] </w:t>
      </w:r>
      <w:r>
        <w:t>koi aur dard mujhe nahi maloom ke kya hai is ke liye, lekin Khuda jo Almighty hai, Khuda jo sab kuch hai, to dunya ko dekh raha hai.</w:t>
      </w:r>
    </w:p>
    <w:p>
      <w:pPr>
        <w:jc w:val="right"/>
      </w:pPr>
      <w:r>
        <w:t>کوئی اور درد مجھے نہیں معلوم کہ کیا ہے اس کے لیے، لیکن خدا جو Almighty ہے، خدا جو سب کچھ ہے، تو دنیا کو دیکھ رہا ہے۔</w:t>
      </w:r>
    </w:p>
    <w:p>
      <w:r>
        <w:rPr>
          <w:b/>
        </w:rPr>
        <w:t xml:space="preserve">[1:46:09] </w:t>
      </w:r>
      <w:r>
        <w:t>Woh dunya ko woh record tayyar karwa raha hai. To hum us ke aage accountable hain. Yaani Khuda ne dunya is liye nahi banai hai ke aap yahan bandaron ki tarah rahen, bandaron ki taraf chale jayen.</w:t>
      </w:r>
    </w:p>
    <w:p>
      <w:pPr>
        <w:jc w:val="right"/>
      </w:pPr>
      <w:r>
        <w:t>وہ دنیا کو وہ ریکارڈ تیار کروا رہا ہے۔ تو ہم اس کے آگے accountable ہیں۔ یعنی خدا نے دنیا اس لیے نہیں بنائی ہے کہ آپ یہاں بندروں کی طرح رہیں، بندروں کی طرف چلے جائیں۔</w:t>
      </w:r>
    </w:p>
    <w:p>
      <w:r>
        <w:rPr>
          <w:b/>
        </w:rPr>
        <w:t xml:space="preserve">[1:46:22] </w:t>
      </w:r>
      <w:r>
        <w:t>Main aik martaba aik aik gaya, aik aik building mein, aik aik us ke pahaar ke upar aik building thi, bilkul khali thi, koi tha nahi wahan pe. To wahan sab bandar ghusi hui thay, kood phand macha rahe thay.</w:t>
      </w:r>
    </w:p>
    <w:p>
      <w:pPr>
        <w:jc w:val="right"/>
      </w:pPr>
      <w:r>
        <w:t>میں ایک مرتبہ ایک ایک گیا، ایک ایک بلڈنگ میں، ایک ایک اس کے پہاڑ کے اوپر ایک بلڈنگ تھی، بالکل خالی تھی، کوئی تھا نہیں وہاں پہ۔ تو وہاں سب بندر گھسی ہوئی تھے، کچل کود مچا رہے تھے۔</w:t>
      </w:r>
    </w:p>
    <w:p>
      <w:r>
        <w:rPr>
          <w:b/>
        </w:rPr>
        <w:t xml:space="preserve">[1:46:34] </w:t>
      </w:r>
      <w:r>
        <w:t>To maine socha ke aise hi insaan kar raha hai, bandaron ko uchhal uchhal kood kar raha hai. To Khuda jo hai, us is liye nahi banaya ke aap bandaron ki tarah rahen aur phir chale jayen dunya se, kuch na ho.</w:t>
      </w:r>
    </w:p>
    <w:p>
      <w:pPr>
        <w:jc w:val="right"/>
      </w:pPr>
      <w:r>
        <w:t>تو میں نے سوچا کہ ایسے ہی انسان کر رہا ہے، بندروں کو اچھل اچھل کود کر رہا ہے۔ تو خدا جو ہے، اس اس لیے نہیں بنایا کہ آپ بندروں کی طرح رہیں اور پھر چلے جائیں دنیا سے، کچھ نہ ہو۔</w:t>
      </w:r>
    </w:p>
    <w:p>
      <w:r>
        <w:rPr>
          <w:b/>
        </w:rPr>
        <w:t xml:space="preserve">[1:46:45] </w:t>
      </w:r>
      <w:r>
        <w:t>Nahi, Khuda dekhega ke kaun just tha, kaun unjust tha,</w:t>
      </w:r>
    </w:p>
    <w:p>
      <w:pPr>
        <w:jc w:val="right"/>
      </w:pPr>
      <w:r>
        <w:t>نہیں، خدا دیکھے گا کہ کون جسٹ تھا، کون ان جسٹ تھا،</w:t>
      </w:r>
    </w:p>
    <w:p>
      <w:r>
        <w:rPr>
          <w:b/>
        </w:rPr>
        <w:t xml:space="preserve">[1:46:51] </w:t>
      </w:r>
      <w:r>
        <w:t>kis ne discipline mein raha, kaun indiscipline mein raha, kaun sach par gaya, kaun jhoot par gaya, kis ne exploitation ka tareeqa ikhtiyar kiya, kis ne bachaya apne aap ko is se.</w:t>
      </w:r>
    </w:p>
    <w:p>
      <w:pPr>
        <w:jc w:val="right"/>
      </w:pPr>
      <w:r>
        <w:t>کس نے ڈسپلن میں رہا، کون ان ڈسپلن میں رہا، کون سچ پر گیا، کون جھوٹ پر گیا، کس نے ایکسپلائٹیشن کا طریقہ اختیار کیا، کس نے بچایا اپنے آپ کو اس سے۔</w:t>
      </w:r>
    </w:p>
    <w:p>
      <w:r>
        <w:rPr>
          <w:b/>
        </w:rPr>
        <w:t xml:space="preserve">[1:47:03] </w:t>
      </w:r>
      <w:r>
        <w:t>To woh examine karega. To jab examine karega to us ke baad woh punishment bhi dega aur aur aur reward bhi dega. Isi cheez ko soch kar ke jo kaifiyat paida hoti hai, use kaha jata hai khauf Khuda.</w:t>
      </w:r>
    </w:p>
    <w:p>
      <w:pPr>
        <w:jc w:val="right"/>
      </w:pPr>
      <w:r>
        <w:t>تو وہ ایگزیمن کرے گا۔ تو جب ایگزیمن کرے گا تو اس کے بعد وہ پنشمنٹ بھی دے گا اور اور اور ریوارڈ بھی دے گا۔ اسی چیز کو سوچ کر کے جو کیفیت پیدا ہوتی ہے، اسے کہا جاتا ہے خوف خدا۔</w:t>
      </w:r>
    </w:p>
    <w:p>
      <w:r>
        <w:rPr>
          <w:b/>
        </w:rPr>
        <w:t xml:space="preserve">[1:47:16] </w:t>
      </w:r>
      <w:r>
        <w:t>Yaani accountability ka ehsas se jo cheez paida hoti hai, usi ko koi aur lafz bol lijiye.</w:t>
      </w:r>
    </w:p>
    <w:p>
      <w:pPr>
        <w:jc w:val="right"/>
      </w:pPr>
      <w:r>
        <w:t>یعنی اکاؤنٹیبلٹی کا احساس سے جو چیز پیدا ہوتی ہے، اسی کو کوئی اور لفظ بول لیجئے۔</w:t>
      </w:r>
    </w:p>
    <w:p>
      <w:r>
        <w:rPr>
          <w:b/>
        </w:rPr>
        <w:t xml:space="preserve">[1:47:21] </w:t>
      </w:r>
      <w:r>
        <w:t>Aap agar aap ko lafz pasand nahi hai to koi aur lafz bol lijiye. Ya we are we are accountable before God jab yeh ehsas hoga to to jo us ke jo cheez paida hogi, us ko jo jo chahe word likh lijiye aap.</w:t>
      </w:r>
    </w:p>
    <w:p>
      <w:pPr>
        <w:jc w:val="right"/>
      </w:pPr>
      <w:r>
        <w:t>آپ اگر آپ کو لفظ پسند نہیں ہے تو کوئی اور لفظ بول لیجئے۔ یا we are we are accountable before God جب یہ احساس ہوگا تو تو جو اس کے جو چیز پیدا ہوگی، اس کو جو جو چاہے ورڈ لکھ لیجئے آپ۔</w:t>
      </w:r>
    </w:p>
    <w:p>
      <w:r>
        <w:rPr>
          <w:b/>
        </w:rPr>
        <w:t xml:space="preserve">[1:47:35] </w:t>
      </w:r>
      <w:r>
        <w:t>Lekin yeh hai accountability ko soch kar ke jo gehra ehsas paida hota hai, usi ka naam hai khauf Khuda.</w:t>
      </w:r>
    </w:p>
    <w:p>
      <w:pPr>
        <w:jc w:val="right"/>
      </w:pPr>
      <w:r>
        <w:t>لیکن یہ ہے اکاؤنٹیبلٹی کو سوچ کر کے جو گہرا احساس پیدا ہوتا ہے، اسی کا نام ہے خوف خدا۔</w:t>
      </w:r>
    </w:p>
    <w:p>
      <w:r>
        <w:rPr>
          <w:b/>
        </w:rPr>
        <w:t xml:space="preserve">[1:47:47] </w:t>
      </w:r>
      <w:r>
        <w:t>This question is from</w:t>
      </w:r>
    </w:p>
    <w:p>
      <w:pPr>
        <w:jc w:val="right"/>
      </w:pPr>
      <w:r>
        <w:t>This question is from</w:t>
      </w:r>
    </w:p>
    <w:p>
      <w:r>
        <w:rPr>
          <w:b/>
        </w:rPr>
        <w:t xml:space="preserve">[1:47:49] </w:t>
      </w:r>
      <w:r>
        <w:t>Mr. Mustafa Umri from Delhi. Quran Arabic language mein hai. Arab mein logon ki language Arabic hai.</w:t>
      </w:r>
    </w:p>
    <w:p>
      <w:pPr>
        <w:jc w:val="right"/>
      </w:pPr>
      <w:r>
        <w:t>Mr. Mustafa Umri from Delhi. قرآن عربی language میں ہے۔ عرب میں لوگوں کی language عربی ہے۔</w:t>
      </w:r>
    </w:p>
    <w:p>
      <w:r>
        <w:rPr>
          <w:b/>
        </w:rPr>
        <w:t xml:space="preserve">[1:47:59] </w:t>
      </w:r>
      <w:r>
        <w:t>Phir bhi woh Quran ko sahi nahi samajh pa rahe hain. Aakhir is ka kya, is ki kya wajah hai? Sari Arabic thi Quran ki.</w:t>
      </w:r>
    </w:p>
    <w:p>
      <w:pPr>
        <w:jc w:val="right"/>
      </w:pPr>
      <w:r>
        <w:t>پھر بھی وہ قرآن کو صحیح نہیں سمجھ پا رہے ہیں۔ آخر اس کا کیا، اس کی کیا وجہ ہے؟ ساری عربی تھی قرآن کی۔</w:t>
      </w:r>
    </w:p>
    <w:p>
      <w:r>
        <w:rPr>
          <w:b/>
        </w:rPr>
        <w:t xml:space="preserve">[1:48:08] </w:t>
      </w:r>
      <w:r>
        <w:t>Abu Jahl ki bhi zuban Arabic thi. Abu Lahab ki zuban bhi Arabic thi. Asal cheez, asal cheez Arabic janna nahi hai.</w:t>
      </w:r>
    </w:p>
    <w:p>
      <w:pPr>
        <w:jc w:val="right"/>
      </w:pPr>
      <w:r>
        <w:t>ابوجہل کی بھی زبان عربی تھی۔ ابو لہب کی زبان بھی عربی تھی۔ اصل چیز، اصل چیز عربی جاننا نہیں ہے۔</w:t>
      </w:r>
    </w:p>
    <w:p>
      <w:r>
        <w:rPr>
          <w:b/>
        </w:rPr>
        <w:t xml:space="preserve">[1:48:20] </w:t>
      </w:r>
      <w:r>
        <w:t>Asal cheez yeh hai ke jis ke andar woh ho. Quran mein lafz istemal kiya gaya inabat. Jis mein inabat ho, us ko hidayat milti hai.</w:t>
      </w:r>
    </w:p>
    <w:p>
      <w:pPr>
        <w:jc w:val="right"/>
      </w:pPr>
      <w:r>
        <w:t>اصل چیز یہ ہے کہ جس کے اندر وہ ہو۔ قرآن میں لفظ استعمال کیا گیا عنابت۔ جس میں عنابت ہو، اس کو ہدایت ملتی ہے۔</w:t>
      </w:r>
    </w:p>
    <w:p>
      <w:r>
        <w:rPr>
          <w:b/>
        </w:rPr>
        <w:t xml:space="preserve">[1:48:28] </w:t>
      </w:r>
      <w:r>
        <w:t>Inabat. Isi ko main kahunga ke jis ke andar seekhne ki spirit ho. Quran mein jis baat ko kaha gaya hai wa yahdi ilaihi man yunib yani jis ke andar inabat ho, us ko hidayat milti hai.</w:t>
      </w:r>
    </w:p>
    <w:p>
      <w:pPr>
        <w:jc w:val="right"/>
      </w:pPr>
      <w:r>
        <w:t>عنابت۔ اسی کو میں کہوں گا کہ جس کے اندر سیکھنے کی سپرٹ ہو۔ قرآن میں جس بات کو کہا گیا ہے ويهدي إليه من ينيب یعنی جس کے اندر عنابت ہو، اس کو ہدایت ملتی ہے۔</w:t>
      </w:r>
    </w:p>
    <w:p>
      <w:r>
        <w:rPr>
          <w:b/>
        </w:rPr>
        <w:t xml:space="preserve">[1:48:43] </w:t>
      </w:r>
      <w:r>
        <w:t>Isi ko main kehta hoon ke jis ke andar seekhne ki spirit ho, us ko sachai mile gi</w:t>
      </w:r>
    </w:p>
    <w:p>
      <w:pPr>
        <w:jc w:val="right"/>
      </w:pPr>
      <w:r>
        <w:t>اسی کو میں کہتا ہوں کہ جس کے اندر سیکھنے کی سپرٹ ہو، اس کو سچائی ملے گ</w:t>
      </w:r>
    </w:p>
    <w:p>
      <w:r>
        <w:rPr>
          <w:b/>
        </w:rPr>
        <w:t xml:space="preserve">[1:48:48] </w:t>
      </w:r>
      <w:r>
        <w:t>y. Seekhne ki spirit nahi hai to sachai bhi nahi mile gi. To use Arabic janne se kuch nahi hota. Rasool Allah ki zubanen bohat se log thay, woh Arabic jante thay, woh.</w:t>
      </w:r>
    </w:p>
    <w:p>
      <w:pPr>
        <w:jc w:val="right"/>
      </w:pPr>
      <w:r>
        <w:t>ی۔ سیکھنے کی سپرٹ نہیں ہے تو سچائی بھی نہیں ملے گی۔ تو اسے عربی جاننے سے کچھ نہیں ہوتا۔ رسول اللہ کی زبانیں بہت سے لوگ تھے، وہ عربی جانتے تھے، وہ۔</w:t>
      </w:r>
    </w:p>
    <w:p>
      <w:r>
        <w:rPr>
          <w:b/>
        </w:rPr>
        <w:t xml:space="preserve">[1:48:57] </w:t>
      </w:r>
      <w:r>
        <w:t>Lekin is ka matlab yeh tha ke un ko sachai mil gayi. To Quran mein bataya gaya hai ke yahdi ilaihi man yunib jis ke andar inabat hogi, us ko hidayat mile gi.</w:t>
      </w:r>
    </w:p>
    <w:p>
      <w:pPr>
        <w:jc w:val="right"/>
      </w:pPr>
      <w:r>
        <w:t>لیکن اس کا مطلب یہ تھا کہ ان کو سچائی مل گئی۔ تو قرآن میں بتایا گیا ہے کہ يهدي إليه من ينيب جس کے اندر عنابت ہوگی، اس کو ہدایت ملے گی۔</w:t>
      </w:r>
    </w:p>
    <w:p>
      <w:r>
        <w:rPr>
          <w:b/>
        </w:rPr>
        <w:t xml:space="preserve">[1:49:07] </w:t>
      </w:r>
      <w:r>
        <w:t>To aaj kal ke zamane mein main kahunga ke jis ke andar seekhne ki spirit hogi,</w:t>
      </w:r>
    </w:p>
    <w:p>
      <w:pPr>
        <w:jc w:val="right"/>
      </w:pPr>
      <w:r>
        <w:t>تو آج کل کے زمانے میں میں کہوں گا کہ جس کے اندر سیکھنے کی سپرٹ ہوگی،</w:t>
      </w:r>
    </w:p>
    <w:p>
      <w:r>
        <w:rPr>
          <w:b/>
        </w:rPr>
        <w:t xml:space="preserve">[1:49:11] </w:t>
      </w:r>
      <w:r>
        <w:t>jo janna chahta hoga, jis ko janne ka ehsas hoga ke main jaan hoon, main jaan hoon, main jaan hoon, to woh jaan lega.</w:t>
      </w:r>
    </w:p>
    <w:p>
      <w:pPr>
        <w:jc w:val="right"/>
      </w:pPr>
      <w:r>
        <w:t>جو جاننا چاہتا ہوگا، جس کو جاننے کا احساس ہوگا کہ میں جان ہوں، میں جان ہوں، میں جان ہوں، تو وہ جان لے گا۔</w:t>
      </w:r>
    </w:p>
    <w:p>
      <w:r>
        <w:rPr>
          <w:b/>
        </w:rPr>
        <w:t xml:space="preserve">[1:49:22] </w:t>
      </w:r>
      <w:r>
        <w:t>Aur jo is ehsas se khali hoga, to jaane ke mein nahi kuch. Chahe woh Arabic janta ho ya na janta ho, use koi farq nahi padta. This question is from Mr.</w:t>
      </w:r>
    </w:p>
    <w:p>
      <w:pPr>
        <w:jc w:val="right"/>
      </w:pPr>
      <w:r>
        <w:t>اور جو اس احساس سے خالی ہوگا، تو جانے کے میں نہیں کچھ۔ چاہے وہ عربی جانتا ہو یا نہ جانتا ہو، اسے کوئی فرق نہیں پڑتا۔ This question is from Mr.</w:t>
      </w:r>
    </w:p>
    <w:p>
      <w:r>
        <w:rPr>
          <w:b/>
        </w:rPr>
        <w:t xml:space="preserve">[1:49:33] </w:t>
      </w:r>
      <w:r>
        <w:t>Basit Jamaal from Delhi. Maulana, please comment on this hadith</w:t>
      </w:r>
    </w:p>
    <w:p>
      <w:pPr>
        <w:jc w:val="right"/>
      </w:pPr>
      <w:r>
        <w:t>Basit Jamaal from Delhi. Maulana, please comment on this hadith</w:t>
      </w:r>
    </w:p>
    <w:p>
      <w:r>
        <w:rPr>
          <w:b/>
        </w:rPr>
        <w:t xml:space="preserve">[1:49:39] </w:t>
      </w:r>
      <w:r>
        <w:t>. People are like mines of gold and silver if they are good in ignorance. They will be good in Islam if they understand it.</w:t>
      </w:r>
    </w:p>
    <w:p>
      <w:pPr>
        <w:jc w:val="right"/>
      </w:pPr>
      <w:r>
        <w:t>. People are like mines of gold and silver if they are good in ignorance. They will be good in Islam if they understand it.</w:t>
      </w:r>
    </w:p>
    <w:p>
      <w:r>
        <w:rPr>
          <w:b/>
        </w:rPr>
        <w:t xml:space="preserve">[1:50:00] </w:t>
      </w:r>
      <w:r>
        <w:t>hmm. is hadith ka matlab wahi hai jo mein abhi arz kiya aap se ke jis tarah se loha aur ki shakal mein hota hai, insaan bhi aur ki shakal mein hai.</w:t>
      </w:r>
    </w:p>
    <w:p>
      <w:pPr>
        <w:jc w:val="right"/>
      </w:pPr>
      <w:r>
        <w:t>ہمم۔ اس حدیث کا مطلب وہی ہے جو میں ابھی عرض کیا آپ سے کہ جس طرح سے لوہا اور کی شکل میں ہوتا ہے، انسان بھی اور کی شکل میں ہے۔</w:t>
      </w:r>
    </w:p>
    <w:p>
      <w:r>
        <w:rPr>
          <w:b/>
        </w:rPr>
        <w:t xml:space="preserve">[1:50:12] </w:t>
      </w:r>
      <w:r>
        <w:t>hum bhi just like aur hain, yaani kham loha. ab hamare upar depend karta hai ke hum apne ko kaisa banayein. doosri ko hadith mein ek tamseel ki zabaan mein kaha gaya hai,</w:t>
      </w:r>
    </w:p>
    <w:p>
      <w:pPr>
        <w:jc w:val="right"/>
      </w:pPr>
      <w:r>
        <w:t>ہم بھی just like اور ہیں، یعنی خام لوہا۔ اب ہمارے اوپر depend کرتا ہے کہ ہم اپنے کو کیسا بنائیں۔ دوسری کو حدیث میں ایک تمثیل کی زبان میں کہا گیا ہے،</w:t>
      </w:r>
    </w:p>
    <w:p>
      <w:r>
        <w:rPr>
          <w:b/>
        </w:rPr>
        <w:t xml:space="preserve">[1:50:26] </w:t>
      </w:r>
      <w:r>
        <w:t>yaani allegorical language mein bataya gaya hai ke Khuda ne tum ko sab kuch potential de kar duniya mein bhej diya hai, aur is potential ko actual banana tumhara kaam hai.</w:t>
      </w:r>
    </w:p>
    <w:p>
      <w:pPr>
        <w:jc w:val="right"/>
      </w:pPr>
      <w:r>
        <w:t>یعنی allegorical language میں بتایا گیا ہے کہ خدا نے تم کو سب کچھ potential دے کر دنیا میں بھیج دیا ہے، اور اس potential کو actual بنانا تمہارا کام ہے۔</w:t>
      </w:r>
    </w:p>
    <w:p>
      <w:r>
        <w:rPr>
          <w:b/>
        </w:rPr>
        <w:t xml:space="preserve">[1:50:39] </w:t>
      </w:r>
      <w:r>
        <w:t>jo apne potential ko pehchane ga, aur us ko actual banane ke liye woh effort kare ga, to woh paye ga apne effort ka reward.</w:t>
      </w:r>
    </w:p>
    <w:p>
      <w:pPr>
        <w:jc w:val="right"/>
      </w:pPr>
      <w:r>
        <w:t>جو اپنے potential کو پہچانے گا، اور اس کو actual بنانے کے لیے وہ effort کرے گا، تو وہ پائے گا اپنے effort کا reward۔</w:t>
      </w:r>
    </w:p>
    <w:p>
      <w:r>
        <w:rPr>
          <w:b/>
        </w:rPr>
        <w:t xml:space="preserve">[1:50:51] </w:t>
      </w:r>
      <w:r>
        <w:t>aur jo nahi kare ga aisa, to woh woh bhatka hua rahe ga, bhatka hua jiye ga, bhatka hua mare ga. isi baat ko is mein, yaani tamseel ki zabaan mein bayan kiya gaya hai.</w:t>
      </w:r>
    </w:p>
    <w:p>
      <w:pPr>
        <w:jc w:val="right"/>
      </w:pPr>
      <w:r>
        <w:t>اور جو نہیں کرے گا ایسا، تو وہ وہ بھٹکا ہوا رہے گا، بھٹکا ہوا جیے گا، بھٹکا ہوا مرے گا۔ اسی بات کو اس میں، یعنی تمثیل کی زبان میں بیان کیا گیا ہے۔</w:t>
      </w:r>
    </w:p>
    <w:p>
      <w:r>
        <w:rPr>
          <w:b/>
        </w:rPr>
        <w:t xml:space="preserve">[1:51:05] </w:t>
      </w:r>
      <w:r>
        <w:t>This question is from Mr. Ramesh from Delhi. Why is it that man is attracted to evil so easily than to good?</w:t>
      </w:r>
    </w:p>
    <w:p>
      <w:pPr>
        <w:jc w:val="right"/>
      </w:pPr>
      <w:r>
        <w:t>This question is from Mr. Ramesh from Delhi. Why is it that man is attracted to evil so easily than to good?</w:t>
      </w:r>
    </w:p>
    <w:p>
      <w:r>
        <w:rPr>
          <w:b/>
        </w:rPr>
        <w:t xml:space="preserve">[1:51:17] </w:t>
      </w:r>
      <w:r>
        <w:t>What is tazeen aamaal as the Quran puts it? Does it refer to justified evil?</w:t>
      </w:r>
    </w:p>
    <w:p>
      <w:pPr>
        <w:jc w:val="right"/>
      </w:pPr>
      <w:r>
        <w:t>What is تزئین اعمال as the Quran puts it? Does it refer to justified evil?</w:t>
      </w:r>
    </w:p>
    <w:p>
      <w:r>
        <w:rPr>
          <w:b/>
        </w:rPr>
        <w:t xml:space="preserve">[1:51:27] </w:t>
      </w:r>
      <w:r>
        <w:t>nahi, dekhiye, Quran mein do baatein hain.</w:t>
      </w:r>
    </w:p>
    <w:p>
      <w:pPr>
        <w:jc w:val="right"/>
      </w:pPr>
      <w:r>
        <w:t>نہیں، دیکھیے، قرآن میں دو باتیں ہیں۔</w:t>
      </w:r>
    </w:p>
    <w:p>
      <w:r>
        <w:rPr>
          <w:b/>
        </w:rPr>
        <w:t xml:space="preserve">[1:51:31] </w:t>
      </w:r>
      <w:r>
        <w:t>woh yeh ke insaan ke saath ek hi saath, ek hi time mein angel bhi hota hai aur satan bhi hota hai, dono hote hain. asal ek sirf satan ho.</w:t>
      </w:r>
    </w:p>
    <w:p>
      <w:pPr>
        <w:jc w:val="right"/>
      </w:pPr>
      <w:r>
        <w:t>وہ یہ کہ انسان کے ساتھ ایک ہی ساتھ، ایک ہی ٹائم میں اینجل بھی ہوتا ہے اور سیٹن بھی ہوتا ہے، دونوں ہوتے ہیں۔ اصل ایک صرف سیٹن ہو۔</w:t>
      </w:r>
    </w:p>
    <w:p>
      <w:r>
        <w:rPr>
          <w:b/>
        </w:rPr>
        <w:t xml:space="preserve">[1:51:42] </w:t>
      </w:r>
      <w:r>
        <w:t>har aadmi ke saath angel bhi hai, har aadmi ke saath satan bhi hai. to hota kya hai? aap ko badalne ka power na to satan ko hai, na angel ko hai.</w:t>
      </w:r>
    </w:p>
    <w:p>
      <w:pPr>
        <w:jc w:val="right"/>
      </w:pPr>
      <w:r>
        <w:t>ہر آدمی کے ساتھ اینجل بھی ہے، ہر آدمی کے ساتھ سیٹن بھی ہے۔ تو ہوتا کیا ہے؟ آپ کو بدلنے کا پاور نہ تو سیٹن کو ہے، نہ اینجل کو ہے۔</w:t>
      </w:r>
    </w:p>
    <w:p>
      <w:r>
        <w:rPr>
          <w:b/>
        </w:rPr>
        <w:t xml:space="preserve">[1:51:56] </w:t>
      </w:r>
      <w:r>
        <w:t>yaani forceful tareeqe se koi badal de aap ko, to yeh na satan kar sakta hai, na angel kar sakte hain.</w:t>
      </w:r>
    </w:p>
    <w:p>
      <w:pPr>
        <w:jc w:val="right"/>
      </w:pPr>
      <w:r>
        <w:t>یعنی forceful طریقے سے کوئی بدل دے آپ کو، تو یہ نہ سیٹن کر سکتا ہے، نہ اینجل کر سکتے ہیں۔</w:t>
      </w:r>
    </w:p>
    <w:p>
      <w:r>
        <w:rPr>
          <w:b/>
        </w:rPr>
        <w:t xml:space="preserve">[1:52:02] </w:t>
      </w:r>
      <w:r>
        <w:t>in ka kaam kya hai? ke in ka kaam yeh hai ke nola ma tualla yaani jidhar aap apne ko le jayenge, udhar woh aap ko support dete dene lagenge.</w:t>
      </w:r>
    </w:p>
    <w:p>
      <w:pPr>
        <w:jc w:val="right"/>
      </w:pPr>
      <w:r>
        <w:t>ان کا کام کیا ہے؟ کہ ان کا کام یہ ہے کہ نوله ما تول یعنی جدھر آپ اپنے کو لے جائیں گے، ادھر وہ آپ کو support دیتے دینے دینے لگیں گے۔</w:t>
      </w:r>
    </w:p>
    <w:p>
      <w:r>
        <w:rPr>
          <w:b/>
        </w:rPr>
        <w:t xml:space="preserve">[1:52:18] </w:t>
      </w:r>
      <w:r>
        <w:t>agar aap sachai ki taraf jayenge to angel aap ko support den ge. agar aap, agar aap deviate kar ke burai ki taraf jaane lage to wahan shaitan aap ko support dene lage ga.</w:t>
      </w:r>
    </w:p>
    <w:p>
      <w:pPr>
        <w:jc w:val="right"/>
      </w:pPr>
      <w:r>
        <w:t>اگر آپ سچائی کی طرف جائیں گے تو اینجل آپ کو support دیں گے۔ اگر آپ، اگر آپ deviate کر کے برائی کی طرف جانے لگے تو وہاں شیطان آپ کو support دینے لگے گا۔</w:t>
      </w:r>
    </w:p>
    <w:p>
      <w:r>
        <w:rPr>
          <w:b/>
        </w:rPr>
        <w:t xml:space="preserve">[1:52:29] </w:t>
      </w:r>
      <w:r>
        <w:t>to</w:t>
      </w:r>
    </w:p>
    <w:p>
      <w:pPr>
        <w:jc w:val="right"/>
      </w:pPr>
      <w:r>
        <w:t>تو</w:t>
      </w:r>
    </w:p>
    <w:p>
      <w:r>
        <w:rPr>
          <w:b/>
        </w:rPr>
        <w:t xml:space="preserve">[1:52:30] </w:t>
      </w:r>
      <w:r>
        <w:t>donon, aap Allah taala ne aap ko donon support de diye hain, donon supporter. yaani achhe supporter bhi hain, bure supporter bhi. ab aap, aap ka kaam yeh hai ke aap kis supporter ko apne haq mein istemaal karte hain.</w:t>
      </w:r>
    </w:p>
    <w:p>
      <w:pPr>
        <w:jc w:val="right"/>
      </w:pPr>
      <w:r>
        <w:t>دونوں، آپ اللہ تعالی نے آپ کو دونوں support دے دیے ہیں، دونوں supporter۔ یعنی اچھے supporter بھی ہیں، برے supporter بھی۔ اب آپ، آپ کا کام یہ ہے کہ آپ کس supporter کو اپنے حق میں استعمال کرتے ہیں۔</w:t>
      </w:r>
    </w:p>
    <w:p>
      <w:r>
        <w:rPr>
          <w:b/>
        </w:rPr>
        <w:t xml:space="preserve">[1:52:47] </w:t>
      </w:r>
      <w:r>
        <w:t>aisa nahi ke sirf satan jo hai aap ke saath hai aur angel aap ke saath nahi hai.</w:t>
      </w:r>
    </w:p>
    <w:p>
      <w:pPr>
        <w:jc w:val="right"/>
      </w:pPr>
      <w:r>
        <w:t>ایسا نہیں کہ صرف سیٹن جو ہے آپ کے ساتھ ہے اور اینجل آپ کے ساتھ نہیں ہے۔</w:t>
      </w:r>
    </w:p>
    <w:p>
      <w:r>
        <w:rPr>
          <w:b/>
        </w:rPr>
        <w:t xml:space="preserve">[1:52:54] </w:t>
      </w:r>
      <w:r>
        <w:t>ab baba tajurba kar lijiye, hum to bohat tajurba karte hain ke jab aadmi chahe, koi achhe baat soche, achha irada kare, achhi taraf jaana chahe, to foran us ko kuch lagta hai, kuch kahin support mujhe mil rahi hai.</w:t>
      </w:r>
    </w:p>
    <w:p>
      <w:pPr>
        <w:jc w:val="right"/>
      </w:pPr>
      <w:r>
        <w:t>اب بابا تجربہ کر لیجئے، ہم تو بہت تجربہ کرتے ہیں کہ جب آدمی چاہے، کوئی اچھے بات سوچے، اچھا ارادہ کرے، اچھی طرف جانا چاہے، تو فوراً اس کو کچھ لگتا ہے، کچھ کہیں support مجھے مل رہی ہے۔</w:t>
      </w:r>
    </w:p>
    <w:p>
      <w:r>
        <w:rPr>
          <w:b/>
        </w:rPr>
        <w:t xml:space="preserve">[1:53:08] </w:t>
      </w:r>
      <w:r>
        <w:t>yaani woh feel karta hai ke mujhe kahin support mil rahi hai. aur yeh burai ki taraf jaane lage to wahan bhi feel karta hai ke mujhe support mil rahi hai. to first instance, first instance par jo role hota hai, woh aap ka role hota hai.</w:t>
      </w:r>
    </w:p>
    <w:p>
      <w:pPr>
        <w:jc w:val="right"/>
      </w:pPr>
      <w:r>
        <w:t>یعنی وہ feel کرتا ہے کہ مجھے کہیں support مل رہی ہے۔ اور یہ برائی کی طرف جانے لگے تو وہاں بھی feel کرتا ہے کہ مجھے support مل رہی ہے۔ تو first instance، first instance پر جو رول ہوتا ہے، وہ آپ کا رول ہوتا ہے۔</w:t>
      </w:r>
    </w:p>
    <w:p>
      <w:r>
        <w:rPr>
          <w:b/>
        </w:rPr>
        <w:t xml:space="preserve">[1:53:25] </w:t>
      </w:r>
      <w:r>
        <w:t>first instance par is ke baad role ya to angel kaha jayega ya satan kaha jayega. yeh hai Quran mein yeh baat bohat saaf tareeqe se batai gayi hai.</w:t>
      </w:r>
    </w:p>
    <w:p>
      <w:pPr>
        <w:jc w:val="right"/>
      </w:pPr>
      <w:r>
        <w:t>first instance پر اس کے بعد رول یا تو اینجل کہا جائے گا یا سیٹن کہا جائے گا۔ یہ ہے قرآن میں یہ بات بہت صاف طریقے سے بتائی گئی ہے۔</w:t>
      </w:r>
    </w:p>
    <w:p>
      <w:r>
        <w:rPr>
          <w:b/>
        </w:rPr>
        <w:t xml:space="preserve">[1:53:39] </w:t>
      </w:r>
      <w:r>
        <w:t>This question is from Mr. Khaled Ansari from Delhi. There have been instances of people going to Darga and doing dua through buzurgs mediation</w:t>
      </w:r>
    </w:p>
    <w:p>
      <w:pPr>
        <w:jc w:val="right"/>
      </w:pPr>
      <w:r>
        <w:t>This question is from Mr. Khaled Ansari from Delhi. There have been instances of people going to Darga and doing dua through بزرگز میڈی ایشن</w:t>
      </w:r>
    </w:p>
    <w:p>
      <w:r>
        <w:rPr>
          <w:b/>
        </w:rPr>
        <w:t xml:space="preserve">[1:53:52] </w:t>
      </w:r>
      <w:r>
        <w:t>. In many such cases, whatever they asked for mysteriously came to them. How do you explain this phenomena and what is the correct perspective on dua?</w:t>
      </w:r>
    </w:p>
    <w:p>
      <w:pPr>
        <w:jc w:val="right"/>
      </w:pPr>
      <w:r>
        <w:t>. In many such cases, whatever they asked for mysteriously came to them. How do you explain this phenomena and what is the correct perspective on dua?</w:t>
      </w:r>
    </w:p>
    <w:p>
      <w:r>
        <w:rPr>
          <w:b/>
        </w:rPr>
        <w:t xml:space="preserve">[1:54:06] </w:t>
      </w:r>
      <w:r>
        <w:t>isko kehte hain last chance. is ka is buzurg se koi ta'alluq nahi hota. woh to woh hadiyan padi hui hain.</w:t>
      </w:r>
    </w:p>
    <w:p>
      <w:pPr>
        <w:jc w:val="right"/>
      </w:pPr>
      <w:r>
        <w:t>اس کو کہتے ہیں last chance۔ اس کا اس بزرگ سے کوئی تعلق نہیں ہوتا۔ وہ تو وہ ہڈیاں پڑی ہوئی ہیں۔</w:t>
      </w:r>
    </w:p>
    <w:p>
      <w:r>
        <w:rPr>
          <w:b/>
        </w:rPr>
        <w:t xml:space="preserve">[1:54:16] </w:t>
      </w:r>
      <w:r>
        <w:t>yaad rakhiye, is duniya mein koi power kisi ko hasil nahi hai, na kisi buzurg ko, na kisi ghair buzurg ko. bilkul is se bada jhoot koi nahi. yaad rakhiye ke Khuda ke siwa bhi koi taqat rakhta hai.</w:t>
      </w:r>
    </w:p>
    <w:p>
      <w:pPr>
        <w:jc w:val="right"/>
      </w:pPr>
      <w:r>
        <w:t>یاد رکھیے، اس دنیا میں کوئی پاور کسی کو حاصل نہیں ہے، نہ کسی بزرگ کو، نہ کسی غیر بزرگ کو۔ بالکل اس سے بڑا جھوٹ کوئی نہیں۔ یاد رکھیے کہ خدا کے سوا بھی کوئی طاقت رکھتا ہے۔</w:t>
      </w:r>
    </w:p>
    <w:p>
      <w:r>
        <w:rPr>
          <w:b/>
        </w:rPr>
        <w:t xml:space="preserve">[1:54:28] </w:t>
      </w:r>
      <w:r>
        <w:t>saara Quran is ki tardeed hai. ab bilashuba yeh jo log aisa karte hain ke dargah mein ja ke dua karte hain, woh bilashuba wahi kaam karte hain jis ko shirk kaha gaya hai. lekin yeh hai last chance.</w:t>
      </w:r>
    </w:p>
    <w:p>
      <w:pPr>
        <w:jc w:val="right"/>
      </w:pPr>
      <w:r>
        <w:t>سارا قرآن اس کی تردید ہے۔ اب بلاشبہ یہ جو لوگ ایسا کرتے ہیں کہ درگاہ میں جا کے دعا کرتے ہیں، وہ بلاشبہ وہی کام کرتے ہیں جس کو شرک کہا گیا ہے۔ لیکن یہ ہے last chance۔</w:t>
      </w:r>
    </w:p>
    <w:p>
      <w:r>
        <w:rPr>
          <w:b/>
        </w:rPr>
        <w:t xml:space="preserve">[1:54:39] </w:t>
      </w:r>
      <w:r>
        <w:t>ek scientist ne likha hai ke what is</w:t>
      </w:r>
    </w:p>
    <w:p>
      <w:pPr>
        <w:jc w:val="right"/>
      </w:pPr>
      <w:r>
        <w:t>ایک سائنٹسٹ نے لکھا ہے کہ what is</w:t>
      </w:r>
    </w:p>
    <w:p>
      <w:r>
        <w:rPr>
          <w:b/>
        </w:rPr>
        <w:t xml:space="preserve">[1:54:42] </w:t>
      </w:r>
      <w:r>
        <w:t>last chance is ne likha hai ke agar aap do kaan utha lein fiza mein to aap yeh nahi keh sakte ke kaun chit parhega, kaun pat parhega. ho sakta hai ke dono chit ho jayein ya dono pat ho jayein.</w:t>
      </w:r>
    </w:p>
    <w:p>
      <w:pPr>
        <w:jc w:val="right"/>
      </w:pPr>
      <w:r>
        <w:t>last chance اس نے لکھا ہے کہ اگر آپ دو کان اٹھا لیں فضا میں تو آپ یہ نہیں کہہ سکتے کہ کون چت پڑھے گا، کون پٹ پڑھے گا۔ ہو سکتا ہے کہ دونوں چت ہو جائیں یا دونوں پٹ ہو جائیں۔</w:t>
      </w:r>
    </w:p>
    <w:p>
      <w:r>
        <w:rPr>
          <w:b/>
        </w:rPr>
        <w:t xml:space="preserve">[1:54:54] </w:t>
      </w:r>
      <w:r>
        <w:t>lekin agar aap ek taraf utha lein to aap keh sakte hain ke aadha chit hoga, aadha pat hoga. that is last chance</w:t>
      </w:r>
    </w:p>
    <w:p>
      <w:pPr>
        <w:jc w:val="right"/>
      </w:pPr>
      <w:r>
        <w:t>لیکن اگر آپ ایک طرف اٹھا لیں تو آپ کہہ سکتے ہیں کہ آدھا چت ہوگا، آدھا پٹ ہوگا۔ that is last chance</w:t>
      </w:r>
    </w:p>
    <w:p>
      <w:r>
        <w:rPr>
          <w:b/>
        </w:rPr>
        <w:t xml:space="preserve">[1:55:03] </w:t>
      </w:r>
      <w:r>
        <w:t>to mein gaya hoon wahan par, bheed ki bheed rehti hai. ab bheed ki bheed mein last chance jo hai, kisi ke sath kuch ban gaya</w:t>
      </w:r>
    </w:p>
    <w:p>
      <w:pPr>
        <w:jc w:val="right"/>
      </w:pPr>
      <w:r>
        <w:t>تو میں گیا ہوں وہاں پر، بھیڑ کی بھیڑ رہتی ہے۔ اب بھیڑ کی بھیڑ میں last chance جو ہے، کسی کے ساتھ کچھ بن گیا</w:t>
      </w:r>
    </w:p>
    <w:p>
      <w:r>
        <w:rPr>
          <w:b/>
        </w:rPr>
        <w:t xml:space="preserve">[1:55:10] </w:t>
      </w:r>
      <w:r>
        <w:t>to woh attribute karta hai buzurg ki taraf, halanke woh hota hai kisi aur doosri wajah se. yaani Khuda ko sab ka kaam, Khuda ki taraf sab ka kaam ho raha hai.</w:t>
      </w:r>
    </w:p>
    <w:p>
      <w:pPr>
        <w:jc w:val="right"/>
      </w:pPr>
      <w:r>
        <w:t>تو وہ attribute کرتا ہے بزرگ کی طرف، حالانکہ وہ ہوتا ہے کسی اور دوسری وجہ سے۔ یعنی خدا کو سب کا کام، خدا کی طرف سب کا کام ہو رہا ہے۔</w:t>
      </w:r>
    </w:p>
    <w:p>
      <w:r>
        <w:rPr>
          <w:b/>
        </w:rPr>
        <w:t xml:space="preserve">[1:55:20] </w:t>
      </w:r>
      <w:r>
        <w:t>aaj ho raha hai, kisi ka kal ho raha hai, kisi ka nahi ho raha, kisi ka ho raha hai. yeh sab Khuda ki taraf se ho raha hai. to woh aadmi wrongly attribute kar deta hai buzurg ki taraf.</w:t>
      </w:r>
    </w:p>
    <w:p>
      <w:pPr>
        <w:jc w:val="right"/>
      </w:pPr>
      <w:r>
        <w:t>آج ہو رہا ہے، کسی کا کل ہو رہا ہے، کسی کا نہیں ہو رہا، کسی کا ہو رہا ہے۔ یہ سب خدا کی طرف سے ہو رہا ہے۔ تو وہ آدمی wrongly attribute کر دیتا ہے بزرگ کی طرف۔</w:t>
      </w:r>
    </w:p>
    <w:p>
      <w:r>
        <w:rPr>
          <w:b/>
        </w:rPr>
        <w:t xml:space="preserve">[1:55:29] </w:t>
      </w:r>
      <w:r>
        <w:t>woh hai wrong attribution. bas yeh sara jo karobar hai dargah ka, is ke liye ek lafz mein kahunga ke that is false hopes business</w:t>
      </w:r>
    </w:p>
    <w:p>
      <w:pPr>
        <w:jc w:val="right"/>
      </w:pPr>
      <w:r>
        <w:t>وہ ہے wrong attribution۔ بس یہ سارا جو کاروبار ہے درگاہ کا، اس کے لیے ایک لفظ میں کہوں گا کہ that is false hopes business</w:t>
      </w:r>
    </w:p>
    <w:p>
      <w:r>
        <w:rPr>
          <w:b/>
        </w:rPr>
        <w:t xml:space="preserve">[1:55:39] </w:t>
      </w:r>
      <w:r>
        <w:t>false hopes business yaani farzi umeedon ki tijarat. jo kuch ho raha hai, doosre asbab se ho raha hai. isi liye wahan jaiye to aap beshumar logon ko kuch nahi milta.</w:t>
      </w:r>
    </w:p>
    <w:p>
      <w:pPr>
        <w:jc w:val="right"/>
      </w:pPr>
      <w:r>
        <w:t>false hopes business یعنی فرضی امیدوں کی تجارت۔ جو کچھ ہو رہا ہے، دوسرے اسباب سے ہو رہا ہے۔ اسی لیے وہاں جائیے تو آپ بے شمار لوگوں کو کچھ نہیں ملتا۔</w:t>
      </w:r>
    </w:p>
    <w:p>
      <w:r>
        <w:rPr>
          <w:b/>
        </w:rPr>
        <w:t xml:space="preserve">[1:55:55] </w:t>
      </w:r>
      <w:r>
        <w:t>mein janta hoon aise afraad ko jo bohat gaye, bohat gaye, hua kuch bhi nahi. na ladka paida hua, na business chala, kuch bhi nahi hua. aur kisi ka ho gaya to jis ka hua, woh is ke is qabr ki wajah se nahi hua.</w:t>
      </w:r>
    </w:p>
    <w:p>
      <w:pPr>
        <w:jc w:val="right"/>
      </w:pPr>
      <w:r>
        <w:t>میں جانتا ہوں ایسے افراد کو جو بہت گئے، بہت گئے، ہوا کچھ بھی نہیں۔ نہ لڑکا پیدا ہوا، نہ بزنس چلا، کچھ بھی نہیں ہوا۔ اور کسی کا ہو گیا تو جس کا ہوا، وہ اس کے اس قبر کی وجہ سے نہیں ہوا۔</w:t>
      </w:r>
    </w:p>
    <w:p>
      <w:r>
        <w:rPr>
          <w:b/>
        </w:rPr>
        <w:t xml:space="preserve">[1:56:08] </w:t>
      </w:r>
      <w:r>
        <w:t>woh to hone wala tha. to ek hone wale waqe ko attribute kar dete hain log is qabr ki taraf. bas is se zyada aur kuch haqeeqat is ki nahi hai.</w:t>
      </w:r>
    </w:p>
    <w:p>
      <w:pPr>
        <w:jc w:val="right"/>
      </w:pPr>
      <w:r>
        <w:t>وہ تو ہونے والا تھا۔ تو ایک ہونے والے واقعے کو attribute کر دیتے ہیں لوگ اس قبر کی طرف۔ بس اس سے زیادہ اور کچھ حقیقت اس کی نہیں ہے۔</w:t>
      </w:r>
    </w:p>
    <w:p>
      <w:r>
        <w:rPr>
          <w:b/>
        </w:rPr>
        <w:t xml:space="preserve">[1:56:17] </w:t>
      </w:r>
      <w:r>
        <w:t>isi liye mein is ko kehta hoon ke yeh false hope business hai. bas</w:t>
      </w:r>
    </w:p>
    <w:p>
      <w:pPr>
        <w:jc w:val="right"/>
      </w:pPr>
      <w:r>
        <w:t>اسی لیے میں اس کو کہتا ہوں کہ یہ false hope business ہے۔ بس</w:t>
      </w:r>
    </w:p>
    <w:p>
      <w:r>
        <w:rPr>
          <w:b/>
        </w:rPr>
        <w:t xml:space="preserve">[1:56:23] </w:t>
      </w:r>
      <w:r>
        <w:t>This question is from Mr. Riaz Bhatt from Kashmir. Maulana, you frequently talk of Dawa and Ikhwan-e-Rasul.</w:t>
      </w:r>
    </w:p>
    <w:p>
      <w:pPr>
        <w:jc w:val="right"/>
      </w:pPr>
      <w:r>
        <w:t>This question is from Mr. Riaz Bhatt from Kashmir. مولانا، you frequently talk of Dawa and Ikhwan-e-Rasul.</w:t>
      </w:r>
    </w:p>
    <w:p>
      <w:r>
        <w:rPr>
          <w:b/>
        </w:rPr>
        <w:t xml:space="preserve">[1:56:33] </w:t>
      </w:r>
      <w:r>
        <w:t>I am deeply inclined towards your thinking and this mission</w:t>
      </w:r>
    </w:p>
    <w:p>
      <w:pPr>
        <w:jc w:val="right"/>
      </w:pPr>
      <w:r>
        <w:t>I am deeply inclined towards your thinking and this mission</w:t>
      </w:r>
    </w:p>
    <w:p>
      <w:r>
        <w:rPr>
          <w:b/>
        </w:rPr>
        <w:t xml:space="preserve">[1:56:38] </w:t>
      </w:r>
      <w:r>
        <w:t>. I want to grab this opportunity, but I hardly get any time to promote your thinking as I am a student and can't find time out of my studies.</w:t>
      </w:r>
    </w:p>
    <w:p>
      <w:pPr>
        <w:jc w:val="right"/>
      </w:pPr>
      <w:r>
        <w:t>. I want to grab this opportunity, but I hardly get any time to promote your thinking as I am a student and can't find time out of my studies.</w:t>
      </w:r>
    </w:p>
    <w:p>
      <w:r>
        <w:rPr>
          <w:b/>
        </w:rPr>
        <w:t xml:space="preserve">[1:56:54] </w:t>
      </w:r>
      <w:r>
        <w:t>dekhiye, time ke bare mein maine parha tha bachpan mein aur kitna sahi kaha tha is ne. bachpan mein aap parhte the ek urdu reader,</w:t>
      </w:r>
    </w:p>
    <w:p>
      <w:pPr>
        <w:jc w:val="right"/>
      </w:pPr>
      <w:r>
        <w:t>دیکھیے، ٹائم کے بارے میں میں نے پڑھا تھا بچپن میں اور کتنا صحیح کہا تھا اس نے۔ بچپن میں آپ پڑھتے تھے ایک اردو ریڈر،</w:t>
      </w:r>
    </w:p>
    <w:p>
      <w:r>
        <w:rPr>
          <w:b/>
        </w:rPr>
        <w:t xml:space="preserve">[1:57:05] </w:t>
      </w:r>
      <w:r>
        <w:t>is ke likhne wale the Ismail Meerthi. is mein tha ke waqt ki tangi farakhi dono hain, jaise rubber khenchne se barhti hai,</w:t>
      </w:r>
    </w:p>
    <w:p>
      <w:pPr>
        <w:jc w:val="right"/>
      </w:pPr>
      <w:r>
        <w:t>اس کے لکھنے والے تھے اسماعیل میرٹھی۔ اس میں تھا کہ وقت کی تنگی فراخی دونوں ہیں، جیسے ربڑ کھینچنے سے بڑھتی ہے،</w:t>
      </w:r>
    </w:p>
    <w:p>
      <w:r>
        <w:rPr>
          <w:b/>
        </w:rPr>
        <w:t xml:space="preserve">[1:57:19] </w:t>
      </w:r>
      <w:r>
        <w:t>chhode jati hai sakar. rubber ko khenchen to itna ho jayega, chhod dein to itna ho jayega. to is mein kaha tha ke waqt ki tangi farakhi dono hain, jaise rubber khenchne se barhti hai, chhodhe jati hai sakar.</w:t>
      </w:r>
    </w:p>
    <w:p>
      <w:pPr>
        <w:jc w:val="right"/>
      </w:pPr>
      <w:r>
        <w:t>چھوڑے جاتی ہے سکڑ۔ ربڑ کو کھینچیں تو اتنا ہو جائے گا، چھوڑ دیں تو اتنا ہو جائے گا۔ تو اس میں کہا تھا کہ وقت کی تنگی فراخی دونوں ہیں، جیسے ربڑ کھینچنے سے بڑھتی ہے، چھوڑے جاتی ہے سکڑ۔</w:t>
      </w:r>
    </w:p>
    <w:p>
      <w:r>
        <w:rPr>
          <w:b/>
        </w:rPr>
        <w:t xml:space="preserve">[1:57:35] </w:t>
      </w:r>
      <w:r>
        <w:t>to mein yeh kahunga ke isi ko jo unhon ne kaha tha, us ko language badal kar ke ke yeh hai art of time management. yeh sara mamla jo hai, yeh art of time management hai.</w:t>
      </w:r>
    </w:p>
    <w:p>
      <w:pPr>
        <w:jc w:val="right"/>
      </w:pPr>
      <w:r>
        <w:t>تو میں یہ کہوں گا کہ اسی کو جو انہوں نے کہا تھا، اس کو لینگویج بدل کر کے کہ یہ ہے آرٹ آف ٹائم مینجمنٹ۔ یہ سارا معاملہ جو ہے، یہ آرٹ آف ٹائم مینجمنٹ ہے۔</w:t>
      </w:r>
    </w:p>
    <w:p>
      <w:r>
        <w:rPr>
          <w:b/>
        </w:rPr>
        <w:t xml:space="preserve">[1:57:48] </w:t>
      </w:r>
      <w:r>
        <w:t>to aap you have to learn the art of time management koi aadmi duniya mein waisa nahi hai, chahe woh chahe woh Barack Obama ho ya ek student ho.</w:t>
      </w:r>
    </w:p>
    <w:p>
      <w:pPr>
        <w:jc w:val="right"/>
      </w:pPr>
      <w:r>
        <w:t>تو آپ you have to learn the art of time management کوئی آدمی دنیا میں ویسا نہیں ہے، چاہے وہ چاہے وہ براک اوباما ہو یا ایک اسٹوڈنٹ ہو۔</w:t>
      </w:r>
    </w:p>
    <w:p>
      <w:r>
        <w:rPr>
          <w:b/>
        </w:rPr>
        <w:t xml:space="preserve">[1:58:01] </w:t>
      </w:r>
      <w:r>
        <w:t>har aadmi apne time ko manage kar ke time nikal sakta hai.</w:t>
      </w:r>
    </w:p>
    <w:p>
      <w:pPr>
        <w:jc w:val="right"/>
      </w:pPr>
      <w:r>
        <w:t>ہر آدمی اپنے ٹائم کو مینج کر کے ٹائم نکال سکتا ہے۔</w:t>
      </w:r>
    </w:p>
    <w:p>
      <w:r>
        <w:rPr>
          <w:b/>
        </w:rPr>
        <w:t xml:space="preserve">[1:58:05] </w:t>
      </w:r>
      <w:r>
        <w:t>to basic cheez jo hai ke you have to learn the art of time management yeh asal cheez hai. doosri baat yeh hai ke aap samajhte hain ke dua koi professional, woh dawah koi professional cheez hai.</w:t>
      </w:r>
    </w:p>
    <w:p>
      <w:pPr>
        <w:jc w:val="right"/>
      </w:pPr>
      <w:r>
        <w:t>تو بیسک چیز جو ہے کہ you have to learn the art of time management یہ اصل چیز ہے۔ دوسری بات یہ ہے کہ آپ سمجھتے ہیں کہ دعا کوئی پروفیشنل، وہ دعویٰ کوئی پروفیشنل چیز ہے۔</w:t>
      </w:r>
    </w:p>
    <w:p>
      <w:r>
        <w:rPr>
          <w:b/>
        </w:rPr>
        <w:t xml:space="preserve">[1:58:18] </w:t>
      </w:r>
      <w:r>
        <w:t>professional har waqt dua, woh har waqt dawah. dua work ek aisa kaam hai jo har waqt aap kar sakte hain.</w:t>
      </w:r>
    </w:p>
    <w:p>
      <w:pPr>
        <w:jc w:val="right"/>
      </w:pPr>
      <w:r>
        <w:t>پروفیشنل ہر وقت دعا، وہ ہر وقت دعویٰ۔ دعا ورک ایک ایسا کام ہے جو ہر وقت آپ کر سکتے ہیں۔</w:t>
      </w:r>
    </w:p>
    <w:p>
      <w:r>
        <w:rPr>
          <w:b/>
        </w:rPr>
        <w:t xml:space="preserve">[1:58:28] </w:t>
      </w:r>
      <w:r>
        <w:t>woh kaise? apne pas ek pamphlet rakh li jiye. hamare chhote chhote, hamare chhote chhote pamphlet chhape hue hain, rakh li jiye.</w:t>
      </w:r>
    </w:p>
    <w:p>
      <w:pPr>
        <w:jc w:val="right"/>
      </w:pPr>
      <w:r>
        <w:t>وہ کیسے؟ اپنے پاس ایک پمفلٹ رکھ لیجئے۔ ہمارے چھوٹے چھوٹے، ہمارے چھوٹے چھوٹے پمفلٹ چھپے ہوئے ہیں، رکھ لیجئے۔</w:t>
      </w:r>
    </w:p>
    <w:p>
      <w:r>
        <w:rPr>
          <w:b/>
        </w:rPr>
        <w:t xml:space="preserve">[1:58:35] </w:t>
      </w:r>
      <w:r>
        <w:t>koi milne ayega aap ko, us ko de di jiye. kahin gaye aap, wahan de di jiye. aap market mein gaye, aap bazaar gaye, aap kahin bhi gaye.</w:t>
      </w:r>
    </w:p>
    <w:p>
      <w:pPr>
        <w:jc w:val="right"/>
      </w:pPr>
      <w:r>
        <w:t>کوئی ملنے آئے گا آپ کو، اس کو دے دیجئے۔ کہیں گئے آپ، وہاں دے دیجئے۔ آپ مارکیٹ میں گئے، آپ بازار گئے، آپ کہیں بھی گئے۔</w:t>
      </w:r>
    </w:p>
    <w:p>
      <w:r>
        <w:rPr>
          <w:b/>
        </w:rPr>
        <w:t xml:space="preserve">[1:58:47] </w:t>
      </w:r>
      <w:r>
        <w:t>isi colony mein hum sochte the ke kaise dawah phailai jaye. to hamare ghar ki khawateen ne kya kiya? ghar ki jo aurtein kaam karti hain, un ko de diya.</w:t>
      </w:r>
    </w:p>
    <w:p>
      <w:pPr>
        <w:jc w:val="right"/>
      </w:pPr>
      <w:r>
        <w:t>اسی کالونی میں ہم سوچتے تھے کہ کیسے دعا پھیلائی جائے۔ تو ہمارے گھر کی خواتین نے کیا کیا؟ گھر کی جو عورتیں کام کرتی ہیں، ان کو دے دیا۔</w:t>
      </w:r>
    </w:p>
    <w:p>
      <w:r>
        <w:rPr>
          <w:b/>
        </w:rPr>
        <w:t xml:space="preserve">[1:58:57] </w:t>
      </w:r>
      <w:r>
        <w:t>woh ja ke ghar bant rahi hain. to ek mujhe ek nayi discovery ho gayi</w:t>
      </w:r>
    </w:p>
    <w:p>
      <w:pPr>
        <w:jc w:val="right"/>
      </w:pPr>
      <w:r>
        <w:t>وہ جا کے گھر بانٹ رہی ہیں۔ تو ایک مجھے ایک نئی ڈسکوری ہو گئی</w:t>
      </w:r>
    </w:p>
    <w:p>
      <w:r>
        <w:rPr>
          <w:b/>
        </w:rPr>
        <w:t xml:space="preserve">[1:59:01] </w:t>
      </w:r>
      <w:r>
        <w:t>۔ discovery yeh ho gayi ke yeh jo kaam karti hain auratain, un mein jhijhak nahi hoti. jhijhak</w:t>
      </w:r>
    </w:p>
    <w:p>
      <w:pPr>
        <w:jc w:val="right"/>
      </w:pPr>
      <w:r>
        <w:t>۔ ڈسکوری یہ ہو گئی کہ یہ جو کام کرتی ہیں عورتیں، ان میں جھجک نہیں ہوتی۔ جھجک</w:t>
      </w:r>
    </w:p>
    <w:p>
      <w:r>
        <w:rPr>
          <w:b/>
        </w:rPr>
        <w:t xml:space="preserve">[1:59:09] </w:t>
      </w:r>
      <w:r>
        <w:t>aur jo safed posh log hotay hain, un mein jhijhak hoti hai. to woh aap beshak ja ke un ko de diya, un ko de diya, un ko diya, un ko de diya. to dua work kiya samajhte hain aap?</w:t>
      </w:r>
    </w:p>
    <w:p>
      <w:pPr>
        <w:jc w:val="right"/>
      </w:pPr>
      <w:r>
        <w:t>اور جو سفید پوش لوگ ہوتے ہیں، ان میں جھجک ہوتی ہے۔ تو وہ آپ بے شک جا کے ان کو دے دیا، ان کو دے دیا، ان کو دیا، ان کو دے دیا۔ تو دعا ورک کیا سمجھتے ہیں آپ؟</w:t>
      </w:r>
    </w:p>
    <w:p>
      <w:r>
        <w:rPr>
          <w:b/>
        </w:rPr>
        <w:t xml:space="preserve">[1:59:21] </w:t>
      </w:r>
      <w:r>
        <w:t>dua work kahin bhi kar sakte hain aap, kahin bhi.</w:t>
      </w:r>
    </w:p>
    <w:p>
      <w:pPr>
        <w:jc w:val="right"/>
      </w:pPr>
      <w:r>
        <w:t>دعا ورک کہیں بھی کر سکتے ہیں آپ، کہیں بھی۔</w:t>
      </w:r>
    </w:p>
    <w:p>
      <w:r>
        <w:rPr>
          <w:b/>
        </w:rPr>
        <w:t xml:space="preserve">[1:59:25] </w:t>
      </w:r>
      <w:r>
        <w:t>aur jab sab cheez chhup ke aa chuki hai kitabon ki shakal mein, to aap bilkul aap apne pocket mein rakh lijiye, apne mez pe rakh lijiye, aur jis se mulaqat hogi, dete rahiye.</w:t>
      </w:r>
    </w:p>
    <w:p>
      <w:pPr>
        <w:jc w:val="right"/>
      </w:pPr>
      <w:r>
        <w:t>اور جب سب چیز چھپ کے آ چکی ہے کتابوں کی شکل میں، تو آپ بالکل آپ اپنے پاکٹ میں رکھ لیجئے، اپنے میز پہ رکھ لیجئے، اور جس سے ملاقات ہوگی، دیتے رہیے۔</w:t>
      </w:r>
    </w:p>
    <w:p>
      <w:r>
        <w:rPr>
          <w:b/>
        </w:rPr>
        <w:t xml:space="preserve">[1:59:36] </w:t>
      </w:r>
      <w:r>
        <w:t>bas dua work ho gaya.</w:t>
      </w:r>
    </w:p>
    <w:p>
      <w:pPr>
        <w:jc w:val="right"/>
      </w:pPr>
      <w:r>
        <w:t>بس دعا ورک ہو گیا۔</w:t>
      </w:r>
    </w:p>
    <w:p>
      <w:r>
        <w:rPr>
          <w:b/>
        </w:rPr>
        <w:t xml:space="preserve">[1:59:42] </w:t>
      </w:r>
      <w:r>
        <w:t>log samajhte hain ke dua work koi bohat hi, yaani koi mysterious cheez hai. mysterious cheez nahi hai.</w:t>
      </w:r>
    </w:p>
    <w:p>
      <w:pPr>
        <w:jc w:val="right"/>
      </w:pPr>
      <w:r>
        <w:t>لوگ سمجھتے ہیں کہ دعا ورک کوئی بہت ہی، یعنی کوئی مسٹیریس چیز ہے۔ مسٹیریس چیز نہیں ہے۔</w:t>
      </w:r>
    </w:p>
    <w:p>
      <w:r>
        <w:rPr>
          <w:b/>
        </w:rPr>
        <w:t xml:space="preserve">[1:59:50] </w:t>
      </w:r>
      <w:r>
        <w:t>yeh idea mujhe aap se bohat pehle, shayad ba-khatar 70 saal pehle ki baat hogi, ghaliban bohat pehle ki baat. mein Kerala gaya tha ek baar, bohat pehle, yaani azadi se pehle ki baat hai.</w:t>
      </w:r>
    </w:p>
    <w:p>
      <w:pPr>
        <w:jc w:val="right"/>
      </w:pPr>
      <w:r>
        <w:t>یہ آئیڈیا مجھے آپ سے بہت پہلے، شاید باخطر 70 سال پہلے کی بات ہوگی، غالباً بہت پہلے کی بات۔ میں کیرلا گیا تھا ایک بار، بہت پہلے، یعنی آزادی سے پہلے کی بات ہے۔</w:t>
      </w:r>
    </w:p>
    <w:p>
      <w:r>
        <w:rPr>
          <w:b/>
        </w:rPr>
        <w:t xml:space="preserve">[2:00:03] </w:t>
      </w:r>
      <w:r>
        <w:t>yeh azadi ko 60 baras ho gaye, yeh waqea azadi se pehle ka hai. to mein gaya Kerala train se safar kar ke, kisi station pe mein utra.</w:t>
      </w:r>
    </w:p>
    <w:p>
      <w:pPr>
        <w:jc w:val="right"/>
      </w:pPr>
      <w:r>
        <w:t>یہ آزادی کو 60 برس ہو گئے، یہ واقعہ آزادی سے پہلے کا ہے۔ تو میں گیا کیرلا ٹرین سے سفر کر کے، کسی اسٹیشن پہ میں اترا۔</w:t>
      </w:r>
    </w:p>
    <w:p>
      <w:r>
        <w:rPr>
          <w:b/>
        </w:rPr>
        <w:t xml:space="preserve">[2:00:16] </w:t>
      </w:r>
      <w:r>
        <w:t>mujhe kisi town mein jana tha.</w:t>
      </w:r>
    </w:p>
    <w:p>
      <w:pPr>
        <w:jc w:val="right"/>
      </w:pPr>
      <w:r>
        <w:t>مجھے کسی ٹاؤن میں جانا تھا۔</w:t>
      </w:r>
    </w:p>
    <w:p>
      <w:r>
        <w:rPr>
          <w:b/>
        </w:rPr>
        <w:t xml:space="preserve">[2:00:19] </w:t>
      </w:r>
      <w:r>
        <w:t>hamare baray bhai ka business tha, us business ke liye mujhe wahan bheja tha unhon ne. to mein jab station se utar ke chala to wahan par paidal jana tha, sawari waghera nahi thi.</w:t>
      </w:r>
    </w:p>
    <w:p>
      <w:pPr>
        <w:jc w:val="right"/>
      </w:pPr>
      <w:r>
        <w:t>ہمارے بڑے بھائی کا بزنس تھا، اس بزنس کے لیے مجھے وہاں بھیجا تھا انہوں نے۔ تو میں جب اسٹیشن سے اتر کے چلا تو وہاں پر پیدل جانا تھا، سواری وغیرہ نہیں تھی۔</w:t>
      </w:r>
    </w:p>
    <w:p>
      <w:r>
        <w:rPr>
          <w:b/>
        </w:rPr>
        <w:t xml:space="preserve">[2:00:28] </w:t>
      </w:r>
      <w:r>
        <w:t>aaj kal ki, aaj to sawari bohat zyada barh gayi hai. to ek customer mere sath, do hum log, do aadmi ho gaye.</w:t>
      </w:r>
    </w:p>
    <w:p>
      <w:pPr>
        <w:jc w:val="right"/>
      </w:pPr>
      <w:r>
        <w:t>آج کل کی، آج تو سواری بہت زیادہ بڑھ گئی ہے۔ تو ایک کسٹر میرے ساتھ، دو ہم لوگ، دو آدمی ہو گئے۔</w:t>
      </w:r>
    </w:p>
    <w:p>
      <w:r>
        <w:rPr>
          <w:b/>
        </w:rPr>
        <w:t xml:space="preserve">[2:00:38] </w:t>
      </w:r>
      <w:r>
        <w:t>to baat karte hue hum ja rahe thay. to</w:t>
      </w:r>
    </w:p>
    <w:p>
      <w:pPr>
        <w:jc w:val="right"/>
      </w:pPr>
      <w:r>
        <w:t>تو بات کرتے ہوئے ہم جا رہے تھے۔ تو</w:t>
      </w:r>
    </w:p>
    <w:p>
      <w:r>
        <w:rPr>
          <w:b/>
        </w:rPr>
        <w:t xml:space="preserve">[2:00:43] </w:t>
      </w:r>
      <w:r>
        <w:t>ek jagah aayi jahan ke road jo hai, idhar jati thi, idhar jati thi. to us ko idhar jana tha, mujhe idhar jana tha. to us ne apne bag mein se ek ek bohat hi beautiful chhupa hua woh nikala,</w:t>
      </w:r>
    </w:p>
    <w:p>
      <w:pPr>
        <w:jc w:val="right"/>
      </w:pPr>
      <w:r>
        <w:t>ایک جگہ آئی جہاں کہ روڈ جو ہے، ادھر جاتی تھی، ادھر جاتی تھی۔ تو اس کو ادھر جانا تھا، مجھے ادھر جانا تھا۔ تو اس نے اپنے بیگ میں سے ایک ایک بہت ہی بیوٹی فل چھپا ہوا وہ نکالا،</w:t>
      </w:r>
    </w:p>
    <w:p>
      <w:r>
        <w:rPr>
          <w:b/>
        </w:rPr>
        <w:t xml:space="preserve">[2:00:56] </w:t>
      </w:r>
      <w:r>
        <w:t>ek chhota sa leaflet mujhe de diya. de kar bhi chala gaya woh. us waqt mere idea thay, mere mind mein tha ke kitna acha tareeqa hai dawat ka</w:t>
      </w:r>
    </w:p>
    <w:p>
      <w:pPr>
        <w:jc w:val="right"/>
      </w:pPr>
      <w:r>
        <w:t>ایک چھوٹا سا لیف لیٹ مجھے دے دیا۔ دے کر بھی چلا گیا وہ۔ اس وقت میرے آئیڈیا تھے، میرے مائنڈ میں تھا کہ کتنا اچھا طریقہ ہے دعوت کا</w:t>
      </w:r>
    </w:p>
    <w:p>
      <w:r>
        <w:rPr>
          <w:b/>
        </w:rPr>
        <w:t xml:space="preserve">[2:01:07] </w:t>
      </w:r>
      <w:r>
        <w:t>ke apne pocket mein, apne bag mein woh rakhe raho aur de do kisi ko. us waqt hamare paas leaflet nahi hua karte thay, booklet bhi nahi hotay thay, hamare paas digital nahi hua karta tha.</w:t>
      </w:r>
    </w:p>
    <w:p>
      <w:pPr>
        <w:jc w:val="right"/>
      </w:pPr>
      <w:r>
        <w:t>کہ اپنے پاکٹ میں، اپنے بیگ میں وہ رکھے رہو اور دے دو کسی کو۔ اس وقت ہمارے پاس لیف لیٹ نہیں ہوا کرتے تھے، بک لیٹ بھی نہیں ہوتے تھے، ہمارے پاس ڈیجیٹل نہیں ہوا کرتا تھا۔</w:t>
      </w:r>
    </w:p>
    <w:p>
      <w:r>
        <w:rPr>
          <w:b/>
        </w:rPr>
        <w:t xml:space="preserve">[2:01:19] </w:t>
      </w:r>
      <w:r>
        <w:t>ab Khuda ki fazl se digital ban gaya hai aur bohat acha chhupa hua maujood hai. to bas aap rakhein apne sath, jo mile us ko dete rahiye, jo mile us ko dete rahiye.</w:t>
      </w:r>
    </w:p>
    <w:p>
      <w:pPr>
        <w:jc w:val="right"/>
      </w:pPr>
      <w:r>
        <w:t>اب خدا کی فضل سے ڈیجیٹل بن گیا ہے اور بہت اچھا چھپا ہوا موجود ہے۔ تو بس آپ رکھیں اپنے ساتھ، جو ملے اس کو دیتے رہیے، جو ملے اس کو دیتے رہیے۔</w:t>
      </w:r>
    </w:p>
    <w:p>
      <w:r>
        <w:rPr>
          <w:b/>
        </w:rPr>
        <w:t xml:space="preserve">[2:01:29] </w:t>
      </w:r>
      <w:r>
        <w:t>matlab distributor ban jaiye, distributor. is se zyada asan kiya ho sakta hai? is se zyada asan to koi cheez nahi hai.</w:t>
      </w:r>
    </w:p>
    <w:p>
      <w:pPr>
        <w:jc w:val="right"/>
      </w:pPr>
      <w:r>
        <w:t>مطلب ڈسٹریبیوٹر بن جائیے، ڈسٹریبیوٹر۔ اس سے زیادہ آسان کیا ہو سکتا ہے؟ اس سے زیادہ آسان تو کوئی چیز نہیں ہے۔</w:t>
      </w:r>
    </w:p>
    <w:p>
      <w:r>
        <w:rPr>
          <w:b/>
        </w:rPr>
        <w:t xml:space="preserve">[2:01:37] </w:t>
      </w:r>
      <w:r>
        <w:t>to dua work ko dekhiye, printing press ke zamanay mein jab koi aisa literature tayar ho chuka hai to dua work bilkul asan ho gaya hai.</w:t>
      </w:r>
    </w:p>
    <w:p>
      <w:pPr>
        <w:jc w:val="right"/>
      </w:pPr>
      <w:r>
        <w:t>تو دعا ورک کو دیکھیں، پریٹک پریس کے زمانے میں جب کوئی ایسا لیٹج تیار ہو چکا ہے تو دعا ورک بالکل آسان ہو گیا ہے۔</w:t>
      </w:r>
    </w:p>
    <w:p>
      <w:r>
        <w:rPr>
          <w:b/>
        </w:rPr>
        <w:t xml:space="preserve">[2:01:47] </w:t>
      </w:r>
      <w:r>
        <w:t>kisi ke paas koi excuse nahi hai, koi excuse kisi ke paas nahi. no excuse what so ever. yeh mein apni, yaani mujhe is mein zara bhi shaq nahi ke aaj kisi bhi shakhs ke liye dua work karne ke liye koi excuse baqi nahi hai.</w:t>
      </w:r>
    </w:p>
    <w:p>
      <w:pPr>
        <w:jc w:val="right"/>
      </w:pPr>
      <w:r>
        <w:t>کسی کے پاس کوئی ایکسکیوز نہیں ہے، کوئی ایکسکیوز کسی کے پاس نہیں۔ نو ایکسکیوز واٹس ایور۔ یہ میں اپنی، یعنی مجھے اس میں ذرا بھی شک نہیں کہ آج کسی بھی شخص کے لیے دعا ورک کرنے کے لیے کوئی ایکسکیوز باقی نہیں ہے۔</w:t>
      </w:r>
    </w:p>
    <w:p>
      <w:r>
        <w:rPr>
          <w:b/>
        </w:rPr>
        <w:t xml:space="preserve">[2:02:08] </w:t>
      </w:r>
      <w:r>
        <w:t>kyun ke communication hai, printing press hai, chhupa hua literature hai. to aap ko excuse kis baat ka? kis baat ka excuse bataiye?</w:t>
      </w:r>
    </w:p>
    <w:p>
      <w:pPr>
        <w:jc w:val="right"/>
      </w:pPr>
      <w:r>
        <w:t>کیونکہ کمیونیکیشن ہے، پرنٹنگ پریس ہے، چھپا ہوا لٹریچر ہے۔ تو آپ کو ایکسکیوز کس بات کا؟ کس بات کا ایکسکیوز بتائیے؟</w:t>
      </w:r>
    </w:p>
    <w:p>
      <w:r>
        <w:rPr>
          <w:b/>
        </w:rPr>
        <w:t xml:space="preserve">[2:02:21] </w:t>
      </w:r>
      <w:r>
        <w:t>hamara jo ladki, jo bilkul jahil hai, kuch bilkul illiterate hai, bilkul. to aap ne us ko kar diya ke ja ke woh banto, kitab hai usi colony mein.</w:t>
      </w:r>
    </w:p>
    <w:p>
      <w:pPr>
        <w:jc w:val="right"/>
      </w:pPr>
      <w:r>
        <w:t>ہمارا جو لڑکی، جو بالکل جاہل ہے، کچھ بالکل اللیٹریٹ ہے، بالکل۔ تو آپ نے اس کو کر دیا کہ جا کے وہ بانٹو، کتاب ہے اسی کالونی میں۔</w:t>
      </w:r>
    </w:p>
    <w:p>
      <w:r>
        <w:rPr>
          <w:b/>
        </w:rPr>
        <w:t xml:space="preserve">[2:02:35] </w:t>
      </w:r>
      <w:r>
        <w:t>to kal us ko dream aaya ke woh ek bagh mein hai jahan khoob har taraf woh hain, phal phal hain, do do tod rahi hai us us us us peed se, us peed se.</w:t>
      </w:r>
    </w:p>
    <w:p>
      <w:pPr>
        <w:jc w:val="right"/>
      </w:pPr>
      <w:r>
        <w:t>تو کل اس کو ڈریم آیا کہ وہ ایک باغ میں ہے جہاں خوب ہر طرف وہ ہیں، پھل پھل ہیں، دو دوڑ توڑ رہی ہے اس اس اس اس پیڑ سے، اس پیڑ سے۔</w:t>
      </w:r>
    </w:p>
    <w:p>
      <w:r>
        <w:rPr>
          <w:b/>
        </w:rPr>
        <w:t xml:space="preserve">[2:02:47] </w:t>
      </w:r>
      <w:r>
        <w:t>to is ka interpretation mein ne samjha ke ke yahi dua work jo kar rahi hai, wahi wahi hai ke ek bagh hai, yeh jis mein itnay saray ghar hain, har ghar mein ja ja ke woh distribute kar rahi hai dua o kitab.</w:t>
      </w:r>
    </w:p>
    <w:p>
      <w:pPr>
        <w:jc w:val="right"/>
      </w:pPr>
      <w:r>
        <w:t>تو اس کا انٹرپریٹیشن میں نے سمجھا کہ کہ یہی دعا ورک جو کر رہی ہے، وہی وہی ہے کہ ایک باغ ہے، یہ جس میں اتنے سارے گھر ہیں، ہر گھر میں جا جا کے وہ ڈسٹریبیوٹ کر رہی ہے دعا و کتاب۔</w:t>
      </w:r>
    </w:p>
    <w:p>
      <w:r>
        <w:rPr>
          <w:b/>
        </w:rPr>
        <w:t xml:space="preserve">[2:03:00] </w:t>
      </w:r>
      <w:r>
        <w:t>to dawat ek bagh hai, dua work ek bagh</w:t>
      </w:r>
    </w:p>
    <w:p>
      <w:pPr>
        <w:jc w:val="right"/>
      </w:pPr>
      <w:r>
        <w:t>تو دعوت ایک باغ ہے، دعا ورک ایک باغ</w:t>
      </w:r>
    </w:p>
    <w:p>
      <w:r>
        <w:rPr>
          <w:b/>
        </w:rPr>
        <w:t xml:space="preserve">[2:03:03] </w:t>
      </w:r>
      <w:r>
        <w:t>hai, bagh ke phalon ko chun lijiye. khula hua bagh hai, ek khula hua garden hai. bas mujhe yeh khwab is ka bohat pasand aaya, bohat acha laga mujhe ke dua work kiya hai ek khulay hue bagh mein.</w:t>
      </w:r>
    </w:p>
    <w:p>
      <w:pPr>
        <w:jc w:val="right"/>
      </w:pPr>
      <w:r>
        <w:t>ہے، باغ کے پھلوں کو چن لیجئے۔ کھلا ہوا باغ ہے، ایک کھلا ہوا گارڈن ہے۔ بس مجھے یہ خواب اس کا بہت پسند آیا، بہت اچھا لگا مجھے کہ دعا ورک کیا ہے ایک کھلے ہوئے باغ میں۔</w:t>
      </w:r>
    </w:p>
    <w:p>
      <w:r>
        <w:rPr>
          <w:b/>
        </w:rPr>
        <w:t xml:space="preserve">[2:03:17] </w:t>
      </w:r>
      <w:r>
        <w:t>ab aap hain, har taraf phaldar darakht hain, is is is darakht ka phal le lijiye, is darakht ka phal le lijie. simple si baat hai ke aap distributor ban jaiye.</w:t>
      </w:r>
    </w:p>
    <w:p>
      <w:pPr>
        <w:jc w:val="right"/>
      </w:pPr>
      <w:r>
        <w:t>اب آپ ہیں، ہر طرف پھل دار درخت ہیں، اس اس اس درخت کا پھل لے لیجئے، اس درخت کا پھل لے لیجئے۔ سمپل سی بات ہے کہ آپ ڈسٹریبیوٹر بن جائیے۔</w:t>
      </w:r>
    </w:p>
    <w:p>
      <w:r>
        <w:rPr>
          <w:b/>
        </w:rPr>
        <w:t xml:space="preserve">[2:03:26] </w:t>
      </w:r>
      <w:r>
        <w:t>bas agar aap ke paas paisa ho to aap khariedie, nahin paisa to aap se free diya jata hai yahan se.</w:t>
      </w:r>
    </w:p>
    <w:p>
      <w:pPr>
        <w:jc w:val="right"/>
      </w:pPr>
      <w:r>
        <w:t>بس اگر آپ کے پاس پیسہ ہو تو آپ خریدیے، نہیں پیسہ تو آپ سے فری دیا جاتا ہے یہاں سے۔</w:t>
      </w:r>
    </w:p>
    <w:p>
      <w:r>
        <w:rPr>
          <w:b/>
        </w:rPr>
        <w:t xml:space="preserve">[2:03:32] </w:t>
      </w:r>
      <w:r>
        <w:t>bas is se zyada aasan kya ho sakta hai? aap ke paas paisa ho to pamphlet khariedie, nahin paisa ho to hum free dete hain yahan se. sirf ek postcard likh dijiye. bas is liye kisi ke paas koi excuse nahin hai.</w:t>
      </w:r>
    </w:p>
    <w:p>
      <w:pPr>
        <w:jc w:val="right"/>
      </w:pPr>
      <w:r>
        <w:t>بس اس سے زیادہ آسان کیا ہو سکتا ہے؟ آپ کے پاس پیسہ ہو تو پمفلٹ خریدیے، نہیں پیسہ ہو تو ہم فری دیتے ہیں یہاں سے۔ صرف ایک پوسٹ کارڈ لکھ دیجئے۔ بس اس لیے کسی کے پاس کوئی ایکسکیوز نہیں ہے۔</w:t>
      </w:r>
    </w:p>
    <w:p>
      <w:r>
        <w:rPr>
          <w:b/>
        </w:rPr>
        <w:t xml:space="preserve">[2:03:47] </w:t>
      </w:r>
      <w:r>
        <w:t>This is a comment sent by khwaja kaleemuddin from Pennsylvania. Maulana sahib I would like to share an incident with you that happened with me in my house today.</w:t>
      </w:r>
    </w:p>
    <w:p>
      <w:pPr>
        <w:jc w:val="right"/>
      </w:pPr>
      <w:r>
        <w:t>This is a comment sent by خواجہ کلیم الدین from Pennsylvania۔ مولانا صاحب I would like to share an incident with you that happened with me in my house today.</w:t>
      </w:r>
    </w:p>
    <w:p>
      <w:r>
        <w:rPr>
          <w:b/>
        </w:rPr>
        <w:t xml:space="preserve">[2:04:00] </w:t>
      </w:r>
      <w:r>
        <w:t>I was sitting among my friends and one of the friends was saying many ash'ar of some urdu poets. Then I commented on his love of shairi that you should have remained in Pakistan instead of coming here in USA and not finding an environment to show your talent.</w:t>
      </w:r>
    </w:p>
    <w:p>
      <w:pPr>
        <w:jc w:val="right"/>
      </w:pPr>
      <w:r>
        <w:t>I was sitting among my friends and one of the friends was saying many اشعار of some اردو poets. Then I commented on his love of شاعری that you should have remained in Pakistan instead of coming here in USA and not finding an environment to show your talent.</w:t>
      </w:r>
    </w:p>
    <w:p>
      <w:r>
        <w:rPr>
          <w:b/>
        </w:rPr>
        <w:t xml:space="preserve">[2:04:22] </w:t>
      </w:r>
      <w:r>
        <w:t>Then he with all his sincerity said that maybe it was written in my taqdeer that I should come here and come across with Maulana's literature through you and get enlightened about Islam not only just for myself but also for the members of my family here in USA and in Pakistan.</w:t>
      </w:r>
    </w:p>
    <w:p>
      <w:pPr>
        <w:jc w:val="right"/>
      </w:pPr>
      <w:r>
        <w:t>Then he with all his sincerity said that maybe it was written in my تقدیر that I should come here and come across with مولانا's literature through you and get enlightened about Islam not only just for myself but also for the members of my family here in USA and in Pakistan.</w:t>
      </w:r>
    </w:p>
    <w:p>
      <w:r>
        <w:rPr>
          <w:b/>
        </w:rPr>
        <w:t xml:space="preserve">[2:04:45] </w:t>
      </w:r>
      <w:r>
        <w:t>Also he confessed that if he had come across your literature in Pakistan maybe he would not have read because of your apparent anti-Pakistanism.</w:t>
      </w:r>
    </w:p>
    <w:p>
      <w:pPr>
        <w:jc w:val="right"/>
      </w:pPr>
      <w:r>
        <w:t>Also he confessed that if he had come across your literature in Pakistan maybe he would not have read because of your apparent anti-Pakistanism.</w:t>
      </w:r>
    </w:p>
    <w:p>
      <w:r>
        <w:rPr>
          <w:b/>
        </w:rPr>
        <w:t xml:space="preserve">[2:04:57] </w:t>
      </w:r>
      <w:r>
        <w:t>Because of my constant discussions now he understands that you are not anti-Pakistan.</w:t>
      </w:r>
    </w:p>
    <w:p>
      <w:pPr>
        <w:jc w:val="right"/>
      </w:pPr>
      <w:r>
        <w:t>Because of my constant discussions now he understands that you are not anti-Pakistan.</w:t>
      </w:r>
    </w:p>
    <w:p>
      <w:r>
        <w:rPr>
          <w:b/>
        </w:rPr>
        <w:t xml:space="preserve">[2:05:08] </w:t>
      </w:r>
      <w:r>
        <w:t>dekhen na koi anti-Pakistan hai na koi pro-Pakistan. kam az kam hamari team mein to aisa koi bhi nahin hai.</w:t>
      </w:r>
    </w:p>
    <w:p>
      <w:pPr>
        <w:jc w:val="right"/>
      </w:pPr>
      <w:r>
        <w:t>دیکھیں نہ کوئی anti-Pakistan ہے نہ کوئی pro-Pakistan۔ کم از کم ہماری ٹیم میں تو ایسا کوئی بھی نہیں ہے۔</w:t>
      </w:r>
    </w:p>
    <w:p>
      <w:r>
        <w:rPr>
          <w:b/>
        </w:rPr>
        <w:t xml:space="preserve">[2:05:16] </w:t>
      </w:r>
      <w:r>
        <w:t>hum log pro-Daawa hain bas. That's all. hum sab log Khuda ke fazl se pro-Daawa hain. meri team mein jo log bhi hain, main keh sakta hoon ke yeh dunya ke woh log hain jin mein negative thinking nahin hai.</w:t>
      </w:r>
    </w:p>
    <w:p>
      <w:pPr>
        <w:jc w:val="right"/>
      </w:pPr>
      <w:r>
        <w:t>ہم لوگ pro-Daawa ہیں بس۔ That's all. ہم سب لوگ خدا کے فضل سے pro-Daawa ہیں۔ میری ٹیم میں جو لوگ بھی ہیں، میں کہہ سکتا ہوں کہ یہ دنیا کے وہ لوگ ہیں جن میں negative thinking نہیں ہے۔</w:t>
      </w:r>
    </w:p>
    <w:p>
      <w:r>
        <w:rPr>
          <w:b/>
        </w:rPr>
        <w:t xml:space="preserve">[2:05:28] </w:t>
      </w:r>
      <w:r>
        <w:t>kisi ki entry nahin hai woh. unhen to bas jannat lena hai, paradise lena hai. is ke liye Daawa work kar rahe hain.</w:t>
      </w:r>
    </w:p>
    <w:p>
      <w:pPr>
        <w:jc w:val="right"/>
      </w:pPr>
      <w:r>
        <w:t>کسی کی entry نہیں ہے وہ۔ انہیں تو بس جنت لینا ہے، paradise لینا ہے۔ اس کے لیے دعویٰ work کر رہے ہیں۔</w:t>
      </w:r>
    </w:p>
    <w:p>
      <w:r>
        <w:rPr>
          <w:b/>
        </w:rPr>
        <w:t xml:space="preserve">[2:05:39] </w:t>
      </w:r>
      <w:r>
        <w:t>hum mein se koi bhi, main samajhta hoon ke jo hamari team ke member hain, woh na entry hain kisi ke, na pro hain kisi ke. hum sab log sirf, yani Khuda ki blessing chahte hain aur us ke liye Daawa work kar rahe hain.</w:t>
      </w:r>
    </w:p>
    <w:p>
      <w:pPr>
        <w:jc w:val="right"/>
      </w:pPr>
      <w:r>
        <w:t>ہم میں سے کوئی بھی، میں سمجھتا ہوں کہ جو ہماری ٹیم کے ممبر ہیں، وہ نہ entry ہیں کسی کے، نہ pro ہیں کسی کے۔ ہم سب لوگ صرف، یعنی خدا کی blessing چاہتے ہیں اور اس کے لیے دعویٰ work کر رہے ہیں۔</w:t>
      </w:r>
    </w:p>
    <w:p>
      <w:r>
        <w:rPr>
          <w:b/>
        </w:rPr>
        <w:t xml:space="preserve">[2:05:53] </w:t>
      </w:r>
      <w:r>
        <w:t>bas is se zyada aur kuch bhi nahin. This question is from Miss Seema Jalal from Dubai. In this age of darkness, how can one find the truth?</w:t>
      </w:r>
    </w:p>
    <w:p>
      <w:pPr>
        <w:jc w:val="right"/>
      </w:pPr>
      <w:r>
        <w:t>بس اس سے زیادہ اور کچھ بھی نہیں۔ This question is from Miss Seema Jalal from Dubai. In this age of darkness, how can one find the truth?</w:t>
      </w:r>
    </w:p>
    <w:p>
      <w:r>
        <w:rPr>
          <w:b/>
        </w:rPr>
        <w:t xml:space="preserve">[2:06:12] </w:t>
      </w:r>
      <w:r>
        <w:t>ab main samajhta hoon ke is ka ek hi tareeqa hai ke aap sincere hon janne ke liye. aap study karen, aap sochen, apne mind ko active karen.</w:t>
      </w:r>
    </w:p>
    <w:p>
      <w:pPr>
        <w:jc w:val="right"/>
      </w:pPr>
      <w:r>
        <w:t>اب میں سمجھتا ہوں کہ اس کا ایک ہی طریقہ ہے کہ آپ sincere ہوں جاننے کے لیے۔ آپ study کریں، آپ سوچیں، اپنے mind کو active کریں۔</w:t>
      </w:r>
    </w:p>
    <w:p>
      <w:r>
        <w:rPr>
          <w:b/>
        </w:rPr>
        <w:t xml:space="preserve">[2:06:25] </w:t>
      </w:r>
      <w:r>
        <w:t>parhen. khud parhen, doosron ko parhwaen. isi ke liye jo hamara mission hai ke itni sari books tayyar ho gayi hain har subject par, modern idiom mein</w:t>
      </w:r>
    </w:p>
    <w:p>
      <w:pPr>
        <w:jc w:val="right"/>
      </w:pPr>
      <w:r>
        <w:t>پڑھیں۔ خود پڑھیں، دوسروں کو پڑھوائیں۔ اسی کے لیے جو ہمارا mission ہے کہ اتنی ساری books تیار ہو گئی ہیں ہر subject پر، modern idiom میں</w:t>
      </w:r>
    </w:p>
    <w:p>
      <w:r>
        <w:rPr>
          <w:b/>
        </w:rPr>
        <w:t xml:space="preserve">[2:06:39] </w:t>
      </w:r>
      <w:r>
        <w:t>. dekhen, aap se bohat pehle maine ek kitab parhi thi, shayad 60 baras pehle, 60 baras pehle. ek aalim ki likhi hui thi raddatan wala aba bakr laha ke ek irtidad hai lekin koi abubakar nahin.</w:t>
      </w:r>
    </w:p>
    <w:p>
      <w:pPr>
        <w:jc w:val="right"/>
      </w:pPr>
      <w:r>
        <w:t>۔ دیکھیں، آپ سے بہت پہلے میں نے ایک کتاب پڑھی تھی، شاید 60 برس پہلے، 60 برس پہلے۔ ایک عالم کی لکھی ہوئی تھی ردةً ولا آبا بكر لها کہ ایک ارتداد ہے لیکن کوئی ابوبکر نہیں۔</w:t>
      </w:r>
    </w:p>
    <w:p>
      <w:r>
        <w:rPr>
          <w:b/>
        </w:rPr>
        <w:t xml:space="preserve">[2:06:55] </w:t>
      </w:r>
      <w:r>
        <w:t>to maine is ki research ki. maine samjha ke yeh irtidad ka case nahin hai. yeh yeh intellectual dissatisfaction ka case hai.</w:t>
      </w:r>
    </w:p>
    <w:p>
      <w:pPr>
        <w:jc w:val="right"/>
      </w:pPr>
      <w:r>
        <w:t>تو میں نے اس کی research کی۔ میں نے سمجھا کہ یہ ارتداد کا case نہیں ہے۔ یہ یہ intellectual dissatisfaction کا case ہے۔</w:t>
      </w:r>
    </w:p>
    <w:p>
      <w:r>
        <w:rPr>
          <w:b/>
        </w:rPr>
        <w:t xml:space="preserve">[2:07:03] </w:t>
      </w:r>
      <w:r>
        <w:t>jo modern education ko milti hai, modern thought ke sampark mein jo ate hain, to woh chahte hain ke Islam ko modern jo idiom hai, us mein samjhen.</w:t>
      </w:r>
    </w:p>
    <w:p>
      <w:pPr>
        <w:jc w:val="right"/>
      </w:pPr>
      <w:r>
        <w:t>جو modern education کو ملتی ہے، modern thought کے સંપર્ک میں جو آتے ہیں، تو وہ چاہتے ہیں کہ اسلام کو modern جو idiom ہے، اس میں سمجھیں۔</w:t>
      </w:r>
    </w:p>
    <w:p>
      <w:r>
        <w:rPr>
          <w:b/>
        </w:rPr>
        <w:t xml:space="preserve">[2:07:16] </w:t>
      </w:r>
      <w:r>
        <w:t>woh ab modern idiom kya hai? rational idiom hai. to reason based Islam chahte hain woh.</w:t>
      </w:r>
    </w:p>
    <w:p>
      <w:pPr>
        <w:jc w:val="right"/>
      </w:pPr>
      <w:r>
        <w:t>وہ اب modern idiom کیا ہے؟ rational idiom ہے۔ تو reason based اسلام چاہتے ہیں وہ۔</w:t>
      </w:r>
    </w:p>
    <w:p>
      <w:r>
        <w:rPr>
          <w:b/>
        </w:rPr>
        <w:t xml:space="preserve">[2:07:24] </w:t>
      </w:r>
      <w:r>
        <w:t>woh unhen hamare ulama de nahin paate hain.</w:t>
      </w:r>
    </w:p>
    <w:p>
      <w:pPr>
        <w:jc w:val="right"/>
      </w:pPr>
      <w:r>
        <w:t>وہ انہیں ہمارے علماء دے نہیں پاتے۔</w:t>
      </w:r>
    </w:p>
    <w:p>
      <w:r>
        <w:rPr>
          <w:b/>
        </w:rPr>
        <w:t xml:space="preserve">[2:07:28] </w:t>
      </w:r>
      <w:r>
        <w:t>mere ilm mein koi ek bhi aalim aisa nahin hai jo sincerely is ko le aur is ne is ko, yani is mehnat kiya ho aur modern idiom mein literature tayyar kiya ho.</w:t>
      </w:r>
    </w:p>
    <w:p>
      <w:pPr>
        <w:jc w:val="right"/>
      </w:pPr>
      <w:r>
        <w:t>میرے علم میں کوئی ایک بھی عالم ایسا نہیں ہے جو sincerely اس کو لے اور اس نے اس کو، یعنی اس محنت کیا ہو اور modern idiom میں literature تیار کیا ہو۔</w:t>
      </w:r>
    </w:p>
    <w:p>
      <w:r>
        <w:rPr>
          <w:b/>
        </w:rPr>
        <w:t xml:space="preserve">[2:07:37] </w:t>
      </w:r>
      <w:r>
        <w:t>us ne bas yeh fatwa de diya ke raddatan wala aba bakr laha main ne Khuda ke fazl se isi line ko ikhtiyar kiya aur apni zindagi khapa di isi mein.</w:t>
      </w:r>
    </w:p>
    <w:p>
      <w:pPr>
        <w:jc w:val="right"/>
      </w:pPr>
      <w:r>
        <w:t>اس نے بس یہ فتویٰ دے دیا کہ ردةً ولا آبا بكر لها میں نے خدا کے فضل سے اسی لائن کو اختیار کیا اور اپنی زندگی کھپا دی اسی میں۔</w:t>
      </w:r>
    </w:p>
    <w:p>
      <w:r>
        <w:rPr>
          <w:b/>
        </w:rPr>
        <w:t xml:space="preserve">[2:07:48] </w:t>
      </w:r>
      <w:r>
        <w:t>yani arabi kitaben parhen, angrezi kitaben parhen, aur phir maine discover kiya ke yeh sab mamla sara hai intellectual dissatisfaction</w:t>
      </w:r>
    </w:p>
    <w:p>
      <w:pPr>
        <w:jc w:val="right"/>
      </w:pPr>
      <w:r>
        <w:t>یعنی عربی کتابیں پڑھیں، انگریزی کتابیں پڑھیں، اور پھر میں نے discover کیا کہ یہ سب معاملہ سارا ہے intellectual dissatisfaction</w:t>
      </w:r>
    </w:p>
    <w:p>
      <w:r>
        <w:rPr>
          <w:b/>
        </w:rPr>
        <w:t xml:space="preserve">[2:07:57] </w:t>
      </w:r>
      <w:r>
        <w:t>ka. to aaj ke jo insan hai, us ke mind ko address karne ke liye maine kitaben likhi hain. to is ko phailaiye aap log. bas yahi kaam karna hai.</w:t>
      </w:r>
    </w:p>
    <w:p>
      <w:pPr>
        <w:jc w:val="right"/>
      </w:pPr>
      <w:r>
        <w:t>کا۔ تو آج کے جو انسان ہے، اس کے mind کو address کرنے کے لیے میں نے کتابیں لکھی ہیں۔ تو اس کو پھیلائیے آپ لوگ۔ بس یہی کام کرنا ہے۔</w:t>
      </w:r>
    </w:p>
    <w:p>
      <w:r>
        <w:rPr>
          <w:b/>
        </w:rPr>
        <w:t xml:space="preserve">[2:08:05] </w:t>
      </w:r>
      <w:r>
        <w:t>is ko phailaiye, phailaiye. hazaron logon ko is se roshni mili hai. to is ko phailaiye. ek kitab hai, is ka naam hai "Islam Rediscovered".</w:t>
      </w:r>
    </w:p>
    <w:p>
      <w:pPr>
        <w:jc w:val="right"/>
      </w:pPr>
      <w:r>
        <w:t>اس کو پھیلائیے، پھیلائیے۔ ہزاروں لوگوں کو اس سے روشنی ملی ہے۔ تو اس کو پھیلائیے۔ ایک کتاب ہے، اس کا نام ہے "اسلام ری ڈسکورڈ"۔</w:t>
      </w:r>
    </w:p>
    <w:p>
      <w:r>
        <w:rPr>
          <w:b/>
        </w:rPr>
        <w:t xml:space="preserve">[2:08:16] </w:t>
      </w:r>
      <w:r>
        <w:t>is ko aap parhiye. is mein aap sari baatein mil jayengi aap ko. Okay, this is the last question. This question is from Dr.</w:t>
      </w:r>
    </w:p>
    <w:p>
      <w:pPr>
        <w:jc w:val="right"/>
      </w:pPr>
      <w:r>
        <w:t>اس کو آپ پڑھیے۔ اس میں آپ ساری باتیں مل جائیں گی آپ کو۔ Okay, this is the last question. This question is from Dr.</w:t>
      </w:r>
    </w:p>
    <w:p>
      <w:r>
        <w:rPr>
          <w:b/>
        </w:rPr>
        <w:t xml:space="preserve">[2:08:25] </w:t>
      </w:r>
      <w:r>
        <w:t>Farida Khanum.</w:t>
      </w:r>
    </w:p>
    <w:p>
      <w:pPr>
        <w:jc w:val="right"/>
      </w:pPr>
      <w:r>
        <w:t>Farida Khanum.</w:t>
      </w:r>
    </w:p>
    <w:p>
      <w:r>
        <w:rPr>
          <w:b/>
        </w:rPr>
        <w:t xml:space="preserve">[2:08:28] </w:t>
      </w:r>
      <w:r>
        <w:t>Why is it that in spite of so much bloodshed, our leaders are not willing to accept their mistake and revise their thinking?</w:t>
      </w:r>
    </w:p>
    <w:p>
      <w:pPr>
        <w:jc w:val="right"/>
      </w:pPr>
      <w:r>
        <w:t>Why is it that in spite of so much bloodshed, our leaders are not willing to accept their mistake and revise their thinking?</w:t>
      </w:r>
    </w:p>
    <w:p>
      <w:r>
        <w:rPr>
          <w:b/>
        </w:rPr>
        <w:t xml:space="preserve">[2:08:40] </w:t>
      </w:r>
      <w:r>
        <w:t>ab mein samajhta hoon ke is mein do cheezein kaam kar rahi hain. ek to conditioning. kuch log conditioning ki wajah se samajh nahi paate. aur kuch logon ka mamla hai interest.</w:t>
      </w:r>
    </w:p>
    <w:p>
      <w:pPr>
        <w:jc w:val="right"/>
      </w:pPr>
      <w:r>
        <w:t>اب میں سمجھتا ہوں کہ اس میں دو چیزیں کام کر رہی ہیں۔ ایک تو conditioning۔ کچھ لوگ conditioning کی وجہ سے سمجھ نہیں پاتے۔ اور کچھ لوگوں کا معاملہ ہے interest۔</w:t>
      </w:r>
    </w:p>
    <w:p>
      <w:r>
        <w:rPr>
          <w:b/>
        </w:rPr>
        <w:t xml:space="preserve">[2:08:52] </w:t>
      </w:r>
      <w:r>
        <w:t>in ke saath jud gaya hai. mere paas ek leader sahab aaye,</w:t>
      </w:r>
    </w:p>
    <w:p>
      <w:pPr>
        <w:jc w:val="right"/>
      </w:pPr>
      <w:r>
        <w:t>ان کے ساتھ جڑ گیا ہے۔ میرے پاس ایک leader صاحب آئے،</w:t>
      </w:r>
    </w:p>
    <w:p>
      <w:r>
        <w:rPr>
          <w:b/>
        </w:rPr>
        <w:t xml:space="preserve">[2:08:57] </w:t>
      </w:r>
      <w:r>
        <w:t>mere office mein hi dilli mein. mein tha bohat akele, hum dono the. to woh ek sanstha ke chairman the, woh.</w:t>
      </w:r>
    </w:p>
    <w:p>
      <w:pPr>
        <w:jc w:val="right"/>
      </w:pPr>
      <w:r>
        <w:t>میرے آفس میں ہی دلی میں۔ میں تھا بہت اکیلے، ہم دونوں تھے۔ تو وہ ایک संस्था کے chairman تھے، وہ۔</w:t>
      </w:r>
    </w:p>
    <w:p>
      <w:r>
        <w:rPr>
          <w:b/>
        </w:rPr>
        <w:t xml:space="preserve">[2:09:07] </w:t>
      </w:r>
      <w:r>
        <w:t>to unhon ne kaha ke mein bohat din se aap ka urdu achi jante the, hamari urdu kitabein padhte the, woh. is ka mein yaani padh raha hoon, adhyayan kar raha hoon is ka.</w:t>
      </w:r>
    </w:p>
    <w:p>
      <w:pPr>
        <w:jc w:val="right"/>
      </w:pPr>
      <w:r>
        <w:t>تو انہوں نے کہا کہ میں بہت دن سے آپ کا اردو اچھی جانتے تھے، ہماری اردو کتابیں پڑھتے تھے، وہ۔ اس کا میں یعنی پڑھ رہا ہوں، अध्ययन کر رہا ہوں اس کا۔</w:t>
      </w:r>
    </w:p>
    <w:p>
      <w:r>
        <w:rPr>
          <w:b/>
        </w:rPr>
        <w:t xml:space="preserve">[2:09:21] </w:t>
      </w:r>
      <w:r>
        <w:t>aur mein khoob jaan chuka hoon aap ka mission kya hai.</w:t>
      </w:r>
    </w:p>
    <w:p>
      <w:pPr>
        <w:jc w:val="right"/>
      </w:pPr>
      <w:r>
        <w:t>اور میں خوب جان چکا ہوں آپ کا mission کیا ہے۔</w:t>
      </w:r>
    </w:p>
    <w:p>
      <w:r>
        <w:rPr>
          <w:b/>
        </w:rPr>
        <w:t xml:space="preserve">[2:09:25] </w:t>
      </w:r>
      <w:r>
        <w:t>mein yeh bhi jaan chuka hoon ke zameen par sachai agar koi to yahi hai.</w:t>
      </w:r>
    </w:p>
    <w:p>
      <w:pPr>
        <w:jc w:val="right"/>
      </w:pPr>
      <w:r>
        <w:t>میں یہ بھی جان چکا ہوں کہ زمین پر سچائی اگر کوئی تو یہی ہے۔</w:t>
      </w:r>
    </w:p>
    <w:p>
      <w:r>
        <w:rPr>
          <w:b/>
        </w:rPr>
        <w:t xml:space="preserve">[2:09:32] </w:t>
      </w:r>
      <w:r>
        <w:t>zameen par agar koi sachai nahi to yahi hai jo aap pesh kar rahe hain. lekin mera problem yeh hai ke mein falan sanstha ka chairman hoon. agar mein aap ke maan loon aap ke mission ko to mera chairmanship khatam ho jayegi meri.</w:t>
      </w:r>
    </w:p>
    <w:p>
      <w:pPr>
        <w:jc w:val="right"/>
      </w:pPr>
      <w:r>
        <w:t>زمین پر اگر کوئی سچائی نہیں تو یہی ہے جو آپ پیش کر رہے ہیں۔ لیکن میرا problem یہ ہے کہ میں فلاں संस्था کا chairman ہوں۔ اگر میں آپ کے مان لوں آپ کے mission کو تو میرا chairmanship ختم ہو جائے گی میری۔</w:t>
      </w:r>
    </w:p>
    <w:p>
      <w:r>
        <w:rPr>
          <w:b/>
        </w:rPr>
        <w:t xml:space="preserve">[2:09:47] </w:t>
      </w:r>
      <w:r>
        <w:t>phir dobara awaaz mere paas nahi aaya. yeh keh kar gaya to phir dobara nahi aaya mere paas aaya.</w:t>
      </w:r>
    </w:p>
    <w:p>
      <w:pPr>
        <w:jc w:val="right"/>
      </w:pPr>
      <w:r>
        <w:t>پھر دوبارہ آواز میرے پاس نہیں آیا۔ یہ کہہ کر گیا تو پھر دوبارہ نہیں آیا میرے پاس آیا۔</w:t>
      </w:r>
    </w:p>
    <w:p>
      <w:r>
        <w:rPr>
          <w:b/>
        </w:rPr>
        <w:t xml:space="preserve">[2:09:54] </w:t>
      </w:r>
      <w:r>
        <w:t>to kuch logon ka case yeh hai ke woh conditioning ki wajah se samajh nahi paate. kuch logon ke kaise hai ke un ka interest juda hua hai, interest. is ki wajah se woh chhodna nahi chahte.</w:t>
      </w:r>
    </w:p>
    <w:p>
      <w:pPr>
        <w:jc w:val="right"/>
      </w:pPr>
      <w:r>
        <w:t>تو کچھ لوگوں کا case یہ ہے کہ وہ conditioning کی وجہ سے سمجھ نہیں پاتے۔ کچھ لوگوں کے کیسے ہے کہ ان کا interest جڑا ہوا ہے، interest۔ اس کی وجہ سے وہ چھوڑنا نہیں چاہتے۔</w:t>
      </w:r>
    </w:p>
    <w:p>
      <w:r>
        <w:rPr>
          <w:b/>
        </w:rPr>
        <w:t xml:space="preserve">[2:10:06] </w:t>
      </w:r>
      <w:r>
        <w:t>bas isi do category mein sab log base hue hain, bate hue hain. isi do category mein sab log bate hue hain. kuch log conditioning ki wajah se samajh nahi paate, kuch log interest ki wajah se chhod nahi paate.</w:t>
      </w:r>
    </w:p>
    <w:p>
      <w:pPr>
        <w:jc w:val="right"/>
      </w:pPr>
      <w:r>
        <w:t>بس اسی دو category میں سب لوگ بسے ہوئے ہیں، بٹے ہوئے ہیں۔ اسی دو category میں سب لوگ بٹے ہوئے ہیں۔ کچھ لوگ conditioning کی وجہ سے سمجھ نہیں پاتے، کچھ لوگ interest کی وجہ سے چھوڑ نہیں پاتے۔</w:t>
      </w:r>
    </w:p>
    <w:p>
      <w:r>
        <w:rPr>
          <w:b/>
        </w:rPr>
        <w:t xml:space="preserve">[2:10:19] </w:t>
      </w:r>
      <w:r>
        <w:t>mein to bas yahi samajhta hoon.</w:t>
      </w:r>
    </w:p>
    <w:p>
      <w:pPr>
        <w:jc w:val="right"/>
      </w:pPr>
      <w:r>
        <w:t>میں تو بس یہی سمجھتا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