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Revival of Islam 14 June 2006 - Maulana Wahiduddin Khan</w:t>
      </w:r>
    </w:p>
    <w:p>
      <w:r>
        <w:t>https://www.youtube.com/watch?v=kkGIizkI3EQ</w:t>
      </w:r>
    </w:p>
    <w:p>
      <w:r>
        <w:rPr>
          <w:b/>
        </w:rPr>
        <w:t xml:space="preserve">[00:13] </w:t>
      </w:r>
      <w:r>
        <w:t>bismillah hir rahman nir 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wasalli Allahu ala 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[00:24] </w:t>
      </w:r>
      <w:r>
        <w:t>dekhiye,</w:t>
      </w:r>
    </w:p>
    <w:p>
      <w:pPr>
        <w:jc w:val="right"/>
      </w:pPr>
      <w:r>
        <w:t>دیکھیے،</w:t>
      </w:r>
    </w:p>
    <w:p>
      <w:r>
        <w:rPr>
          <w:b/>
        </w:rPr>
        <w:t xml:space="preserve">[00:28] </w:t>
      </w:r>
      <w:r>
        <w:t>aaj kal sari dunya mein</w:t>
      </w:r>
    </w:p>
    <w:p>
      <w:pPr>
        <w:jc w:val="right"/>
      </w:pPr>
      <w:r>
        <w:t>آج کل ساری دنیا میں</w:t>
      </w:r>
    </w:p>
    <w:p>
      <w:r>
        <w:rPr>
          <w:b/>
        </w:rPr>
        <w:t xml:space="preserve">[00:31] </w:t>
      </w:r>
      <w:r>
        <w:t>ek sawal kiya ja raha hai.</w:t>
      </w:r>
    </w:p>
    <w:p>
      <w:pPr>
        <w:jc w:val="right"/>
      </w:pPr>
      <w:r>
        <w:t>ایک سوال کیا جا رہا ہے۔</w:t>
      </w:r>
    </w:p>
    <w:p>
      <w:r>
        <w:rPr>
          <w:b/>
        </w:rPr>
        <w:t xml:space="preserve">[00:34] </w:t>
      </w:r>
      <w:r>
        <w:t>jittne bhi parhe likhe log hain jo jante hain tareekh ko,</w:t>
      </w:r>
    </w:p>
    <w:p>
      <w:pPr>
        <w:jc w:val="right"/>
      </w:pPr>
      <w:r>
        <w:t>جتنے بھی پڑھے لکھے لوگ ہیں جو جانتے ہیں تاریخ کو،</w:t>
      </w:r>
    </w:p>
    <w:p>
      <w:r>
        <w:rPr>
          <w:b/>
        </w:rPr>
        <w:t xml:space="preserve">[00:39] </w:t>
      </w:r>
      <w:r>
        <w:t>un ke zehn mein ek sawal bohat zyada aata hai.</w:t>
      </w:r>
    </w:p>
    <w:p>
      <w:pPr>
        <w:jc w:val="right"/>
      </w:pPr>
      <w:r>
        <w:t>ان کے ذہن میں ایک سوال بہت زیادہ آتا ہے۔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