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Good Tiding and Warning for Dayees 2 June 2006 - Maulana Wahiduddin Khan</w:t>
      </w:r>
    </w:p>
    <w:p>
      <w:r>
        <w:t>https://www.youtube.com/watch?v=fq7Wg1o6NeA</w:t>
      </w:r>
    </w:p>
    <w:p>
      <w:r>
        <w:rPr>
          <w:b/>
        </w:rPr>
        <w:t xml:space="preserve">[00:13] </w:t>
      </w:r>
      <w:r>
        <w:t>bismillah rahman rahim, wa salla Allahu ala nabiyyil karim. rab ishrah li sadri, wa yassir li amri, wahlul uqdatan min lisani yafqahu qawli.</w:t>
      </w:r>
    </w:p>
    <w:p>
      <w:pPr>
        <w:jc w:val="right"/>
      </w:pPr>
      <w:r>
        <w:t>بسم اللہ الرحمن الرحیم، و صلی اللہ علی النبی الکریم۔ رب اشرح لی صدری، ویسر لی امری، واحل العقدۃ من لسانی یفقہ قولی۔</w:t>
      </w:r>
    </w:p>
    <w:p>
      <w:r>
        <w:rPr>
          <w:b/>
        </w:rPr>
        <w:t xml:space="preserve">[00:36] </w:t>
      </w:r>
      <w:r>
        <w:t>aaj ki is meeting ke liye, jo Friday ko ho rahi hai,</w:t>
      </w:r>
    </w:p>
    <w:p>
      <w:pPr>
        <w:jc w:val="right"/>
      </w:pPr>
      <w:r>
        <w:t>آج کی اس میٹنگ کے لیے، جو فرائیڈے کو ہو رہی ہے،</w:t>
      </w:r>
    </w:p>
    <w:p>
      <w:r>
        <w:rPr>
          <w:b/>
        </w:rPr>
        <w:t xml:space="preserve">[00:46] </w:t>
      </w:r>
      <w:r>
        <w:t>aap jante hain ke Friday ki meeting khas taur par CPS ki team ke un logon ke liye hoti hai jinhon ne apne aap ko is mission mein dedicate kiya hai,</w:t>
      </w:r>
    </w:p>
    <w:p>
      <w:pPr>
        <w:jc w:val="right"/>
      </w:pPr>
      <w:r>
        <w:t>آپ جانتے ہیں کہ فرائیڈے کی میٹنگ خاص طور پر سی پی ایس کی ٹیم کے ان لوگوں کے لیے ہوتی ہے جنہوں نے اپنے آپ کو اس مشن میں ڈیڈیکیٹ کیا ہے،</w:t>
      </w:r>
    </w:p>
    <w:p>
      <w:r>
        <w:rPr>
          <w:b/>
        </w:rPr>
        <w:t xml:space="preserve">[01:04] </w:t>
      </w:r>
      <w:r>
        <w:t>yani un ki tarbiyat ke liye.</w:t>
      </w:r>
    </w:p>
    <w:p>
      <w:pPr>
        <w:jc w:val="right"/>
      </w:pPr>
      <w:r>
        <w:t>یعنی ان کی تربیت کے لیے۔</w:t>
      </w:r>
    </w:p>
    <w:p>
      <w:r>
        <w:rPr>
          <w:b/>
        </w:rPr>
        <w:t xml:space="preserve">[01:10] </w:t>
      </w:r>
      <w:r>
        <w:t>to</w:t>
      </w:r>
    </w:p>
    <w:p>
      <w:pPr>
        <w:jc w:val="right"/>
      </w:pPr>
      <w:r>
        <w:t>تو</w:t>
      </w:r>
    </w:p>
    <w:p>
      <w:r>
        <w:rPr>
          <w:b/>
        </w:rPr>
        <w:t xml:space="preserve">[01:13] </w:t>
      </w:r>
      <w:r>
        <w:t>Jummah ke is meeting mein, jo nisbatan bohat mukhtasar hoti hai, woh itwar ki meeting ke muqable mein is ki nature alag hai.</w:t>
      </w:r>
    </w:p>
    <w:p>
      <w:pPr>
        <w:jc w:val="right"/>
      </w:pPr>
      <w:r>
        <w:t>جمعہ کے اس میٹنگ میں، جو نسبتاً بہت مختصر ہوتی ہے، وہ اتوار کی میٹنگ کے مقابلے میں اس کی نیچر الگ ہے۔</w:t>
      </w:r>
    </w:p>
    <w:p>
      <w:r>
        <w:rPr>
          <w:b/>
        </w:rPr>
        <w:t xml:space="preserve">[01:31] </w:t>
      </w:r>
      <w:r>
        <w:t>Itwar ki jo Sunday class jo hoti hai, woh aap keh sakte hain ke woh dawati class hai, lekin Jummah ki jo class hai,</w:t>
      </w:r>
    </w:p>
    <w:p>
      <w:pPr>
        <w:jc w:val="right"/>
      </w:pPr>
      <w:r>
        <w:t>اتوار کی جو سنڈے کلاس جو ہوتی ہے، وہ آپ کہہ سکتے ہیں کہ وہ دعوتی کلاس ہے، لیکن جمعہ کی جو کلاس ہے،</w:t>
      </w:r>
    </w:p>
    <w:p>
      <w:r>
        <w:rPr>
          <w:b/>
        </w:rPr>
        <w:t xml:space="preserve">[01:45] </w:t>
      </w:r>
      <w:r>
        <w:t>yeh hai tarbiyati class. to isi ke lehaz se hum Jummah ke din baz subject ko lete hain.</w:t>
      </w:r>
    </w:p>
    <w:p>
      <w:pPr>
        <w:jc w:val="right"/>
      </w:pPr>
      <w:r>
        <w:t>یہ ہے تربیتی کلاس۔ تو اسی کے لحاظ سے ہم جمعہ کے دن بعض سبجیکٹ کو لیتے ہیں۔</w:t>
      </w:r>
    </w:p>
    <w:p>
      <w:r>
        <w:rPr>
          <w:b/>
        </w:rPr>
        <w:t xml:space="preserve">[01:59] </w:t>
      </w:r>
      <w:r>
        <w:t>aaj mein yeh batana chahunga ke CPS ki team, jo dawati team hai, is ki responsibility kya hai,</w:t>
      </w:r>
    </w:p>
    <w:p>
      <w:pPr>
        <w:jc w:val="right"/>
      </w:pPr>
      <w:r>
        <w:t>آج میں یہ بتانا چاہوں گا کہ سی پی ایس کی ٹیم، جو دعوتی ٹیم ہے، اس کی رسپانسبیلٹی کیا ہے،</w:t>
      </w:r>
    </w:p>
    <w:p>
      <w:r>
        <w:rPr>
          <w:b/>
        </w:rPr>
        <w:t xml:space="preserve">[02:15] </w:t>
      </w:r>
      <w:r>
        <w:t>aur is ko</w:t>
      </w:r>
    </w:p>
    <w:p>
      <w:pPr>
        <w:jc w:val="right"/>
      </w:pPr>
      <w:r>
        <w:t>اور اس کو</w:t>
      </w:r>
    </w:p>
    <w:p>
      <w:r>
        <w:rPr>
          <w:b/>
        </w:rPr>
        <w:t xml:space="preserve">[02:19] </w:t>
      </w:r>
      <w:r>
        <w:t>life time ke liye kya pledge lena hai direct Khuda se, kisi organization se nahi, kisi fard se nahi.</w:t>
      </w:r>
    </w:p>
    <w:p>
      <w:pPr>
        <w:jc w:val="right"/>
      </w:pPr>
      <w:r>
        <w:t>لائف ٹائم کے لیے کیا پلیج لینا ہے ڈائریکٹ خدا سے، کسی آرگنائزیشن سے نہیں، کسی فرد سے نہیں۔</w:t>
      </w:r>
    </w:p>
    <w:p>
      <w:r>
        <w:rPr>
          <w:b/>
        </w:rPr>
        <w:t xml:space="preserve">[02:36] </w:t>
      </w:r>
      <w:r>
        <w:t>to aaj ki is meeting ko main shuru karna chahunga. hamari team ke do members hain: mr rajat malhotra aur mr navdeep,</w:t>
      </w:r>
    </w:p>
    <w:p>
      <w:pPr>
        <w:jc w:val="right"/>
      </w:pPr>
      <w:r>
        <w:t>تو آج کی اس میٹنگ کو میں شروع کرنا چاہوں گا۔ ہماری ٹیم کے دو ممبرز ہیں: مسٹر رجت المرحوترہ اور مسٹر نودیپ،</w:t>
      </w:r>
    </w:p>
    <w:p>
      <w:r>
        <w:rPr>
          <w:b/>
        </w:rPr>
        <w:t xml:space="preserve">[02:51] </w:t>
      </w:r>
      <w:r>
        <w:t>to in ke dream se</w:t>
      </w:r>
    </w:p>
    <w:p>
      <w:pPr>
        <w:jc w:val="right"/>
      </w:pPr>
      <w:r>
        <w:t>تو ان کے ڈریم سے</w:t>
      </w:r>
    </w:p>
    <w:p>
      <w:r>
        <w:rPr>
          <w:b/>
        </w:rPr>
        <w:t xml:space="preserve">[02:54] </w:t>
      </w:r>
      <w:r>
        <w:t>to sab se pehle main rajat malhotra se kahunga ke apna dream jo hai, jo shayad un ke bhai ka dream hai, us ko bayan karen.</w:t>
      </w:r>
    </w:p>
    <w:p>
      <w:pPr>
        <w:jc w:val="right"/>
      </w:pPr>
      <w:r>
        <w:t>۔ تو سب سے پہلے میں رجت المرحوترہ سے کہوں گا کہ اپنا ڈریم جو ہے، جو شاید ان کے بھائی کا ڈریم ہے، اس کو بیان کریں۔</w:t>
      </w:r>
    </w:p>
    <w:p>
      <w:r>
        <w:rPr>
          <w:b/>
        </w:rPr>
        <w:t xml:space="preserve">[03:08] </w:t>
      </w:r>
      <w:r>
        <w:t>aah, today i would, you know, like to narrate the dreams that my brother and my sister in law had a few days back.</w:t>
      </w:r>
    </w:p>
    <w:p>
      <w:pPr>
        <w:jc w:val="right"/>
      </w:pPr>
      <w:r>
        <w:t>آہ، ٹوڈے آئی ووڈ، یو نو، لائک ٹو نیریٹ دا ڈریمز دیٹ مائی برادر اینڈ مائی سسٹر ان لاء ہیڈ ا فیو ڈیز بیک۔</w:t>
      </w:r>
    </w:p>
    <w:p>
      <w:r>
        <w:rPr>
          <w:b/>
        </w:rPr>
        <w:t xml:space="preserve">[03:18] </w:t>
      </w:r>
      <w:r>
        <w:t>my brother lives in singapore, he is working there, so he told me that rachna, who is his wife, she had a dream where she saw that her little daughter fell down and her face was totally covered in blood, and slowly, you know, that blood covered her clothes as</w:t>
      </w:r>
    </w:p>
    <w:p>
      <w:pPr>
        <w:jc w:val="right"/>
      </w:pPr>
      <w:r>
        <w:t>مائی برادر لیوز ان سنگاپور، ہی از ورکنگ دیر، سو ہی ٹولڈ می دیٹ رچنا، ہو از ہز وائف، شی ہیڈ ا ڈریم ویر شی ساؤ دیٹ ہر لٹل ڈاٹر فیل ڈاؤن اینڈ ہر فیس واز ٹوٹلی کورڈ ان بلڈ، اینڈ سلولی، یو نو، دیٹ بلڈ کورڈ ہر کلوتھ ایز</w:t>
      </w:r>
    </w:p>
    <w:p>
      <w:r>
        <w:rPr>
          <w:b/>
        </w:rPr>
        <w:t xml:space="preserve">[03:41] </w:t>
      </w:r>
      <w:r>
        <w:t>well. so they tried to, you know, stop that flow of blood with a towel, and the towel also, you know, got soaked in blood.</w:t>
      </w:r>
    </w:p>
    <w:p>
      <w:pPr>
        <w:jc w:val="right"/>
      </w:pPr>
      <w:r>
        <w:t>ویل۔ سو دے ٹرائی ٹو، یو نو، سٹاپ دیٹ فلو اف بلڈ ود ا ٹاول، اینڈ دی ٹاول السو، یو نو، گاٹ سوکڈ ان بلڈ۔</w:t>
      </w:r>
    </w:p>
    <w:p>
      <w:r>
        <w:rPr>
          <w:b/>
        </w:rPr>
        <w:t xml:space="preserve">[03:50] </w:t>
      </w:r>
      <w:r>
        <w:t>now, three days later, this dream actually came true, as she was playing around and she fell, and there was a deep wound that, you know, appeared in her above, above, above her eye</w:t>
      </w:r>
    </w:p>
    <w:p>
      <w:pPr>
        <w:jc w:val="right"/>
      </w:pPr>
      <w:r>
        <w:t>ناؤ، تھری ڈیز لیٹر، دس ڈریم ایکچولی کیم ٹرو، ایز شی واز پلینگ اراؤنڈ اینڈ شی فیل، اینڈ دیر واز ا ڈیپ وونڈ دیٹ، یو نو، اپیئرڈ ان ہر ابو، ابو، ابو ہر ائی</w:t>
      </w:r>
    </w:p>
    <w:p>
      <w:r>
        <w:rPr>
          <w:b/>
        </w:rPr>
        <w:t xml:space="preserve">[04:06] </w:t>
      </w:r>
      <w:r>
        <w:t>so they, you know, got scared and they tried to, you know, stop the flow of the blood, and soon they realized that, you know, the entire face and her clothes were totally covered with blood.</w:t>
      </w:r>
    </w:p>
    <w:p>
      <w:pPr>
        <w:jc w:val="right"/>
      </w:pPr>
      <w:r>
        <w:t>۔ سو دے، یو نو، گاٹ سکیرڈ اینڈ دے ٹرائی ٹو، یو نو، سٹاپ دی فلو اف دا بلڈ، اینڈ سون دے ریلائز دیٹ، یو نو، دی انٹائر فیس اینڈ ہر کلوتھ وار ٹوٹلی کورڈ ود بلڈ۔</w:t>
      </w:r>
    </w:p>
    <w:p>
      <w:r>
        <w:rPr>
          <w:b/>
        </w:rPr>
        <w:t xml:space="preserve">[04:18] </w:t>
      </w:r>
      <w:r>
        <w:t>they took a towel and they tried to stop the wound because it was very deep, but they couldn't do it, and even the towel was totally soaked in blood.</w:t>
      </w:r>
    </w:p>
    <w:p>
      <w:pPr>
        <w:jc w:val="right"/>
      </w:pPr>
      <w:r>
        <w:t>دے ٹک ا ٹاول اینڈ دے ٹرائی ٹو سٹاپ دا وونڈ بیکاز اٹ واز ویری ڈیپ، بٹ دے کونٹ ڈو اٹ، اینڈ ایون دا ٹاول واز ٹوٹلی سوکڈ ان بلڈ۔</w:t>
      </w:r>
    </w:p>
    <w:p>
      <w:r>
        <w:rPr>
          <w:b/>
        </w:rPr>
        <w:t xml:space="preserve">[04:27] </w:t>
      </w:r>
      <w:r>
        <w:t>so they got scared and they rushed, you know, to a nearby hospital where the doctor took about thirty minutes to stop the wound.</w:t>
      </w:r>
    </w:p>
    <w:p>
      <w:pPr>
        <w:jc w:val="right"/>
      </w:pPr>
      <w:r>
        <w:t>سو دے گاٹ سکیرڈ اینڈ دے رشڈ، یو نو، ٹو ا نیر بائی ہاسپٹل ویر دا ڈاکٹر ٹک اباؤٹ تھرٹی منٹس ٹو سٹاپ دی وونڈ۔</w:t>
      </w:r>
    </w:p>
    <w:p>
      <w:r>
        <w:rPr>
          <w:b/>
        </w:rPr>
        <w:t xml:space="preserve">[04:36] </w:t>
      </w:r>
      <w:r>
        <w:t>so this dream was, you know, a totally a true dream. after, you know, this dream which came to rachna, my brother had two more dreams, and i was talking to him and he told me that rajat, i had a good dream and a bad dream.</w:t>
      </w:r>
    </w:p>
    <w:p>
      <w:pPr>
        <w:jc w:val="right"/>
      </w:pPr>
      <w:r>
        <w:t>سو دس ڈریم واز، یو نو، ا ٹوٹلی ا ٹرو ڈریم۔ افٹر، یو نو، دس ڈریم وچ کیم ٹو رچنا، مائی برادر ہیڈ ٹو مور ڈریمز، اینڈ ائی واز ٹاکنگ ٹو ہم اینڈ ہی ٹولڈ می دیٹ رجت، ائی ہیڈ ا گڈ ڈریم اینڈ ا بیڈ ڈریم۔</w:t>
      </w:r>
    </w:p>
    <w:p>
      <w:r>
        <w:rPr>
          <w:b/>
        </w:rPr>
        <w:t xml:space="preserve">[04:54] </w:t>
      </w:r>
      <w:r>
        <w:t>so i asked him to narrate, you know, both these two dreams. so he wrote and he sent a mail to me, which i would like to, you know, read out to all of you.</w:t>
      </w:r>
    </w:p>
    <w:p>
      <w:pPr>
        <w:jc w:val="right"/>
      </w:pPr>
      <w:r>
        <w:t>سو ائی اسکڈ ہم ٹو نیریٹ، یو نو، بوتھ دیز ٹو ڈریمز۔ سو ہی روٹ اینڈ ہی سینڈ ا میل ٹو می، وچ ائی ووڈ لائک ٹو، یو نو، ریڈ اؤٹ ٹو ال اف یو۔</w:t>
      </w:r>
    </w:p>
    <w:p>
      <w:r>
        <w:rPr>
          <w:b/>
        </w:rPr>
        <w:t xml:space="preserve">[05:04] </w:t>
      </w:r>
      <w:r>
        <w:t>he wrote: "good dream was that you and maulana and some more people whose faces i don't recognize were all greeted by angels at the gate of heaven, and the angels are all delighted to see you all, and they said: 'we have been waiting for you all for a long long time.</w:t>
      </w:r>
    </w:p>
    <w:p>
      <w:pPr>
        <w:jc w:val="right"/>
      </w:pPr>
      <w:r>
        <w:t>ہی روٹ: "گڈ ڈریم واز دیٹ یو اینڈ مولانا اینڈ سم مور پیپل ہوز فیسز ائی ڈونٹ ریکگنائز وار ال گریٹڈ بائے اینجلز ایٹ دی گیٹ اف ہیون، اینڈ دی اینجلز ار ال ڈیلائٹڈ ٹو سی یو ال، اینڈ دے سیڈ: 'وی ہیو بین ویٹنگ فار یو ال فار ا لانگ لانگ ٹائم۔</w:t>
      </w:r>
    </w:p>
    <w:p>
      <w:r>
        <w:rPr>
          <w:b/>
        </w:rPr>
        <w:t xml:space="preserve">[05:26] </w:t>
      </w:r>
      <w:r>
        <w:t>you are welcome and escorted into the gates with a lot of fan fare, and i am not with you all in the queue.'"</w:t>
      </w:r>
    </w:p>
    <w:p>
      <w:pPr>
        <w:jc w:val="right"/>
      </w:pPr>
      <w:r>
        <w:t>یو ار ویلکم اینڈ اسکاٹڈ انٹو دی گیٹس ود ا لاٹ اف فین فیئر، اینڈ ائی ایم ناٹ ود یو ال ان دا کیو۔'"</w:t>
      </w:r>
    </w:p>
    <w:p>
      <w:r>
        <w:rPr>
          <w:b/>
        </w:rPr>
        <w:t xml:space="preserve">[05:34] </w:t>
      </w:r>
      <w:r>
        <w:t>this was a good dream which he wrote. in the second dream he wrote that: "i am in a big crowd and i am not sure where we are heading, towards heaven or hell,</w:t>
      </w:r>
    </w:p>
    <w:p>
      <w:pPr>
        <w:jc w:val="right"/>
      </w:pPr>
      <w:r>
        <w:t>دس واز ا گڈ ڈریم وچ ہی روٹ۔ ان دی سیکنڈ ڈریم ہی روٹ دیٹ: "ائی ایم ان ا بگ کراؤڈ اینڈ ائی ایم ناٹ شور ویر وی ار ہیڈنگ، ٹورڈز ہیون اور ہیل،</w:t>
      </w:r>
    </w:p>
    <w:p>
      <w:r>
        <w:rPr>
          <w:b/>
        </w:rPr>
        <w:t xml:space="preserve">[05:48] </w:t>
      </w:r>
      <w:r>
        <w:t>and i have a strange number in color green reflecting on my body, and i ask people what this is and why they don't have that color, and they said that people who have a reflective color are doubtful cases.</w:t>
      </w:r>
    </w:p>
    <w:p>
      <w:pPr>
        <w:jc w:val="right"/>
      </w:pPr>
      <w:r>
        <w:t>اینڈ ائی ہیو ا سٹرینج نمبر ان کلر گرین ریفلیکٹنگ ان مائی باڈی، اینڈ ائی اسک پیپل واٹ دس از اینڈ وائی دے ڈونٹ ہیو دیٹ کلر، اینڈ دے سیڈ دیٹ پیپل ہو ہیو ا ریفلیکٹو کلر ار ڈاؤٹ فل کیسز۔</w:t>
      </w:r>
    </w:p>
    <w:p>
      <w:r>
        <w:rPr>
          <w:b/>
        </w:rPr>
        <w:t xml:space="preserve">[06:05] </w:t>
      </w:r>
      <w:r>
        <w:t>people like me will always make it to the gate but are always returned back, and i start crying.</w:t>
      </w:r>
    </w:p>
    <w:p>
      <w:pPr>
        <w:jc w:val="right"/>
      </w:pPr>
      <w:r>
        <w:t>پیپل لائک می ول الویز میک اٹ ٹو دا گیٹ بٹ ار الویز ریٹرن بیک، اینڈ ائی سٹارٹ کرائنگ۔</w:t>
      </w:r>
    </w:p>
    <w:p>
      <w:r>
        <w:rPr>
          <w:b/>
        </w:rPr>
        <w:t xml:space="preserve">[06:14] </w:t>
      </w:r>
      <w:r>
        <w:t>the angels then turn around and tell me: 'i should have cried earlier. now is the judgment day and i have to pay for my sins.' when i got up, i was all petrified and sweating." so i told these two dreams, all these three dreams to maul</w:t>
      </w:r>
    </w:p>
    <w:p>
      <w:pPr>
        <w:jc w:val="right"/>
      </w:pPr>
      <w:r>
        <w:t>دی اینجلز دین ٹرن اراؤنڈ اینڈ ٹیل می: 'ائی شوڈ ہیو کرائیڈ ارلیئر۔ ناؤ از دا ججمنٹ ڈے اینڈ ائی ہیو ٹو پے فار مائی سنز۔' وین ائی گاٹ اپ، ائی واز ال پیٹریفائیڈ اینڈ سویٹنگ۔" سو ائی ٹولڈ دیز ٹو ڈریمز، ال دیز تھری ڈریمز ٹو مول</w:t>
      </w:r>
    </w:p>
    <w:p>
      <w:r>
        <w:rPr>
          <w:b/>
        </w:rPr>
        <w:t xml:space="preserve">[06:33] </w:t>
      </w:r>
      <w:r>
        <w:t>ana. maulana will now, you know, tell you the meaning of, you know, these dreams. thank you.</w:t>
      </w:r>
    </w:p>
    <w:p>
      <w:pPr>
        <w:jc w:val="right"/>
      </w:pPr>
      <w:r>
        <w:t>انا۔ مولانا ول ناو، یو نو، ٹیل یو دا میننگ اف، یو نو، دیز ڈریمز۔ تھینک یو۔</w:t>
      </w:r>
    </w:p>
    <w:p>
      <w:r>
        <w:rPr>
          <w:b/>
        </w:rPr>
        <w:t xml:space="preserve">[06:41] </w:t>
      </w:r>
      <w:r>
        <w:t>this is a dream which i had in the night of 26 of may, early 27 morning. usually i don't remember my dreams, but this dream i was quite aware of when i got up.</w:t>
      </w:r>
    </w:p>
    <w:p>
      <w:pPr>
        <w:jc w:val="right"/>
      </w:pPr>
      <w:r>
        <w:t>دس از ا ڈریم وچ ائی ہیڈ ان دا نائٹ اف 26 اف مئی، ارلی 27 مارننگ۔ یوزلی ائی ڈونٹ ریممبر مائی ڈریمز، بٹ دس ڈریم ائی واز قویٹ اویئر اف وین ائی گاٹ اپ۔</w:t>
      </w:r>
    </w:p>
    <w:p>
      <w:r>
        <w:rPr>
          <w:b/>
        </w:rPr>
        <w:t xml:space="preserve">[06:57] </w:t>
      </w:r>
      <w:r>
        <w:t>it says that i was in the dream, i saw myself to be very unwell, lying in my bed at home, naghma, apa, doctor sahib, rajat, maulana, and one more person which i don't remember who, is in the room along with me.</w:t>
      </w:r>
    </w:p>
    <w:p>
      <w:pPr>
        <w:jc w:val="right"/>
      </w:pPr>
      <w:r>
        <w:t>اٹ سیز دیٹ ائی واز ان دا ڈریم، ائی ساؤ مائی سیلف ٹو بی ویری ان ویل، لائنگ ان مائی بیڈ ایٹ ہوم، نغمہ، اپا، ڈاکٹر صاحب، رجت، مولانا، اینڈ ون مور پرسن وچ ائی ڈونٹ ریممبر ہو، از ان دا روم الونگ ود می۔</w:t>
      </w:r>
    </w:p>
    <w:p>
      <w:r>
        <w:rPr>
          <w:b/>
        </w:rPr>
        <w:t xml:space="preserve">[07:12] </w:t>
      </w:r>
      <w:r>
        <w:t>maulana is holding my hand and doing dua and telling me not to worry.</w:t>
      </w:r>
    </w:p>
    <w:p>
      <w:pPr>
        <w:jc w:val="right"/>
      </w:pPr>
      <w:r>
        <w:t>مولانا از ہولڈنگ مائی ہینڈ اینڈ ڈوئنگ دعا اینڈ ٹیلنگ می ناٹ ٹو وری۔</w:t>
      </w:r>
    </w:p>
    <w:p>
      <w:r>
        <w:rPr>
          <w:b/>
        </w:rPr>
        <w:t xml:space="preserve">[07:17] </w:t>
      </w:r>
      <w:r>
        <w:t>suddenly i am not conscious of what is happening around me, and i am passing through a dark tunnel with a very bright and soothing light at the end of the tunnel, and i am going towards it.</w:t>
      </w:r>
    </w:p>
    <w:p>
      <w:pPr>
        <w:jc w:val="right"/>
      </w:pPr>
      <w:r>
        <w:t>سڈنلی ائی ایم ناٹ کانشیس اف واٹ از ہیپننگ اراؤنڈ می، اینڈ ائی ایم پاسنگ تھرو ا ڈارک ٹنل ود ا ویری برائٹ اینڈ سودھنگ لائٹ ایٹ دی اینڈ اف دا ٹنل، اینڈ ائی ایم گوئنگ ٹورڈز اٹ۔</w:t>
      </w:r>
    </w:p>
    <w:p>
      <w:r>
        <w:rPr>
          <w:b/>
        </w:rPr>
        <w:t xml:space="preserve">[07:32] </w:t>
      </w:r>
      <w:r>
        <w:t>when i reach the light, i see a person with his back towards me, sitting on a royal chair, and the light coming from the place which he is facing.</w:t>
      </w:r>
    </w:p>
    <w:p>
      <w:pPr>
        <w:jc w:val="right"/>
      </w:pPr>
      <w:r>
        <w:t>وین ائی ریچ دا لائٹ، ائی سی ا پرسن ود ہز بیک ٹورڈز می، سٹنگ ان ا رائل چیئر، اینڈ دا لائٹ کمنگ فرام دا پلیس وچ ہی از فیسنگ۔</w:t>
      </w:r>
    </w:p>
    <w:p>
      <w:r>
        <w:rPr>
          <w:b/>
        </w:rPr>
        <w:t xml:space="preserve">[07:43] </w:t>
      </w:r>
      <w:r>
        <w:t>i ask: "who is this?" suddenly the man turns around and i see it is maulana, who again holds my hand and says: "i have told you not to worry."</w:t>
      </w:r>
    </w:p>
    <w:p>
      <w:pPr>
        <w:jc w:val="right"/>
      </w:pPr>
      <w:r>
        <w:t>ائی اسک: "ہو از دس؟" سڈنلی دا مین ٹرنز اراؤنڈ اینڈ ائی سی اٹ از مولانا، ہو اگین ہولڈز مائی ہینڈ اینڈ سیز: "ائی ہیو ٹولڈ یو ناٹ ٹو وری۔</w:t>
      </w:r>
    </w:p>
    <w:p>
      <w:r>
        <w:rPr>
          <w:b/>
        </w:rPr>
        <w:t xml:space="preserve">[07:55] </w:t>
      </w:r>
      <w:r>
        <w:t>kam, lets go. nothing is going to happen. there is a lot to be done." all of a sudden i open my eyes and i find Maulana again holding my hand.</w:t>
      </w:r>
    </w:p>
    <w:p>
      <w:pPr>
        <w:jc w:val="right"/>
      </w:pPr>
      <w:r>
        <w:t>کم، لیٹس گو۔ نتھنگ از گوئنگ ٹو ہیپن۔ دیر از ا لاٹ ٹو بی ڈن۔" ال اف ا سڈن ائی اوپن مائی ائیز اینڈ ائی فائنڈ مولانا اگین ہولڈنگ مائی ہینڈ۔</w:t>
      </w:r>
    </w:p>
    <w:p>
      <w:r>
        <w:rPr>
          <w:b/>
        </w:rPr>
        <w:t xml:space="preserve">[08:09] </w:t>
      </w:r>
      <w:r>
        <w:t>i am in my room and Maulana is again holding my hand and i am all right,</w:t>
      </w:r>
    </w:p>
    <w:p>
      <w:pPr>
        <w:jc w:val="right"/>
      </w:pPr>
      <w:r>
        <w:t>ائی ایم ان مائی روم اینڈ مولانا از اگین ہولڈنگ مائی ہینڈ اینڈ ائی ایم ال رائٹ،</w:t>
      </w:r>
    </w:p>
    <w:p>
      <w:r>
        <w:rPr>
          <w:b/>
        </w:rPr>
        <w:t xml:space="preserve">[08:14] </w:t>
      </w:r>
      <w:r>
        <w:t>and i am absolutely all right. nothing is happen to me. i get up and do my work as usual. so this is the dream which i had in 27, and now Maulana is going to narrate what it means.</w:t>
      </w:r>
    </w:p>
    <w:p>
      <w:pPr>
        <w:jc w:val="right"/>
      </w:pPr>
      <w:r>
        <w:t>اینڈ ائی ایم ایبسولیوٹلی ال رائٹ۔ نتھنگ از ہیپن ٹو می۔ ائی گیٹ اپ اینڈ ڈو مائی ورک ایز یوزل۔ سو دس از دا ڈریم وچ ائی ہیڈ ان 27، اینڈ ناو مولانا از گوئنگ ٹو نیریٹ واٹ اٹ مینز۔</w:t>
      </w:r>
    </w:p>
    <w:p>
      <w:r>
        <w:rPr>
          <w:b/>
        </w:rPr>
        <w:t xml:space="preserve">[08:27] </w:t>
      </w:r>
      <w:r>
        <w:t>yeh dream jo aap ne sune, do sahiban ke jo hamari team ke member hain,</w:t>
      </w:r>
    </w:p>
    <w:p>
      <w:pPr>
        <w:jc w:val="right"/>
      </w:pPr>
      <w:r>
        <w:t>یہ ڈریم جو آپ نے سنے، دو صاحبان کے جو ہماری ٹیم کے ممبر ہیں،</w:t>
      </w:r>
    </w:p>
    <w:p>
      <w:r>
        <w:rPr>
          <w:b/>
        </w:rPr>
        <w:t xml:space="preserve">[08:40] </w:t>
      </w:r>
      <w:r>
        <w:t>mujhe aisa lagta hai ke yeh sab dream ek doosre se jure hue hain</w:t>
      </w:r>
    </w:p>
    <w:p>
      <w:pPr>
        <w:jc w:val="right"/>
      </w:pPr>
      <w:r>
        <w:t>مجھے ایسا لگتا ہے کہ یہ سب ڈریم ایک دوسرے سے جڑے ہوئے ہیں</w:t>
      </w:r>
    </w:p>
    <w:p>
      <w:r>
        <w:rPr>
          <w:b/>
        </w:rPr>
        <w:t xml:space="preserve">[08:49] </w:t>
      </w:r>
      <w:r>
        <w:t>aur bohat zyada lesson hai is mein hamare liye.</w:t>
      </w:r>
    </w:p>
    <w:p>
      <w:pPr>
        <w:jc w:val="right"/>
      </w:pPr>
      <w:r>
        <w:t>اور بہت زیادہ لیسن ہے اس میں ہمارے لیے۔</w:t>
      </w:r>
    </w:p>
    <w:p>
      <w:r>
        <w:rPr>
          <w:b/>
        </w:rPr>
        <w:t xml:space="preserve">[08:55] </w:t>
      </w:r>
      <w:r>
        <w:t>dekhiye, woh dream jis mein ke Rachna ki bachi,</w:t>
      </w:r>
    </w:p>
    <w:p>
      <w:pPr>
        <w:jc w:val="right"/>
      </w:pPr>
      <w:r>
        <w:t>دیکھیے، وہ ڈریم جس میں کہ رچنا کی بچی،</w:t>
      </w:r>
    </w:p>
    <w:p>
      <w:r>
        <w:rPr>
          <w:b/>
        </w:rPr>
        <w:t xml:space="preserve">[09:07] </w:t>
      </w:r>
      <w:r>
        <w:t>apni bachi ke liye Rachna dream mein dekhti hain ke woh gir padi hai aur khoon se tarbatar hai,</w:t>
      </w:r>
    </w:p>
    <w:p>
      <w:pPr>
        <w:jc w:val="right"/>
      </w:pPr>
      <w:r>
        <w:t>اپنی بچی کے لیے رچنا ڈریم میں دیکھتی ہیں کہ وہ گر پڑی ہے اور خون سے تربتر ہے،</w:t>
      </w:r>
    </w:p>
    <w:p>
      <w:r>
        <w:rPr>
          <w:b/>
        </w:rPr>
        <w:t xml:space="preserve">[09:18] </w:t>
      </w:r>
      <w:r>
        <w:t>yeh dream dekhti hain aur is ke</w:t>
      </w:r>
    </w:p>
    <w:p>
      <w:pPr>
        <w:jc w:val="right"/>
      </w:pPr>
      <w:r>
        <w:t>یہ ڈریم دیکھتی ہیں اور اس کے</w:t>
      </w:r>
    </w:p>
    <w:p>
      <w:r>
        <w:rPr>
          <w:b/>
        </w:rPr>
        <w:t xml:space="preserve">[09:24] </w:t>
      </w:r>
      <w:r>
        <w:t>teen din ke baad theek wahi ho jata hai, waise hi ke waise hi.</w:t>
      </w:r>
    </w:p>
    <w:p>
      <w:pPr>
        <w:jc w:val="right"/>
      </w:pPr>
      <w:r>
        <w:t>تین دن کے بعد ٹھیک وہی ہو جاتا ہے، ویسے ہی کے ویسے ہی۔</w:t>
      </w:r>
    </w:p>
    <w:p>
      <w:r>
        <w:rPr>
          <w:b/>
        </w:rPr>
        <w:t xml:space="preserve">[09:31] </w:t>
      </w:r>
      <w:r>
        <w:t>dekhiye, yeh dream jo hai is baat ka clear proof hai ke hamare upar ek aur force hai,</w:t>
      </w:r>
    </w:p>
    <w:p>
      <w:pPr>
        <w:jc w:val="right"/>
      </w:pPr>
      <w:r>
        <w:t>دیکھیے، یہ ڈریم جو ہے اس بات کا کلیئر پروف ہے کہ ہمارے اوپر ایک ایک اور فورس ہے،</w:t>
      </w:r>
    </w:p>
    <w:p>
      <w:r>
        <w:rPr>
          <w:b/>
        </w:rPr>
        <w:t xml:space="preserve">[09:43] </w:t>
      </w:r>
      <w:r>
        <w:t>ek aur hasti hai, yani Khuda, jo aage tak ko dekhta hai.</w:t>
      </w:r>
    </w:p>
    <w:p>
      <w:pPr>
        <w:jc w:val="right"/>
      </w:pPr>
      <w:r>
        <w:t>ایک اور ہستی ہے، یعنی خدا، جو آگے تک کو دیکھتا ہے۔</w:t>
      </w:r>
    </w:p>
    <w:p>
      <w:r>
        <w:rPr>
          <w:b/>
        </w:rPr>
        <w:t xml:space="preserve">[09:51] </w:t>
      </w:r>
      <w:r>
        <w:t>aap sochiye ke teen din pehle,</w:t>
      </w:r>
    </w:p>
    <w:p>
      <w:pPr>
        <w:jc w:val="right"/>
      </w:pPr>
      <w:r>
        <w:t>آپ سوچیے کہ تین دن پہلے،</w:t>
      </w:r>
    </w:p>
    <w:p>
      <w:r>
        <w:rPr>
          <w:b/>
        </w:rPr>
        <w:t xml:space="preserve">[09:57] </w:t>
      </w:r>
      <w:r>
        <w:t>teen din ke baad jo baat waqea banne wali hai, us ko teen din pehle theek isi tarah dream mein dekhna to kis ne dikhaya?</w:t>
      </w:r>
    </w:p>
    <w:p>
      <w:pPr>
        <w:jc w:val="right"/>
      </w:pPr>
      <w:r>
        <w:t>تین دن کے بعد جو بات واقعہ بننے والی ہے، اس کو تین دن پہلے ٹھیک اسی طرح ڈریم میں دیکھنا تو کس نے دکھایا؟</w:t>
      </w:r>
    </w:p>
    <w:p>
      <w:r>
        <w:rPr>
          <w:b/>
        </w:rPr>
        <w:t xml:space="preserve">[10:12] </w:t>
      </w:r>
      <w:r>
        <w:t>yeh dikhaya Khuda ne.</w:t>
      </w:r>
    </w:p>
    <w:p>
      <w:pPr>
        <w:jc w:val="right"/>
      </w:pPr>
      <w:r>
        <w:t>یہ دکھایا خدا نے۔</w:t>
      </w:r>
    </w:p>
    <w:p>
      <w:r>
        <w:rPr>
          <w:b/>
        </w:rPr>
        <w:t xml:space="preserve">[10:15] </w:t>
      </w:r>
      <w:r>
        <w:t>Khuda ne yeh dream dikha kar bataya ke yahan tumhare siwa bhi ek super power hai, tumhare upar bhi ek bari taqat hai jo mazi,</w:t>
      </w:r>
    </w:p>
    <w:p>
      <w:pPr>
        <w:jc w:val="right"/>
      </w:pPr>
      <w:r>
        <w:t>خدا نے یہ ڈریم دکھا کر بتایا کہ یہاں تمہارے سوا بھی ایک سپر پاور ہے، تمہارے اوپر بھی ایک بڑی طاقت ہے جو ماضی،</w:t>
      </w:r>
    </w:p>
    <w:p>
      <w:r>
        <w:rPr>
          <w:b/>
        </w:rPr>
        <w:t xml:space="preserve">[10:32] </w:t>
      </w:r>
      <w:r>
        <w:t>jo past, jo present, jo future sab ko janti hai, halaat sab ke sab, sari universe is ke control mein hai.</w:t>
      </w:r>
    </w:p>
    <w:p>
      <w:pPr>
        <w:jc w:val="right"/>
      </w:pPr>
      <w:r>
        <w:t>جو پاسٹ، جو پریزنٹ، جو فیوچر سب کو جانتی ہے، حالات سب کے سب، ساری یونیورس اس کے کنٹرول میں ہے۔</w:t>
      </w:r>
    </w:p>
    <w:p>
      <w:r>
        <w:rPr>
          <w:b/>
        </w:rPr>
        <w:t xml:space="preserve">[10:42] </w:t>
      </w:r>
      <w:r>
        <w:t>to ek superior hasti ka hamare upar hona, jis ko hum Khuda kehte hain, is ka ek clear proof hai.</w:t>
      </w:r>
    </w:p>
    <w:p>
      <w:pPr>
        <w:jc w:val="right"/>
      </w:pPr>
      <w:r>
        <w:t>تو ایک سپیریئر ہستی کا ہمارے اوپر ہونا، جس کو ہم خدا کہتے ہیں، اس کا ایک کلیئر پروف ہے۔</w:t>
      </w:r>
    </w:p>
    <w:p>
      <w:r>
        <w:rPr>
          <w:b/>
        </w:rPr>
        <w:t xml:space="preserve">[10:55] </w:t>
      </w:r>
      <w:r>
        <w:t>kyun ke koi bhi insan future ki baat ko</w:t>
      </w:r>
    </w:p>
    <w:p>
      <w:pPr>
        <w:jc w:val="right"/>
      </w:pPr>
      <w:r>
        <w:t>کیونکہ کوئی بھی انسان فیوچر کی بات کو</w:t>
      </w:r>
    </w:p>
    <w:p>
      <w:r>
        <w:rPr>
          <w:b/>
        </w:rPr>
        <w:t xml:space="preserve">[11:03] </w:t>
      </w:r>
      <w:r>
        <w:t>is tarah pehle se dekh nahin sakta, impossible hai.</w:t>
      </w:r>
    </w:p>
    <w:p>
      <w:pPr>
        <w:jc w:val="right"/>
      </w:pPr>
      <w:r>
        <w:t>اس طرح پہلے سے دیکھ نہیں سکتا، امپاسیبل ہے۔</w:t>
      </w:r>
    </w:p>
    <w:p>
      <w:r>
        <w:rPr>
          <w:b/>
        </w:rPr>
        <w:t xml:space="preserve">[11:11] </w:t>
      </w:r>
      <w:r>
        <w:t>to ek baat yeh hai, doosri baat yeh hai ke main samajhta hoon ke Mr. Rajat ke bhai ne jin logon ko dekha paradise ki taraf jate hue, to</w:t>
      </w:r>
    </w:p>
    <w:p>
      <w:pPr>
        <w:jc w:val="right"/>
      </w:pPr>
      <w:r>
        <w:t>تو ایک بات یہ ہے، دوسری بات یہ ہے کہ میں سمجھتا ہوں کہ مسٹر رجت کے بھائی نے جن لوگوں کو دیکھا پیراڈائز کی طرف جاتے ہوئے، تو</w:t>
      </w:r>
    </w:p>
    <w:p>
      <w:r>
        <w:rPr>
          <w:b/>
        </w:rPr>
        <w:t xml:space="preserve">[11:25] </w:t>
      </w:r>
      <w:r>
        <w:t>meri dua hai ke woh hamari CPS ki team ke afraad hon.</w:t>
      </w:r>
    </w:p>
    <w:p>
      <w:pPr>
        <w:jc w:val="right"/>
      </w:pPr>
      <w:r>
        <w:t>میری دعا ہے کہ وہ ہماری سی پی ایس کی ٹیم کے افراد ہوں۔</w:t>
      </w:r>
    </w:p>
    <w:p>
      <w:r>
        <w:rPr>
          <w:b/>
        </w:rPr>
        <w:t xml:space="preserve">[11:31] </w:t>
      </w:r>
      <w:r>
        <w:t>mujhe aisa guman hai, aisa main hope rakhta hoon Khuda se ke CPS ki team ko woh</w:t>
      </w:r>
    </w:p>
    <w:p>
      <w:pPr>
        <w:jc w:val="right"/>
      </w:pPr>
      <w:r>
        <w:t>مجھے ایسا گمان ہے، ایسا میں ہوپ رکھتا ہوں خدا سے کہ سی پی ایس کی ٹیم کو وہ</w:t>
      </w:r>
    </w:p>
    <w:p>
      <w:r>
        <w:rPr>
          <w:b/>
        </w:rPr>
        <w:t xml:space="preserve">[11:45] </w:t>
      </w:r>
      <w:r>
        <w:t>paradise mein dakhil karega.</w:t>
      </w:r>
    </w:p>
    <w:p>
      <w:pPr>
        <w:jc w:val="right"/>
      </w:pPr>
      <w:r>
        <w:t>پیراڈائز میں داخل کرے گا۔</w:t>
      </w:r>
    </w:p>
    <w:p>
      <w:r>
        <w:rPr>
          <w:b/>
        </w:rPr>
        <w:t xml:space="preserve">[11:50] </w:t>
      </w:r>
      <w:r>
        <w:t>lekin isi mein ek aur jo pehlu hai, woh yeh hai ke ek shakhs is mein gate par pahunch kar lauta diya jata hai.</w:t>
      </w:r>
    </w:p>
    <w:p>
      <w:pPr>
        <w:jc w:val="right"/>
      </w:pPr>
      <w:r>
        <w:t>لیکن اسی میں ایک اور جو پہلو ہے، وہ یہ ہے کہ ایک شخص اس میں گیٹ پر پہنچ کر لوٹا دیا جاتا ہے۔</w:t>
      </w:r>
    </w:p>
    <w:p>
      <w:r>
        <w:rPr>
          <w:b/>
        </w:rPr>
        <w:t xml:space="preserve">[12:01] </w:t>
      </w:r>
      <w:r>
        <w:t>yeh kisi ek baat, ek insaan ki baat nahi balkeh sabhi ki baat hai. Kyunke dekhiye, hadith mein aata hai ke day of the judgment jo hoga,</w:t>
      </w:r>
    </w:p>
    <w:p>
      <w:pPr>
        <w:jc w:val="right"/>
      </w:pPr>
      <w:r>
        <w:t>یہ کسی ایک بات، ایک انسان کی بات نہیں بلکہ سبھی کی بات ہے۔ کیونکہ دیکھیے، حدیث میں آتا ہے کہ ڈے آف دی ججمنٹ جو ہوگا،</w:t>
      </w:r>
    </w:p>
    <w:p>
      <w:r>
        <w:rPr>
          <w:b/>
        </w:rPr>
        <w:t xml:space="preserve">[12:15] </w:t>
      </w:r>
      <w:r>
        <w:t>toh angel kuch logon ko pakad kar hell ki taraf le aa rahe honge, toh prophet kahenge ke yeh toh mere companion hain.</w:t>
      </w:r>
    </w:p>
    <w:p>
      <w:pPr>
        <w:jc w:val="right"/>
      </w:pPr>
      <w:r>
        <w:t>تو اینجل کچھ لوگوں کو پکڑ کر ہیل کی طرف لے آ رہے ہوں گے، تو پرافٹ کہیں گے کہ یہ تو میرے کمپینین ہیں۔</w:t>
      </w:r>
    </w:p>
    <w:p>
      <w:r>
        <w:rPr>
          <w:b/>
        </w:rPr>
        <w:t xml:space="preserve">[12:27] </w:t>
      </w:r>
      <w:r>
        <w:t>yaani prophet ke jo companion the, ek lakh pachis hazar, is mein se woh honge.</w:t>
      </w:r>
    </w:p>
    <w:p>
      <w:pPr>
        <w:jc w:val="right"/>
      </w:pPr>
      <w:r>
        <w:t>یعنی پرافٹ کے جو کمپینین تھے، ایک لاکھ پچیس ہزار، اس میں سے وہ ہوں گے۔</w:t>
      </w:r>
    </w:p>
    <w:p>
      <w:r>
        <w:rPr>
          <w:b/>
        </w:rPr>
        <w:t xml:space="preserve">[12:36] </w:t>
      </w:r>
      <w:r>
        <w:t>toh angel kahenge ke aap ke baad, yaani aap ki death ke baad, yeh hat gaye raaste se, inhon ne badal dala,</w:t>
      </w:r>
    </w:p>
    <w:p>
      <w:pPr>
        <w:jc w:val="right"/>
      </w:pPr>
      <w:r>
        <w:t>تو اینجل کہیں گے کہ آپ کے بعد، یعنی آپ کی ڈیتھ کے بعد، یہ ہٹ گئے راستے سے، انہوں نے بدل ڈالا،</w:t>
      </w:r>
    </w:p>
    <w:p>
      <w:r>
        <w:rPr>
          <w:b/>
        </w:rPr>
        <w:t xml:space="preserve">[12:51] </w:t>
      </w:r>
      <w:r>
        <w:t>jo pledge liya tha, us pledge se hat gaye yeh.</w:t>
      </w:r>
    </w:p>
    <w:p>
      <w:pPr>
        <w:jc w:val="right"/>
      </w:pPr>
      <w:r>
        <w:t>جو پلیج لیا تھا، اس پلیج سے ہٹ گئے یہ۔</w:t>
      </w:r>
    </w:p>
    <w:p>
      <w:r>
        <w:rPr>
          <w:b/>
        </w:rPr>
        <w:t xml:space="preserve">[12:55] </w:t>
      </w:r>
      <w:r>
        <w:t>toh prophet kahenge ke fasukhan, sukhhan,</w:t>
      </w:r>
    </w:p>
    <w:p>
      <w:pPr>
        <w:jc w:val="right"/>
      </w:pPr>
      <w:r>
        <w:t>تو پرافٹ کہیں گے کہ فسوخاً، سوخاً،</w:t>
      </w:r>
    </w:p>
    <w:p>
      <w:r>
        <w:rPr>
          <w:b/>
        </w:rPr>
        <w:t xml:space="preserve">[13:02] </w:t>
      </w:r>
      <w:r>
        <w:t>woh door ho, woh door ho. Toh prophet ka, ke jo companion the, un ke liye bhi yeh</w:t>
      </w:r>
    </w:p>
    <w:p>
      <w:pPr>
        <w:jc w:val="right"/>
      </w:pPr>
      <w:r>
        <w:t>وہ دور ہو، وہ دور ہو۔ تو پرافٹ کا، کے جو کمپینین تھے، ان کے لیے بھی یہ</w:t>
      </w:r>
    </w:p>
    <w:p>
      <w:r>
        <w:rPr>
          <w:b/>
        </w:rPr>
        <w:t xml:space="preserve">[13:16] </w:t>
      </w:r>
      <w:r>
        <w:t>yeh risk hai ke agar woh raaste se hatein toh companion hote hue bhi woh hell mein daal diye jayenge.</w:t>
      </w:r>
    </w:p>
    <w:p>
      <w:pPr>
        <w:jc w:val="right"/>
      </w:pPr>
      <w:r>
        <w:t>یہ رسک ہے کہ اگر وہ راستے سے ہٹیں تو کمپینین ہوتے بھی ہوئے بھی وہ ہیل میں ڈال دیے جائیں گے۔</w:t>
      </w:r>
    </w:p>
    <w:p>
      <w:r>
        <w:rPr>
          <w:b/>
        </w:rPr>
        <w:t xml:space="preserve">[13:31] </w:t>
      </w:r>
      <w:r>
        <w:t>Toh yeh ek warning hai hum sab ke liye.</w:t>
      </w:r>
    </w:p>
    <w:p>
      <w:pPr>
        <w:jc w:val="right"/>
      </w:pPr>
      <w:r>
        <w:t>تو یہ ایک وارننگ ہے ہم سب کے لیے۔</w:t>
      </w:r>
    </w:p>
    <w:p>
      <w:r>
        <w:rPr>
          <w:b/>
        </w:rPr>
        <w:t xml:space="preserve">[13:34] </w:t>
      </w:r>
      <w:r>
        <w:t>Yaani ek taraf toh good tyeing hai ke inshallah Khuda hamare liye paradise ka faisla farmaye ga, aur doosri taraf is mein yeh bhi ek warning hai</w:t>
      </w:r>
    </w:p>
    <w:p>
      <w:pPr>
        <w:jc w:val="right"/>
      </w:pPr>
      <w:r>
        <w:t>یعنی ایک طرف تو گڈ ٹائرنگ ہے کہ انشاءاللہ خدا ہمارے لیے پیراڈائز کا فیصلہ فرمائے گا، اور دوسری طرف اس میں یہ بھی ایک وارننگ ہے</w:t>
      </w:r>
    </w:p>
    <w:p>
      <w:r>
        <w:rPr>
          <w:b/>
        </w:rPr>
        <w:t xml:space="preserve">[13:53] </w:t>
      </w:r>
      <w:r>
        <w:t>ke paradise kisi ka right nahi hai.</w:t>
      </w:r>
    </w:p>
    <w:p>
      <w:pPr>
        <w:jc w:val="right"/>
      </w:pPr>
      <w:r>
        <w:t>کہ پیراڈائز کسی کا رائٹ نہیں ہے۔</w:t>
      </w:r>
    </w:p>
    <w:p>
      <w:r>
        <w:rPr>
          <w:b/>
        </w:rPr>
        <w:t xml:space="preserve">[13:58] </w:t>
      </w:r>
      <w:r>
        <w:t>Jaise aap ek ghar khareedein, registry karwa lein apne naam se,</w:t>
      </w:r>
    </w:p>
    <w:p>
      <w:pPr>
        <w:jc w:val="right"/>
      </w:pPr>
      <w:r>
        <w:t>جیسے آپ ایک گھر خریدیں، رجسٹری کروا لیں اپنے نام سے،</w:t>
      </w:r>
    </w:p>
    <w:p>
      <w:r>
        <w:rPr>
          <w:b/>
        </w:rPr>
        <w:t xml:space="preserve">[14:06] </w:t>
      </w:r>
      <w:r>
        <w:t>saare papers ko poora kar lein toh aap ka us par right ho jata hai,</w:t>
      </w:r>
    </w:p>
    <w:p>
      <w:pPr>
        <w:jc w:val="right"/>
      </w:pPr>
      <w:r>
        <w:t>سارے پیپرز کو پورا کر لیں تو آپ کا اس پر رائٹ ہو جاتا ہے،</w:t>
      </w:r>
    </w:p>
    <w:p>
      <w:r>
        <w:rPr>
          <w:b/>
        </w:rPr>
        <w:t xml:space="preserve">[14:13] </w:t>
      </w:r>
      <w:r>
        <w:t>lekin paradise ke upar kisi ka right nahi hai.</w:t>
      </w:r>
    </w:p>
    <w:p>
      <w:pPr>
        <w:jc w:val="right"/>
      </w:pPr>
      <w:r>
        <w:t>لیکن پیراڈائز کے اوپر کسی کا رائٹ نہیں ہے۔</w:t>
      </w:r>
    </w:p>
    <w:p>
      <w:r>
        <w:rPr>
          <w:b/>
        </w:rPr>
        <w:t xml:space="preserve">[14:18] </w:t>
      </w:r>
      <w:r>
        <w:t>Prophet ne khud apne bare mein kaha: "Wallah la adri, wallah la adri, wallah la adri, wa ana rasulullah, ma yaf'al bi wala bikum."</w:t>
      </w:r>
    </w:p>
    <w:p>
      <w:pPr>
        <w:jc w:val="right"/>
      </w:pPr>
      <w:r>
        <w:t>پرافٹ نے خود اپنے بارے میں کہا: "واللہ لا ادری، واللہ لا ادری، واللہ لا ادری، وانا رسول اللہ، ما یفعل بی ولا بکم۔"</w:t>
      </w:r>
    </w:p>
    <w:p>
      <w:r>
        <w:rPr>
          <w:b/>
        </w:rPr>
        <w:t xml:space="preserve">[14:38] </w:t>
      </w:r>
      <w:r>
        <w:t>Khuda ki qasam, main nahi jaanta, Khuda ki qasam, main nahi jaanta, Khuda ki qasam, main nahi jaanta,</w:t>
      </w:r>
    </w:p>
    <w:p>
      <w:pPr>
        <w:jc w:val="right"/>
      </w:pPr>
      <w:r>
        <w:t>خدا کی قسم، میں نہیں جانتا، خدا کی قسم، میں نہیں جانتا، خدا کی قسم، میں نہیں جانتا،</w:t>
      </w:r>
    </w:p>
    <w:p>
      <w:r>
        <w:rPr>
          <w:b/>
        </w:rPr>
        <w:t xml:space="preserve">[14:48] </w:t>
      </w:r>
      <w:r>
        <w:t>agar</w:t>
      </w:r>
    </w:p>
    <w:p>
      <w:pPr>
        <w:jc w:val="right"/>
      </w:pPr>
      <w:r>
        <w:t>اگر</w:t>
      </w:r>
    </w:p>
    <w:p>
      <w:r>
        <w:rPr>
          <w:b/>
        </w:rPr>
        <w:t xml:space="preserve">[14:49] </w:t>
      </w:r>
      <w:r>
        <w:t>chayeh main Khuda ka prophet hoon, kya kya jayega mere saath aur kya kya jayega tumhare saath?</w:t>
      </w:r>
    </w:p>
    <w:p>
      <w:pPr>
        <w:jc w:val="right"/>
      </w:pPr>
      <w:r>
        <w:t>چہ میں خدا کا پرافٹ ہوں، کیا کیا جائے گا میرے ساتھ اور کیا کیا جائے گا تمہارے ساتھ؟</w:t>
      </w:r>
    </w:p>
    <w:p>
      <w:r>
        <w:rPr>
          <w:b/>
        </w:rPr>
        <w:t xml:space="preserve">[15:02] </w:t>
      </w:r>
      <w:r>
        <w:t>Dekhiye, ek baat ko samajh lijiye</w:t>
      </w:r>
    </w:p>
    <w:p>
      <w:pPr>
        <w:jc w:val="right"/>
      </w:pPr>
      <w:r>
        <w:t>دیکھیے، ایک بات کو سمجھ لیجئے</w:t>
      </w:r>
    </w:p>
    <w:p>
      <w:r>
        <w:rPr>
          <w:b/>
        </w:rPr>
        <w:t xml:space="preserve">[15:08] </w:t>
      </w:r>
      <w:r>
        <w:t>ke believer ya momin</w:t>
      </w:r>
    </w:p>
    <w:p>
      <w:pPr>
        <w:jc w:val="right"/>
      </w:pPr>
      <w:r>
        <w:t>کہ بیلیور یا مومن</w:t>
      </w:r>
    </w:p>
    <w:p>
      <w:r>
        <w:rPr>
          <w:b/>
        </w:rPr>
        <w:t xml:space="preserve">[15:16] </w:t>
      </w:r>
      <w:r>
        <w:t>do</w:t>
      </w:r>
    </w:p>
    <w:p>
      <w:pPr>
        <w:jc w:val="right"/>
      </w:pPr>
      <w:r>
        <w:t>دو</w:t>
      </w:r>
    </w:p>
    <w:p>
      <w:r>
        <w:rPr>
          <w:b/>
        </w:rPr>
        <w:t xml:space="preserve">[15:20] </w:t>
      </w:r>
      <w:r>
        <w:t>soch ke beech mein hota hai.</w:t>
      </w:r>
    </w:p>
    <w:p>
      <w:pPr>
        <w:jc w:val="right"/>
      </w:pPr>
      <w:r>
        <w:t>سوچ کے بیچ میں ہوتا ہے۔</w:t>
      </w:r>
    </w:p>
    <w:p>
      <w:r>
        <w:rPr>
          <w:b/>
        </w:rPr>
        <w:t xml:space="preserve">[15:24] </w:t>
      </w:r>
      <w:r>
        <w:t>Ek taraf jab woh dekhta hai ke jo Khuda ki kitaab mein likha hai, jo prophet ne bataya hai, toh main us ko badle baghair theek theek, maine us ko maana aur us ko follow kiya.</w:t>
      </w:r>
    </w:p>
    <w:p>
      <w:pPr>
        <w:jc w:val="right"/>
      </w:pPr>
      <w:r>
        <w:t>ایک طرف جب وہ دیکھتا ہے کہ جو خدا کی کتاب میں لکھا ہے، جو پرافٹ نے بتایا ہے، تو میں اس کو بدلے بغیر ٹھیک ٹھیک، میں نے اس کو مانا اور اس کو فالو کیا۔</w:t>
      </w:r>
    </w:p>
    <w:p>
      <w:r>
        <w:rPr>
          <w:b/>
        </w:rPr>
        <w:t xml:space="preserve">[15:42] </w:t>
      </w:r>
      <w:r>
        <w:t>Maine koi dishonesty nahi ki, aisa maine nahi kiya ke ek baat ko main sach maan jaun aur phir main us ko na karoon.</w:t>
      </w:r>
    </w:p>
    <w:p>
      <w:pPr>
        <w:jc w:val="right"/>
      </w:pPr>
      <w:r>
        <w:t>میں نے کوئی ڈس آنیسٹی نہیں کی، ایسا میں نے نہیں کیا کہ ایک بات کو میں سچ مان جانوں اور پھر میں اس کو نہ کروں۔</w:t>
      </w:r>
    </w:p>
    <w:p>
      <w:r>
        <w:rPr>
          <w:b/>
        </w:rPr>
        <w:t xml:space="preserve">[16:00] </w:t>
      </w:r>
      <w:r>
        <w:t>Toh ek taraf woh apni honesty ko dekhta hai,</w:t>
      </w:r>
    </w:p>
    <w:p>
      <w:pPr>
        <w:jc w:val="right"/>
      </w:pPr>
      <w:r>
        <w:t>تو ایک طرف وہ اپنی آنیسٹی کو دیکھتا ہے،</w:t>
      </w:r>
    </w:p>
    <w:p>
      <w:r>
        <w:rPr>
          <w:b/>
        </w:rPr>
        <w:t xml:space="preserve">[16:13] </w:t>
      </w:r>
      <w:r>
        <w:t>to khuda se woh hopeful ho jata hai.</w:t>
      </w:r>
    </w:p>
    <w:p>
      <w:pPr>
        <w:jc w:val="right"/>
      </w:pPr>
      <w:r>
        <w:t>تو خدا سے وہ ہوپ فل ہو جاتا ہے۔</w:t>
      </w:r>
    </w:p>
    <w:p>
      <w:r>
        <w:rPr>
          <w:b/>
        </w:rPr>
        <w:t xml:space="preserve">[16:21] </w:t>
      </w:r>
      <w:r>
        <w:t>is ke andar yeh soch banti hai ke jab maine poori honesty ke sath khuda ke word ko liya, khuda ke prophet ki baton ko mana,</w:t>
      </w:r>
    </w:p>
    <w:p>
      <w:pPr>
        <w:jc w:val="right"/>
      </w:pPr>
      <w:r>
        <w:t>اس کے اندر یہ سوچ بنتی ہے کہ جب میں نے پوری آنیسٹی کے ساتھ خدا کے ورڈ کو لیا، خدا کے پرافٹ کی باتوں کو مانا،</w:t>
      </w:r>
    </w:p>
    <w:p>
      <w:r>
        <w:rPr>
          <w:b/>
        </w:rPr>
        <w:t xml:space="preserve">[16:39] </w:t>
      </w:r>
      <w:r>
        <w:t>to apni is honesty ki bina par is ke andar ek conviction aata hai.</w:t>
      </w:r>
    </w:p>
    <w:p>
      <w:pPr>
        <w:jc w:val="right"/>
      </w:pPr>
      <w:r>
        <w:t>تو اپنی اس آنیسٹی کی بنا پر اس کے اندر ایک کنوکشن آتا ہے۔</w:t>
      </w:r>
    </w:p>
    <w:p>
      <w:r>
        <w:rPr>
          <w:b/>
        </w:rPr>
        <w:t xml:space="preserve">[16:49] </w:t>
      </w:r>
      <w:r>
        <w:t>is conviction ki bina par yeh soch is ke andar aati hai ke khuda inshallah mujhe paradise mein dakhil karega.</w:t>
      </w:r>
    </w:p>
    <w:p>
      <w:pPr>
        <w:jc w:val="right"/>
      </w:pPr>
      <w:r>
        <w:t>اس کنوکشن کی بنا پر یہ سوچ اس کے اندر آتی ہے کہ خدا انشاءاللہ مجھے پیراڈائز میں داخل کرے گا۔</w:t>
      </w:r>
    </w:p>
    <w:p>
      <w:r>
        <w:rPr>
          <w:b/>
        </w:rPr>
        <w:t xml:space="preserve">[16:58] </w:t>
      </w:r>
      <w:r>
        <w:t>lekin chunke paradise kisi ka right nahi hai, dekhiye, paradise itni zyada bari cheez hai,</w:t>
      </w:r>
    </w:p>
    <w:p>
      <w:pPr>
        <w:jc w:val="right"/>
      </w:pPr>
      <w:r>
        <w:t>لیکن چونکہ پیراڈائز کسی کا رائٹ نہیں ہے، دیکھیے، پیراڈائز اتنی زیادہ بڑی چیز ہے،</w:t>
      </w:r>
    </w:p>
    <w:p>
      <w:r>
        <w:rPr>
          <w:b/>
        </w:rPr>
        <w:t xml:space="preserve">[17:14] </w:t>
      </w:r>
      <w:r>
        <w:t>itni zyada bari cheez hai ke kisi ka amal, kisi ki sacrifice,</w:t>
      </w:r>
    </w:p>
    <w:p>
      <w:pPr>
        <w:jc w:val="right"/>
      </w:pPr>
      <w:r>
        <w:t>اتنی زیادہ بڑی چیز ہے کہ کسی کا عمل، کسی کی سیکریفائس،</w:t>
      </w:r>
    </w:p>
    <w:p>
      <w:r>
        <w:rPr>
          <w:b/>
        </w:rPr>
        <w:t xml:space="preserve">[17:25] </w:t>
      </w:r>
      <w:r>
        <w:t>iski price nahi ban sakti.</w:t>
      </w:r>
    </w:p>
    <w:p>
      <w:pPr>
        <w:jc w:val="right"/>
      </w:pPr>
      <w:r>
        <w:t>اس کی پرائس نہیں بن سکتی۔</w:t>
      </w:r>
    </w:p>
    <w:p>
      <w:r>
        <w:rPr>
          <w:b/>
        </w:rPr>
        <w:t xml:space="preserve">[17:29] </w:t>
      </w:r>
      <w:r>
        <w:t>jis tarah se ghar hamari jeb mein iski price hoti hai, to hum ghar khareed lete hain, to paradise itni bari cheez hai ke koi iski price de nahi sakta hai.</w:t>
      </w:r>
    </w:p>
    <w:p>
      <w:pPr>
        <w:jc w:val="right"/>
      </w:pPr>
      <w:r>
        <w:t>جس طرح سے گھر ہماری جیب میں اس کی پرائس ہوتی ہے، تو ہم گھر خرید لیتے ہیں، تو پیراڈائز اتنی بڑی چیز ہے کہ کوئی اس کی پرائس دے نہیں سکتا ہے۔</w:t>
      </w:r>
    </w:p>
    <w:p>
      <w:r>
        <w:rPr>
          <w:b/>
        </w:rPr>
        <w:t xml:space="preserve">[17:44] </w:t>
      </w:r>
      <w:r>
        <w:t>humne kuch bhi sacrifice ki ho, woh paradise ki price nahi ban sakti.</w:t>
      </w:r>
    </w:p>
    <w:p>
      <w:pPr>
        <w:jc w:val="right"/>
      </w:pPr>
      <w:r>
        <w:t>ہم نے کچھ بھی سیکریفائس کی ہو، وہ پیراڈائز کی پرائس نہیں بن سکتی۔</w:t>
      </w:r>
    </w:p>
    <w:p>
      <w:r>
        <w:rPr>
          <w:b/>
        </w:rPr>
        <w:t xml:space="preserve">[17:51] </w:t>
      </w:r>
      <w:r>
        <w:t>is liye</w:t>
      </w:r>
    </w:p>
    <w:p>
      <w:pPr>
        <w:jc w:val="right"/>
      </w:pPr>
      <w:r>
        <w:t>اس لیے</w:t>
      </w:r>
    </w:p>
    <w:p>
      <w:r>
        <w:rPr>
          <w:b/>
        </w:rPr>
        <w:t xml:space="preserve">[17:55] </w:t>
      </w:r>
      <w:r>
        <w:t>ek taraf momin ko yeh conviction hota hai, jaisa ke maine arz kiya, doosri taraf usko yeh bhi ehsas rehta hai ke mere paas to price hai nahi paradise ki dene ke liye.</w:t>
      </w:r>
    </w:p>
    <w:p>
      <w:pPr>
        <w:jc w:val="right"/>
      </w:pPr>
      <w:r>
        <w:t>ایک طرف مومن کو یہ کنوکشن ہوتا ہے، جیسا کہ میں نے عرض کیا، دوسری طرف اس کو یہ بھی احساس رہتا ہے کہ میرے پاس تو پرائس ہے نہیں پیراڈائز کی دینے کے لیے۔</w:t>
      </w:r>
    </w:p>
    <w:p>
      <w:r>
        <w:rPr>
          <w:b/>
        </w:rPr>
        <w:t xml:space="preserve">[18:09] </w:t>
      </w:r>
      <w:r>
        <w:t>yeh to poori tarah khuda ki blessing hai.</w:t>
      </w:r>
    </w:p>
    <w:p>
      <w:pPr>
        <w:jc w:val="right"/>
      </w:pPr>
      <w:r>
        <w:t>یہ تو پوری طرح خدا کی بلیسنگ ہے۔</w:t>
      </w:r>
    </w:p>
    <w:p>
      <w:r>
        <w:rPr>
          <w:b/>
        </w:rPr>
        <w:t xml:space="preserve">[18:14] </w:t>
      </w:r>
      <w:r>
        <w:t>wo cheez jiski price mein na de sakta hoon, woh mujhe mile to woh khuda ki blessing hogi. aisa nahi ke maine isko khareeda ho, khareed kar paya ho.</w:t>
      </w:r>
    </w:p>
    <w:p>
      <w:pPr>
        <w:jc w:val="right"/>
      </w:pPr>
      <w:r>
        <w:t>وہ چیز جس کی پرائس میں نہ دے سکتا ہوں، وہ مجھے ملے تو وہ خدا کی بلیسنگ ہوگی۔ ایسا نہیں کہ میں نے اس کو خریدا ہو، خرید کر پایا ہو۔</w:t>
      </w:r>
    </w:p>
    <w:p>
      <w:r>
        <w:rPr>
          <w:b/>
        </w:rPr>
        <w:t xml:space="preserve">[18:29] </w:t>
      </w:r>
      <w:r>
        <w:t>to yeh doosra aspect jo hai, usko hamesha conviction mein rakhta hai.</w:t>
      </w:r>
    </w:p>
    <w:p>
      <w:pPr>
        <w:jc w:val="right"/>
      </w:pPr>
      <w:r>
        <w:t>تو یہ دوسرا اسپیکٹ جو ہے، اس کو ہمیشہ کنو ڈاؤٹ میں رکھتا ہے۔</w:t>
      </w:r>
    </w:p>
    <w:p>
      <w:r>
        <w:rPr>
          <w:b/>
        </w:rPr>
        <w:t xml:space="preserve">[18:38] </w:t>
      </w:r>
      <w:r>
        <w:t>to conviction aur doubt do ke beech mein jeeta hai believer, momin, aur raja' al-iman, bara al-iman, bara rajai wal khauf.</w:t>
      </w:r>
    </w:p>
    <w:p>
      <w:pPr>
        <w:jc w:val="right"/>
      </w:pPr>
      <w:r>
        <w:t>تو کنوکشن اور ڈاؤٹ دو کے بیچ میں جیتا ہے بیلیور، مومن، اور رجاؤ الایمان، برا الایمان، برا رجائے والخوف۔</w:t>
      </w:r>
    </w:p>
    <w:p>
      <w:r>
        <w:rPr>
          <w:b/>
        </w:rPr>
        <w:t xml:space="preserve">[18:51] </w:t>
      </w:r>
      <w:r>
        <w:t>iman do cheezon ke beech mein hai:</w:t>
      </w:r>
    </w:p>
    <w:p>
      <w:pPr>
        <w:jc w:val="right"/>
      </w:pPr>
      <w:r>
        <w:t>ایمان دو چیزوں کے بیچ میں ہے:</w:t>
      </w:r>
    </w:p>
    <w:p>
      <w:r>
        <w:rPr>
          <w:b/>
        </w:rPr>
        <w:t xml:space="preserve">[18:56] </w:t>
      </w:r>
      <w:r>
        <w:t>hope aur fear. al-iman, bara rajai wal khauf.</w:t>
      </w:r>
    </w:p>
    <w:p>
      <w:pPr>
        <w:jc w:val="right"/>
      </w:pPr>
      <w:r>
        <w:t>ہوپ اور فیئر۔ الایمان، برا رجائے والخوف۔</w:t>
      </w:r>
    </w:p>
    <w:p>
      <w:r>
        <w:rPr>
          <w:b/>
        </w:rPr>
        <w:t xml:space="preserve">[19:03] </w:t>
      </w:r>
      <w:r>
        <w:t>iman</w:t>
      </w:r>
    </w:p>
    <w:p>
      <w:pPr>
        <w:jc w:val="right"/>
      </w:pPr>
      <w:r>
        <w:t>ایمان</w:t>
      </w:r>
    </w:p>
    <w:p>
      <w:r>
        <w:rPr>
          <w:b/>
        </w:rPr>
        <w:t xml:space="preserve">[19:08] </w:t>
      </w:r>
      <w:r>
        <w:t>fear aur hope ke beech mein hota hai. yani ek taraf usko jab yeh ehsas hota hai ke maine jis cheez ko khuda ki baat samjhi,</w:t>
      </w:r>
    </w:p>
    <w:p>
      <w:pPr>
        <w:jc w:val="right"/>
      </w:pPr>
      <w:r>
        <w:t>فیئر اور ہوپ کے بیچ میں ہوتا ہے۔ یعنی ایک طرف اس کو جب یہ احساس ہوتا ہے کہ میں نے جس چیز کو خدا کی بات سمجھی،</w:t>
      </w:r>
    </w:p>
    <w:p>
      <w:r>
        <w:rPr>
          <w:b/>
        </w:rPr>
        <w:t xml:space="preserve">[19:24] </w:t>
      </w:r>
      <w:r>
        <w:t>usko maine honesty pakad liya, honesty ke sath pakad liya,</w:t>
      </w:r>
    </w:p>
    <w:p>
      <w:pPr>
        <w:jc w:val="right"/>
      </w:pPr>
      <w:r>
        <w:t>اس کو میں نے آنیسٹی پکڑ لیا، آنیسٹی کے ساتھ پکڑ لیا،</w:t>
      </w:r>
    </w:p>
    <w:p>
      <w:r>
        <w:rPr>
          <w:b/>
        </w:rPr>
        <w:t xml:space="preserve">[19:31] </w:t>
      </w:r>
      <w:r>
        <w:t>khuda ke sath maine dishonesty nahi ki,</w:t>
      </w:r>
    </w:p>
    <w:p>
      <w:pPr>
        <w:jc w:val="right"/>
      </w:pPr>
      <w:r>
        <w:t>خدا کے ساتھ میں نے ڈس آنیسٹی نہیں کی،</w:t>
      </w:r>
    </w:p>
    <w:p>
      <w:r>
        <w:rPr>
          <w:b/>
        </w:rPr>
        <w:t xml:space="preserve">[19:40] </w:t>
      </w:r>
      <w:r>
        <w:t>khuda ke bare mein hypocrisy nahi ki, maine khuda ke bare mein double standard nahi banaya,</w:t>
      </w:r>
    </w:p>
    <w:p>
      <w:pPr>
        <w:jc w:val="right"/>
      </w:pPr>
      <w:r>
        <w:t>خدا کے بارے میں ہپوکریسی نہیں کی، میں نے خدا کے بارے میں ڈبل سٹینڈرڈ نہیں بنایا،</w:t>
      </w:r>
    </w:p>
    <w:p>
      <w:r>
        <w:rPr>
          <w:b/>
        </w:rPr>
        <w:t xml:space="preserve">[19:51] </w:t>
      </w:r>
      <w:r>
        <w:t>to yeh cheez uske andar hope laati hai. lekin jab doosra aspect aata hai samne ke paradise to itni bari cheez hai ke sare insanon ka ke sacrifice bhi uski price nahi ban sakti,</w:t>
      </w:r>
    </w:p>
    <w:p>
      <w:pPr>
        <w:jc w:val="right"/>
      </w:pPr>
      <w:r>
        <w:t>تو یہ چیز اس کے اندر ہوپ لاتی ہے۔ لیکن جب دوسرا اسپیکٹ آتا ہے سامنے کہ پیراڈائز تو اتنی بڑی چیز ہے کہ سارے انسانوں کا کہ سیکریفائس بھی اس کی پرائس نہیں بن سکتی،</w:t>
      </w:r>
    </w:p>
    <w:p>
      <w:r>
        <w:rPr>
          <w:b/>
        </w:rPr>
        <w:t xml:space="preserve">[20:10] </w:t>
      </w:r>
      <w:r>
        <w:t>to phir bhi yeh khuda ke upar hai ke woh kis ko paradise de, kis ko na de. yeh doosra aspect usko fear mein rakhta hai.</w:t>
      </w:r>
    </w:p>
    <w:p>
      <w:pPr>
        <w:jc w:val="right"/>
      </w:pPr>
      <w:r>
        <w:t>تو پھر بھی یہ خدا کے اوپر ہے کہ وہ کس کو پیراڈائز دے، کس کو نہ دے۔ یہ دوسرا اسپیکٹ اس کو فیئر میں رکھتا ہے۔</w:t>
      </w:r>
    </w:p>
    <w:p>
      <w:r>
        <w:rPr>
          <w:b/>
        </w:rPr>
        <w:t xml:space="preserve">[20:25] </w:t>
      </w:r>
      <w:r>
        <w:t>is liye main kehta hoon ke aap log jo goya ke paradise ke candidate hain,</w:t>
      </w:r>
    </w:p>
    <w:p>
      <w:pPr>
        <w:jc w:val="right"/>
      </w:pPr>
      <w:r>
        <w:t>اس لیے میں کہتا ہوں کہ آپ لوگ جو گویا کہ پیراڈائز کے کینڈیڈیٹ ہیں،</w:t>
      </w:r>
    </w:p>
    <w:p>
      <w:r>
        <w:rPr>
          <w:b/>
        </w:rPr>
        <w:t xml:space="preserve">[20:35] </w:t>
      </w:r>
      <w:r>
        <w:t>is pehlu se khoob khoob sochen.</w:t>
      </w:r>
    </w:p>
    <w:p>
      <w:pPr>
        <w:jc w:val="right"/>
      </w:pPr>
      <w:r>
        <w:t>اس پہلو سے خوب خوب سوچیں۔</w:t>
      </w:r>
    </w:p>
    <w:p>
      <w:r>
        <w:rPr>
          <w:b/>
        </w:rPr>
        <w:t xml:space="preserve">[20:41] </w:t>
      </w:r>
      <w:r>
        <w:t>aur jo dream aaya mr. navdeep ko,</w:t>
      </w:r>
    </w:p>
    <w:p>
      <w:pPr>
        <w:jc w:val="right"/>
      </w:pPr>
      <w:r>
        <w:t>اور جو ڈریم آیا مسٹر نودیپ کو،</w:t>
      </w:r>
    </w:p>
    <w:p>
      <w:r>
        <w:rPr>
          <w:b/>
        </w:rPr>
        <w:t xml:space="preserve">[20:49] </w:t>
      </w:r>
      <w:r>
        <w:t>is mein mujhe do baatein dikhai padti hain.</w:t>
      </w:r>
    </w:p>
    <w:p>
      <w:pPr>
        <w:jc w:val="right"/>
      </w:pPr>
      <w:r>
        <w:t>اس میں مجھے دو باتیں دکھائی پڑتی ہیں۔</w:t>
      </w:r>
    </w:p>
    <w:p>
      <w:r>
        <w:rPr>
          <w:b/>
        </w:rPr>
        <w:t xml:space="preserve">[20:54] </w:t>
      </w:r>
      <w:r>
        <w:t>ek to yeh ke is team ke saath jo jurega, is mission mein jo jo saath dega, is mission ka to zaroor khuda uska saath dega.</w:t>
      </w:r>
    </w:p>
    <w:p>
      <w:pPr>
        <w:jc w:val="right"/>
      </w:pPr>
      <w:r>
        <w:t>ایک تو یہ کہ اس ٹیم کے ساتھ جو جڑے گا، اس مشن میں جو جو ساتھ دے گا، اس مشن کا تو ضرور خدا اس کا ساتھ دے گا۔</w:t>
      </w:r>
    </w:p>
    <w:p>
      <w:r>
        <w:rPr>
          <w:b/>
        </w:rPr>
        <w:t xml:space="preserve">[21:14] </w:t>
      </w:r>
      <w:r>
        <w:t>jaisa ke quran mein hai: "walayansurnallahu manayansuru" . jo khuda ki help karega to khuda zaroor uski help karega.</w:t>
      </w:r>
    </w:p>
    <w:p>
      <w:pPr>
        <w:jc w:val="right"/>
      </w:pPr>
      <w:r>
        <w:t>جیسا کہ قرآن میں ہے: "ولینصرنا اللہ منینصرو"۔ جو خدا کی ہیلپ کرے گا تو خدا ضرور اس کی ہیلپ کرے گا۔</w:t>
      </w:r>
    </w:p>
    <w:p>
      <w:r>
        <w:rPr>
          <w:b/>
        </w:rPr>
        <w:t xml:space="preserve">[21:27] </w:t>
      </w:r>
      <w:r>
        <w:t>to cps ki jo team hai, yeh khuda ki help ke liye bani hai, yaani daawa work ke liye. quran mein daawa work ko khuda ki help bataya gaya hai.</w:t>
      </w:r>
    </w:p>
    <w:p>
      <w:pPr>
        <w:jc w:val="right"/>
      </w:pPr>
      <w:r>
        <w:t>تو سی پی ایس کی جو ٹیم ہے، یہ خدا کی ہیلپ کے لیے بنی ہے، یعنی دعویٰ ورک کے لیے۔ قرآن میں دعویٰ ورک کو خدا کی ہیلپ بتایا گیا ہے۔</w:t>
      </w:r>
    </w:p>
    <w:p>
      <w:r>
        <w:rPr>
          <w:b/>
        </w:rPr>
        <w:t xml:space="preserve">[21:42] </w:t>
      </w:r>
      <w:r>
        <w:t>to chunke hum aur aap khuda ki help ke liye jure hain is mission mein, to quran ke is</w:t>
      </w:r>
    </w:p>
    <w:p>
      <w:pPr>
        <w:jc w:val="right"/>
      </w:pPr>
      <w:r>
        <w:t>تو چونکہ ہم اور آپ خدا کی ہیلپ کے لیے جڑے ہیں اس مشن میں، تو قرآن کے اس</w:t>
      </w:r>
    </w:p>
    <w:p>
      <w:r>
        <w:rPr>
          <w:b/>
        </w:rPr>
        <w:t xml:space="preserve">[21:55] </w:t>
      </w:r>
      <w:r>
        <w:t>is assurance ke mutabiq hum</w:t>
      </w:r>
    </w:p>
    <w:p>
      <w:pPr>
        <w:jc w:val="right"/>
      </w:pPr>
      <w:r>
        <w:t>اس اشورنس کے مطابق ہم</w:t>
      </w:r>
    </w:p>
    <w:p>
      <w:r>
        <w:rPr>
          <w:b/>
        </w:rPr>
        <w:t xml:space="preserve">[22:01] </w:t>
      </w:r>
      <w:r>
        <w:t>yeh samajhne samajh sakte hain ke khuda zaroor hamari madad karega.</w:t>
      </w:r>
    </w:p>
    <w:p>
      <w:pPr>
        <w:jc w:val="right"/>
      </w:pPr>
      <w:r>
        <w:t>یہ سمجھنے سمجھ سکتے ہیں کہ خدا ضرور ہماری مدد کرے گا۔</w:t>
      </w:r>
    </w:p>
    <w:p>
      <w:r>
        <w:rPr>
          <w:b/>
        </w:rPr>
        <w:t xml:space="preserve">[22:11] </w:t>
      </w:r>
      <w:r>
        <w:t>doosri taraf jo unhon ne dekha ke main kursi par baitha hoon, doosri taraf to mujhe aisa mehsoos hota hai ke shayad</w:t>
      </w:r>
    </w:p>
    <w:p>
      <w:pPr>
        <w:jc w:val="right"/>
      </w:pPr>
      <w:r>
        <w:t>دوسری طرف جو انہوں نے دیکھا کہ میں کرسی پر بیٹھا ہوں، دوسری طرف تو مجھے ایسا محسوس ہوتا ہے کہ شاید</w:t>
      </w:r>
    </w:p>
    <w:p>
      <w:r>
        <w:rPr>
          <w:b/>
        </w:rPr>
        <w:t xml:space="preserve">[22:27] </w:t>
      </w:r>
      <w:r>
        <w:t>main aap ke aage jaane wala banun,</w:t>
      </w:r>
    </w:p>
    <w:p>
      <w:pPr>
        <w:jc w:val="right"/>
      </w:pPr>
      <w:r>
        <w:t>میں آپ کے آگے جانے والا بنوں،</w:t>
      </w:r>
    </w:p>
    <w:p>
      <w:r>
        <w:rPr>
          <w:b/>
        </w:rPr>
        <w:t xml:space="preserve">[22:33] </w:t>
      </w:r>
      <w:r>
        <w:t>shayad hum sab ek saath na jayen.</w:t>
      </w:r>
    </w:p>
    <w:p>
      <w:pPr>
        <w:jc w:val="right"/>
      </w:pPr>
      <w:r>
        <w:t>شاید ہم سب ایک ساتھ نہ جائیں۔</w:t>
      </w:r>
    </w:p>
    <w:p>
      <w:r>
        <w:rPr>
          <w:b/>
        </w:rPr>
        <w:t xml:space="preserve">[22:49] </w:t>
      </w:r>
      <w:r>
        <w:t>main aap ke aage jaane wala banun, lekin</w:t>
      </w:r>
    </w:p>
    <w:p>
      <w:pPr>
        <w:jc w:val="right"/>
      </w:pPr>
      <w:r>
        <w:t>میں آپ کے آگے جانے والا بنوں، لیکن</w:t>
      </w:r>
    </w:p>
    <w:p>
      <w:r>
        <w:rPr>
          <w:b/>
        </w:rPr>
        <w:t xml:space="preserve">[22:59] </w:t>
      </w:r>
      <w:r>
        <w:t>is dream mein is baat ki bhi</w:t>
      </w:r>
    </w:p>
    <w:p>
      <w:pPr>
        <w:jc w:val="right"/>
      </w:pPr>
      <w:r>
        <w:t>اس ڈریم میں اس بات کی بھی</w:t>
      </w:r>
    </w:p>
    <w:p>
      <w:r>
        <w:rPr>
          <w:b/>
        </w:rPr>
        <w:t xml:space="preserve">[23:09] </w:t>
      </w:r>
      <w:r>
        <w:t>good tairing hai ke main aur aap ek doosre se jud chuke hain,</w:t>
      </w:r>
    </w:p>
    <w:p>
      <w:pPr>
        <w:jc w:val="right"/>
      </w:pPr>
      <w:r>
        <w:t>گڈ ٹائرنگ ہے کہ میں اور آپ ایک دوسرے سے جڑ چکے ہیں،</w:t>
      </w:r>
    </w:p>
    <w:p>
      <w:r>
        <w:rPr>
          <w:b/>
        </w:rPr>
        <w:t xml:space="preserve">[23:19] </w:t>
      </w:r>
      <w:r>
        <w:t>main aur aap ab ek doosre se alag nahin rahe.</w:t>
      </w:r>
    </w:p>
    <w:p>
      <w:pPr>
        <w:jc w:val="right"/>
      </w:pPr>
      <w:r>
        <w:t>میں اور آپ اب ایک دوسرے سے الگ نہیں رہے۔</w:t>
      </w:r>
    </w:p>
    <w:p>
      <w:r>
        <w:rPr>
          <w:b/>
        </w:rPr>
        <w:t xml:space="preserve">[23:27] </w:t>
      </w:r>
      <w:r>
        <w:t>allah taala hum sab ke liye ek anjaam ko muqaddar kar chuka hai, inshallah, aur woh mujhe umeed hai ke woh anjaam paradise hoga.</w:t>
      </w:r>
    </w:p>
    <w:p>
      <w:pPr>
        <w:jc w:val="right"/>
      </w:pPr>
      <w:r>
        <w:t>اللہ تعالیٰ ہم سب کے لیے ایک انجام کو مقدر کر چکا ہے، انشاءاللہ، اور وہ مجھے امید ہے کہ وہ انجام پیراڈائز ہوگا۔</w:t>
      </w:r>
    </w:p>
    <w:p>
      <w:r>
        <w:rPr>
          <w:b/>
        </w:rPr>
        <w:t xml:space="preserve">[23:42] </w:t>
      </w:r>
      <w:r>
        <w:t>koi aage jaye, koi peechhe jayega, is se koi farq nahin padta.</w:t>
      </w:r>
    </w:p>
    <w:p>
      <w:pPr>
        <w:jc w:val="right"/>
      </w:pPr>
      <w:r>
        <w:t>کوئی آگے جائے، کوئی پیچھے جائے گا، اس سے کوئی فرق نہیں پڑتا۔</w:t>
      </w:r>
    </w:p>
    <w:p>
      <w:r>
        <w:rPr>
          <w:b/>
        </w:rPr>
        <w:t xml:space="preserve">[23:51] </w:t>
      </w:r>
      <w:r>
        <w:t>to aap log</w:t>
      </w:r>
    </w:p>
    <w:p>
      <w:pPr>
        <w:jc w:val="right"/>
      </w:pPr>
      <w:r>
        <w:t>تو آپ لوگ</w:t>
      </w:r>
    </w:p>
    <w:p>
      <w:r>
        <w:rPr>
          <w:b/>
        </w:rPr>
        <w:t xml:space="preserve">[23:55] </w:t>
      </w:r>
      <w:r>
        <w:t>har ek apne dil mein</w:t>
      </w:r>
    </w:p>
    <w:p>
      <w:pPr>
        <w:jc w:val="right"/>
      </w:pPr>
      <w:r>
        <w:t>ہر ایک اپنے دل میں</w:t>
      </w:r>
    </w:p>
    <w:p>
      <w:r>
        <w:rPr>
          <w:b/>
        </w:rPr>
        <w:t xml:space="preserve">[24:00] </w:t>
      </w:r>
      <w:r>
        <w:t>khuda se yeh pledge le, kisi insaan se nahin,</w:t>
      </w:r>
    </w:p>
    <w:p>
      <w:pPr>
        <w:jc w:val="right"/>
      </w:pPr>
      <w:r>
        <w:t>خدا سے یہ پلیج لے، کسی انسان سے نہیں،</w:t>
      </w:r>
    </w:p>
    <w:p>
      <w:r>
        <w:rPr>
          <w:b/>
        </w:rPr>
        <w:t xml:space="preserve">[24:10] </w:t>
      </w:r>
      <w:r>
        <w:t>kisi team se nahin, balke khuda se pledge le ke khudaaya! jis sachai ko tu ne mere upar khola hai,</w:t>
      </w:r>
    </w:p>
    <w:p>
      <w:pPr>
        <w:jc w:val="right"/>
      </w:pPr>
      <w:r>
        <w:t>کسی ٹیم سے نہیں، بلکہ خدا سے پلیج لے کہ خدایا! جس سچائی کو تو نے میرے اوپر کھولا ہے،</w:t>
      </w:r>
    </w:p>
    <w:p>
      <w:r>
        <w:rPr>
          <w:b/>
        </w:rPr>
        <w:t xml:space="preserve">[24:26] </w:t>
      </w:r>
      <w:r>
        <w:t>ab main kabhi is sachai se hatne wala nahin.</w:t>
      </w:r>
    </w:p>
    <w:p>
      <w:pPr>
        <w:jc w:val="right"/>
      </w:pPr>
      <w:r>
        <w:t>اب میں کبھی اس سچائی سے ہٹنے والا نہیں۔</w:t>
      </w:r>
    </w:p>
    <w:p>
      <w:r>
        <w:rPr>
          <w:b/>
        </w:rPr>
        <w:t xml:space="preserve">[24:34] </w:t>
      </w:r>
      <w:r>
        <w:t>khuda se aap apni tanhaiyon mein, apne dil ki zuban se yeh kahein</w:t>
      </w:r>
    </w:p>
    <w:p>
      <w:pPr>
        <w:jc w:val="right"/>
      </w:pPr>
      <w:r>
        <w:t>خدا سے آپ اپنی تنہائیوں میں، اپنے دل کی زبان سے یہ کہیں</w:t>
      </w:r>
    </w:p>
    <w:p>
      <w:r>
        <w:rPr>
          <w:b/>
        </w:rPr>
        <w:t xml:space="preserve">[24:43] </w:t>
      </w:r>
      <w:r>
        <w:t>ke khudaaya! jo sachai to ne kholi hai mere upar, main ab is se kabhi hatne wala nahin hoon,</w:t>
      </w:r>
    </w:p>
    <w:p>
      <w:pPr>
        <w:jc w:val="right"/>
      </w:pPr>
      <w:r>
        <w:t>کہ خدایا! جو سچائی تو نے کھولی ہے میرے اوپر، میں اب اس سے کبھی ہٹنے والا نہیں ہوں،</w:t>
      </w:r>
    </w:p>
    <w:p>
      <w:r>
        <w:rPr>
          <w:b/>
        </w:rPr>
        <w:t xml:space="preserve">[24:57] </w:t>
      </w:r>
      <w:r>
        <w:t>aur phir aap kabhi is se na hatein.</w:t>
      </w:r>
    </w:p>
    <w:p>
      <w:pPr>
        <w:jc w:val="right"/>
      </w:pPr>
      <w:r>
        <w:t>اور پھر آپ کبھی اس سے نہ ہٹیں۔</w:t>
      </w:r>
    </w:p>
    <w:p>
      <w:r>
        <w:rPr>
          <w:b/>
        </w:rPr>
        <w:t xml:space="preserve">[25:03] </w:t>
      </w:r>
      <w:r>
        <w:t>yeh aap ko pledge lena hai.</w:t>
      </w:r>
    </w:p>
    <w:p>
      <w:pPr>
        <w:jc w:val="right"/>
      </w:pPr>
      <w:r>
        <w:t>یہ آپ کو پلیج لینا ہے۔</w:t>
      </w:r>
    </w:p>
    <w:p>
      <w:r>
        <w:rPr>
          <w:b/>
        </w:rPr>
        <w:t xml:space="preserve">[25:08] </w:t>
      </w:r>
      <w:r>
        <w:t>doosri baat mein yeh kehna chahta hoon ke Quran mein do aayatein hain</w:t>
      </w:r>
    </w:p>
    <w:p>
      <w:pPr>
        <w:jc w:val="right"/>
      </w:pPr>
      <w:r>
        <w:t>دوسری بات میں یہ کہنا چاہتا ہوں کہ قرآن میں دو آیتیں ہیں</w:t>
      </w:r>
    </w:p>
    <w:p>
      <w:r>
        <w:rPr>
          <w:b/>
        </w:rPr>
        <w:t xml:space="preserve">[25:16] </w:t>
      </w:r>
      <w:r>
        <w:t>prophet ke bare mein.</w:t>
      </w:r>
    </w:p>
    <w:p>
      <w:pPr>
        <w:jc w:val="right"/>
      </w:pPr>
      <w:r>
        <w:t>پرافٹ کے بارے میں۔</w:t>
      </w:r>
    </w:p>
    <w:p>
      <w:r>
        <w:rPr>
          <w:b/>
        </w:rPr>
        <w:t xml:space="preserve">[25:20] </w:t>
      </w:r>
      <w:r>
        <w:t>ek aayat yeh hai ke prophet ko address karte hue Khuda ne kaha, Quran ko ka reference dete hue</w:t>
      </w:r>
    </w:p>
    <w:p>
      <w:pPr>
        <w:jc w:val="right"/>
      </w:pPr>
      <w:r>
        <w:t>ایک آیت یہ ہے کہ پرافٹ کو ایڈریس کرتے ہوئے خدا نے کہا، قرآن کو کا ریفرنس دیتے ہوئے</w:t>
      </w:r>
    </w:p>
    <w:p>
      <w:r>
        <w:rPr>
          <w:b/>
        </w:rPr>
        <w:t xml:space="preserve">[25:34] </w:t>
      </w:r>
      <w:r>
        <w:t>ke "litad'ra ummal-qura wa man hawlahu".</w:t>
      </w:r>
    </w:p>
    <w:p>
      <w:pPr>
        <w:jc w:val="right"/>
      </w:pPr>
      <w:r>
        <w:t>کہ "لتن ذرا ام القراء ومن حولہ"۔</w:t>
      </w:r>
    </w:p>
    <w:p>
      <w:r>
        <w:rPr>
          <w:b/>
        </w:rPr>
        <w:t xml:space="preserve">[25:41] </w:t>
      </w:r>
      <w:r>
        <w:t>yaani yeh kitaab jo bheji gayi hai, is liye bheji gayi hai ke tum is ko Makkah walon ko aur Makkah ke ardsun, ardsun jo areas hain, jo is se mile hue ilaqe hain,</w:t>
      </w:r>
    </w:p>
    <w:p>
      <w:pPr>
        <w:jc w:val="right"/>
      </w:pPr>
      <w:r>
        <w:t>یعنی یہ کتاب جو بھیجی گئی ہے، اس لیے بھیجی گئی ہے کہ تم اس کو مکہ والوں کو اور مکہ کے اردسن، اردسن جو ایریاز ہیں، جو اس سے ملے ہوئے علاقے ہیں،</w:t>
      </w:r>
    </w:p>
    <w:p>
      <w:r>
        <w:rPr>
          <w:b/>
        </w:rPr>
        <w:t xml:space="preserve">[25:59] </w:t>
      </w:r>
      <w:r>
        <w:t>wahan tak pahuncha do.</w:t>
      </w:r>
    </w:p>
    <w:p>
      <w:pPr>
        <w:jc w:val="right"/>
      </w:pPr>
      <w:r>
        <w:t>وہاں تک پہنچا دو۔</w:t>
      </w:r>
    </w:p>
    <w:p>
      <w:r>
        <w:rPr>
          <w:b/>
        </w:rPr>
        <w:t xml:space="preserve">[26:03] </w:t>
      </w:r>
      <w:r>
        <w:t>doosri aayat yeh hai ke</w:t>
      </w:r>
    </w:p>
    <w:p>
      <w:pPr>
        <w:jc w:val="right"/>
      </w:pPr>
      <w:r>
        <w:t>دوسری آیت یہ ہے کہ</w:t>
      </w:r>
    </w:p>
    <w:p>
      <w:r>
        <w:rPr>
          <w:b/>
        </w:rPr>
        <w:t xml:space="preserve">[26:07] </w:t>
      </w:r>
      <w:r>
        <w:t>yeh jo pehli aayat maine padhi hai, Surah Aal-e-Imran mein hai, yaani Surah number, chapter number three mein, chapter number three, verse number 92.</w:t>
      </w:r>
    </w:p>
    <w:p>
      <w:pPr>
        <w:jc w:val="right"/>
      </w:pPr>
      <w:r>
        <w:t>یہ جو پہلی آیت میں نے پڑھی ہے، سورہ آل عمران میں ہے، یعنی سورہ نمبر، چیپٹر نمبر تھری میں، چیپٹر نمبر تھری، ورس نمبر 92۔</w:t>
      </w:r>
    </w:p>
    <w:p>
      <w:r>
        <w:rPr>
          <w:b/>
        </w:rPr>
        <w:t xml:space="preserve">[26:22] </w:t>
      </w:r>
      <w:r>
        <w:t>aur doosri aayat jo main keh raha hoon, woh hai Furqan, chapter number 25, verse number one.</w:t>
      </w:r>
    </w:p>
    <w:p>
      <w:pPr>
        <w:jc w:val="right"/>
      </w:pPr>
      <w:r>
        <w:t>اور دوسری آیت جو میں کہہ رہا ہوں، وہ ہے الفرقان، چیپٹر نمبر 25، ورس نمبر ون۔</w:t>
      </w:r>
    </w:p>
    <w:p>
      <w:r>
        <w:rPr>
          <w:b/>
        </w:rPr>
        <w:t xml:space="preserve">[26:34] </w:t>
      </w:r>
      <w:r>
        <w:t>is mein farmaya ke "liyakuna lil'alamina nazeera".</w:t>
      </w:r>
    </w:p>
    <w:p>
      <w:pPr>
        <w:jc w:val="right"/>
      </w:pPr>
      <w:r>
        <w:t>اس میں فرمایا کہ "لیکون للعالمین نظیرا"۔</w:t>
      </w:r>
    </w:p>
    <w:p>
      <w:r>
        <w:rPr>
          <w:b/>
        </w:rPr>
        <w:t xml:space="preserve">[26:43] </w:t>
      </w:r>
      <w:r>
        <w:t>yaani yeh Quran jo bheja gaya prophet ke paas, is liye ke "liyakuna lil'alamina nazeera" ke woh saare hi duniya walon ke liye nazeer bane.</w:t>
      </w:r>
    </w:p>
    <w:p>
      <w:pPr>
        <w:jc w:val="right"/>
      </w:pPr>
      <w:r>
        <w:t>یعنی یہ قرآن جو بھیجا گیا پرافٹ کے پاس، اس لیے کہ "لیکون للعالمین نظیرا" کہ وہ سارے ہی دنیا والوں کے لیے نظیر بنے۔</w:t>
      </w:r>
    </w:p>
    <w:p>
      <w:r>
        <w:rPr>
          <w:b/>
        </w:rPr>
        <w:t xml:space="preserve">[26:58] </w:t>
      </w:r>
      <w:r>
        <w:t>nazeer ka matlab hota hai warn karne wala, batane wala, aagah karne wala. Maine in dono aayaton par bohat socha</w:t>
      </w:r>
    </w:p>
    <w:p>
      <w:pPr>
        <w:jc w:val="right"/>
      </w:pPr>
      <w:r>
        <w:t>نظیر کا مطلب ہوتا ہے وارن کرنے والا، بتانے والا، آگاہ کرنے والا۔ میں نے ان دونوں آیتوں پر بہت سوچا</w:t>
      </w:r>
    </w:p>
    <w:p>
      <w:r>
        <w:rPr>
          <w:b/>
        </w:rPr>
        <w:t xml:space="preserve">[27:13] </w:t>
      </w:r>
      <w:r>
        <w:t>to meri samajh mein aaya ke yeh jo doosri aayat hai ke saare alam ke liye woh aagah karne wala bane, to yeh seven century mein ho nahin sakta tha.</w:t>
      </w:r>
    </w:p>
    <w:p>
      <w:pPr>
        <w:jc w:val="right"/>
      </w:pPr>
      <w:r>
        <w:t>تو میری سمجھ میں آیا کہ یہ جو دوسری آیت ہے کہ سارے عالم کے لیے وہ آگاہ کرنے والا بنے، تو یہ سیون سینچری میں ہو نہیں سکتا تھا۔</w:t>
      </w:r>
    </w:p>
    <w:p>
      <w:r>
        <w:rPr>
          <w:b/>
        </w:rPr>
        <w:t xml:space="preserve">[27:29] </w:t>
      </w:r>
      <w:r>
        <w:t>kyun? Poore globe par, poore globe mein basne wale logon tak sachai ka paigham pahunchana, is ke liye</w:t>
      </w:r>
    </w:p>
    <w:p>
      <w:pPr>
        <w:jc w:val="right"/>
      </w:pPr>
      <w:r>
        <w:t>کیوں؟ پورے گلوب پر، پورے گلوب میں بسنے والے لوگوں تک سچائی کا پیغام پہنچانا، اس کے لیے</w:t>
      </w:r>
    </w:p>
    <w:p>
      <w:r>
        <w:rPr>
          <w:b/>
        </w:rPr>
        <w:t xml:space="preserve">[27:45] </w:t>
      </w:r>
      <w:r>
        <w:t>modern communication chahiye tha. Aur modern communication abhi do teen sau saal ke andar hua hai.</w:t>
      </w:r>
    </w:p>
    <w:p>
      <w:pPr>
        <w:jc w:val="right"/>
      </w:pPr>
      <w:r>
        <w:t>ماڈرن کمیونیکیشن چاہیے تھا۔ اور ماڈرن کمیونیکیشن ابھی دو تین سو سال کے اندر ہوا ہے۔</w:t>
      </w:r>
    </w:p>
    <w:p>
      <w:r>
        <w:rPr>
          <w:b/>
        </w:rPr>
        <w:t xml:space="preserve">[27:56] </w:t>
      </w:r>
      <w:r>
        <w:t>us waqt to communication ke yeh zariye the nahin.</w:t>
      </w:r>
    </w:p>
    <w:p>
      <w:pPr>
        <w:jc w:val="right"/>
      </w:pPr>
      <w:r>
        <w:t>اس وقت تو کمیونیکیشن کے یہ ذرائع تھے نہیں۔</w:t>
      </w:r>
    </w:p>
    <w:p>
      <w:r>
        <w:rPr>
          <w:b/>
        </w:rPr>
        <w:t xml:space="preserve">[28:00] </w:t>
      </w:r>
      <w:r>
        <w:t>to seven century mein wohi baat ho sakti thi jo pehli aayat mein kahi gayi hai ke tum Makkah walon ko aur is ke mile hue areas jo hain, un ko aagah kar do.</w:t>
      </w:r>
    </w:p>
    <w:p>
      <w:pPr>
        <w:jc w:val="right"/>
      </w:pPr>
      <w:r>
        <w:t>تو سیون سینچری میں وہی بات ہو سکتی تھی جو پہلی آیت میں کہی گئی ہے کہ تم مکہ والوں کو اور اس کے ملے ہوئے ایریاز جو ہیں، ان کو آگاہ کر دو۔</w:t>
      </w:r>
    </w:p>
    <w:p>
      <w:r>
        <w:rPr>
          <w:b/>
        </w:rPr>
        <w:t xml:space="preserve">[28:19] </w:t>
      </w:r>
      <w:r>
        <w:t>lekin jo doosra phase hai, main samajhta hoon ke yeh do phase hain prophetic mission ke.</w:t>
      </w:r>
    </w:p>
    <w:p>
      <w:pPr>
        <w:jc w:val="right"/>
      </w:pPr>
      <w:r>
        <w:t>لیکن جو دوسرا فیز ہے، میں سمجھتا ہوں کہ یہ دو فیز ہیں پرافٹک مشن کے۔</w:t>
      </w:r>
    </w:p>
    <w:p>
      <w:r>
        <w:rPr>
          <w:b/>
        </w:rPr>
        <w:t xml:space="preserve">[28:26] </w:t>
      </w:r>
      <w:r>
        <w:t>pehla phase mein prophet aur aap ke companion ne yeh kiya ke is area mein jis ko Arab land kehte hain,</w:t>
      </w:r>
    </w:p>
    <w:p>
      <w:pPr>
        <w:jc w:val="right"/>
      </w:pPr>
      <w:r>
        <w:t>پہلے فیز میں پرافٹ اور آپ کے کمپینین نے یہ کیا کہ اس ایریا میں جس کو عرب لینڈ کہتے ہیں،</w:t>
      </w:r>
    </w:p>
    <w:p>
      <w:r>
        <w:rPr>
          <w:b/>
        </w:rPr>
        <w:t xml:space="preserve">[28:40] </w:t>
      </w:r>
      <w:r>
        <w:t>is ko sachai ka paigham poori tarah pahuncha diya, person to person contact ke zariye ya aur jis tarike se</w:t>
      </w:r>
    </w:p>
    <w:p>
      <w:pPr>
        <w:jc w:val="right"/>
      </w:pPr>
      <w:r>
        <w:t>اس کو سچائی کا پیغام پوری طرح پہنچا دیا، پرسن ٹو پرسن کنٹیکٹ کے ذریعے یا اور جس طریقے سے</w:t>
      </w:r>
    </w:p>
    <w:p>
      <w:r>
        <w:rPr>
          <w:b/>
        </w:rPr>
        <w:t xml:space="preserve">[28:53] </w:t>
      </w:r>
      <w:r>
        <w:t>. Lekin doosra jo doosri jo aayat hai, woh second phase ko batati hai</w:t>
      </w:r>
    </w:p>
    <w:p>
      <w:pPr>
        <w:jc w:val="right"/>
      </w:pPr>
      <w:r>
        <w:t>۔ لیکن دوسرا جو دوسری جو آیت ہے، وہ سیکنڈ فیز کو بتاتی ہے</w:t>
      </w:r>
    </w:p>
    <w:p>
      <w:r>
        <w:rPr>
          <w:b/>
        </w:rPr>
        <w:t xml:space="preserve">[29:01] </w:t>
      </w:r>
      <w:r>
        <w:t>jo baad ke zamane mein apni takmeel ko pahunchega. To main samajhta hoon ke pehla kaam to direct taur par is zamane mein ho gaya, seven century mein.</w:t>
      </w:r>
    </w:p>
    <w:p>
      <w:pPr>
        <w:jc w:val="right"/>
      </w:pPr>
      <w:r>
        <w:t>جو بعد کے زمانے میں اپنی تکمیل کو پہنچے گا۔ تو میں سمجھتا ہوں کہ پہلا کام تو ڈائریکٹ طور پر اس زمانے میں ہو گیا، سیون سینچری میں۔</w:t>
      </w:r>
    </w:p>
    <w:p>
      <w:r>
        <w:rPr>
          <w:b/>
        </w:rPr>
        <w:t xml:space="preserve">[29:16] </w:t>
      </w:r>
      <w:r>
        <w:t>doosre phase ka jo kaam hai, woh process ke roop mein history mein jaari hua. Yeh bhi chal raha hai, chal raha hai, chal raha hai.</w:t>
      </w:r>
    </w:p>
    <w:p>
      <w:pPr>
        <w:jc w:val="right"/>
      </w:pPr>
      <w:r>
        <w:t>دوسرے فیز کا جو کام ہے، وہ پراسیس کے روپ میں ہسٹری میں جاری ہوا۔ یہ بھی چل رہا ہے، چل رہا ہے، چل رہا ہے۔</w:t>
      </w:r>
    </w:p>
    <w:p>
      <w:r>
        <w:rPr>
          <w:b/>
        </w:rPr>
        <w:t xml:space="preserve">[29:27] </w:t>
      </w:r>
      <w:r>
        <w:t>to pehle phase ka kaam yani arab ko ya arab ke aas paas ke logon ko sachai se agah kar dena, yeh to profit aur aap ke companion ke zamane hi mein ho gaya,</w:t>
      </w:r>
    </w:p>
    <w:p>
      <w:pPr>
        <w:jc w:val="right"/>
      </w:pPr>
      <w:r>
        <w:t>تو پہلے فیز کا کام یعنی عرب کو یا عرب کے اس پاس کے لوگوں کو سچائی سے آگاہ کر دینا، یہ تو پرافٹ اور آپ کے کمپینین کے زمانے ہی میں ہو گیا،</w:t>
      </w:r>
    </w:p>
    <w:p>
      <w:r>
        <w:rPr>
          <w:b/>
        </w:rPr>
        <w:t xml:space="preserve">[29:47] </w:t>
      </w:r>
      <w:r>
        <w:t>is area mein jis ko aap arab land kehte hain.</w:t>
      </w:r>
    </w:p>
    <w:p>
      <w:pPr>
        <w:jc w:val="right"/>
      </w:pPr>
      <w:r>
        <w:t>اس ایریا میں جس کو آپ عرب لینڈ کہتے ہیں۔</w:t>
      </w:r>
    </w:p>
    <w:p>
      <w:r>
        <w:rPr>
          <w:b/>
        </w:rPr>
        <w:t xml:space="preserve">[29:51] </w:t>
      </w:r>
      <w:r>
        <w:t>lekin jo sare hi alam,</w:t>
      </w:r>
    </w:p>
    <w:p>
      <w:pPr>
        <w:jc w:val="right"/>
      </w:pPr>
      <w:r>
        <w:t>لیکن جو سارے ہی عالم،</w:t>
      </w:r>
    </w:p>
    <w:p>
      <w:r>
        <w:rPr>
          <w:b/>
        </w:rPr>
        <w:t xml:space="preserve">[29:56] </w:t>
      </w:r>
      <w:r>
        <w:t>sare globe par basne wale logon tak jo kaam hona tha, woh process ke roop mein jaari hua.</w:t>
      </w:r>
    </w:p>
    <w:p>
      <w:pPr>
        <w:jc w:val="right"/>
      </w:pPr>
      <w:r>
        <w:t>سارے گلوب پر بسنے والے لوگوں تک جو کام ہونا تھا، وہ پراسیس کے روپ میں جاری ہوا۔</w:t>
      </w:r>
    </w:p>
    <w:p>
      <w:r>
        <w:rPr>
          <w:b/>
        </w:rPr>
        <w:t xml:space="preserve">[30:09] </w:t>
      </w:r>
      <w:r>
        <w:t>is process ka culmination hai yeh period jab ke hamare paas modern communication aa chuka hai.</w:t>
      </w:r>
    </w:p>
    <w:p>
      <w:pPr>
        <w:jc w:val="right"/>
      </w:pPr>
      <w:r>
        <w:t>اس پراسیس کا کلمنیشن ہے یہ پیریڈ جب کہ ہمارے پاس ماڈرن کمیونیکیشن آ چکا ہے۔</w:t>
      </w:r>
    </w:p>
    <w:p>
      <w:r>
        <w:rPr>
          <w:b/>
        </w:rPr>
        <w:t xml:space="preserve">[30:22] </w:t>
      </w:r>
      <w:r>
        <w:t>to mera apna, meri apni soch ya meri study kehti hai ke pehla kaam jo hai, woh kya ashaab-e-rasool ne,</w:t>
      </w:r>
    </w:p>
    <w:p>
      <w:pPr>
        <w:jc w:val="right"/>
      </w:pPr>
      <w:r>
        <w:t>تو میرا اپنا، میری اپنی سوچ یا میری اسٹڈی کہتی ہے کہ پہلا کام جو ہے، وہ کیا اصحاب رسول نے،</w:t>
      </w:r>
    </w:p>
    <w:p>
      <w:r>
        <w:rPr>
          <w:b/>
        </w:rPr>
        <w:t xml:space="preserve">[30:37] </w:t>
      </w:r>
      <w:r>
        <w:t>companions of the prophet, pehle phase wala kaam kiya ashaab-e-rasool ne, aur doosre phase wala kaam anjaam denge ikhwaan-e-rasool.</w:t>
      </w:r>
    </w:p>
    <w:p>
      <w:pPr>
        <w:jc w:val="right"/>
      </w:pPr>
      <w:r>
        <w:t>کمپینینز آف دا پرافٹ، پہلے فیز والا کام کیا اصحاب رسول نے، اور دوسرے فیز والا کام انجام دیں گے اخوان رسول۔</w:t>
      </w:r>
    </w:p>
    <w:p>
      <w:r>
        <w:rPr>
          <w:b/>
        </w:rPr>
        <w:t xml:space="preserve">[30:52] </w:t>
      </w:r>
      <w:r>
        <w:t>kyunki ikhwaan-e-rasool ke zamane hi mein communication ka age aayega. aap jante hain ke is zamane ko age of communication kaha jata hai.</w:t>
      </w:r>
    </w:p>
    <w:p>
      <w:pPr>
        <w:jc w:val="right"/>
      </w:pPr>
      <w:r>
        <w:t>کیونکہ اخوان رسول کے زمانے ہی میں کمیونیکیشن کا ایج آئے گا۔ آپ جانتے ہیں کہ اس زمانے کو ایج آف کمیونیکیشن کہا جاتا ہے۔</w:t>
      </w:r>
    </w:p>
    <w:p>
      <w:r>
        <w:rPr>
          <w:b/>
        </w:rPr>
        <w:t xml:space="preserve">[31:05] </w:t>
      </w:r>
      <w:r>
        <w:t>to age of communication hi mein woh waqea hone wala tha jis ko sare dunya walon tak agah karna kaha gaya hai.</w:t>
      </w:r>
    </w:p>
    <w:p>
      <w:pPr>
        <w:jc w:val="right"/>
      </w:pPr>
      <w:r>
        <w:t>تو ایج آف کمیونیکیشن ہی میں وہ واقعہ ہونے والا تھا جس کو سارے دنیا والوں تک آگاہ کرنا کہا گیا ہے۔</w:t>
      </w:r>
    </w:p>
    <w:p>
      <w:r>
        <w:rPr>
          <w:b/>
        </w:rPr>
        <w:t xml:space="preserve">[31:18] </w:t>
      </w:r>
      <w:r>
        <w:t>dekhen, yeh koi simple baat nahi hai.</w:t>
      </w:r>
    </w:p>
    <w:p>
      <w:pPr>
        <w:jc w:val="right"/>
      </w:pPr>
      <w:r>
        <w:t>دیکھیں، یہ کوئی سمپل بات نہیں ہے۔</w:t>
      </w:r>
    </w:p>
    <w:p>
      <w:r>
        <w:rPr>
          <w:b/>
        </w:rPr>
        <w:t xml:space="preserve">[31:21] </w:t>
      </w:r>
      <w:r>
        <w:t>aap islami literature padhen jo baad ko bana, abbas period se le kar ab tak, hazar saal mein, to aap dekhen to dawah ka concept hi ghayab ho gaya hai.</w:t>
      </w:r>
    </w:p>
    <w:p>
      <w:pPr>
        <w:jc w:val="right"/>
      </w:pPr>
      <w:r>
        <w:t>آپ اسلامی لٹریچر پڑھیں جو بعد کو بنا، عباس پیریڈ سے لے کر اب تک، ہزار سال میں، تو آپ دیکھیں تو دعوت کا کانسیپٹ ہی غائب ہو گیا ہے۔</w:t>
      </w:r>
    </w:p>
    <w:p>
      <w:r>
        <w:rPr>
          <w:b/>
        </w:rPr>
        <w:t xml:space="preserve">[31:36] </w:t>
      </w:r>
      <w:r>
        <w:t>prophet ke zamane mein yeh tha ke musalman daai the aur doosre logon ko madu samajhte the. woh yeh word agarche use nahi hua hai quran mein, daai aur madu, lekin hum practical taur par yahi tha.</w:t>
      </w:r>
    </w:p>
    <w:p>
      <w:pPr>
        <w:jc w:val="right"/>
      </w:pPr>
      <w:r>
        <w:t>پرافٹ کے زمانے میں یہ تھا کہ مسلمان داعی تھے اور دوسرے لوگوں کو مدعو سمجھتے تھے۔ وہ یہ ورڈ اگرچہ یوز نہیں ہوا ہے قرآن میں، داعی اور مدعو، لیکن ہم پریکٹیکل طور پر یہی تھا۔</w:t>
      </w:r>
    </w:p>
    <w:p>
      <w:r>
        <w:rPr>
          <w:b/>
        </w:rPr>
        <w:t xml:space="preserve">[31:52] </w:t>
      </w:r>
      <w:r>
        <w:t>lekin baad ko jo literature bana, hazar baras mein, in sab se daai aur madu ka word hadaf ho gaya.</w:t>
      </w:r>
    </w:p>
    <w:p>
      <w:pPr>
        <w:jc w:val="right"/>
      </w:pPr>
      <w:r>
        <w:t>لیکن بعد کو جو لٹریچر بنا، ہزار برس میں، ان سب سے داعی اور مدعو کا ورڈ حذف ہو گیا۔</w:t>
      </w:r>
    </w:p>
    <w:p>
      <w:r>
        <w:rPr>
          <w:b/>
        </w:rPr>
        <w:t xml:space="preserve">[32:07] </w:t>
      </w:r>
      <w:r>
        <w:t>yani is ke mutabiq dunya thi darud-dawah, land of dawah.</w:t>
      </w:r>
    </w:p>
    <w:p>
      <w:pPr>
        <w:jc w:val="right"/>
      </w:pPr>
      <w:r>
        <w:t>یعنی اس کے مطابق دنیا تھی دارالدعویٰ، لینڈ آف دعویٰ۔</w:t>
      </w:r>
    </w:p>
    <w:p>
      <w:r>
        <w:rPr>
          <w:b/>
        </w:rPr>
        <w:t xml:space="preserve">[32:13] </w:t>
      </w:r>
      <w:r>
        <w:t>lekin aap taajjub karenge ke is poori hazar saal mein koi ek bhi book aisi nahi likhi gayi jis mein bataya gaya ho ke sari dunya musalman ke liye darud-dawah hai.</w:t>
      </w:r>
    </w:p>
    <w:p>
      <w:pPr>
        <w:jc w:val="right"/>
      </w:pPr>
      <w:r>
        <w:t>لیکن آپ تعجب کریں گے کہ اس پوری ہزار سال میں کوئی ایک بھی بک ایسی نہیں لکھی گئی جس میں بتایا گیا ہو کہ ساری دنیا مسلمان کے لیے دارالدعویٰ ہے۔</w:t>
      </w:r>
    </w:p>
    <w:p>
      <w:r>
        <w:rPr>
          <w:b/>
        </w:rPr>
        <w:t xml:space="preserve">[32:25] </w:t>
      </w:r>
      <w:r>
        <w:t>is ke bajaye bataya gaya ke darul-kufr hai, darul-harb hai, yeh sab bataya gaya.</w:t>
      </w:r>
    </w:p>
    <w:p>
      <w:pPr>
        <w:jc w:val="right"/>
      </w:pPr>
      <w:r>
        <w:t>اس کے بجائے بتایا گیا کہ دارالکفر ہے، دارالحرب ہے، یہ سب بتایا گیا۔</w:t>
      </w:r>
    </w:p>
    <w:p>
      <w:r>
        <w:rPr>
          <w:b/>
        </w:rPr>
        <w:t xml:space="preserve">[32:32] </w:t>
      </w:r>
      <w:r>
        <w:t>main aap ko ek baat arz karoon ke abhi haal mein hamare mission ko, yani</w:t>
      </w:r>
    </w:p>
    <w:p>
      <w:pPr>
        <w:jc w:val="right"/>
      </w:pPr>
      <w:r>
        <w:t>میں آپ کو ایک بات عرض کروں کہ ابھی حال میں ہمارے مشن کو، یعنی</w:t>
      </w:r>
    </w:p>
    <w:p>
      <w:r>
        <w:rPr>
          <w:b/>
        </w:rPr>
        <w:t xml:space="preserve">[32:41] </w:t>
      </w:r>
      <w:r>
        <w:t>kuch log jo hamare mission ke khilaf hain, unhon ne aise article chhape, balkeh kitaben chhapi batane ke liye ke darud-dawah concept jo hai, woh hum ne nahi diya hai.</w:t>
      </w:r>
    </w:p>
    <w:p>
      <w:pPr>
        <w:jc w:val="right"/>
      </w:pPr>
      <w:r>
        <w:t>کچھ لوگ جو ہمارے مشن کے خلاف ہیں، انہوں نے ایسے آرٹیکل چھاپے، بلکہ کتابیں چھاپیں بتانے کے لیے کہ دارالدعویٰ کانسیپٹ جو ہے، وہ ہم نے نہیں دیا ہے۔</w:t>
      </w:r>
    </w:p>
    <w:p>
      <w:r>
        <w:rPr>
          <w:b/>
        </w:rPr>
        <w:t xml:space="preserve">[32:52] </w:t>
      </w:r>
      <w:r>
        <w:t>yeh bahut sare logon ne likha hai, yeh india mein aur arab countries mein. unhon ne kuch books ke references diye.</w:t>
      </w:r>
    </w:p>
    <w:p>
      <w:pPr>
        <w:jc w:val="right"/>
      </w:pPr>
      <w:r>
        <w:t>یہ بہت سارے لوگوں نے لکھا ہے، یہ انڈیا میں اور عرب کنٹریز میں۔ انہوں نے کچھ بکس کے ریفرنسز دیے۔</w:t>
      </w:r>
    </w:p>
    <w:p>
      <w:r>
        <w:rPr>
          <w:b/>
        </w:rPr>
        <w:t xml:space="preserve">[33:03] </w:t>
      </w:r>
      <w:r>
        <w:t>main ne in logon se correspondence kiya, in sare logon se, woh books ko hasil kar ke padha aur correspondence kiya un se ke bataya ke yeh jo aap keh rahe hain, yeh to aap bilkul galat keh rahe hain, baseless baat keh rahe hain.</w:t>
      </w:r>
    </w:p>
    <w:p>
      <w:pPr>
        <w:jc w:val="right"/>
      </w:pPr>
      <w:r>
        <w:t>میں نے ان لوگوں سے کریسپانڈنس کیا، ان سارے لوگوں سے، وہ بکس کو حاصل کر کے پڑھا اور کریسپانڈنس کیا ان سے کہ بتایا کہ یہ جو آپ کہہ رہے ہیں، یہ تو آپ بالکل غلط کہہ رہے ہیں، بیسلیس بات کہہ رہے ہیں۔</w:t>
      </w:r>
    </w:p>
    <w:p>
      <w:r>
        <w:rPr>
          <w:b/>
        </w:rPr>
        <w:t xml:space="preserve">[33:18] </w:t>
      </w:r>
      <w:r>
        <w:t>jin kitabon ke aap ne naam liye hain, us mein kahin bhi darud-dawah ka word use nahi hua, yeh concept hi nahi hai.</w:t>
      </w:r>
    </w:p>
    <w:p>
      <w:pPr>
        <w:jc w:val="right"/>
      </w:pPr>
      <w:r>
        <w:t>جن کتابوں کے آپ نے نام لیے ہیں، اس میں کہیں بھی دارالدعویٰ کا ورڈ یوز نہیں ہوا، یہ کانسیپٹ ہی نہیں ہے۔</w:t>
      </w:r>
    </w:p>
    <w:p>
      <w:r>
        <w:rPr>
          <w:b/>
        </w:rPr>
        <w:t xml:space="preserve">[33:29] </w:t>
      </w:r>
      <w:r>
        <w:t>aakhir kar unhen manna pada ke unhon ne aise hi keh diya tha.</w:t>
      </w:r>
    </w:p>
    <w:p>
      <w:pPr>
        <w:jc w:val="right"/>
      </w:pPr>
      <w:r>
        <w:t>آخر کار انہیں ماننا پڑا کہ انہوں نے ایسے ہی کہہ دیا تھا۔</w:t>
      </w:r>
    </w:p>
    <w:p>
      <w:r>
        <w:rPr>
          <w:b/>
        </w:rPr>
        <w:t xml:space="preserve">[33:35] </w:t>
      </w:r>
      <w:r>
        <w:t>yani kisi ek kitab se yeh log sabit nahi kar sake, prove nahi kar sake ke is mein</w:t>
      </w:r>
    </w:p>
    <w:p>
      <w:pPr>
        <w:jc w:val="right"/>
      </w:pPr>
      <w:r>
        <w:t>یعنی کسی ایک کتاب سے یہ لوگ ثابت نہیں کر سکے، پروف نہیں کر سکے کہ اس میں</w:t>
      </w:r>
    </w:p>
    <w:p>
      <w:r>
        <w:rPr>
          <w:b/>
        </w:rPr>
        <w:t xml:space="preserve">[33:43] </w:t>
      </w:r>
      <w:r>
        <w:t>poori dunya ko darud-dawah kaha gaya ho.</w:t>
      </w:r>
    </w:p>
    <w:p>
      <w:pPr>
        <w:jc w:val="right"/>
      </w:pPr>
      <w:r>
        <w:t>پوری دنیا کو دارالدعویٰ کہا گیا ہو۔</w:t>
      </w:r>
    </w:p>
    <w:p>
      <w:r>
        <w:rPr>
          <w:b/>
        </w:rPr>
        <w:t xml:space="preserve">[33:47] </w:t>
      </w:r>
      <w:r>
        <w:t>to aap sochiye ke jab darud-dawah ka word hi hadaf ho gaya ho muslim psyche se, dawah work kaise hoga? jab log samajhte hon ke dunya jo hai, woh darul-kufr hai, dunya jo hai, woh darul-harb hai,</w:t>
      </w:r>
    </w:p>
    <w:p>
      <w:pPr>
        <w:jc w:val="right"/>
      </w:pPr>
      <w:r>
        <w:t>تو آپ سوچیے کہ جب دارالدعویٰ کا ورڈ ہی حذف ہو گیا ہو مسلم سائیکی سے، دعا ورک کیسے ہوگا؟ جب لوگ سمجھتے ہوں کہ دنیا جو ہے، وہ دارالکفر ہے، دنیا جو ہے، وہ دارالحرب ہے،</w:t>
      </w:r>
    </w:p>
    <w:p>
      <w:r>
        <w:rPr>
          <w:b/>
        </w:rPr>
        <w:t xml:space="preserve">[34:02] </w:t>
      </w:r>
      <w:r>
        <w:t>to da'oti kaam kaise karenge is ke upar?</w:t>
      </w:r>
    </w:p>
    <w:p>
      <w:pPr>
        <w:jc w:val="right"/>
      </w:pPr>
      <w:r>
        <w:t>تو دعوتی کام کیسے کریں گے اس کے اوپر؟</w:t>
      </w:r>
    </w:p>
    <w:p>
      <w:r>
        <w:rPr>
          <w:b/>
        </w:rPr>
        <w:t xml:space="preserve">[34:09] </w:t>
      </w:r>
      <w:r>
        <w:t>to Allah ke fazl se hamara is mission jo hai, is mission ne pehli baar history mein, hazar saal ki history mein, is concept ko zinda kiya ke sari dunya musalman ke liye darud-da'wah hai.</w:t>
      </w:r>
    </w:p>
    <w:p>
      <w:pPr>
        <w:jc w:val="right"/>
      </w:pPr>
      <w:r>
        <w:t>تو اللہ کے فضل سے ہمارا اس مشن جو ہے، اس مشن نے پہلی بار ہسٹری میں، ہزار سال کی ہسٹری میں، اس کانسیپٹ کو زندہ کیا کہ ساری دنیا مسلمان کے لیے دارالدعویٰ ہے۔</w:t>
      </w:r>
    </w:p>
    <w:p>
      <w:r>
        <w:rPr>
          <w:b/>
        </w:rPr>
        <w:t xml:space="preserve">[34:23] </w:t>
      </w:r>
      <w:r>
        <w:t>musalman da'i hain, doosre log mad'u hain.</w:t>
      </w:r>
    </w:p>
    <w:p>
      <w:pPr>
        <w:jc w:val="right"/>
      </w:pPr>
      <w:r>
        <w:t>مسلمان داعی ہیں، دوسرے لوگ مدعو ہیں۔</w:t>
      </w:r>
    </w:p>
    <w:p>
      <w:r>
        <w:rPr>
          <w:b/>
        </w:rPr>
        <w:t xml:space="preserve">[34:27] </w:t>
      </w:r>
      <w:r>
        <w:t>darud-da'wah ya'ni land of da'wah. Koi yeh log koi ek bhi reference nahi de sake kai mahine se main correspondence kar raha tha, abhi woh chal rahi hai correspondence, waqt taqreeban khatam ho gayi hai.</w:t>
      </w:r>
    </w:p>
    <w:p>
      <w:pPr>
        <w:jc w:val="right"/>
      </w:pPr>
      <w:r>
        <w:t>دارالدعویٰ یعنی لینڈ آف دعویٰ۔ کوئی یہ لوگ کوئی ایک بھی ریفرنس نہیں دے سکے۔ کئی مہینے سے میں کریسپانڈنس کر رہا تھا، ابھی وہ چل رہی ہے کریسپانڈنس، وقت تقریباً ختم ہو گئی ہے۔</w:t>
      </w:r>
    </w:p>
    <w:p>
      <w:r>
        <w:rPr>
          <w:b/>
        </w:rPr>
        <w:t xml:space="preserve">[34:40] </w:t>
      </w:r>
      <w:r>
        <w:t>koi ek book, koi ek writer woh nahi pesh kar sake jinhone yeh bataya ho ke poori dunya musalman ke liye darud-da'wah hai.</w:t>
      </w:r>
    </w:p>
    <w:p>
      <w:pPr>
        <w:jc w:val="right"/>
      </w:pPr>
      <w:r>
        <w:t>کوئی ایک بک، کوئی ایک رائٹر وہ نہیں پیش کر سکے جنہوں نے یہ بتایا ہو کہ پوری دنیا مسلمان کے لیے دارالدعویٰ ہے۔</w:t>
      </w:r>
    </w:p>
    <w:p>
      <w:r>
        <w:rPr>
          <w:b/>
        </w:rPr>
        <w:t xml:space="preserve">[34:50] </w:t>
      </w:r>
      <w:r>
        <w:t>yeh Allah ke fazl se hamare mission hi ne pehli baar yeh baat kahi hai ke hum da'i hain, doosre log mad'u hain, poori dunya hamare liye darud-da'wah hai, land of da'wah, na darul-kufr hai, na darul-harb hai.</w:t>
      </w:r>
    </w:p>
    <w:p>
      <w:pPr>
        <w:jc w:val="right"/>
      </w:pPr>
      <w:r>
        <w:t>یہ اللہ کے فضل سے ہمارے مشن ہی نے پہلی بار یہ بات کہی ہے کہ ہم داعی ہیں، دوسرے لوگ مدعو ہیں، پوری دنیا ہمارے لیے دارالدعویٰ ہے، لینڈ آف دعویٰ، نہ دارالکفر ہے، نہ دارالحرب ہے۔</w:t>
      </w:r>
    </w:p>
    <w:p>
      <w:r>
        <w:rPr>
          <w:b/>
        </w:rPr>
        <w:t xml:space="preserve">[35:08] </w:t>
      </w:r>
      <w:r>
        <w:t>to Allah ne sab se pehle is mission ke zariye is concept ko zinda kiya ke hum da'i hain, doosre log mad'u hain, dunya darud-da'wah hai.</w:t>
      </w:r>
    </w:p>
    <w:p>
      <w:pPr>
        <w:jc w:val="right"/>
      </w:pPr>
      <w:r>
        <w:t>تو اللہ نے سب سے پہلے اس مشن کے ذریعے اس کانسیپٹ کو زندہ کیا کہ ہم داعی ہیں، دوسرے لوگ مدعو ہیں، دنیا دارالدعویٰ ہے۔</w:t>
      </w:r>
    </w:p>
    <w:p>
      <w:r>
        <w:rPr>
          <w:b/>
        </w:rPr>
        <w:t xml:space="preserve">[35:20] </w:t>
      </w:r>
      <w:r>
        <w:t>da'wah work musalman ki sab se bari zimmedari hai. Yahan par main arz karunga ke asal mein hua kya? Abbas period se ek change aaya.</w:t>
      </w:r>
    </w:p>
    <w:p>
      <w:pPr>
        <w:jc w:val="right"/>
      </w:pPr>
      <w:r>
        <w:t>دعویٰ ورک مسلمان کی سب سے بڑی ذمہ داری ہے۔ یہاں پر میں عرض کروں گا کہ اصل میں ہوا کیا؟ عباس پیریڈ سے ایک چینج آیا۔</w:t>
      </w:r>
    </w:p>
    <w:p>
      <w:r>
        <w:rPr>
          <w:b/>
        </w:rPr>
        <w:t xml:space="preserve">[35:32] </w:t>
      </w:r>
      <w:r>
        <w:t>dekhiye, har mazhab mein yeh change aata hai.</w:t>
      </w:r>
    </w:p>
    <w:p>
      <w:pPr>
        <w:jc w:val="right"/>
      </w:pPr>
      <w:r>
        <w:t>دیکھیے، ہر مذہب میں یہ چینج آتا ہے۔</w:t>
      </w:r>
    </w:p>
    <w:p>
      <w:r>
        <w:rPr>
          <w:b/>
        </w:rPr>
        <w:t xml:space="preserve">[35:35] </w:t>
      </w:r>
      <w:r>
        <w:t>mazhab jab shuru hota hai to woh ek ideology hota hai. Baad ko woh ek ek ek qaum ka culture ban jata hai.</w:t>
      </w:r>
    </w:p>
    <w:p>
      <w:pPr>
        <w:jc w:val="right"/>
      </w:pPr>
      <w:r>
        <w:t>مذہب جب شروع ہوتا ہے تو وہ ایک آئیڈیالوجی ہوتا ہے۔ بعد کو وہ ایک ایک ایک قوم کا کلچر بن جاتا ہے۔</w:t>
      </w:r>
    </w:p>
    <w:p>
      <w:r>
        <w:rPr>
          <w:b/>
        </w:rPr>
        <w:t xml:space="preserve">[35:45] </w:t>
      </w:r>
      <w:r>
        <w:t>culture. Jab culture ban jata hai to doosre insan is ke concern nahi hote, apne log concern hote hain. Chunancha baad ke zamane mein yeh hua ke musalmanon ka civil concern khud musalman ban gaye.</w:t>
      </w:r>
    </w:p>
    <w:p>
      <w:pPr>
        <w:jc w:val="right"/>
      </w:pPr>
      <w:r>
        <w:t>کلچر۔ جب کلچر بن جاتا ہے تو دوسرے انسان اس کے کنسرن نہیں ہوتے، اپنے لوگ کنسرن ہوتے ہیں۔ چنانچہ بعد کے زمانے میں یہ ہوا کہ مسلمانوں کا سول کنسرن خود مسلمان بن گئے۔</w:t>
      </w:r>
    </w:p>
    <w:p>
      <w:r>
        <w:rPr>
          <w:b/>
        </w:rPr>
        <w:t xml:space="preserve">[36:04] </w:t>
      </w:r>
      <w:r>
        <w:t>civil concern.</w:t>
      </w:r>
    </w:p>
    <w:p>
      <w:pPr>
        <w:jc w:val="right"/>
      </w:pPr>
      <w:r>
        <w:t>سول کنسرن۔</w:t>
      </w:r>
    </w:p>
    <w:p>
      <w:r>
        <w:rPr>
          <w:b/>
        </w:rPr>
        <w:t xml:space="preserve">[36:06] </w:t>
      </w:r>
      <w:r>
        <w:t>chunancha milli work, community work, yahi sab chalne laga. Is poore hazar saal mein jo kitaben likhi gayi hain, woh sari ki sari mere janne ke mutabiq, without any exception, sab Muslim oriented theen.</w:t>
      </w:r>
    </w:p>
    <w:p>
      <w:pPr>
        <w:jc w:val="right"/>
      </w:pPr>
      <w:r>
        <w:t>چنانچہ ملی ورک، کمیونٹی ورک، یہی سب چلنے لگا۔ اس پورے ہزار سال میں جو کتابیں لکھی گئی ہیں، وہ ساری کی ساری میرے جاننے کے مطابق، ودا آؤٹ اینی ایکسیپشن، سب مسلم اورینٹڈ تھیں۔</w:t>
      </w:r>
    </w:p>
    <w:p>
      <w:r>
        <w:rPr>
          <w:b/>
        </w:rPr>
        <w:t xml:space="preserve">[36:25] </w:t>
      </w:r>
      <w:r>
        <w:t>Muslim oriented. Insan oriented book shayad koi ek bhi nahi likhi gayi.</w:t>
      </w:r>
    </w:p>
    <w:p>
      <w:pPr>
        <w:jc w:val="right"/>
      </w:pPr>
      <w:r>
        <w:t>مسلم اورینٹڈ۔ انسان اورینٹڈ بک شاید کوئی ایک بھی نہیں لکھی گئی۔</w:t>
      </w:r>
    </w:p>
    <w:p>
      <w:r>
        <w:rPr>
          <w:b/>
        </w:rPr>
        <w:t xml:space="preserve">[36:32] </w:t>
      </w:r>
      <w:r>
        <w:t>hamare mission ne pehli baar aisa kiya hai ke insan oriented thinking ko zinda kiya, da'wah oriented thinking ko zinda kiya.</w:t>
      </w:r>
    </w:p>
    <w:p>
      <w:pPr>
        <w:jc w:val="right"/>
      </w:pPr>
      <w:r>
        <w:t>ہمارے مشن نے پہلی بار ایسا کیا ہے کہ انسان اورینٹڈ تھنکنگ کو زندہ کیا، دعویٰ اورینٹڈ تھنکنگ کو زندہ کیا۔</w:t>
      </w:r>
    </w:p>
    <w:p>
      <w:r>
        <w:rPr>
          <w:b/>
        </w:rPr>
        <w:t xml:space="preserve">[36:43] </w:t>
      </w:r>
      <w:r>
        <w:t>aisi kitaben tayyar keen jin mein insan ko khitab kiya gaya ho, jaisa ke Quran mein kiya gaya hai. Ya'ni Quran ko aap padhein to wahan aap dekhen ke Khuda insan ko address kar raha hai.</w:t>
      </w:r>
    </w:p>
    <w:p>
      <w:pPr>
        <w:jc w:val="right"/>
      </w:pPr>
      <w:r>
        <w:t>ایسی کتابیں تیار کیں جن میں انسان کو خطاب کیا گیا ہو، جیسا کہ قرآن میں کیا گیا ہے۔ یعنی قرآن کو آپ پڑھیں تو وہاں آپ دیکھیں کہ خدا انسان کو ایڈریس کر رہا ہے۔</w:t>
      </w:r>
    </w:p>
    <w:p>
      <w:r>
        <w:rPr>
          <w:b/>
        </w:rPr>
        <w:t xml:space="preserve">[36:56] </w:t>
      </w:r>
      <w:r>
        <w:t>wa la surinda al insana ala fi khusrin</w:t>
      </w:r>
    </w:p>
    <w:p>
      <w:pPr>
        <w:jc w:val="right"/>
      </w:pPr>
      <w:r>
        <w:t>وَلَا سْرِنْدَ الْإِنْسَانَ عَلَى فِي خُصْرٍ</w:t>
      </w:r>
    </w:p>
    <w:p>
      <w:r>
        <w:rPr>
          <w:b/>
        </w:rPr>
        <w:t xml:space="preserve">[37:00] </w:t>
      </w:r>
      <w:r>
        <w:t>poore Quran mein lagta hai ke insan ko address kiya ja raha hai. Lekin baad ke zamane mein, chunke musalman ek bahut bari community ban chuke the, un ka empire qaim ho gaya tha, un ke interest qaim ho chuke the, to jab koi qaum itni bari community ban jaye, is ke social, political, economic interest qaim ho jayen,</w:t>
      </w:r>
    </w:p>
    <w:p>
      <w:pPr>
        <w:jc w:val="right"/>
      </w:pPr>
      <w:r>
        <w:t>پورے قرآن میں لگتا ہے کہ انسان کو ایڈریس کیا جا رہا ہے۔ لیکن بعد کے زمانے میں، چونکہ مسلمان ایک بہت بڑی کمیونٹی بن چکے تھے، ان کا ایمپائر قائم ہو گیا تھا، ان کے انٹرسٹ قائم ہو چکے تھے، تو جب کوئی قوم اتنی بڑی کمیونٹی بن جائے، اس کے سوشل، پولیٹیکل، اکنامک انٹرسٹ قائم ہو جائیں،</w:t>
      </w:r>
    </w:p>
    <w:p>
      <w:r>
        <w:rPr>
          <w:b/>
        </w:rPr>
        <w:t xml:space="preserve">[37:22] </w:t>
      </w:r>
      <w:r>
        <w:t>to phir un ki soch jo hai, woh woh introvert ban jati hai, extrovert nahi rehte woh.</w:t>
      </w:r>
    </w:p>
    <w:p>
      <w:pPr>
        <w:jc w:val="right"/>
      </w:pPr>
      <w:r>
        <w:t>تو پھر ان کی سوچ جو ہے، وہ وہ انٹروورٹ بن جاتی ہے، ایکسٹروورٹ نہیں رہتے وہ۔</w:t>
      </w:r>
    </w:p>
    <w:p>
      <w:r>
        <w:rPr>
          <w:b/>
        </w:rPr>
        <w:t xml:space="preserve">[37:32] </w:t>
      </w:r>
      <w:r>
        <w:t>to jab musalmanon ka concern musalman ban gaye, insan rahe nahi, to da'wah kaise hogi? Aap Islam ka study karen to jitni bhi teaching Islam ki hain,</w:t>
      </w:r>
    </w:p>
    <w:p>
      <w:pPr>
        <w:jc w:val="right"/>
      </w:pPr>
      <w:r>
        <w:t>تو جب مسلمانوں کا کنسرن مسلم بن گئے، انسان رہے نہیں، تو دعوت کیسے ہوگی؟ آپ اسلام کا اسٹڈی کریں تو جتنی بھی ٹیچنگ اسلام کی ہیں،</w:t>
      </w:r>
    </w:p>
    <w:p>
      <w:r>
        <w:rPr>
          <w:b/>
        </w:rPr>
        <w:t xml:space="preserve">[37:46] </w:t>
      </w:r>
      <w:r>
        <w:t>ek hi aisa hai jo insan oriented hai. Baqi sab Muslim oriented hain. Matlab namaz hai, roza hai, hajj hai, zakat hai, yeh sab sari cheezen Muslim oriented hain, musalmanon ke liye hain.</w:t>
      </w:r>
    </w:p>
    <w:p>
      <w:pPr>
        <w:jc w:val="right"/>
      </w:pPr>
      <w:r>
        <w:t>ایک ہی ایسا ہے جو انسان اورینٹڈ ہے۔ باقی سب مسلم اورینٹڈ ہیں۔ مطلب نماز ہے، روزہ ہے، حج ہے، زکوٰۃ ہے، یہ سب ساری چیزیں مسلم اورینٹڈ ہیں، مسلمانوں کے لیے ہیں۔</w:t>
      </w:r>
    </w:p>
    <w:p>
      <w:r>
        <w:rPr>
          <w:b/>
        </w:rPr>
        <w:t xml:space="preserve">[38:00] </w:t>
      </w:r>
      <w:r>
        <w:t>da'wah il Allah ya da'wah work jo hai, wohi ek teaching aisi hai jo aam insan ke liye hai. Isi liye woh hadaf ho gaya.</w:t>
      </w:r>
    </w:p>
    <w:p>
      <w:pPr>
        <w:jc w:val="right"/>
      </w:pPr>
      <w:r>
        <w:t>دعوت الی اللہ یا دعویٰ ورک جو ہے، وہی ایک ٹیچنگ ایسی ہے جو عام انسان کے لیے ہے۔ اسی لیے وہ حذف ہو گیا۔</w:t>
      </w:r>
    </w:p>
    <w:p>
      <w:r>
        <w:rPr>
          <w:b/>
        </w:rPr>
        <w:t xml:space="preserve">[38:11] </w:t>
      </w:r>
      <w:r>
        <w:t>aap dekhen, sari sargharmiyan musalmanon mein zinda hain. Namaz khoob padhi ja rahi hai, roze khoob rakhe ja rahe hain, hajj khoob kiya ja raha hai, dhoom ke sath, zakat bhi nikali ja rahi hai.</w:t>
      </w:r>
    </w:p>
    <w:p>
      <w:pPr>
        <w:jc w:val="right"/>
      </w:pPr>
      <w:r>
        <w:t>آپ دیکھیں، ساری سرگرمیاں مسلمانوں میں زندہ ہیں۔ نماز خوب پڑھی جا رہی ہے، روزے خوب رکھے جا رہے ہیں، حج خوب کیا جا رہا ہے، دھوم کے ساتھ، زکوٰۃ بھی نکالی جا رہی ہے۔</w:t>
      </w:r>
    </w:p>
    <w:p>
      <w:r>
        <w:rPr>
          <w:b/>
        </w:rPr>
        <w:t xml:space="preserve">[38:26] </w:t>
      </w:r>
      <w:r>
        <w:t>madaris hain, masjidain hain, institutions hain, Quran chhap raha hai, hadith chhap rahi hai, Islamic books chhap rahi hain.</w:t>
      </w:r>
    </w:p>
    <w:p>
      <w:pPr>
        <w:jc w:val="right"/>
      </w:pPr>
      <w:r>
        <w:t>مدرسے ہیں، مسجدیں ہیں، انسٹیٹیوشنز ہیں، قرآن چھپ رہا ہے، حدیث چھپ رہی ہے، اسلامک بکس چھپ رہی ہیں۔</w:t>
      </w:r>
    </w:p>
    <w:p>
      <w:r>
        <w:rPr>
          <w:b/>
        </w:rPr>
        <w:t xml:space="preserve">[38:38] </w:t>
      </w:r>
      <w:r>
        <w:t>ya'ni sari sargharmiyan jo community ki sargharmiyan theen, woh chal rahi hain. Ek hi sargharmi nahi hai, ek hi activity nahi hai, woh da'wah.</w:t>
      </w:r>
    </w:p>
    <w:p>
      <w:pPr>
        <w:jc w:val="right"/>
      </w:pPr>
      <w:r>
        <w:t>یعنی ساری سرگرمیاں جو کمیونٹی کی سرگرمیاں تھیں، وہ چل رہی ہیں۔ ایک ہی سرگرمی نہیں ہے، ایک ہی ایکٹیویٹی نہیں ہے، وہ دعویٰ۔</w:t>
      </w:r>
    </w:p>
    <w:p>
      <w:r>
        <w:rPr>
          <w:b/>
        </w:rPr>
        <w:t xml:space="preserve">[38:49] </w:t>
      </w:r>
      <w:r>
        <w:t>kyunke dawah work woh hai jo is ka talluq insaan aam insaan se hai, larger humanity se hai. hamare haan aisi jamaatein bani hain jin mein baqayda likha jata hai: "ikram muslim".</w:t>
      </w:r>
    </w:p>
    <w:p>
      <w:pPr>
        <w:jc w:val="right"/>
      </w:pPr>
      <w:r>
        <w:t>کیونکہ دعویٰ ورک وہ ہے جو اس کا تعلق انسان عام انسان سے ہے، لارجر ہیومینٹی سے ہے۔ ہمارے ہاں ایسی جماعتیں بنی ہیں جن میں باقاعدہ لکھا جاتا ہے: "اکرام مسلم"۔</w:t>
      </w:r>
    </w:p>
    <w:p>
      <w:r>
        <w:rPr>
          <w:b/>
        </w:rPr>
        <w:t xml:space="preserve">[39:05] </w:t>
      </w:r>
      <w:r>
        <w:t>lekin ikram insaan kisi bhi jamaat mein nahin.</w:t>
      </w:r>
    </w:p>
    <w:p>
      <w:pPr>
        <w:jc w:val="right"/>
      </w:pPr>
      <w:r>
        <w:t>لیکن اکرام انسان کسی بھی جماعت میں نہیں۔</w:t>
      </w:r>
    </w:p>
    <w:p>
      <w:r>
        <w:rPr>
          <w:b/>
        </w:rPr>
        <w:t xml:space="preserve">[39:10] </w:t>
      </w:r>
      <w:r>
        <w:t>kya poori soch muslim oriented hai? saari activities muslim oriented hain? kyunke ek hi taleem aisi thi jo insaan oriented thi, kyunke insaan musalmanon ko concern nahin raha tha baad ke zamane mein,</w:t>
      </w:r>
    </w:p>
    <w:p>
      <w:pPr>
        <w:jc w:val="right"/>
      </w:pPr>
      <w:r>
        <w:t>کیا پوری سوچ مسلم اورینٹڈ ہے؟ ساری ایکٹیویٹیز مسلم اورینٹڈ ہیں؟ چونکہ ایک ہی تعلیم ایسی تھی جو انسان اورینٹڈ تھی، چونکہ انسان مسلمانوں کو کنسرن نہیں رہا تھا بعد کے زمانے میں،</w:t>
      </w:r>
    </w:p>
    <w:p>
      <w:r>
        <w:rPr>
          <w:b/>
        </w:rPr>
        <w:t xml:space="preserve">[39:27] </w:t>
      </w:r>
      <w:r>
        <w:t>is liye dawah work jo hai, woh khatm ho gaya. woh concept hi nikal gaya logon ke zubanon se.</w:t>
      </w:r>
    </w:p>
    <w:p>
      <w:pPr>
        <w:jc w:val="right"/>
      </w:pPr>
      <w:r>
        <w:t>اس لیے دعویٰ ورک جو ہے، وہ ختم ہو گیا۔ وہ کانسیپٹ ہی نکل گیا لوگوں کے زبانوں سے۔</w:t>
      </w:r>
    </w:p>
    <w:p>
      <w:r>
        <w:rPr>
          <w:b/>
        </w:rPr>
        <w:t xml:space="preserve">[39:35] </w:t>
      </w:r>
      <w:r>
        <w:t>to hadith mein aata hai ke "bada al-islam ghareeban wa sayaud kama bada" islam jab shuru hua to woh logon ke liye ek strange cheez thi, strange, ajnabi.</w:t>
      </w:r>
    </w:p>
    <w:p>
      <w:pPr>
        <w:jc w:val="right"/>
      </w:pPr>
      <w:r>
        <w:t>تو حدیث میں آتا ہے کہ "بَدَا الْإِسْلَامُ غَرِيبًا وَسَيَعُوْدُ كَمَا بَدَا" اسلام جب شروع ہوا تو وہ لوگوں کے لیے ایک اسٹرینج چیز تھی، اسٹرینج، اجنبی۔</w:t>
      </w:r>
    </w:p>
    <w:p>
      <w:r>
        <w:rPr>
          <w:b/>
        </w:rPr>
        <w:t xml:space="preserve">[39:51] </w:t>
      </w:r>
      <w:r>
        <w:t>ab phir woh ajnabi ho jayega.</w:t>
      </w:r>
    </w:p>
    <w:p>
      <w:pPr>
        <w:jc w:val="right"/>
      </w:pPr>
      <w:r>
        <w:t>اب پھر وہ اجنبی ہو جائے گا۔</w:t>
      </w:r>
    </w:p>
    <w:p>
      <w:r>
        <w:rPr>
          <w:b/>
        </w:rPr>
        <w:t xml:space="preserve">[39:54] </w:t>
      </w:r>
      <w:r>
        <w:t>is par soch karte hue maine samjha hai ke islam ki kya cheez strange hogi? dawah. dawah.</w:t>
      </w:r>
    </w:p>
    <w:p>
      <w:pPr>
        <w:jc w:val="right"/>
      </w:pPr>
      <w:r>
        <w:t>اس پر سوچ کرتے ہوئے میں نے سمجھا ہے کہ اسلام کی کیا چیز اسٹرینج ہوگی؟ دعویٰ۔ دعویٰ۔</w:t>
      </w:r>
    </w:p>
    <w:p>
      <w:r>
        <w:rPr>
          <w:b/>
        </w:rPr>
        <w:t xml:space="preserve">[40:03] </w:t>
      </w:r>
      <w:r>
        <w:t>kyunke sab cheezein to ho rahi hain, baqi cheezein to khoob dhoom se ho rahi hain. jo cheez strange ban jayegi, woh hoga dawah work.</w:t>
      </w:r>
    </w:p>
    <w:p>
      <w:pPr>
        <w:jc w:val="right"/>
      </w:pPr>
      <w:r>
        <w:t>کیونکہ سب چیزیں تو ہو رہی ہیں، باقی چیزیں تو خوب دھوم سے ہو رہی ہیں۔ جو چیز اسٹرینج بن جائے گی، وہ ہوگا دعویٰ ورک۔</w:t>
      </w:r>
    </w:p>
    <w:p>
      <w:r>
        <w:rPr>
          <w:b/>
        </w:rPr>
        <w:t xml:space="preserve">[40:14] </w:t>
      </w:r>
      <w:r>
        <w:t>wohi aaj strange ho gaya hai.</w:t>
      </w:r>
    </w:p>
    <w:p>
      <w:pPr>
        <w:jc w:val="right"/>
      </w:pPr>
      <w:r>
        <w:t>وہی آج اسٹرینج ہو گیا ہے۔</w:t>
      </w:r>
    </w:p>
    <w:p>
      <w:r>
        <w:rPr>
          <w:b/>
        </w:rPr>
        <w:t xml:space="preserve">[40:17] </w:t>
      </w:r>
      <w:r>
        <w:t>to aap log jo hain, jo hamari team hai, woh isi strange ho jane wale deen ko zinda karne ke liye uthi hai.</w:t>
      </w:r>
    </w:p>
    <w:p>
      <w:pPr>
        <w:jc w:val="right"/>
      </w:pPr>
      <w:r>
        <w:t>تو آپ لوگ جو ہیں، جو ہماری ٹیم ہے، وہ اسی اسٹرینج ہو جانے والے دین کو زندہ کرنے کے لیے اٹھی ہے۔</w:t>
      </w:r>
    </w:p>
    <w:p>
      <w:r>
        <w:rPr>
          <w:b/>
        </w:rPr>
        <w:t xml:space="preserve">[40:31] </w:t>
      </w:r>
      <w:r>
        <w:t>aap apne role ko samjhiye, is ke liye jo reward milega, us ko samjhiye, aur poori dedication ke sath is mein jud jaiye.</w:t>
      </w:r>
    </w:p>
    <w:p>
      <w:pPr>
        <w:jc w:val="right"/>
      </w:pPr>
      <w:r>
        <w:t>آپ اپنے رول کو سمجھیے، اس کے لیے جو ریوارڈ ملے گا، اس کو سمجھیے، اور پوری ڈیڈیکیشن کے ساتھ اس میں جڑ جائیے۔</w:t>
      </w:r>
    </w:p>
    <w:p>
      <w:r>
        <w:rPr>
          <w:b/>
        </w:rPr>
        <w:t xml:space="preserve">[40:42] </w:t>
      </w:r>
      <w:r>
        <w:t>zindagi ka ek bhi moment, is mein ek bhi lamha, kisi aur kaam mein na lagaiye. meri yeh dua hai ke aap dedication ke sath, sacrifice ke sath, is mission mein lagen,</w:t>
      </w:r>
    </w:p>
    <w:p>
      <w:pPr>
        <w:jc w:val="right"/>
      </w:pPr>
      <w:r>
        <w:t>زندگی کا ایک بھی مومنٹ، اس میں ایک بھی لمحہ، کسی اور کام میں نہ لگائیے۔ میری یہ دعا ہے کہ آپ ڈیڈیکیشن کے ساتھ، سیکریفائس کے ساتھ، اس مشن میں لگیں،</w:t>
      </w:r>
    </w:p>
    <w:p>
      <w:r>
        <w:rPr>
          <w:b/>
        </w:rPr>
        <w:t xml:space="preserve">[40:58] </w:t>
      </w:r>
      <w:r>
        <w:t>aur siwa zaroori jo aap ki zindagi ki jo zarooraten hain, un ko chhod kar kisi bhi doosre kaam mein apne time ko waste na karein.</w:t>
      </w:r>
    </w:p>
    <w:p>
      <w:pPr>
        <w:jc w:val="right"/>
      </w:pPr>
      <w:r>
        <w:t>اور سوا ضروری جو آپ کی زندگی کی جو ضرورتیں ہیں، ان کو چھوڑ کر کسی بھی دوسرے کام میں اپنے ٹائم کو ویسٹ نہ کریں۔</w:t>
      </w:r>
    </w:p>
    <w:p>
      <w:r>
        <w:rPr>
          <w:b/>
        </w:rPr>
        <w:t xml:space="preserve">[41:09] </w:t>
      </w:r>
      <w:r>
        <w:t>kyunke maut bohat qareeb hai, qayamat bohat qareeb hai, bohat jald hum Khuda ke samne khade hone wale hain. is se pehle ke hum Khuda ke samne hum ko khada kiya jaye,</w:t>
      </w:r>
    </w:p>
    <w:p>
      <w:pPr>
        <w:jc w:val="right"/>
      </w:pPr>
      <w:r>
        <w:t>کیونکہ موت بہت قریب ہے، قیامت بہت قریب ہے، بہت جلد ہم خدا کے سامنے کھڑے ہونے والے ہیں۔ اس سے پہلے کہ ہم خدا کے سامنے ہم کو کھڑا کیا جائے،</w:t>
      </w:r>
    </w:p>
    <w:p>
      <w:r>
        <w:rPr>
          <w:b/>
        </w:rPr>
        <w:t xml:space="preserve">[41:23] </w:t>
      </w:r>
      <w:r>
        <w:t>angel ke zariye, hum khud apne aap ko Khuda ke samne khada kar dein.</w:t>
      </w:r>
    </w:p>
    <w:p>
      <w:pPr>
        <w:jc w:val="right"/>
      </w:pPr>
      <w:r>
        <w:t>اینجل کے ذریعے، ہم خود اپنے آپ کو خدا کے سامنے کھڑا کر دیں۔</w:t>
      </w:r>
    </w:p>
    <w:p>
      <w:r>
        <w:rPr>
          <w:b/>
        </w:rPr>
        <w:t xml:space="preserve">[41:31] </w:t>
      </w:r>
      <w:r>
        <w:t>jo kuch beete ga us waqt jab ke angel aap ko le jayenge Khuda ke samne, woh sab kuch beet jaye aaj hi aap ke paas, aap hi ki zindagi, aaj hi aap ki zindagi mein.</w:t>
      </w:r>
    </w:p>
    <w:p>
      <w:pPr>
        <w:jc w:val="right"/>
      </w:pPr>
      <w:r>
        <w:t>جو کچھ بیتے گا اس وقت جب کہ اینجل آپ کو لے جائیں گے خدا کے سامنے، وہ سب کچھ بیت جائے آج ہی آپ کے پاس، آپ ہی کی زندگی، آج ہی آپ کی زندگی میں۔</w:t>
      </w:r>
    </w:p>
    <w:p>
      <w:r>
        <w:rPr>
          <w:b/>
        </w:rPr>
        <w:t xml:space="preserve">[41:42] </w:t>
      </w:r>
      <w:r>
        <w:t>yeh meri dua hai ke Allah taala aap ko sahi soch de, is soch par qaim rakhe, aur paradise ke rastay se hatne na de, jaisa ke ek dream mein aap ne dekha,</w:t>
      </w:r>
    </w:p>
    <w:p>
      <w:pPr>
        <w:jc w:val="right"/>
      </w:pPr>
      <w:r>
        <w:t>یہ میری دعا ہے کہ اللہ تعالیٰ آپ کو صحیح سوچ دے، اس سوچ پر قائم رکھے، اور پارڈائز کے راستے سے ہٹنے نہ دے، جیسا کہ ایک ڈریم میں آپ نے دیکھا،</w:t>
      </w:r>
    </w:p>
    <w:p>
      <w:r>
        <w:rPr>
          <w:b/>
        </w:rPr>
        <w:t xml:space="preserve">[41:58] </w:t>
      </w:r>
      <w:r>
        <w:t>gate par pahunch kar ke wahan angel ne lota diya ke woh kaam jo tum ko dunya mein karna tha, us ko wohi kar kar wohi wohi kiya ja sakta tha, yahan kar nahin kar sakte.</w:t>
      </w:r>
    </w:p>
    <w:p>
      <w:pPr>
        <w:jc w:val="right"/>
      </w:pPr>
      <w:r>
        <w:t>گیٹ پر پہنچ کر کے وہاں اینجل نے لوٹا دیا کہ وہ کام جو تم کو دنیا میں کرنا تھا، اس کو وہی کر کر وہی وہی کیا جا سکتا تھا، یہاں کر نہیں کر سکتے۔</w:t>
      </w:r>
    </w:p>
    <w:p>
      <w:r>
        <w:rPr>
          <w:b/>
        </w:rPr>
        <w:t xml:space="preserve">[42:11] </w:t>
      </w:r>
      <w:r>
        <w:t>aqool qawli haza wa astaghfirullaha li wa lakum ajmaeen</w:t>
      </w:r>
    </w:p>
    <w:p>
      <w:pPr>
        <w:jc w:val="right"/>
      </w:pPr>
      <w:r>
        <w:t>أَقُولُ قَوْلِي هٰذَا وَأَسْتَغْفِرُوا اللّٰهَ لِي وَلَكُمْ أَجْمَعِينَ</w:t>
      </w:r>
    </w:p>
    <w:p>
      <w:r>
        <w:rPr>
          <w:b/>
        </w:rPr>
        <w:t xml:space="preserve">[42:28] </w:t>
      </w:r>
      <w:r>
        <w:t>molana you mentioned about this hadith where you know some of the companions be returned by the angels and when prophet asked that why they are being returned he will be told that they had returned from their pledge</w:t>
      </w:r>
    </w:p>
    <w:p>
      <w:pPr>
        <w:jc w:val="right"/>
      </w:pPr>
      <w:r>
        <w:t>مولانا یو مینشنڈ اباؤٹ دس حدیث ویر یو نو سم اف دی کمپینینز بی ریٹرنڈ بائی دی اینجلز اینڈ وین پرافٹ اسک دیٹ وائی دے ار بینگ ریٹرنڈ ہی ول بی ٹولڈ دیٹ دے ہیڈ ریٹرنڈ فرام دیر پلیج</w:t>
      </w:r>
    </w:p>
    <w:p>
      <w:r>
        <w:rPr>
          <w:b/>
        </w:rPr>
        <w:t xml:space="preserve">[42:43] </w:t>
      </w:r>
      <w:r>
        <w:t>my question to you is that how do we develop a self checking system ah so as to know that we are on the right path to paradise and that we have also not you know inadvertently deviated from our path please tell us</w:t>
      </w:r>
    </w:p>
    <w:p>
      <w:pPr>
        <w:jc w:val="right"/>
      </w:pPr>
      <w:r>
        <w:t>مائی کوسچن ٹو یو از دیٹ ہاؤ ڈو وی ڈیویلپ ا سیلف چیکنگ سسٹم اہ سو ایز ٹو نو دیٹ وی ار ان دا رائٹ پاتھ ٹو پارڈائز اینڈ دیٹ وی ہیو السو ناٹ یو نو ان ایڈورٹنٹلی ڈیویٹڈ فرام اور پاتھ پلیز ٹیل اس</w:t>
      </w:r>
    </w:p>
    <w:p>
      <w:r>
        <w:rPr>
          <w:b/>
        </w:rPr>
        <w:t xml:space="preserve">[43:03] </w:t>
      </w:r>
      <w:r>
        <w:t>dekhiye ek bohat bade scholar the Maulana CS Suleman Nadvi bohat hi well known scholar hain woh to unhone kaha tha ke Khuda ne har insaan ke andar apna ek numainda rakh diya hai representative woh kaun hai woh conscience hai</w:t>
      </w:r>
    </w:p>
    <w:p>
      <w:pPr>
        <w:jc w:val="right"/>
      </w:pPr>
      <w:r>
        <w:t>دیکھیے ایک بہت بڑے اسکالر تھے مولانا سی ایس سلیمان ندوی بہت ہی ویل نون اسکالر ہیں وہ تو انہوں نے کہا تھا کہ خدا نے ہر انسان کے اندر اپنا ایک نمائندہ رکھ دیا ہے ریپریزنٹیٹیو وہ کون ہے وہ کانشیس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