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Religion and The Modern Age February 26, 2006 Maulana Wahiduddin Khan</w:t>
      </w:r>
    </w:p>
    <w:p>
      <w:r>
        <w:t>https://www.youtube.com/watch?v=qiaRBqC0Wuk</w:t>
      </w:r>
    </w:p>
    <w:p>
      <w:r>
        <w:rPr>
          <w:b/>
        </w:rPr>
        <w:t xml:space="preserve">[00:13] </w:t>
      </w:r>
      <w:r>
        <w:t>bismillah hir rahman nir rahim, wa salli Allahu ala nabi al-kareem.</w:t>
      </w:r>
    </w:p>
    <w:p>
      <w:pPr>
        <w:jc w:val="right"/>
      </w:pPr>
      <w:r>
        <w:t>بسم اللہ الرحمن الرحیم، و صلی اللہ علی النبی الکریم۔</w:t>
      </w:r>
    </w:p>
    <w:p>
      <w:r>
        <w:rPr>
          <w:b/>
        </w:rPr>
        <w:t xml:space="preserve">[00:24] </w:t>
      </w:r>
      <w:r>
        <w:t>jo log jahan ki history padhe hue hain, woh jante hain ke pehle zamane mein, yani renaissance se pehle,</w:t>
      </w:r>
    </w:p>
    <w:p>
      <w:pPr>
        <w:jc w:val="right"/>
      </w:pPr>
      <w:r>
        <w:t>جو لوگ گلجن کی ہسٹری پڑھے ہوئے ہیں، وہ جانتے ہیں کہ پہلے زمانے میں، یعنی رینسا سے پہلے،</w:t>
      </w:r>
    </w:p>
    <w:p>
      <w:r>
        <w:rPr>
          <w:b/>
        </w:rPr>
        <w:t xml:space="preserve">[00:41] </w:t>
      </w:r>
      <w:r>
        <w:t>jis ko kehte hain theology, jahan ki theology, ya</w:t>
      </w:r>
    </w:p>
    <w:p>
      <w:pPr>
        <w:jc w:val="right"/>
      </w:pPr>
      <w:r>
        <w:t>جس کو کہتے ہیں تھالوجی، گلجن کی تھالوجی، یا</w:t>
      </w:r>
    </w:p>
    <w:p>
      <w:r>
        <w:rPr>
          <w:b/>
        </w:rPr>
        <w:t xml:space="preserve">[00:49] </w:t>
      </w:r>
      <w:r>
        <w:t>ilm kalam. ilm kalam wahi cheez hai jis ko hum theology kehte hain English mein. to</w:t>
      </w:r>
    </w:p>
    <w:p>
      <w:pPr>
        <w:jc w:val="right"/>
      </w:pPr>
      <w:r>
        <w:t>علم کلام۔ علم کلام وہی چیز ہے جس کو ہم تھالوجی کہتے ہیں انگلش میں۔ تو</w:t>
      </w:r>
    </w:p>
    <w:p>
      <w:r>
        <w:rPr>
          <w:b/>
        </w:rPr>
        <w:t xml:space="preserve">[01:00] </w:t>
      </w:r>
      <w:r>
        <w:t>mazhab ki jo theology hoti thi pehle, ya jo ilm kalam uswan ne banaya, wo Greek philosophy par, Greek philosophy par base karti thi.</w:t>
      </w:r>
    </w:p>
    <w:p>
      <w:pPr>
        <w:jc w:val="right"/>
      </w:pPr>
      <w:r>
        <w:t>مذہب کی جو تھالوجی ہوتی تھی پہلے، یا جو علم کلام اسوان نے بنایا، وہ گریک فلاسفی پر، گریک فلاسفی پر بیس کرتی تھی۔</w:t>
      </w:r>
    </w:p>
    <w:p>
      <w:r>
        <w:rPr>
          <w:b/>
        </w:rPr>
        <w:t xml:space="preserve">[01:12] </w:t>
      </w:r>
      <w:r>
        <w:t>Greek philosophy. Aur Greek philosophy jo thi, wo syllogism par base karti thi, science par nahin. To pichhle zamane ki saari philosophy, chahe musalmanon ki ho, Christian ki ho,</w:t>
      </w:r>
    </w:p>
    <w:p>
      <w:pPr>
        <w:jc w:val="right"/>
      </w:pPr>
      <w:r>
        <w:t>گریک فلاسفی۔ اور گریک فلاسفی جو تھی، وہ سولوجزم پر بیس کرتی تھی، سائنس پر نہیں۔ تو پچھلے زمانے کی ساری فلاسفی، چاہے مسلمانوں کی ہو، کرسچن کی ہو،</w:t>
      </w:r>
    </w:p>
    <w:p>
      <w:r>
        <w:rPr>
          <w:b/>
        </w:rPr>
        <w:t xml:space="preserve">[01:30] </w:t>
      </w:r>
      <w:r>
        <w:t>jo ki ho, Hindu ki ho, kisi ki bhi ho, sab ki sab Greek philosophy par base karti thi.</w:t>
      </w:r>
    </w:p>
    <w:p>
      <w:pPr>
        <w:jc w:val="right"/>
      </w:pPr>
      <w:r>
        <w:t>جو کی ہو، ہندو کی ہو، کسی کی بھی ہو، سب کی سب گریک فلاسفی پر بیس کرتی تھی۔</w:t>
      </w:r>
    </w:p>
    <w:p>
      <w:r>
        <w:rPr>
          <w:b/>
        </w:rPr>
        <w:t xml:space="preserve">[01:41] </w:t>
      </w:r>
      <w:r>
        <w:t>lekin jab scientific revolution aaya to ek intellectual revolution aaya.</w:t>
      </w:r>
    </w:p>
    <w:p>
      <w:pPr>
        <w:jc w:val="right"/>
      </w:pPr>
      <w:r>
        <w:t>لیکن جب سائنٹیفک ریولوشن آیا تو ایک انٹلیکچول ریولوشن آیا۔</w:t>
      </w:r>
    </w:p>
    <w:p>
      <w:r>
        <w:rPr>
          <w:b/>
        </w:rPr>
        <w:t xml:space="preserve">[01:52] </w:t>
      </w:r>
      <w:r>
        <w:t>main ne ek book padhi, "Modern Intellectual Revolution". Is mein bataya gaya tha ke ab wo discard ho gaya, wo zamana.</w:t>
      </w:r>
    </w:p>
    <w:p>
      <w:pPr>
        <w:jc w:val="right"/>
      </w:pPr>
      <w:r>
        <w:t>میں نے ایک بک پڑھی، "ماڈرن انٹلیکچول ریولوشن"۔ اس میں بتایا گیا تھا کہ اب وہ ڈسکارڈ ہو گیا، وہ زمانہ۔</w:t>
      </w:r>
    </w:p>
    <w:p>
      <w:r>
        <w:rPr>
          <w:b/>
        </w:rPr>
        <w:t xml:space="preserve">[02:03] </w:t>
      </w:r>
      <w:r>
        <w:t>wo zamana khatam ho gaya jab</w:t>
      </w:r>
    </w:p>
    <w:p>
      <w:pPr>
        <w:jc w:val="right"/>
      </w:pPr>
      <w:r>
        <w:t>وہ زمانہ ختم ہو گیا جب</w:t>
      </w:r>
    </w:p>
    <w:p>
      <w:r>
        <w:rPr>
          <w:b/>
        </w:rPr>
        <w:t xml:space="preserve">[02:10] </w:t>
      </w:r>
      <w:r>
        <w:t>Greek philosophy par base kar ke theology banti thi. Ab is ki validity khatam ho gayi. Ab jo hai, wo science ka zamana hai, aur modern theology jo hai, wo wahi maani jayegi, valid, jo science par base kar ke bane,</w:t>
      </w:r>
    </w:p>
    <w:p>
      <w:pPr>
        <w:jc w:val="right"/>
      </w:pPr>
      <w:r>
        <w:t>گریک فلاسفی پر بیس کر کے تھالوجی بنتی تھی۔ اب اس کی ویلیڈیٹی ختم ہو گئی۔ اب جو ہے، وہ سائنس کا زمانہ ہے، اور ماڈرن تھالوجی جو ہے، وہ وہی مانی جائے گی، ویلڈ، جو سائنس پر بیس کر کے بنے،</w:t>
      </w:r>
    </w:p>
    <w:p>
      <w:r>
        <w:rPr>
          <w:b/>
        </w:rPr>
        <w:t xml:space="preserve">[02:30] </w:t>
      </w:r>
      <w:r>
        <w:t>yani scientific theology. Ab zaroorat thi ke scientific theology phir se banayi jaye. Lekin main samajhta hoon ke yeh kaam sarr-e-se hua nahin.</w:t>
      </w:r>
    </w:p>
    <w:p>
      <w:pPr>
        <w:jc w:val="right"/>
      </w:pPr>
      <w:r>
        <w:t>یعنی سائنٹیفک تھالوجی۔ اب ضرورت تھی کہ سائنٹیفک تھالوجی پھر سے بنائی جائے۔ لیکن میں سمجھتا ہوں کہ یہ کام سرے سے ہوا نہیں۔</w:t>
      </w:r>
    </w:p>
    <w:p>
      <w:r>
        <w:rPr>
          <w:b/>
        </w:rPr>
        <w:t xml:space="preserve">[02:44] </w:t>
      </w:r>
      <w:r>
        <w:t>main ne is silsile mein kaafi koshish ki hai, bahut si kitabein chhapi hain. Meri kitab se poochhein to science par base karte hue ilm ka, ilm kalam ko phir se likhna, yani scientific ilm kalam, ya scientific theology,</w:t>
      </w:r>
    </w:p>
    <w:p>
      <w:pPr>
        <w:jc w:val="right"/>
      </w:pPr>
      <w:r>
        <w:t>میں نے اس سلسلے میں کافی کوشش کی ہے، بہت سی کتابیں چھاپی ہیں۔ میری کتاب سے پوچھیں تو سائنس پر بیس کرتے ہوئے علم کا، علم کلام کو پھر سے لکھنا، یعنی سائنٹیفک علم کلام، یا سائنٹیفک تھالوجی،</w:t>
      </w:r>
    </w:p>
    <w:p>
      <w:r>
        <w:rPr>
          <w:b/>
        </w:rPr>
        <w:t xml:space="preserve">[03:01] </w:t>
      </w:r>
      <w:r>
        <w:t>meri aksar books ka yahi subject hai. Lekin abhi bhi madarson mein jo theology padhayi jati hai, wo wahi hai jo jo paanch sau saal pehle hua karti thi.</w:t>
      </w:r>
    </w:p>
    <w:p>
      <w:pPr>
        <w:jc w:val="right"/>
      </w:pPr>
      <w:r>
        <w:t>میری اکثر بکس کا یہی سبجیکٹ ہے۔ لیکن ابھی بھی مدرسوں میں جو تھالوجی پڑھائی جاتی ہے، وہ وہی ہے جو جو پانچ سو سال پہلے ہوا کرتی تھی۔</w:t>
      </w:r>
    </w:p>
    <w:p>
      <w:r>
        <w:rPr>
          <w:b/>
        </w:rPr>
        <w:t xml:space="preserve">[03:16] </w:t>
      </w:r>
      <w:r>
        <w:t>madarson ki theology abhi tak badli nahin gayi. Jis ki validity khatam ho chuki hai ilm ki duniya mein, wahi ab tak madarson mein padhaya jata hai.</w:t>
      </w:r>
    </w:p>
    <w:p>
      <w:pPr>
        <w:jc w:val="right"/>
      </w:pPr>
      <w:r>
        <w:t>مدرسوں کی تھالوجی ابھی تک بدلی نہیں گئی۔ جس کی ویلیڈیٹی ختم ہو چکی ہے علم کی دنیا میں، وہی اب تک مدرسوں میں پڑھایا جاتا ہے۔</w:t>
      </w:r>
    </w:p>
    <w:p>
      <w:r>
        <w:rPr>
          <w:b/>
        </w:rPr>
        <w:t xml:space="preserve">[03:31] </w:t>
      </w:r>
      <w:r>
        <w:t>to main yahan par yeh arz karunga ke jab science ka zamana aaya to shuru hi mein aise kuch waqiyat pesh aaye jis se ek science ka attitude kuch negative ho gaya.</w:t>
      </w:r>
    </w:p>
    <w:p>
      <w:pPr>
        <w:jc w:val="right"/>
      </w:pPr>
      <w:r>
        <w:t>تو میں یہاں پر یہ عرض کروں گا کہ جب سائنس کا زمانہ آیا تو شروع ہی میں ایسے کچھ واقعات پیش آئے جس سے ایک سائنس کا ایٹیٹیوڈ کچھ نیگیٹیو ہو گیا۔</w:t>
      </w:r>
    </w:p>
    <w:p>
      <w:r>
        <w:rPr>
          <w:b/>
        </w:rPr>
        <w:t xml:space="preserve">[03:49] </w:t>
      </w:r>
      <w:r>
        <w:t>science se matlab yeh hai ke science ke behalf mein bolne walon ka negative ho gaya. Yani science ko unhon ne istemal kiya atheism ke liye, halanke khud science ka koi religion nahin tha.</w:t>
      </w:r>
    </w:p>
    <w:p>
      <w:pPr>
        <w:jc w:val="right"/>
      </w:pPr>
      <w:r>
        <w:t>سائنس سے مطلب یہ ہے کہ سائنس کے بہاف میں بولنے والوں کا نیگیٹیو ہو گیا۔ یعنی سائنس کو انہوں نے استعمال کیا اتھیزم کے لیے، حالانکہ خود سائنس کا کوئی ریلیجن نہیں تھا۔</w:t>
      </w:r>
    </w:p>
    <w:p>
      <w:r>
        <w:rPr>
          <w:b/>
        </w:rPr>
        <w:t xml:space="preserve">[04:05] </w:t>
      </w:r>
      <w:r>
        <w:t>lekin kuch philosophers ne is ko istemal kiya atheism ke liye. Misal ke taur par,</w:t>
      </w:r>
    </w:p>
    <w:p>
      <w:pPr>
        <w:jc w:val="right"/>
      </w:pPr>
      <w:r>
        <w:t>لیکن کچھ فلاسفرز نے اس کو استعمال کیا اتھیزم کے لیے۔ مثال کے طور پر،</w:t>
      </w:r>
    </w:p>
    <w:p>
      <w:r>
        <w:rPr>
          <w:b/>
        </w:rPr>
        <w:t xml:space="preserve">[04:15] </w:t>
      </w:r>
      <w:r>
        <w:t>science ne pehli baar yeh duniya ko bataya tha jis ko kehte hain principle of causation. Principle of causation.</w:t>
      </w:r>
    </w:p>
    <w:p>
      <w:pPr>
        <w:jc w:val="right"/>
      </w:pPr>
      <w:r>
        <w:t>سائنس نے پہلی بار یہ دنیا کو بتایا تھا جس کو کہتے ہیں پرنسپل آف کازیشن۔ پرنسپل آف کازیشن۔</w:t>
      </w:r>
    </w:p>
    <w:p>
      <w:r>
        <w:rPr>
          <w:b/>
        </w:rPr>
        <w:t xml:space="preserve">[04:25] </w:t>
      </w:r>
      <w:r>
        <w:t>pehle samjha jata tha ke waqiyat jo hote hain, wo Khuda ke hukum se hote hain. Barish hui to Khuda ke hukum se hui. Suraj grahan laga ya chand grahan laga to Khuda ke hukum se hua.</w:t>
      </w:r>
    </w:p>
    <w:p>
      <w:pPr>
        <w:jc w:val="right"/>
      </w:pPr>
      <w:r>
        <w:t>پہلے سمجھا جاتا تھا کہ واقعات جو ہوتے ہیں، وہ خدا کے حکم سے ہوتے ہیں۔ بارش ہوئی تو خدا کے حکم سے ہوئی۔ سورج گرہن لگا یا چاند گرہن لگا تو خدا کے حکم سے ہوا۔</w:t>
      </w:r>
    </w:p>
    <w:p>
      <w:r>
        <w:rPr>
          <w:b/>
        </w:rPr>
        <w:t xml:space="preserve">[04:39] </w:t>
      </w:r>
      <w:r>
        <w:t>jo kuch bhi hota hai duniya mein, wo hota hai Khuda ke hukum se. Yeh samjha jata tha. Science ne discover kiya ke har event ke peeche kuch cause hota hai.</w:t>
      </w:r>
    </w:p>
    <w:p>
      <w:pPr>
        <w:jc w:val="right"/>
      </w:pPr>
      <w:r>
        <w:t>جو کچھ بھی ہوتا ہے دنیا میں، وہ ہوتا ہے خدا کے حکم سے۔ یہ سمجھا جاتا تھا۔ سائنس نے ڈسکور کیا کہ ہر ایونٹ کے پیچھے کچھ کاز ہوتا ہے۔</w:t>
      </w:r>
    </w:p>
    <w:p>
      <w:r>
        <w:rPr>
          <w:b/>
        </w:rPr>
        <w:t xml:space="preserve">[04:52] </w:t>
      </w:r>
      <w:r>
        <w:t>jaise barish hoti hai to us ke cause hain. Yani samundar mein pani ka garam hona, suraj ki roshni se.</w:t>
      </w:r>
    </w:p>
    <w:p>
      <w:pPr>
        <w:jc w:val="right"/>
      </w:pPr>
      <w:r>
        <w:t>جیسے بارش ہوتی ہے تو اس کے کاز ہیں۔ یعنی سمندر میں پانی کا گرم ہونا، سورج کی روشنی سے۔</w:t>
      </w:r>
    </w:p>
    <w:p>
      <w:r>
        <w:rPr>
          <w:b/>
        </w:rPr>
        <w:t xml:space="preserve">[05:01] </w:t>
      </w:r>
      <w:r>
        <w:t>phir bahut saare stages hote hain, yahan tak ke barish hoti hai. To yani is ko kehte hain principle of causation. Yani cause and effect ka mamla hota hai wo.</w:t>
      </w:r>
    </w:p>
    <w:p>
      <w:pPr>
        <w:jc w:val="right"/>
      </w:pPr>
      <w:r>
        <w:t>پھر بہت سارے سٹیجز ہوتے ہیں، یہاں تک کہ بارش ہوتی ہے۔ تو یعنی اس کو کہتے ہیں پرنسپل آف کازیشن۔ یعنی کاز اینڈ ایفیکٹ کا معاملہ ہوتا ہے وہ۔</w:t>
      </w:r>
    </w:p>
    <w:p>
      <w:r>
        <w:rPr>
          <w:b/>
        </w:rPr>
        <w:t xml:space="preserve">[05:14] </w:t>
      </w:r>
      <w:r>
        <w:t>to yeh simply bataya gaya tha is mein ke nature kis tarah kaam karti hai. Is ka ta'alluq yani ilhad se ya atheism se nahin tha.</w:t>
      </w:r>
    </w:p>
    <w:p>
      <w:pPr>
        <w:jc w:val="right"/>
      </w:pPr>
      <w:r>
        <w:t>تو یہ سمپلی بتایا گیا تھا اس میں کہ نیچر کس طرح کام کرتی ہے۔ اس کا تعلق یعنی الحاد سے یا اتھیزم سے نہیں تھا۔</w:t>
      </w:r>
    </w:p>
    <w:p>
      <w:r>
        <w:rPr>
          <w:b/>
        </w:rPr>
        <w:t xml:space="preserve">[05:26] </w:t>
      </w:r>
      <w:r>
        <w:t>lekin philosophers ne is ko use kiya atheism ke liye. Chunache ek mashhoor thi philosopher ne kaha is ko le kar ke jab yeh maloom ho gaya ke events ke peeche kuch asbab kaam kar rahe hain to yeh baat khatam ho gayi ke Khuda event ko wajood mein lata hai.</w:t>
      </w:r>
    </w:p>
    <w:p>
      <w:pPr>
        <w:jc w:val="right"/>
      </w:pPr>
      <w:r>
        <w:t>لیکن فلاسفرز نے اس کو یوز کیا اتھیزم کے لیے۔ چنانچہ ایک مشہور تھی فلاسفر نے کہا اس کو لے کر کہ جب یہ معلوم ہو گیا کہ ایونٹس کے پیچھے کچھ اسباب کام کر رہے ہیں تو یہ بات ختم ہوگئی کہ خدا ایونٹ کو وجود میں لاتا ہے۔</w:t>
      </w:r>
    </w:p>
    <w:p>
      <w:r>
        <w:rPr>
          <w:b/>
        </w:rPr>
        <w:t xml:space="preserve">[05:51] </w:t>
      </w:r>
      <w:r>
        <w:t>if events are due to natural causes, that not due to supernatural causes. Yani waqiyat agar ho rahe hain natural causes ke tehat, Khuda maane ke Khuda in ko zaroor milata hai, to yeh absurd baat hai is ke nazdeek.</w:t>
      </w:r>
    </w:p>
    <w:p>
      <w:pPr>
        <w:jc w:val="right"/>
      </w:pPr>
      <w:r>
        <w:t>اف ایونٹس ار ڈیو ٹو نیچرل کازز، دیٹ ناٹ ڈیو ٹو سپر نیچرل کازز۔ یعنی واقعات اگر ہو رہے ہیں نیچرل کازز کے تحت، خدا مانے کہ خدا ان کو ضرور ملاتا ہے، تو یہ ایبسرٹ بات ہے اس کے نزدیک۔</w:t>
      </w:r>
    </w:p>
    <w:p>
      <w:r>
        <w:rPr>
          <w:b/>
        </w:rPr>
        <w:t xml:space="preserve">[06:09] </w:t>
      </w:r>
      <w:r>
        <w:t>to us ne kaha ke if events are due to natural causes, that not due to supernatural causes. Lekin yeh maanna bilkul galat tha.</w:t>
      </w:r>
    </w:p>
    <w:p>
      <w:pPr>
        <w:jc w:val="right"/>
      </w:pPr>
      <w:r>
        <w:t>تو اس نے کہا کہ اف ایونٹس ار ڈیو ٹو نیچرل کازز، دیٹ ناٹ ڈیو ٹو سپر نیچرل کازز۔ لیکن یہ ماننا بالکل غلط تھا۔</w:t>
      </w:r>
    </w:p>
    <w:p>
      <w:r>
        <w:rPr>
          <w:b/>
        </w:rPr>
        <w:t xml:space="preserve">[06:22] </w:t>
      </w:r>
      <w:r>
        <w:t>kyun ke baat is cause and effect par khatam nahin hoti. Khud cause and effect ka system kis ne banaya?</w:t>
      </w:r>
    </w:p>
    <w:p>
      <w:pPr>
        <w:jc w:val="right"/>
      </w:pPr>
      <w:r>
        <w:t>کیونکہ بات اس کاز اینڈ ایفیکٹ پر ختم نہیں ہوتی۔ خود کاز اینڈ ایفیکٹ کا سسٹم کس نے بنایا؟</w:t>
      </w:r>
    </w:p>
    <w:p>
      <w:r>
        <w:rPr>
          <w:b/>
        </w:rPr>
        <w:t xml:space="preserve">[06:33] </w:t>
      </w:r>
      <w:r>
        <w:t>cause and effect ka system kis ne banaya? is liye aap baja tour par keh sakte hain ke nature does not explain the events.</w:t>
      </w:r>
    </w:p>
    <w:p>
      <w:pPr>
        <w:jc w:val="right"/>
      </w:pPr>
      <w:r>
        <w:t>کاز اینڈ ایفیکٹ کا سسٹم کس نے بنایا؟ اس لیے آپ بجا طور پر کہہ سکتے ہیں کہ نیچر ڈز ناٹ ایکسپلین دا ایونٹس۔</w:t>
      </w:r>
    </w:p>
    <w:p>
      <w:r>
        <w:rPr>
          <w:b/>
        </w:rPr>
        <w:t xml:space="preserve">[06:45] </w:t>
      </w:r>
      <w:r>
        <w:t>nature itself is nature itself need and explanation. jo events ho rahe hain, woh nature in ko explain nahi karti.</w:t>
      </w:r>
    </w:p>
    <w:p>
      <w:pPr>
        <w:jc w:val="right"/>
      </w:pPr>
      <w:r>
        <w:t>نیچر اٹ سیلف از نیچر اٹ سیلف نیڈ اینڈ ایکسپلینیشن۔ جو ایونٹ ہو رہے ہیں، وہ نیچر ان کو ایکسپلین نہیں کرتی۔</w:t>
      </w:r>
    </w:p>
    <w:p>
      <w:r>
        <w:rPr>
          <w:b/>
        </w:rPr>
        <w:t xml:space="preserve">[06:59] </w:t>
      </w:r>
      <w:r>
        <w:t>jo usay cause batayein, woh cause khud in ko chahiye ke hum pata karein ke cause kaise, yeh cause and effect dunya mein kaise qaim hua?</w:t>
      </w:r>
    </w:p>
    <w:p>
      <w:pPr>
        <w:jc w:val="right"/>
      </w:pPr>
      <w:r>
        <w:t>جو اسے کاز بتائیں، وہ کاز خود ان کو چاہیے کہ ہم پتہ کریں کہ کاز کیسے، یہ کاز اینڈ ایفیکٹ دنیا میں کیسے قائم ہوا؟</w:t>
      </w:r>
    </w:p>
    <w:p>
      <w:r>
        <w:rPr>
          <w:b/>
        </w:rPr>
        <w:t xml:space="preserve">[07:10] </w:t>
      </w:r>
      <w:r>
        <w:t>principle of cause kaise qaim hua dunya mein?</w:t>
      </w:r>
    </w:p>
    <w:p>
      <w:pPr>
        <w:jc w:val="right"/>
      </w:pPr>
      <w:r>
        <w:t>پرنسپل آف کاز کیسے قائم ہوا دنیا میں؟</w:t>
      </w:r>
    </w:p>
    <w:p>
      <w:r>
        <w:rPr>
          <w:b/>
        </w:rPr>
        <w:t xml:space="preserve">[07:15] </w:t>
      </w:r>
      <w:r>
        <w:t>nature does not explain. nature itself is need in need of an explanation. to lekin shuru mein,</w:t>
      </w:r>
    </w:p>
    <w:p>
      <w:pPr>
        <w:jc w:val="right"/>
      </w:pPr>
      <w:r>
        <w:t>نیچر ڈز ناٹ ایکسپلین۔ نیچر اٹ سیلف از نیڈ ان نیڈ آف این ایکسپلینیشن۔ تو لیکن شروع میں،</w:t>
      </w:r>
    </w:p>
    <w:p>
      <w:r>
        <w:rPr>
          <w:b/>
        </w:rPr>
        <w:t xml:space="preserve">[07:28] </w:t>
      </w:r>
      <w:r>
        <w:t>yani renaisa ke zamane mein, church aur science danon ke darmiyan jo takrao hua, jis mein jis ka tazkara</w:t>
      </w:r>
    </w:p>
    <w:p>
      <w:pPr>
        <w:jc w:val="right"/>
      </w:pPr>
      <w:r>
        <w:t>یعنی رینسا کے زمانے میں، چرچ اور سائنس دانوں کے درمیان جو ٹکراؤ ہوا، جس میں جس کا تذکرہ</w:t>
      </w:r>
    </w:p>
    <w:p>
      <w:r>
        <w:rPr>
          <w:b/>
        </w:rPr>
        <w:t xml:space="preserve">[07:44] </w:t>
      </w:r>
      <w:r>
        <w:t>woh conflict between science aur religion mein milta hai, to is se science mein yeh samajh liya gaya, science danon ke halqe mein, un ke circle mein yeh samajh liya gaya ke science aur mazhab mein takrao hai.</w:t>
      </w:r>
    </w:p>
    <w:p>
      <w:pPr>
        <w:jc w:val="right"/>
      </w:pPr>
      <w:r>
        <w:t>وہ کانفلکٹ بٹوین سائنس اور ریلیجن میں ملتا ہے، تو اس سے سائنس میں یہ سمجھ لیا گیا، سائنس دانوں کے حلقے میں، ان کے سرکل میں یہ سمجھ لیا گیا کہ سائنس اور مذہب میں ٹکراؤ ہے۔</w:t>
      </w:r>
    </w:p>
    <w:p>
      <w:r>
        <w:rPr>
          <w:b/>
        </w:rPr>
        <w:t xml:space="preserve">[07:58] </w:t>
      </w:r>
      <w:r>
        <w:t>halanke woh takrao tha science aur christian mein, science aur christianity mein. balke yeh zyada sahi tour par science aur church mein.</w:t>
      </w:r>
    </w:p>
    <w:p>
      <w:pPr>
        <w:jc w:val="right"/>
      </w:pPr>
      <w:r>
        <w:t>حالانکہ وہ ٹکراؤ تھا سائنس اور کرسچن میں، سائنس اور کرسچینٹی میں۔ بلکہ یہ زیادہ صحیح طور پر سائنس اور چرچ میں۔</w:t>
      </w:r>
    </w:p>
    <w:p>
      <w:r>
        <w:rPr>
          <w:b/>
        </w:rPr>
        <w:t xml:space="preserve">[08:09] </w:t>
      </w:r>
      <w:r>
        <w:t>to yeh takrao hua, is se aik negative soch,</w:t>
      </w:r>
    </w:p>
    <w:p>
      <w:pPr>
        <w:jc w:val="right"/>
      </w:pPr>
      <w:r>
        <w:t>تو یہ ٹکراؤ ہوا، اس سے ایک نیگیٹیو سوچ،</w:t>
      </w:r>
    </w:p>
    <w:p>
      <w:r>
        <w:rPr>
          <w:b/>
        </w:rPr>
        <w:t xml:space="preserve">[08:18] </w:t>
      </w:r>
      <w:r>
        <w:t>is se logon ko kehta hai negative soch aa gayi mazhab ke bare mein. lekin jaisa ke maine arz kiya, christian logon ne bohat jald u turn le liya.</w:t>
      </w:r>
    </w:p>
    <w:p>
      <w:pPr>
        <w:jc w:val="right"/>
      </w:pPr>
      <w:r>
        <w:t>اس سے لوگوں کو کہتا ہے نیگیٹیو سوچ آ گئی مذہب کے بارے میں۔ لیکن جیسا کہ میں نے عرض کیا، کرسچن لوگوں نے بہت جلد یو ٹرن لے لیا۔</w:t>
      </w:r>
    </w:p>
    <w:p>
      <w:r>
        <w:rPr>
          <w:b/>
        </w:rPr>
        <w:t xml:space="preserve">[08:32] </w:t>
      </w:r>
      <w:r>
        <w:t>yahan tak ke unhone maan liya ke woh zamane mein jo koi kuch kiya tha church ne, woh galat tha. yeh aik waqia hai ke unhone apni ghalti ka etraf kar liya ke jo sazayein hum ne di theen, jo pakar dhakkar ki thi science danon ki, woh galat thi.</w:t>
      </w:r>
    </w:p>
    <w:p>
      <w:pPr>
        <w:jc w:val="right"/>
      </w:pPr>
      <w:r>
        <w:t>یہاں تک کہ انہوں نے مان لیا کہ وہ زمانے میں جو کوئی کچھ کیا تھا چرچ نے، وہ غلط تھا۔ یہ ایک واقعہ ہے کہ انہوں نے اپنی غلطی کا اعتراف کر لیا کہ جو سزائیں ہم نے دی تھیں، جو پکڑ دھکڑ کی تھی سائنس دانوں کی، وہ غلط تھا۔</w:t>
      </w:r>
    </w:p>
    <w:p>
      <w:r>
        <w:rPr>
          <w:b/>
        </w:rPr>
        <w:t xml:space="preserve">[08:50] </w:t>
      </w:r>
      <w:r>
        <w:t>to christian church ne u turn le liya aur is tarah se is daur ko khatam kar diya jab ke science aur religion ya science aur christianity mein samajh liya gaya tha ke takrao.</w:t>
      </w:r>
    </w:p>
    <w:p>
      <w:pPr>
        <w:jc w:val="right"/>
      </w:pPr>
      <w:r>
        <w:t>تو کرسچن چرچ نے یو ٹرن لے لیا اور اس طرح سے اس دور کو ختم کر دیا جب کہ سائنس اور ریلیجن یا سائنس اور کرسچینٹی میں سمجھ لیا گیا تھا کہ ٹکراؤ۔</w:t>
      </w:r>
    </w:p>
    <w:p>
      <w:r>
        <w:rPr>
          <w:b/>
        </w:rPr>
        <w:t xml:space="preserve">[09:06] </w:t>
      </w:r>
      <w:r>
        <w:t>lekin is ke baad agle marhale mein dosra waqia hua jo musalmanon ne kiya. woh takra gaye apne national interest ko le kar, land ke proper issues ko le kar.</w:t>
      </w:r>
    </w:p>
    <w:p>
      <w:pPr>
        <w:jc w:val="right"/>
      </w:pPr>
      <w:r>
        <w:t>لیکن اس کے بعد اگلے مرحلے میں دوسرا واقعہ ہوا جو مسلمانوں نے کیا۔ وہ ٹکرا گئے اپنے نیشنل انٹرسٹ کو لے کر، لینڈ کے پراپر ایشوز کو لے کر۔</w:t>
      </w:r>
    </w:p>
    <w:p>
      <w:r>
        <w:rPr>
          <w:b/>
        </w:rPr>
        <w:t xml:space="preserve">[09:21] </w:t>
      </w:r>
      <w:r>
        <w:t>yeh takrao sab se zyada centered tha palestine ke issue par. aur sari dunya mein phir phail gaya woh takrao.</w:t>
      </w:r>
    </w:p>
    <w:p>
      <w:pPr>
        <w:jc w:val="right"/>
      </w:pPr>
      <w:r>
        <w:t>یہ ٹکراؤ سب سے زیادہ سینٹرڈ تھا فلسطین کے ایشو پر۔ اور ساری دنیا میں پھر پھیل گیا وہ ٹکراؤ۔</w:t>
      </w:r>
    </w:p>
    <w:p>
      <w:r>
        <w:rPr>
          <w:b/>
        </w:rPr>
        <w:t xml:space="preserve">[09:31] </w:t>
      </w:r>
      <w:r>
        <w:t>yahan tak ke yeh maan liya gaya ke west jo hai, woh anti islam hai. america jo hai, america number one of islam.</w:t>
      </w:r>
    </w:p>
    <w:p>
      <w:pPr>
        <w:jc w:val="right"/>
      </w:pPr>
      <w:r>
        <w:t>یہاں تک کہ یہ مان لیا گیا کہ ویسٹ جو ہے، وہ اینٹی اسلام ہے۔ امریکہ جو ہے، امریکہ نیمی نمبر ون آف اسلام۔</w:t>
      </w:r>
    </w:p>
    <w:p>
      <w:r>
        <w:rPr>
          <w:b/>
        </w:rPr>
        <w:t xml:space="preserve">[09:43] </w:t>
      </w:r>
      <w:r>
        <w:t>arab log kehte hain ke america adu al islam raqm wahid. to yeh yeh jo daur aaya jab ke musalmanon aur west ke beech mein takrao shuru hua,</w:t>
      </w:r>
    </w:p>
    <w:p>
      <w:pPr>
        <w:jc w:val="right"/>
      </w:pPr>
      <w:r>
        <w:t>عرب لوگ کہتے ہیں کہ امریکہ عدو الاسلام رقم واحد۔ تو یہ یہ جو دور آیا جب کہ مسلمانوں اور ویسٹ کے بیچ میں ٹکراؤ شروع ہوا،</w:t>
      </w:r>
    </w:p>
    <w:p>
      <w:r>
        <w:rPr>
          <w:b/>
        </w:rPr>
        <w:t xml:space="preserve">[09:59] </w:t>
      </w:r>
      <w:r>
        <w:t>is ka account aap dekhna chahein to aap dekh sakte hain Samuel Huntington ki jo kitab hai, the clash between civilizations.</w:t>
      </w:r>
    </w:p>
    <w:p>
      <w:pPr>
        <w:jc w:val="right"/>
      </w:pPr>
      <w:r>
        <w:t>اس کا اکاؤنٹ آپ دیکھنا چاہیں تو آپ دیکھ سکتے ہیں سیموئل ہنٹنگن کی جو کتاب ہے، دا دا کلیش بٹوین سویلائزیشنز۔</w:t>
      </w:r>
    </w:p>
    <w:p>
      <w:r>
        <w:rPr>
          <w:b/>
        </w:rPr>
        <w:t xml:space="preserve">[10:13] </w:t>
      </w:r>
      <w:r>
        <w:t>the clash between civilizations. moti si kitab hai, is ko aap dekh sakte hain. is kitab ka khulasa yeh hai ke muslim civilization aur western civilization dono aik dosre ke muqable mein hain.</w:t>
      </w:r>
    </w:p>
    <w:p>
      <w:pPr>
        <w:jc w:val="right"/>
      </w:pPr>
      <w:r>
        <w:t>دا کلیش بٹوین سویلائزیشنز۔ موٹی سی کتاب ہے، اس کو آپ دیکھ سکتے ہیں۔ اس کتاب کا خلاصہ یہ ہے کہ مسلم سویلائزیشن اور ویسٹرن سویلائزیشن دونوں ایک دوسرے کے مقابلے میں ہیں۔</w:t>
      </w:r>
    </w:p>
    <w:p>
      <w:r>
        <w:rPr>
          <w:b/>
        </w:rPr>
        <w:t xml:space="preserve">[10:31] </w:t>
      </w:r>
      <w:r>
        <w:t>dono ke darmiyan rivalry hai, dono aik dosre ke dushman hain, dono aik dosre se takra rahe hain. to pehle yani first phase mein christian church ke yani ghalt stand se yeh taasar bana tha ke science jo hai,</w:t>
      </w:r>
    </w:p>
    <w:p>
      <w:pPr>
        <w:jc w:val="right"/>
      </w:pPr>
      <w:r>
        <w:t>دونوں کے درمیان رائیولری ہے، دونوں ایک دوسرے کے دشمن ہیں، دونوں ایک دوسرے سے ٹکرا رہے ہیں۔ تو پہلے یعنی فرسٹ فیز میں کرسچن چرچ کے یعنی غلط اسٹینڈ سے یہ تاثر بنا تھا کہ سائنس جو ہے،</w:t>
      </w:r>
    </w:p>
    <w:p>
      <w:r>
        <w:rPr>
          <w:b/>
        </w:rPr>
        <w:t xml:space="preserve">[10:52] </w:t>
      </w:r>
      <w:r>
        <w:t>mazhab ke mukhalif hai. ab dosre stage mein musalmanon ke ghalt stand ki wajah se yeh mahol ban raha hai ke yani western science aur musalmanon mein ya islam mein takrao hai.</w:t>
      </w:r>
    </w:p>
    <w:p>
      <w:pPr>
        <w:jc w:val="right"/>
      </w:pPr>
      <w:r>
        <w:t>مذہب کے مخالف ہے۔ اب دوسرے اسٹیج میں مسلمانوں کے غلط اسٹینڈ کی وجہ سے یہ ماحول بن رہا ہے کہ یعنی ویسٹرن سائنس اور مسلمانوں میں یا اسلام میں ٹکراؤ ہے۔</w:t>
      </w:r>
    </w:p>
    <w:p>
      <w:r>
        <w:rPr>
          <w:b/>
        </w:rPr>
        <w:t xml:space="preserve">[11:12] </w:t>
      </w:r>
      <w:r>
        <w:t>yeh abhi tak chala ja raha hai, abhi tak chala ja raha hai. to main samajhta hoon ke musalmanon ke liye farz ke darje mein zaroori hoga ke woh u turn lein.</w:t>
      </w:r>
    </w:p>
    <w:p>
      <w:pPr>
        <w:jc w:val="right"/>
      </w:pPr>
      <w:r>
        <w:t>یہ ابھی تک ہی چلا جا رہا ہے، ابھی تک چلا جا رہا ہے۔ تو میں سمجھتا ہوں کہ مسلمانوں کے لیے فرض کے درجے میں ضروری ہوگا کہ وہ یو ٹرن لیں۔</w:t>
      </w:r>
    </w:p>
    <w:p>
      <w:r>
        <w:rPr>
          <w:b/>
        </w:rPr>
        <w:t xml:space="preserve">[11:27] </w:t>
      </w:r>
      <w:r>
        <w:t>jis tarah christian ne u turn liya aur religion aur science ke darmiyan takrao ko khatam kiya, isi tarah musalmanon ke liye farz hai ke woh u turn lein.</w:t>
      </w:r>
    </w:p>
    <w:p>
      <w:pPr>
        <w:jc w:val="right"/>
      </w:pPr>
      <w:r>
        <w:t>جس طرح کرسچن نے یو ٹرن لیا اور ریلیجن اور سائنس کے درمیان ٹکراؤ کو ختم کیا، اسی طرح مسلمانوں کے لیے فرض ہے کہ وہ یو ٹرن لیں۔</w:t>
      </w:r>
    </w:p>
    <w:p>
      <w:r>
        <w:rPr>
          <w:b/>
        </w:rPr>
        <w:t xml:space="preserve">[11:37] </w:t>
      </w:r>
      <w:r>
        <w:t>lekin u turn lene ke liye kehna padega, "we were wrong". apni ghaltiyon ko manna padega jis tarah church ne apni ghaltiyon ko mana.</w:t>
      </w:r>
    </w:p>
    <w:p>
      <w:pPr>
        <w:jc w:val="right"/>
      </w:pPr>
      <w:r>
        <w:t>لیکن یو ٹرن لینے کے لیے کہنا پڑے گا، "وی ویئر رونگ"۔ اپنی غلطیوں کو ماننا پڑے گا جس طرح چرچ نے اپنی غلطیوں کو مانا۔</w:t>
      </w:r>
    </w:p>
    <w:p>
      <w:r>
        <w:rPr>
          <w:b/>
        </w:rPr>
        <w:t xml:space="preserve">[11:47] </w:t>
      </w:r>
      <w:r>
        <w:t>church ne khulam khula yeh mana ke is zamane mein hum ne science danon ko jo pakar dhakkar ki thi, woh hamari ghalti thi.</w:t>
      </w:r>
    </w:p>
    <w:p>
      <w:pPr>
        <w:jc w:val="right"/>
      </w:pPr>
      <w:r>
        <w:t>چرچ نے کھلم کھلا یہ مانا کہ اس زمانے میں ہم نے سائنس دانوں کو جو پکڑ دھکڑ کی تھی، وہ ہماری غلطی تھی۔</w:t>
      </w:r>
    </w:p>
    <w:p>
      <w:r>
        <w:rPr>
          <w:b/>
        </w:rPr>
        <w:t xml:space="preserve">[11:57] </w:t>
      </w:r>
      <w:r>
        <w:t>isi tarah musalman ko yeh kehna padega ke hum ne jo takrao jari kiya western logon se, woh galat tha.</w:t>
      </w:r>
    </w:p>
    <w:p>
      <w:pPr>
        <w:jc w:val="right"/>
      </w:pPr>
      <w:r>
        <w:t>اسی طرح مسلمان کو یہ کہنا پڑے گا کہ ہم نے جو ٹکراؤ جاری کیا ویسٹرن لوگوں سے، وہ غلط تھا۔</w:t>
      </w:r>
    </w:p>
    <w:p>
      <w:r>
        <w:rPr>
          <w:b/>
        </w:rPr>
        <w:t xml:space="preserve">[12:10] </w:t>
      </w:r>
      <w:r>
        <w:t>jaisa ke maine arz kiya ke jo jo issues paida hue land ko le kar ke, chahe woh kashmir mein hon ya philippines mein hon, woh arkaan mein hon ya falasteen mein hon ya woh ajtan mein hon ya kahin aur bhi hon,</w:t>
      </w:r>
    </w:p>
    <w:p>
      <w:pPr>
        <w:jc w:val="right"/>
      </w:pPr>
      <w:r>
        <w:t>جیسا کہ میں نے عرض کیا کہ جو جو ایشوز پیدا ہوئے لینڈ کو لے کر کے، چاہے وہ کشمیر میں ہوں یا فلپائن میں ہوں، وہ ارکان میں ہوں یا فلسطین میں ہوں یا وہ اجتان میں ہوں یا کہیں اور بھی ہوں،</w:t>
      </w:r>
    </w:p>
    <w:p>
      <w:r>
        <w:rPr>
          <w:b/>
        </w:rPr>
        <w:t xml:space="preserve">[12:25] </w:t>
      </w:r>
      <w:r>
        <w:t>isko aap land ke issue ko land tak hi rakhiye. isko western civilization tak na le jaiye.</w:t>
      </w:r>
    </w:p>
    <w:p>
      <w:pPr>
        <w:jc w:val="right"/>
      </w:pPr>
      <w:r>
        <w:t>اس کو آپ لینڈ کے ایشو کو لینڈ تک ہی رکھیے۔ اس کو ویسٹرن سویلائزیشن تک نہ لے جائیے۔</w:t>
      </w:r>
    </w:p>
    <w:p>
      <w:r>
        <w:rPr>
          <w:b/>
        </w:rPr>
        <w:t xml:space="preserve">[12:35] </w:t>
      </w:r>
      <w:r>
        <w:t>yani yeh na samjhiye ke is land ka issue jo hai, woh Islam aur aur western civilization ke beech mein takrao ki baat hai. woh aisa hargiz nahi hai.</w:t>
      </w:r>
    </w:p>
    <w:p>
      <w:pPr>
        <w:jc w:val="right"/>
      </w:pPr>
      <w:r>
        <w:t>یعنی یہ نہ سمجھیے کہ اس لینڈ کا ایشو جو ہے، وہ اسلام اور اور ویسٹرن سویلائزیشن کے بیچ میں ٹکراؤ کی بات ہے۔ وہ ایسا ہرگز نہیں ہے۔</w:t>
      </w:r>
    </w:p>
    <w:p>
      <w:r>
        <w:rPr>
          <w:b/>
        </w:rPr>
        <w:t xml:space="preserve">[12:47] </w:t>
      </w:r>
      <w:r>
        <w:t>jaise Rasool Allah salallaho alaihi wasallam par jo budhiya ne woh dala tha kooda, toh aap ne yeh nahi kaha ke Islam aur Yahudiyat mein darmian takrao, woh woh lady ek Yahudi lady thi.</w:t>
      </w:r>
    </w:p>
    <w:p>
      <w:pPr>
        <w:jc w:val="right"/>
      </w:pPr>
      <w:r>
        <w:t>جیسے رسول اللہ صلی اللہ علیہ وسلم پر جو بڑھیا نے وہ ڈالا تھا کوڑا، تو آپ نے یہ نہیں کہا کہ اسلام اور یہودیت میں درمیان ٹکراؤ، وہ وہ لیڈی ایک یہودی لیڈی تھی۔</w:t>
      </w:r>
    </w:p>
    <w:p>
      <w:r>
        <w:rPr>
          <w:b/>
        </w:rPr>
        <w:t xml:space="preserve">[13:00] </w:t>
      </w:r>
      <w:r>
        <w:t>toh aap yeh keh sakte the ke yeh jo hai, sazish Yahudiyon ki sazish hai aur yeh Islam aur Yahudiyat ke darmiyan takrao ki baat hai.</w:t>
      </w:r>
    </w:p>
    <w:p>
      <w:pPr>
        <w:jc w:val="right"/>
      </w:pPr>
      <w:r>
        <w:t>تو آپ یہ کہہ سکتے تھے کہ یہ جو ہے، سازش یہودیوں کی سازش ہے اور یہ اسلام اور یہودیت کے درمیان ٹکراؤ کی بات ہے۔</w:t>
      </w:r>
    </w:p>
    <w:p>
      <w:r>
        <w:rPr>
          <w:b/>
        </w:rPr>
        <w:t xml:space="preserve">[13:09] </w:t>
      </w:r>
      <w:r>
        <w:t>yeh boli Islam ki boli nahi hai.</w:t>
      </w:r>
    </w:p>
    <w:p>
      <w:pPr>
        <w:jc w:val="right"/>
      </w:pPr>
      <w:r>
        <w:t>یہ بولی اسلام کی بولی نہیں ہے۔</w:t>
      </w:r>
    </w:p>
    <w:p>
      <w:r>
        <w:rPr>
          <w:b/>
        </w:rPr>
        <w:t xml:space="preserve">[13:14] </w:t>
      </w:r>
      <w:r>
        <w:t>toh aaj jo land ke masle ko, jaise ke falasteen mein land ka masla paida hua,</w:t>
      </w:r>
    </w:p>
    <w:p>
      <w:pPr>
        <w:jc w:val="right"/>
      </w:pPr>
      <w:r>
        <w:t>تو آج جو لینڈ کے مسئلے کو، جیسے کہ فلسطین میں لینڈ کا مسئلہ پیدا ہوا،</w:t>
      </w:r>
    </w:p>
    <w:p>
      <w:r>
        <w:rPr>
          <w:b/>
        </w:rPr>
        <w:t xml:space="preserve">[13:25] </w:t>
      </w:r>
      <w:r>
        <w:t>isko le kar aap yeh kahein ke Islam aur western world mein takrao hai, bilkul baseless baat hai. yeh baseless baat hai.</w:t>
      </w:r>
    </w:p>
    <w:p>
      <w:pPr>
        <w:jc w:val="right"/>
      </w:pPr>
      <w:r>
        <w:t>اس کو لے کر آپ یہ کہیں کہ اسلام اور ویسٹرن ورلڈ میں ٹکراؤ ہے، بالکل بیس لیس بات ہے۔ یہ بیس لیس بات ہے۔</w:t>
      </w:r>
    </w:p>
    <w:p>
      <w:r>
        <w:rPr>
          <w:b/>
        </w:rPr>
        <w:t xml:space="preserve">[13:34] </w:t>
      </w:r>
      <w:r>
        <w:t>land ke masle ko land ka masla rakhiye aur Islam ke masle ko is se alag rakhiye. Islam ka koi takrao nahi hai western world se.</w:t>
      </w:r>
    </w:p>
    <w:p>
      <w:pPr>
        <w:jc w:val="right"/>
      </w:pPr>
      <w:r>
        <w:t>لینڈ کے مسئلے کو لینڈ کا مسئلہ رکھیے اور اسلام کے مسئلے کو اس سے الگ رکھیے۔ اسلام کا کوئی ٹکراؤ نہیں ہے ویسٹرن ورلڈ سے۔</w:t>
      </w:r>
    </w:p>
    <w:p>
      <w:r>
        <w:rPr>
          <w:b/>
        </w:rPr>
        <w:t xml:space="preserve">[13:44] </w:t>
      </w:r>
      <w:r>
        <w:t>chunaanche saare log jo hain, isi western world mein apne bete aur damad ko baith kar wahan settle kiye hue hain. bade fakhr se log kehte hain ke mera beta Europe mein settle ho gaya hai, mera mera damad jo hai, America mein settle ho gaya hai.</w:t>
      </w:r>
    </w:p>
    <w:p>
      <w:pPr>
        <w:jc w:val="right"/>
      </w:pPr>
      <w:r>
        <w:t>چنانچہ سارے لوگ جو ہیں، اسی ویسٹرن ورلڈ میں اپنے بیٹے اور داماد کو بیٹھ کر وہاں سیٹل کیے ہوئے ہیں۔ بڑے فخر سے لوگ کہتے ہیں کہ میرا بیٹا یورپ میں سیٹل ہو گیا ہے، میرا میرا داماد جو ہے، امریکہ میں سیٹل ہو گیا ہے۔</w:t>
      </w:r>
    </w:p>
    <w:p>
      <w:r>
        <w:rPr>
          <w:b/>
        </w:rPr>
        <w:t xml:space="preserve">[13:58] </w:t>
      </w:r>
      <w:r>
        <w:t>ek taraf toh fakhr ke saath yeh bhi kehte hain, huzoor yeh bhi kehte hain ke western world jo hai, Islam ka dushman hai. agar sach much western world Islam ka dushman ho toh aap ke bete aur damad ke liye haram hai wahan jana, haram hai wahan rehna.</w:t>
      </w:r>
    </w:p>
    <w:p>
      <w:pPr>
        <w:jc w:val="right"/>
      </w:pPr>
      <w:r>
        <w:t>ایک طرف تو فخر کے ساتھ یہ بھی کہتے ہیں، حضور یہ بھی کہتے ہیں کہ ویسٹرن ورلڈ جو ہے، اسلام کا دشمن ہے۔ اگر سچ مچ ویسٹرن ورلڈ اسلام کا دشمن ہو تو آپ کے بیٹے اور داماد کے لیے حرام ہے وہاں جانا، حرام ہے وہاں رہنا۔</w:t>
      </w:r>
    </w:p>
    <w:p>
      <w:r>
        <w:rPr>
          <w:b/>
        </w:rPr>
        <w:t xml:space="preserve">[14:16] </w:t>
      </w:r>
      <w:r>
        <w:t>yaad rakhiye, dono baatein ek saath nahi ho sakti hain. ya toh aap is ko chhodie ke apne bete aur damad ko wahan settle karein, aap ya yeh chhodie boli ke western world Islam ka dushman hai.</w:t>
      </w:r>
    </w:p>
    <w:p>
      <w:pPr>
        <w:jc w:val="right"/>
      </w:pPr>
      <w:r>
        <w:t>یاد رکھیے، دونوں باتیں ایک ساتھ نہیں ہو سکتی ہیں۔ یا تو آپ اس کو چھوڑیے کہ اپنے بیٹے اور داماد کو وہاں سیٹل کریں، آپ یا یہ چھوڑیے بولی کہ ویسٹرن ورلڈ اسلام کا دشمن ہے۔</w:t>
      </w:r>
    </w:p>
    <w:p>
      <w:r>
        <w:rPr>
          <w:b/>
        </w:rPr>
        <w:t xml:space="preserve">[14:32] </w:t>
      </w:r>
      <w:r>
        <w:t>dono ek saath nahi chal sakta hai. toh bahar haal, mera meri jo study hai,</w:t>
      </w:r>
    </w:p>
    <w:p>
      <w:pPr>
        <w:jc w:val="right"/>
      </w:pPr>
      <w:r>
        <w:t>دونوں ایک ساتھ نہیں چل سکتا ہے۔ تو بہرحال، میرا میری جو سٹڈی ہے،</w:t>
      </w:r>
    </w:p>
    <w:p>
      <w:r>
        <w:rPr>
          <w:b/>
        </w:rPr>
        <w:t xml:space="preserve">[14:43] </w:t>
      </w:r>
      <w:r>
        <w:t>mera jo tajurba hai, us ki roshni mein main yahi kahunga ke modern science Islam ka ilm-e-kalam hai, modern science religion ki theology hai.</w:t>
      </w:r>
    </w:p>
    <w:p>
      <w:pPr>
        <w:jc w:val="right"/>
      </w:pPr>
      <w:r>
        <w:t>میرا جو تجربہ ہے، اس کی روشنی میں میں یہی کہوں گا کہ ماڈرن سائنس اسلام کا علم کلام ہے، ماڈرن سائنس ریلیجن کی تھیولوجی ہے۔</w:t>
      </w:r>
    </w:p>
    <w:p>
      <w:r>
        <w:rPr>
          <w:b/>
        </w:rPr>
        <w:t xml:space="preserve">[14:57] </w:t>
      </w:r>
      <w:r>
        <w:t>modern science hum ko woh supportive evidence deti hai jis ko le kar hum Islam ki dawat ko asar-o-zyada taqat ke saath duniya mein phaila sakein.</w:t>
      </w:r>
    </w:p>
    <w:p>
      <w:pPr>
        <w:jc w:val="right"/>
      </w:pPr>
      <w:r>
        <w:t>ماڈرن سائنس ہم کو وہ سپورٹیو ایویڈنس دیتی ہے جس کو لے کر ہم اسلام کی دعوت کو اثر و زیادہ طاقت کے ساتھ دنیا میں پھیلا سکیں۔</w:t>
      </w:r>
    </w:p>
    <w:p>
      <w:r>
        <w:rPr>
          <w:b/>
        </w:rPr>
        <w:t xml:space="preserve">[15:10] </w:t>
      </w:r>
      <w:r>
        <w:t>dekhein, yahan main aap ko ek ayat ka reference dunga, Quran ki ek ayat,</w:t>
      </w:r>
    </w:p>
    <w:p>
      <w:pPr>
        <w:jc w:val="right"/>
      </w:pPr>
      <w:r>
        <w:t>دیکھیں، یہاں میں آپ کو ایک آیت کا ریفرنس دوں گا، قرآن کی ایک آیت،</w:t>
      </w:r>
    </w:p>
    <w:p>
      <w:r>
        <w:rPr>
          <w:b/>
        </w:rPr>
        <w:t xml:space="preserve">[15:17] </w:t>
      </w:r>
      <w:r>
        <w:t>Quran ki Surah As-Saff, yani chapter number 61.</w:t>
      </w:r>
    </w:p>
    <w:p>
      <w:pPr>
        <w:jc w:val="right"/>
      </w:pPr>
      <w:r>
        <w:t>قرآن کی سورہ الصف، یعنی چیپٹر نمبر 61۔</w:t>
      </w:r>
    </w:p>
    <w:p>
      <w:r>
        <w:rPr>
          <w:b/>
        </w:rPr>
        <w:t xml:space="preserve">[15:26] </w:t>
      </w:r>
      <w:r>
        <w:t>saff ka chapter number hai 61.</w:t>
      </w:r>
    </w:p>
    <w:p>
      <w:pPr>
        <w:jc w:val="right"/>
      </w:pPr>
      <w:r>
        <w:t>الصف کا چیپٹر نمبر ہے 61۔</w:t>
      </w:r>
    </w:p>
    <w:p>
      <w:r>
        <w:rPr>
          <w:b/>
        </w:rPr>
        <w:t xml:space="preserve">[15:31] </w:t>
      </w:r>
      <w:r>
        <w:t>to 61 ki jo</w:t>
      </w:r>
    </w:p>
    <w:p>
      <w:pPr>
        <w:jc w:val="right"/>
      </w:pPr>
      <w:r>
        <w:t>تو 61 کی جو</w:t>
      </w:r>
    </w:p>
    <w:p>
      <w:r>
        <w:rPr>
          <w:b/>
        </w:rPr>
        <w:t xml:space="preserve">[15:34] </w:t>
      </w:r>
      <w:r>
        <w:t>aakhri warz hai, bilkul aakhri,</w:t>
      </w:r>
    </w:p>
    <w:p>
      <w:pPr>
        <w:jc w:val="right"/>
      </w:pPr>
      <w:r>
        <w:t>آخری ورث ہے، بالکل آخری،</w:t>
      </w:r>
    </w:p>
    <w:p>
      <w:r>
        <w:rPr>
          <w:b/>
        </w:rPr>
        <w:t xml:space="preserve">[15:39] </w:t>
      </w:r>
      <w:r>
        <w:t>woh is tarah se hai</w:t>
      </w:r>
    </w:p>
    <w:p>
      <w:pPr>
        <w:jc w:val="right"/>
      </w:pPr>
      <w:r>
        <w:t>وہ اس طرح سے ہے</w:t>
      </w:r>
    </w:p>
    <w:p>
      <w:r>
        <w:rPr>
          <w:b/>
        </w:rPr>
        <w:t xml:space="preserve">[15:41] </w:t>
      </w:r>
      <w:r>
        <w:t>ke ya ayyuhal lazeena aamanoo kunwa ansaarullah</w:t>
      </w:r>
    </w:p>
    <w:p>
      <w:pPr>
        <w:jc w:val="right"/>
      </w:pPr>
      <w:r>
        <w:t>کہ یا ایہا الذین آمنوا کنوا انصار اللہ</w:t>
      </w:r>
    </w:p>
    <w:p>
      <w:r>
        <w:rPr>
          <w:b/>
        </w:rPr>
        <w:t xml:space="preserve">[15:48] </w:t>
      </w:r>
      <w:r>
        <w:t>kamaa qaala yusuf ibn maryam al hawariyeen</w:t>
      </w:r>
    </w:p>
    <w:p>
      <w:pPr>
        <w:jc w:val="right"/>
      </w:pPr>
      <w:r>
        <w:t>کما قال یوسف ابن مریم الحوارین</w:t>
      </w:r>
    </w:p>
    <w:p>
      <w:r>
        <w:rPr>
          <w:b/>
        </w:rPr>
        <w:t xml:space="preserve">[15:51] </w:t>
      </w:r>
      <w:r>
        <w:t>man ansariyallah</w:t>
      </w:r>
    </w:p>
    <w:p>
      <w:pPr>
        <w:jc w:val="right"/>
      </w:pPr>
      <w:r>
        <w:t>من انصاری اللہ</w:t>
      </w:r>
    </w:p>
    <w:p>
      <w:r>
        <w:rPr>
          <w:b/>
        </w:rPr>
        <w:t xml:space="preserve">[15:54] </w:t>
      </w:r>
      <w:r>
        <w:t>qaal al hawariyeen nahnu ansaarullah</w:t>
      </w:r>
    </w:p>
    <w:p>
      <w:pPr>
        <w:jc w:val="right"/>
      </w:pPr>
      <w:r>
        <w:t>قال الحوارین نحن انصار اللہ</w:t>
      </w:r>
    </w:p>
    <w:p>
      <w:r>
        <w:rPr>
          <w:b/>
        </w:rPr>
        <w:t xml:space="preserve">[15:58] </w:t>
      </w:r>
      <w:r>
        <w:t>famaarat taa'ifatun min bani israil wa kafarat taa'ifah</w:t>
      </w:r>
    </w:p>
    <w:p>
      <w:pPr>
        <w:jc w:val="right"/>
      </w:pPr>
      <w:r>
        <w:t>فامرت طائفۃ من بنی اسرائیل وکفر الطائفہ</w:t>
      </w:r>
    </w:p>
    <w:p>
      <w:r>
        <w:rPr>
          <w:b/>
        </w:rPr>
        <w:t xml:space="preserve">[16:02] </w:t>
      </w:r>
      <w:r>
        <w:t>fa'ayyadnal lazeena aamanoo 'alaa 'aduwwihim fa asbahoo zaahireen</w:t>
      </w:r>
    </w:p>
    <w:p>
      <w:pPr>
        <w:jc w:val="right"/>
      </w:pPr>
      <w:r>
        <w:t>فیدنا الذین آمنوا علی عدوہم فازہ ظاہرین</w:t>
      </w:r>
    </w:p>
    <w:p>
      <w:r>
        <w:rPr>
          <w:b/>
        </w:rPr>
        <w:t xml:space="preserve">[16:07] </w:t>
      </w:r>
      <w:r>
        <w:t>yeh bohat hi important aayat hai aur bohat hi relevant</w:t>
      </w:r>
    </w:p>
    <w:p>
      <w:pPr>
        <w:jc w:val="right"/>
      </w:pPr>
      <w:r>
        <w:t>یہ بہت ہی امپورٹنٹ آیت ہے اور بہت ہی ریلیونٹ</w:t>
      </w:r>
    </w:p>
    <w:p>
      <w:r>
        <w:rPr>
          <w:b/>
        </w:rPr>
        <w:t xml:space="preserve">[16:11] </w:t>
      </w:r>
      <w:r>
        <w:t>hai hamare aaj ki situation se,</w:t>
      </w:r>
    </w:p>
    <w:p>
      <w:pPr>
        <w:jc w:val="right"/>
      </w:pPr>
      <w:r>
        <w:t>ہے ہمارے آج کی سچوئیشن سے،</w:t>
      </w:r>
    </w:p>
    <w:p>
      <w:r>
        <w:rPr>
          <w:b/>
        </w:rPr>
        <w:t xml:space="preserve">[16:17] </w:t>
      </w:r>
      <w:r>
        <w:t>bahut relevant hai hamari aaj ki situation se. yani chapter number 61 ki last verse is mein kaha gaya hai ke aye aye iman walo,</w:t>
      </w:r>
    </w:p>
    <w:p>
      <w:pPr>
        <w:jc w:val="right"/>
      </w:pPr>
      <w:r>
        <w:t>بہت ریلیونٹ ہے ہماری آج کی سچوئیشن سے۔ یعنی چیپٹر نمبر 61 کی لاسٹ ورث اس میں کہا گیا ہے کہ اے اے ایمان والو،</w:t>
      </w:r>
    </w:p>
    <w:p>
      <w:r>
        <w:rPr>
          <w:b/>
        </w:rPr>
        <w:t xml:space="preserve">[16:36] </w:t>
      </w:r>
      <w:r>
        <w:t>aye iman walo, tum ho jao Christ ke disciple ki tarah. zara gaur kijiye kitni ajib o ghareeb baat is ke andar hai.</w:t>
      </w:r>
    </w:p>
    <w:p>
      <w:pPr>
        <w:jc w:val="right"/>
      </w:pPr>
      <w:r>
        <w:t>اے ایمان والو، تم ہو جاؤ کرائسٹ کے ڈسائپل کی طرح۔ ذرا غور کیجئے کتنی عجیب و غریب بات اس کے اندر ہے۔</w:t>
      </w:r>
    </w:p>
    <w:p>
      <w:r>
        <w:rPr>
          <w:b/>
        </w:rPr>
        <w:t xml:space="preserve">[16:48] </w:t>
      </w:r>
      <w:r>
        <w:t>yani Musalmanon ko kaha gaya hai ke Christ ke followers tumhare role model hain. bahut sochne ki baat hai yeh.</w:t>
      </w:r>
    </w:p>
    <w:p>
      <w:pPr>
        <w:jc w:val="right"/>
      </w:pPr>
      <w:r>
        <w:t>یعنی مسلمانوں کو کہا گیا ہے کہ کرائسٹ کے فالوورز تمہارے رول ماڈل ہیں۔ بہت سوچنے کی بات ہے یہ۔</w:t>
      </w:r>
    </w:p>
    <w:p>
      <w:r>
        <w:rPr>
          <w:b/>
        </w:rPr>
        <w:t xml:space="preserve">[16:58] </w:t>
      </w:r>
      <w:r>
        <w:t>jisko shakk ho, woh Quran ke is chapter ko padh le. aye iman</w:t>
      </w:r>
    </w:p>
    <w:p>
      <w:pPr>
        <w:jc w:val="right"/>
      </w:pPr>
      <w:r>
        <w:t>جس کو شک ہو، وہ قرآن کے اس چیپٹر کو پڑھ لے۔ اے ایمان</w:t>
      </w:r>
    </w:p>
    <w:p>
      <w:r>
        <w:rPr>
          <w:b/>
        </w:rPr>
        <w:t xml:space="preserve">[17:05] </w:t>
      </w:r>
      <w:r>
        <w:t>lane, aye iman lane, is ka is ka literal translation yeh hai: aye iman walo, aye iman lane walo,</w:t>
      </w:r>
    </w:p>
    <w:p>
      <w:pPr>
        <w:jc w:val="right"/>
      </w:pPr>
      <w:r>
        <w:t>لانے، اے ایمان لانے، اس کا اس کا لٹرل ٹرانسلیشن یہ ہے: اے ایمان والو، اے ایمان لانے والو،</w:t>
      </w:r>
    </w:p>
    <w:p>
      <w:r>
        <w:rPr>
          <w:b/>
        </w:rPr>
        <w:t xml:space="preserve">[17:13] </w:t>
      </w:r>
      <w:r>
        <w:t>tum Allah ke helper bano. jis tarah Masih ne kaha, Christ ne apne disciples se ke tum log kya Allah ke helper bante ho?</w:t>
      </w:r>
    </w:p>
    <w:p>
      <w:pPr>
        <w:jc w:val="right"/>
      </w:pPr>
      <w:r>
        <w:t>تم اللہ کے ہیلپر بنو۔ جس طرح مسیح نے کہا، کرائسٹ نے اپنے ڈسائپلز سے کہ تم لوگ کیا اللہ کے ہیلپر بنتے ہو؟</w:t>
      </w:r>
    </w:p>
    <w:p>
      <w:r>
        <w:rPr>
          <w:b/>
        </w:rPr>
        <w:t xml:space="preserve">[17:27] </w:t>
      </w:r>
      <w:r>
        <w:t>unhon ne kaha ke haan, hum Allah ke helper bante hain. to woh Allah ke helper bane aur phir Allah ne unhein kamyabi di aur woh apne dushmanon par ghalib aa gaye.</w:t>
      </w:r>
    </w:p>
    <w:p>
      <w:pPr>
        <w:jc w:val="right"/>
      </w:pPr>
      <w:r>
        <w:t>انہوں نے کہا کہ ہاں، ہم اللہ کے ہیلپر بنتے ہیں۔ تو وہ اللہ کے ہیلپر بنے اور پھر اللہ نے انہیں کامیابی دی اور وہ اپنے دشمنوں پر غالب آ گئے۔</w:t>
      </w:r>
    </w:p>
    <w:p>
      <w:r>
        <w:rPr>
          <w:b/>
        </w:rPr>
        <w:t xml:space="preserve">[17:42] </w:t>
      </w:r>
      <w:r>
        <w:t>bohat ziyada sochne ki baat hai yeh ke christ ke followers ko yahan aap ke liye role model ke taur par bataya gaya hai.</w:t>
      </w:r>
    </w:p>
    <w:p>
      <w:pPr>
        <w:jc w:val="right"/>
      </w:pPr>
      <w:r>
        <w:t>بہت زیادہ سوچنے کی بات ہے یہ کہ کرائسٹ کے فالوورز کو یہاں آپ کے لیے رول ماڈل کے طور پر بتایا گیا ہے۔</w:t>
      </w:r>
    </w:p>
    <w:p>
      <w:r>
        <w:rPr>
          <w:b/>
        </w:rPr>
        <w:t xml:space="preserve">[17:55] </w:t>
      </w:r>
      <w:r>
        <w:t>is mein koi ghabrane ki baat nahi hai. dekhiye, Islam ke do alag alag hisse hain, do part hain. ek hai Islam ka belief system, yaani nizam-e-aqeeda,</w:t>
      </w:r>
    </w:p>
    <w:p>
      <w:pPr>
        <w:jc w:val="right"/>
      </w:pPr>
      <w:r>
        <w:t>اس میں کوئی گھبرانے کی بات نہیں ہے۔ دیکھیے، اسلام کے دو الگ الگ حصے ہیں، دو پارٹ ہیں۔ ایک ہے اسلام کا بیلیف سسٹم، یعنی نظام عقیدہ،</w:t>
      </w:r>
    </w:p>
    <w:p>
      <w:r>
        <w:rPr>
          <w:b/>
        </w:rPr>
        <w:t xml:space="preserve">[18:10] </w:t>
      </w:r>
      <w:r>
        <w:t>belief system, aur ek hai daawa, organization,</w:t>
      </w:r>
    </w:p>
    <w:p>
      <w:pPr>
        <w:jc w:val="right"/>
      </w:pPr>
      <w:r>
        <w:t>بیلیف سسٹم، اور ایک ہے دعویٰ، ارگنائزیشن،</w:t>
      </w:r>
    </w:p>
    <w:p>
      <w:r>
        <w:rPr>
          <w:b/>
        </w:rPr>
        <w:t xml:space="preserve">[18:20] </w:t>
      </w:r>
      <w:r>
        <w:t>yaani methodology ke sense mein organization, daawa ka karna. to jahan tak belief system ki baat hai, jis ko hum kehte hain nizam-e-aqaaid, to belief system aap ka rahega Quran se drive,</w:t>
      </w:r>
    </w:p>
    <w:p>
      <w:pPr>
        <w:jc w:val="right"/>
      </w:pPr>
      <w:r>
        <w:t>یعنی میتھڈالوجی کے سینس میں ارگنائزیشن، دعویٰ کا کرنا۔ تو جہاں تک بیلیف سسٹم کی بات ہے، جس کو ہم کہتے ہیں نظام عقائد، تو بیلیف سسٹم آپ کا رہے گا قرآن سے ڈرائیو،</w:t>
      </w:r>
    </w:p>
    <w:p>
      <w:r>
        <w:rPr>
          <w:b/>
        </w:rPr>
        <w:t xml:space="preserve">[18:39] </w:t>
      </w:r>
      <w:r>
        <w:t>Quran ko le kar banega. yaani belief system ka ek hi source hai, woh hai Quran, kyunke Quran authentic book hai, reserve book hai.</w:t>
      </w:r>
    </w:p>
    <w:p>
      <w:pPr>
        <w:jc w:val="right"/>
      </w:pPr>
      <w:r>
        <w:t>قرآن کو لے کر بنے گا۔ یعنی بیلیف سسٹم کا ایک ہی سورس ہے، وہ ہے قرآن، کیونکہ قرآن اتھینٹک بک ہے، ریزرو بک ہے۔</w:t>
      </w:r>
    </w:p>
    <w:p>
      <w:r>
        <w:rPr>
          <w:b/>
        </w:rPr>
        <w:t xml:space="preserve">[18:52] </w:t>
      </w:r>
      <w:r>
        <w:t>to apna belief system hum Quran se le kar banayenge. lekin jahan tak method ki baat hai, organization ki baat hai, to woh aap kahin se bhi le sakte hain.</w:t>
      </w:r>
    </w:p>
    <w:p>
      <w:pPr>
        <w:jc w:val="right"/>
      </w:pPr>
      <w:r>
        <w:t>تو اپنا بیلیف سسٹم ہم قرآن سے لے کر بنائیں گے۔ لیکن جہاں تک میتھڈ کی بات ہے، ارگنائزیشن کی بات ہے، تو وہ آپ کہیں سے بھی لے سکتے ہیں۔</w:t>
      </w:r>
    </w:p>
    <w:p>
      <w:r>
        <w:rPr>
          <w:b/>
        </w:rPr>
        <w:t xml:space="preserve">[19:03] </w:t>
      </w:r>
      <w:r>
        <w:t>to Quran ki is aayat se maloom hota hai ke dawat ko organize karne ke liye tumhare liye role model hain Christians. agar aap ko shakk ho is mein to aap is aayat ko ja ke padh lijiyye.</w:t>
      </w:r>
    </w:p>
    <w:p>
      <w:pPr>
        <w:jc w:val="right"/>
      </w:pPr>
      <w:r>
        <w:t>تو قرآن کی اس آیت سے معلوم ہوتا ہے کہ دعوت کو ارگنائز کرنے کے لیے تمہارے لیے رول ماڈل ہیں کرسچنز۔ اگر آپ کو شک ہو اس میں تو آپ اس آیت کو جا کے پڑھ لیجئے۔</w:t>
      </w:r>
    </w:p>
    <w:p>
      <w:r>
        <w:rPr>
          <w:b/>
        </w:rPr>
        <w:t xml:space="preserve">[19:23] </w:t>
      </w:r>
      <w:r>
        <w:t>ab aap dekhiye, is ko le kar ke mazeed</w:t>
      </w:r>
    </w:p>
    <w:p>
      <w:pPr>
        <w:jc w:val="right"/>
      </w:pPr>
      <w:r>
        <w:t>اب آپ دیکھیے، اس کو لے کر کے مزید</w:t>
      </w:r>
    </w:p>
    <w:p>
      <w:r>
        <w:rPr>
          <w:b/>
        </w:rPr>
        <w:t xml:space="preserve">[19:28] </w:t>
      </w:r>
      <w:r>
        <w:t>hadees ka ek majmooa, woh hai jo kehte hain sahih Muslim, bohat hi authentic compilation hai. yeh</w:t>
      </w:r>
    </w:p>
    <w:p>
      <w:pPr>
        <w:jc w:val="right"/>
      </w:pPr>
      <w:r>
        <w:t>حدیث کا ایک مجموعہ، وہ ہے جو کہتے ہیں صحیح مسلم، بہت ہی اتھینٹک کمپائلیشن ہے۔ یہ</w:t>
      </w:r>
    </w:p>
    <w:p>
      <w:r>
        <w:rPr>
          <w:b/>
        </w:rPr>
        <w:t xml:space="preserve">[19:38] </w:t>
      </w:r>
      <w:r>
        <w:t>sahih Muslim, sahih Muslim mein ek riwayat hai, is mein bataya gaya hai ke baad ke zamane mein sab se ziyada number ho jayega Christians ka,</w:t>
      </w:r>
    </w:p>
    <w:p>
      <w:pPr>
        <w:jc w:val="right"/>
      </w:pPr>
      <w:r>
        <w:t>صحیح مسلم، صحیح مسلم میں ایک روایت ہے، اس میں بتایا گیا ہے کہ بعد کے زمانے میں سب سے زیادہ نمبر ہو جائے گا کرسچنز کا،</w:t>
      </w:r>
    </w:p>
    <w:p>
      <w:r>
        <w:rPr>
          <w:b/>
        </w:rPr>
        <w:t xml:space="preserve">[19:55] </w:t>
      </w:r>
      <w:r>
        <w:t>Maseeh ko manne walon ka. yeh hadees aaj bhi maujood hai aur aaj yeh waqea ban chuki hai. seven century mein jab yeh ke Rasool Allah aaye, tab Christians minority mein the,</w:t>
      </w:r>
    </w:p>
    <w:p>
      <w:pPr>
        <w:jc w:val="right"/>
      </w:pPr>
      <w:r>
        <w:t>مسیح کو ماننے والوں کا۔ یہ حدیث آج بھی موجود ہے اور آج یہ واقعہ بن چکی ہے۔ سیون سینچری میں جب یہ کہ رسول اللہ آئے، تب کرسچنز مائنورٹی میں تھے،</w:t>
      </w:r>
    </w:p>
    <w:p>
      <w:r>
        <w:rPr>
          <w:b/>
        </w:rPr>
        <w:t xml:space="preserve">[20:11] </w:t>
      </w:r>
      <w:r>
        <w:t>minority mein the. koi soch bhi nahi sakta tha ke duniya ka sab se bara religion ban jayega Christianity. seven century mein,</w:t>
      </w:r>
    </w:p>
    <w:p>
      <w:pPr>
        <w:jc w:val="right"/>
      </w:pPr>
      <w:r>
        <w:t>مائنورٹی میں تھے۔ کوئی سوچ بھی نہیں سکتا تھا کہ دنیا کا سب سے بڑا ریلیجن بن جائے گا کرسچینیٹی۔ سیون سینچری میں،</w:t>
      </w:r>
    </w:p>
    <w:p>
      <w:r>
        <w:rPr>
          <w:b/>
        </w:rPr>
        <w:t xml:space="preserve">[20:25] </w:t>
      </w:r>
      <w:r>
        <w:t>seven century mein jab ke Christians minority mein the, tab yeh kaha gaya ke ek waqt aayega ke jab sab religion mein sab se ziyada bara religion number ke aitbaar se ho jayega Christianity.</w:t>
      </w:r>
    </w:p>
    <w:p>
      <w:pPr>
        <w:jc w:val="right"/>
      </w:pPr>
      <w:r>
        <w:t>سیون سینچری میں جب کہ کرسچنز مائنورٹی میں تھے، تب یہ کہا گیا کہ ایک وقت آئے گا کہ جب سب ریلیجن میں سب سے زیادہ بڑا ریلیجن نمبر کے اعتبار سے ہو جائے گا کرسچینیٹی۔</w:t>
      </w:r>
    </w:p>
    <w:p>
      <w:r>
        <w:rPr>
          <w:b/>
        </w:rPr>
        <w:t xml:space="preserve">[20:38] </w:t>
      </w:r>
      <w:r>
        <w:t>aur aaj aap jante hain ke woh ho chuka hai. woh duniya mein aaj taqreeban one dozen major religion maane jaate hain.</w:t>
      </w:r>
    </w:p>
    <w:p>
      <w:pPr>
        <w:jc w:val="right"/>
      </w:pPr>
      <w:r>
        <w:t>اور آج آپ جانتے ہیں کہ وہ ہو چکا ہے۔ وہ دنیا میں آج تقریباً ون ڈزن میجر ریلیجن مانے جاتے ہیں۔</w:t>
      </w:r>
    </w:p>
    <w:p>
      <w:r>
        <w:rPr>
          <w:b/>
        </w:rPr>
        <w:t xml:space="preserve">[20:51] </w:t>
      </w:r>
      <w:r>
        <w:t>major religion, waise to bohat saare religion hain chhote chhote, lekin major religion maana jata hai one dozen religions. aur sab mein ziyada number ke aitbaar se bara religion hai Christianity.</w:t>
      </w:r>
    </w:p>
    <w:p>
      <w:pPr>
        <w:jc w:val="right"/>
      </w:pPr>
      <w:r>
        <w:t>میجر ریلیجن، ویسے تو بہت سارے ریلیجن ہیں چھوٹے چھوٹے، لیکن میجر ریلیجن مانا جاتا ہے ون ڈزن ریلیجنز۔ اور سب میں زیادہ نمبر کے اعتبار سے بڑا ریلیجن ہے کرسچینیٹی۔</w:t>
      </w:r>
    </w:p>
    <w:p>
      <w:r>
        <w:rPr>
          <w:b/>
        </w:rPr>
        <w:t xml:space="preserve">[21:06] </w:t>
      </w:r>
      <w:r>
        <w:t>aaj yeh waqea ban chuka hai. to isi yaani Muslim ki isi hadees mein yeh bataya gaya hai ke kyun aisa hoga ke Christian ki ginti ziyada ho jayegi.</w:t>
      </w:r>
    </w:p>
    <w:p>
      <w:pPr>
        <w:jc w:val="right"/>
      </w:pPr>
      <w:r>
        <w:t>آج یہ واقعہ بن چکا ہے۔ تو اسی یعنی مسلم کی اسی حدیث میں یہ بتایا گیا ہے کہ کیوں ایسا ہوگا کہ کرسچن کی گنتی زیادہ ہو جائے گی۔</w:t>
      </w:r>
    </w:p>
    <w:p>
      <w:r>
        <w:rPr>
          <w:b/>
        </w:rPr>
        <w:t xml:space="preserve">[21:20] </w:t>
      </w:r>
      <w:r>
        <w:t>isi mein yeh baat hai ke kyun aisa hoga ke ke Christians ka number, un ki ginti doosre mazhabon se ziyada ho jayegi.</w:t>
      </w:r>
    </w:p>
    <w:p>
      <w:pPr>
        <w:jc w:val="right"/>
      </w:pPr>
      <w:r>
        <w:t>اسی میں یہ بات ہے کہ کیوں ایسا ہوگا کہ کہ کرسچنز کا نمبر، ان کی گنتی دوسرے مذہبوں سے زیادہ ہو جائے گی۔</w:t>
      </w:r>
    </w:p>
    <w:p>
      <w:r>
        <w:rPr>
          <w:b/>
        </w:rPr>
        <w:t xml:space="preserve">[21:34] </w:t>
      </w:r>
      <w:r>
        <w:t>is hadees mein bataya gaya hai ke is ki wajah yeh hai ke un ke andar raafat aur rehmat hoti hai. raafat aur rehmat yaani leniency aur compassion.</w:t>
      </w:r>
    </w:p>
    <w:p>
      <w:pPr>
        <w:jc w:val="right"/>
      </w:pPr>
      <w:r>
        <w:t>اس حدیث میں بتایا گیا ہے کہ اس کی وجہ یہ ہے کہ ان کے اندر رافت اور رحمت ہوتی ہے۔ رافت اور رحمت یعنی لینینسی اور کمپیشن۔</w:t>
      </w:r>
    </w:p>
    <w:p>
      <w:r>
        <w:rPr>
          <w:b/>
        </w:rPr>
        <w:t xml:space="preserve">[21:47] </w:t>
      </w:r>
      <w:r>
        <w:t>aur theek yahi baat Quran mein bhi hai.</w:t>
      </w:r>
    </w:p>
    <w:p>
      <w:pPr>
        <w:jc w:val="right"/>
      </w:pPr>
      <w:r>
        <w:t>اور ٹھیک یہی بات قرآن میں بھی ہے۔</w:t>
      </w:r>
    </w:p>
    <w:p>
      <w:r>
        <w:rPr>
          <w:b/>
        </w:rPr>
        <w:t xml:space="preserve">[21:53] </w:t>
      </w:r>
      <w:r>
        <w:t>theek yahi baat waja'alna fi quloob alladhina fi quloob alladhina tabbu raafatan wa rahmah yaani Christ ko manne walon ke dil mein hum ne daal diya.</w:t>
      </w:r>
    </w:p>
    <w:p>
      <w:pPr>
        <w:jc w:val="right"/>
      </w:pPr>
      <w:r>
        <w:t>ٹھیک یہی بات وجعلنا فی قلوب الذین فی قلوب الذین تبو رافت ورحمہ یعنی کرائسٹ کو ماننے والوں کے دل میں ہم نے ڈال دیا۔</w:t>
      </w:r>
    </w:p>
    <w:p>
      <w:r>
        <w:rPr>
          <w:b/>
        </w:rPr>
        <w:t xml:space="preserve">[22:09] </w:t>
      </w:r>
      <w:r>
        <w:t>kya raafat aur rehmat yaani leniency aur compassion. yeh raaz bataya.</w:t>
      </w:r>
    </w:p>
    <w:p>
      <w:pPr>
        <w:jc w:val="right"/>
      </w:pPr>
      <w:r>
        <w:t>کیا رافت اور رحمت یعنی لینینسی اور کمپیشن۔ یہ راز بتایا۔</w:t>
      </w:r>
    </w:p>
    <w:p>
      <w:r>
        <w:rPr>
          <w:b/>
        </w:rPr>
        <w:t xml:space="preserve">[22:19] </w:t>
      </w:r>
      <w:r>
        <w:t>yahi role model ka matlab hai.</w:t>
      </w:r>
    </w:p>
    <w:p>
      <w:pPr>
        <w:jc w:val="right"/>
      </w:pPr>
      <w:r>
        <w:t>یہی رول ماڈل کا مطلب ہے۔</w:t>
      </w:r>
    </w:p>
    <w:p>
      <w:r>
        <w:rPr>
          <w:b/>
        </w:rPr>
        <w:t xml:space="preserve">[22:24] </w:t>
      </w:r>
      <w:r>
        <w:t>yeh matlab hai role model ka. yaani Allah taala ne apni maslehat, jo bhi Allah taala ki, aap Allah ko behtar pata hai, apni maslehat ke tehat Christians,</w:t>
      </w:r>
    </w:p>
    <w:p>
      <w:pPr>
        <w:jc w:val="right"/>
      </w:pPr>
      <w:r>
        <w:t>یہ مطلب ہے رول ماڈل کا۔ یعنی اللہ تعالی نے اپنی مصلحت، جو بھی اللہ تعالی کی، آپ اللہ کو بہتر پتہ ہے، اپنی مصلحت کے تحت کرسچنز،</w:t>
      </w:r>
    </w:p>
    <w:p>
      <w:r>
        <w:rPr>
          <w:b/>
        </w:rPr>
        <w:t xml:space="preserve">[22:38] </w:t>
      </w:r>
      <w:r>
        <w:t>Christ ke followers ke darmiyan yeh sifat khaas taur par rakh di. leniency yaani narmi aur rehmat.</w:t>
      </w:r>
    </w:p>
    <w:p>
      <w:pPr>
        <w:jc w:val="right"/>
      </w:pPr>
      <w:r>
        <w:t>کرائسٹ کے فالوورز کے درمیان یہ صفت خاص طور پر رکھ دی۔ لینینسی یعنی نرمی اور رحمت۔</w:t>
      </w:r>
    </w:p>
    <w:p>
      <w:r>
        <w:rPr>
          <w:b/>
        </w:rPr>
        <w:t xml:space="preserve">[22:48] </w:t>
      </w:r>
      <w:r>
        <w:t>leninsi aur compeshn. yeh khaas tor par rakh di un ke andar. un ke dilon mein sakhti nahi rakhi. to kya hua?</w:t>
      </w:r>
    </w:p>
    <w:p>
      <w:pPr>
        <w:jc w:val="right"/>
      </w:pPr>
      <w:r>
        <w:t>لینینسی اور کمپیشن۔ یہ خاص طور پر رکھ دی ان کے اندر۔ ان کے دلوں میں سختی نہیں رکھی۔ تو کیا ہوا؟</w:t>
      </w:r>
    </w:p>
    <w:p>
      <w:r>
        <w:rPr>
          <w:b/>
        </w:rPr>
        <w:t xml:space="preserve">[23:00] </w:t>
      </w:r>
      <w:r>
        <w:t>yeh aik waqia hai jo hamein manna chahiye ke history mein pehli baar christians ne da'o work ko aik institution ki shakal de di.</w:t>
      </w:r>
    </w:p>
    <w:p>
      <w:pPr>
        <w:jc w:val="right"/>
      </w:pPr>
      <w:r>
        <w:t>یہ ایک واقعہ ہے جو ہمیں ماننا چاہیے کہ ہسٹری میں پہلی بار کرسچنز نے داؤ ورک کو ایک انسٹیٹیوشن کی شکل دے دی۔</w:t>
      </w:r>
    </w:p>
    <w:p>
      <w:r>
        <w:rPr>
          <w:b/>
        </w:rPr>
        <w:t xml:space="preserve">[23:13] </w:t>
      </w:r>
      <w:r>
        <w:t>kabhi bhi musalman da'o work ko institution nahi bana sake. na aaj, na is se pehle, na koi aur mazhab wale.</w:t>
      </w:r>
    </w:p>
    <w:p>
      <w:pPr>
        <w:jc w:val="right"/>
      </w:pPr>
      <w:r>
        <w:t>کبھی بھی مسلمان داؤ ورک کو انسٹیٹیوشن نہیں بنا سکے۔ نہ آج، نہ اس سے پہلے، نہ کوئی اور مذہب والے۔</w:t>
      </w:r>
    </w:p>
    <w:p>
      <w:r>
        <w:rPr>
          <w:b/>
        </w:rPr>
        <w:t xml:space="preserve">[23:24] </w:t>
      </w:r>
      <w:r>
        <w:t>da'o work ko aik institution banana, yeh un ka bohat hi khaas karkhaam hai christians ka. aur is ko unhon ne jitna jitna organize way mein karte hain, woh kisi bhi mazhab mein, na islam mein,</w:t>
      </w:r>
    </w:p>
    <w:p>
      <w:pPr>
        <w:jc w:val="right"/>
      </w:pPr>
      <w:r>
        <w:t>داؤ ورک کو ایک انسٹیٹیوشن بنانا، یہ ان کا بہت ہی خاص کارنامہ ہے کرسچنز کا۔ اور اس کو انہوں نے جتنا جتنا ارگنائز وے میں کرتے ہیں، وہ کسی بھی مذہب میں، نہ اسلام میں،</w:t>
      </w:r>
    </w:p>
    <w:p>
      <w:r>
        <w:rPr>
          <w:b/>
        </w:rPr>
        <w:t xml:space="preserve">[23:41] </w:t>
      </w:r>
      <w:r>
        <w:t>is musalmanon mein aisa paya jata hai. aik bohat hi well organized work hai un ke haan. da'o work</w:t>
      </w:r>
    </w:p>
    <w:p>
      <w:pPr>
        <w:jc w:val="right"/>
      </w:pPr>
      <w:r>
        <w:t>اس مسلمانوں میں ایسا پایا جاتا ہے۔ ایک بہت ہی ویل ارگنائزڈ ورک ہے ان کے ہاں۔ داؤ ورک</w:t>
      </w:r>
    </w:p>
    <w:p>
      <w:r>
        <w:rPr>
          <w:b/>
        </w:rPr>
        <w:t xml:space="preserve">[23:50] </w:t>
      </w:r>
      <w:r>
        <w:t>aik institution ke roop mein karte hain woh. aur is ke support ke liye unhon ne itna bara kaam kiya hai jo musalman soch bhi nahi sake. woh hai educational system.</w:t>
      </w:r>
    </w:p>
    <w:p>
      <w:pPr>
        <w:jc w:val="right"/>
      </w:pPr>
      <w:r>
        <w:t>ایک انسٹیٹیوشن کے روپ میں کرتے ہیں وہ۔ اور اس کے سپورٹ کے لیے انہوں نے اتنا بڑا کام کیا ہے جو مسلمان سوچ بھی نہیں سکے۔ وہ ہے ایجوکیشنل سسٹم۔</w:t>
      </w:r>
    </w:p>
    <w:p>
      <w:r>
        <w:rPr>
          <w:b/>
        </w:rPr>
        <w:t xml:space="preserve">[24:02] </w:t>
      </w:r>
      <w:r>
        <w:t>india mein aur duniya mein har jagah, india mein christians ne apna educational empire bana rakha hai. educational empire.</w:t>
      </w:r>
    </w:p>
    <w:p>
      <w:pPr>
        <w:jc w:val="right"/>
      </w:pPr>
      <w:r>
        <w:t>انڈیا میں اور دنیا میں ہر جگہ، انڈیا میں کرسچنز نے اپنا ایجوکیشنل ایمپائر بنا رکھا ہے۔ ایجوکیشنل ایمپائر۔</w:t>
      </w:r>
    </w:p>
    <w:p>
      <w:r>
        <w:rPr>
          <w:b/>
        </w:rPr>
        <w:t xml:space="preserve">[24:14] </w:t>
      </w:r>
      <w:r>
        <w:t>aap paharon mein jayen, janglon mein jayen, har jagah un ke school hain. sare india mein un ko is in ke school phailay hue hain. yeh aik waqia hai ke india mein christians ne aik educational educational empire bana rakha hai.</w:t>
      </w:r>
    </w:p>
    <w:p>
      <w:pPr>
        <w:jc w:val="right"/>
      </w:pPr>
      <w:r>
        <w:t>آپ پہاڑوں میں جائیں، جنگلوں میں جائیں، ہر جگہ ان کے اسکول ہیں۔ سارے انڈیا میں ان کو اس ان کے اسکول پھیلے ہوئے ہیں۔ یہ ایک واقعہ ہے کہ انڈیا میں کرسچنز نے ایک ایجوکیشنل ایجوکیشنل ایمپائر بنا رکھا ہے۔</w:t>
      </w:r>
    </w:p>
    <w:p>
      <w:r>
        <w:rPr>
          <w:b/>
        </w:rPr>
        <w:t xml:space="preserve">[24:34] </w:t>
      </w:r>
      <w:r>
        <w:t>is ka is ka faida kya unhein mila? aap dekhiye ke india mein</w:t>
      </w:r>
    </w:p>
    <w:p>
      <w:pPr>
        <w:jc w:val="right"/>
      </w:pPr>
      <w:r>
        <w:t>اس کا اس کا فائدہ کیا انہیں ملا؟ آپ دیکھیے کہ انڈیا میں</w:t>
      </w:r>
    </w:p>
    <w:p>
      <w:r>
        <w:rPr>
          <w:b/>
        </w:rPr>
        <w:t xml:space="preserve">[24:43] </w:t>
      </w:r>
      <w:r>
        <w:t>aam tor par hindu aur musalman dono ke andar christians ke liye saaf corner hota hai.</w:t>
      </w:r>
    </w:p>
    <w:p>
      <w:pPr>
        <w:jc w:val="right"/>
      </w:pPr>
      <w:r>
        <w:t>عام طور پر ہندو اور مسلمان دونوں کے اندر کرسچنز کے لیے صاف کارنر ہوتا ہے۔</w:t>
      </w:r>
    </w:p>
    <w:p>
      <w:r>
        <w:rPr>
          <w:b/>
        </w:rPr>
        <w:t xml:space="preserve">[24:52] </w:t>
      </w:r>
      <w:r>
        <w:t>christians ke liye saaf corner hota hai. kyun ke manmohan singh ne jahan parha hai christian school mein, wahin parvard musharraf ne parha hai.</w:t>
      </w:r>
    </w:p>
    <w:p>
      <w:pPr>
        <w:jc w:val="right"/>
      </w:pPr>
      <w:r>
        <w:t>کرسچنز کے لیے صاف کارنر ہوتا ہے۔ کیونکہ من موہن سنگھ نے جہاں پڑھا ہے کرسچن اسکول میں، وہیں پرورد مشرف نے پڑھا ہے۔</w:t>
      </w:r>
    </w:p>
    <w:p>
      <w:r>
        <w:rPr>
          <w:b/>
        </w:rPr>
        <w:t xml:space="preserve">[25:08] </w:t>
      </w:r>
      <w:r>
        <w:t>to christian ne jo educational empire banaya hai duniya mein, is is is desh mein, poore subcontinent mein, to logon ke andar christians ke liye saaf corner aa gaya.</w:t>
      </w:r>
    </w:p>
    <w:p>
      <w:pPr>
        <w:jc w:val="right"/>
      </w:pPr>
      <w:r>
        <w:t>تو کرسچن نے جو ایجوکیشنل ایمپائر بنایا ہے دنیا میں، اس اس اس دیش میں، پورے سب کانٹیننٹ میں، تو لوگوں کے اندر کرسچنز کے لیے صاف کارنر آ گیا۔</w:t>
      </w:r>
    </w:p>
    <w:p>
      <w:r>
        <w:rPr>
          <w:b/>
        </w:rPr>
        <w:t xml:space="preserve">[25:21] </w:t>
      </w:r>
      <w:r>
        <w:t>aur musalmanon ke liye hard corner hai. is ka ulta hai bilkul. kyun? musalmanon ne taleem ka gumbad banaya.</w:t>
      </w:r>
    </w:p>
    <w:p>
      <w:pPr>
        <w:jc w:val="right"/>
      </w:pPr>
      <w:r>
        <w:t>اور مسلمانوں کے لیے ہارڈ کارنر ہے۔ اس کا الٹا ہے بالکل۔ کیوں؟ مسلمانوں نے تعلیم کا گنبد بنایا۔</w:t>
      </w:r>
    </w:p>
    <w:p>
      <w:r>
        <w:rPr>
          <w:b/>
        </w:rPr>
        <w:t xml:space="preserve">[25:30] </w:t>
      </w:r>
      <w:r>
        <w:t>university.</w:t>
      </w:r>
    </w:p>
    <w:p>
      <w:pPr>
        <w:jc w:val="right"/>
      </w:pPr>
      <w:r>
        <w:t>یونیورسٹی۔</w:t>
      </w:r>
    </w:p>
    <w:p>
      <w:r>
        <w:rPr>
          <w:b/>
        </w:rPr>
        <w:t xml:space="preserve">[25:33] </w:t>
      </w:r>
      <w:r>
        <w:t>yani muslim university kya hai? taleem ka gumbad. yani christians ne aik bhi university nahi banai hai sare india mein.</w:t>
      </w:r>
    </w:p>
    <w:p>
      <w:pPr>
        <w:jc w:val="right"/>
      </w:pPr>
      <w:r>
        <w:t>یعنی مسلم یونیورسٹی کیا ہے؟ تعلیم کا گنبد۔ یعنی کرسچنز نے ایک بھی یونیورسٹی نہیں بنائی ہے سارے انڈیا میں۔</w:t>
      </w:r>
    </w:p>
    <w:p>
      <w:r>
        <w:rPr>
          <w:b/>
        </w:rPr>
        <w:t xml:space="preserve">[25:44] </w:t>
      </w:r>
      <w:r>
        <w:t>woh chahen to bohat sari universityan bana sakte hain. itna un ke paas resources hain. aik bhi university nahi banai hai. is raaz ko jana hai.</w:t>
      </w:r>
    </w:p>
    <w:p>
      <w:pPr>
        <w:jc w:val="right"/>
      </w:pPr>
      <w:r>
        <w:t>وہ چاہیں تو بہت ساری یونیورسٹیاں بنا سکتے ہیں۔ اتنا ان کے پاس سورسز ہیں۔ ایک بھی یونیورسٹی نہیں بنائی ہے۔ اس راز کو جانا ہے۔</w:t>
      </w:r>
    </w:p>
    <w:p>
      <w:r>
        <w:rPr>
          <w:b/>
        </w:rPr>
        <w:t xml:space="preserve">[25:53] </w:t>
      </w:r>
      <w:r>
        <w:t>unhon ne kaha aisi cheez schooling hai. yani is ko mein kehta hoon feeder institutions. feed karne wale institutions. aap bataiye ke musalmanon ne university to bana di aur feeder institutions banaye nahi hain.</w:t>
      </w:r>
    </w:p>
    <w:p>
      <w:pPr>
        <w:jc w:val="right"/>
      </w:pPr>
      <w:r>
        <w:t>انہوں نے کہا ایسی چیز سکولنگ ہے۔ یعنی اس کو میں کہتا ہوں فیڈر انسٹیٹیوشنز۔ فیڈ کرنے والے انسٹیٹیوشنز۔ آپ بتائیے کہ مسلمانوں نے یونیورسٹی تو بنا دی اور فیڈر انسٹیٹیوشنز بنائے نہیں ہیں۔</w:t>
      </w:r>
    </w:p>
    <w:p>
      <w:r>
        <w:rPr>
          <w:b/>
        </w:rPr>
        <w:t xml:space="preserve">[26:09] </w:t>
      </w:r>
      <w:r>
        <w:t>to larkay kahan se ayenge? jab aap ne school ka jaal nahi bichhaya, school ke level par aap ne koi kaam nahi kiya, university khari kar di, to mujhe bataiye ke kya by birth wahan logon ko aap dakhil karenge?</w:t>
      </w:r>
    </w:p>
    <w:p>
      <w:pPr>
        <w:jc w:val="right"/>
      </w:pPr>
      <w:r>
        <w:t>تو لڑکے کہاں سے آئیں گے؟ جب آپ نے اسکول کا جال نہیں بچھایا، اسکول کے لیول پر آپ نے کوئی کام نہیں کیا، یونیورسٹی کھڑی کر دی، تو مجھے بتائیے کہ کیا بائی برتھ وہاں لوگوں کو آپ داخل کریں گے؟</w:t>
      </w:r>
    </w:p>
    <w:p>
      <w:r>
        <w:rPr>
          <w:b/>
        </w:rPr>
        <w:t xml:space="preserve">[26:28] </w:t>
      </w:r>
      <w:r>
        <w:t>kahan se layenge student aap? yeh soch ka farq dekhiye. isi ko mein keh raha hoon ke christians ne da'o work ko institution ki shakal de di.</w:t>
      </w:r>
    </w:p>
    <w:p>
      <w:pPr>
        <w:jc w:val="right"/>
      </w:pPr>
      <w:r>
        <w:t>کہاں سے لائیں گے سٹوڈنٹ آپ؟ یہ سوچ کا فرق دیکھیے۔ اسی کو میں کہہ رہا ہوں کہ کرسچنز نے داؤ ورک کو انسٹیٹیوشن کی شکل دے دی۔</w:t>
      </w:r>
    </w:p>
    <w:p>
      <w:r>
        <w:rPr>
          <w:b/>
        </w:rPr>
        <w:t xml:space="preserve">[26:40] </w:t>
      </w:r>
      <w:r>
        <w:t>is ko aik organization ki shakal de di. aur musalman to sirf fakhar ka gumbad banate rahe. university muslim university fakhar ka gumbad hai. pride ka gumbad hai woh.</w:t>
      </w:r>
    </w:p>
    <w:p>
      <w:pPr>
        <w:jc w:val="right"/>
      </w:pPr>
      <w:r>
        <w:t>اس کو ایک ارگنائزیشن کی شکل دے دی۔ اور مسلمان تو صرف فخر کا گنبد بناتے رہے۔ یونیورسٹی مسلم یونیورسٹی فخر کا گنبد ہے۔ پرائیڈ کا گنبد ہے وہ۔</w:t>
      </w:r>
    </w:p>
    <w:p>
      <w:r>
        <w:rPr>
          <w:b/>
        </w:rPr>
        <w:t xml:space="preserve">[26:49] </w:t>
      </w:r>
      <w:r>
        <w:t>is ka naam mere andar dekhen pride university. muslim university ka doosra naam hai pride university. to christian yeh jaan saken is baat ko ke university banane se koi faida nahi hoga.</w:t>
      </w:r>
    </w:p>
    <w:p>
      <w:pPr>
        <w:jc w:val="right"/>
      </w:pPr>
      <w:r>
        <w:t>اس کا نام میرے اندر دیکھیں پرائیڈ یونیورسٹی۔ مسلم یونیورسٹی کا دوسرا نام ہے پرائیڈ یونیورسٹی۔ تو کرسچن یہ جان سکیں اس بات کو کہ یونیورسٹی بنانے سے کوئی فائدہ نہیں ہوگا۔</w:t>
      </w:r>
    </w:p>
    <w:p>
      <w:r>
        <w:rPr>
          <w:b/>
        </w:rPr>
        <w:t xml:space="preserve">[27:04] </w:t>
      </w:r>
      <w:r>
        <w:t>schooling ka pakar lo. schooling ko pakar lo. school ka jaal bicha do. kitna bara farq hai aap sochiye ke christian mind mein aur muslim mind mein.</w:t>
      </w:r>
    </w:p>
    <w:p>
      <w:pPr>
        <w:jc w:val="right"/>
      </w:pPr>
      <w:r>
        <w:t>اسکولنگ کا پکڑ لو۔ اسکولنگ کو پکڑ لو۔ اسکول کا جال بچھا دو۔ کتنا بڑا فرق ہے آپ سوچیے کہ کرسچن مائنڈ میں اور مسلم مائنڈ میں۔</w:t>
      </w:r>
    </w:p>
    <w:p>
      <w:r>
        <w:rPr>
          <w:b/>
        </w:rPr>
        <w:t xml:space="preserve">[27:16] </w:t>
      </w:r>
      <w:r>
        <w:t>allah taala ne kaha ke christian ko yahan tumhare liye role model milega. role model.</w:t>
      </w:r>
    </w:p>
    <w:p>
      <w:pPr>
        <w:jc w:val="right"/>
      </w:pPr>
      <w:r>
        <w:t>اللہ تعالی نے کہا کہ کرسچن کو یہاں تمہارے لیے رول ماڈل ملے گا۔ رول ماڈل۔</w:t>
      </w:r>
    </w:p>
    <w:p>
      <w:r>
        <w:rPr>
          <w:b/>
        </w:rPr>
        <w:t xml:space="preserve">[27:26] </w:t>
      </w:r>
      <w:r>
        <w:t>christian ke bohat se jhagray hain. lekin woh jhagray jo hain mazhab ke naam par nahi karte. maslan ireland mein jhagra hai. lekin woh yeh na keh dein ke christian jihad kahein is ko.</w:t>
      </w:r>
    </w:p>
    <w:p>
      <w:pPr>
        <w:jc w:val="right"/>
      </w:pPr>
      <w:r>
        <w:t>کرسچن کے بہت سے جھگڑے ہیں۔ لیکن وہ جھگڑے جو ہیں مذہب کے نام پر نہیں کرتے۔ مثلاً ائرلینڈ میں جھگڑا ہے۔ لیکن وہ یہ نہ کہہ دیں کہ کرسچن جہاد کہیں اس کو۔</w:t>
      </w:r>
    </w:p>
    <w:p>
      <w:r>
        <w:rPr>
          <w:b/>
        </w:rPr>
        <w:t xml:space="preserve">[27:40] </w:t>
      </w:r>
      <w:r>
        <w:t>woh christian jihad nahi kehte is ko. woh apna alag jhagra hai woh. aur mazhab ka mamla alag hai. musalmanon ka mamla hai har jhagra jahan hota hai woh foran islami jihad ban jata hai woh.</w:t>
      </w:r>
    </w:p>
    <w:p>
      <w:pPr>
        <w:jc w:val="right"/>
      </w:pPr>
      <w:r>
        <w:t>وہ کرسچن جہاد نہیں کہتے اس کو۔ وہ اپنا الگ جھگڑا ہے وہ۔ اور مذہب کا معاملہ الگ ہے۔ مسلمانوں کا معاملہ ہے ہر جھگڑا جہاں ہوتا ہے وہ فوراً اسلامی جہاد بن جاتا ہے وہ۔</w:t>
      </w:r>
    </w:p>
    <w:p>
      <w:r>
        <w:rPr>
          <w:b/>
        </w:rPr>
        <w:t xml:space="preserve">[27:52] </w:t>
      </w:r>
      <w:r>
        <w:t>ghair islami jehad. jidhar jidhar kraist par baray baray cartoon chapte hain, un par film banti hai aur koi jhagda nahin.</w:t>
      </w:r>
    </w:p>
    <w:p>
      <w:pPr>
        <w:jc w:val="right"/>
      </w:pPr>
      <w:r>
        <w:t>غیر اسلامی جہاد۔ جدھر جدھر کرائسٹ پر بڑے بڑے کارٹون چھپتے ہیں، ان پر فلم بنتی ہے اور کوئی جھگڑا نہیں۔</w:t>
      </w:r>
    </w:p>
    <w:p>
      <w:r>
        <w:rPr>
          <w:b/>
        </w:rPr>
        <w:t xml:space="preserve">[28:04] </w:t>
      </w:r>
      <w:r>
        <w:t>kuch bhi nahin. woh simply avoid karte hain woh. dekhiye daawa work baghair avoidance chal nahin sakta hai. agar aap ko daawa work karna hai to aap ko is sab cheezon ko avoid karna hai.</w:t>
      </w:r>
    </w:p>
    <w:p>
      <w:pPr>
        <w:jc w:val="right"/>
      </w:pPr>
      <w:r>
        <w:t>کچھ بھی نہیں۔ وہ سمپلی اوائڈ کرتے ہیں وہ۔ دیکھیے دعویٰ ورک بغیر اوائڈنس چل نہیں سکتا ہے۔ اگر آپ کو دعویٰ ورک کرنا ہے تو آپ کو اس سب چیزوں کو اوائڈ کرنا ہے۔</w:t>
      </w:r>
    </w:p>
    <w:p>
      <w:r>
        <w:rPr>
          <w:b/>
        </w:rPr>
        <w:t xml:space="preserve">[28:19] </w:t>
      </w:r>
      <w:r>
        <w:t>warna daawa work hi impossible ho jayega. yani injeel ka mazak uraya jata hai, kraist ka mazak uraya jata hai, church ka mazak uraya jata hai.</w:t>
      </w:r>
    </w:p>
    <w:p>
      <w:pPr>
        <w:jc w:val="right"/>
      </w:pPr>
      <w:r>
        <w:t>ورنہ دعویٰ ورک ہی امپاسیبل ہو جائے گا۔ یعنی انجیل کا مذاق اڑایا جاتا ہے، کرائسٹ کا مذاق اڑایا جاتا ہے، چرچ کا مذاق اڑایا جاتا ہے۔</w:t>
      </w:r>
    </w:p>
    <w:p>
      <w:r>
        <w:rPr>
          <w:b/>
        </w:rPr>
        <w:t xml:space="preserve">[28:30] </w:t>
      </w:r>
      <w:r>
        <w:t>lekin yeh christian community jo hai woh kuch nahin is ko ignore karti hai. jaise ke woh kaha jata hai ke kutte bhonkte rehte hain, hathi chalta rehta hai.</w:t>
      </w:r>
    </w:p>
    <w:p>
      <w:pPr>
        <w:jc w:val="right"/>
      </w:pPr>
      <w:r>
        <w:t>لیکن یہ کرسچن کمیونٹی جو ہے وہ کچھ نہیں اس کو اگنور کرتی ہے۔ جیسے کہ وہ کہا جاتا ہے کہ کتے بھونکتے رہتے ہیں، ہاتھی چلتا رہتا ہے۔</w:t>
      </w:r>
    </w:p>
    <w:p>
      <w:r>
        <w:rPr>
          <w:b/>
        </w:rPr>
        <w:t xml:space="preserve">[28:42] </w:t>
      </w:r>
      <w:r>
        <w:t>yeh un ki policy hai. isi liye woh daawa work ko munazzam kar sake. un ka disadvantage kya hai?</w:t>
      </w:r>
    </w:p>
    <w:p>
      <w:pPr>
        <w:jc w:val="right"/>
      </w:pPr>
      <w:r>
        <w:t>یہ ان کی پالیسی ہے۔ اسی لیے وہ دعویٰ ورک کو منظم کر سکے۔ ان کا ڈس ایڈوانٹیج کیا ہے؟</w:t>
      </w:r>
    </w:p>
    <w:p>
      <w:r>
        <w:rPr>
          <w:b/>
        </w:rPr>
        <w:t xml:space="preserve">[28:53] </w:t>
      </w:r>
      <w:r>
        <w:t>un ka mazhab bilkul hi yani yani apni purity kho chuka hai. un ke mazhab mein insan ke nature ke liye koi appeal nahin hai.</w:t>
      </w:r>
    </w:p>
    <w:p>
      <w:pPr>
        <w:jc w:val="right"/>
      </w:pPr>
      <w:r>
        <w:t>ان کا مذہب بالکل ہی یعنی یعنی اپنی پیورٹی کھو چکا ہے۔ ان کے مذہب میں انسان کے نیچر کے لیے کوئی اپیل نہیں ہے۔</w:t>
      </w:r>
    </w:p>
    <w:p>
      <w:r>
        <w:rPr>
          <w:b/>
        </w:rPr>
        <w:t xml:space="preserve">[29:08] </w:t>
      </w:r>
      <w:r>
        <w:t>main london gaya to aik aik christian senior aadmi mila, aik parha likha. to us se main ne baat ki to us ne kaha ke ke christianity ka sab se bara yeh usay kaha gaya disadvantage yeh hai ke un ka jo belief system hai one thing ke boley.</w:t>
      </w:r>
    </w:p>
    <w:p>
      <w:pPr>
        <w:jc w:val="right"/>
      </w:pPr>
      <w:r>
        <w:t>میں لندن گیا تو ایک ایک کرسچن سینئر آدمی ملا، ایک پڑھا لکھا۔ تو اس سے میں نے بات کی تو اس نے کہا کہ کہ کرسچینٹی کا سب سے بڑا یہ اسے کہا گیا ڈس ایڈوانٹیج یہ ہے کہ ان کا جو بیلیف سسٹم ہے ون تھنگ کے بولے۔</w:t>
      </w:r>
    </w:p>
    <w:p>
      <w:r>
        <w:rPr>
          <w:b/>
        </w:rPr>
        <w:t xml:space="preserve">[29:27] </w:t>
      </w:r>
      <w:r>
        <w:t>aap jante hain ke un ka belief system hai trinity par qaim hai. trinity. trinity ka matlab yeh nahin ke teen khuda. balke three in one, one in three.</w:t>
      </w:r>
    </w:p>
    <w:p>
      <w:pPr>
        <w:jc w:val="right"/>
      </w:pPr>
      <w:r>
        <w:t>آپ جانتے ہیں کہ ان کا بیلیف سسٹم ہے ٹرینٹی پر قائم ہے۔ ٹرینٹی۔ ٹرینٹی کا مطلب یہ نہیں کہ تین خدا۔ بلکہ تھری ان ون، ون ان تھری۔</w:t>
      </w:r>
    </w:p>
    <w:p>
      <w:r>
        <w:rPr>
          <w:b/>
        </w:rPr>
        <w:t xml:space="preserve">[29:39] </w:t>
      </w:r>
      <w:r>
        <w:t>to us ne kaha ke agar teen keh dein tab bhi samajh mein aata hai ke phir teen khuda honge. lekin woh na aik kehte rahe, teen kehte. balke trinity bolte hain ke woh teen bhi ho aur aik bhi hai.</w:t>
      </w:r>
    </w:p>
    <w:p>
      <w:pPr>
        <w:jc w:val="right"/>
      </w:pPr>
      <w:r>
        <w:t>تو اس نے کہا کہ اگر تین کہہ دیں تب بھی سمجھ میں آتا ہے کہ پھر تین خدا ہوں گے۔ لیکن وہ نہ ایک کہتے رہے، تین کہتے۔ بلکہ ٹرینٹی بولتے ہیں کہ وہ تین بھی ہو اور ایک بھی ہے۔</w:t>
      </w:r>
    </w:p>
    <w:p>
      <w:r>
        <w:rPr>
          <w:b/>
        </w:rPr>
        <w:t xml:space="preserve">[29:52] </w:t>
      </w:r>
      <w:r>
        <w:t>to unhon ne kaha kon se mathematics se se prove ho sakta hai koi cheez aik bhi ho aur teen bhi ho?</w:t>
      </w:r>
    </w:p>
    <w:p>
      <w:pPr>
        <w:jc w:val="right"/>
      </w:pPr>
      <w:r>
        <w:t>تو انہوں نے کہا کون سے میتھمیٹکس سے سے پروف ہو سکتا ہے کوئی چیز ایک بھی ہو اور تین بھی ہو؟</w:t>
      </w:r>
    </w:p>
    <w:p>
      <w:r>
        <w:rPr>
          <w:b/>
        </w:rPr>
        <w:t xml:space="preserve">[30:00] </w:t>
      </w:r>
      <w:r>
        <w:t>meri beti farida khanum yahan parhti thi dilli university mein english literature mein. to christian professor the wahan par aik. to unhon ne aik bar poocha ke sir yani trinity ko explain kijiye ke what is trinity?</w:t>
      </w:r>
    </w:p>
    <w:p>
      <w:pPr>
        <w:jc w:val="right"/>
      </w:pPr>
      <w:r>
        <w:t>میری بیٹی فریدہ خانم یہاں پڑھتی تھی دلی یونیورسٹی میں انگلش لٹریچر میں۔ تو کرسچن پروفیسر تھے وہاں پر ایک۔ تو انہوں نے ایک بار پوچھا کہ سر یعنی ٹرینٹی کو ایکسپلین کیجیے کہ واٹ از ٹرینٹی؟</w:t>
      </w:r>
    </w:p>
    <w:p>
      <w:r>
        <w:rPr>
          <w:b/>
        </w:rPr>
        <w:t xml:space="preserve">[30:15] </w:t>
      </w:r>
      <w:r>
        <w:t>yani matlab teen mein aik aur aik mein teen. three in one, one in three. to unhon ne muskurate hue kaha if you ask, i don't know.</w:t>
      </w:r>
    </w:p>
    <w:p>
      <w:pPr>
        <w:jc w:val="right"/>
      </w:pPr>
      <w:r>
        <w:t>یعنی مطلب تین میں ایک اور ایک میں تین۔ تھری ان ون، ون ان تھری۔ تو انہوں نے مسکراتے ہوئے کہا اف یو اسک، ائی ڈونٹ نو۔</w:t>
      </w:r>
    </w:p>
    <w:p>
      <w:r>
        <w:rPr>
          <w:b/>
        </w:rPr>
        <w:t xml:space="preserve">[30:26] </w:t>
      </w:r>
      <w:r>
        <w:t>if you don't ask, i know. yahan par un ki weakness hai. yaqeen kijiye agar un par sacha mazhab hota to hum to no where hote.</w:t>
      </w:r>
    </w:p>
    <w:p>
      <w:pPr>
        <w:jc w:val="right"/>
      </w:pPr>
      <w:r>
        <w:t>اف یو ڈونٹ اسک، ائی نو۔ یہاں پر ان کی ویکنس ہے۔ یقین کیجیے اگر ان پر سچا مذہب ہوتا تو ہم تو نو ایویر ہوتے۔</w:t>
      </w:r>
    </w:p>
    <w:p>
      <w:r>
        <w:rPr>
          <w:b/>
        </w:rPr>
        <w:t xml:space="preserve">[30:40] </w:t>
      </w:r>
      <w:r>
        <w:t>hum kahin na hote. hum to zinda hain duniya mein is liye ke hamara islam jo hai woh pure halat mein hai. apni originality ko baqi rakhe hue hai.</w:t>
      </w:r>
    </w:p>
    <w:p>
      <w:pPr>
        <w:jc w:val="right"/>
      </w:pPr>
      <w:r>
        <w:t>ہم کہیں نہ ہوتے۔ ہم تو زندہ ہیں دنیا میں اس لیے کہ ہمارا اسلام جو ہے وہ پیور حالت میں ہے۔ اپنی اوریجنلٹی کو باقی رکھے ہوئے ہے۔</w:t>
      </w:r>
    </w:p>
    <w:p>
      <w:r>
        <w:rPr>
          <w:b/>
        </w:rPr>
        <w:t xml:space="preserve">[30:50] </w:t>
      </w:r>
      <w:r>
        <w:t>originality ke maani kya hain? nature ke mutabiq hona. nature ke mutabiq hona. un ka hamara mazhab yani hamara matlab hi ke khuda ka mazhab jo mein hamara nahin kehta.</w:t>
      </w:r>
    </w:p>
    <w:p>
      <w:pPr>
        <w:jc w:val="right"/>
      </w:pPr>
      <w:r>
        <w:t>اوریجنلٹی کے معنی کیا ہیں؟ نیچر کے مطابق ہونا۔ نیچر کے مطابق ہونا۔ ان کا ہمارا مذہب یعنی ہمارا مطلب ہی کہ خدا کا مذہب جو میں ہمارا نہیں کہتا۔</w:t>
      </w:r>
    </w:p>
    <w:p>
      <w:r>
        <w:rPr>
          <w:b/>
        </w:rPr>
        <w:t xml:space="preserve">[31:02] </w:t>
      </w:r>
      <w:r>
        <w:t>islam natural mazhab hai aur christianity unnatural mazhab hai. aik lafz mein. christianity unnatural mazhab hai aur islam natural mazhab hai.</w:t>
      </w:r>
    </w:p>
    <w:p>
      <w:pPr>
        <w:jc w:val="right"/>
      </w:pPr>
      <w:r>
        <w:t>اسلام نیچرل مذہب ہے اور کرسچینٹی ان نیچرل مذہب ہے۔ ایک لفظ میں۔ کرسچینٹی ان نیچرل مذہب ہے اور اسلام نیچرل مذہب ہے۔</w:t>
      </w:r>
    </w:p>
    <w:p>
      <w:r>
        <w:rPr>
          <w:b/>
        </w:rPr>
        <w:t xml:space="preserve">[31:14] </w:t>
      </w:r>
      <w:r>
        <w:t>yeh wajah hai ke woh itna kamyab na ho sake jitna unhein hona chahiye tha. to hamein un ka belief system to lena nahin hai.</w:t>
      </w:r>
    </w:p>
    <w:p>
      <w:pPr>
        <w:jc w:val="right"/>
      </w:pPr>
      <w:r>
        <w:t>یہ وجہ ہے کہ وہ اتنا کامیاب نہ ہو سکے جتنا انہیں ہونا چاہیے تھا۔ تو ہمیں ان کا بیلیف سسٹم تو لینا نہیں ہے۔</w:t>
      </w:r>
    </w:p>
    <w:p>
      <w:r>
        <w:rPr>
          <w:b/>
        </w:rPr>
        <w:t xml:space="preserve">[31:23] </w:t>
      </w:r>
      <w:r>
        <w:t>un ka belief system jo hai woh apni jagah par hai. us ko chhoriye. belief system to aap quran se lijiye. method aap ko un se lena padega.</w:t>
      </w:r>
    </w:p>
    <w:p>
      <w:pPr>
        <w:jc w:val="right"/>
      </w:pPr>
      <w:r>
        <w:t>ان کا بیلیف سسٹم جو ہے وہ اپنی جگہ پر ہے۔ اس کو چھوڑیے۔ بیلیف سسٹم تو آپ قرآن سے لیجیے۔ میتھڈ آپ کو ان سے لینا پڑے گا۔</w:t>
      </w:r>
    </w:p>
    <w:p>
      <w:r>
        <w:rPr>
          <w:b/>
        </w:rPr>
        <w:t xml:space="preserve">[31:33] </w:t>
      </w:r>
      <w:r>
        <w:t>organization un se leni padegi. institution banaya jis tarah unhon ne us ko lena padega aap ko. kyun? quran khud kehta hai ke christians tumhare liye role model hain daawa work ke mamle mein.</w:t>
      </w:r>
    </w:p>
    <w:p>
      <w:pPr>
        <w:jc w:val="right"/>
      </w:pPr>
      <w:r>
        <w:t>ارگنائزیشن ان سے لینی پڑے گی۔ انسٹیٹیوشن بنایا جس طرح انہوں نے اس کو لینا پڑے گا آپ کو۔ کیوں؟ قرآن خود کہتا ہے کہ کرسچنز تمہارے لیے رول ماڈل ہیں دعویٰ ورک کے معاملے میں۔</w:t>
      </w:r>
    </w:p>
    <w:p>
      <w:r>
        <w:rPr>
          <w:b/>
        </w:rPr>
        <w:t xml:space="preserve">[31:46] </w:t>
      </w:r>
      <w:r>
        <w:t>yahan par dekhiye nusrat ki baat hai. khuda ki nusrat karna. khuda ki help karna. quran mein jo mein ne kaha ke 61 chapter 61 mein jo baat kahi gayi hai ke nusrat ke maani hote hain khuda ki nusrat ke maani hote hain daawa work.</w:t>
      </w:r>
    </w:p>
    <w:p>
      <w:pPr>
        <w:jc w:val="right"/>
      </w:pPr>
      <w:r>
        <w:t>یہاں پر دیکھیے نصرت کی بات ہے۔ خدا کی نصرت کرنا۔ خدا کی ہیلپ کرنا۔ قرآن میں جو میں نے کہا کہ 61 چیپٹر 61 میں جو بات کہی گئی ہے کہ نصرت کے معنی ہوتے ہیں خدا کی نصرت کے معنی ہوتے ہیں دعویٰ ورک۔</w:t>
      </w:r>
    </w:p>
    <w:p>
      <w:r>
        <w:rPr>
          <w:b/>
        </w:rPr>
        <w:t xml:space="preserve">[32:05] </w:t>
      </w:r>
      <w:r>
        <w:t>daawati kaam. daawa work ke liye hamein bataya gaya ke christians tumhare liye model hain.</w:t>
      </w:r>
    </w:p>
    <w:p>
      <w:pPr>
        <w:jc w:val="right"/>
      </w:pPr>
      <w:r>
        <w:t>دعوتی کام۔ دعویٰ ورک کے لیے ہمیں بتایا گیا کہ کرسچن تمہارے لیے ماڈل ہیں۔</w:t>
      </w:r>
    </w:p>
    <w:p>
      <w:r>
        <w:rPr>
          <w:b/>
        </w:rPr>
        <w:t xml:space="preserve">[32:15] </w:t>
      </w:r>
      <w:r>
        <w:t>kis tarah woh log kaam karte hain? mein ne aik kitab parhi woh us ka story of town sent. bohat si kitaben un logon ki hain. to town sent aik aadmi tha, aik padri.</w:t>
      </w:r>
    </w:p>
    <w:p>
      <w:pPr>
        <w:jc w:val="right"/>
      </w:pPr>
      <w:r>
        <w:t>کس طرح وہ لوگ کام کرتے ہیں؟ میں نے ایک کتاب پڑھی وہ اس کا اسٹوری آف ٹاؤن سینٹ۔ بہت سی کتابیں ان لوگوں کی ہیں۔ تو ٹاؤن سینٹ ایک آدمی تھا، ایک پادری۔</w:t>
      </w:r>
    </w:p>
    <w:p>
      <w:r>
        <w:rPr>
          <w:b/>
        </w:rPr>
        <w:t xml:space="preserve">[32:28] </w:t>
      </w:r>
      <w:r>
        <w:t>woh woh tha wahan ka. south africa ka. woh south america ka. to us ne aik plan banaya ke peru ke janglat jo hain bohat baray janglat hain wahan par jahan jangli insan rehte hain.</w:t>
      </w:r>
    </w:p>
    <w:p>
      <w:pPr>
        <w:jc w:val="right"/>
      </w:pPr>
      <w:r>
        <w:t>وہ وہ تھا وہاں کا۔ ساؤتھ افریقہ کا۔ وہ ساؤتھ امریکہ کا۔ تو اس نے ایک پلان بنایا کہ پیرو کے جنگل جو ہیں بہت بڑے جنگل ہیں وہاں پر جہاں جنگلی انسان رہتے ہیں۔</w:t>
      </w:r>
    </w:p>
    <w:p>
      <w:r>
        <w:rPr>
          <w:b/>
        </w:rPr>
        <w:t xml:space="preserve">[32:46] </w:t>
      </w:r>
      <w:r>
        <w:t>man eater rehte hain, man eater. us ne scheme banai ke wahan ja kar ke hum christianity ko phailayen. bohat dilchasp kitab hai woh story of town sent.</w:t>
      </w:r>
    </w:p>
    <w:p>
      <w:pPr>
        <w:jc w:val="right"/>
      </w:pPr>
      <w:r>
        <w:t>مین ایٹر رہتے ہیں، مین ایٹر۔ اس نے اسکیم بنائی کہ وہاں جا کر کے ہم کرسچینٹی کو پھیلائیں۔ بہت دلچسپ کتاب ہے وہ اسٹوری آف ٹاؤن سینٹ۔</w:t>
      </w:r>
    </w:p>
    <w:p>
      <w:r>
        <w:rPr>
          <w:b/>
        </w:rPr>
        <w:t xml:space="preserve">[32:59] </w:t>
      </w:r>
      <w:r>
        <w:t>mein ne us ka translate kiya tha aur chhapa tha mein ne us ko jo hamara weekly paper hua karta tha al jamiat us mein us ka translate chhapa tha mein ne is kitab ka.</w:t>
      </w:r>
    </w:p>
    <w:p>
      <w:pPr>
        <w:jc w:val="right"/>
      </w:pPr>
      <w:r>
        <w:t>میں نے اس کا ٹرانسلیٹ کیا تھا اور چھاپا تھا میں نے اس کو جو ہمارا ویکلی پیپر ہوا کرتا تھا الجمیت اس میں اس کا ٹرانسلیٹ چھاپا تھا میں نے اس کتاب کا۔</w:t>
      </w:r>
    </w:p>
    <w:p>
      <w:r>
        <w:rPr>
          <w:b/>
        </w:rPr>
        <w:t xml:space="preserve">[33:10] </w:t>
      </w:r>
      <w:r>
        <w:t>to pehle kuch mard christians wahan gaye. wahan par road nahi thi. wahan koi airport nahi tha.</w:t>
      </w:r>
    </w:p>
    <w:p>
      <w:pPr>
        <w:jc w:val="right"/>
      </w:pPr>
      <w:r>
        <w:t>تو پہلے کچھ مرد کرسچنز وہاں گئے۔ وہاں پر روڈ نہیں تھی۔ وہاں کوئی ایئرپورٹ نہیں تھا۔</w:t>
      </w:r>
    </w:p>
    <w:p>
      <w:r>
        <w:rPr>
          <w:b/>
        </w:rPr>
        <w:t xml:space="preserve">[33:20] </w:t>
      </w:r>
      <w:r>
        <w:t>to air helicopters woh woh gaye oper helicopter se phir parachute se utar gaye woh. un janglon mein parachute se utar gaye woh.</w:t>
      </w:r>
    </w:p>
    <w:p>
      <w:pPr>
        <w:jc w:val="right"/>
      </w:pPr>
      <w:r>
        <w:t>تو ایئر ہیلی کاپٹرز وہ وہ گئے اوپر ہیلی کاپٹر سے پھر پیراشوٹ سے اتر گئے وہ۔ ان جنگلوں میں پیراشوٹ سے اتر گئے وہ۔</w:t>
      </w:r>
    </w:p>
    <w:p>
      <w:r>
        <w:rPr>
          <w:b/>
        </w:rPr>
        <w:t xml:space="preserve">[33:32] </w:t>
      </w:r>
      <w:r>
        <w:t>halankay bohat risky tha yeh kaam. to parachute jab utre wahan par to jo insaan jo man eaters thay wahan par daur kar aaye aik ke paas aur sab maar ke kha gaye un ko.</w:t>
      </w:r>
    </w:p>
    <w:p>
      <w:pPr>
        <w:jc w:val="right"/>
      </w:pPr>
      <w:r>
        <w:t>حالانکہ بہت رسکی تھا یہ کام۔ تو پیراشوٹ جب اترے وہاں پر تو جو انسان جو مین ایٹرز تھے وہاں پر دوڑ کر آئے ایک کے پاس اور سب مار کے کھا گئے ان کو۔</w:t>
      </w:r>
    </w:p>
    <w:p>
      <w:r>
        <w:rPr>
          <w:b/>
        </w:rPr>
        <w:t xml:space="preserve">[33:44] </w:t>
      </w:r>
      <w:r>
        <w:t>kyunke woh log insaan ko apne liye danger samajhte hain, khatra samajhte hain. to un ko maar kar kha gaye woh. baad ko kya hua?</w:t>
      </w:r>
    </w:p>
    <w:p>
      <w:pPr>
        <w:jc w:val="right"/>
      </w:pPr>
      <w:r>
        <w:t>کیونکہ وہ لوگ انسان کو اپنے لیے ڈینجر سمجھتے ہیں، خطرہ سمجھتے ہیں۔ تو ان کو مار کر کھا گئے وہ۔ بعد کو کیا ہوا؟</w:t>
      </w:r>
    </w:p>
    <w:p>
      <w:r>
        <w:rPr>
          <w:b/>
        </w:rPr>
        <w:t xml:space="preserve">[33:54] </w:t>
      </w:r>
      <w:r>
        <w:t>in mardon ki jo khawateen theen</w:t>
      </w:r>
    </w:p>
    <w:p>
      <w:pPr>
        <w:jc w:val="right"/>
      </w:pPr>
      <w:r>
        <w:t>ان مردوں کی جو خواتین تھیں</w:t>
      </w:r>
    </w:p>
    <w:p>
      <w:r>
        <w:rPr>
          <w:b/>
        </w:rPr>
        <w:t xml:space="preserve">[33:59] </w:t>
      </w:r>
      <w:r>
        <w:t>shayad isi waqeay se bana hai yeh misl There is a woman at the beginning of all great things to un ki biwion ne kaha ke hum yeh kar kya karein ge ab?</w:t>
      </w:r>
    </w:p>
    <w:p>
      <w:pPr>
        <w:jc w:val="right"/>
      </w:pPr>
      <w:r>
        <w:t>شاید اسی واقعے سے بنا ہے یہ مثل There is a woman at the beginning of all great things تو ان کی بیویوں نے کہا کہ ہم یہ کر کیا کریں گے اب؟</w:t>
      </w:r>
    </w:p>
    <w:p>
      <w:r>
        <w:rPr>
          <w:b/>
        </w:rPr>
        <w:t xml:space="preserve">[34:08] </w:t>
      </w:r>
      <w:r>
        <w:t>hum bhi jatay hain in janglon mein. aur unhon ne kaha ke humein bhi utar do wahan par. yeh sacha sachi kahani hai, mein koi aap ko fiction nahi suna raha hoon.</w:t>
      </w:r>
    </w:p>
    <w:p>
      <w:pPr>
        <w:jc w:val="right"/>
      </w:pPr>
      <w:r>
        <w:t>ہم بھی جاتے ہیں ان جنگلوں میں۔ اور انہوں نے کہا کہ ہمیں بھی اتار دو وہاں پر۔ یہ سچا سچی کہانی ہے، میں کوئی آپ کو فکشن نہیں سنا رہا ہوں۔</w:t>
      </w:r>
    </w:p>
    <w:p>
      <w:r>
        <w:rPr>
          <w:b/>
        </w:rPr>
        <w:t xml:space="preserve">[34:22] </w:t>
      </w:r>
      <w:r>
        <w:t>to un ko uraya gaya wahan par aur helicopter se woh gaye woh log aur helicopter se dobara un ko parachute se wahan utar diya gaya in janglon mein jahan un ke shohar mar chuke thay.</w:t>
      </w:r>
    </w:p>
    <w:p>
      <w:pPr>
        <w:jc w:val="right"/>
      </w:pPr>
      <w:r>
        <w:t>تو ان کو اڑایا گیا وہاں پر اور ہیلی کاپٹر سے وہ گئے وہ لوگ اور ہیلی کاپٹر سے دوبارہ ان کو پیراشوٹ سے وہاں اتار دیا گیا ان جنگلوں میں جہاں ان کے شوہر مر چکے تھے۔</w:t>
      </w:r>
    </w:p>
    <w:p>
      <w:r>
        <w:rPr>
          <w:b/>
        </w:rPr>
        <w:t xml:space="preserve">[34:37] </w:t>
      </w:r>
      <w:r>
        <w:t>kyunke un ke paas woh hua karta tha, woh jo mobile se pehle jo telephone kiya hota tha jis se woh batatay thay khabron ko, woh un ke paas hota tha.</w:t>
      </w:r>
    </w:p>
    <w:p>
      <w:pPr>
        <w:jc w:val="right"/>
      </w:pPr>
      <w:r>
        <w:t>کیونکہ ان کے پاس وہ ہوا کرتا تھا، وہ جو موبائل سے پہلے جو ٹیلی فون کیا ہوتا تھا جس سے وہ بتاتے تھے خبروں کو، وہ ان کے پاس ہوتا تھا۔</w:t>
      </w:r>
    </w:p>
    <w:p>
      <w:r>
        <w:rPr>
          <w:b/>
        </w:rPr>
        <w:t xml:space="preserve">[34:49] </w:t>
      </w:r>
      <w:r>
        <w:t>radio tha, wireless, wireless hota tha un ke paas. to wireless se unhon ne bataya ke hum ko log maar ke kha gaye. woh log gaye thay, well equipped thay woh.</w:t>
      </w:r>
    </w:p>
    <w:p>
      <w:pPr>
        <w:jc w:val="right"/>
      </w:pPr>
      <w:r>
        <w:t>ریڈیو تھا، وائرلیس، وائرلیس ہوتا تھا ان کے پاس۔ تو وائرلیس سے انہوں نے بتایا کہ ہم کو لوگ مار کے کھا گئے۔ وہ لوگ گئے تھے، ویل ایکوپڈ تھے وہ۔</w:t>
      </w:r>
    </w:p>
    <w:p>
      <w:r>
        <w:rPr>
          <w:b/>
        </w:rPr>
        <w:t xml:space="preserve">[35:02] </w:t>
      </w:r>
      <w:r>
        <w:t>unhon ne khabar di ke hum yahan utre, woh daur kar aaye, hum ko maar ke kha gaye.</w:t>
      </w:r>
    </w:p>
    <w:p>
      <w:pPr>
        <w:jc w:val="right"/>
      </w:pPr>
      <w:r>
        <w:t>انہوں نے خبر دی کہ ہم یہاں اترے، وہ دوڑ کر آئے، ہم کو مار کے کھا گئے۔</w:t>
      </w:r>
    </w:p>
    <w:p>
      <w:r>
        <w:rPr>
          <w:b/>
        </w:rPr>
        <w:t xml:space="preserve">[35:10] </w:t>
      </w:r>
      <w:r>
        <w:t>to in khawateen ne kaha ke hum theek hai, kya karein ge? mera tajurba hai ke khawateen mein kuch khaas quality hoti hai jo mardon mein nahi hoti.</w:t>
      </w:r>
    </w:p>
    <w:p>
      <w:pPr>
        <w:jc w:val="right"/>
      </w:pPr>
      <w:r>
        <w:t>تو ان خواتین نے کہا کہ ہم ٹھیک ہے، کیا کریں گے؟ میرا تجربہ ہے کہ خواتین میں کچھ خاص کوالٹی ہوتی ہے جو مردوں میں نہیں ہوتی۔</w:t>
      </w:r>
    </w:p>
    <w:p>
      <w:r>
        <w:rPr>
          <w:b/>
        </w:rPr>
        <w:t xml:space="preserve">[35:22] </w:t>
      </w:r>
      <w:r>
        <w:t>agar auraton ko unhon ne kha gaye hotay to mard kabhi nahi jatay, woh yaad rakhiye.</w:t>
      </w:r>
    </w:p>
    <w:p>
      <w:pPr>
        <w:jc w:val="right"/>
      </w:pPr>
      <w:r>
        <w:t>اگر عورتوں کو انہوں نے کھا گئے ہوتے تو مرد کبھی نہیں جاتے، وہ یاد رکھیے۔</w:t>
      </w:r>
    </w:p>
    <w:p>
      <w:r>
        <w:rPr>
          <w:b/>
        </w:rPr>
        <w:t xml:space="preserve">[35:29] </w:t>
      </w:r>
      <w:r>
        <w:t>yani agar pehla jo gaye, pehla jo bach gaya tha, woh bach auraton ko hota, un ko kha gaye hotay to un ke shohar kabhi nahi jatay wahan par.</w:t>
      </w:r>
    </w:p>
    <w:p>
      <w:pPr>
        <w:jc w:val="right"/>
      </w:pPr>
      <w:r>
        <w:t>یعنی اگر پہلا جو گئے، پہلا جو بیچ گیا تھا، وہ بیچ عورتوں کو ہوتا، ان کو کھا گئے ہوتے تو ان کے شوہر کبھی نہیں جاتے وہاں پر۔</w:t>
      </w:r>
    </w:p>
    <w:p>
      <w:r>
        <w:rPr>
          <w:b/>
        </w:rPr>
        <w:t xml:space="preserve">[35:41] </w:t>
      </w:r>
      <w:r>
        <w:t>mein auraton mein kuch aur quality pata hoon jo mardon mein nahi hai. sab se bari quality loyalty quality hoti hai, loyalty, selflessness.</w:t>
      </w:r>
    </w:p>
    <w:p>
      <w:pPr>
        <w:jc w:val="right"/>
      </w:pPr>
      <w:r>
        <w:t>میں عورتوں میں کچھ اور کوالٹی پاتا ہوں جو مردوں میں نہیں ہے۔ سب سے بڑی کوالٹی لائلٹی کوالٹی ہوتی ہے، لائلٹی، سیلف لیسنس۔</w:t>
      </w:r>
    </w:p>
    <w:p>
      <w:r>
        <w:rPr>
          <w:b/>
        </w:rPr>
        <w:t xml:space="preserve">[35:53] </w:t>
      </w:r>
      <w:r>
        <w:t>to khair, woh in khawateen ne kaha ke hum theek hai, kya karein ge? hum bhi wahin jayen ge. yeh jantay huay ke wahan hamare husband jo thay, un ko sab maar ke kha chukay hain, unhein pata nahi tha ke kya paish aye ga.</w:t>
      </w:r>
    </w:p>
    <w:p>
      <w:pPr>
        <w:jc w:val="right"/>
      </w:pPr>
      <w:r>
        <w:t>تو خیر، وہ ان خواتین نے کہا کہ ہم ٹھیک ہے، کیا کریں گے؟ ہم بھی وہیں جائیں گے۔ یہ جانتے ہوئے کہ وہاں ہمارے ہسبینڈ جو تھے، ان کو سب مار کے کھا چکے ہیں، انہیں پتہ نہیں تھا کہ کیا پیش آئے گا۔</w:t>
      </w:r>
    </w:p>
    <w:p>
      <w:r>
        <w:rPr>
          <w:b/>
        </w:rPr>
        <w:t xml:space="preserve">[36:08] </w:t>
      </w:r>
      <w:r>
        <w:t>to khair, unhein helicopter se le kar ja kar parachute se utar diya gaya.</w:t>
      </w:r>
    </w:p>
    <w:p>
      <w:pPr>
        <w:jc w:val="right"/>
      </w:pPr>
      <w:r>
        <w:t>تو خیر، انہیں ہیلی کاپٹر سے لے کر جا کر پیراشوٹ سے اتار دیا گیا۔</w:t>
      </w:r>
    </w:p>
    <w:p>
      <w:r>
        <w:rPr>
          <w:b/>
        </w:rPr>
        <w:t xml:space="preserve">[36:15] </w:t>
      </w:r>
      <w:r>
        <w:t>to aap jantay hain kya hua? man eaters ki aik psychology hoti hai. ab to man eaters shayad na rahe hon ya hon abhi bhi.</w:t>
      </w:r>
    </w:p>
    <w:p>
      <w:pPr>
        <w:jc w:val="right"/>
      </w:pPr>
      <w:r>
        <w:t>تو آپ جانتے ہیں کیا ہوا؟ مین ایٹرز کی ایک سائیکالوجی ہوتی ہے۔ اب تو مین ایٹرز شاید نہ رہے ہوں یا ہوں ابھی بھی۔</w:t>
      </w:r>
    </w:p>
    <w:p>
      <w:r>
        <w:rPr>
          <w:b/>
        </w:rPr>
        <w:t xml:space="preserve">[36:26] </w:t>
      </w:r>
      <w:r>
        <w:t>jo pehle hua karte thay, man eaters ki psychology hoti hai ke woh mard ko samajhte hain danger, aurat ko danger nahi samajhte.</w:t>
      </w:r>
    </w:p>
    <w:p>
      <w:pPr>
        <w:jc w:val="right"/>
      </w:pPr>
      <w:r>
        <w:t>جو پہلے ہوا کرتے تھے، مین ایٹرز کی سائیکالوجی ہوتی ہے کہ وہ مرد کو سمجھتے ہیں ڈینجر، عورت کو ڈینجر نہیں سمجھتے۔</w:t>
      </w:r>
    </w:p>
    <w:p>
      <w:r>
        <w:rPr>
          <w:b/>
        </w:rPr>
        <w:t xml:space="preserve">[36:35] </w:t>
      </w:r>
      <w:r>
        <w:t>woh mard ko khatra samajhte hain, is liye maar dalte hain un ko. aurat ko khatra nahi samajhte, is liye chhor dete hain us ko. yeh bohat khaas psychology un mein hoti hai man eaters mein.</w:t>
      </w:r>
    </w:p>
    <w:p>
      <w:pPr>
        <w:jc w:val="right"/>
      </w:pPr>
      <w:r>
        <w:t>وہ مرد کو خطرہ سمجھتے ہیں، اس لیے مار ڈالتے ہیں ان کو۔ عورت کو خطرہ نہیں سمجھتے، اس لیے چھوڑ دیتے ہیں اس کو۔ یہ بہت خاص سائیکالوجی ان میں ہوتی ہے مین ایٹرز میں۔</w:t>
      </w:r>
    </w:p>
    <w:p>
      <w:r>
        <w:rPr>
          <w:b/>
        </w:rPr>
        <w:t xml:space="preserve">[36:49] </w:t>
      </w:r>
      <w:r>
        <w:t>to sahib, woh khawateen jo theen, woh ladies jo theen, un ko moqa mil gaya kaam karne ka. kyunke woh daur kar aaye, jab dekha ke aurtein hain to chhor ke chalay gaye.</w:t>
      </w:r>
    </w:p>
    <w:p>
      <w:pPr>
        <w:jc w:val="right"/>
      </w:pPr>
      <w:r>
        <w:t>تو صاحب، وہ خواتین جو تھیں، وہ لیڈیز جو تھیں، ان کو موقع مل گیا کام کرنے کا۔ کیونکہ وہ دوڑ کر آئے، جب دیکھا کہ عورتیں ہیں تو چھوڑ کے چلے گئے۔</w:t>
      </w:r>
    </w:p>
    <w:p>
      <w:r>
        <w:rPr>
          <w:b/>
        </w:rPr>
        <w:t xml:space="preserve">[37:00] </w:t>
      </w:r>
      <w:r>
        <w:t>woh daur kar aaye, dekha ke aurtein hain to chhor ke chalay gaye. yeh aurtein biscuit aur wireless aur bohat si cheezein, dawaein sab le kar gayi theen.</w:t>
      </w:r>
    </w:p>
    <w:p>
      <w:pPr>
        <w:jc w:val="right"/>
      </w:pPr>
      <w:r>
        <w:t>وہ دوڑ کر آئے، دیکھا کہ عورتیں ہیں تو چھوڑ کے چلے گئے۔ یہ عورتیں بسکٹ اور وائرلیس اور بہت سی چیزیں، دوائیں سب لے کر گئی تھیں۔</w:t>
      </w:r>
    </w:p>
    <w:p>
      <w:r>
        <w:rPr>
          <w:b/>
        </w:rPr>
        <w:t xml:space="preserve">[37:13] </w:t>
      </w:r>
      <w:r>
        <w:t>to dheere dheere unhon ne repo qaim kiya in logon se. kuch biscuit khila diya un ko, koi beemar tha, dawa un ko de di.</w:t>
      </w:r>
    </w:p>
    <w:p>
      <w:pPr>
        <w:jc w:val="right"/>
      </w:pPr>
      <w:r>
        <w:t>تو دھیرے دھیرے انہوں نے ریپو قائم کیا ان لوگوں سے۔ کچھ بسکٹ کھلا دیا ان کو، کوئی بیمار تھا، دوا ان کو دے دی۔</w:t>
      </w:r>
    </w:p>
    <w:p>
      <w:r>
        <w:rPr>
          <w:b/>
        </w:rPr>
        <w:t xml:space="preserve">[37:23] </w:t>
      </w:r>
      <w:r>
        <w:t>tarah tarah ki cheezein apne sath le gayi theen, well equipped theen woh khawateen. dheere dheere dheere repo qaim kiya aur itna bara kaam kiya jo history mein kisi ne nahi kiya tha.</w:t>
      </w:r>
    </w:p>
    <w:p>
      <w:pPr>
        <w:jc w:val="right"/>
      </w:pPr>
      <w:r>
        <w:t>طرح طرح کی چیزیں اپنے ساتھ لے گئی تھیں، ویل ایکوپڈ تھیں وہ خواتین۔ دھیرے دھیرے دھیرے ریپو قائم کیا اور اتنا بڑا کام کیا جو ہسٹری میں کسی نے نہیں کیا تھا۔</w:t>
      </w:r>
    </w:p>
    <w:p>
      <w:r>
        <w:rPr>
          <w:b/>
        </w:rPr>
        <w:t xml:space="preserve">[37:34] </w:t>
      </w:r>
      <w:r>
        <w:t>un ki language jo thi, un ke liye buk buk jhak jhak thi. in jungli insanon ke man eaters ki jo language thi, woh buk buk jhak jhak thi un ke liye.</w:t>
      </w:r>
    </w:p>
    <w:p>
      <w:pPr>
        <w:jc w:val="right"/>
      </w:pPr>
      <w:r>
        <w:t>ان کی لینگویج جو تھی، ان کے لیے بک بک جھک جھک تھی۔ ان جنگلی انسانوں کے مین ایٹرز کی جو لینگویج تھی، وہ بک بک جھک جھک تھی ان کے لیے۔</w:t>
      </w:r>
    </w:p>
    <w:p>
      <w:r>
        <w:rPr>
          <w:b/>
        </w:rPr>
        <w:t xml:space="preserve">[37:43] </w:t>
      </w:r>
      <w:r>
        <w:t>is ko unhon ne samjha. bohat din lag gaye un ko ke yeh kya bol rahe hain. un ki language ko samjha, us ki language ka alphabet banaya aur us mein bible ko chhapa unhon ne.</w:t>
      </w:r>
    </w:p>
    <w:p>
      <w:pPr>
        <w:jc w:val="right"/>
      </w:pPr>
      <w:r>
        <w:t>اس کو انہوں نے سمجھا۔ بہت دن لگ گئے ان کو کہ یہ کیا بول رہے ہیں۔ ان کی لینگویج کو سمجھا، اس کی لینگویج کا الفابیٹ بنایا اور اس میں بائبل کو چھاپا انہوں نے۔</w:t>
      </w:r>
    </w:p>
    <w:p>
      <w:r>
        <w:rPr>
          <w:b/>
        </w:rPr>
        <w:t xml:space="preserve">[38:02] </w:t>
      </w:r>
      <w:r>
        <w:t>to ghor kijiye, phir baad ko mard bhi wahan gaye aur wahan ke jangalon mein aaj wahan par shehar hain, wahan road hain, wahan school hain, wahan hospital hain, wahan sari chezen hain.</w:t>
      </w:r>
    </w:p>
    <w:p>
      <w:pPr>
        <w:jc w:val="right"/>
      </w:pPr>
      <w:r>
        <w:t>تو غور کیجیے، پھر بعد کو مرد بھی وہاں گئے اور وہاں کے جنگلوں میں آج وہاں پر شہر ہیں، وہاں روڈ ہیں، وہاں اسکول ہیں، وہاں ہاسپٹل ہیں، وہاں ساری چیزیں ہیں۔</w:t>
      </w:r>
    </w:p>
    <w:p>
      <w:r>
        <w:rPr>
          <w:b/>
        </w:rPr>
        <w:t xml:space="preserve">[38:16] </w:t>
      </w:r>
      <w:r>
        <w:t>yeh hazaron waqiat mein aik waqia bata raha hoon aap ko. un ka jo mein kaha hai ke woh bohat hi agdaaz hue mein karte hain kaam ko dawah work ka. hum to kuch bhi nahin karte.</w:t>
      </w:r>
    </w:p>
    <w:p>
      <w:pPr>
        <w:jc w:val="right"/>
      </w:pPr>
      <w:r>
        <w:t>یہ ہزاروں واقعات میں ایک واقعہ بتا رہا ہوں آپ کو۔ ان کا جو میں کہا ہے کہ وہ بہت ہی اگداز ہوئے میں کرتے ہیں کام کو دعویٰ ورک کا۔ ہم تو کچھ بھی نہیں کرتے۔</w:t>
      </w:r>
    </w:p>
    <w:p>
      <w:r>
        <w:rPr>
          <w:b/>
        </w:rPr>
        <w:t xml:space="preserve">[38:27] </w:t>
      </w:r>
      <w:r>
        <w:t>islam jo aaj phail raha hai, bohat se log muft ka credit lena chahte hain. bohat se log, yeh jhoota credit hai. apne aap phail raha hai, woh yaad rakhiye.</w:t>
      </w:r>
    </w:p>
    <w:p>
      <w:pPr>
        <w:jc w:val="right"/>
      </w:pPr>
      <w:r>
        <w:t>اسلام جو آج پھیل رہا ہے، بہت سے لوگ مفت کا کریڈٹ لینا چاہتے ہیں۔ بہت سے لوگ، یہ جھوٹا کریڈٹ ہے۔ اپنے آپ پھیل رہا ہے، وہ یاد رکھیے۔</w:t>
      </w:r>
    </w:p>
    <w:p>
      <w:r>
        <w:rPr>
          <w:b/>
        </w:rPr>
        <w:t xml:space="preserve">[38:38] </w:t>
      </w:r>
      <w:r>
        <w:t>jaise yusuf islam pasand ho gaye to kya aap ki jamaaton ne un ko pasand banaya hai? har giz nahin. london ke yusuf islam sahib, jo pop singer the pehle, un ka bhai gaya cairo, yeh the hospital mein, bimar the.</w:t>
      </w:r>
    </w:p>
    <w:p>
      <w:pPr>
        <w:jc w:val="right"/>
      </w:pPr>
      <w:r>
        <w:t>جیسے یوسف اسلام پسند ہو گئے تو کیا آپ کی جماعتوں نے ان کو پسند بنایا ہے؟ ہرگز نہیں۔ لندن کے یوسف اسلام صاحب، جو پاپ سنگر تھے پہلے، ان کا بھائی گیا قیرو، یہ تھے ہاسپٹل میں، بیمار تھے۔</w:t>
      </w:r>
    </w:p>
    <w:p>
      <w:r>
        <w:rPr>
          <w:b/>
        </w:rPr>
        <w:t xml:space="preserve">[38:56] </w:t>
      </w:r>
      <w:r>
        <w:t>cairo mein wahan par kahin aik quran ka mil gaya hai, aik quran ki aik copy kharid li aur la kar apne bhai ko di. bhai ne is quran ko parha.</w:t>
      </w:r>
    </w:p>
    <w:p>
      <w:pPr>
        <w:jc w:val="right"/>
      </w:pPr>
      <w:r>
        <w:t>قیرو میں وہاں پر کہیں ایک قرآن کا مل گیا ہے، ایک قرآن کی ایک کاپی خرید لی اور لا کر اپنے بھائی کو دیا۔ بھائی نے اس قرآن کو پڑھا۔</w:t>
      </w:r>
    </w:p>
    <w:p>
      <w:r>
        <w:rPr>
          <w:b/>
        </w:rPr>
        <w:t xml:space="preserve">[39:07] </w:t>
      </w:r>
      <w:r>
        <w:t>yusuf islam kehte hain ke quran parh kar mein thara utha. kyun ke islam, kyun ke is mein aik khaas baat mein ne pai ke khuda mujh se khud kalam kar raha hai, khuda mujhe khud address kar raha hai.</w:t>
      </w:r>
    </w:p>
    <w:p>
      <w:pPr>
        <w:jc w:val="right"/>
      </w:pPr>
      <w:r>
        <w:t>یوسف اسلام کہتے ہیں کہ قرآن پڑھ کر میں تھرا اٹھا۔ کیونکہ اسلام، کیونکہ اس میں ایک خاص بات میں نے پائی کہ خدا مجھ سے خود کلام کر رہا ہے، خدا مجھے خود ایڈریس کر رہا ہے۔</w:t>
      </w:r>
    </w:p>
    <w:p>
      <w:r>
        <w:rPr>
          <w:b/>
        </w:rPr>
        <w:t xml:space="preserve">[39:20] </w:t>
      </w:r>
      <w:r>
        <w:t>ya ayyuhal insaan</w:t>
      </w:r>
    </w:p>
    <w:p>
      <w:pPr>
        <w:jc w:val="right"/>
      </w:pPr>
      <w:r>
        <w:t>يا ایہا الانسان</w:t>
      </w:r>
    </w:p>
    <w:p>
      <w:r>
        <w:rPr>
          <w:b/>
        </w:rPr>
        <w:t xml:space="preserve">[39:23] </w:t>
      </w:r>
      <w:r>
        <w:t>o man, i am your creator, listen me. yani ae insan, mein tera khuda hoon, sun meri baat.</w:t>
      </w:r>
    </w:p>
    <w:p>
      <w:pPr>
        <w:jc w:val="right"/>
      </w:pPr>
      <w:r>
        <w:t>او مین، ائی ایم یور کریٹر، لسن می۔ یعنی اے انسان، میں تیرا خدا ہوں، سن میری بات۔</w:t>
      </w:r>
    </w:p>
    <w:p>
      <w:r>
        <w:rPr>
          <w:b/>
        </w:rPr>
        <w:t xml:space="preserve">[39:32] </w:t>
      </w:r>
      <w:r>
        <w:t>yeh andaaz kalam jo hai, yeh sirf quran mein hai. to yusuf islam is ko sun kar thara gaye aur yahan tak ke woh islam mein aa gaye.</w:t>
      </w:r>
    </w:p>
    <w:p>
      <w:pPr>
        <w:jc w:val="right"/>
      </w:pPr>
      <w:r>
        <w:t>یہ انداز کلام جو ہے، یہ صرف قرآن میں ہے۔ تو یوسف اسلام اس کو سن کر تھرا گئے اور یہاں تک کہ وہ اسلام میں آ گئے۔</w:t>
      </w:r>
    </w:p>
    <w:p>
      <w:r>
        <w:rPr>
          <w:b/>
        </w:rPr>
        <w:t xml:space="preserve">[39:43] </w:t>
      </w:r>
      <w:r>
        <w:t>ab jo musalman ho rahe hain, woh ab islam ki apni taqat se ho rahe hain, kisi bhi organization, kisi bhi jamaat ki tablegh se nahin ho rahe hain.</w:t>
      </w:r>
    </w:p>
    <w:p>
      <w:pPr>
        <w:jc w:val="right"/>
      </w:pPr>
      <w:r>
        <w:t>اب جو مسلمان ہو رہے ہیں، وہ اب اسلام کی اپنی طاقت سے ہو رہے ہیں، کسی بھی ارگنائزیشن، کسی بھی جماعت کی تبلیغ سے نہیں ہو رہے ہیں۔</w:t>
      </w:r>
    </w:p>
    <w:p>
      <w:r>
        <w:rPr>
          <w:b/>
        </w:rPr>
        <w:t xml:space="preserve">[39:53] </w:t>
      </w:r>
      <w:r>
        <w:t>yaad rakhiye, muft ka credit kuch log lena chahte hain, lekin woh galat hai bilkul. to beharhal, mein yeh keh raha tha ke christian ko hamare liye role model banaya gaya hai.</w:t>
      </w:r>
    </w:p>
    <w:p>
      <w:pPr>
        <w:jc w:val="right"/>
      </w:pPr>
      <w:r>
        <w:t>یاد رکھیے، مفت کا کریڈٹ کچھ لوگ لینا چاہتے ہیں، لیکن وہ غلط ہے بالکل۔ تو بہرحال، میں یہ کہہ رہا تھا کہ کرسچن کو ہمارے لیے رول ماڈل بنایا گیا ہے۔</w:t>
      </w:r>
    </w:p>
    <w:p>
      <w:r>
        <w:rPr>
          <w:b/>
        </w:rPr>
        <w:t xml:space="preserve">[40:05] </w:t>
      </w:r>
      <w:r>
        <w:t>kis sense mein? dawah work ke liye. jis tarah unhon ne organize hue mein kaam kiya aur dawah work aik institution banaya, usi tarah hamein banana hai.</w:t>
      </w:r>
    </w:p>
    <w:p>
      <w:pPr>
        <w:jc w:val="right"/>
      </w:pPr>
      <w:r>
        <w:t>کس سینس میں؟ دعویٰ ورک کے لیے۔ جس طرح انہوں نے ارگنائز ہوئے میں کام کیا اور دعویٰ ورک ایک انسٹیٹیوشن بنایا، اسی طرح ہمیں بنانا ہے۔</w:t>
      </w:r>
    </w:p>
    <w:p>
      <w:r>
        <w:rPr>
          <w:b/>
        </w:rPr>
        <w:t xml:space="preserve">[40:17] </w:t>
      </w:r>
      <w:r>
        <w:t>yeh baat quran se sabit hai. jis ko shak ho, woh surah asaf chapter number 61 ki aakhri ayat ko parhe. to hamare liye agar allah taala ke hum chahte hain ke khuda hamein jannat mein dakhil kare, to hamein yeh kaam karna parega.</w:t>
      </w:r>
    </w:p>
    <w:p>
      <w:pPr>
        <w:jc w:val="right"/>
      </w:pPr>
      <w:r>
        <w:t>یہ بات قرآن سے ثابت ہے۔ جس کو شک ہو، وہ سورہ اصف چیپٹر نمبر 61 کی آخری آیت کو پڑھے۔ تو ہمارے لیے اگر اللہ تعالیٰ کہ ہم چاہتے ہیں کہ خدا ہمیں جنت میں داخل کرے، تو ہمیں یہ کام کرنا پڑے گا۔</w:t>
      </w:r>
    </w:p>
    <w:p>
      <w:r>
        <w:rPr>
          <w:b/>
        </w:rPr>
        <w:t xml:space="preserve">[40:33] </w:t>
      </w:r>
      <w:r>
        <w:t>har باعث ko khatm kar ke, har shikayat ko khatm kar ke, apne sine se sare negative thought ko nikal kar ke, christians ke bare mein jo hum samajhte hain ke woh dushman hamare hain, woh sab nikal kar ke, dho kar ke, un ko hamein matlab role model lena parega.</w:t>
      </w:r>
    </w:p>
    <w:p>
      <w:pPr>
        <w:jc w:val="right"/>
      </w:pPr>
      <w:r>
        <w:t>ہر باعث کو ختم کر کے، ہر شکایت کو ختم کر کے، اپنے سینے سے سارے نیگیٹیو تھاٹ کو نکال کر کے، کرسچنز کے بارے میں جو ہم سمجھتے ہیں کہ وہ دشمن ہمارے ہیں، وہ سب نکال کر کے، دھو کر کے، ان کو ہمیں مطلب رول ماڈل لینا پڑے گا۔</w:t>
      </w:r>
    </w:p>
    <w:p>
      <w:r>
        <w:rPr>
          <w:b/>
        </w:rPr>
        <w:t xml:space="preserve">[40:50] </w:t>
      </w:r>
      <w:r>
        <w:t>belief system hamara apna hoga, lekin method ke aitbar se aur organization ke aitbar se christian ke tareeqe ko apnana parega.</w:t>
      </w:r>
    </w:p>
    <w:p>
      <w:pPr>
        <w:jc w:val="right"/>
      </w:pPr>
      <w:r>
        <w:t>بیلیف سسٹم ہمارا اپنا ہوگا، لیکن میتھڈ کے اعتبار سے اور ارگنائزیشن کے اعتبار سے کرسچن کے طریقے کو اپنانا پڑے گا۔</w:t>
      </w:r>
    </w:p>
    <w:p>
      <w:r>
        <w:rPr>
          <w:b/>
        </w:rPr>
        <w:t xml:space="preserve">[41:01] </w:t>
      </w:r>
      <w:r>
        <w:t>tab dunya mein dawah work phailay ga.</w:t>
      </w:r>
    </w:p>
    <w:p>
      <w:pPr>
        <w:jc w:val="right"/>
      </w:pPr>
      <w:r>
        <w:t>تب دنیا میں دعویٰ ورک پھیلے گا۔</w:t>
      </w:r>
    </w:p>
    <w:p>
      <w:r>
        <w:rPr>
          <w:b/>
        </w:rPr>
        <w:t xml:space="preserve">[41:06] </w:t>
      </w:r>
      <w:r>
        <w:t>aqool qawli haza wastaghfirullaha li walakum ajmaeen</w:t>
      </w:r>
    </w:p>
    <w:p>
      <w:pPr>
        <w:jc w:val="right"/>
      </w:pPr>
      <w:r>
        <w:t>اقول قولیھذا واستغفراللہ لی ولكم اجمعین</w:t>
      </w:r>
    </w:p>
    <w:p>
      <w:r>
        <w:rPr>
          <w:b/>
        </w:rPr>
        <w:t xml:space="preserve">[41:25] </w:t>
      </w:r>
      <w:r>
        <w:t>aur the first question comes from abro aman shias Maulana. could you please throw some light on scientific ilm kalam?</w:t>
      </w:r>
    </w:p>
    <w:p>
      <w:pPr>
        <w:jc w:val="right"/>
      </w:pPr>
      <w:r>
        <w:t>اور دا فرسٹ کوسچن کمز فرام ابرو امان شیاس مولانا۔ کڈ یو پلیز تھرو سم لائٹ ان سائنٹیفک علم کلام؟</w:t>
      </w:r>
    </w:p>
    <w:p>
      <w:r>
        <w:rPr>
          <w:b/>
        </w:rPr>
        <w:t xml:space="preserve">[41:40] </w:t>
      </w:r>
      <w:r>
        <w:t>haan,</w:t>
      </w:r>
    </w:p>
    <w:p>
      <w:pPr>
        <w:jc w:val="right"/>
      </w:pPr>
      <w:r>
        <w:t>ہاں،</w:t>
      </w:r>
    </w:p>
    <w:p>
      <w:r>
        <w:rPr>
          <w:b/>
        </w:rPr>
        <w:t xml:space="preserve">[41:43] </w:t>
      </w:r>
      <w:r>
        <w:t>dekhiye,</w:t>
      </w:r>
    </w:p>
    <w:p>
      <w:pPr>
        <w:jc w:val="right"/>
      </w:pPr>
      <w:r>
        <w:t>دیکھیے،</w:t>
      </w:r>
    </w:p>
    <w:p>
      <w:r>
        <w:rPr>
          <w:b/>
        </w:rPr>
        <w:t xml:space="preserve">[41:50] </w:t>
      </w:r>
      <w:r>
        <w:t>ilm kalam jo greek philosophy par base karta hai, us ko aap janna chahen to woh Maulana Shibli Nomani ki kitab hai "Al-Kalam".</w:t>
      </w:r>
    </w:p>
    <w:p>
      <w:pPr>
        <w:jc w:val="right"/>
      </w:pPr>
      <w:r>
        <w:t>علم کلام جو گریک فلاسفی پر بیس کرتا ہے، اس کو آپ جاننا چاہیں تو وہ مولا شبلی نعمانی کی کتاب ہے "الکلام"۔</w:t>
      </w:r>
    </w:p>
    <w:p>
      <w:r>
        <w:rPr>
          <w:b/>
        </w:rPr>
        <w:t xml:space="preserve">[42:02] </w:t>
      </w:r>
      <w:r>
        <w:t>do volume mein hai, moti moti. ilm ka "Al-Kalam" is mein aap discuss pa sakte hain ke</w:t>
      </w:r>
    </w:p>
    <w:p>
      <w:pPr>
        <w:jc w:val="right"/>
      </w:pPr>
      <w:r>
        <w:t>دو والیوم میں ہے، موٹی موٹی۔ علم کا "الکلام" اس میں آپ ڈسکس پا سکتے ہیں کہ</w:t>
      </w:r>
    </w:p>
    <w:p>
      <w:r>
        <w:rPr>
          <w:b/>
        </w:rPr>
        <w:t xml:space="preserve">[42:14] </w:t>
      </w:r>
      <w:r>
        <w:t>greek philosophy par jo theology base karti thi, woh kya thi. is ka naam hai "Al-Kalam", do jild mein.</w:t>
      </w:r>
    </w:p>
    <w:p>
      <w:pPr>
        <w:jc w:val="right"/>
      </w:pPr>
      <w:r>
        <w:t>گریک فلاسفی پر جو تھیالوجی بیس کرتی تھی، وہ کیا تھی۔ اس کا نام ہے "الکلام"، دو جلد میں۔</w:t>
      </w:r>
    </w:p>
    <w:p>
      <w:r>
        <w:rPr>
          <w:b/>
        </w:rPr>
        <w:t xml:space="preserve">[42:25] </w:t>
      </w:r>
      <w:r>
        <w:t>to ab jo modern theology, jis ko mein kehta hoon, jo science par base karegi, us mein dono mein yeh farq hai ke pehli cheez, pehli base karti thi syllogism par.</w:t>
      </w:r>
    </w:p>
    <w:p>
      <w:pPr>
        <w:jc w:val="right"/>
      </w:pPr>
      <w:r>
        <w:t>تو اب جو ماڈرن تھیالوجی، جس کو میں کہتا ہوں، جو سائنس پر بیس کرے گی، اس میں دونوں میں یہ فرق ہے کہ پہلی چیز، پہلی بیس کرتی تھی سیلوجزم پر۔</w:t>
      </w:r>
    </w:p>
    <w:p>
      <w:r>
        <w:rPr>
          <w:b/>
        </w:rPr>
        <w:t xml:space="preserve">[42:41] </w:t>
      </w:r>
      <w:r>
        <w:t>silogism matlab hai qiyasi istidlal, qiyasi qiyasi daleel, jis ko soghra kubra kaha karte thay pehle zamane mein.</w:t>
      </w:r>
    </w:p>
    <w:p>
      <w:pPr>
        <w:jc w:val="right"/>
      </w:pPr>
      <w:r>
        <w:t>سیلوجزم مطلب ہے قیاسی استدلال، قیاسی قیاسی دلیل، جس کو صغری کبری کہا کرتے تھے پہلے زمانے میں۔</w:t>
      </w:r>
    </w:p>
    <w:p>
      <w:r>
        <w:rPr>
          <w:b/>
        </w:rPr>
        <w:t xml:space="preserve">[42:51] </w:t>
      </w:r>
      <w:r>
        <w:t>to ek hai qiyasi istidlal aur ek hai observe fact par istidlal. jaise misaal ke taur par hum ne is se pehle bataya tha aap ko ke</w:t>
      </w:r>
    </w:p>
    <w:p>
      <w:pPr>
        <w:jc w:val="right"/>
      </w:pPr>
      <w:r>
        <w:t>تو ایک ہے قیاسی استدلال اور ایک ہے ابزرو فیکٹ پر استدلال۔ جیسے مثال کے طور پر ہم نے اس سے پہلے بتایا تھا آپ کو کہ</w:t>
      </w:r>
    </w:p>
    <w:p>
      <w:r>
        <w:rPr>
          <w:b/>
        </w:rPr>
        <w:t xml:space="preserve">[43:08] </w:t>
      </w:r>
      <w:r>
        <w:t>yeh baat batai thi ke yeh kehte hain, yeh log pehle zamane mein yeh kaha jata tha ke Khuda jo hai, woh qadir al qadir hai.</w:t>
      </w:r>
    </w:p>
    <w:p>
      <w:pPr>
        <w:jc w:val="right"/>
      </w:pPr>
      <w:r>
        <w:t>یہ بات بتائی تھی کہ یہ کہتے ہیں، یہ لوگ پہلے زمانے میں یہ کہا جاتا تھا کہ خدا جو ہے، وہ قادر القادر ہے۔</w:t>
      </w:r>
    </w:p>
    <w:p>
      <w:r>
        <w:rPr>
          <w:b/>
        </w:rPr>
        <w:t xml:space="preserve">[43:22] </w:t>
      </w:r>
      <w:r>
        <w:t>to is ko qiyasi andaaz mein sabit karte thay. ab jo yeh jo</w:t>
      </w:r>
    </w:p>
    <w:p>
      <w:pPr>
        <w:jc w:val="right"/>
      </w:pPr>
      <w:r>
        <w:t>تو اس کو قیاسی انداز میں ثابت کرتے تھے۔ اب جو یہ جو</w:t>
      </w:r>
    </w:p>
    <w:p>
      <w:r>
        <w:rPr>
          <w:b/>
        </w:rPr>
        <w:t xml:space="preserve">[43:32] </w:t>
      </w:r>
      <w:r>
        <w:t>nai theory aai hai, big bang theory ko kehte hain, to is ne is baat ka demonstration de diya hai. is baat ko, jis baat ko pehle aap qiyas ke taur par kehte thay ke ek qazi hona chahiye, qadir ka,</w:t>
      </w:r>
    </w:p>
    <w:p>
      <w:pPr>
        <w:jc w:val="right"/>
      </w:pPr>
      <w:r>
        <w:t>نئی تھیوری آئی ہے، بگ بینگ تھیوری کو کہتے ہیں، تو اس نے اس بات کا ڈیمونسٹریشن دے دیا ہے۔ اس بات کو، جس بات کو پہلے آپ قیاس کے طور پر کہتے تھے کہ ایک قاض ہونا چاہیے، قادر کا،</w:t>
      </w:r>
    </w:p>
    <w:p>
      <w:r>
        <w:rPr>
          <w:b/>
        </w:rPr>
        <w:t xml:space="preserve">[43:50] </w:t>
      </w:r>
      <w:r>
        <w:t>aap qiyas ke taur par kehte thay. ab yeh hai ke universe jo wajood mein aai, to ek explosion hua 13 billion years pehle, ek cosmic ball mein.</w:t>
      </w:r>
    </w:p>
    <w:p>
      <w:pPr>
        <w:jc w:val="right"/>
      </w:pPr>
      <w:r>
        <w:t>آپ قیاس کے طور پر کہتے تھے۔ اب یہ ہے کہ یونیورس جو وجود میں آئی، تو ایک ایکسپلوژن ہوا 13 بلین ایئرز پہلے، ایک کاسمک بال میں۔</w:t>
      </w:r>
    </w:p>
    <w:p>
      <w:r>
        <w:rPr>
          <w:b/>
        </w:rPr>
        <w:t xml:space="preserve">[44:02] </w:t>
      </w:r>
      <w:r>
        <w:t>is ko maine detail se likha hai apni book mein. to khulasa yeh hai ke</w:t>
      </w:r>
    </w:p>
    <w:p>
      <w:pPr>
        <w:jc w:val="right"/>
      </w:pPr>
      <w:r>
        <w:t>اس کو میں نے ڈیٹیل سے لکھا ہے اپنی بک میں۔ تو خلاصہ یہ ہے کہ</w:t>
      </w:r>
    </w:p>
    <w:p>
      <w:r>
        <w:rPr>
          <w:b/>
        </w:rPr>
        <w:t xml:space="preserve">[44:09] </w:t>
      </w:r>
      <w:r>
        <w:t>greek philosophy base karti thi qiyasaat par aur modern scientific kalam base karega observation par, experiment par, is par base karega.</w:t>
      </w:r>
    </w:p>
    <w:p>
      <w:pPr>
        <w:jc w:val="right"/>
      </w:pPr>
      <w:r>
        <w:t>گریک فلاسفی بیس کرتی تھی قیاسات پر اور ماڈرن سائنٹیفک الکلام بیس کرے گا ابزرویشن پر، ایکسپیریمنٹ پر، اس پر بیس کرے گا۔</w:t>
      </w:r>
    </w:p>
    <w:p>
      <w:r>
        <w:rPr>
          <w:b/>
        </w:rPr>
        <w:t xml:space="preserve">[44:22] </w:t>
      </w:r>
      <w:r>
        <w:t>to science ne observation ke zariye jo baatein maloom ki hain, woh woh sab ki sab mere nazdeek sabit karti hain ke jo jo sachaiyan is se pehle prophet ailaan karte rahe hain, woh sahi thay.</w:t>
      </w:r>
    </w:p>
    <w:p>
      <w:pPr>
        <w:jc w:val="right"/>
      </w:pPr>
      <w:r>
        <w:t>تو سائنس نے ابزرویشن کے ذریعے جو باتیں معلوم کی ہیں، وہ وہ سب کی سب میرے نزدیک ثابت کرتی ہیں کہ جو جو سچائیاں اس سے پہلے پرافٹ اعلان کرتے رہے ہیں، وہ صحیح تھے۔</w:t>
      </w:r>
    </w:p>
    <w:p>
      <w:r>
        <w:rPr>
          <w:b/>
        </w:rPr>
        <w:t xml:space="preserve">[44:36] </w:t>
      </w:r>
      <w:r>
        <w:t>yani scientifically, scientific reasoning is ke se support milti hai in ko. yeh hai farq dono mein.</w:t>
      </w:r>
    </w:p>
    <w:p>
      <w:pPr>
        <w:jc w:val="right"/>
      </w:pPr>
      <w:r>
        <w:t>یعنی سائنٹیفیکلی، سائنٹیفک ریزننگ اس کے سے سپورٹ ملتی ہے ان کو۔ یہ ہے فرق دونوں میں۔</w:t>
      </w:r>
    </w:p>
    <w:p>
      <w:r>
        <w:rPr>
          <w:b/>
        </w:rPr>
        <w:t xml:space="preserve">[44:48] </w:t>
      </w:r>
      <w:r>
        <w:t>okay, next question is from naghma. she says: "can you give some practical tips to the principal of avoidance and patience in day to day life as well as da'wah work?"</w:t>
      </w:r>
    </w:p>
    <w:p>
      <w:pPr>
        <w:jc w:val="right"/>
      </w:pPr>
      <w:r>
        <w:t>اوکے، نیکسٹ کوسچن از فرام نغمہ۔ شی سیز: "کین یو گیو سم پریکٹیکل ٹپس ٹو دی پرنسپل اف اووائیڈنس اینڈ پیشنس ان ڈے ٹو ڈے لائف ایز ویل ایز دعویٰ ورک؟"</w:t>
      </w:r>
    </w:p>
    <w:p>
      <w:r>
        <w:rPr>
          <w:b/>
        </w:rPr>
        <w:t xml:space="preserve">[45:05] </w:t>
      </w:r>
      <w:r>
        <w:t>practical example to wohi tha jo maine shuru mein bataya ke prophet ke upar ek jesh lady</w:t>
      </w:r>
    </w:p>
    <w:p>
      <w:pPr>
        <w:jc w:val="right"/>
      </w:pPr>
      <w:r>
        <w:t>پریکٹیکل ایگزیمپل تو وہی تھا جو میں نے شروع میں بتایا کہ پرافٹ کے اوپر ایک جیش لیڈی</w:t>
      </w:r>
    </w:p>
    <w:p>
      <w:r>
        <w:rPr>
          <w:b/>
        </w:rPr>
        <w:t xml:space="preserve">[45:19] </w:t>
      </w:r>
      <w:r>
        <w:t>kooda dalti thi aur kahan? madina mein, jahan ke Islamic state ban chuka tha.</w:t>
      </w:r>
    </w:p>
    <w:p>
      <w:pPr>
        <w:jc w:val="right"/>
      </w:pPr>
      <w:r>
        <w:t>کوڑا ڈالتی تھی اور کہاں؟ مدینہ میں، جہاں کہ اسلامک اسٹیٹ بن چکا تھا۔</w:t>
      </w:r>
    </w:p>
    <w:p>
      <w:r>
        <w:rPr>
          <w:b/>
        </w:rPr>
        <w:t xml:space="preserve">[45:27] </w:t>
      </w:r>
      <w:r>
        <w:t>ab Muslim states mein qanoon banaya gaya hai ke kya hai? tauheed risalat ke naam par ke unhein maar dalo. yeh Pakistan mein qanoon hai ke jo bhi Rasool Allah ki gustakhi kare, us ko maar dalo.</w:t>
      </w:r>
    </w:p>
    <w:p>
      <w:pPr>
        <w:jc w:val="right"/>
      </w:pPr>
      <w:r>
        <w:t>اب مسلم اسٹیٹس میں قانون بنایا گیا ہے کہ کیا ہے؟ توحید رسالت کے نام پر کہ انہیں مار ڈالو۔ یہ پاکستان میں قانون ہے کہ جو بھی رسول اللہ کی گستاخی کرے، اس کو مار ڈالو۔</w:t>
      </w:r>
    </w:p>
    <w:p>
      <w:r>
        <w:rPr>
          <w:b/>
        </w:rPr>
        <w:t xml:space="preserve">[45:42] </w:t>
      </w:r>
      <w:r>
        <w:t>to sawal yeh hai ke wahan par kyun nahi maar dala gaya?</w:t>
      </w:r>
    </w:p>
    <w:p>
      <w:pPr>
        <w:jc w:val="right"/>
      </w:pPr>
      <w:r>
        <w:t>تو سوال یہ ہے کہ وہاں پر کیوں نہیں مار ڈالا گیا؟</w:t>
      </w:r>
    </w:p>
    <w:p>
      <w:r>
        <w:rPr>
          <w:b/>
        </w:rPr>
        <w:t xml:space="preserve">[45:47] </w:t>
      </w:r>
      <w:r>
        <w:t>kyun nahi maar dala gaya? aaj to is se chote waqeye par log maarne ke tul jaate hain. is ko wahan itna bada waqea hai ke daily woh aap ke sar par kooda daal rahi hai aur na Rasool Allah ghussa hote aur na aap ke companion ghussa hote.</w:t>
      </w:r>
    </w:p>
    <w:p>
      <w:pPr>
        <w:jc w:val="right"/>
      </w:pPr>
      <w:r>
        <w:t>کیوں نہیں مار ڈالا گیا؟ آج تو اس سے چھوٹے واقعے پر لوگ مارنے کے تل جاتے ہیں۔ اس کو وہاں اتنا بڑا واقعہ ہے کہ ڈیلی وہ آپ کے سر پر کوڑا ڈال رہی ہے اور نہ رسول اللہ غصہ ہوتے اور نہ آپ کے کمپینر غصہ ہوتے۔</w:t>
      </w:r>
    </w:p>
    <w:p>
      <w:r>
        <w:rPr>
          <w:b/>
        </w:rPr>
        <w:t xml:space="preserve">[46:03] </w:t>
      </w:r>
      <w:r>
        <w:t>poora poora jo madine ke itne saare log thay, us waqt jab Islam accept kar chuke thay, wahan koi bhi process nahi nikla, koi juloos nahi nikla, kuch bhi nahi.</w:t>
      </w:r>
    </w:p>
    <w:p>
      <w:pPr>
        <w:jc w:val="right"/>
      </w:pPr>
      <w:r>
        <w:t>پورا پورا جو مدینے کے اتنے سارے لوگ تھے، اس وقت جب اسلام ایکسیپٹ کر چکے تھے، وہاں کوئی بھی پروسیس نہیں نکلا، کوئی جلوس نہیں نکلا، کچھ بھی نہیں۔</w:t>
      </w:r>
    </w:p>
    <w:p>
      <w:r>
        <w:rPr>
          <w:b/>
        </w:rPr>
        <w:t xml:space="preserve">[46:14] </w:t>
      </w:r>
      <w:r>
        <w:t>simply avoid kiya gaya. isi se aap isi misaal ko aap generalize kar lijiye ke zindagi mein dekhein baat kya hai?</w:t>
      </w:r>
    </w:p>
    <w:p>
      <w:pPr>
        <w:jc w:val="right"/>
      </w:pPr>
      <w:r>
        <w:t>سمپلی اوائڈ کیا گیا۔ اسی سے آپ اسی مثال کو آپ جرنلائز کر لیجئے کہ زندگی میں دیکھیں بات کیا ہے؟</w:t>
      </w:r>
    </w:p>
    <w:p>
      <w:r>
        <w:rPr>
          <w:b/>
        </w:rPr>
        <w:t xml:space="preserve">[46:26] </w:t>
      </w:r>
      <w:r>
        <w:t>insan ko Khuda ne freedom di hai test ke liye. aap freedom ko abuse nahi kar sakte. jab freedom hai to aadmi us ko istemal karega.</w:t>
      </w:r>
    </w:p>
    <w:p>
      <w:pPr>
        <w:jc w:val="right"/>
      </w:pPr>
      <w:r>
        <w:t>انسان کو خدا نے فریڈم دی ہے ٹیسٹ کے لیے۔ آپ فریڈم کو ابوش نہیں کر سکتے۔ جب فریڈم ہے تو آدمی اس کو استعمال کرے گا۔</w:t>
      </w:r>
    </w:p>
    <w:p>
      <w:r>
        <w:rPr>
          <w:b/>
        </w:rPr>
        <w:t xml:space="preserve">[46:37] </w:t>
      </w:r>
      <w:r>
        <w:t>ab dekhiye, isi freedom ko istemal kar ke kuch logon ne Rasool Allah ke daant ko tod dala, pathar maar kar ke. isi freedom ko istemal kar ke logon ne, yani shakin cliff ko qatl kar diya,</w:t>
      </w:r>
    </w:p>
    <w:p>
      <w:pPr>
        <w:jc w:val="right"/>
      </w:pPr>
      <w:r>
        <w:t>اب دیکھیے، اسی فریڈم کو استعمال کر کے کچھ لوگوں نے رسول اللہ کے دانت کو توڑ ڈالا، پتھر مار کر کے۔ اسی فریڈم کو استعمال کر کے لوگوں نے، یعنی شکن کلف کو کو قتل کر دیا،</w:t>
      </w:r>
    </w:p>
    <w:p>
      <w:r>
        <w:rPr>
          <w:b/>
        </w:rPr>
        <w:t xml:space="preserve">[46:50] </w:t>
      </w:r>
      <w:r>
        <w:t>hazrat Usman ko qatl kar diya, Hazrat Ali ko qatl kar diya, Hussain ko qatl kar diya. yeh tha freedom ka misuse. aur first caliph jo thay Hazrat Abu Bakr, woh sirf dhai saal rahe khalifa, sawa do saal ya dhai saal.</w:t>
      </w:r>
    </w:p>
    <w:p>
      <w:pPr>
        <w:jc w:val="right"/>
      </w:pPr>
      <w:r>
        <w:t>حضرت عثمان کو قتل کر دیا، حضرت علی کو قتل کر دیا، حسین کو قتل کر دیا۔ یہ تھا فریڈم کا مس یوز۔ اور فرسٹ کیلی جو تھے حضرت ابوبکر، وہ صرف ڈھائی سال رہے خلیفہ، سوا دو سال یا ڈھائی سال۔</w:t>
      </w:r>
    </w:p>
    <w:p>
      <w:r>
        <w:rPr>
          <w:b/>
        </w:rPr>
        <w:t xml:space="preserve">[47:06] </w:t>
      </w:r>
      <w:r>
        <w:t>agar lambi muddat tak rehte, maslan das saal rehte to kya hua? un ka bhi anjam hota. koi apni freedom ko misuse karte, un ka bhi, un par bhi aise hi karta.</w:t>
      </w:r>
    </w:p>
    <w:p>
      <w:pPr>
        <w:jc w:val="right"/>
      </w:pPr>
      <w:r>
        <w:t>اگر لمبی مدت تک رہتے، مثلاً دس سال رہتے تو کیا ہوا؟ ان کا بھی انجام ہوتا۔ کوئی اپنی فریڈم کو مس یوز کرتے، ان کا بھی، ان پر بھی ایسے ہی کرتا۔</w:t>
      </w:r>
    </w:p>
    <w:p>
      <w:r>
        <w:rPr>
          <w:b/>
        </w:rPr>
        <w:t xml:space="preserve">[47:17] </w:t>
      </w:r>
      <w:r>
        <w:t>to aap ko yeh jaanna chahiye ke tolerance kya hai? Khuda ke is scheme of things ko par raazi hona hai, is par raazi hona hai.</w:t>
      </w:r>
    </w:p>
    <w:p>
      <w:pPr>
        <w:jc w:val="right"/>
      </w:pPr>
      <w:r>
        <w:t>تو آپ کو یہ جاننا چاہیے کہ ٹولرنس کیا ہے؟ خدا کے اس کیم آف تھنگز کو پر راضی ہونا ہے، اس پر راضی ہونا ہے۔</w:t>
      </w:r>
    </w:p>
    <w:p>
      <w:r>
        <w:rPr>
          <w:b/>
        </w:rPr>
        <w:t xml:space="preserve">[47:30] </w:t>
      </w:r>
      <w:r>
        <w:t>jab Khuda ne logon ko azadi di hai to apni azadi ko istemal karenge. woh to Khuda ki di hui azadi ko chahe woh proper use karein ya misuse karein, yeh un ka right hai.</w:t>
      </w:r>
    </w:p>
    <w:p>
      <w:pPr>
        <w:jc w:val="right"/>
      </w:pPr>
      <w:r>
        <w:t>جب خدا نے لوگوں کو آزادی دی ہے تو اپنی آزادی کو استعمال کریں گے۔ وہ تو خدا کی دی ہوئی آزادی کو چاہے وہ پراپر یوز کریں یا مس یوز کریں، یہ ان کا رائٹ ہے۔</w:t>
      </w:r>
    </w:p>
    <w:p>
      <w:r>
        <w:rPr>
          <w:b/>
        </w:rPr>
        <w:t xml:space="preserve">[47:43] </w:t>
      </w:r>
      <w:r>
        <w:t>aap ko bhadakna nahi hai is ke upar, simply avoid karna hai. yeh daily hoga, subah shaam hoga aur hamesha hota rahega.</w:t>
      </w:r>
    </w:p>
    <w:p>
      <w:pPr>
        <w:jc w:val="right"/>
      </w:pPr>
      <w:r>
        <w:t>آپ کو بھڑکنا نہیں ہے اس کے اوپر، سمپلی اوائڈ کرنا ہے۔ یہ ڈیلی ہوگا، صبح شام ہوگا اور ہمیشہ ہوتا رہے گا۔</w:t>
      </w:r>
    </w:p>
    <w:p>
      <w:r>
        <w:rPr>
          <w:b/>
        </w:rPr>
        <w:t xml:space="preserve">[47:53] </w:t>
      </w:r>
      <w:r>
        <w:t>tu chahe koi chhota waqea ho ya bara waqea ho, chahe toheed risalat ho ya toheed insan ho, is se koi farq nahi padta. aap ko avoid, avoid kis liye karna hai?</w:t>
      </w:r>
    </w:p>
    <w:p>
      <w:pPr>
        <w:jc w:val="right"/>
      </w:pPr>
      <w:r>
        <w:t>تو چاہے کوئی چھوٹا واقعہ ہو یا بڑا واقعہ ہو، چاہے توحید رسالت ہو یا توحید انسان ہو، اس سے کوئی فرق نہیں پڑتا۔ آپ کو اوائڈ، اوائڈ کس لیے کرنا ہے؟</w:t>
      </w:r>
    </w:p>
    <w:p>
      <w:r>
        <w:rPr>
          <w:b/>
        </w:rPr>
        <w:t xml:space="preserve">[48:05] </w:t>
      </w:r>
      <w:r>
        <w:t>ke aap ka jo asal target hai, positive sense mein, is se aap ki nazar hatne na paye. is ki nazar, aap ki nazar is se hatne na paye.</w:t>
      </w:r>
    </w:p>
    <w:p>
      <w:pPr>
        <w:jc w:val="right"/>
      </w:pPr>
      <w:r>
        <w:t>کہ آپ کا جو اصل ٹارگٹ ہے، پوزیٹیو سینس میں، اس سے آپ کی نظر ہٹنے نہ پائے۔ اس کی نظر، آپ کی نظر اس سے ہٹنے نہ پائے۔</w:t>
      </w:r>
    </w:p>
    <w:p>
      <w:r>
        <w:rPr>
          <w:b/>
        </w:rPr>
        <w:t xml:space="preserve">[48:15] </w:t>
      </w:r>
      <w:r>
        <w:t>agar aap bhadakne lagen, provoke hone lagen to kya hoga? ke asal target se nazrein hatt jayengi. yeh hai is ka khaas maqsad, yaani sabr o patience aur tolerance ko Islam mein itna important dene ka.</w:t>
      </w:r>
    </w:p>
    <w:p>
      <w:pPr>
        <w:jc w:val="right"/>
      </w:pPr>
      <w:r>
        <w:t>اگر آپ بھڑکنے لگیں، پرووک ہونے لگیں تو کیا ہوگا؟ کہ اصل ٹارگٹ سے نظریں ہٹ جائیں گی۔ یہ ہے اس کا خاص مقصد، یعنی صبر و پیشنس اور ٹولرنس کو اسلام میں اتنا امپورٹنٹ دینے کا۔</w:t>
      </w:r>
    </w:p>
    <w:p>
      <w:r>
        <w:rPr>
          <w:b/>
        </w:rPr>
        <w:t xml:space="preserve">[48:34] </w:t>
      </w:r>
      <w:r>
        <w:t>next question is from doctor b islam. he says that sarkari taqreeb mein hamein tilak lagaya jata hai, shanti paath hota hai,</w:t>
      </w:r>
    </w:p>
    <w:p>
      <w:pPr>
        <w:jc w:val="right"/>
      </w:pPr>
      <w:r>
        <w:t>نیکسٹ کوسچن از فرام ڈاکٹر بی اسلام۔ ہی سیز دیٹ سرکاری تقریب میں ہمیں تلک لگایا جاتا ہے، شانتی پاٹ ہوتا ہے،</w:t>
      </w:r>
    </w:p>
    <w:p>
      <w:r>
        <w:rPr>
          <w:b/>
        </w:rPr>
        <w:t xml:space="preserve">[48:49] </w:t>
      </w:r>
      <w:r>
        <w:t>saraswati ki murti par phool charhaye jate hain, om ba awaz buland sab se parh parhte hain aur hum se bhi shirkat ki umeed ki jati hai.</w:t>
      </w:r>
    </w:p>
    <w:p>
      <w:pPr>
        <w:jc w:val="right"/>
      </w:pPr>
      <w:r>
        <w:t>سرسوتی کی مورتی پر پھول چڑھائے جاتے ہیں، اوم با آواز بلند سب سے پڑھ پڑھتے ہیں اور ہم سے بھی شرکت کی امید کی جاتی ہے۔</w:t>
      </w:r>
    </w:p>
    <w:p>
      <w:r>
        <w:rPr>
          <w:b/>
        </w:rPr>
        <w:t xml:space="preserve">[49:00] </w:t>
      </w:r>
      <w:r>
        <w:t>yeh kehte hain ke Islami tarz par hum kya apnayen aur kya karen? avoid kijiye.</w:t>
      </w:r>
    </w:p>
    <w:p>
      <w:pPr>
        <w:jc w:val="right"/>
      </w:pPr>
      <w:r>
        <w:t>یہ کہتے ہیں کہ اسلامی طرز پر ہم کیا اپنائیں اور کیا کریں؟ اوائڈ کیجئے۔</w:t>
      </w:r>
    </w:p>
    <w:p>
      <w:r>
        <w:rPr>
          <w:b/>
        </w:rPr>
        <w:t xml:space="preserve">[49:10] </w:t>
      </w:r>
      <w:r>
        <w:t>sab se bari baat jo musalmanon ne bhool gayi hai ke izhaar mein ek bol aata hai, word Islamic identity, Islami shanakht.</w:t>
      </w:r>
    </w:p>
    <w:p>
      <w:pPr>
        <w:jc w:val="right"/>
      </w:pPr>
      <w:r>
        <w:t>سب سے بڑی بات جو مسلمانوں نے بھول گئی ہے کہ اظہار میں ایک بول آتا ہے، ورڈ اسلامک آئیڈینٹیٹی، اسلامی شناخت۔</w:t>
      </w:r>
    </w:p>
    <w:p>
      <w:r>
        <w:rPr>
          <w:b/>
        </w:rPr>
        <w:t xml:space="preserve">[49:20] </w:t>
      </w:r>
      <w:r>
        <w:t>log kya samajhte hain? Islamic identity sar par topi ho, chehre par dadi ho, lamba kurta ho aur tehmat bani hui hon, aur khaas tor par joota paon mein ho, hath mein tasbeeh ho.</w:t>
      </w:r>
    </w:p>
    <w:p>
      <w:pPr>
        <w:jc w:val="right"/>
      </w:pPr>
      <w:r>
        <w:t>لوگ کیا سمجھتے ہیں؟ اسلامک آئیڈینٹیٹی سر پر ٹوپی ہو، چہرے پر داڑھی ہو، لمبا کرتا ہو اور تہمت بنی ہوئی ہوں، اور خاص طور پر جوتا پاؤں میں ہو، ہاتھ میں تسبیح ہو۔</w:t>
      </w:r>
    </w:p>
    <w:p>
      <w:r>
        <w:rPr>
          <w:b/>
        </w:rPr>
        <w:t xml:space="preserve">[49:32] </w:t>
      </w:r>
      <w:r>
        <w:t>main kehta hoon ke yeh harghiz Islamic identity nahi hai, nahi hai, nahi hai. hazar bar kahunga, nahi hai. yeh yeh to sab culture hai. yeh Islamic identity yeh hai ke aap dahi hain.</w:t>
      </w:r>
    </w:p>
    <w:p>
      <w:pPr>
        <w:jc w:val="right"/>
      </w:pPr>
      <w:r>
        <w:t>میں کہتا ہوں کہ یہ ہرگز اسلامک آئیڈینٹیٹی نہیں ہے، نہیں ہے، نہیں ہے۔ ہزار بار کہوں گا، نہیں ہے۔ یہ یہ تو سب کلچر ہے۔ یہ اسلامک آئیڈینٹیٹی یہ ہے کہ آپ داعی ہیں۔</w:t>
      </w:r>
    </w:p>
    <w:p>
      <w:r>
        <w:rPr>
          <w:b/>
        </w:rPr>
        <w:t xml:space="preserve">[49:45] </w:t>
      </w:r>
      <w:r>
        <w:t>Islamic identity yeh hai ke aap dahi hain, doosre madu hain.</w:t>
      </w:r>
    </w:p>
    <w:p>
      <w:pPr>
        <w:jc w:val="right"/>
      </w:pPr>
      <w:r>
        <w:t>اسلامک آئیڈینٹیٹی یہ ہے کہ آپ داعی ہیں، دوسرے مدعو ہیں۔</w:t>
      </w:r>
    </w:p>
    <w:p>
      <w:r>
        <w:rPr>
          <w:b/>
        </w:rPr>
        <w:t xml:space="preserve">[49:51] </w:t>
      </w:r>
      <w:r>
        <w:t>aap addreser hain, woh addressee hain. aap ko ek message pahunchana hai. yaani aap ka kaam wahi hai, rohani sense mein ya Islami sense mein, jo ek businessman ka hota hai.</w:t>
      </w:r>
    </w:p>
    <w:p>
      <w:pPr>
        <w:jc w:val="right"/>
      </w:pPr>
      <w:r>
        <w:t>آپ ایڈریسر ہیں، وہ ایڈریسی ہیں۔ آپ کو ایک میسج پہنچانا ہے۔ یعنی آپ کا کام وہی ہے، روحانی سینس میں یا اسلامی سینس میں، جو ایک بزنس مین کا ہوتا ہے۔</w:t>
      </w:r>
    </w:p>
    <w:p>
      <w:r>
        <w:rPr>
          <w:b/>
        </w:rPr>
        <w:t xml:space="preserve">[50:05] </w:t>
      </w:r>
      <w:r>
        <w:t>business man apne customer ke in sab baton ko nahi dekhta. woh hamesha ek customer friendly rehta hai. customer kaisa bhi ho, kala ho, safed ho, woh Muslim ho, Hindu ho,</w:t>
      </w:r>
    </w:p>
    <w:p>
      <w:pPr>
        <w:jc w:val="right"/>
      </w:pPr>
      <w:r>
        <w:t>بزنس مین اپنے کسٹمر کے ان سب باتوں کو نہیں دیکھتا۔ وہ ہمیشہ ایک کسٹمر فرینڈلی رہتا ہے۔ کسٹمر کیسا بھی ہو، کالا ہو، سفید ہو، وہ مسلم ہو، ہندو ہو،</w:t>
      </w:r>
    </w:p>
    <w:p>
      <w:r>
        <w:rPr>
          <w:b/>
        </w:rPr>
        <w:t xml:space="preserve">[50:20] </w:t>
      </w:r>
      <w:r>
        <w:t>woh kuch bhi ho, business man hamesha customer friendly bana rahega. isi tarah musalman ko dahi hone ke hasiyat se farz hai, farz hai ke hamesha woh insan friendly bane rahen.</w:t>
      </w:r>
    </w:p>
    <w:p>
      <w:pPr>
        <w:jc w:val="right"/>
      </w:pPr>
      <w:r>
        <w:t>وہ کچھ بھی ہو، بزنس مین ہمیشہ کسٹمر فرینڈلی بنا رہے گا۔ اسی طرح مسلمان کو داعی ہونے کے حیثیت سے فرض ہے، فرض ہے کہ ہمیشہ وہ انسان فرینڈلی بنے رہیں۔</w:t>
      </w:r>
    </w:p>
    <w:p>
      <w:r>
        <w:rPr>
          <w:b/>
        </w:rPr>
        <w:t xml:space="preserve">[50:37] </w:t>
      </w:r>
      <w:r>
        <w:t>aur yeh jaan len ke Islamic identity harghiz harghiz yeh yeh form nahi hai, jo form jis form ko samajh liya gaya hai. woh to cultural form hai.</w:t>
      </w:r>
    </w:p>
    <w:p>
      <w:pPr>
        <w:jc w:val="right"/>
      </w:pPr>
      <w:r>
        <w:t>اور یہ جان لیں کہ اسلامک آئیڈینٹیٹی ہرگز ہرگز یہ یہ فارم نہیں ہے، جو فارم جس فارم کو سمجھ لیا گیا ہے۔ وہ تو کلچرل فارم ہے۔</w:t>
      </w:r>
    </w:p>
    <w:p>
      <w:r>
        <w:rPr>
          <w:b/>
        </w:rPr>
        <w:t xml:space="preserve">[50:46] </w:t>
      </w:r>
      <w:r>
        <w:t>woh Islamic identity jo hai, character ka naam hai. aap sache hon, yeh Islamic identity hai.</w:t>
      </w:r>
    </w:p>
    <w:p>
      <w:pPr>
        <w:jc w:val="right"/>
      </w:pPr>
      <w:r>
        <w:t>وہ اسلامک آئیڈینٹیٹی جو ہے، کریکٹر کا نام ہے۔ آپ سچے ہوں، یہ اسلامک آئیڈینٹیٹی ہے۔</w:t>
      </w:r>
    </w:p>
    <w:p>
      <w:r>
        <w:rPr>
          <w:b/>
        </w:rPr>
        <w:t xml:space="preserve">[50:54] </w:t>
      </w:r>
      <w:r>
        <w:t>aap dahi ban kar rahen duniya mein, yeh Islamic identity hai. aap tolerate karen, yeh Islamic identity hai. apne target ko hamesha samne rakhen, is se idhar udhar na haten.</w:t>
      </w:r>
    </w:p>
    <w:p>
      <w:pPr>
        <w:jc w:val="right"/>
      </w:pPr>
      <w:r>
        <w:t>آپ داعی بن کر رہیں دنیا میں، یہ اسلامک آئیڈینٹیٹی ہے۔ آپ ٹولریٹ کریں، یہ اسلامک آئیڈینٹیٹی ہے۔ اپنے ٹارگٹ کو ہمیشہ سامنے رکھیں، اس سے ادھر ادھر نہ ہٹیں۔</w:t>
      </w:r>
    </w:p>
    <w:p>
      <w:r>
        <w:rPr>
          <w:b/>
        </w:rPr>
        <w:t xml:space="preserve">[51:06] </w:t>
      </w:r>
      <w:r>
        <w:t>yeh Islamic identity hai. is liye mere nazdeek is sawal ka jawab yeh hai ke hamein sirf tolerate karna chahiye, harghiz provoke nahi hone chahiye.</w:t>
      </w:r>
    </w:p>
    <w:p>
      <w:pPr>
        <w:jc w:val="right"/>
      </w:pPr>
      <w:r>
        <w:t>یہ اسلامک آئیڈینٹیٹی ہے۔ اس لیے میرے نزدیک اس سوال کا جواب یہ ہے کہ ہمیں صرف ٹولریٹ کرنا چاہیے، ہرگز پرووک نہیں ہونے چاہیے۔</w:t>
      </w:r>
    </w:p>
    <w:p>
      <w:r>
        <w:rPr>
          <w:b/>
        </w:rPr>
        <w:t xml:space="preserve">[51:15] </w:t>
      </w:r>
      <w:r>
        <w:t>aur main aap ko yahan par add karunga ke Rasool Allah ne is se billion time zyada bara kaam kiya hai. is ke liye woh kya?</w:t>
      </w:r>
    </w:p>
    <w:p>
      <w:pPr>
        <w:jc w:val="right"/>
      </w:pPr>
      <w:r>
        <w:t>اور میں آپ کو یہاں پر ایڈ کروں گا کہ رسول اللہ نے اس سے بلین ٹائم زیادہ بڑا کام کیا ہے۔ اس کے لیے وہ کیا؟</w:t>
      </w:r>
    </w:p>
    <w:p>
      <w:r>
        <w:rPr>
          <w:b/>
        </w:rPr>
        <w:t xml:space="preserve">[51:26] </w:t>
      </w:r>
      <w:r>
        <w:t>Rasool Allah jab aaye Makka se Madina migration ke baad to wahan par Yahood log the.</w:t>
      </w:r>
    </w:p>
    <w:p>
      <w:pPr>
        <w:jc w:val="right"/>
      </w:pPr>
      <w:r>
        <w:t>رسول اللہ جب آئے مکہ سے مدینہ مائیگریشن کے بعد تو وہاں پر یہود لوگ تھے۔</w:t>
      </w:r>
    </w:p>
    <w:p>
      <w:r>
        <w:rPr>
          <w:b/>
        </w:rPr>
        <w:t xml:space="preserve">[51:36] </w:t>
      </w:r>
      <w:r>
        <w:t>us waqt Yahood logon ka qibla tha Yerushalim. aksar logon ko galat fehmi hai ke Masjid Aqsa qibla yeh galat hai.</w:t>
      </w:r>
    </w:p>
    <w:p>
      <w:pPr>
        <w:jc w:val="right"/>
      </w:pPr>
      <w:r>
        <w:t>اس وقت یہود لوگوں کا قبلہ تھا یروشلم۔ اکثر لوگوں کو غلط فہمی ہے کہ مسجد اقصی قبلت یہ غلط ہے۔</w:t>
      </w:r>
    </w:p>
    <w:p>
      <w:r>
        <w:rPr>
          <w:b/>
        </w:rPr>
        <w:t xml:space="preserve">[51:49] </w:t>
      </w:r>
      <w:r>
        <w:t>un ka qibla tha Qubbat al-Sakhrah, jo kehte hain Dome of Rock. yeh bohat bari galat fehmi hai. ek log samajhte hain ke Masjid Aqsa Yahudiyon ki qibla thi.</w:t>
      </w:r>
    </w:p>
    <w:p>
      <w:pPr>
        <w:jc w:val="right"/>
      </w:pPr>
      <w:r>
        <w:t>ان کا قبلہ تھا قبت الصخرہ، جو کہتے ہیں ڈوم آف راک۔ یہ بہت بڑی غلط فہمی ہے۔ ایک لوگ سمجھتے ہیں کہ مسجد اقصی یہودیوں کی قبلہ تھی۔</w:t>
      </w:r>
    </w:p>
    <w:p>
      <w:r>
        <w:rPr>
          <w:b/>
        </w:rPr>
        <w:t xml:space="preserve">[51:57] </w:t>
      </w:r>
      <w:r>
        <w:t>bilkul galat hai yeh baat. Yerushalim mein jo Qubbat al-Sakhrah hai, jis ko Dome of Rock kehte hain, woh un ka qibla tha.</w:t>
      </w:r>
    </w:p>
    <w:p>
      <w:pPr>
        <w:jc w:val="right"/>
      </w:pPr>
      <w:r>
        <w:t>بالکل غلط ہے یہ بات۔ یروشلم میں جو قبت الصخرہ ہے، جس کو ڈوم آف راک کہتے ہیں، وہ ان کا قبلہ تھا۔</w:t>
      </w:r>
    </w:p>
    <w:p>
      <w:r>
        <w:rPr>
          <w:b/>
        </w:rPr>
        <w:t xml:space="preserve">[52:07] </w:t>
      </w:r>
      <w:r>
        <w:t>idhar woh ibadat karte the. Rasool Allah Sallallahu Alaihi Wasallam ne Yahudiyon ki khatir apna qibla idhar kar liya. aap tafseer parh lijiyye.</w:t>
      </w:r>
    </w:p>
    <w:p>
      <w:pPr>
        <w:jc w:val="right"/>
      </w:pPr>
      <w:r>
        <w:t>ادھر وہ عبادت کرتے تھے۔ رسول اللہ صلی اللہ علیہ وسلم نے یہودیوں کی خاطر اپنا قبلہ ادھر کر لیا۔ آپ تفسیر پڑھ لیجئے۔</w:t>
      </w:r>
    </w:p>
    <w:p>
      <w:r>
        <w:rPr>
          <w:b/>
        </w:rPr>
        <w:t xml:space="preserve">[52:18] </w:t>
      </w:r>
      <w:r>
        <w:t>mere pas tafseer Qurtubi maujood hai, is mein likha hua hai ke talifaan lil Yahood, talifaan lil Yahood, Yahood ki talif ke liye.</w:t>
      </w:r>
    </w:p>
    <w:p>
      <w:pPr>
        <w:jc w:val="right"/>
      </w:pPr>
      <w:r>
        <w:t>میرے پاس تفسیر قرطبی موجود ہے، اس میں لکھا ہوا ہے کہ تالیفاً للیہود، تالیفاً للیہود، یہود کی تالیف کے لیے۔</w:t>
      </w:r>
    </w:p>
    <w:p>
      <w:r>
        <w:rPr>
          <w:b/>
        </w:rPr>
        <w:t xml:space="preserve">[52:28] </w:t>
      </w:r>
      <w:r>
        <w:t>talif maani hota hai diljoi karna. Yahood ki diljoi ke liye aap ne un ke qible ko apna qibla bana liya. ab zara ghor kijiyye, ibadat qibla jo hai, unhon ne bana liya hai Yahood ke qible ko.</w:t>
      </w:r>
    </w:p>
    <w:p>
      <w:pPr>
        <w:jc w:val="right"/>
      </w:pPr>
      <w:r>
        <w:t>تالیف معنی ہوتا ہے دلجوئی کرنا۔ یہود کی دلجوئی کے لیے آپ نے ان کے قبلے کو اپنا قبلہ بنا لیا۔ اب ذرا غور کیجئے، عبادت قبلہ جو ہے، انہوں نے بنا لیا ہے یہود کے قبلے کو۔</w:t>
      </w:r>
    </w:p>
    <w:p>
      <w:r>
        <w:rPr>
          <w:b/>
        </w:rPr>
        <w:t xml:space="preserve">[52:41] </w:t>
      </w:r>
      <w:r>
        <w:t>is se to bohat choti baat hai, jo ke aap reference diya hai aap ne, kyun? daawti maslehat ke liye. aakhri baat yeh hai ke daai ki nigah future oriented hoti hai aur aap ki nigah hai present oriented.</w:t>
      </w:r>
    </w:p>
    <w:p>
      <w:pPr>
        <w:jc w:val="right"/>
      </w:pPr>
      <w:r>
        <w:t>اس سے تو بہت چھوٹی بات ہے، جو کہ آپ ریفرنس دیا ہے آپ نے، کیوں؟ دعوتی مصلحت کے لیے۔ آخری بات یہ ہے کہ داعی کی نگاہ فیوچر اورینٹڈ ہوتی ہے اور آپ کی نگاہ ہے پریزنٹ اورینٹڈ۔</w:t>
      </w:r>
    </w:p>
    <w:p>
      <w:r>
        <w:rPr>
          <w:b/>
        </w:rPr>
        <w:t xml:space="preserve">[52:58] </w:t>
      </w:r>
      <w:r>
        <w:t>jo log in maslon ko chhedte hain na, woh woh sirf present pe dekhte hain ke aaj aisa hai, lekin daai dekhta hai kal kya hoga,</w:t>
      </w:r>
    </w:p>
    <w:p>
      <w:pPr>
        <w:jc w:val="right"/>
      </w:pPr>
      <w:r>
        <w:t>جو لوگ ان مسئلوں کو چھیڑتے ہیں نا، وہ وہ صرف پریزنٹ پہ دیکھتے ہیں کہ آج ایسا ہے، لیکن داعی دیکھتا ہے کل کیا ہوگا،</w:t>
      </w:r>
    </w:p>
    <w:p>
      <w:r>
        <w:rPr>
          <w:b/>
        </w:rPr>
        <w:t xml:space="preserve">[53:10] </w:t>
      </w:r>
      <w:r>
        <w:t>kyun ke woh jaanta hai ke tolerance, patience, is ka nateeja kya niklega? un ke dil mein islam dakhil ho jayega.</w:t>
      </w:r>
    </w:p>
    <w:p>
      <w:pPr>
        <w:jc w:val="right"/>
      </w:pPr>
      <w:r>
        <w:t>کیونکہ وہ جانتا ہے کہ ٹولرنس، پیشنس، اس کا نتیجہ کیا نکلے گا؟ ان کے دل میں اسلام داخل ہو جائے گا۔</w:t>
      </w:r>
    </w:p>
    <w:p>
      <w:r>
        <w:rPr>
          <w:b/>
        </w:rPr>
        <w:t xml:space="preserve">[53:18] </w:t>
      </w:r>
      <w:r>
        <w:t>woh khud hi chhod denge is ko. yeh hai future oriented vision. to prophet ka vision jo tha, woh future oriented tha.</w:t>
      </w:r>
    </w:p>
    <w:p>
      <w:pPr>
        <w:jc w:val="right"/>
      </w:pPr>
      <w:r>
        <w:t>وہ خود ہی چھوڑ دیں گے اس کو۔ یہ ہے فیوچر اورینٹڈ ویژن۔ تو پرافٹ کا ویژن جو تھا، وہ فیوچر اورینٹڈ تھا۔</w:t>
      </w:r>
    </w:p>
    <w:p>
      <w:r>
        <w:rPr>
          <w:b/>
        </w:rPr>
        <w:t xml:space="preserve">[53:27] </w:t>
      </w:r>
      <w:r>
        <w:t>hamara woh vision hai present oriented. yeh mamooli baat nahi hai, yeh bohat bari baat hai.</w:t>
      </w:r>
    </w:p>
    <w:p>
      <w:pPr>
        <w:jc w:val="right"/>
      </w:pPr>
      <w:r>
        <w:t>ہمارا وہ ویژن ہے پریزنٹ اورینٹڈ۔ یہ معمولی بات نہیں ہے، یہ بہت بڑی بات ہے۔</w:t>
      </w:r>
    </w:p>
    <w:p>
      <w:r>
        <w:rPr>
          <w:b/>
        </w:rPr>
        <w:t xml:space="preserve">[53:37] </w:t>
      </w:r>
      <w:r>
        <w:t>poori is se psychology aap samajh sakte hain. log aaj mein jeete hain, prophet kal mein jeeta tha.</w:t>
      </w:r>
    </w:p>
    <w:p>
      <w:pPr>
        <w:jc w:val="right"/>
      </w:pPr>
      <w:r>
        <w:t>پوری اس سے سائیکالوجی آپ سمجھ سکتے ہیں۔ لوگ آج میں جیتے ہیں، پرافٹ کل میں جیتا تھا۔</w:t>
      </w:r>
    </w:p>
    <w:p>
      <w:r>
        <w:rPr>
          <w:b/>
        </w:rPr>
        <w:t xml:space="preserve">[53:46] </w:t>
      </w:r>
      <w:r>
        <w:t>taif mein jo waqea hua ke logon ne aap ko pathar mara waghera, to farishta aaya, jo malik ul jibal, pahadon ka farishta. to taif mein ek basti thi, idhar pahad, idhar hi pahad.</w:t>
      </w:r>
    </w:p>
    <w:p>
      <w:pPr>
        <w:jc w:val="right"/>
      </w:pPr>
      <w:r>
        <w:t>طائف میں جو واقعہ ہوا کہ لوگوں نے آپ کو پتھر مارا وغیرہ، تو فرشتہ آیا، جو ملک الجبال، پہاڑوں کا فرشتہ۔ تو طائف میں ایک بستی تھی، ادھر پہاڑ، ادھر ہی پہاڑ۔</w:t>
      </w:r>
    </w:p>
    <w:p>
      <w:r>
        <w:rPr>
          <w:b/>
        </w:rPr>
        <w:t xml:space="preserve">[53:57] </w:t>
      </w:r>
      <w:r>
        <w:t>us ne kaha ke main in dono pahadon ko aise mila doon, ek pas kar reh jayen is ke andar. aap ne farmaya ke nahi, main umeed karta hoon ke agli naslein un ki jo hain, woh Khuda ko manengi aur Khuda par iman layengi.</w:t>
      </w:r>
    </w:p>
    <w:p>
      <w:pPr>
        <w:jc w:val="right"/>
      </w:pPr>
      <w:r>
        <w:t>اس نے کہا کہ میں ان دونوں پہاڑوں کو ایسے ملا دوں، ایک پس کر رہ جائیں اس کے اندر۔ آپ نے فرمایا کہ نہیں، میں امید کرتا ہوں کہ اگلی نسلیں ان کی جو ہیں، وہ خدا کو مانیں گی اور خدا پر ایمان لائیں گی۔</w:t>
      </w:r>
    </w:p>
    <w:p>
      <w:r>
        <w:rPr>
          <w:b/>
        </w:rPr>
        <w:t xml:space="preserve">[54:14] </w:t>
      </w:r>
      <w:r>
        <w:t>aur zara ghor kijiye, in zalimon ko aap ne Khuda, in zalimon ko aap ne bardasht kiya, kyun? un ke bete aur pote jo hain, Islam mein dakhil honge.</w:t>
      </w:r>
    </w:p>
    <w:p>
      <w:pPr>
        <w:jc w:val="right"/>
      </w:pPr>
      <w:r>
        <w:t>اور ذرا غور کیجئے، ان ظالموں کو آپ نے خدا، ان ظالموں کو آپ نے برداشت کیا، کیوں؟ ان کے بیٹے اور پوتے جو ہیں، اسلام میں داخل ہوں گے۔</w:t>
      </w:r>
    </w:p>
    <w:p>
      <w:r>
        <w:rPr>
          <w:b/>
        </w:rPr>
        <w:t xml:space="preserve">[54:24] </w:t>
      </w:r>
      <w:r>
        <w:t>yeh hai future oriented thinking. jo log aisi baatein karte hain, main samajhta hoon ke woh Islam ki abseri bhi nahi jaante.</w:t>
      </w:r>
    </w:p>
    <w:p>
      <w:pPr>
        <w:jc w:val="right"/>
      </w:pPr>
      <w:r>
        <w:t>یہ ہے فیوچر اورینٹڈ تھنکنگ۔ جو لوگ ایسی باتیں کرتے ہیں، میں سمجھتا ہوں کہ وہ اسلام کی ابیسیری بھی نہیں جانتے۔</w:t>
      </w:r>
    </w:p>
    <w:p>
      <w:r>
        <w:rPr>
          <w:b/>
        </w:rPr>
        <w:t xml:space="preserve">[54:35] </w:t>
      </w:r>
      <w:r>
        <w:t>next question is from Shahnawaz. he says that in the beginning of your lecture, you mentioned that forming Islamic state or government is meaningless.</w:t>
      </w:r>
    </w:p>
    <w:p>
      <w:pPr>
        <w:jc w:val="right"/>
      </w:pPr>
      <w:r>
        <w:t>نیکسٹ کوسچن از فرام شاہنواز۔ ہی سیز دیٹ ان دی بگننگ آف یور لیکچر، یو مینشن دیٹ فارمنگ اسلامک سٹیٹ اور گورنمنٹ از میننگ لیس۔</w:t>
      </w:r>
    </w:p>
    <w:p>
      <w:r>
        <w:rPr>
          <w:b/>
        </w:rPr>
        <w:t xml:space="preserve">[54:48] </w:t>
      </w:r>
      <w:r>
        <w:t>deen why did David Solomon Joseph become head of the states? and the prophet of Islam also formed Islamic state in Medina.</w:t>
      </w:r>
    </w:p>
    <w:p>
      <w:pPr>
        <w:jc w:val="right"/>
      </w:pPr>
      <w:r>
        <w:t>دین وائی ڈیڈ ڈیوڈ سولومن جوزف بیکم ہیڈ آف دی سٹیٹس؟ اینڈ دی پرافٹ آف اسلام السو فارمڈ اسلامک سٹیٹ ان مدینہ۔</w:t>
      </w:r>
    </w:p>
    <w:p>
      <w:r>
        <w:rPr>
          <w:b/>
        </w:rPr>
        <w:t xml:space="preserve">[54:58] </w:t>
      </w:r>
      <w:r>
        <w:t>what is your opinion on that? dekhiye, main ne jo baat kahi hai, is ka matlab yeh hai ke target nahi hai. woh is baat ko achhi samajh lijiye, Islam ka target hai insaan ko Islamize karna.</w:t>
      </w:r>
    </w:p>
    <w:p>
      <w:pPr>
        <w:jc w:val="right"/>
      </w:pPr>
      <w:r>
        <w:t>واٹ از یور اوپینین آن دیٹ؟ دیکھیے، میں نے جو بات کہی ہے، اس کا مطلب یہ ہے کہ ٹارگٹ نہیں ہے۔ وہ اس بات کو اچھی سمجھ لیجئے، اسلام کا ٹارگٹ ہے انسان کو اسلامائز کرنا۔</w:t>
      </w:r>
    </w:p>
    <w:p>
      <w:r>
        <w:rPr>
          <w:b/>
        </w:rPr>
        <w:t xml:space="preserve">[55:14] </w:t>
      </w:r>
      <w:r>
        <w:t>Islam ka target yeh nahi hai ke lad bhad kar hukoomat qaim karo. yeh ek jhooti baat hai. Rasool Allah salallahu alaihi wasallam jab Makka mein the to aap se kaha gaya ke in tureed mulkan mulkana awla,</w:t>
      </w:r>
    </w:p>
    <w:p>
      <w:pPr>
        <w:jc w:val="right"/>
      </w:pPr>
      <w:r>
        <w:t>اسلام کا ٹارگٹ یہ نہیں ہے کہ لڑ بھڑ کر حکومت قائم کرو۔ یہ ایک جھوٹی بات ہے۔ رسول اللہ صلی اللہ علیہ وسلم جب مکہ میں تھے تو آپ سے کہا گیا کہ ان ترید ملکاً ملکنا کا اولیٰ،</w:t>
      </w:r>
    </w:p>
    <w:p>
      <w:r>
        <w:rPr>
          <w:b/>
        </w:rPr>
        <w:t xml:space="preserve">[55:28] </w:t>
      </w:r>
      <w:r>
        <w:t>agar aap chahte hain hakim banna to hum aap ko hakim bana lete hain apne upar. aap ne kaha ke nahi, to sochne ki baat hai ke Rasool Allah salallahu alaihi wasallam ko hakim bana rahe the, kyun nahi aap ne qabool kar liya is ko?</w:t>
      </w:r>
    </w:p>
    <w:p>
      <w:pPr>
        <w:jc w:val="right"/>
      </w:pPr>
      <w:r>
        <w:t>اگر آپ چاہتے ہیں حاکم بننا تو ہم آپ کو حاکم بنا لیتے ہیں اپنے اوپر۔ آپ نے کہا کہ نہیں، تو سوچنے کی بات ہے کہ رسول اللہ صلی اللہ علیہ وسلم کو حاکم بنا رہے تھے، کیوں نہیں آپ نے قبول کر لیا اس کو؟</w:t>
      </w:r>
    </w:p>
    <w:p>
      <w:r>
        <w:rPr>
          <w:b/>
        </w:rPr>
        <w:t xml:space="preserve">[55:42] </w:t>
      </w:r>
      <w:r>
        <w:t>kyun? aap ka mission tha insaan ko Islamize karna. insaan jab Islamize ho jayen, society ban jaye to automatic taur par is ke andar se ek ubharta hai, ek system, ek nizam.</w:t>
      </w:r>
    </w:p>
    <w:p>
      <w:pPr>
        <w:jc w:val="right"/>
      </w:pPr>
      <w:r>
        <w:t>کیوں؟ آپ کا مشن تھا انسان کو اسلامائز کرنا۔ انسان جب اسلامائز ہو جائیں، سوسائٹی بن جائے تو آٹومیٹک طور پر اس کے اندر سے ایک ابھرتا ہے، ایک سسٹم، ایک نظام۔</w:t>
      </w:r>
    </w:p>
    <w:p>
      <w:r>
        <w:rPr>
          <w:b/>
        </w:rPr>
        <w:t xml:space="preserve">[55:56] </w:t>
      </w:r>
      <w:r>
        <w:t>woh bhi kitne din chala? aap dekhiye zara, jis jis ko aap log itna bara, yani insaan ki Islamize aap ko chhota kaam lagta hai, aur woh phir kitne din chala?</w:t>
      </w:r>
    </w:p>
    <w:p>
      <w:pPr>
        <w:jc w:val="right"/>
      </w:pPr>
      <w:r>
        <w:t>وہ بھی کتنے دن چلا؟ آپ دیکھیے ذرا، جس جس کو آپ لوگ اتنا بڑا، یعنی انسان کی اسلامائز آپ کو چھوٹا کام لگتا ہے، اور وہ پھر کتنے دن چلا؟</w:t>
      </w:r>
    </w:p>
    <w:p>
      <w:r>
        <w:rPr>
          <w:b/>
        </w:rPr>
        <w:t xml:space="preserve">[56:06] </w:t>
      </w:r>
      <w:r>
        <w:t>aap ghor kijiye, Rasool Allah salallahu alaihi wasallam ki wafat hui, Hazrat Aisha kehti hain ke artadat al Arab falamma tawaffa Rasool Allah salallahu alaihi wasallam artadat al Arab Rasool Allah ki wafat hui to sara Arab murtad ho gaya.</w:t>
      </w:r>
    </w:p>
    <w:p>
      <w:pPr>
        <w:jc w:val="right"/>
      </w:pPr>
      <w:r>
        <w:t>آپ غور کیجئے، رسول اللہ صلی اللہ علیہ وسلم کی وفات ہوئی، حضرت عائشہ کہتی ہیں کہ ارتدت العرب فلما توفی رسول اللہ صلی اللہ علیہ وسلم ارتدت العرب رسول اللہ کی وفات ہوئی تو سارا عرب مرتد ہو گیا۔</w:t>
      </w:r>
    </w:p>
    <w:p>
      <w:r>
        <w:rPr>
          <w:b/>
        </w:rPr>
        <w:t xml:space="preserve">[56:20] </w:t>
      </w:r>
      <w:r>
        <w:t>aap ghor kijiye, Umar ko maar dala, Usman ko maar dala, Ali ko maar dala, Hussain ko maar dala. to where is that is system? where is that ideal state?</w:t>
      </w:r>
    </w:p>
    <w:p>
      <w:pPr>
        <w:jc w:val="right"/>
      </w:pPr>
      <w:r>
        <w:t>آپ غور کیجئے، عمر کو مار ڈالا، عثمان کو مار ڈالا، علی کو مار ڈالا، حسین کو مار ڈالا۔ تو ویر از دیٹ از سسٹم؟ ویر از دیٹ آئیڈیل سٹیٹ؟</w:t>
      </w:r>
    </w:p>
    <w:p>
      <w:r>
        <w:rPr>
          <w:b/>
        </w:rPr>
        <w:t xml:space="preserve">[56:34] </w:t>
      </w:r>
      <w:r>
        <w:t>asal kaam jo hai, woh hai insaan ko jannat ka rasta dikhana, health se bachana. sara focus hamara paradise pe hona chahiye, aur jab is par focus rahega to aap man lenge is baat ko achhe tarike se ke Islamize man jo hai, Khuda insaan ka target hai, Islam ka, na ke doosri cheezon.</w:t>
      </w:r>
    </w:p>
    <w:p>
      <w:pPr>
        <w:jc w:val="right"/>
      </w:pPr>
      <w:r>
        <w:t>اصل کام جو ہے، وہ ہے انسان کو جنت کا راستہ دکھانا، ہیلتھ سے بچانا۔ سارا فوکس ہمارا پیراڈائز پہ ہونا چاہیے، اور جب اس پر فوکس رہے گا تو آپ مان لیں گے اس بات کو اچھے طریقے سے کہ اسلامائش مین جو ہے، خدا انسان کا ٹارگٹ ہے، اسلام کا، نہ کہ دوسری چیزیں۔</w:t>
      </w:r>
    </w:p>
    <w:p>
      <w:r>
        <w:rPr>
          <w:b/>
        </w:rPr>
        <w:t xml:space="preserve">[56:55] </w:t>
      </w:r>
      <w:r>
        <w:t>okay, ah next question is from Zakwan Nadvi. he says that isai hazrat ke is qadar sanjeedgi aur shauq ke sath daawa karne ki bunyadi wajah kya hai?</w:t>
      </w:r>
    </w:p>
    <w:p>
      <w:pPr>
        <w:jc w:val="right"/>
      </w:pPr>
      <w:r>
        <w:t>اوکے، اہ نیکسٹ کوسچن از فرام زکوان ندوی۔ ہی سیز دیٹ عیسائی حضرات کے اس قدر سنجیدگی اور شوق کے ساتھ دعویٰ کرنے کی بنیادی وجہ کیا ہے؟</w:t>
      </w:r>
    </w:p>
    <w:p>
      <w:r>
        <w:rPr>
          <w:b/>
        </w:rPr>
        <w:t xml:space="preserve">[57:14] </w:t>
      </w:r>
      <w:r>
        <w:t>dekhein, main jahan tak is par ghor kiya hai, main samjha hoon ke ummaten jo hain, yani nabiyon ke daur akhir ko namoona bana leti hain.</w:t>
      </w:r>
    </w:p>
    <w:p>
      <w:pPr>
        <w:jc w:val="right"/>
      </w:pPr>
      <w:r>
        <w:t>دیکھیں، میں جہاں تک اس پر غور کیا ہے، میں سمجھا ہوں کہ امتیں جو ہیں، یعنی نبیوں کے دور آخر کو نمونہ بنا لیتی ہیں۔</w:t>
      </w:r>
    </w:p>
    <w:p>
      <w:r>
        <w:rPr>
          <w:b/>
        </w:rPr>
        <w:t xml:space="preserve">[57:31] </w:t>
      </w:r>
      <w:r>
        <w:t>jaise khandan mein farz kijiye ke hamara baap jo tha, bohat ghareeb tha, lekin hote hote hote woh crore pati ban gaya.</w:t>
      </w:r>
    </w:p>
    <w:p>
      <w:pPr>
        <w:jc w:val="right"/>
      </w:pPr>
      <w:r>
        <w:t>جیسے خاندان میں فرض کیجئے کہ ہمارا باپ جو تھا، بہت غریب تھا، لیکن ہوتے ہوتے ہوتے وہ کروڑ پتی بن گیا۔</w:t>
      </w:r>
    </w:p>
    <w:p>
      <w:r>
        <w:rPr>
          <w:b/>
        </w:rPr>
        <w:t xml:space="preserve">[57:40] </w:t>
      </w:r>
      <w:r>
        <w:t>to hum crore pati se aaghaz karte hain apni soch ka, aur fakhr kar fakhr karne lagte hain. baap ke is bhai ko nahi sochte jab woh ghareeb tha, baap ke is bhai ko lete hain jab woh crore pati ban gaya.</w:t>
      </w:r>
    </w:p>
    <w:p>
      <w:pPr>
        <w:jc w:val="right"/>
      </w:pPr>
      <w:r>
        <w:t>تو ہم کروڑ پتی سے آغاز کرتے ہیں اپنی سوچ کا، اور فخر کر فخر کرنے لگتے ہیں۔ باپ کے اس بھائی کو نہیں سوچتے جب وہ غریب تھا، باپ کے اس بھائی کو لیتے ہیں جب وہ کروڑ پتی بن گیا۔</w:t>
      </w:r>
    </w:p>
    <w:p>
      <w:r>
        <w:rPr>
          <w:b/>
        </w:rPr>
        <w:t xml:space="preserve">[57:51] </w:t>
      </w:r>
      <w:r>
        <w:t>wohin se apne fakhr ki ghiza lene lagte hain. hum to Rasool Allah ka zamana yeh hai ke aap ka khatma jab hua to duniya mein Islami musalmanon ka bohat bara state ban chuka tha.</w:t>
      </w:r>
    </w:p>
    <w:p>
      <w:pPr>
        <w:jc w:val="right"/>
      </w:pPr>
      <w:r>
        <w:t>وہیں سے اپنے فخر کی غذا لینے لگتے ہیں۔ ہم تو رسول اللہ کا زمانہ یہ ہے کہ آپ کا خاتمہ جب ہوا تو دنیا میں اسلامی مسلمانوں کا بہت بڑا اسٹیٹ بن چکا تھا۔</w:t>
      </w:r>
    </w:p>
    <w:p>
      <w:r>
        <w:rPr>
          <w:b/>
        </w:rPr>
        <w:t xml:space="preserve">[58:05] </w:t>
      </w:r>
      <w:r>
        <w:t>wahan se musalmanon ne apni soch ko shuru kiya, yani jo rasool Allah ka ilm tha, wahan se musalmanon ne apni stage ka aaghaz kiya.</w:t>
      </w:r>
    </w:p>
    <w:p>
      <w:pPr>
        <w:jc w:val="right"/>
      </w:pPr>
      <w:r>
        <w:t>وہاں سے مسلمانوں نے اپنی سوچ کو شروع کیا، یعنی جو رسول اللہ کا علم تھا، وہاں سے مسلمانوں نے اپنی سٹیج کا آغاز کیا۔</w:t>
      </w:r>
    </w:p>
    <w:p>
      <w:r>
        <w:rPr>
          <w:b/>
        </w:rPr>
        <w:t xml:space="preserve">[58:15] </w:t>
      </w:r>
      <w:r>
        <w:t>acha, masih ka mamla is ka ulta tha. un ka jo ilm tha, kya tha ke un ko soli pe charha diya gaya. to yahan se un ko aaghaz mila, yani tawazu, modesty,</w:t>
      </w:r>
    </w:p>
    <w:p>
      <w:pPr>
        <w:jc w:val="right"/>
      </w:pPr>
      <w:r>
        <w:t>اچھا، مسیح کا معاملہ اس کا الٹا تھا۔ ان کا جو علم تھا، کیا تھا کہ ان کو سولی پہ چڑھا دیا گیا۔ تو یہاں سے ان کو آغاز ملا، یعنی تواضع، ماڈیسٹی،</w:t>
      </w:r>
    </w:p>
    <w:p>
      <w:r>
        <w:rPr>
          <w:b/>
        </w:rPr>
        <w:t xml:space="preserve">[58:30] </w:t>
      </w:r>
      <w:r>
        <w:t>daawa, work, tolerance, patience. yahan se un ko aaghaz mila. hum ko aaghaz mila kahan se? political empire se.</w:t>
      </w:r>
    </w:p>
    <w:p>
      <w:pPr>
        <w:jc w:val="right"/>
      </w:pPr>
      <w:r>
        <w:t>دعویٰ، ورک، ٹولرنس، پیشنس۔ یہاں سے ان کو آغاز ملا۔ ہم کو آغاز ملا کہاں سے؟ پولیٹیکل ایمپائر سے۔</w:t>
      </w:r>
    </w:p>
    <w:p>
      <w:r>
        <w:rPr>
          <w:b/>
        </w:rPr>
        <w:t xml:space="preserve">[58:39] </w:t>
      </w:r>
      <w:r>
        <w:t>is se musalmanon ka mizaj ban gaya kya? ladne bhadne ka. un ka mizaj ban gaya kya? un ka mizaj ban gaya wahi rafat aur rehmat wala mizaj.</w:t>
      </w:r>
    </w:p>
    <w:p>
      <w:pPr>
        <w:jc w:val="right"/>
      </w:pPr>
      <w:r>
        <w:t>اس سے مسلمانوں کا مزاج بن گیا کیا؟ لڑنے بھڑنے کا۔ ان کا مزاج بن گیا کیا؟ ان کا مزاج بن گیا وہی رافت اور رحمت والا مزاج۔</w:t>
      </w:r>
    </w:p>
    <w:p>
      <w:r>
        <w:rPr>
          <w:b/>
        </w:rPr>
        <w:t xml:space="preserve">[58:51] </w:t>
      </w:r>
      <w:r>
        <w:t>main is baat, is ka jawab mein yeh samajh paya hoon.</w:t>
      </w:r>
    </w:p>
    <w:p>
      <w:pPr>
        <w:jc w:val="right"/>
      </w:pPr>
      <w:r>
        <w:t>میں اس بات، اس کا جواب میں یہ سمجھ پایا ہوں۔</w:t>
      </w:r>
    </w:p>
    <w:p>
      <w:r>
        <w:rPr>
          <w:b/>
        </w:rPr>
        <w:t xml:space="preserve">[58:58] </w:t>
      </w:r>
      <w:r>
        <w:t>next question is from jamaluddin. he says that how far will it be justified to state that the earliest Muslim conquests in Iran and parts of the Roman Empire were not related to daawa work?</w:t>
      </w:r>
    </w:p>
    <w:p>
      <w:pPr>
        <w:jc w:val="right"/>
      </w:pPr>
      <w:r>
        <w:t>نیکسٹ کوسچن از فرام جمال الدین۔ ہی سیز دیٹ how far will it be justified to state that the earliest Muslim conquests in Iran and parts of the Roman Empire were not related to دعویٰ ورک?</w:t>
      </w:r>
    </w:p>
    <w:p>
      <w:r>
        <w:rPr>
          <w:b/>
        </w:rPr>
        <w:t xml:space="preserve">[59:18] </w:t>
      </w:r>
      <w:r>
        <w:t>dekhiye, pichhle class mein maine tafseel se bataya tha ke is ki haqeeqat kya hai. is ki haqeeqat yeh hai ke is zamane mein badshahat ka daur tha,</w:t>
      </w:r>
    </w:p>
    <w:p>
      <w:pPr>
        <w:jc w:val="right"/>
      </w:pPr>
      <w:r>
        <w:t>دیکھیے، پچھلے کلاس میں میں نے تفصیل سے بتایا تھا کہ اس کی حقیقت کیا ہے۔ اس کی حقیقت یہ ہے کہ اس زمانے میں بادشاہت کا دور تھا،</w:t>
      </w:r>
    </w:p>
    <w:p>
      <w:r>
        <w:rPr>
          <w:b/>
        </w:rPr>
        <w:t xml:space="preserve">[59:32] </w:t>
      </w:r>
      <w:r>
        <w:t>hazaron saal se chala aa raha tha, jis ko henry pren ne absolute imperialism kaha hai, mutlaq shehanshayiat. jo shehanshah log jo hain, har qism ki azaadi ko chheene hue thay,</w:t>
      </w:r>
    </w:p>
    <w:p>
      <w:pPr>
        <w:jc w:val="right"/>
      </w:pPr>
      <w:r>
        <w:t>ہزاروں سال سے چلا آ رہا تھا، جس کو ہنری پرین نے ایبسولیوٹ ایمپیریلزم کہا ہے، مطلق شہنشاہیت۔ جو شہنشاہ لوگ جو ہیں، ہر قسم کی آزادی کو چھینے ہوئے تھے،</w:t>
      </w:r>
    </w:p>
    <w:p>
      <w:r>
        <w:rPr>
          <w:b/>
        </w:rPr>
        <w:t xml:space="preserve">[59:46] </w:t>
      </w:r>
      <w:r>
        <w:t>including mazhabi azaadi. to koi tehreek nahi chal sakti thi, koi kaam nahi ho sakta tha, siwaye is ke ke badshah ke aage haath sar jhukaye rahay.</w:t>
      </w:r>
    </w:p>
    <w:p>
      <w:pPr>
        <w:jc w:val="right"/>
      </w:pPr>
      <w:r>
        <w:t>انکلوڈنگ مذہبی آزادی۔ تو کوئی تحریک نہیں چل سکتی تھی، کوئی کام نہیں ہو سکتا تھا، سوائے اس کے کہ بادشاہ کے آگے ہاتھ سر جھکائے رہیے۔</w:t>
      </w:r>
    </w:p>
    <w:p>
      <w:r>
        <w:rPr>
          <w:b/>
        </w:rPr>
        <w:t xml:space="preserve">[59:58] </w:t>
      </w:r>
      <w:r>
        <w:t>to freedom nahi hone se koi kaam ho nahi pata tha, aur woh saltanatain itni zabardast thi, itni taqat un ki thi ke un ko todna aasan kaam nahi tha.</w:t>
      </w:r>
    </w:p>
    <w:p>
      <w:pPr>
        <w:jc w:val="right"/>
      </w:pPr>
      <w:r>
        <w:t>تو فریڈم نہیں ہونے سے کوئی کام ہو نہیں پاتا تھا، اور وہ سلطنتیں اتنی زبردست تھیں، اتنی طاقت ان کی تھی کہ ان کو توڑنا آسان کام نہیں تھا۔</w:t>
      </w:r>
    </w:p>
    <w:p>
      <w:r>
        <w:rPr>
          <w:b/>
        </w:rPr>
        <w:t xml:space="preserve">[1:00:09] </w:t>
      </w:r>
      <w:r>
        <w:t>to rasool Allah sal Allah alayhi wasallam ne aur sahaba kiram ne is ko toda, jis ko maine kaha tha pichhle hafte mein ke master stroke tha. woh master stroke to ab absolute imperialism ko khatam kar ke ek naya process tareekh mein jari hua.</w:t>
      </w:r>
    </w:p>
    <w:p>
      <w:pPr>
        <w:jc w:val="right"/>
      </w:pPr>
      <w:r>
        <w:t>تو رسول اللہ صلی اللہ علیہ وسلم نے اور صحابہ کرام نے اس کو توڑا، جس کو میں نے کہا تھا پچھلے ہفتے میں کہ ماسٹر اسٹروک تھا۔ وہ ماسٹر اسٹروک تو اب ایبسولیوٹ ایمپیریلزم کو ختم کر کے ایک نیا پراسیس تاریخ میں جاری ہوا۔</w:t>
      </w:r>
    </w:p>
    <w:p>
      <w:r>
        <w:rPr>
          <w:b/>
        </w:rPr>
        <w:t xml:space="preserve">[1:00:24] </w:t>
      </w:r>
      <w:r>
        <w:t>to woh rukawat ko door karna tha, wahi asal maqsad nahi tha. yaad rakhiye, ek cheez hai rukawat ko door karna, woh asal maqsad nahi ho sakta.</w:t>
      </w:r>
    </w:p>
    <w:p>
      <w:pPr>
        <w:jc w:val="right"/>
      </w:pPr>
      <w:r>
        <w:t>تو وہ رکاوٹ کو دور کرنا تھا، وہی اصل مقصد نہیں تھا۔ یاد رکھیے، ایک چیز ہے رکاوٹ کو دور کرنا، وہ اصل مقصد نہیں ہو سکتا۔</w:t>
      </w:r>
    </w:p>
    <w:p>
      <w:r>
        <w:rPr>
          <w:b/>
        </w:rPr>
        <w:t xml:space="preserve">[1:00:33] </w:t>
      </w:r>
      <w:r>
        <w:t>woh jise aap ke baap ne farz kijiye ke ek adalati case chhoda ho, woh baap business karta tha, ek ittefaq se phans gaya adalati kaam mein.</w:t>
      </w:r>
    </w:p>
    <w:p>
      <w:pPr>
        <w:jc w:val="right"/>
      </w:pPr>
      <w:r>
        <w:t>وہ جسے آپ کے باپ نے فرض کیجئے کہ ایک عدالتی کیس چھوڑا ہو، وہ باپ بزنس کرتا تھا، ایک اتفاق سے پھنس گیا عدالتی کام میں۔</w:t>
      </w:r>
    </w:p>
    <w:p>
      <w:r>
        <w:rPr>
          <w:b/>
        </w:rPr>
        <w:t xml:space="preserve">[1:00:44] </w:t>
      </w:r>
      <w:r>
        <w:t>to aap kya zindagi bhar muqadma ladte rahenge? woh ek rukawat hai, us ko khatam kar ke phir business mein chal padenge. aap asal maqsad business karna hai, na ke adalaton mein muqadma karna.</w:t>
      </w:r>
    </w:p>
    <w:p>
      <w:pPr>
        <w:jc w:val="right"/>
      </w:pPr>
      <w:r>
        <w:t>تو آپ کیا زندگی بھر مقدمہ لڑتے رہیں گے؟ وہ ایک رکاوٹ ہے، اس کو ختم کر کے پھر بزنس میں چل پڑیں گے۔ آپ اصل مقصد بزنس کرنا ہے، نہ کہ عدالتوں میں مقدمہ کرنا۔</w:t>
      </w:r>
    </w:p>
    <w:p>
      <w:r>
        <w:rPr>
          <w:b/>
        </w:rPr>
        <w:t xml:space="preserve">[1:00:57] </w:t>
      </w:r>
      <w:r>
        <w:t>to is waqt jo hazaron saal ki wajah se imperial absolutism aa gaya tha, jo us ko khatam karna tha taake religious freedom aa jaye, science ka daur aaye, azaadi aaye,</w:t>
      </w:r>
    </w:p>
    <w:p>
      <w:pPr>
        <w:jc w:val="right"/>
      </w:pPr>
      <w:r>
        <w:t>تو اس وقت جو ہزاروں سال کی وجہ سے ایمپیریل ایبسولیوٹیز آ گیا تھا، جو اس کو ختم کرنا تھا تاکہ ریلیجیس فریڈم آ جائے، سائنس کا دور آئے، آزادی آئے،</w:t>
      </w:r>
    </w:p>
    <w:p>
      <w:r>
        <w:rPr>
          <w:b/>
        </w:rPr>
        <w:t xml:space="preserve">[1:01:11] </w:t>
      </w:r>
      <w:r>
        <w:t>aur yeh sari cheezein aayin jo baad ko paida huin, woh ab aa gaya. ab daawa work kijiye, ab ladna bhadna kya hai? jaise case khatam hoga to business kijiye.</w:t>
      </w:r>
    </w:p>
    <w:p>
      <w:pPr>
        <w:jc w:val="right"/>
      </w:pPr>
      <w:r>
        <w:t>اور یہ ساری چیزیں آئیں جو بعد کو پیدا ہوئیں، وہ اب آ گیا۔ اب دعویٰ ورک کیجئے، اب لڑنا بھڑنا کیا ہے؟ جیسے کیس ختم ہوگا تو بزنس کیجئے۔</w:t>
      </w:r>
    </w:p>
    <w:p>
      <w:r>
        <w:rPr>
          <w:b/>
        </w:rPr>
        <w:t xml:space="preserve">[1:01:22] </w:t>
      </w:r>
      <w:r>
        <w:t>koi aisa bewakoof nahi hoga, beta, ke baap kahe ke baap to muqadme mein phans gaya tha, hum zindagi mein muqadme mein ladna hai. humein</w:t>
      </w:r>
    </w:p>
    <w:p>
      <w:pPr>
        <w:jc w:val="right"/>
      </w:pPr>
      <w:r>
        <w:t>کوئی ایسا بیوقوف نہیں ہوگا، بیٹا، کہ باپ کہے کہ باپ تو مقدمے میں پھنس گیا تھا، ہم زندگی میں مقدمے میں لڑنا ہے۔ ہمیں</w:t>
      </w:r>
    </w:p>
    <w:p>
      <w:r>
        <w:rPr>
          <w:b/>
        </w:rPr>
        <w:t xml:space="preserve">[1:01:32] </w:t>
      </w:r>
      <w:r>
        <w:t>aise mein bohat si families jaanta hoon ke baap kisi wajah se phans gaya adalati kaam mein, muqadme mein, aur business jo hai woh nuksan mein chalne laga.</w:t>
      </w:r>
    </w:p>
    <w:p>
      <w:pPr>
        <w:jc w:val="right"/>
      </w:pPr>
      <w:r>
        <w:t>ایسے میں بہت سی فیملیز جانتا ہوں کہ باپ کسی وجہ سے پھنس گیا عدالتی کام میں، مقدمے میں، اور بزنس جو ہے وہ نقصان میں چلنے لگا۔</w:t>
      </w:r>
    </w:p>
    <w:p>
      <w:r>
        <w:rPr>
          <w:b/>
        </w:rPr>
        <w:t xml:space="preserve">[1:01:43] </w:t>
      </w:r>
      <w:r>
        <w:t>to ab baap mar gaya to bete ne kisi bhi tareeqe se adalati mamle ko khatam kiya taake business chal pade. to woh woh beta kitna bewakoof hoga ke mujhe to muqadme ladna hai, kyunke mera baap muqadme ladta tha.</w:t>
      </w:r>
    </w:p>
    <w:p>
      <w:pPr>
        <w:jc w:val="right"/>
      </w:pPr>
      <w:r>
        <w:t>تو اب باپ مر گیا تو بیٹے نے کسی بھی طریقے سے عدالتی معاملے کو ختم کیا تاکہ بزنس چل پڑے۔ تو وہ وہ بیٹا کتنا بیوقوف ہوگا کہ مجھے تو مقدمے لڑنا ہے، کیونکہ میرا باپ مقدمے لڑتا تھا۔</w:t>
      </w:r>
    </w:p>
    <w:p>
      <w:r>
        <w:rPr>
          <w:b/>
        </w:rPr>
        <w:t xml:space="preserve">[1:01:58] </w:t>
      </w:r>
      <w:r>
        <w:t>to is zamane mein jo jang pesh aayi, woh rukawat ko khatam karne ki thi, wahi target nahi tha. target tha daawa work.</w:t>
      </w:r>
    </w:p>
    <w:p>
      <w:pPr>
        <w:jc w:val="right"/>
      </w:pPr>
      <w:r>
        <w:t>تو اس زمانے میں جو جنگ پیش آئی، وہ رکاوٹ کو ختم کرنے کی تھی، وہی ٹارگٹ نہیں تھا۔ ٹارگٹ تھا دعویٰ ورک۔</w:t>
      </w:r>
    </w:p>
    <w:p>
      <w:r>
        <w:rPr>
          <w:b/>
        </w:rPr>
        <w:t xml:space="preserve">[1:02:06] </w:t>
      </w:r>
      <w:r>
        <w:t>daawa work kya hai? Islam ke seene, insan ke seene mein Allah ka khauf dalna, insan ke seene mein Allah ki mohabbat dalna, insan ke seene mein jannat ka shauq dalna, insan ke seene mein jahannum ka andesha dalna,</w:t>
      </w:r>
    </w:p>
    <w:p>
      <w:pPr>
        <w:jc w:val="right"/>
      </w:pPr>
      <w:r>
        <w:t>دعویٰ ورک کیا ہے؟ اسلام کے سینے، انسان کے سینے میں اللہ کا خوف ڈالنا، انسان کے سینے میں اللہ کی محبت ڈالنا، انسان کے سینے میں جنت کا شوق ڈالنا، انسان کے سینے میں جہنم کا اندیشہ ڈالنا،</w:t>
      </w:r>
    </w:p>
    <w:p>
      <w:r>
        <w:rPr>
          <w:b/>
        </w:rPr>
        <w:t xml:space="preserve">[1:02:25] </w:t>
      </w:r>
      <w:r>
        <w:t>insan ko divine character par le aana. yeh hai daawa work. to asal kaam hai insan se mohabbat karna, insan ko jannat ki taraf ka musafir, musafir banna.</w:t>
      </w:r>
    </w:p>
    <w:p>
      <w:pPr>
        <w:jc w:val="right"/>
      </w:pPr>
      <w:r>
        <w:t>انسان کو ڈیوائن کریکٹر پر لے آنا۔ یہ ہے دعویٰ ورک۔ تو اصل کام ہے انسان سے محبت کرنا، انسان کو جنت کی طرف کا مسافر، مسافر بننا۔</w:t>
      </w:r>
    </w:p>
    <w:p>
      <w:r>
        <w:rPr>
          <w:b/>
        </w:rPr>
        <w:t xml:space="preserve">[1:02:38] </w:t>
      </w:r>
      <w:r>
        <w:t>yeh thodi lad ke un ki gardanein kaato, yeh koi kaam hai? gardanein kaato! aap jab rukawatein khatam ho gayin to ab zara gardan kaatna kya hai? bhai, ab un ko jannat ka rasta dikhaiye.</w:t>
      </w:r>
    </w:p>
    <w:p>
      <w:pPr>
        <w:jc w:val="right"/>
      </w:pPr>
      <w:r>
        <w:t>یہ تھوڑی لڑ کے ان کی گردنیں کاٹو، یہ کوئی کام ہے؟ گردنیں کاٹو! آپ جب رکاوٹیں ختم ہو گئی تو اب ذرا گردن کاٹنا کیا ہے؟ بھئی، اب ان کو جنت کا راستہ دکھائیے۔</w:t>
      </w:r>
    </w:p>
    <w:p>
      <w:r>
        <w:rPr>
          <w:b/>
        </w:rPr>
        <w:t xml:space="preserve">[1:02:48] </w:t>
      </w:r>
      <w:r>
        <w:t>that is the or Maulana astuti malhotra asked we institutionalize daawa work in Islam.</w:t>
      </w:r>
    </w:p>
    <w:p>
      <w:pPr>
        <w:jc w:val="right"/>
      </w:pPr>
      <w:r>
        <w:t>دیٹ از دا اور مولانا استوتی ملوترا اسکڈو وی انسٹیٹیوشنلائز دعویٰ ورک ان اسلام۔</w:t>
      </w:r>
    </w:p>
    <w:p>
      <w:r>
        <w:rPr>
          <w:b/>
        </w:rPr>
        <w:t xml:space="preserve">[1:02:57] </w:t>
      </w:r>
      <w:r>
        <w:t>main samajhta hoon ke pehla kaam to yeh hai ke hum jaanen ke institution kya cheez hoti hai. jahan tak musalmanon ka ta'alluq hai, main main samajhta hoon ke woh jante hi nahi abhi tak institution kya cheez hai.</w:t>
      </w:r>
    </w:p>
    <w:p>
      <w:pPr>
        <w:jc w:val="right"/>
      </w:pPr>
      <w:r>
        <w:t>میں سمجھتا ہوں کہ پہلا کام تو یہ ہے کہ ہم جانیں کہ انسٹیٹیوشن کیا چیز ہوتی ہے۔ جہاں تک مسلمانوں کا تعلق ہے، میں میں سمجھتا ہوں کہ وہ جانتے ہی نہیں ابھی تک انسٹیٹیوشن کیا چیز ہے۔</w:t>
      </w:r>
    </w:p>
    <w:p>
      <w:r>
        <w:rPr>
          <w:b/>
        </w:rPr>
        <w:t xml:space="preserve">[1:03:14] </w:t>
      </w:r>
      <w:r>
        <w:t>dekhiye, main misaal deta hoon aap ko ke saare dunya ke musalman kya sochte hain? muslim hukoomat qaim karo, islami hukoomat qaim karo. bas yahi jaante hain aur kuch nahi pata in ko hai.</w:t>
      </w:r>
    </w:p>
    <w:p>
      <w:pPr>
        <w:jc w:val="right"/>
      </w:pPr>
      <w:r>
        <w:t>دیکھیے، میں مثال دیتا ہوں آپ کو کہ سارے دنیا کے مسلمان کیا سوچتے ہیں؟ مسلم حکومت قائم کرو، اسلامی حکومت قائم کرو۔ بس یہی جانتے ہیں اور کچھ نہیں پتہ ان کو ہے۔</w:t>
      </w:r>
    </w:p>
    <w:p>
      <w:r>
        <w:rPr>
          <w:b/>
        </w:rPr>
        <w:t xml:space="preserve">[1:03:25] </w:t>
      </w:r>
      <w:r>
        <w:t>halankeh zamana ek aisa aa gaya hai jab ke hukoomat se bari ek cheez wajood mein aa gayi, jis ko institution aaj jo hai, jaise yahoodi hain America mein, un ke paas hukoomat nahi hai,</w:t>
      </w:r>
    </w:p>
    <w:p>
      <w:pPr>
        <w:jc w:val="right"/>
      </w:pPr>
      <w:r>
        <w:t>حالانکہ زمانہ ایک ایسا آ گیا ہے جب کہ حکومت سے بڑی ایک چیز وجود میں آ گئی، جس کو انسٹیٹیوشن آج جو ہے، جیسے یہودی ہیں امریکہ میں، ان کے پاس حکومت نہیں ہے،</w:t>
      </w:r>
    </w:p>
    <w:p>
      <w:r>
        <w:rPr>
          <w:b/>
        </w:rPr>
        <w:t xml:space="preserve">[1:03:39] </w:t>
      </w:r>
      <w:r>
        <w:t>lekin institutions hain un ke paas: banking ka institution, aur is aur education, aur medical education institution.</w:t>
      </w:r>
    </w:p>
    <w:p>
      <w:pPr>
        <w:jc w:val="right"/>
      </w:pPr>
      <w:r>
        <w:t>لیکن انسٹیٹیوشنز ہیں ان کے پاس: بینکنگ کا انسٹیٹیوشن، اور اس اور ایجوکیشن، اور میڈیکل ایجوکیشن انسٹیٹیوشن۔</w:t>
      </w:r>
    </w:p>
    <w:p>
      <w:r>
        <w:rPr>
          <w:b/>
        </w:rPr>
        <w:t xml:space="preserve">[1:03:50] </w:t>
      </w:r>
      <w:r>
        <w:t>yani jo journalism, media, yeh sab institutions hain, is ko unhon ne apne haath mein le rakha hai. inhe state ki koi zaroorat hi nahi hai, inhe state ki koi zaroorat nahi hai.</w:t>
      </w:r>
    </w:p>
    <w:p>
      <w:pPr>
        <w:jc w:val="right"/>
      </w:pPr>
      <w:r>
        <w:t>یعنی جو جرنلزم، میڈیا، یہ سب انسٹیٹیوشنز ہیں، اس کو انہوں نے اپنے ہاتھ میں لے رکھا ہے۔ انہیں اسٹیٹ کی کوئی ضرورت ہی نہیں ہے، انہیں اسٹیٹ کی کوئی ضرورت نہیں ہے۔</w:t>
      </w:r>
    </w:p>
    <w:p>
      <w:r>
        <w:rPr>
          <w:b/>
        </w:rPr>
        <w:t xml:space="preserve">[1:04:03] </w:t>
      </w:r>
      <w:r>
        <w:t>pehlay zamanay mein, in industrial age se pehlay jo tha, sirf ek hi power thi, woh thi political power. musalman aaj bhi isi mein jeetay hain.</w:t>
      </w:r>
    </w:p>
    <w:p>
      <w:pPr>
        <w:jc w:val="right"/>
      </w:pPr>
      <w:r>
        <w:t>پہلے زمانے میں، ان انڈسٹریل ایج سے پہلے جو تھا، صرف ایک ہی پاور تھی، وہ تھی پولیٹیکل پاور۔ مسلمان آج بھی اسی میں جیتے ہیں۔</w:t>
      </w:r>
    </w:p>
    <w:p>
      <w:r>
        <w:rPr>
          <w:b/>
        </w:rPr>
        <w:t xml:space="preserve">[1:04:13] </w:t>
      </w:r>
      <w:r>
        <w:t>musalmanon ko pata hi nahi ke woh daur khatam ho gaya. ab daur institutions ka daur aa gaya hai. main to kisi musalman ko aaj tak paya nahi, ek bhi musalman jo yeh jaane ke woh zamana khatam ho gaya jab sirf political power hi power hua karti thi.</w:t>
      </w:r>
    </w:p>
    <w:p>
      <w:pPr>
        <w:jc w:val="right"/>
      </w:pPr>
      <w:r>
        <w:t>مسلمانوں کو پتہ ہی نہیں کہ وہ دور ختم ہو گیا۔ اب دور انسٹیٹیوشنز کا دور آ گیا ہے۔ میں تو کسی مسلمان کو آج تک پایا نہیں، ایک بھی مسلمان جو یہ جانے کہ وہ زمانہ ختم ہو گیا جب صرف پولیٹیکل پاور ہی پاور ہوا کرتی تھی۔</w:t>
      </w:r>
    </w:p>
    <w:p>
      <w:r>
        <w:rPr>
          <w:b/>
        </w:rPr>
        <w:t xml:space="preserve">[1:04:28] </w:t>
      </w:r>
      <w:r>
        <w:t>ab institution ka naam power hai. jaante hi nahi to aap kya karein ge? sab se pehle in ke ko samjhaiye ke institution ka zamana aa chuka hai.</w:t>
      </w:r>
    </w:p>
    <w:p>
      <w:pPr>
        <w:jc w:val="right"/>
      </w:pPr>
      <w:r>
        <w:t>اب انسٹیٹیوشن کا نام پاور ہے۔ جانتے ہی نہیں تو آپ کیا کریں گے؟ سب سے پہلے ان کے کو سمجھائیے کہ انسٹیٹیوشن کا زمانہ آ چکا ہے۔</w:t>
      </w:r>
    </w:p>
    <w:p>
      <w:r>
        <w:rPr>
          <w:b/>
        </w:rPr>
        <w:t xml:space="preserve">[1:04:37] </w:t>
      </w:r>
      <w:r>
        <w:t>hum wohi koshish kar rahe hain. yeh bhi ek institution hai, yeh jo hum kar rahe hain, yeh bhi ek institution hai. yeh</w:t>
      </w:r>
    </w:p>
    <w:p>
      <w:pPr>
        <w:jc w:val="right"/>
      </w:pPr>
      <w:r>
        <w:t>ہم وہی کوشش کر رہے ہیں۔ یہ بھی ایک انسٹیٹیوشن ہے، یہ جو ہم کر رہے ہیں، یہ بھی ایک انسٹیٹیوشن ہے۔ یہ</w:t>
      </w:r>
    </w:p>
    <w:p>
      <w:r>
        <w:rPr>
          <w:b/>
        </w:rPr>
        <w:t xml:space="preserve">[1:04:45] </w:t>
      </w:r>
      <w:r>
        <w:t>to institutionalize karne ka matlab yeh hai, mere nazdeek, ke aaj ki cheezon ka aap istemaal karein: literature ko, media ko, kitabon ko, magazine ko, aur interaction ko.</w:t>
      </w:r>
    </w:p>
    <w:p>
      <w:pPr>
        <w:jc w:val="right"/>
      </w:pPr>
      <w:r>
        <w:t>تو انسٹیٹیوشنلائز کرنے کا مطلب یہ ہے، میرے نزدیک، کہ آج کی چیزوں کا آپ استعمال کریں: لٹریچر کو، میڈیا کو، کتابوں کو، میگزین کو، اور انٹریکشن کو۔</w:t>
      </w:r>
    </w:p>
    <w:p>
      <w:r>
        <w:rPr>
          <w:b/>
        </w:rPr>
        <w:t xml:space="preserve">[1:05:00] </w:t>
      </w:r>
      <w:r>
        <w:t>yeh saari cheezein jo hain, in ko organized way mein istemaal karein, organized way mein.</w:t>
      </w:r>
    </w:p>
    <w:p>
      <w:pPr>
        <w:jc w:val="right"/>
      </w:pPr>
      <w:r>
        <w:t>یہ ساری چیزیں جو ہیں، ان کو ارگنائزڈ وے میں استعمال کریں، ارگنائزڈ وے میں۔</w:t>
      </w:r>
    </w:p>
    <w:p>
      <w:r>
        <w:rPr>
          <w:b/>
        </w:rPr>
        <w:t xml:space="preserve">[1:05:09] </w:t>
      </w:r>
      <w:r>
        <w:t>aur is ke liye aap, jaisa ke maine arz kiya, ke Christian already kar rahe hain is kaam ko organized way mein, to un ki study bhi kijiye aap ke unhon ne kis tarah se is kaam ko organize kiya hai.</w:t>
      </w:r>
    </w:p>
    <w:p>
      <w:pPr>
        <w:jc w:val="right"/>
      </w:pPr>
      <w:r>
        <w:t>اور اس کے لیے آپ، جیسا کہ میں نے عرض کیا، کہ کرسچن الریڈی کر رہے ہیں اس کام کو ارگنائزڈ وے میں، تو ان کی اسٹڈی بھی کیجئے آپ کہ انہوں نے کس طرح سے اس کام کو ارگنائز کیا ہے۔</w:t>
      </w:r>
    </w:p>
    <w:p>
      <w:r>
        <w:rPr>
          <w:b/>
        </w:rPr>
        <w:t xml:space="preserve">[1:05:22] </w:t>
      </w:r>
      <w:r>
        <w:t>is ko janiye, jaisa ke maine ek kitab ki misaal di aap ko, townsend wali. is tarah se hazaron kitabein hain. to un ko jab hum is ki study karein ge to bohat aasani se hum samajh payein ge ke aaj ke zamanay mein kis tarah se hum is ko ek institution, institution ka roop de sakte hain.</w:t>
      </w:r>
    </w:p>
    <w:p>
      <w:pPr>
        <w:jc w:val="right"/>
      </w:pPr>
      <w:r>
        <w:t>اس کو جانیے، جیسے میں نے ایک کتاب کی مثال دی آپ کو، ٹاؤن سینٹ والی۔ اس طرح سے ہزاروں کتابیں ہیں۔ تو ان کو جب ہم اس کی اسٹڈی کریں گے تو بہت آسانی سے ہم سمجھ پائیں گے کہ آج کے زمانے میں کس طرح سے ہم اس کو ایک انسٹیٹیوشن، انسٹیٹیوشن کا روپ دے سکتے ہیں۔</w:t>
      </w:r>
    </w:p>
    <w:p>
      <w:r>
        <w:rPr>
          <w:b/>
        </w:rPr>
        <w:t xml:space="preserve">[1:05:42] </w:t>
      </w:r>
      <w:r>
        <w:t>next question is from farida khanoom. she says that da'wah work is such a big task that we cannot accomplish it without divine succor.</w:t>
      </w:r>
    </w:p>
    <w:p>
      <w:pPr>
        <w:jc w:val="right"/>
      </w:pPr>
      <w:r>
        <w:t>نیکسٹ کوسچن از فرام فریدہ خانم۔ شی سیز دیٹ دعویٰ ورک از سچ اے بگ ٹاسک دیٹ وی کین ناٹ اکمپلش اٹ ودا آؤٹ ڈیوائن سکر۔</w:t>
      </w:r>
    </w:p>
    <w:p>
      <w:r>
        <w:rPr>
          <w:b/>
        </w:rPr>
        <w:t xml:space="preserve">[1:05:53] </w:t>
      </w:r>
      <w:r>
        <w:t>so what are the conditions for receiving this divine help? main samajhta hoon ke jo ayat maine parhi hai, usi pe is ka answer maujood hai.</w:t>
      </w:r>
    </w:p>
    <w:p>
      <w:pPr>
        <w:jc w:val="right"/>
      </w:pPr>
      <w:r>
        <w:t>سو واٹ آر دی کنڈیشنز فار ریسیونگ دس ڈیوائن ہیلپ؟ میں سمجھتا ہوں کہ جو آیت میں نے پڑھی ہے، اسی پہ اس کا انسر موجود ہے۔</w:t>
      </w:r>
    </w:p>
    <w:p>
      <w:r>
        <w:rPr>
          <w:b/>
        </w:rPr>
        <w:t xml:space="preserve">[1:06:05] </w:t>
      </w:r>
      <w:r>
        <w:t>surah saff ki ayat jo parhi parhi thi aap ke samnay, 61 chapter 61 ki aakhri ayat, maine kaha tha ke is ka translation yeh hai ke:</w:t>
      </w:r>
    </w:p>
    <w:p>
      <w:pPr>
        <w:jc w:val="right"/>
      </w:pPr>
      <w:r>
        <w:t>سورہ صف کی آیت جو پڑھی پڑھی تھی آپ کے سامنے، 61 چیپٹر 61 کی آخری آیت، میں نے کہا تھا کہ اس کا ٹرانسلیشن یہ ہے کہ:</w:t>
      </w:r>
    </w:p>
    <w:p>
      <w:r>
        <w:rPr>
          <w:b/>
        </w:rPr>
        <w:t xml:space="preserve">[1:06:18] </w:t>
      </w:r>
      <w:r>
        <w:t>aay</w:t>
      </w:r>
    </w:p>
    <w:p>
      <w:pPr>
        <w:jc w:val="right"/>
      </w:pPr>
      <w:r>
        <w:t>"اے</w:t>
      </w:r>
    </w:p>
    <w:p>
      <w:r>
        <w:rPr>
          <w:b/>
        </w:rPr>
        <w:t xml:space="preserve">[1:06:21] </w:t>
      </w:r>
      <w:r>
        <w:t>aay eman laane walon!</w:t>
      </w:r>
    </w:p>
    <w:p>
      <w:pPr>
        <w:jc w:val="right"/>
      </w:pPr>
      <w:r>
        <w:t>اے ایمان لانے والو!</w:t>
      </w:r>
    </w:p>
    <w:p>
      <w:r>
        <w:rPr>
          <w:b/>
        </w:rPr>
        <w:t xml:space="preserve">[1:06:23] </w:t>
      </w:r>
      <w:r>
        <w:t>tum ho jao masih ke followers ki tarah jin ko masih ne pukara ke: 'aay mere followers!'</w:t>
      </w:r>
    </w:p>
    <w:p>
      <w:pPr>
        <w:jc w:val="right"/>
      </w:pPr>
      <w:r>
        <w:t>تم ہو جاؤ مسیح کے فالوورز کی طرح جن کو مسیح نے پکارا کہ: 'اے میرے فالوورز!</w:t>
      </w:r>
    </w:p>
    <w:p>
      <w:r>
        <w:rPr>
          <w:b/>
        </w:rPr>
        <w:t xml:space="preserve">[1:06:34] </w:t>
      </w:r>
      <w:r>
        <w:t>tum meri madad karo Khuda ke rastay mein.' to woh unhon ne kaha ke: 'hum madadgar bante hain aap ke.' to jab unhon ne aisa kiya to kya hua?</w:t>
      </w:r>
    </w:p>
    <w:p>
      <w:pPr>
        <w:jc w:val="right"/>
      </w:pPr>
      <w:r>
        <w:t>تم میری مدد کرو خدا کے راستے میں۔'" تو وہ انہوں نے کہا کہ: "ہم مددگار بنتے ہیں آپ کے۔" تو جب انہوں نے ایسا کیا تو کیا ہوا؟</w:t>
      </w:r>
    </w:p>
    <w:p>
      <w:r>
        <w:rPr>
          <w:b/>
        </w:rPr>
        <w:t xml:space="preserve">[1:06:47] </w:t>
      </w:r>
      <w:r>
        <w:t>Allah ne madad ki un ko aur woh ghalib ho gaye apne dushmanon par. fa-idha alladhina amanu 'ala 'aduwwihim fa-iz zahirun. is ke ma'ni ke da'wah work jo hai, apne aap mein Khuda ki koi madad ko kheench laata hai.</w:t>
      </w:r>
    </w:p>
    <w:p>
      <w:pPr>
        <w:jc w:val="right"/>
      </w:pPr>
      <w:r>
        <w:t>اللہ نے مدد کی ان کو اور وہ غالب ہو گئے اپنے دشمنوں پر۔ فاید الذین امنوا علی عدو فاز ظاہرین اس کے معنی کہ دعویٰ ورک جو ہے، اپنے آپ میں خدا کی کوئی مدد کو کھینچ لاتا ہے۔</w:t>
      </w:r>
    </w:p>
    <w:p>
      <w:r>
        <w:rPr>
          <w:b/>
        </w:rPr>
        <w:t xml:space="preserve">[1:07:04] </w:t>
      </w:r>
      <w:r>
        <w:t>doosri jo madad nahi, agar madad hoti to do sau saal se musalman lad rahe hain. agar madad ho gayi hoti to ab tak woh kamyab ho jatay. ladke ladai khatam ho gayi hoti. do sau saal se violence, yani woh woh yeh jaari hai,</w:t>
      </w:r>
    </w:p>
    <w:p>
      <w:pPr>
        <w:jc w:val="right"/>
      </w:pPr>
      <w:r>
        <w:t>دوسری جو مدد نہیں، اگر مدد ہوتی تو دو سو سال سے مسلمان لڑ رہے ہیں۔ اگر مدد ہو گئی ہوتی تو اب تک وہ کامیاب ہو جاتے۔ لڑکے لڑائی ختم ہو گئی ہوتی۔ دو سو سال سے وائیلنس، یعنی وہ وہ یہ جاری ہے،</w:t>
      </w:r>
    </w:p>
    <w:p>
      <w:r>
        <w:rPr>
          <w:b/>
        </w:rPr>
        <w:t xml:space="preserve">[1:07:20] </w:t>
      </w:r>
      <w:r>
        <w:t>jihad jaari hai do sau saal se. lekin har musalman ki zuban kya kehti hai? ke hum ghire hue hain dushmanon se. phir tum kyun ghire hue ho?</w:t>
      </w:r>
    </w:p>
    <w:p>
      <w:pPr>
        <w:jc w:val="right"/>
      </w:pPr>
      <w:r>
        <w:t>جہاد جاری ہے دو سو سال سے۔ لیکن ہر مسلمان کی زبان کیا کہتی ہے؟ کہ ہم گھرے ہوئے ہیں دشمنوں سے۔ پھر تم کیوں گھرے ہوئے ہو؟</w:t>
      </w:r>
    </w:p>
    <w:p>
      <w:r>
        <w:rPr>
          <w:b/>
        </w:rPr>
        <w:t xml:space="preserve">[1:07:29] </w:t>
      </w:r>
      <w:r>
        <w:t>dushman ghire hue ho jab ke Quran ki ayat kehti hai ke dushman khatam ho jayen ge. dushman to tum ghalib aa jao ge. fa-idha alladhina amanu 'ala 'aduwwihim fa-iz zahirun. to da'wah work se doosron par ghalba milta hai,</w:t>
      </w:r>
    </w:p>
    <w:p>
      <w:pPr>
        <w:jc w:val="right"/>
      </w:pPr>
      <w:r>
        <w:t>دشمن گھرے ہوئے ہو جب کہ قرآن کی آیت کہتی ہے کہ دشمن ختم ہو جائیں گے۔ دشمن تو تم غالب آ جاؤ گے۔ فاید الذین امنوا علی عدو فاز ظاہرین تو دعویٰ ورک سے دوسروں پر غلبہ ملتا ہے،</w:t>
      </w:r>
    </w:p>
    <w:p>
      <w:r>
        <w:rPr>
          <w:b/>
        </w:rPr>
        <w:t xml:space="preserve">[1:07:44] </w:t>
      </w:r>
      <w:r>
        <w:t>political hangamon se nahi. yeh ayat khulay taur par batati hai ke political hangamay ya violence in se aap ko apne mukhalifeen par ghalba nahi mile ga, da'wah work se mile ga.</w:t>
      </w:r>
    </w:p>
    <w:p>
      <w:pPr>
        <w:jc w:val="right"/>
      </w:pPr>
      <w:r>
        <w:t>پولیٹیکل ہنگاموں سے نہیں۔ یہ آیت کھلے طور پر بتاتی ہے کہ پولیٹیکل ہنگامے یا وائیلنس ان سے آپ کو اپنے مخالفین پر غلبہ نہیں ملے گا، دعویٰ ورک سے ملے گا۔</w:t>
      </w:r>
    </w:p>
    <w:p>
      <w:r>
        <w:rPr>
          <w:b/>
        </w:rPr>
        <w:t xml:space="preserve">[1:08:00] </w:t>
      </w:r>
      <w:r>
        <w:t>da'wah work kijiye aur Khuda ki madad aap par, yani toot kar utar paray gi. lekin da'wah work ki shart yeh hai ke lade, yani ladai ko chhod kar, nafrat ko chhod kar yeh kaam kiya jaye.</w:t>
      </w:r>
    </w:p>
    <w:p>
      <w:pPr>
        <w:jc w:val="right"/>
      </w:pPr>
      <w:r>
        <w:t>دعویٰ ورک کیجئے اور خدا کی مدد آپ پر، یعنی ٹوٹ کر اتر پڑے گی۔ لیکن دعویٰ ورک کی شرط یہ ہے کہ لڑے، یعنی لڑائی کو چھوڑ کر، نفرت کو چھوڑ کر یہ کام کیا جائے۔</w:t>
      </w:r>
    </w:p>
    <w:p>
      <w:r>
        <w:rPr>
          <w:b/>
        </w:rPr>
        <w:t xml:space="preserve">[1:08:15] </w:t>
      </w:r>
      <w:r>
        <w:t>jaisa ke maine arz kiya ke christian ke bare mein quran mein hai, hadith mein hai ke unke andar raafat aur rehmat hai, yaani apne madu ke liye narmi, apne madu ke liye compassion, apne madu ke liye peaceful rehna,</w:t>
      </w:r>
    </w:p>
    <w:p>
      <w:pPr>
        <w:jc w:val="right"/>
      </w:pPr>
      <w:r>
        <w:t>جیسا کہ میں نے عرض کیا کہ کرسچن کے بارے میں قرآن میں ہے، حدیث میں ہے کہ ان کے اندر رافت اور رحمت ہے، یعنی اپنے مدعو کے لیے نرمی، اپنے مدعو کے لیے کمپیشن، اپنے مدعو کے لیے پیس فل رہنا،</w:t>
      </w:r>
    </w:p>
    <w:p>
      <w:r>
        <w:rPr>
          <w:b/>
        </w:rPr>
        <w:t xml:space="preserve">[1:08:30] </w:t>
      </w:r>
      <w:r>
        <w:t>aadmi madu ki zaaton ko tolerate karna, yeh unke andar hai. to daawa work ki shart hai ke hum is method ko apnate hue daawa work karein to phir Khuda ki madad lazman hamare paas aa jayegi.</w:t>
      </w:r>
    </w:p>
    <w:p>
      <w:pPr>
        <w:jc w:val="right"/>
      </w:pPr>
      <w:r>
        <w:t>آدمی مدعو کی ذاتوں کو ٹولریٹ کرنا، یہ ان کے اندر ہے۔ تو دعویٰ ورک کی شرط ہے کہ ہم اس میتھڈ کو اپناتے ہوئے دعویٰ ورک کریں تو پھر خدا کی مدد لازماً ہمارے پاس آ جائے گی۔</w:t>
      </w:r>
    </w:p>
    <w:p>
      <w:r>
        <w:rPr>
          <w:b/>
        </w:rPr>
        <w:t xml:space="preserve">[1:08:45] </w:t>
      </w:r>
      <w:r>
        <w:t>next question is from Imran. He says that according to history, every community was granted some special quality.</w:t>
      </w:r>
    </w:p>
    <w:p>
      <w:pPr>
        <w:jc w:val="right"/>
      </w:pPr>
      <w:r>
        <w:t>نیکسٹ کوسچن از فرام عمران۔ ہی سیز دیٹ اکارڈنگ ٹو ہسٹری، ایوری کمیونٹی واز گرانٹڈ سم سپیشل کوالٹی۔</w:t>
      </w:r>
    </w:p>
    <w:p>
      <w:r>
        <w:rPr>
          <w:b/>
        </w:rPr>
        <w:t xml:space="preserve">[1:08:54] </w:t>
      </w:r>
      <w:r>
        <w:t>for example, Jews were granted promised land, intelligence, and prosperous thinking. As a result, the Christians became lenient and full of compassion.</w:t>
      </w:r>
    </w:p>
    <w:p>
      <w:pPr>
        <w:jc w:val="right"/>
      </w:pPr>
      <w:r>
        <w:t>فار ایگزامپل، جیوز وار گرانٹڈ پرومس لینڈ، انٹیلیجنس، اینڈ پروسپیرس تھنکنگ۔ ایز ا رزلٹ، دی کرسچنز بیکم لینینٹ اینڈ فل آف کمپیشن۔</w:t>
      </w:r>
    </w:p>
    <w:p>
      <w:r>
        <w:rPr>
          <w:b/>
        </w:rPr>
        <w:t xml:space="preserve">[1:09:06] </w:t>
      </w:r>
      <w:r>
        <w:t>is there any special quality which comes inherently to Muslims?</w:t>
      </w:r>
    </w:p>
    <w:p>
      <w:pPr>
        <w:jc w:val="right"/>
      </w:pPr>
      <w:r>
        <w:t>از دیر اینی سپیشل کوالٹی وچ کمز انہیرنٹلی ٹو مسلمز؟</w:t>
      </w:r>
    </w:p>
    <w:p>
      <w:r>
        <w:rPr>
          <w:b/>
        </w:rPr>
        <w:t xml:space="preserve">[1:09:16] </w:t>
      </w:r>
      <w:r>
        <w:t>dekhiye, main yeh keh sakta hoon ke Musalmanon ke paas jo sab se badi cheez hai, sab se asset unka hai, asset woh hai, yaani un altered religion.</w:t>
      </w:r>
    </w:p>
    <w:p>
      <w:pPr>
        <w:jc w:val="right"/>
      </w:pPr>
      <w:r>
        <w:t>دیکھیے، میں یہ کہہ سکتا ہوں کہ مسلمانوں کے پاس جو سب سے بڑی چیز ہے، سب سے ایسٹ ان کا ہے، ایسٹ وہ ہے، یعنی ان الٹرڈ ریلیجن۔</w:t>
      </w:r>
    </w:p>
    <w:p>
      <w:r>
        <w:rPr>
          <w:b/>
        </w:rPr>
        <w:t xml:space="preserve">[1:09:34] </w:t>
      </w:r>
      <w:r>
        <w:t>yaani Khuda ne jo deen bheje, hazaron saal se doosre ummaton mein bigaad aa gaya. Kisi ke paas bhi Khuda ka deen apne pure shakal mein baqi nahi hai.</w:t>
      </w:r>
    </w:p>
    <w:p>
      <w:pPr>
        <w:jc w:val="right"/>
      </w:pPr>
      <w:r>
        <w:t>یعنی خدا نے جو دین بھیجے، ہزاروں سال سے دوسرے امتوں میں بگاڑ آ گیا۔ کسی کے پاس بھی خدا کا دین اپنے پیور شکل میں باقی نہیں ہے۔</w:t>
      </w:r>
    </w:p>
    <w:p>
      <w:r>
        <w:rPr>
          <w:b/>
        </w:rPr>
        <w:t xml:space="preserve">[1:09:51] </w:t>
      </w:r>
      <w:r>
        <w:t>har jagah bigda hua hai, har jagah bigda hua hai, jis ko hum kehte hain muharraf shakal mein hai. Sirf Islam ek aisa mazhab hai jismein koi badlav nahi hua,</w:t>
      </w:r>
    </w:p>
    <w:p>
      <w:pPr>
        <w:jc w:val="right"/>
      </w:pPr>
      <w:r>
        <w:t>ہر جگہ بگڑا ہوا ہے، ہر جگہ بگڑا ہوا ہے، جس کو ہم کہتے ہیں محرف شکل میں ہے۔ صرف اسلام ایک ایسا مذہب ہے جس میں کوئی بدلاؤ نہیں ہوا،</w:t>
      </w:r>
    </w:p>
    <w:p>
      <w:r>
        <w:rPr>
          <w:b/>
        </w:rPr>
        <w:t xml:space="preserve">[1:10:06] </w:t>
      </w:r>
      <w:r>
        <w:t>koi change nahi hua, jo abhi bhi apni purity ko, apni originality ko baqi rakhi hui hai. Sab se bada asset Musalman ka yeh hai.</w:t>
      </w:r>
    </w:p>
    <w:p>
      <w:pPr>
        <w:jc w:val="right"/>
      </w:pPr>
      <w:r>
        <w:t>کوئی چینج نہیں ہوا، جو ابھی بھی اپنی پیورٹی کو، اپنی اوریجنلٹی کو باقی رکھی ہوئی ہے۔ سب سے بڑا ایسٹ مسلمان کا یہ ہے۔</w:t>
      </w:r>
    </w:p>
    <w:p>
      <w:r>
        <w:rPr>
          <w:b/>
        </w:rPr>
        <w:t xml:space="preserve">[1:10:16] </w:t>
      </w:r>
      <w:r>
        <w:t>asset kyun hai? Is liye ke Islam jo hai, insaan ke nature ka counterpart hai. Yaani Islam ki jo message hai, already aap ke andar intervolve hai, nehar aadmi ke andar.</w:t>
      </w:r>
    </w:p>
    <w:p>
      <w:pPr>
        <w:jc w:val="right"/>
      </w:pPr>
      <w:r>
        <w:t>ایسٹ کیوں ہے؟ اس لیے کہ اسلام جو ہے، انسان کے نیچر کا کاؤنٹر پارٹ ہے۔ یعنی اسلام کی جو میسج ہے، الریڈی آپ کے اندر انٹرولوو ہے، نہر آدمی کے اندر۔</w:t>
      </w:r>
    </w:p>
    <w:p>
      <w:r>
        <w:rPr>
          <w:b/>
        </w:rPr>
        <w:t xml:space="preserve">[1:10:32] </w:t>
      </w:r>
      <w:r>
        <w:t>natural religion ka matlab kya hai? Woh har aadmi ka pehle hi se religion hai. Isi liye maine ek arz kiya tha, ek misaal ke Gary Miller, America ka ek shakhs hai, abhi zinda hai, woh usne Islam qubool kiya to us se poocha gaya ke tum ne kyun apna mazhab badal diya?</w:t>
      </w:r>
    </w:p>
    <w:p>
      <w:pPr>
        <w:jc w:val="right"/>
      </w:pPr>
      <w:r>
        <w:t>نیچرل ریلیجن کا مطلب کیا ہے؟ وہ ہر آدمی کا پہلے ہی سے ریلیجن ہے۔ اسی لیے میں نے ایک عرض کیا تھا، ایک مثال کہ گیری ملر، امریکہ کا ایک شخص ہے، ابھی زندہ ہے، وہ اس نے اسلام قبول کیا تو اس سے پوچھا گیا کہ تم نے کیوں اپنا مذہب بدل دیا؟</w:t>
      </w:r>
    </w:p>
    <w:p>
      <w:r>
        <w:rPr>
          <w:b/>
        </w:rPr>
        <w:t xml:space="preserve">[1:10:56] </w:t>
      </w:r>
      <w:r>
        <w:t>to us ne yahi jawab diya ke "I was not converted to Islam, I was reverted to my own birth birthright religion" ke mera jo mazhab pehle se tha, by nature, usi ko maine adopt kar liya.</w:t>
      </w:r>
    </w:p>
    <w:p>
      <w:pPr>
        <w:jc w:val="right"/>
      </w:pPr>
      <w:r>
        <w:t>تو اس نے یہی جواب دیا کہ "آئی واز ناٹ کنورٹڈ ٹو اسلام، آئی واز ریورٹڈ ٹو مائی اون برتھ برتھ رائٹ ریلیجن" کہ میرا جو مذہب پہلے سے تھا، بائی نیچر، اسی کو میں نے اڈاپٹ کر لیا۔</w:t>
      </w:r>
    </w:p>
    <w:p>
      <w:r>
        <w:rPr>
          <w:b/>
        </w:rPr>
        <w:t xml:space="preserve">[1:11:12] </w:t>
      </w:r>
      <w:r>
        <w:t>to aap gaur kijiye ke jo religion aisa ho, yeh quality iske andar ho ke pehle hi se log wahi chah rahe hain, usi cheez ko, is tarah taqatwar religion kaun sa ho sakta hai?</w:t>
      </w:r>
    </w:p>
    <w:p>
      <w:pPr>
        <w:jc w:val="right"/>
      </w:pPr>
      <w:r>
        <w:t>تو آپ غور کیجئے کہ جو ریلیجن ایسا ہو، یہ کوالٹی اس کے اندر ہو کہ پہلے ہی سے لوگ وہی چاہ رہے ہیں، اسی چیز کو، اس طرح طاقتور ریلیجن کون سا ہو سکتا ہے؟</w:t>
      </w:r>
    </w:p>
    <w:p>
      <w:r>
        <w:rPr>
          <w:b/>
        </w:rPr>
        <w:t xml:space="preserve">[1:11:26] </w:t>
      </w:r>
      <w:r>
        <w:t>isi liye main samajhta hoon ke ek Persian shayar ki yeh line bahut hi sahi fit aati hai iske upar ke "Hama ahvan-e-sahra sar-e-khud nahad bar qab ba ummeed ke roze bishikar khwahi amad".</w:t>
      </w:r>
    </w:p>
    <w:p>
      <w:pPr>
        <w:jc w:val="right"/>
      </w:pPr>
      <w:r>
        <w:t>اسی لیے میں سمجھتا ہوں کہ ایک پرشین شاعر کی یہ لائن بہت ہی صحیح فٹ آتی ہے اس کے اوپر کہ "ہما اہوان صحرا سر خود نہاد برقب با امید کے روزے بشکار خواہی امر"۔</w:t>
      </w:r>
    </w:p>
    <w:p>
      <w:r>
        <w:rPr>
          <w:b/>
        </w:rPr>
        <w:t xml:space="preserve">[1:11:41] </w:t>
      </w:r>
      <w:r>
        <w:t>iska matlab yeh hai ke jangla ke saare hiran apna sar haath mein liye hue intezar kar rahe hain, koi hunter aaye, unka shikar kar lein.</w:t>
      </w:r>
    </w:p>
    <w:p>
      <w:pPr>
        <w:jc w:val="right"/>
      </w:pPr>
      <w:r>
        <w:t>اس کا مطلب یہ ہے کہ جنگل کے سارے ہرن اپنا سر ہاتھ میں لیے ہوئے انتظار کر رہے ہیں، کوئی ہنٹر آئے، ان کا شکار کر لیں۔</w:t>
      </w:r>
    </w:p>
    <w:p>
      <w:r>
        <w:rPr>
          <w:b/>
        </w:rPr>
        <w:t xml:space="preserve">[1:11:51] </w:t>
      </w:r>
      <w:r>
        <w:t>is se badi taqat aur kya ho sakti hai? Next question is from Najma Siddiqui. She says that while interacting with people, we come across people who say that to what extent do we need to be patient?</w:t>
      </w:r>
    </w:p>
    <w:p>
      <w:pPr>
        <w:jc w:val="right"/>
      </w:pPr>
      <w:r>
        <w:t>اس سے بڑی طاقت اور کیا ہو سکتی ہے؟ نیکسٹ کوسچن از فرام نجمہ صدیقی۔ شی سیز دیٹ وائل انٹریکٹنگ ود پیپل، وی کم اکراس پیپل ہو سی دیٹ ٹو واٹ ایکسٹینٹ ڈو وی نیڈ ٹو بی پیشنٹ؟</w:t>
      </w:r>
    </w:p>
    <w:p>
      <w:r>
        <w:rPr>
          <w:b/>
        </w:rPr>
        <w:t xml:space="preserve">[1:12:08] </w:t>
      </w:r>
      <w:r>
        <w:t>for example, in a situation like Godhra, or they also say that what is the limit of patience?</w:t>
      </w:r>
    </w:p>
    <w:p>
      <w:pPr>
        <w:jc w:val="right"/>
      </w:pPr>
      <w:r>
        <w:t>فار ایگزامپل، ان اے سچوئیشن لائک گودھرا، اور دے السو سی دیٹ واٹ از دی لمٹ اف پیشنس؟</w:t>
      </w:r>
    </w:p>
    <w:p>
      <w:r>
        <w:rPr>
          <w:b/>
        </w:rPr>
        <w:t xml:space="preserve">[1:12:20] </w:t>
      </w:r>
      <w:r>
        <w:t>dekhiye, Godhra wali baat ko main chhodta hoon, woh lambi baat hai, aur main yeh kahunga ke jitni bhi Muslim reporten aayi hain, woh shuru karti hain story ke second half se.</w:t>
      </w:r>
    </w:p>
    <w:p>
      <w:pPr>
        <w:jc w:val="right"/>
      </w:pPr>
      <w:r>
        <w:t>دیکھیے، گودھرا والی بات کو میں چھوڑتا ہوں، وہ لمبی بات ہے، اور میں یہ کہوں گا کہ جتنی بھی مسلم رپورٹیں آئیں ہیں، وہ شروع کرتی ہیں اسٹوری کے سیکنڈ ہاف سے۔</w:t>
      </w:r>
    </w:p>
    <w:p>
      <w:r>
        <w:rPr>
          <w:b/>
        </w:rPr>
        <w:t xml:space="preserve">[1:12:33] </w:t>
      </w:r>
      <w:r>
        <w:t>story ka first first half koi nahi batata. Is tarah Godhra quote kiya jata hai jaise ke bas Hinduo ne unilaterally zulm daal diya.</w:t>
      </w:r>
    </w:p>
    <w:p>
      <w:pPr>
        <w:jc w:val="right"/>
      </w:pPr>
      <w:r>
        <w:t>اسٹوری کا فرسٹ فرسٹ ہاف کوئی نہیں بتاتا۔ اس طرح گودھرا کوٹ کیا جاتا ہے جیسے کہ بس ہندوؤں نے یونی لیٹرلی ظلم کر ڈالا۔</w:t>
      </w:r>
    </w:p>
    <w:p>
      <w:r>
        <w:rPr>
          <w:b/>
        </w:rPr>
        <w:t xml:space="preserve">[1:12:43] </w:t>
      </w:r>
      <w:r>
        <w:t>main isko sahi nahi maanta. Is story ka sirf second half report hua hai Urdu Musalmanon ke akhbaron mein, Muslim media mein, aur first half report nahi hua hai.</w:t>
      </w:r>
    </w:p>
    <w:p>
      <w:pPr>
        <w:jc w:val="right"/>
      </w:pPr>
      <w:r>
        <w:t>میں اس کو صحیح نہیں مانتا۔ اس اسٹوری کا صرف سیکنڈ ہاف رپورٹ ہوا ہے اردو مسلمانوں کے اخباروں میں، مسلم میڈیا میں، اور فرسٹ ہاف رپورٹ نہیں ہوا ہے۔</w:t>
      </w:r>
    </w:p>
    <w:p>
      <w:r>
        <w:rPr>
          <w:b/>
        </w:rPr>
        <w:t xml:space="preserve">[1:12:53] </w:t>
      </w:r>
      <w:r>
        <w:t>lekin is is chapter ko nahi khol raha hoon main is waqt. General baat yeh hai ke yeh sawal is liye paida hota hai ke log sabr ko ibadat nahi samajhte, sabr ko passivity samajhte hain, buzdi samajhte hain.</w:t>
      </w:r>
    </w:p>
    <w:p>
      <w:pPr>
        <w:jc w:val="right"/>
      </w:pPr>
      <w:r>
        <w:t>لیکن اس اس چیپٹر کو نہیں کھول رہا ہوں میں اس وقت۔ جنرل بات یہ ہے کہ یہ سوال اس لیے پیدا ہوتا ہے کہ لوگ صبر کو عبادت نہیں سمجھتے، صبر کو پیسیوٹی سمجھتے ہیں، بزدلی سمجھتے ہیں۔</w:t>
      </w:r>
    </w:p>
    <w:p>
      <w:r>
        <w:rPr>
          <w:b/>
        </w:rPr>
        <w:t xml:space="preserve">[1:13:08] </w:t>
      </w:r>
      <w:r>
        <w:t>basic baat yeh hai, koi mujhe aaj tak Musalman mila hi nahi apni poori umar mein jo yeh keh sake ke sabr ek ibadat hai.</w:t>
      </w:r>
    </w:p>
    <w:p>
      <w:pPr>
        <w:jc w:val="right"/>
      </w:pPr>
      <w:r>
        <w:t>بیسک بات یہ ہے، کوئی مجھے آج تک مسلمان ملا ہی نہیں اپنی پوری عمر میں جو یہ کہہ سکے کہ صبر ایک عبادت ہے۔</w:t>
      </w:r>
    </w:p>
    <w:p>
      <w:r>
        <w:rPr>
          <w:b/>
        </w:rPr>
        <w:t xml:space="preserve">[1:13:20] </w:t>
      </w:r>
      <w:r>
        <w:t>ise Musalmanon ke society mein yeh baat aayi hi nahi ke sabr ek ibadat hai, halanke Quran mein likha hua hai ke "Wa ma yuf wa innama yufawro bighair hisab".</w:t>
      </w:r>
    </w:p>
    <w:p>
      <w:pPr>
        <w:jc w:val="right"/>
      </w:pPr>
      <w:r>
        <w:t>اسے مسلمانوں کے سائقے میں یہ بات آئی ہی نہیں کہ صبر ایک عبادت ہے، حالانکہ قرآن میں لکھا ہوا ہے کہ "وما یف وہ انما یوفرو بغیر حساب"۔</w:t>
      </w:r>
    </w:p>
    <w:p>
      <w:r>
        <w:rPr>
          <w:b/>
        </w:rPr>
        <w:t xml:space="preserve">[1:13:39] </w:t>
      </w:r>
      <w:r>
        <w:t>sabr karne walon ko bila hisab ajr diya jayega, unlimited ajr diya jayega, unlimited reward diya jayega. Jo thi rewardable, wahi to ibadat hai.</w:t>
      </w:r>
    </w:p>
    <w:p>
      <w:pPr>
        <w:jc w:val="right"/>
      </w:pPr>
      <w:r>
        <w:t>صبر کرنے والوں کو بلا حساب اجر دیا جائے گا، ان لمیٹڈ اجر دیا جائے گا، ان لمیٹڈ ریوارڈ دیا جائے گا۔ جو تھی ریوارڈیبل، وہی تو عبادت ہے۔</w:t>
      </w:r>
    </w:p>
    <w:p>
      <w:r>
        <w:rPr>
          <w:b/>
        </w:rPr>
        <w:t xml:space="preserve">[1:13:50] </w:t>
      </w:r>
      <w:r>
        <w:t>aap gaur kijiye, jo thi rewardable hai, wahi to ibadat hai. To farmate hain ke sabr karne walon ko be hisab ajr diya jayega.</w:t>
      </w:r>
    </w:p>
    <w:p>
      <w:pPr>
        <w:jc w:val="right"/>
      </w:pPr>
      <w:r>
        <w:t>آپ غور کیجئے، جو تھی ریوارڈیبل ہے، وہی تو عبادت ہے۔ تو فرماتے ہیں کہ صبر کرنے والوں کو بے حساب اجر دیا جائے گا۔</w:t>
      </w:r>
    </w:p>
    <w:p>
      <w:r>
        <w:rPr>
          <w:b/>
        </w:rPr>
        <w:t xml:space="preserve">[1:13:59] </w:t>
      </w:r>
      <w:r>
        <w:t>to abhi kuch log mere paas aaye the yeh sawal kiya, aur unhon ne to mein ne kaha ke dekhiye, aap namaz parhte hain, aap ghor kijiye ke aap jante hain ke jumma ki namaz ka bohat sawab hai.</w:t>
      </w:r>
    </w:p>
    <w:p>
      <w:pPr>
        <w:jc w:val="right"/>
      </w:pPr>
      <w:r>
        <w:t>تو ابھی کچھ لوگ میرے پاس آئے تھے یہ سوال کیا، اور انہوں نے تو میں نے کہا کہ دیکھیے، آپ نماز پڑھتے ہیں، آپ غور کیجئے کہ آپ جانتے ہیں کہ جمعہ کی نماز کا بہت ثواب ہے۔</w:t>
      </w:r>
    </w:p>
    <w:p>
      <w:r>
        <w:rPr>
          <w:b/>
        </w:rPr>
        <w:t xml:space="preserve">[1:14:12] </w:t>
      </w:r>
      <w:r>
        <w:t>saare musalman jante hain ke jumma ki namaz ka bohat sawab hai. aap baithe hue hain aur jumma ki namaz ki azan hoti hai. jumma ki ki namaz ki azan buland hoti hai, aap sunte hain is ko to aap ke dil mein kya aayega?</w:t>
      </w:r>
    </w:p>
    <w:p>
      <w:pPr>
        <w:jc w:val="right"/>
      </w:pPr>
      <w:r>
        <w:t>سارے مسلمان جانتے ہیں کہ جمعہ کی نماز کا بہت ثواب ہے۔ آپ بیٹھے ہوئے ہیں اور جمعہ کی نماز کی اذان ہوتی ہے۔ جمعہ کی کی نماز کی اذان بلند ہوتی ہے، آپ سنتے ہیں اس کو تو آپ کے دل میں کیا آئے گا؟</w:t>
      </w:r>
    </w:p>
    <w:p>
      <w:r>
        <w:rPr>
          <w:b/>
        </w:rPr>
        <w:t xml:space="preserve">[1:14:30] </w:t>
      </w:r>
      <w:r>
        <w:t>daudo, daudo</w:t>
      </w:r>
    </w:p>
    <w:p>
      <w:pPr>
        <w:jc w:val="right"/>
      </w:pPr>
      <w:r>
        <w:t>دوڑو، دوڑ</w:t>
      </w:r>
    </w:p>
    <w:p>
      <w:r>
        <w:rPr>
          <w:b/>
        </w:rPr>
        <w:t xml:space="preserve">[1:14:31] </w:t>
      </w:r>
      <w:r>
        <w:t>wo, daudo! bohat bade sawab kamane ka waqt aa gaya. aap daud kar masjid jayenge aur sawab kamane ke liye. to mein ne kaha ke jab ek shakhs aap ke dil ko provoke karta hai to woh bhi to azan hai.</w:t>
      </w:r>
    </w:p>
    <w:p>
      <w:pPr>
        <w:jc w:val="right"/>
      </w:pPr>
      <w:r>
        <w:t>و، دوڑو! بہت بڑے ثواب کمانے کا وقت آ گیا۔ آپ دوڑ کر مسجد جائیں گے اور ثواب کمانے کے لیے۔ تو میں نے کہا کہ جب ایک شخص آپ کے دل کو پرووک کرتا ہے تو وہ بھی تو اذان ہے۔</w:t>
      </w:r>
    </w:p>
    <w:p>
      <w:r>
        <w:rPr>
          <w:b/>
        </w:rPr>
        <w:t xml:space="preserve">[1:14:44] </w:t>
      </w:r>
      <w:r>
        <w:t>wo koi sabr kab karenge? aap jab meetha meetha shaad koi pilaye to aap sabr karenge? aap koi aap ko lunch aur dinner de to aap sabr karenge?</w:t>
      </w:r>
    </w:p>
    <w:p>
      <w:pPr>
        <w:jc w:val="right"/>
      </w:pPr>
      <w:r>
        <w:t>وہ کوئی صبر کب کریں گے؟ آپ جب میٹھا میٹھا شاد کوئی پلائے تو آپ صبر کریں گے؟ آپ کوئی آپ کو لنچ اور ڈنر دے تو آپ صبر کریں گے؟</w:t>
      </w:r>
    </w:p>
    <w:p>
      <w:r>
        <w:rPr>
          <w:b/>
        </w:rPr>
        <w:t xml:space="preserve">[1:14:56] </w:t>
      </w:r>
      <w:r>
        <w:t>wahan par phir sabr to karne ka mauqa jab aap ko koi provoke kare,</w:t>
      </w:r>
    </w:p>
    <w:p>
      <w:pPr>
        <w:jc w:val="right"/>
      </w:pPr>
      <w:r>
        <w:t>وہاں پر پھر صبر تو کرنے کا موقع جب آپ کو کوئی پرووک کرے،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