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Art of Life Management (English) April 13, 2007 Maulana Wahiduddin Khan</w:t>
      </w:r>
    </w:p>
    <w:p>
      <w:r>
        <w:t>https://www.youtube.com/watch?v=XBfCGmKsAig</w:t>
      </w:r>
    </w:p>
    <w:p>
      <w:r>
        <w:rPr>
          <w:b/>
        </w:rPr>
        <w:t xml:space="preserve">[00:10] </w:t>
      </w:r>
      <w:r>
        <w:t>wa sali allahu ala nabi al karim, rab ishrah li sadri, wa yassir li amri, wah al uqdatan min lisani yafqahu qawli.</w:t>
      </w:r>
    </w:p>
    <w:p>
      <w:pPr>
        <w:jc w:val="right"/>
      </w:pPr>
      <w:r>
        <w:t>وصلی اللہ علی النبی الکریم، رب اشرح لی صدری، ویسر لی امری، واحل العقدۃ من لسانی یفقہ قولی.</w:t>
      </w:r>
    </w:p>
    <w:p>
      <w:r>
        <w:rPr>
          <w:b/>
        </w:rPr>
        <w:t xml:space="preserve">[00:27] </w:t>
      </w:r>
      <w:r>
        <w:t>da topic for this day is art of life management.</w:t>
      </w:r>
    </w:p>
    <w:p>
      <w:pPr>
        <w:jc w:val="right"/>
      </w:pPr>
      <w:r>
        <w:t>دا ٹاپک فار دس ڈے از آرٹ آف لائف مینجمنٹ.</w:t>
      </w:r>
    </w:p>
    <w:p>
      <w:r>
        <w:rPr>
          <w:b/>
        </w:rPr>
        <w:t xml:space="preserve">[00:40] </w:t>
      </w:r>
      <w:r>
        <w:t>life management is important for everyone, everyone.</w:t>
      </w:r>
    </w:p>
    <w:p>
      <w:pPr>
        <w:jc w:val="right"/>
      </w:pPr>
      <w:r>
        <w:t>لائف مینجمنٹ از امپورٹنٹ فار ایوری ون، ایوری ون.</w:t>
      </w:r>
    </w:p>
    <w:p>
      <w:r>
        <w:rPr>
          <w:b/>
        </w:rPr>
        <w:t xml:space="preserve">[00:49] </w:t>
      </w:r>
      <w:r>
        <w:t>now, what is life management?</w:t>
      </w:r>
    </w:p>
    <w:p>
      <w:pPr>
        <w:jc w:val="right"/>
      </w:pPr>
      <w:r>
        <w:t>ناؤ، واٹ از لائف مینجمنٹ؟</w:t>
      </w:r>
    </w:p>
    <w:p>
      <w:r>
        <w:rPr>
          <w:b/>
        </w:rPr>
        <w:t xml:space="preserve">[00:55] </w:t>
      </w:r>
      <w:r>
        <w:t>i can summarize it in these few words that: our world is full of options</w:t>
      </w:r>
    </w:p>
    <w:p>
      <w:pPr>
        <w:jc w:val="right"/>
      </w:pPr>
      <w:r>
        <w:t>آئی کین سمرائز اٹ ان دیز فی ورڈز دیٹ: اور ورلڈ از فل آف آپشنز</w:t>
      </w:r>
    </w:p>
    <w:p>
      <w:r>
        <w:rPr>
          <w:b/>
        </w:rPr>
        <w:t xml:space="preserve">[01:07] </w:t>
      </w:r>
      <w:r>
        <w:t>. our world is full of options. in every situation, there are more than one option.</w:t>
      </w:r>
    </w:p>
    <w:p>
      <w:pPr>
        <w:jc w:val="right"/>
      </w:pPr>
      <w:r>
        <w:t>. اور ورلڈ از فل آف آپشنز. ان ایوری سچویشن، دیر آر مور دین ون آپشن.</w:t>
      </w:r>
    </w:p>
    <w:p>
      <w:r>
        <w:rPr>
          <w:b/>
        </w:rPr>
        <w:t xml:space="preserve">[01:20] </w:t>
      </w:r>
      <w:r>
        <w:t>so every time, and every in every situation, we we have this question that: which one of which one of the options you have to opt?</w:t>
      </w:r>
    </w:p>
    <w:p>
      <w:pPr>
        <w:jc w:val="right"/>
      </w:pPr>
      <w:r>
        <w:t>سو ایوری ٹائم، اینڈ ایوری ان ایوری سچویشن، وی وی ہیو دس کوئسچن دیٹ: وِن ون آف وِچ ون آف دا آپشنز یو ہیو ٹو آپٹ؟</w:t>
      </w:r>
    </w:p>
    <w:p>
      <w:r>
        <w:rPr>
          <w:b/>
        </w:rPr>
        <w:t xml:space="preserve">[01:41] </w:t>
      </w:r>
      <w:r>
        <w:t>every time, in every situation, every where, there are more than one options. so this is your test.</w:t>
      </w:r>
    </w:p>
    <w:p>
      <w:pPr>
        <w:jc w:val="right"/>
      </w:pPr>
      <w:r>
        <w:t>ایوری ٹائم، ان ایوری سچویشن، ایوری ویر، دیر آر مور دین ون آپشنز. سو دس از یور ٹیسٹ.</w:t>
      </w:r>
    </w:p>
    <w:p>
      <w:r>
        <w:rPr>
          <w:b/>
        </w:rPr>
        <w:t xml:space="preserve">[01:51] </w:t>
      </w:r>
      <w:r>
        <w:t>you are free to opt any one of the options. but here is a crucial point</w:t>
      </w:r>
    </w:p>
    <w:p>
      <w:pPr>
        <w:jc w:val="right"/>
      </w:pPr>
      <w:r>
        <w:t>یو آر فری ٹو آپٹ اینی ون آف دا آپشنز. بٹ ہیر از اے کروشل پوائنٹ</w:t>
      </w:r>
    </w:p>
    <w:p>
      <w:r>
        <w:rPr>
          <w:b/>
        </w:rPr>
        <w:t xml:space="preserve">[02:04] </w:t>
      </w:r>
      <w:r>
        <w:t>: you hew freedom of option, but not freedom of result. you can not save your self from negative results.</w:t>
      </w:r>
    </w:p>
    <w:p>
      <w:pPr>
        <w:jc w:val="right"/>
      </w:pPr>
      <w:r>
        <w:t>: یو ہیو فریڈم آف آپشن، بٹ ناٹ فریڈم آف رزلٹ. یو کین ناٹ سیو یور سیلف فرام نیگیٹیو رزلٹس.</w:t>
      </w:r>
    </w:p>
    <w:p>
      <w:r>
        <w:rPr>
          <w:b/>
        </w:rPr>
        <w:t xml:space="preserve">[02:20] </w:t>
      </w:r>
      <w:r>
        <w:t>it is impossible for you. man has freedom</w:t>
      </w:r>
    </w:p>
    <w:p>
      <w:pPr>
        <w:jc w:val="right"/>
      </w:pPr>
      <w:r>
        <w:t>اٹ از امپوسible فار یو. مین ہیز فریڈم</w:t>
      </w:r>
    </w:p>
    <w:p>
      <w:r>
        <w:rPr>
          <w:b/>
        </w:rPr>
        <w:t xml:space="preserve">[02:27] </w:t>
      </w:r>
      <w:r>
        <w:t>. man has option to choose any one of those options.</w:t>
      </w:r>
    </w:p>
    <w:p>
      <w:pPr>
        <w:jc w:val="right"/>
      </w:pPr>
      <w:r>
        <w:t>. مین ہیز آپشن ٹو چوز اینی ون آف دوست آپشنز.</w:t>
      </w:r>
    </w:p>
    <w:p>
      <w:r>
        <w:rPr>
          <w:b/>
        </w:rPr>
        <w:t xml:space="preserve">[02:35] </w:t>
      </w:r>
      <w:r>
        <w:t>but no one has the power to change the course of destiny.</w:t>
      </w:r>
    </w:p>
    <w:p>
      <w:pPr>
        <w:jc w:val="right"/>
      </w:pPr>
      <w:r>
        <w:t>بٹ نو ون ہیز دا پاور ٹو چینج دا کورس آف ڈیسٹنی.</w:t>
      </w:r>
    </w:p>
    <w:p>
      <w:r>
        <w:rPr>
          <w:b/>
        </w:rPr>
        <w:t xml:space="preserve">[02:51] </w:t>
      </w:r>
      <w:r>
        <w:t>i would see that there are two kind of options: manageable option and unmanageable option.</w:t>
      </w:r>
    </w:p>
    <w:p>
      <w:pPr>
        <w:jc w:val="right"/>
      </w:pPr>
      <w:r>
        <w:t>آئی وُڈ سی دیٹ دیر آر ٹو کائنڈ آف آپشنز: مینیجیبل آپشن اینڈ ان مینیجیبل آپشن.</w:t>
      </w:r>
    </w:p>
    <w:p>
      <w:r>
        <w:rPr>
          <w:b/>
        </w:rPr>
        <w:t xml:space="preserve">[03:04] </w:t>
      </w:r>
      <w:r>
        <w:t>manageable option and unmanageable option. why? because all though we have freedom of choice,</w:t>
      </w:r>
    </w:p>
    <w:p>
      <w:pPr>
        <w:jc w:val="right"/>
      </w:pPr>
      <w:r>
        <w:t>مینیجیبل آپشن اینڈ ان مینیجیبل آپشن. وائی؟ بیکاز آل دو وی ہیو فریڈم آف چوائس،</w:t>
      </w:r>
    </w:p>
    <w:p>
      <w:r>
        <w:rPr>
          <w:b/>
        </w:rPr>
        <w:t xml:space="preserve">[03:18] </w:t>
      </w:r>
      <w:r>
        <w:t>but our capacity is very very limited. all though we have unlimited desire, unlimited ambitions.</w:t>
      </w:r>
    </w:p>
    <w:p>
      <w:pPr>
        <w:jc w:val="right"/>
      </w:pPr>
      <w:r>
        <w:t>بٹ اور کیپیسٹی از ویری ویری لمیٹڈ. آل دو وی ہیو ان لمیٹڈ ڈیزائر، ان لمیٹڈ ایمبیشنز.</w:t>
      </w:r>
    </w:p>
    <w:p>
      <w:r>
        <w:rPr>
          <w:b/>
        </w:rPr>
        <w:t xml:space="preserve">[03:31] </w:t>
      </w:r>
      <w:r>
        <w:t>but the practical, unpractical term, our capacity is very limited. and also the world is limited.</w:t>
      </w:r>
    </w:p>
    <w:p>
      <w:pPr>
        <w:jc w:val="right"/>
      </w:pPr>
      <w:r>
        <w:t>بٹ دا پریکٹیکل، ان پریکٹیکل ٹرم، اور کیپیسٹی از ویری لمیٹڈ. اینڈ آل سو دا ورلڈ از لمیٹڈ.</w:t>
      </w:r>
    </w:p>
    <w:p>
      <w:r>
        <w:rPr>
          <w:b/>
        </w:rPr>
        <w:t xml:space="preserve">[03:42] </w:t>
      </w:r>
      <w:r>
        <w:t>in the world where we have to fulfill our desire</w:t>
      </w:r>
    </w:p>
    <w:p>
      <w:pPr>
        <w:jc w:val="right"/>
      </w:pPr>
      <w:r>
        <w:t>ان دا ورلڈ ویر وی ہیو ٹو فلفل اور ڈیزائر</w:t>
      </w:r>
    </w:p>
    <w:p>
      <w:r>
        <w:rPr>
          <w:b/>
        </w:rPr>
        <w:t xml:space="preserve">[03:48] </w:t>
      </w:r>
      <w:r>
        <w:t>, so this world is also limited. our capacity is limited. so all though we have unlimited desires, unlimited ambitions, unlimited wishes.</w:t>
      </w:r>
    </w:p>
    <w:p>
      <w:pPr>
        <w:jc w:val="right"/>
      </w:pPr>
      <w:r>
        <w:t>، تو دس ورلڈ از آل سو لمیٹڈ. اور کیپیسٹی از لمیٹڈ. سو آل دو وی ہیو ان لمیٹڈ ڈیزائرز، ان لمیٹڈ ایمبیشنز، ان لمیٹڈ وشز.</w:t>
      </w:r>
    </w:p>
    <w:p>
      <w:r>
        <w:rPr>
          <w:b/>
        </w:rPr>
        <w:t xml:space="preserve">[04:06] </w:t>
      </w:r>
      <w:r>
        <w:t>but we can not fulfill these desires</w:t>
      </w:r>
    </w:p>
    <w:p>
      <w:pPr>
        <w:jc w:val="right"/>
      </w:pPr>
      <w:r>
        <w:t>بٹ وی کین ناٹ فلفل دیز ڈیزائرز</w:t>
      </w:r>
    </w:p>
    <w:p>
      <w:r>
        <w:rPr>
          <w:b/>
        </w:rPr>
        <w:t xml:space="preserve">[04:15] </w:t>
      </w:r>
      <w:r>
        <w:t>unlimited manner.</w:t>
      </w:r>
    </w:p>
    <w:p>
      <w:pPr>
        <w:jc w:val="right"/>
      </w:pPr>
      <w:r>
        <w:t>ان لمیٹڈ مینر.</w:t>
      </w:r>
    </w:p>
    <w:p>
      <w:r>
        <w:rPr>
          <w:b/>
        </w:rPr>
        <w:t xml:space="preserve">[04:20] </w:t>
      </w:r>
      <w:r>
        <w:t>so some options are manageable for you. some options are not manageable for you.</w:t>
      </w:r>
    </w:p>
    <w:p>
      <w:pPr>
        <w:jc w:val="right"/>
      </w:pPr>
      <w:r>
        <w:t>سو سم آپشنز آر مینیجیبل فار یو. سم آپشنز آر ناٹ مینیجیبل فار یو.</w:t>
      </w:r>
    </w:p>
    <w:p>
      <w:r>
        <w:rPr>
          <w:b/>
        </w:rPr>
        <w:t xml:space="preserve">[04:32] </w:t>
      </w:r>
      <w:r>
        <w:t>for example, you can see sun in directly.</w:t>
      </w:r>
    </w:p>
    <w:p>
      <w:pPr>
        <w:jc w:val="right"/>
      </w:pPr>
      <w:r>
        <w:t>فار ایگزامپل، یو کین سی سن ان ڈائریکٹلی.</w:t>
      </w:r>
    </w:p>
    <w:p>
      <w:r>
        <w:rPr>
          <w:b/>
        </w:rPr>
        <w:t xml:space="preserve">[04:39] </w:t>
      </w:r>
      <w:r>
        <w:t>if you want to see sun, sun, you can see it in directly.</w:t>
      </w:r>
    </w:p>
    <w:p>
      <w:pPr>
        <w:jc w:val="right"/>
      </w:pPr>
      <w:r>
        <w:t>اف یو وانٹ ٹو سی سن، ایس یو این، یو کین سی اٹ ان ڈائریکٹلی.</w:t>
      </w:r>
    </w:p>
    <w:p>
      <w:r>
        <w:rPr>
          <w:b/>
        </w:rPr>
        <w:t xml:space="preserve">[04:48] </w:t>
      </w:r>
      <w:r>
        <w:t>but if you try to see directly through your naked eye, then you will lose your eyes. there is band your capacity.</w:t>
      </w:r>
    </w:p>
    <w:p>
      <w:pPr>
        <w:jc w:val="right"/>
      </w:pPr>
      <w:r>
        <w:t>بٹ اف یو ٹرائی ٹو سی ڈائریکٹلی تھرو یور نیکڈ آئی، دین یو ویل لوز یور آئیز. دیر از بینڈ یور کیپیسٹی.</w:t>
      </w:r>
    </w:p>
    <w:p>
      <w:r>
        <w:rPr>
          <w:b/>
        </w:rPr>
        <w:t xml:space="preserve">[05:02] </w:t>
      </w:r>
      <w:r>
        <w:t>so this is the test of human being, every man and every woman,</w:t>
      </w:r>
    </w:p>
    <w:p>
      <w:pPr>
        <w:jc w:val="right"/>
      </w:pPr>
      <w:r>
        <w:t>سو دس از دا ٹیسٹ آف ہیومن بینگ، ایوری مین اینڈ ایوری وومن،</w:t>
      </w:r>
    </w:p>
    <w:p>
      <w:r>
        <w:rPr>
          <w:b/>
        </w:rPr>
        <w:t xml:space="preserve">[05:11] </w:t>
      </w:r>
      <w:r>
        <w:t>to choose between the two.</w:t>
      </w:r>
    </w:p>
    <w:p>
      <w:pPr>
        <w:jc w:val="right"/>
      </w:pPr>
      <w:r>
        <w:t>ٹو چوز بٹوین دا ٹو.</w:t>
      </w:r>
    </w:p>
    <w:p>
      <w:r>
        <w:rPr>
          <w:b/>
        </w:rPr>
        <w:t xml:space="preserve">[05:15] </w:t>
      </w:r>
      <w:r>
        <w:t>there are two different kind of options: manageable and unmanageable. so you have to opt the manageable, and you have to leave the unmanageable.</w:t>
      </w:r>
    </w:p>
    <w:p>
      <w:pPr>
        <w:jc w:val="right"/>
      </w:pPr>
      <w:r>
        <w:t>دیر آر ٹو ڈفرنٹ کائنڈ آف آپشنز: مینیجیبل اینڈ ان مینیجیبل. سو یو ہیو ٹو آپٹ دا مینیجیبل، اینڈ یو ہیو ٹو لیو دا ان مینیجیبل.</w:t>
      </w:r>
    </w:p>
    <w:p>
      <w:r>
        <w:rPr>
          <w:b/>
        </w:rPr>
        <w:t xml:space="preserve">[05:29] </w:t>
      </w:r>
      <w:r>
        <w:t>this was demonstrated in the very beginning of life.</w:t>
      </w:r>
    </w:p>
    <w:p>
      <w:pPr>
        <w:jc w:val="right"/>
      </w:pPr>
      <w:r>
        <w:t>دس واز ڈیمانسٹریٹڈ ان دا ویری بگننگ آف لائف.</w:t>
      </w:r>
    </w:p>
    <w:p>
      <w:r>
        <w:rPr>
          <w:b/>
        </w:rPr>
        <w:t xml:space="preserve">[05:41] </w:t>
      </w:r>
      <w:r>
        <w:t>you know, adam was the first man created by god.</w:t>
      </w:r>
    </w:p>
    <w:p>
      <w:pPr>
        <w:jc w:val="right"/>
      </w:pPr>
      <w:r>
        <w:t>یو نو، آدم واز دا فرسٹ مین کریٹڈ بائی گاڈ.</w:t>
      </w:r>
    </w:p>
    <w:p>
      <w:r>
        <w:rPr>
          <w:b/>
        </w:rPr>
        <w:t xml:space="preserve">[05:50] </w:t>
      </w:r>
      <w:r>
        <w:t>then what happened? the story is told in the quran. you can see it in the quran</w:t>
      </w:r>
    </w:p>
    <w:p>
      <w:pPr>
        <w:jc w:val="right"/>
      </w:pPr>
      <w:r>
        <w:t>دین واٹ ہیپنڈ؟ دا سٹوری از ٹولڈ ان دا قرآن. یو کین سی اٹ ان دا قرآن</w:t>
      </w:r>
    </w:p>
    <w:p>
      <w:r>
        <w:rPr>
          <w:b/>
        </w:rPr>
        <w:t xml:space="preserve">[06:00] </w:t>
      </w:r>
      <w:r>
        <w:t>. so when god created man, god said to other creatures that you have to bow down before adam.</w:t>
      </w:r>
    </w:p>
    <w:p>
      <w:pPr>
        <w:jc w:val="right"/>
      </w:pPr>
      <w:r>
        <w:t>. سو وین گاڈ کریٹڈ مین، گاڈ سیڈ ٹو ادر کریچرز دیٹ یو ہیو ٹو باو ڈاؤن بیفور آدم.</w:t>
      </w:r>
    </w:p>
    <w:p>
      <w:r>
        <w:rPr>
          <w:b/>
        </w:rPr>
        <w:t xml:space="preserve">[06:14] </w:t>
      </w:r>
      <w:r>
        <w:t>at the time, there were angels and jin, jin. other than human being, there were jin and angels.</w:t>
      </w:r>
    </w:p>
    <w:p>
      <w:pPr>
        <w:jc w:val="right"/>
      </w:pPr>
      <w:r>
        <w:t>ایٹ دا ٹائم، دیر وار اینجلس اینڈ جن، جے آئی این. ادر دین ہیومن بینگ، دیر وار جن اینڈ اینجلس.</w:t>
      </w:r>
    </w:p>
    <w:p>
      <w:r>
        <w:rPr>
          <w:b/>
        </w:rPr>
        <w:t xml:space="preserve">[06:27] </w:t>
      </w:r>
      <w:r>
        <w:t>so god said to the both</w:t>
      </w:r>
    </w:p>
    <w:p>
      <w:pPr>
        <w:jc w:val="right"/>
      </w:pPr>
      <w:r>
        <w:t>سو گاڈ سیڈ ٹو دا بوتھ</w:t>
      </w:r>
    </w:p>
    <w:p>
      <w:r>
        <w:rPr>
          <w:b/>
        </w:rPr>
        <w:t xml:space="preserve">[06:34] </w:t>
      </w:r>
      <w:r>
        <w:t>angel and jinn that you have to bow down before adam.</w:t>
      </w:r>
    </w:p>
    <w:p>
      <w:pPr>
        <w:jc w:val="right"/>
      </w:pPr>
      <w:r>
        <w:t>اینجل اینڈ جن دیٹ یو ہیو ٹو باو ڈاؤن بیفور آدم.</w:t>
      </w:r>
    </w:p>
    <w:p>
      <w:r>
        <w:rPr>
          <w:b/>
        </w:rPr>
        <w:t xml:space="preserve">[06:44] </w:t>
      </w:r>
      <w:r>
        <w:t>so what happened? angels surrendered before the</w:t>
      </w:r>
    </w:p>
    <w:p>
      <w:pPr>
        <w:jc w:val="right"/>
      </w:pPr>
      <w:r>
        <w:t>سو واٹ ہیپنڈ؟ اینجلس سرینڈرڈ بیفور دی</w:t>
      </w:r>
    </w:p>
    <w:p>
      <w:r>
        <w:rPr>
          <w:b/>
        </w:rPr>
        <w:t xml:space="preserve">[06:55] </w:t>
      </w:r>
      <w:r>
        <w:t>commandment of god.</w:t>
      </w:r>
    </w:p>
    <w:p>
      <w:pPr>
        <w:jc w:val="right"/>
      </w:pPr>
      <w:r>
        <w:t>کمانڈمنٹ آف گاڈ.</w:t>
      </w:r>
    </w:p>
    <w:p>
      <w:r>
        <w:rPr>
          <w:b/>
        </w:rPr>
        <w:t xml:space="preserve">[06:58] </w:t>
      </w:r>
      <w:r>
        <w:t>but satan, that was jinn, satan was a jinn,</w:t>
      </w:r>
    </w:p>
    <w:p>
      <w:pPr>
        <w:jc w:val="right"/>
      </w:pPr>
      <w:r>
        <w:t>بٹ سیٹن، دیٹ واز جن، سیٹن واز ا جن،</w:t>
      </w:r>
    </w:p>
    <w:p>
      <w:r>
        <w:rPr>
          <w:b/>
        </w:rPr>
        <w:t xml:space="preserve">[07:09] </w:t>
      </w:r>
      <w:r>
        <w:t>he refused to obey this commandment. god asked, why you refused my commandment?</w:t>
      </w:r>
    </w:p>
    <w:p>
      <w:pPr>
        <w:jc w:val="right"/>
      </w:pPr>
      <w:r>
        <w:t>ہی ریفیوزڈ ٹو اوبے دس کمانڈمنٹ. گاڈ آسکڈ، وائی یو ریفیوزڈ مائی کمانڈمنٹ؟</w:t>
      </w:r>
    </w:p>
    <w:p>
      <w:r>
        <w:rPr>
          <w:b/>
        </w:rPr>
        <w:t xml:space="preserve">[07:24] </w:t>
      </w:r>
      <w:r>
        <w:t>you have to bow down before adam</w:t>
      </w:r>
    </w:p>
    <w:p>
      <w:pPr>
        <w:jc w:val="right"/>
      </w:pPr>
      <w:r>
        <w:t>یو ہیو ٹو باو ڈاؤن بیفور آدم</w:t>
      </w:r>
    </w:p>
    <w:p>
      <w:r>
        <w:rPr>
          <w:b/>
        </w:rPr>
        <w:t xml:space="preserve">[07:28] </w:t>
      </w:r>
      <w:r>
        <w:t>. so satan, that was head of jinn, he said: "ana khairun min</w:t>
      </w:r>
    </w:p>
    <w:p>
      <w:pPr>
        <w:jc w:val="right"/>
      </w:pPr>
      <w:r>
        <w:t>. سو سیٹن، دیٹ واز ہیڈ آف جن، ہی سیڈ: "انا خیر من</w:t>
      </w:r>
    </w:p>
    <w:p>
      <w:r>
        <w:rPr>
          <w:b/>
        </w:rPr>
        <w:t xml:space="preserve">[07:43] </w:t>
      </w:r>
      <w:r>
        <w:t>darin wa khalaqtani min tin. i am better than adam. i am better than adam.</w:t>
      </w:r>
    </w:p>
    <w:p>
      <w:pPr>
        <w:jc w:val="right"/>
      </w:pPr>
      <w:r>
        <w:t>دار و خلق من تین۔ آئی ایم بیٹر دین آدم۔ آئی ایم بیٹر دین آدم۔</w:t>
      </w:r>
    </w:p>
    <w:p>
      <w:r>
        <w:rPr>
          <w:b/>
        </w:rPr>
        <w:t xml:space="preserve">[07:55] </w:t>
      </w:r>
      <w:r>
        <w:t>you have created me</w:t>
      </w:r>
    </w:p>
    <w:p>
      <w:pPr>
        <w:jc w:val="right"/>
      </w:pPr>
      <w:r>
        <w:t>یو ہیو کریٹڈ می</w:t>
      </w:r>
    </w:p>
    <w:p>
      <w:r>
        <w:rPr>
          <w:b/>
        </w:rPr>
        <w:t xml:space="preserve">[08:01] </w:t>
      </w:r>
      <w:r>
        <w:t>with fire, and you created adam with clay."</w:t>
      </w:r>
    </w:p>
    <w:p>
      <w:pPr>
        <w:jc w:val="right"/>
      </w:pPr>
      <w:r>
        <w:t>ود فائر، اینڈ یو کریٹڈ آدم ود کلی۔"</w:t>
      </w:r>
    </w:p>
    <w:p>
      <w:r>
        <w:rPr>
          <w:b/>
        </w:rPr>
        <w:t xml:space="preserve">[08:12] </w:t>
      </w:r>
      <w:r>
        <w:t>so satan invented a self-styled criterion. at the time, criterion was only one: that you have to</w:t>
      </w:r>
    </w:p>
    <w:p>
      <w:pPr>
        <w:jc w:val="right"/>
      </w:pPr>
      <w:r>
        <w:t>سو سیٹن انوینٹڈ ا سیلف اسٹائل کرائٹیرین۔ ایٹ دا ٹائم، کرائٹیرین واز اونلی ون: دیٹ یو ہیو ٹو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