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What is Akhirat March 12, 2006 Maulana Wahiduddin Khan</w:t>
      </w:r>
    </w:p>
    <w:p>
      <w:r>
        <w:t>https://www.youtube.com/watch?v=F41-6s4TdW0</w:t>
      </w:r>
    </w:p>
    <w:p>
      <w:r>
        <w:rPr>
          <w:b/>
        </w:rPr>
        <w:t xml:space="preserve">[00:13] </w:t>
      </w:r>
      <w:r>
        <w:t>bismillah ir-rahman ir-rahim, wa salla allahu ala an-nabiyyi al-karim.</w:t>
      </w:r>
    </w:p>
    <w:p>
      <w:pPr>
        <w:jc w:val="right"/>
      </w:pPr>
      <w:r>
        <w:t>بسم اللہ الرحمن الرحیم، و صلی اللہ علی النبی الکریم۔</w:t>
      </w:r>
    </w:p>
    <w:p>
      <w:r>
        <w:rPr>
          <w:b/>
        </w:rPr>
        <w:t xml:space="preserve">[00:27] </w:t>
      </w:r>
      <w:r>
        <w:t>aakhirat ke muamle ko samajhne ke liye main ek hadith pesh karta hoon.</w:t>
      </w:r>
    </w:p>
    <w:p>
      <w:pPr>
        <w:jc w:val="right"/>
      </w:pPr>
      <w:r>
        <w:t>آخرت کے معاملے کو سمجھنے کے لیے میں ایک حدیث پیش کرتا ہوں۔</w:t>
      </w:r>
    </w:p>
    <w:p>
      <w:r>
        <w:rPr>
          <w:b/>
        </w:rPr>
        <w:t xml:space="preserve">[00:37] </w:t>
      </w:r>
      <w:r>
        <w:t>hadith hum un baaton ko kehte hain jo rasool allah ke hawale se aati hain islam mein. quran word of god hai jo khuda ke hawale se aata hai,</w:t>
      </w:r>
    </w:p>
    <w:p>
      <w:pPr>
        <w:jc w:val="right"/>
      </w:pPr>
      <w:r>
        <w:t>حدیث ہم ان باتوں کو کہتے ہیں جو رسول اللہ کے حوالے سے آتی ہیں اسلام میں۔ قرآن ورڈ آف گاڈ ہے جو خدا کے حوالے سے آتا ہے،</w:t>
      </w:r>
    </w:p>
    <w:p>
      <w:r>
        <w:rPr>
          <w:b/>
        </w:rPr>
        <w:t xml:space="preserve">[00:53] </w:t>
      </w:r>
      <w:r>
        <w:t>aur hadith word of rasool hai. to aisa hua ke ek baar prophet of islam, rasool allah sallallahu alaihi wasallam,</w:t>
      </w:r>
    </w:p>
    <w:p>
      <w:pPr>
        <w:jc w:val="right"/>
      </w:pPr>
      <w:r>
        <w:t>اور حدیث ورڈ آف رسول ہے۔ تو ایسا ہوا کہ ایک بار پرافٹ آف اسلام، رسول اللہ صلی اللہ علیہ وسلم،</w:t>
      </w:r>
    </w:p>
    <w:p>
      <w:r>
        <w:rPr>
          <w:b/>
        </w:rPr>
        <w:t xml:space="preserve">[01:11] </w:t>
      </w:r>
      <w:r>
        <w:t>apne kuch saahibiyon ke saath ek jagah baithe hue the</w:t>
      </w:r>
    </w:p>
    <w:p>
      <w:pPr>
        <w:jc w:val="right"/>
      </w:pPr>
      <w:r>
        <w:t>اپنے کچھ ساتھیوں کے ساتھ ایک جگہ بیٹھے ہوئے تھے</w:t>
      </w:r>
    </w:p>
    <w:p>
      <w:r>
        <w:rPr>
          <w:b/>
        </w:rPr>
        <w:t xml:space="preserve">[01:17] </w:t>
      </w:r>
      <w:r>
        <w:t>to saamne se ek aadmi guzra.</w:t>
      </w:r>
    </w:p>
    <w:p>
      <w:pPr>
        <w:jc w:val="right"/>
      </w:pPr>
      <w:r>
        <w:t>تو سامنے سے ایک آدمی گزرا۔</w:t>
      </w:r>
    </w:p>
    <w:p>
      <w:r>
        <w:rPr>
          <w:b/>
        </w:rPr>
        <w:t xml:space="preserve">[01:22] </w:t>
      </w:r>
      <w:r>
        <w:t>saamne se ek aadmi guzra. woh kahin se aaya, kahin se aa raha tha aur kahin ja raha tha. woh ruka nahi. woh na rasool allah sallallahu alaihi wasallam ke paas aaya salam karne ke liye, na sahaba se musafaha karne ke liye,</w:t>
      </w:r>
    </w:p>
    <w:p>
      <w:pPr>
        <w:jc w:val="right"/>
      </w:pPr>
      <w:r>
        <w:t>سامنے سے ایک آدمی گزرا۔ وہ کہیں سے آیا، کہیں سے آ رہا تھا اور کہیں جا رہا تھا۔ وہ رکا نہیں۔ وہ نہ رسول اللہ صلی اللہ علیہ وسلم کے پاس آیا سلام کرنے کے لیے، نہ صحابہ سے مصافحہ کرنے کے لیے،</w:t>
      </w:r>
    </w:p>
    <w:p>
      <w:r>
        <w:rPr>
          <w:b/>
        </w:rPr>
        <w:t xml:space="preserve">[01:38] </w:t>
      </w:r>
      <w:r>
        <w:t>na mubarakbad dene ke liye, kuch bhi nahi. simply bas idhar se udhar chala gaya woh. aaj jo logon ki soch hai to kahein ke yeh to rasool allah ki tauheen kar di, isko maaro.</w:t>
      </w:r>
    </w:p>
    <w:p>
      <w:pPr>
        <w:jc w:val="right"/>
      </w:pPr>
      <w:r>
        <w:t>نہ مبارکباد دینے کے لیے، کچھ بھی نہیں۔ سمپلی بس ادھر سے ادھر چلا گیا وہ۔ آج جو لوگوں کی سوچ ہے تو کہیں کہ یہ تو رسول اللہ کی توہین کر دی، اس کو مارو۔</w:t>
      </w:r>
    </w:p>
    <w:p>
      <w:r>
        <w:rPr>
          <w:b/>
        </w:rPr>
        <w:t xml:space="preserve">[01:54] </w:t>
      </w:r>
      <w:r>
        <w:t>ke rasool allah baithe hue hain aur bas aaya chala gaya, na salam na kalam.</w:t>
      </w:r>
    </w:p>
    <w:p>
      <w:pPr>
        <w:jc w:val="right"/>
      </w:pPr>
      <w:r>
        <w:t>کہ رسول اللہ بیٹھے ہوئے ہیں اور بس آیا چلا گیا، نہ سلام نہ کلام۔</w:t>
      </w:r>
    </w:p>
    <w:p>
      <w:r>
        <w:rPr>
          <w:b/>
        </w:rPr>
        <w:t xml:space="preserve">[02:02] </w:t>
      </w:r>
      <w:r>
        <w:t>rasool allah ko isne tauheen kar di, isko maaro pakad kar ke. aaj jo islam hai woh aise hi hai musalmanon mein.</w:t>
      </w:r>
    </w:p>
    <w:p>
      <w:pPr>
        <w:jc w:val="right"/>
      </w:pPr>
      <w:r>
        <w:t>رسول اللہ کو اس نے توہین کر دی، اس کو مارو پکڑ کر کے۔ آج جو اسلام ہے وہ ایسے ہی ہے مسلمانوں میں۔</w:t>
      </w:r>
    </w:p>
    <w:p>
      <w:r>
        <w:rPr>
          <w:b/>
        </w:rPr>
        <w:t xml:space="preserve">[02:13] </w:t>
      </w:r>
      <w:r>
        <w:t>yeh hai invented islam. dekhiye, ek hai revealed islam aur ek hai musalmanon ka invented islam.</w:t>
      </w:r>
    </w:p>
    <w:p>
      <w:pPr>
        <w:jc w:val="right"/>
      </w:pPr>
      <w:r>
        <w:t>یہ ہے انوینٹڈ اسلام۔ دیکھیے، ایک ہے ریویلڈ اسلام اور ایک ہے مسلمانوں کا انوینٹڈ اسلام۔</w:t>
      </w:r>
    </w:p>
    <w:p>
      <w:r>
        <w:rPr>
          <w:b/>
        </w:rPr>
        <w:t xml:space="preserve">[02:25] </w:t>
      </w:r>
      <w:r>
        <w:t>to aaj jo musalman hain woh apne invented islam par hain. woh revealed islam par nahi hain woh. warna isi waqeye mein aap dekhiye ke rasool allah baithe hue hain aur aap ke kuch saahibi bhi wahan par hain.</w:t>
      </w:r>
    </w:p>
    <w:p>
      <w:pPr>
        <w:jc w:val="right"/>
      </w:pPr>
      <w:r>
        <w:t>تو آج جو مسلمان ہیں وہ اپنے انوینٹڈ اسلام پر ہیں۔ وہ ریویلڈ اسلام پر نہیں ہیں وہ۔ ورنہ اسی واقعے میں آپ دیکھیے کہ رسول اللہ بیٹھے ہوئے ہیں اور آپ کے کچھ ساتھی بھی وہاں پر ہیں۔</w:t>
      </w:r>
    </w:p>
    <w:p>
      <w:r>
        <w:rPr>
          <w:b/>
        </w:rPr>
        <w:t xml:space="preserve">[02:41] </w:t>
      </w:r>
      <w:r>
        <w:t>koi aadmi aata hai aur chala jata hai, koi salam na kalam, milna na jullna, na koi mubarakbad diya, na kuch naat khwani kari aap ki khidmat mein, koi na qasida padha, kuch bhi nahi kiya usne.</w:t>
      </w:r>
    </w:p>
    <w:p>
      <w:pPr>
        <w:jc w:val="right"/>
      </w:pPr>
      <w:r>
        <w:t>کوئی آدمی آتا ہے اور چلا جاتا ہے، کوئی سلام نہ کلام، ملنا نہ جلنا، نہ کوئی مبارکباد دیا، نہ کچھ نعت خوانی کری آپ کی خدمت میں، کوئی نہ قصیدہ پڑھا، کچھ بھی نہیں کیا اس نے۔</w:t>
      </w:r>
    </w:p>
    <w:p>
      <w:r>
        <w:rPr>
          <w:b/>
        </w:rPr>
        <w:t xml:space="preserve">[02:57] </w:t>
      </w:r>
      <w:r>
        <w:t>ke muhammad na hote, duniya na hoti, aa kar kehta ke bhai dekhiye aap to woh shakhs hain ke aap ke liye khuda ne duniya paida ki. aap na aate, duniya bhi na paida hoti.</w:t>
      </w:r>
    </w:p>
    <w:p>
      <w:pPr>
        <w:jc w:val="right"/>
      </w:pPr>
      <w:r>
        <w:t>کہ محمد نہ ہوتے، دنیا نہ ہوتی، آ کر کہتا کہ بھئی دیکھیے آپ تو وہ شخص ہیں کہ آپ کے لیے خدا نے دنیا پیدا کی۔ آپ نہ آتے، دنیا بھی نہ پیدا ہوتی۔</w:t>
      </w:r>
    </w:p>
    <w:p>
      <w:r>
        <w:rPr>
          <w:b/>
        </w:rPr>
        <w:t xml:space="preserve">[03:08] </w:t>
      </w:r>
      <w:r>
        <w:t>yeh sab kehta aa kar ke. is ne salam bhi nahi kiya. to aaj ka jo islam hai musalmanon ka woh invented islam hai.</w:t>
      </w:r>
    </w:p>
    <w:p>
      <w:pPr>
        <w:jc w:val="right"/>
      </w:pPr>
      <w:r>
        <w:t>یہ سب کہتا آ کر کے۔ اس نے سلام بھی نہیں کیا۔ تو آج کا جو اسلام ہے مسلمانوں کا وہ انوینٹڈ اسلام ہے۔</w:t>
      </w:r>
    </w:p>
    <w:p>
      <w:r>
        <w:rPr>
          <w:b/>
        </w:rPr>
        <w:t xml:space="preserve">[03:20] </w:t>
      </w:r>
      <w:r>
        <w:t>jis cheez ko musalman gustakhi aur toheen kahenge, disrespect kahenge, us ko rasool Allah ne disrespect nahi kaha.</w:t>
      </w:r>
    </w:p>
    <w:p>
      <w:pPr>
        <w:jc w:val="right"/>
      </w:pPr>
      <w:r>
        <w:t>جس چیز کو مسلمان گستاخی اور توہین کہیں گے، ڈس ریسپیکٹ کہیں گے، اس کو رسول اللہ نے ڈس ریسپیکٹ نہیں کہا۔</w:t>
      </w:r>
    </w:p>
    <w:p>
      <w:r>
        <w:rPr>
          <w:b/>
        </w:rPr>
        <w:t xml:space="preserve">[03:34] </w:t>
      </w:r>
      <w:r>
        <w:t>kya kaha? aap ne is ke ultā kaha. aap ne kaha ke yeh aadmi paradise mein jayega. yeh aadmi jannati hai.</w:t>
      </w:r>
    </w:p>
    <w:p>
      <w:pPr>
        <w:jc w:val="right"/>
      </w:pPr>
      <w:r>
        <w:t>کیا کہا؟ آپ نے اس کے الٹا کہا۔ آپ نے کہا کہ یہ آدمی پیراڈائز میں جائے گا۔ یہ آدمی جنتی ہے۔</w:t>
      </w:r>
    </w:p>
    <w:p>
      <w:r>
        <w:rPr>
          <w:b/>
        </w:rPr>
        <w:t xml:space="preserve">[03:44] </w:t>
      </w:r>
      <w:r>
        <w:t>aap ghor kijiye jo case musalmanon ke nazdeek rasool Allah ki toheen ka case hai, khud rasool Allah ki nazar mein woh aadmi ke jannati hone ka saboot hai.</w:t>
      </w:r>
    </w:p>
    <w:p>
      <w:pPr>
        <w:jc w:val="right"/>
      </w:pPr>
      <w:r>
        <w:t>آپ غور کیجیے جو کیس مسلمانوں کے نزدیک رسول اللہ کی توہین کا کیس ہے، خود رسول اللہ کی نظر میں وہ آدمی کے جنتی ہونے کا ثبوت ہے۔</w:t>
      </w:r>
    </w:p>
    <w:p>
      <w:r>
        <w:rPr>
          <w:b/>
        </w:rPr>
        <w:t xml:space="preserve">[03:57] </w:t>
      </w:r>
      <w:r>
        <w:t>dekhen kitna farq hai, aap ghor kijiye.</w:t>
      </w:r>
    </w:p>
    <w:p>
      <w:pPr>
        <w:jc w:val="right"/>
      </w:pPr>
      <w:r>
        <w:t>دیکھیں کتنا فرق ہے، آپ غور کیجیے۔</w:t>
      </w:r>
    </w:p>
    <w:p>
      <w:r>
        <w:rPr>
          <w:b/>
        </w:rPr>
        <w:t xml:space="preserve">[04:02] </w:t>
      </w:r>
      <w:r>
        <w:t>khair to hua kya? jab rasool Allah ne yeh kaha ke yeh aadmi jannati hai to jo log aap ke paas baithe hue the un mein se ek aadmi kehte hain ke mujh se ek jis ko kehte hain curiosity,</w:t>
      </w:r>
    </w:p>
    <w:p>
      <w:pPr>
        <w:jc w:val="right"/>
      </w:pPr>
      <w:r>
        <w:t>خیر تو ہوا کیا؟ جب رسول اللہ نے یہ کہا کہ یہ آدمی جنتی ہے تو جو لوگ آپ کے پاس بیٹھے ہوئے تھے ان میں سے ایک آدمی کہتے ہیں کہ مجھ سے ایک جس کو کہتے ہیں کیوروسٹی،</w:t>
      </w:r>
    </w:p>
    <w:p>
      <w:r>
        <w:rPr>
          <w:b/>
        </w:rPr>
        <w:t xml:space="preserve">[04:19] </w:t>
      </w:r>
      <w:r>
        <w:t>tajassus aa gaya ke aap ne is aadmi ko aisa kyun kaha? kyunke woh ek simple aadmi tha jis ko hindi mein kehte hain sadharan.</w:t>
      </w:r>
    </w:p>
    <w:p>
      <w:pPr>
        <w:jc w:val="right"/>
      </w:pPr>
      <w:r>
        <w:t>تجسس آگیا کہ آپ نے اس آدمی کو ایسا کیوں کہا؟ کیونکہ وہ ایک سمپل آدمی تھا جس کو ہندی میں کہتے ہیں سادہڑن۔</w:t>
      </w:r>
    </w:p>
    <w:p>
      <w:r>
        <w:rPr>
          <w:b/>
        </w:rPr>
        <w:t xml:space="preserve">[04:31] </w:t>
      </w:r>
      <w:r>
        <w:t>ek sadharan manish tha woh. aur aap kehte hain ke yeh to jannati hai.</w:t>
      </w:r>
    </w:p>
    <w:p>
      <w:pPr>
        <w:jc w:val="right"/>
      </w:pPr>
      <w:r>
        <w:t>ایک سادہڑن منش تھا وہ۔ اور آپ کہتے ہیں کہ یہ تو جنتی ہے۔</w:t>
      </w:r>
    </w:p>
    <w:p>
      <w:r>
        <w:rPr>
          <w:b/>
        </w:rPr>
        <w:t xml:space="preserve">[04:41] </w:t>
      </w:r>
      <w:r>
        <w:t>is aadmi ne janna chaha is aadmi ke bare mein ke woh aakhir kya karta hai ke woh jannati ban gaya.</w:t>
      </w:r>
    </w:p>
    <w:p>
      <w:pPr>
        <w:jc w:val="right"/>
      </w:pPr>
      <w:r>
        <w:t>اس آدمی نے جاننا چاہا اس آدمی کے بارے میں کہ وہ آخر کیا کرتا ہے کہ وہ جنتی بن گیا۔</w:t>
      </w:r>
    </w:p>
    <w:p>
      <w:r>
        <w:rPr>
          <w:b/>
        </w:rPr>
        <w:t xml:space="preserve">[04:54] </w:t>
      </w:r>
      <w:r>
        <w:t>to unhon ne ek bohat hi scientific tareeqa ikhtiyar kiya. yaani ek tha ke woh ja kar poochte ke bhai tum kya karte ho? yeh scientific tareeqa nahi hai.</w:t>
      </w:r>
    </w:p>
    <w:p>
      <w:pPr>
        <w:jc w:val="right"/>
      </w:pPr>
      <w:r>
        <w:t>تو انہوں نے ایک بہت ہی سائنٹیفک طریقہ اختیار کیا۔ یعنی ایک تھا کہ وہ جا کر پوچھتے کہ بھئی تم کیا کرتے ہو؟ یہ سائنٹیفک طریقہ نہیں ہے۔</w:t>
      </w:r>
    </w:p>
    <w:p>
      <w:r>
        <w:rPr>
          <w:b/>
        </w:rPr>
        <w:t xml:space="preserve">[05:08] </w:t>
      </w:r>
      <w:r>
        <w:t>unhon ne socha ke main teen din is ki zindagi ko dekhunga baghair kahe hue ke main tum ko dekhna chahta hoon. teen din watch karunga aur koi elan nahi karunga ke dekho main tum ko dekhna chahta hoon teen din.</w:t>
      </w:r>
    </w:p>
    <w:p>
      <w:pPr>
        <w:jc w:val="right"/>
      </w:pPr>
      <w:r>
        <w:t>انہوں نے سوچا کہ میں تین دن اس کی زندگی کو دیکھوں گا بغیر کہے ہوئے کہ میں تم کو دیکھنا چاہتا ہوں۔ تین دن واچ کروں گا اور کوئی اعلان نہیں کروں گا کہ دیکھو میں تم کو دیکھنا چاہتا ہوں تین دن۔</w:t>
      </w:r>
    </w:p>
    <w:p>
      <w:r>
        <w:rPr>
          <w:b/>
        </w:rPr>
        <w:t xml:space="preserve">[05:25] </w:t>
      </w:r>
      <w:r>
        <w:t>kuch bhi nahi. ek scientific tareeqa. to woh gaya is aadmi ke ghar.</w:t>
      </w:r>
    </w:p>
    <w:p>
      <w:pPr>
        <w:jc w:val="right"/>
      </w:pPr>
      <w:r>
        <w:t>کچھ بھی نہیں۔ ایک سائنٹیفک طریقہ۔ تو وہ گیا اس آدمی کے گھر۔</w:t>
      </w:r>
    </w:p>
    <w:p>
      <w:r>
        <w:rPr>
          <w:b/>
        </w:rPr>
        <w:t xml:space="preserve">[05:36] </w:t>
      </w:r>
      <w:r>
        <w:t>us ne kaha ke main teen din aap ka mehman rahoon ga.</w:t>
      </w:r>
    </w:p>
    <w:p>
      <w:pPr>
        <w:jc w:val="right"/>
      </w:pPr>
      <w:r>
        <w:t>اس نے کہا کہ میں تین دن آپ کا مہمان رہوں گا۔</w:t>
      </w:r>
    </w:p>
    <w:p>
      <w:r>
        <w:rPr>
          <w:b/>
        </w:rPr>
        <w:t xml:space="preserve">[05:42] </w:t>
      </w:r>
      <w:r>
        <w:t>to yeh bhi dekhiye, yeh bhi bohat hikmat ki baat hai. pehle zamaney mein jab ke hotel nahi hua karte the to ek international norm tha.</w:t>
      </w:r>
    </w:p>
    <w:p>
      <w:pPr>
        <w:jc w:val="right"/>
      </w:pPr>
      <w:r>
        <w:t>تو یہ بھی دیکھیے، یہ بھی بہت حکمت کی بات ہے۔ پہلے زمانے میں جب کہ ہوٹل نہیں ہوا کرتے تھے تو ایک انٹرنیشنل نارم تھا۔</w:t>
      </w:r>
    </w:p>
    <w:p>
      <w:r>
        <w:rPr>
          <w:b/>
        </w:rPr>
        <w:t xml:space="preserve">[05:54] </w:t>
      </w:r>
      <w:r>
        <w:t>yaani pre hotel period ka norm. ke aap safar kar rahe hain, kisi gaon mein, kisi basti mein pohanchte hain to aap ka yeh haq mana jata tha kisi ajnabi musafir ka ke woh kisi ke haan jaye to teen din woh is ko thahraye.</w:t>
      </w:r>
    </w:p>
    <w:p>
      <w:pPr>
        <w:jc w:val="right"/>
      </w:pPr>
      <w:r>
        <w:t>یعنی پری ہوٹل پیریڈ کا نارم۔ کہ آپ سفر کر رہے ہیں، کسی گاؤں میں، کسی بستی میں پہنچتے ہیں تو آپ کا یہ حق مانا جاتا تھا کسی اجنبی مسافر کا کہ وہ کسی کے ہاں جائے تو تین دن وہ اس کو ٹھہرائے۔</w:t>
      </w:r>
    </w:p>
    <w:p>
      <w:r>
        <w:rPr>
          <w:b/>
        </w:rPr>
        <w:t xml:space="preserve">[06:17] </w:t>
      </w:r>
      <w:r>
        <w:t>yeh pre hotel culture tha us mein aisa hota tha. to woh gaya aur isi riwayat ko us ne istemal karte hue kaha ke main tumhare haan teen din rahoon ga.</w:t>
      </w:r>
    </w:p>
    <w:p>
      <w:pPr>
        <w:jc w:val="right"/>
      </w:pPr>
      <w:r>
        <w:t>یہ پری ہوٹل جو کلچر تھا اس میں ایسا ہوتا تھا۔ تو وہ گیا اور اسی روایت کو اس نے استعمال کرتے ہوئے کہا کہ میں تمہارے ہاں تین دن رہوں گا۔</w:t>
      </w:r>
    </w:p>
    <w:p>
      <w:r>
        <w:rPr>
          <w:b/>
        </w:rPr>
        <w:t xml:space="preserve">[06:33] </w:t>
      </w:r>
      <w:r>
        <w:t>us ne kaha ke bohat acha, raho. to woh teen din raha. raat aur din, raat aur din us ko watch karta raha.</w:t>
      </w:r>
    </w:p>
    <w:p>
      <w:pPr>
        <w:jc w:val="right"/>
      </w:pPr>
      <w:r>
        <w:t>اس نے کہا کہ بہت اچھا، رہو۔ تو وہ تین دن رہا۔ رات اور دن، رات اور دن اس کو واچ کرتا رہا۔</w:t>
      </w:r>
    </w:p>
    <w:p>
      <w:r>
        <w:rPr>
          <w:b/>
        </w:rPr>
        <w:t xml:space="preserve">[06:46] </w:t>
      </w:r>
      <w:r>
        <w:t>to teesre din jab is ka waqt khatam hua aur woh jane laga to woh aadmi jis ke haan woh mehman bana tha,</w:t>
      </w:r>
    </w:p>
    <w:p>
      <w:pPr>
        <w:jc w:val="right"/>
      </w:pPr>
      <w:r>
        <w:t>تو تیسرے دن جب اس کا وقت ختم ہوا اور وہ جانے لگا تو وہ آدمی جس کے ہاں وہ مہمان بنا تھا،</w:t>
      </w:r>
    </w:p>
    <w:p>
      <w:r>
        <w:rPr>
          <w:b/>
        </w:rPr>
        <w:t xml:space="preserve">[06:59] </w:t>
      </w:r>
      <w:r>
        <w:t>us ka mehman jo tha, mehman ne poocha ke bhai aap teen din ke liye aaye, koi khaas tum ne baat cheet bhi nahi ki, koi khaas baat maine tum se suni nahi, to tumhara maqsad kya tha qiyam karne ka teen din?</w:t>
      </w:r>
    </w:p>
    <w:p>
      <w:pPr>
        <w:jc w:val="right"/>
      </w:pPr>
      <w:r>
        <w:t>اس کا مہمان جو تھا، مہمان نے پوچھا کہ بھئی آپ تین دن کے لیے آئے، کوئی خاص تم نے بات چیت بھی نہیں کی، کوئی خاص بات میں نے تم سے سنی نہیں، تو تمہارا مقصد کیا تھا قیام کرنے کا تین دن؟</w:t>
      </w:r>
    </w:p>
    <w:p>
      <w:r>
        <w:rPr>
          <w:b/>
        </w:rPr>
        <w:t xml:space="preserve">[07:17] </w:t>
      </w:r>
      <w:r>
        <w:t>tab us ne bataya ke aisa hua ke rasool Allah ne tumhare bare mein yeh kaha tha ke tum jannati ho, tum mein aaya dekhne ke liye, aur mujhe to kuch samajh mein baat aayi nahi.</w:t>
      </w:r>
    </w:p>
    <w:p>
      <w:pPr>
        <w:jc w:val="right"/>
      </w:pPr>
      <w:r>
        <w:t>تب اس نے بتایا کہ ایسا ہوا کہ رسول اللہ نے تمہارے بارے میں یہ کہا تھا کہ تم جنتی ہو، تم میں آیا دیکھنے کے لیے، اور مجھے تو کچھ سمجھ میں بات آئی نہیں۔</w:t>
      </w:r>
    </w:p>
    <w:p>
      <w:r>
        <w:rPr>
          <w:b/>
        </w:rPr>
        <w:t xml:space="preserve">[07:31] </w:t>
      </w:r>
      <w:r>
        <w:t>kyunke maine aisa nahi paya ke tum raat din ibadat karte ho Khuda ki, ibadat karte ho, tum raat din Quran parhte ho jis ko hum tilawat kehte hain, tum roze rakhte ho, roze karte ho, yeh bhi nahi paya maine.</w:t>
      </w:r>
    </w:p>
    <w:p>
      <w:pPr>
        <w:jc w:val="right"/>
      </w:pPr>
      <w:r>
        <w:t>کیونکہ میں نے ایسا نہیں پایا کہ تم رات دن عبادت کرتے ہو خدا کی، عبادت کرتے ہو، تم رات دن قرآن پڑھتے ہو جس کو ہم تلاوت کہتے ہیں، تم روزہ رکھتے ہو، روزہ کرتے ہو، یہ بھی نہیں پایا میں نے۔</w:t>
      </w:r>
    </w:p>
    <w:p>
      <w:r>
        <w:rPr>
          <w:b/>
        </w:rPr>
        <w:t xml:space="preserve">[07:51] </w:t>
      </w:r>
      <w:r>
        <w:t>tum to ek sadharan manish, ek aam aadmi ki tarah rehte ho. is wajah se yeh baat meri samajh mein aayi nahi.</w:t>
      </w:r>
    </w:p>
    <w:p>
      <w:pPr>
        <w:jc w:val="right"/>
      </w:pPr>
      <w:r>
        <w:t>تم تو ایک سادہڑن منش، ایک عام آدمی کی طرح رہتے ہو۔ اس وجہ سے یہ بات میری سمجھ میں آئی نہیں۔</w:t>
      </w:r>
    </w:p>
    <w:p>
      <w:r>
        <w:rPr>
          <w:b/>
        </w:rPr>
        <w:t xml:space="preserve">[08:02] </w:t>
      </w:r>
      <w:r>
        <w:t>dekhiye, is mein samjhiye is baat ko ke woh jo mehman tha woh form mein dhoondh raha tha is ka sabab.</w:t>
      </w:r>
    </w:p>
    <w:p>
      <w:pPr>
        <w:jc w:val="right"/>
      </w:pPr>
      <w:r>
        <w:t>دیکھیے، اس میں سمجھئے اس بات کو کہ وہ جو مہمان تھا وہ فارم میں ڈھونڈ رہا تھا اس کا سبب۔</w:t>
      </w:r>
    </w:p>
    <w:p>
      <w:r>
        <w:rPr>
          <w:b/>
        </w:rPr>
        <w:t xml:space="preserve">[08:16] </w:t>
      </w:r>
      <w:r>
        <w:t>jab ke sabab rooh mein tha.</w:t>
      </w:r>
    </w:p>
    <w:p>
      <w:pPr>
        <w:jc w:val="right"/>
      </w:pPr>
      <w:r>
        <w:t>جبکہ سبب روح میں تھا۔</w:t>
      </w:r>
    </w:p>
    <w:p>
      <w:r>
        <w:rPr>
          <w:b/>
        </w:rPr>
        <w:t xml:space="preserve">[08:22] </w:t>
      </w:r>
      <w:r>
        <w:t>us ke baharoon ravaiye mein dhoondh rahe the woh sabab. jab ke us ke andaroon rooh mein woh sabab chupa hua tha. is wajah se us ki samajh mein nahi aaya.</w:t>
      </w:r>
    </w:p>
    <w:p>
      <w:pPr>
        <w:jc w:val="right"/>
      </w:pPr>
      <w:r>
        <w:t>اس کے بیرونی رویے میں ڈھونڈ رہے تھے وہ سبب۔ جبکہ اس کے اندرونی روح میں وہ سبب چھپا ہوا تھا۔ اس وجہ سے اس کی سمجھ میں نہیں آیا۔</w:t>
      </w:r>
    </w:p>
    <w:p>
      <w:r>
        <w:rPr>
          <w:b/>
        </w:rPr>
        <w:t xml:space="preserve">[08:33] </w:t>
      </w:r>
      <w:r>
        <w:t>kyunke is ke bairooni ravaiye mein yeh sab baatein jo aaj kal musalmanon mein bohat chalti hain ke raat din ibadat, raat din tilawat, raat din roza, yeh sab bairooni ravaiye hain.</w:t>
      </w:r>
    </w:p>
    <w:p>
      <w:pPr>
        <w:jc w:val="right"/>
      </w:pPr>
      <w:r>
        <w:t>کیونکہ اس کے بیرونی رویے میں یہ سب باتیں جو آج کل مسلمانوں میں بہت چلتی ہیں کہ رات دن عبادت، رات دن تلاوت، رات دن روزہ، یہ سب بیرونی رویے ہیں۔</w:t>
      </w:r>
    </w:p>
    <w:p>
      <w:r>
        <w:rPr>
          <w:b/>
        </w:rPr>
        <w:t xml:space="preserve">[08:45] </w:t>
      </w:r>
      <w:r>
        <w:t>isi ko bari cheez samajhte hain. kitaab mein likha jata hai ke falan sahib aisa thay, falan sahib aisa karte thay.</w:t>
      </w:r>
    </w:p>
    <w:p>
      <w:pPr>
        <w:jc w:val="right"/>
      </w:pPr>
      <w:r>
        <w:t>اسی کو بڑی چیز سمجھتے ہیں۔ کتاب میں لکھا جاتا ہے کہ فلاں صاحب ایسا تھے، فلاں صاحب ایسا کرتے تھے۔</w:t>
      </w:r>
    </w:p>
    <w:p>
      <w:r>
        <w:rPr>
          <w:b/>
        </w:rPr>
        <w:t xml:space="preserve">[08:53] </w:t>
      </w:r>
      <w:r>
        <w:t>yeh tha hi nahi wahan par maamla. kisi ka bairooni ravaiya us ko paradise mein nahi le jayega. is ki rooh, is ka jo andarooni shakhsiyat hai is ki, woh kya hai,</w:t>
      </w:r>
    </w:p>
    <w:p>
      <w:pPr>
        <w:jc w:val="right"/>
      </w:pPr>
      <w:r>
        <w:t>یہ تھا ہی نہیں وہاں پر معاملہ۔ کسی کا بیرونی رویہ اس کو پیراڈائز میں نہیں لے جائے گا۔ اس کی روح، اس کا جو اندرونی شخصیت ہے اس کی، وہ کیا ہے،</w:t>
      </w:r>
    </w:p>
    <w:p>
      <w:r>
        <w:rPr>
          <w:b/>
        </w:rPr>
        <w:t xml:space="preserve">[09:09] </w:t>
      </w:r>
      <w:r>
        <w:t>is se tay hota hai ke paradise mein jayega ke nahi jayega. to khair is aadmi ne phir poocha ke tum koi khaas kaam to karte nahi?</w:t>
      </w:r>
    </w:p>
    <w:p>
      <w:pPr>
        <w:jc w:val="right"/>
      </w:pPr>
      <w:r>
        <w:t>اس سے طے ہوتا ہے کہ پیراڈائز میں جائے گا کہ نہیں جائے گا۔ تو خیر اس آدمی نے پھر پوچھا کہ تم کوئی خاص کام تو کرتے نہیں؟</w:t>
      </w:r>
    </w:p>
    <w:p>
      <w:r>
        <w:rPr>
          <w:b/>
        </w:rPr>
        <w:t xml:space="preserve">[09:21] </w:t>
      </w:r>
      <w:r>
        <w:t>tumhari kya khoobi hai jo tum ko paradise mein le jayegi? tab us ne aik baat kahi.</w:t>
      </w:r>
    </w:p>
    <w:p>
      <w:pPr>
        <w:jc w:val="right"/>
      </w:pPr>
      <w:r>
        <w:t>تمہاری کیا خوبی ہے جو تم کو پیراڈائز میں لے جائے گی؟ تب اس نے ایک بات کہی۔</w:t>
      </w:r>
    </w:p>
    <w:p>
      <w:r>
        <w:rPr>
          <w:b/>
        </w:rPr>
        <w:t xml:space="preserve">[09:35] </w:t>
      </w:r>
      <w:r>
        <w:t>yeh bohat ziyada sochne ki baat hai ke aaj ka musalmanon ka islam aur sahaba wala islam kitna farq dono mein hai.</w:t>
      </w:r>
    </w:p>
    <w:p>
      <w:pPr>
        <w:jc w:val="right"/>
      </w:pPr>
      <w:r>
        <w:t>یہ بہت زیادہ سوچنے کی بات ہے کہ آج کا مسلمانوں کا اسلام اور صحابہ والا اسلام کتنا فرق دونوں میں ہے۔</w:t>
      </w:r>
    </w:p>
    <w:p>
      <w:r>
        <w:rPr>
          <w:b/>
        </w:rPr>
        <w:t xml:space="preserve">[09:45] </w:t>
      </w:r>
      <w:r>
        <w:t>aaj ke musalmanon ne samajh rakha hai ke bairooni ravaiya jo hai wohi paradise mein le jayega. halanke woh kuch nahi hai. andarooni jo aadmi ki daryaft hai, andarooni rooh jo hai, us se tay hoga ke aadmi paradise mein jayega.</w:t>
      </w:r>
    </w:p>
    <w:p>
      <w:pPr>
        <w:jc w:val="right"/>
      </w:pPr>
      <w:r>
        <w:t>آج کے مسلمانوں نے سمجھ رکھا ہے کہ بیرونی رویہ جو ہے وہی پیراڈائز میں لے جائے گا۔ حالانکہ وہ کچھ نہیں ہے۔ اندرونی جو آدمی کی دریافت ہے، اندرونی روح جو ہے، اس سے طے ہوگا کہ آدمی پیراڈائز میں جائے گا۔</w:t>
      </w:r>
    </w:p>
    <w:p>
      <w:r>
        <w:rPr>
          <w:b/>
        </w:rPr>
        <w:t xml:space="preserve">[10:04] </w:t>
      </w:r>
      <w:r>
        <w:t>to woh jo woh bhi saathi tha, dono saathi thay rasool Allah ke. to jo mehman tha us ne kaha ke tum ne jo kuch mujhe dekha woh aisa hi mein hoon.</w:t>
      </w:r>
    </w:p>
    <w:p>
      <w:pPr>
        <w:jc w:val="right"/>
      </w:pPr>
      <w:r>
        <w:t>تو وہ جو وہ بھی ساتھی تھا، دونوں ساتھی تھے رسول اللہ کے۔ تو جو مہمان تھا اس نے کہا کہ تم نے جو کچھ مجھے دیکھا وہ ایسا ہی میں ہوں۔</w:t>
      </w:r>
    </w:p>
    <w:p>
      <w:r>
        <w:rPr>
          <w:b/>
        </w:rPr>
        <w:t xml:space="preserve">[10:22] </w:t>
      </w:r>
      <w:r>
        <w:t>mein bas paanch waqt ki namaz parta hoon, apne karobar mein laga rehta hoon, aur jo jo aqam tareeqa hai, jo zaroori jo farz jis ko hum kehte hain faraaiz, woh mein us par chalta hoon.</w:t>
      </w:r>
    </w:p>
    <w:p>
      <w:pPr>
        <w:jc w:val="right"/>
      </w:pPr>
      <w:r>
        <w:t>میں بس پانچ وقت کی نماز پڑھتا ہوں، اپنے کاروبار میں لگا رہتا ہوں، اور جو جو اقام طریقہ ہے، جو ضروری جو فرض جس کو ہم کہتے ہیں فرائض، وہ میں اس پر چلتا ہوں۔</w:t>
      </w:r>
    </w:p>
    <w:p>
      <w:r>
        <w:rPr>
          <w:b/>
        </w:rPr>
        <w:t xml:space="preserve">[10:42] </w:t>
      </w:r>
      <w:r>
        <w:t>phir us ne kaha ke lekin mere andar aik baat hai.</w:t>
      </w:r>
    </w:p>
    <w:p>
      <w:pPr>
        <w:jc w:val="right"/>
      </w:pPr>
      <w:r>
        <w:t>پھر اس نے کہا کہ لیکن میرے اندر ایک بات ہے۔</w:t>
      </w:r>
    </w:p>
    <w:p>
      <w:r>
        <w:rPr>
          <w:b/>
        </w:rPr>
        <w:t xml:space="preserve">[10:49] </w:t>
      </w:r>
      <w:r>
        <w:t>woh kya? la ajad fi qalbi ghussa li ahad.</w:t>
      </w:r>
    </w:p>
    <w:p>
      <w:pPr>
        <w:jc w:val="right"/>
      </w:pPr>
      <w:r>
        <w:t>وہ کیا؟ لا اجد فی قلبی غصا لعہد۔</w:t>
      </w:r>
    </w:p>
    <w:p>
      <w:r>
        <w:rPr>
          <w:b/>
        </w:rPr>
        <w:t xml:space="preserve">[10:57] </w:t>
      </w:r>
      <w:r>
        <w:t>la ajad fi qalbi ghussa li ahad. yaani mein kisi ke liye, kisi ke liye mere dil mein malith nahi hota.</w:t>
      </w:r>
    </w:p>
    <w:p>
      <w:pPr>
        <w:jc w:val="right"/>
      </w:pPr>
      <w:r>
        <w:t>لا اجد فی قلبی غصا لعہد۔ یعنی میں کسی کے لیے، کسی کے لیے میرے دل میں مالیث نہیں ہوتا۔</w:t>
      </w:r>
    </w:p>
    <w:p>
      <w:r>
        <w:rPr>
          <w:b/>
        </w:rPr>
        <w:t xml:space="preserve">[11:17] </w:t>
      </w:r>
      <w:r>
        <w:t>mere dil mein kisi ke liye malith nahi aata. yeh kaha us ne. dekhiye yahan bhi aik cheez samajh mein aayi hai.</w:t>
      </w:r>
    </w:p>
    <w:p>
      <w:pPr>
        <w:jc w:val="right"/>
      </w:pPr>
      <w:r>
        <w:t>میرے دل میں کسی کے لیے مالیث نہیں آتا۔ یہ کہا اس نے۔ دیکھیے یہاں بھی ایک چیز سمجھ میں آئی ہے۔</w:t>
      </w:r>
    </w:p>
    <w:p>
      <w:r>
        <w:rPr>
          <w:b/>
        </w:rPr>
        <w:t xml:space="preserve">[11:29] </w:t>
      </w:r>
      <w:r>
        <w:t>koi bhi cheez dekhiye boli jaye to kuch cheezein samajh mein aati hain. yahan bhi aik cheez samajh mein aayi hai. woh kya?</w:t>
      </w:r>
    </w:p>
    <w:p>
      <w:pPr>
        <w:jc w:val="right"/>
      </w:pPr>
      <w:r>
        <w:t>کوئی بھی چیز دیکھیے بولی جائے تو کچھ چیزیں سمجھ میں آتی ہیں۔ یہاں بھی ایک چیز سمجھ میں آئی ہے۔ وہ کیا؟</w:t>
      </w:r>
    </w:p>
    <w:p>
      <w:r>
        <w:rPr>
          <w:b/>
        </w:rPr>
        <w:t xml:space="preserve">[11:40] </w:t>
      </w:r>
      <w:r>
        <w:t>woh rehta tha isi duniya mein jis ko quran mein asal safreen kaha gaya hai. nichla tareen darja. woh kahin paradise mein nahi rehta tha woh.</w:t>
      </w:r>
    </w:p>
    <w:p>
      <w:pPr>
        <w:jc w:val="right"/>
      </w:pPr>
      <w:r>
        <w:t>وہ رہتا تھا اسی دنیا میں جس کو قرآن میں اصل سافرین کہا گیا ہے۔ نچلا ترین درجہ۔ وہ کہیں پیراڈائز میں نہیں رہتا تھا وہ۔</w:t>
      </w:r>
    </w:p>
    <w:p>
      <w:r>
        <w:rPr>
          <w:b/>
        </w:rPr>
        <w:t xml:space="preserve">[11:51] </w:t>
      </w:r>
      <w:r>
        <w:t>woh kahin buniyad mein nahi rehta tha woh. isi duniya mein. jahan har waqt manfi khayalat paish aate hain, har taraf khayalat hain, jahan har taraf proovictivity soorat haal hai, har taraf ghussa hai,</w:t>
      </w:r>
    </w:p>
    <w:p>
      <w:pPr>
        <w:jc w:val="right"/>
      </w:pPr>
      <w:r>
        <w:t>وہ کہیں بنیاد میں نہیں رہتا تھا وہ۔ اسی دنیا میں۔ جہاں ہر وقت منفی خیالات پیش آتے ہیں، ہر طرف خیالات ہیں، جہاں ہر طرف پرووکیٹیو صورتحال ہے، ہر طرف غصہ ہے،</w:t>
      </w:r>
    </w:p>
    <w:p>
      <w:r>
        <w:rPr>
          <w:b/>
        </w:rPr>
        <w:t xml:space="preserve">[12:09] </w:t>
      </w:r>
      <w:r>
        <w:t>isi duniya mein woh rehta tha. jab tak aap is baat ko shamil na karein, aap samajh nahi sakte ke is ki maani kya hai.</w:t>
      </w:r>
    </w:p>
    <w:p>
      <w:pPr>
        <w:jc w:val="right"/>
      </w:pPr>
      <w:r>
        <w:t>اسی دنیا میں وہ رہتا تھا۔ جب تک آپ اس بات کو شامل نہ کریں، آپ سمجھ نہیں سکتے کہ اس کی معنی کیا ہے۔</w:t>
      </w:r>
    </w:p>
    <w:p>
      <w:r>
        <w:rPr>
          <w:b/>
        </w:rPr>
        <w:t xml:space="preserve">[12:19] </w:t>
      </w:r>
      <w:r>
        <w:t>la ajad fi qalbi ghussa li ahad. is ko shamil kar ke jab sochenge, lineon ke sath darmiyan mein bhi shamil karna padega.</w:t>
      </w:r>
    </w:p>
    <w:p>
      <w:pPr>
        <w:jc w:val="right"/>
      </w:pPr>
      <w:r>
        <w:t>لا اجد فی قلبی غصا لعہد۔ اس کو شامل کر کے جب سوچیں گے، لائنوں کے ساتھ درمیان میں بھی شامل کرنا پڑے گا۔</w:t>
      </w:r>
    </w:p>
    <w:p>
      <w:r>
        <w:rPr>
          <w:b/>
        </w:rPr>
        <w:t xml:space="preserve">[12:30] </w:t>
      </w:r>
      <w:r>
        <w:t>har line mein darmiyan mein kuch cheezein hoti hain. to darmiyan mein ko milakar jab aap sochenge to kya matlab banega is ka?</w:t>
      </w:r>
    </w:p>
    <w:p>
      <w:pPr>
        <w:jc w:val="right"/>
      </w:pPr>
      <w:r>
        <w:t>ہر لائن میں درمیان میں کچھ چیزیں ہوتی ہیں۔ تو درمیان میں کو ملا کر جب آپ سوچیں گے تو کیا مطلب بنے گا اس کا؟</w:t>
      </w:r>
    </w:p>
    <w:p>
      <w:r>
        <w:rPr>
          <w:b/>
        </w:rPr>
        <w:t xml:space="preserve">[12:41] </w:t>
      </w:r>
      <w:r>
        <w:t>agarche log mujh ko provok karte hain. agarche log mujhe mere sath ishtial angizi karte hain. agarche logon se mujhe takleef puhanchti hai.</w:t>
      </w:r>
    </w:p>
    <w:p>
      <w:pPr>
        <w:jc w:val="right"/>
      </w:pPr>
      <w:r>
        <w:t>اگرچہ لوگ مجھ کو پروووک کرتے ہیں۔ اگرچہ لوگ مجھے میرے ساتھ اشتعال انگیزی کرتے ہیں۔ اگرچہ لوگوں سے مجھے تکلیف پہنچتی ہے۔</w:t>
      </w:r>
    </w:p>
    <w:p>
      <w:r>
        <w:rPr>
          <w:b/>
        </w:rPr>
        <w:t xml:space="preserve">[12:55] </w:t>
      </w:r>
      <w:r>
        <w:t>agarche logon ke kaante mujhe chubhte hain.</w:t>
      </w:r>
    </w:p>
    <w:p>
      <w:pPr>
        <w:jc w:val="right"/>
      </w:pPr>
      <w:r>
        <w:t>اگرچہ لوگوں کے کانٹے مجھے چبھتے ہیں۔</w:t>
      </w:r>
    </w:p>
    <w:p>
      <w:r>
        <w:rPr>
          <w:b/>
        </w:rPr>
        <w:t xml:space="preserve">[13:01] </w:t>
      </w:r>
      <w:r>
        <w:t>agarche wahi afsosnak tajurba mujhe hota hai jo doosron ko hota hai. lekin mein apni musbatti ko barqarar rakhta hoon.</w:t>
      </w:r>
    </w:p>
    <w:p>
      <w:pPr>
        <w:jc w:val="right"/>
      </w:pPr>
      <w:r>
        <w:t>اگرچہ وہی افسوسناک تجربہ مجھے ہوتا ہے جو دوسروں کو ہوتا ہے۔ لیکن میں اپنی مثبتیت کو برقرار رکھتا ہوں۔</w:t>
      </w:r>
    </w:p>
    <w:p>
      <w:r>
        <w:rPr>
          <w:b/>
        </w:rPr>
        <w:t xml:space="preserve">[13:14] </w:t>
      </w:r>
      <w:r>
        <w:t>malith aata hai to mein us ko phailata rehta hoon. taake meri musbatti baqi rahe.</w:t>
      </w:r>
    </w:p>
    <w:p>
      <w:pPr>
        <w:jc w:val="right"/>
      </w:pPr>
      <w:r>
        <w:t>مالیث آتا ہے تو میں اس کو پھیلاتا رہتا ہوں۔ تاکہ میری مثبتیت باقی رہے۔</w:t>
      </w:r>
    </w:p>
    <w:p>
      <w:r>
        <w:rPr>
          <w:b/>
        </w:rPr>
        <w:t xml:space="preserve">[13:25] </w:t>
      </w:r>
      <w:r>
        <w:t>yaani mein hamesha apni musbatti barqarar rakhta hoon. by phailane se in manfi tajurbaat ko.</w:t>
      </w:r>
    </w:p>
    <w:p>
      <w:pPr>
        <w:jc w:val="right"/>
      </w:pPr>
      <w:r>
        <w:t>یعنی میں ہمیشہ اپنی مثبتیت برقرار رکھتا ہوں۔ بائی پھیلانے سے ان منفی تجربات کو۔</w:t>
      </w:r>
    </w:p>
    <w:p>
      <w:r>
        <w:rPr>
          <w:b/>
        </w:rPr>
        <w:t xml:space="preserve">[13:37] </w:t>
      </w:r>
      <w:r>
        <w:t>yeh hai poora matlab is ka. to is se kya nikla? ke jannati kon hai? isi aik baat ko sochiye to sab baat mil jayegi aap ko.</w:t>
      </w:r>
    </w:p>
    <w:p>
      <w:pPr>
        <w:jc w:val="right"/>
      </w:pPr>
      <w:r>
        <w:t>یہ ہے پورا مطلب اس کا۔ تو اس سے کیا نکلا؟ کہ جنتی کون ہے؟ اسی ایک بات کو سوچیے تو سب بات مل جائے گی آپ کو۔</w:t>
      </w:r>
    </w:p>
    <w:p>
      <w:r>
        <w:rPr>
          <w:b/>
        </w:rPr>
        <w:t xml:space="preserve">[13:52] </w:t>
      </w:r>
      <w:r>
        <w:t>keh jannati woh hai jo asal safreen wali dunya mein rehta hai, hamari aap ki tarah. lekin is ka dhyan laga rehta hai paradise par.</w:t>
      </w:r>
    </w:p>
    <w:p>
      <w:pPr>
        <w:jc w:val="right"/>
      </w:pPr>
      <w:r>
        <w:t>کہ جنتی وہ ہے جو اصل سافرین والی دنیا میں رہتا ہے، ہماری آپ کی طرح۔ لیکن اس کا دھیان لگا رہتا ہے پیراڈائز پر۔</w:t>
      </w:r>
    </w:p>
    <w:p>
      <w:r>
        <w:rPr>
          <w:b/>
        </w:rPr>
        <w:t xml:space="preserve">[14:05] </w:t>
      </w:r>
      <w:r>
        <w:t>is ka dhyan laga rehta hai Khuda par. is ko farishton ki saathi hesiyat hasil rehti hai. aur isi liye woh is qabil rehta hai ke woh saare manfi khayalat ko phaila sake.</w:t>
      </w:r>
    </w:p>
    <w:p>
      <w:pPr>
        <w:jc w:val="right"/>
      </w:pPr>
      <w:r>
        <w:t>اس کا دھیان لگا رہتا ہے خدا پر۔ اس کو فرشتوں کی ساتھی حیثیت حاصل رہتی ہے۔ اور اسی لیے وہ اس قابل رہتا ہے کہ وہ سارے منفی خیالات کو پھیلا سکے۔</w:t>
      </w:r>
    </w:p>
    <w:p>
      <w:r>
        <w:rPr>
          <w:b/>
        </w:rPr>
        <w:t xml:space="preserve">[14:22] </w:t>
      </w:r>
      <w:r>
        <w:t>woh tabdeel kar sake manfi manfi ko musbat mein.</w:t>
      </w:r>
    </w:p>
    <w:p>
      <w:pPr>
        <w:jc w:val="right"/>
      </w:pPr>
      <w:r>
        <w:t>وہ تبدیل کر سکے منفی منفی کو مثبتیت میں۔</w:t>
      </w:r>
    </w:p>
    <w:p>
      <w:r>
        <w:rPr>
          <w:b/>
        </w:rPr>
        <w:t xml:space="preserve">[14:32] </w:t>
      </w:r>
      <w:r>
        <w:t>yeh hai matlab is ka. yahan ek aur bohat hi gehra maani hai, is ko samjhiye. woh yeh hai ke kyun tamam manfi cheezein is dunya mein?</w:t>
      </w:r>
    </w:p>
    <w:p>
      <w:pPr>
        <w:jc w:val="right"/>
      </w:pPr>
      <w:r>
        <w:t>یہ ہے مطلب اس کا۔ یہاں ایک اور بہت ہی گہرا معنی ہے، اس کو سمجھیے۔ وہ یہ ہے کہ کیوں تمام منفی چیزیں اس دنیا میں؟</w:t>
      </w:r>
    </w:p>
    <w:p>
      <w:r>
        <w:rPr>
          <w:b/>
        </w:rPr>
        <w:t xml:space="preserve">[14:46] </w:t>
      </w:r>
      <w:r>
        <w:t>kyun Khuda ne tamam manfi cheezein? dunya mein phool hi phool hota, kaante na hote. dunya mein sirf dosti hoti, enmity na hoti.</w:t>
      </w:r>
    </w:p>
    <w:p>
      <w:pPr>
        <w:jc w:val="right"/>
      </w:pPr>
      <w:r>
        <w:t>کیوں خدا نے تمام منفی چیزیں؟ دنیا میں پھول ہی پھول ہوتا، کانٹے نہ ہوتے۔ دنیا میں صرف دوستی ہوتی، انیمٹی نہ ہوتی۔</w:t>
      </w:r>
    </w:p>
    <w:p>
      <w:r>
        <w:rPr>
          <w:b/>
        </w:rPr>
        <w:t xml:space="preserve">[14:59] </w:t>
      </w:r>
      <w:r>
        <w:t>dunya mein koi provoke karne wala na hota.</w:t>
      </w:r>
    </w:p>
    <w:p>
      <w:pPr>
        <w:jc w:val="right"/>
      </w:pPr>
      <w:r>
        <w:t>دنیا میں کوئی پروووک کرنے والا نہ ہوتا۔</w:t>
      </w:r>
    </w:p>
    <w:p>
      <w:r>
        <w:rPr>
          <w:b/>
        </w:rPr>
        <w:t xml:space="preserve">[15:07] </w:t>
      </w:r>
      <w:r>
        <w:t>abhi aap jante hain ke ek waqea hua Denmark mein. aur dunya ke saare hi musalman bhark uthe. chahe secular hon ya mazhabi hon.</w:t>
      </w:r>
    </w:p>
    <w:p>
      <w:pPr>
        <w:jc w:val="right"/>
      </w:pPr>
      <w:r>
        <w:t>ابھی آپ جانتے ہیں کہ ایک واقعہ ہوا ڈنمارک میں۔ اور دنیا کے سارے ہی مسلمان بھڑک اٹھے۔ چاہے سیکولر ہوں یا مذہبی ہوں۔</w:t>
      </w:r>
    </w:p>
    <w:p>
      <w:r>
        <w:rPr>
          <w:b/>
        </w:rPr>
        <w:t xml:space="preserve">[15:16] </w:t>
      </w:r>
      <w:r>
        <w:t>molvi hon ya mister hon. saare globe par mein akela insaan tha jo bach gaya is se. agar aap ko shaq ho to kisi bhi insaan ko sarak par pakriye, kisi musalman ko.</w:t>
      </w:r>
    </w:p>
    <w:p>
      <w:pPr>
        <w:jc w:val="right"/>
      </w:pPr>
      <w:r>
        <w:t>مولوی ہوں یا مسٹر ہوں۔ سارے گلوب پر میں اکیلا انسان تھا جو بچ گیا اس سے۔ اگر آپ کو شک ہو تو کسی بھی انسان کو سڑک پر پکڑیئے، کسی مسلمان کو۔</w:t>
      </w:r>
    </w:p>
    <w:p>
      <w:r>
        <w:rPr>
          <w:b/>
        </w:rPr>
        <w:t xml:space="preserve">[15:30] </w:t>
      </w:r>
      <w:r>
        <w:t>aap payein ge ke woh ghusse mein bhara hua hai.</w:t>
      </w:r>
    </w:p>
    <w:p>
      <w:pPr>
        <w:jc w:val="right"/>
      </w:pPr>
      <w:r>
        <w:t>آپ پائیں گے کہ وہ غصے میں بھرا ہوا ہے۔</w:t>
      </w:r>
    </w:p>
    <w:p>
      <w:r>
        <w:rPr>
          <w:b/>
        </w:rPr>
        <w:t xml:space="preserve">[15:36] </w:t>
      </w:r>
      <w:r>
        <w:t>yahan tak ke abhi mein ja raha tha Hyderabad. to mere bohat hi purane saathi ek hain. ek doosre shehar mein rehte hain, un ka telephone aaya.</w:t>
      </w:r>
    </w:p>
    <w:p>
      <w:pPr>
        <w:jc w:val="right"/>
      </w:pPr>
      <w:r>
        <w:t>یہاں تک کہ ابھی میں جا رہا تھا حیدرآباد۔ تو میرے بہت ہی پرانے ساتھی ایک ہیں۔ ایک دوسرے شہر میں رہتے ہیں، ان کا ٹیلی فون آیا۔</w:t>
      </w:r>
    </w:p>
    <w:p>
      <w:r>
        <w:rPr>
          <w:b/>
        </w:rPr>
        <w:t xml:space="preserve">[15:47] </w:t>
      </w:r>
      <w:r>
        <w:t>unhon ne kaha ke dekhiye cartoon ke mozu par aap wahan kuch na boley ga.</w:t>
      </w:r>
    </w:p>
    <w:p>
      <w:pPr>
        <w:jc w:val="right"/>
      </w:pPr>
      <w:r>
        <w:t>انہوں نے کہا کہ دیکھیے کارٹون کے موضوع پر آپ وہاں کچھ نہ بولیے گا۔</w:t>
      </w:r>
    </w:p>
    <w:p>
      <w:r>
        <w:rPr>
          <w:b/>
        </w:rPr>
        <w:t xml:space="preserve">[15:55] </w:t>
      </w:r>
      <w:r>
        <w:t>is ke khilaf, matlab is ke khilaf, is ke khilaf mein. to maine theek hai, mein chup rahunga. nahi sahib, chup rehna kafi nahi hai. yeh mere saathi keh rahe hain.</w:t>
      </w:r>
    </w:p>
    <w:p>
      <w:pPr>
        <w:jc w:val="right"/>
      </w:pPr>
      <w:r>
        <w:t>اس کے خلاف، مطلب اس کے خلاف، اس کے خلاف میں۔ تو میں نے ٹھیک ہے، میں چپ رہوں گا۔ نہیں صاحب، چپ رہنا کافی نہیں ہے۔ یہ میرے ساتھی کہہ رہے ہیں۔</w:t>
      </w:r>
    </w:p>
    <w:p>
      <w:r>
        <w:rPr>
          <w:b/>
        </w:rPr>
        <w:t xml:space="preserve">[16:06] </w:t>
      </w:r>
      <w:r>
        <w:t>jo mein samajhta hoon ke chaalis saal se hamare saathi hain. unhon ne kaha ke aap yeh kahiyega ke haq ehtejaj jo hai, yeh dunya bhar mein mana jata hai.</w:t>
      </w:r>
    </w:p>
    <w:p>
      <w:pPr>
        <w:jc w:val="right"/>
      </w:pPr>
      <w:r>
        <w:t>جو میں سمجھتا ہوں کہ چالیس سال سے ہمارے ساتھی ہیں۔ انہوں نے کہا کہ آپ یہ کہیے گا کہ حق احتجاج جو ہے، یہ دنیا بھر میں مانا جاتا ہے۔</w:t>
      </w:r>
    </w:p>
    <w:p>
      <w:r>
        <w:rPr>
          <w:b/>
        </w:rPr>
        <w:t xml:space="preserve">[16:19] </w:t>
      </w:r>
      <w:r>
        <w:t>haq ehtejaj. to musalman agar ehtejaj kar rahe hain to woh apne haq ko istemal kar rahe hain. is mein kya burai hai?</w:t>
      </w:r>
    </w:p>
    <w:p>
      <w:pPr>
        <w:jc w:val="right"/>
      </w:pPr>
      <w:r>
        <w:t>حق احتجاج۔ تو مسلمان اگر احتجاج کر رہے ہیں تو وہ اپنے حق کو استعمال کر رہے ہیں۔ اس میں کیا برائی ہے؟</w:t>
      </w:r>
    </w:p>
    <w:p>
      <w:r>
        <w:rPr>
          <w:b/>
        </w:rPr>
        <w:t xml:space="preserve">[16:31] </w:t>
      </w:r>
      <w:r>
        <w:t>bila shubah yeh ek hikmat e amli thi jo mein is ko mein ikhtiyar nahi kiya. masla haq ehtejaj ka nahi hai. haq daway ka hai.</w:t>
      </w:r>
    </w:p>
    <w:p>
      <w:pPr>
        <w:jc w:val="right"/>
      </w:pPr>
      <w:r>
        <w:t>بلاشبہ یہ ایک حکمتِ عملی تھی جو میں اس کو میں اختیار نہیں کیا۔ مسئلہ حق احتجاج کا نہیں ہے۔ حق دعویٰ کا ہے۔</w:t>
      </w:r>
    </w:p>
    <w:p>
      <w:r>
        <w:rPr>
          <w:b/>
        </w:rPr>
        <w:t xml:space="preserve">[16:42] </w:t>
      </w:r>
      <w:r>
        <w:t>yaad rakhiye. aap ek karobari shakhs se kahein ke dekho falan jo gahaak hai, woh tum ko bura bhala keh raha tha, ab aaye ga to us ko sunana.</w:t>
      </w:r>
    </w:p>
    <w:p>
      <w:pPr>
        <w:jc w:val="right"/>
      </w:pPr>
      <w:r>
        <w:t>یاد رکھیے۔ آپ ایک کاروباری شخص سے کہیں کہ دیکھو فلاں جو گاہک ہے، وہ تم کو برا بھلا کہہ رہا تھا، اب آئے گا تو اس کو سنانا۔</w:t>
      </w:r>
    </w:p>
    <w:p>
      <w:r>
        <w:rPr>
          <w:b/>
        </w:rPr>
        <w:t xml:space="preserve">[16:52] </w:t>
      </w:r>
      <w:r>
        <w:t>do danda lagana us ko. woh kya kahe ga? haan mera haq hai yeh ke jo mujhe bura kahe, mein us ko bura kahoon? woh kahe ga nahi.</w:t>
      </w:r>
    </w:p>
    <w:p>
      <w:pPr>
        <w:jc w:val="right"/>
      </w:pPr>
      <w:r>
        <w:t>دو ڈنڈا لگانا اس کو۔ وہ کیا کہے گا؟ ہاں میرا حق ہے یہ کہ جو مجھے برا کہے، میں اس کو برا کہوں؟ وہ کہے گا نہیں۔</w:t>
      </w:r>
    </w:p>
    <w:p>
      <w:r>
        <w:rPr>
          <w:b/>
        </w:rPr>
        <w:t xml:space="preserve">[17:03] </w:t>
      </w:r>
      <w:r>
        <w:t>mera rawaiyah gahaak dost rawaiyah rahe ga hamesha. chahe gahaak ne mera bura kaha hai tab bhi. kabhi bhi dekhiye koi gahaak, kabhi bhi koi karobari shakhs is ko bardasht nahi kar sakta ke woh gahaak dost rawaiyah ko chhod de.</w:t>
      </w:r>
    </w:p>
    <w:p>
      <w:pPr>
        <w:jc w:val="right"/>
      </w:pPr>
      <w:r>
        <w:t>میرا رویہ گاہک دوست رویہ رہے گا ہمیشہ۔ چاہے گاہک نے میرا برا کہا ہے تب بھی۔ کبھی بھی دیکھیے کوئی گاہک، کبھی بھی کوئی کاروباری شخص اس کو برداشت نہیں کر سکتا کہ وہ گاہک دوست رویہ کو چھوڑ دے۔</w:t>
      </w:r>
    </w:p>
    <w:p>
      <w:r>
        <w:rPr>
          <w:b/>
        </w:rPr>
        <w:t xml:space="preserve">[17:24] </w:t>
      </w:r>
      <w:r>
        <w:t>isi tarah musalmanon ko agar samajh hoti ke hum daai hain. hum Khuda ke numainde hain. hamein Khuda ka paigham pahunchana hai.</w:t>
      </w:r>
    </w:p>
    <w:p>
      <w:pPr>
        <w:jc w:val="right"/>
      </w:pPr>
      <w:r>
        <w:t>اسی طرح مسلمانوں کو اگر سمجھ ہوتی کہ ہم داعی ہیں۔ ہم خدا کے نمائندے ہیں۔ ہمیں خدا کا پیغام پہنچانا ہے۔</w:t>
      </w:r>
    </w:p>
    <w:p>
      <w:r>
        <w:rPr>
          <w:b/>
        </w:rPr>
        <w:t xml:space="preserve">[17:34] </w:t>
      </w:r>
      <w:r>
        <w:t>to woh jante ke hum bardasht nahi kar sakte ke haq ehtejaj ko istemal karein. hum bardasht nahi kar sakte is ko.</w:t>
      </w:r>
    </w:p>
    <w:p>
      <w:pPr>
        <w:jc w:val="right"/>
      </w:pPr>
      <w:r>
        <w:t>تو وہ جانتے کہ ہم برداشت نہیں کر سکتے کہ حق احتجاج کو استعمال کریں۔ ہم برداشت نہیں کر سکتے اس کو۔</w:t>
      </w:r>
    </w:p>
    <w:p>
      <w:r>
        <w:rPr>
          <w:b/>
        </w:rPr>
        <w:t xml:space="preserve">[17:43] </w:t>
      </w:r>
      <w:r>
        <w:t>kyun? jis ke khilaf aap ehtejaj karne ja rahe hain woh hamara madu hai. woh hamara madu hai. hum haq nahi rakhte Qurani shariyat ke mutabiq ke madu ke khilaf haq ehtejaj istemal karein.</w:t>
      </w:r>
    </w:p>
    <w:p>
      <w:pPr>
        <w:jc w:val="right"/>
      </w:pPr>
      <w:r>
        <w:t>کیوں؟ جس کے خلاف آپ احتجاج کرنے جا رہے ہیں وہ ہمارا مدعو ہے۔ وہ ہمارا مدعو ہے۔ ہم حق نہیں رکھتے قرآنی شریعت کے مطابق کہ مدعو کے خلاف حق احتجاج استعمال کریں۔</w:t>
      </w:r>
    </w:p>
    <w:p>
      <w:r>
        <w:rPr>
          <w:b/>
        </w:rPr>
        <w:t xml:space="preserve">[17:59] </w:t>
      </w:r>
      <w:r>
        <w:t>us ke dil mein mail layein, us ke dil mein nafrat layein, us ke dil mein yani Islam ke khilaf jazbat bharkayein us ke andar.</w:t>
      </w:r>
    </w:p>
    <w:p>
      <w:pPr>
        <w:jc w:val="right"/>
      </w:pPr>
      <w:r>
        <w:t>اس کے دل میں میل لائیں، اس کے دل میں نفرت لائیں، اس کے دل میں یعنی اسلام کے خلاف جذبات بھڑکائیں اس کے اندر۔</w:t>
      </w:r>
    </w:p>
    <w:p>
      <w:r>
        <w:rPr>
          <w:b/>
        </w:rPr>
        <w:t xml:space="preserve">[18:11] </w:t>
      </w:r>
      <w:r>
        <w:t>to khair mein yeh keh raha tha</w:t>
      </w:r>
    </w:p>
    <w:p>
      <w:pPr>
        <w:jc w:val="right"/>
      </w:pPr>
      <w:r>
        <w:t>تو خیر میں یہ کہہ رہا تھا</w:t>
      </w:r>
    </w:p>
    <w:p>
      <w:r>
        <w:rPr>
          <w:b/>
        </w:rPr>
        <w:t xml:space="preserve">[18:16] </w:t>
      </w:r>
      <w:r>
        <w:t>ke sochne ki baat yeh hai ke Khuda ne aisi dunya banai hi kyun? jahan itne kaante hain.</w:t>
      </w:r>
    </w:p>
    <w:p>
      <w:pPr>
        <w:jc w:val="right"/>
      </w:pPr>
      <w:r>
        <w:t>کہ سوچنے کی بات یہ ہے کہ خدا نے ایسی دنیا بنائی ہی کیوں؟ جہاں اتنے کانٹے ہیں۔</w:t>
      </w:r>
    </w:p>
    <w:p>
      <w:r>
        <w:rPr>
          <w:b/>
        </w:rPr>
        <w:t xml:space="preserve">[18:25] </w:t>
      </w:r>
      <w:r>
        <w:t>jahan itni saari baatein hain. itne saare manfi cheezein hain. ke har waqt hamein ek na ek manfi tajurba hota hai.</w:t>
      </w:r>
    </w:p>
    <w:p>
      <w:pPr>
        <w:jc w:val="right"/>
      </w:pPr>
      <w:r>
        <w:t>جہاں اتنی ساری باتیں ہیں۔ اتنے سارے منفی چیزیں ہیں۔ کہ ہر وقت ہمیں ایک نہ ایک منفی تجربہ ہوتا ہے۔</w:t>
      </w:r>
    </w:p>
    <w:p>
      <w:r>
        <w:rPr>
          <w:b/>
        </w:rPr>
        <w:t xml:space="preserve">[18:35] </w:t>
      </w:r>
      <w:r>
        <w:t>to khuda ne aisi dunya banai kyun? dunya jo hai khuda ki aisi hoti ke bas yahan phool hi phool hote. yahan achhi baaten hotin, sirf dosti ka mahol hota.</w:t>
      </w:r>
    </w:p>
    <w:p>
      <w:pPr>
        <w:jc w:val="right"/>
      </w:pPr>
      <w:r>
        <w:t>تو خدا نے ایسی دنیا بنائی کیوں؟ دنیا جو ہے خدا کی ایسی ہوتی کہ بس یہاں پھول ہی پھول ہوتے۔ یہاں اچھی باتیں ہوتیں، صرف دوستی کا ماحول ہوتا۔</w:t>
      </w:r>
    </w:p>
    <w:p>
      <w:r>
        <w:rPr>
          <w:b/>
        </w:rPr>
        <w:t xml:space="preserve">[18:48] </w:t>
      </w:r>
      <w:r>
        <w:t>yeh soch jhooti soch hai. nasamjhi ki soch hai. dekhiye.</w:t>
      </w:r>
    </w:p>
    <w:p>
      <w:pPr>
        <w:jc w:val="right"/>
      </w:pPr>
      <w:r>
        <w:t>یہ سوچ جھوٹی سوچ ہے۔ ناسمجھی کی سوچ ہے۔ دیکھیے۔</w:t>
      </w:r>
    </w:p>
    <w:p>
      <w:r>
        <w:rPr>
          <w:b/>
        </w:rPr>
        <w:t xml:space="preserve">[18:59] </w:t>
      </w:r>
      <w:r>
        <w:t>jitna bara inaam utna bara test hai.</w:t>
      </w:r>
    </w:p>
    <w:p>
      <w:pPr>
        <w:jc w:val="right"/>
      </w:pPr>
      <w:r>
        <w:t>جتنا بڑا انعام اتنا بڑا ٹیسٹ ہے۔</w:t>
      </w:r>
    </w:p>
    <w:p>
      <w:r>
        <w:rPr>
          <w:b/>
        </w:rPr>
        <w:t xml:space="preserve">[19:05] </w:t>
      </w:r>
      <w:r>
        <w:t>chunki akhirat mein khuda ne jo paradise banai hai woh sirf insan ke liye banai hai. woh janwaron ke liye nahi banai hai woh.</w:t>
      </w:r>
    </w:p>
    <w:p>
      <w:pPr>
        <w:jc w:val="right"/>
      </w:pPr>
      <w:r>
        <w:t>چونکہ آخرت میں خدا نے جو پیراڈائز بنائی ہے وہ صرف انسان کے لیے بنائی ہے۔ وہ جانوروں کے لیے نہیں بنائی ہے وہ۔</w:t>
      </w:r>
    </w:p>
    <w:p>
      <w:r>
        <w:rPr>
          <w:b/>
        </w:rPr>
        <w:t xml:space="preserve">[19:14] </w:t>
      </w:r>
      <w:r>
        <w:t>pahadon aur samandar ke liye nahi banai hai woh. woh insan ke liye banai hai. to insan ko test dena padega. jaise misaal ke taur par dekhiye.</w:t>
      </w:r>
    </w:p>
    <w:p>
      <w:pPr>
        <w:jc w:val="right"/>
      </w:pPr>
      <w:r>
        <w:t>پہاڑوں اور سمندر کے لیے نہیں بنائی ہے وہ۔ وہ انسان کے لیے بنائی ہے۔ تو انسان کو ٹیسٹ دینا پڑے گا۔ جیسے مثال کے طور پر دیکھیے۔</w:t>
      </w:r>
    </w:p>
    <w:p>
      <w:r>
        <w:rPr>
          <w:b/>
        </w:rPr>
        <w:t xml:space="preserve">[19:27] </w:t>
      </w:r>
      <w:r>
        <w:t>ek</w:t>
      </w:r>
    </w:p>
    <w:p>
      <w:pPr>
        <w:jc w:val="right"/>
      </w:pPr>
      <w:r>
        <w:t>ایک</w:t>
      </w:r>
    </w:p>
    <w:p>
      <w:r>
        <w:rPr>
          <w:b/>
        </w:rPr>
        <w:t xml:space="preserve">[19:31] </w:t>
      </w:r>
      <w:r>
        <w:t>kahin jagah aap dekhen ke chidiya baithi hui hai. aur chawal ke daane pade hue hain aur chidiya usko kha rahi hai. aap ek kankri maaren, chidiya ud jayegi wahan se.</w:t>
      </w:r>
    </w:p>
    <w:p>
      <w:pPr>
        <w:jc w:val="right"/>
      </w:pPr>
      <w:r>
        <w:t>کہیں جگہ آپ دیکھیں کہ چڑیا بیٹھی ہوئی ہے۔ اور چاول کے دانے پڑے ہوئے ہیں اور چڑیا اس کو کھا رہی ہے۔ آپ ایک کنکری ماریں، چڑیا اڑ جائے گی وہاں سے۔</w:t>
      </w:r>
    </w:p>
    <w:p>
      <w:r>
        <w:rPr>
          <w:b/>
        </w:rPr>
        <w:t xml:space="preserve">[19:42] </w:t>
      </w:r>
      <w:r>
        <w:t>aur darakht ki shakh par ja ke baith jayegi. to kya karegi woh? aap ko gaali degi aap ko? wahan phir bhi chehchaha rahi hogi woh.</w:t>
      </w:r>
    </w:p>
    <w:p>
      <w:pPr>
        <w:jc w:val="right"/>
      </w:pPr>
      <w:r>
        <w:t>اور درخت کی شاخ پر جا کے بیٹھ جائے گی۔ تو کیا کرے گی وہ؟ آپ کو گالی دے گی آپ کو؟ وہاں پھر بھی چہچہا رہی ہوگی وہ۔</w:t>
      </w:r>
    </w:p>
    <w:p>
      <w:r>
        <w:rPr>
          <w:b/>
        </w:rPr>
        <w:t xml:space="preserve">[19:53] </w:t>
      </w:r>
      <w:r>
        <w:t>woh chidiya jisko kankri maar kar uske daane chheen liye hain aap ne. tab bhi jab jayegi darakht par to chehchahayegi.</w:t>
      </w:r>
    </w:p>
    <w:p>
      <w:pPr>
        <w:jc w:val="right"/>
      </w:pPr>
      <w:r>
        <w:t>وہ چڑیا جس کو کنکری مار کر اس کے دانے چھین لیے ہیں آپ نے۔ تب بھی جب جائے گی درخت پر تو چہچہائے گی۔</w:t>
      </w:r>
    </w:p>
    <w:p>
      <w:r>
        <w:rPr>
          <w:b/>
        </w:rPr>
        <w:t xml:space="preserve">[20:05] </w:t>
      </w:r>
      <w:r>
        <w:t>woh aap ke khilaf koi gaali galoch nahi karegi. kuch bhi nahi karegi. isi liye hadith mein aata hai ke jannat ke bare mein, jannatiyon ke bare mein.</w:t>
      </w:r>
    </w:p>
    <w:p>
      <w:pPr>
        <w:jc w:val="right"/>
      </w:pPr>
      <w:r>
        <w:t>وہ آپ کے خلاف کوئی گالی گلوچ نہیں کرے گی۔ کچھ بھی نہیں کرے گی۔ اسی لیے حدیث میں آتا ہے کہ جنت کے بارے میں، جنتیوں کے بارے میں۔</w:t>
      </w:r>
    </w:p>
    <w:p>
      <w:r>
        <w:rPr>
          <w:b/>
        </w:rPr>
        <w:t xml:space="preserve">[20:17] </w:t>
      </w:r>
      <w:r>
        <w:t>quloobuhum</w:t>
      </w:r>
    </w:p>
    <w:p>
      <w:pPr>
        <w:jc w:val="right"/>
      </w:pPr>
      <w:r>
        <w:t>قلوبہم</w:t>
      </w:r>
    </w:p>
    <w:p>
      <w:r>
        <w:rPr>
          <w:b/>
        </w:rPr>
        <w:t xml:space="preserve">[20:21] </w:t>
      </w:r>
      <w:r>
        <w:t>afidatuhum kafidatut tair. afidatuhum kafidatut tair. unke dil chidiyon jaise dil hote hain.</w:t>
      </w:r>
    </w:p>
    <w:p>
      <w:pPr>
        <w:jc w:val="right"/>
      </w:pPr>
      <w:r>
        <w:t>افدۃہم کافدۃ الطیر۔ افدۃہم کافدۃ الطیر۔ ان کے دل چڑیوں جیسے دل ہوتے ہیں۔</w:t>
      </w:r>
    </w:p>
    <w:p>
      <w:r>
        <w:rPr>
          <w:b/>
        </w:rPr>
        <w:t xml:space="preserve">[20:32] </w:t>
      </w:r>
      <w:r>
        <w:t>jannat walon ke dil chidiyon jaise dil hote hain. yaani jo maine misaal di aap ko ke iski khurak behtareen khurak chawal ke daane bahut pasand hain chidiyon ko.</w:t>
      </w:r>
    </w:p>
    <w:p>
      <w:pPr>
        <w:jc w:val="right"/>
      </w:pPr>
      <w:r>
        <w:t>جنت والوں کے دل چڑیوں جیسے دل ہوتے ہیں۔ یعنی جو میں نے مثال دی آپ کو کہ اس کی خوراک بہترین خوراک چاول کے دانے بہت پسند ہیں چڑیوں کو۔</w:t>
      </w:r>
    </w:p>
    <w:p>
      <w:r>
        <w:rPr>
          <w:b/>
        </w:rPr>
        <w:t xml:space="preserve">[20:45] </w:t>
      </w:r>
      <w:r>
        <w:t>ab woh kha rahi hai, kha rahi hai, kha rahi hai, aap ne kankri maar kar uda diya usko. tab bhi woh chehchahayegi.</w:t>
      </w:r>
    </w:p>
    <w:p>
      <w:pPr>
        <w:jc w:val="right"/>
      </w:pPr>
      <w:r>
        <w:t>اب وہ کھا رہی ہے، کھا رہی ہے، کھا رہی ہے، آپ نے کنکری مار کر اڑا دیا اس کو۔ تب بھی وہ چہچہائے گی۔</w:t>
      </w:r>
    </w:p>
    <w:p>
      <w:r>
        <w:rPr>
          <w:b/>
        </w:rPr>
        <w:t xml:space="preserve">[20:55] </w:t>
      </w:r>
      <w:r>
        <w:t>yeh hona chahiye momin ka kirdaar. ya jannati insan ka kirdaar.</w:t>
      </w:r>
    </w:p>
    <w:p>
      <w:pPr>
        <w:jc w:val="right"/>
      </w:pPr>
      <w:r>
        <w:t>یہ ہونا چاہیے مومن کا کردار۔ یا جنتی انسان کا کردار۔</w:t>
      </w:r>
    </w:p>
    <w:p>
      <w:r>
        <w:rPr>
          <w:b/>
        </w:rPr>
        <w:t xml:space="preserve">[21:03] </w:t>
      </w:r>
      <w:r>
        <w:t>lekin yahan par sochne ki baat yeh hai</w:t>
      </w:r>
    </w:p>
    <w:p>
      <w:pPr>
        <w:jc w:val="right"/>
      </w:pPr>
      <w:r>
        <w:t>لیکن یہاں پر سوچنے کی بات یہ ہے</w:t>
      </w:r>
    </w:p>
    <w:p>
      <w:r>
        <w:rPr>
          <w:b/>
        </w:rPr>
        <w:t xml:space="preserve">[21:08] </w:t>
      </w:r>
      <w:r>
        <w:t>ke yeh jazbaat kyun hamare andar?</w:t>
      </w:r>
    </w:p>
    <w:p>
      <w:pPr>
        <w:jc w:val="right"/>
      </w:pPr>
      <w:r>
        <w:t>کہ یہ جذبات کیوں ہمارے اندر؟</w:t>
      </w:r>
    </w:p>
    <w:p>
      <w:r>
        <w:rPr>
          <w:b/>
        </w:rPr>
        <w:t xml:space="preserve">[21:14] </w:t>
      </w:r>
      <w:r>
        <w:t>manfi jazbaat to hamare andar fitri taur par hote hain. koi bhi insan chahe nek hi kyun na ho. manfi jazbaat fitri taur par hote hain har ek ke andar.</w:t>
      </w:r>
    </w:p>
    <w:p>
      <w:pPr>
        <w:jc w:val="right"/>
      </w:pPr>
      <w:r>
        <w:t>منفی جذبات تو ہمارے اندر فطری طور پر ہوتے ہیں۔ کوئی بھی انسان چاہے نیک ہی کیوں نہ ہو۔ منفی جذبات فطری طور پر ہوتے ہیں ہر ایک کے اندر۔</w:t>
      </w:r>
    </w:p>
    <w:p>
      <w:r>
        <w:rPr>
          <w:b/>
        </w:rPr>
        <w:t xml:space="preserve">[21:30] </w:t>
      </w:r>
      <w:r>
        <w:t>kyunki hadith mein aata hai ke mujhe bhi ghussa aata hai jis tarah tum ko ghussa aata hai.</w:t>
      </w:r>
    </w:p>
    <w:p>
      <w:pPr>
        <w:jc w:val="right"/>
      </w:pPr>
      <w:r>
        <w:t>کیونکہ حدیث میں آتا ہے کہ مجھے بھی غصہ آتا ہے جس طرح تم کو غصہ آتا ہے۔</w:t>
      </w:r>
    </w:p>
    <w:p>
      <w:r>
        <w:rPr>
          <w:b/>
        </w:rPr>
        <w:t xml:space="preserve">[21:38] </w:t>
      </w:r>
      <w:r>
        <w:t>yaani aghzab kama taghzaboon. to iske maane hain ke woh jazbaat jo hamare aap ke andar hain woh woh jazbaat har ek ke andar hain.</w:t>
      </w:r>
    </w:p>
    <w:p>
      <w:pPr>
        <w:jc w:val="right"/>
      </w:pPr>
      <w:r>
        <w:t>یعنی اغضب کما تغضبون۔ تو اس کے معنی ہیں کہ وہ جذبات جو ہمارے آپ کے اندر ہیں وہ وہ جذبات ہر ایک کے اندر ہیں۔</w:t>
      </w:r>
    </w:p>
    <w:p>
      <w:r>
        <w:rPr>
          <w:b/>
        </w:rPr>
        <w:t xml:space="preserve">[21:48] </w:t>
      </w:r>
      <w:r>
        <w:t>bashmul nabiyon. ab sochne ki baat hai ke aisa kyun hai?</w:t>
      </w:r>
    </w:p>
    <w:p>
      <w:pPr>
        <w:jc w:val="right"/>
      </w:pPr>
      <w:r>
        <w:t>بشمول نبیوں۔ اب سوچنے کی بات ہے کہ ایسا کیوں ہے؟</w:t>
      </w:r>
    </w:p>
    <w:p>
      <w:r>
        <w:rPr>
          <w:b/>
        </w:rPr>
        <w:t xml:space="preserve">[21:57] </w:t>
      </w:r>
      <w:r>
        <w:t>aisa is liye hai ke yahi to test hai. isi se to woh shakhsiyat banti hai. jo chahiye.</w:t>
      </w:r>
    </w:p>
    <w:p>
      <w:pPr>
        <w:jc w:val="right"/>
      </w:pPr>
      <w:r>
        <w:t>ایسا اس لیے ہے کہ یہی تو ٹیسٹ ہے۔ اسی سے تو وہ شخصیت بنتی ہے۔ جو چاہیے۔</w:t>
      </w:r>
    </w:p>
    <w:p>
      <w:r>
        <w:rPr>
          <w:b/>
        </w:rPr>
        <w:t xml:space="preserve">[22:10] </w:t>
      </w:r>
      <w:r>
        <w:t>yaani</w:t>
      </w:r>
    </w:p>
    <w:p>
      <w:pPr>
        <w:jc w:val="right"/>
      </w:pPr>
      <w:r>
        <w:t>یعنی</w:t>
      </w:r>
    </w:p>
    <w:p>
      <w:r>
        <w:rPr>
          <w:b/>
        </w:rPr>
        <w:t xml:space="preserve">[22:14] </w:t>
      </w:r>
      <w:r>
        <w:t>nabi ke paas ek aadmi aaya usne kaha ke mujhe koi master formula bataiye zindagi ka. to aap ne kaha ke la taghzab.</w:t>
      </w:r>
    </w:p>
    <w:p>
      <w:pPr>
        <w:jc w:val="right"/>
      </w:pPr>
      <w:r>
        <w:t>نبی کے پاس ایک آدمی آیا اس نے کہا کہ مجھے کوئی ماسٹر فارمولا بتائیے زندگی کا۔ تو آپ نے کہا کہ لا تغضب۔</w:t>
      </w:r>
    </w:p>
    <w:p>
      <w:r>
        <w:rPr>
          <w:b/>
        </w:rPr>
        <w:t xml:space="preserve">[22:23] </w:t>
      </w:r>
      <w:r>
        <w:t>mat ghussa aao. mat ghussa aao. mat ghussa aao ke maane hue? ke maane hain ke ghussa tum ko aaya hi nahi.</w:t>
      </w:r>
    </w:p>
    <w:p>
      <w:pPr>
        <w:jc w:val="right"/>
      </w:pPr>
      <w:r>
        <w:t>مت غصہ آؤ۔ مت غصہ آؤ۔ مت غصہ آؤ کے معنی کیا ہوئے؟ کے معنی ہیں کہ غصہ تم کو آیا ہی نہیں۔</w:t>
      </w:r>
    </w:p>
    <w:p>
      <w:r>
        <w:rPr>
          <w:b/>
        </w:rPr>
        <w:t xml:space="preserve">[22:33] </w:t>
      </w:r>
      <w:r>
        <w:t>kyun ghussa to aaye ga. jab woh jazbaat mere andar maujood hain. to ghussa to aaye ga. to la taghzab ke mani yeh hain ke.</w:t>
      </w:r>
    </w:p>
    <w:p>
      <w:pPr>
        <w:jc w:val="right"/>
      </w:pPr>
      <w:r>
        <w:t>کیوں غصہ تو آئے گا۔ جب وہ جذبات میرے اندر موجود ہیں۔ تو غصہ تو آئے گا۔ تو لا تغضب کے معنی یہ ہیں کہ۔</w:t>
      </w:r>
    </w:p>
    <w:p>
      <w:r>
        <w:rPr>
          <w:b/>
        </w:rPr>
        <w:t xml:space="preserve">[22:43] </w:t>
      </w:r>
      <w:r>
        <w:t>aap ko ghussa sambhalna hai. aap ko ghussa sambhalna hai. aap ko ghussa sambhalna hai. ghusse ko sambhalo.</w:t>
      </w:r>
    </w:p>
    <w:p>
      <w:pPr>
        <w:jc w:val="right"/>
      </w:pPr>
      <w:r>
        <w:t>آپ کو غصہ سنبھالنا ہے۔ آپ کو غصہ سنبھالنا ہے۔ آپ کو غصہ سنبھالنا ہے۔ غصے کو سنبھالو۔</w:t>
      </w:r>
    </w:p>
    <w:p>
      <w:r>
        <w:rPr>
          <w:b/>
        </w:rPr>
        <w:t xml:space="preserve">[22:54] </w:t>
      </w:r>
      <w:r>
        <w:t>yeh matlab hai is ka. la taghzab ka lafzi matlab to yeh hai ke ghussa na karo. lekin aap jab is mein yeh baat shamil karen ke aadmi ghussa to kare ga.</w:t>
      </w:r>
    </w:p>
    <w:p>
      <w:pPr>
        <w:jc w:val="right"/>
      </w:pPr>
      <w:r>
        <w:t>یہ مطلب ہے اس کا۔ لا تغضب کا لفظی مطلب تو یہ ہے کہ غصہ نہ کرو۔ لیکن آپ جب اس میں یہ بات شامل کریں کہ آدمی غصہ تو کرے گا۔</w:t>
      </w:r>
    </w:p>
    <w:p>
      <w:r>
        <w:rPr>
          <w:b/>
        </w:rPr>
        <w:t xml:space="preserve">[23:07] </w:t>
      </w:r>
      <w:r>
        <w:t>kyun ke fitri tor par is ke andar yeh jazbaat rakha hua hai. tab aap samjhen ke is ka matlab yeh hai ke fun-e ghussa, fun-e ghussa seekho.</w:t>
      </w:r>
    </w:p>
    <w:p>
      <w:pPr>
        <w:jc w:val="right"/>
      </w:pPr>
      <w:r>
        <w:t>کیونکہ فطری طور پر اس کے اندر یہ جذبات رکھا ہوا ہے۔ تب آپ سمجھیں کہ اس کا مطلب یہ ہے کہ فنِ غصہ، فنِ غصہ سیکھو۔</w:t>
      </w:r>
    </w:p>
    <w:p>
      <w:r>
        <w:rPr>
          <w:b/>
        </w:rPr>
        <w:t xml:space="preserve">[23:22] </w:t>
      </w:r>
      <w:r>
        <w:t>aap ko fun-e ghussa sambhalna hai.</w:t>
      </w:r>
    </w:p>
    <w:p>
      <w:pPr>
        <w:jc w:val="right"/>
      </w:pPr>
      <w:r>
        <w:t>آپ کو فنِ غصہ سنبھالنا ہے۔</w:t>
      </w:r>
    </w:p>
    <w:p>
      <w:r>
        <w:rPr>
          <w:b/>
        </w:rPr>
        <w:t xml:space="preserve">[23:29] </w:t>
      </w:r>
      <w:r>
        <w:t>aap ko fun-e ghussa sambhalna hai.</w:t>
      </w:r>
    </w:p>
    <w:p>
      <w:pPr>
        <w:jc w:val="right"/>
      </w:pPr>
      <w:r>
        <w:t>آپ کو فنِ غصہ سنبھالنا ہے۔</w:t>
      </w:r>
    </w:p>
    <w:p>
      <w:r>
        <w:rPr>
          <w:b/>
        </w:rPr>
        <w:t xml:space="preserve">[23:35] </w:t>
      </w:r>
      <w:r>
        <w:t>to dekhiye kya hota hai.</w:t>
      </w:r>
    </w:p>
    <w:p>
      <w:pPr>
        <w:jc w:val="right"/>
      </w:pPr>
      <w:r>
        <w:t>تو دیکھیے کیا ہوتا ہے۔</w:t>
      </w:r>
    </w:p>
    <w:p>
      <w:r>
        <w:rPr>
          <w:b/>
        </w:rPr>
        <w:t xml:space="preserve">[23:41] </w:t>
      </w:r>
      <w:r>
        <w:t>ke jab bhi koi manfi jazbaat aata hai aap ke andar. to ek nai mauqa aajati hai, mauqa.</w:t>
      </w:r>
    </w:p>
    <w:p>
      <w:pPr>
        <w:jc w:val="right"/>
      </w:pPr>
      <w:r>
        <w:t>کہ جب بھی کوئی منفی جذبات آتا ہے آپ کے اندر۔ تو ایک نئی موقع آجاتی ہے، موقع۔</w:t>
      </w:r>
    </w:p>
    <w:p>
      <w:r>
        <w:rPr>
          <w:b/>
        </w:rPr>
        <w:t xml:space="preserve">[23:53] </w:t>
      </w:r>
      <w:r>
        <w:t>jaise Maseeh ne kaha ke mohabbat apne padosi se mohabbat karo. mohabbat apne padosi se.</w:t>
      </w:r>
    </w:p>
    <w:p>
      <w:pPr>
        <w:jc w:val="right"/>
      </w:pPr>
      <w:r>
        <w:t>جیسے مسیح نے کہا کہ محبت اپنے پڑوسی سے محبت کرو۔ محبت اپنے پڑوسی سے۔</w:t>
      </w:r>
    </w:p>
    <w:p>
      <w:r>
        <w:rPr>
          <w:b/>
        </w:rPr>
        <w:t xml:space="preserve">[24:04] </w:t>
      </w:r>
      <w:r>
        <w:t>ab aap ka padosi agar subah shaam aap ko phool bhejta hai. subah shaam aap ko chaye pilata hai. subah shaam aap ki tareef karta hai.</w:t>
      </w:r>
    </w:p>
    <w:p>
      <w:pPr>
        <w:jc w:val="right"/>
      </w:pPr>
      <w:r>
        <w:t>اب آپ کا پڑوسی اگر صبح شام آپ کو پھول بھیجتا ہے۔ صبح شام آپ کو چائے پلاتا ہے۔ صبح شام آپ کی تعریف کرتا ہے۔</w:t>
      </w:r>
    </w:p>
    <w:p>
      <w:r>
        <w:rPr>
          <w:b/>
        </w:rPr>
        <w:t xml:space="preserve">[24:14] </w:t>
      </w:r>
      <w:r>
        <w:t>aur aap mohabbat karte hain apne padosi se. to yeh ek darje ki neki hui. doosra case lijiye.</w:t>
      </w:r>
    </w:p>
    <w:p>
      <w:pPr>
        <w:jc w:val="right"/>
      </w:pPr>
      <w:r>
        <w:t>اور آپ محبت کرتے ہیں اپنے پڑوسی سے۔ تو یہ ایک درجے کی نیکی ہوئی۔ دوسرا کیس لیجیے۔</w:t>
      </w:r>
    </w:p>
    <w:p>
      <w:r>
        <w:rPr>
          <w:b/>
        </w:rPr>
        <w:t xml:space="preserve">[24:25] </w:t>
      </w:r>
      <w:r>
        <w:t>ke aap ke padosi ne aap ke ghar mein pathar phenk diya.</w:t>
      </w:r>
    </w:p>
    <w:p>
      <w:pPr>
        <w:jc w:val="right"/>
      </w:pPr>
      <w:r>
        <w:t>کہ آپ کے پڑوسی نے آپ کے گھر میں پتھر پھینک دیا۔</w:t>
      </w:r>
    </w:p>
    <w:p>
      <w:r>
        <w:rPr>
          <w:b/>
        </w:rPr>
        <w:t xml:space="preserve">[24:31] </w:t>
      </w:r>
      <w:r>
        <w:t>aap ke padosi ne aap ke ghar mein phool ka tohfa bhej diya. aap ke padosi ne aap ka istemal kiya.</w:t>
      </w:r>
    </w:p>
    <w:p>
      <w:pPr>
        <w:jc w:val="right"/>
      </w:pPr>
      <w:r>
        <w:t>آپ کے پڑوسی نے آپ کے گھر میں پھول کا تحفہ بھیج دیا۔ آپ کے پڑوسی نے آپ کا استعمال کیا۔</w:t>
      </w:r>
    </w:p>
    <w:p>
      <w:r>
        <w:rPr>
          <w:b/>
        </w:rPr>
        <w:t xml:space="preserve">[24:42] </w:t>
      </w:r>
      <w:r>
        <w:t>aap ke padosi ne aap ko koi nuqsan pohanchaya. phir bhi aap ne kiya kiya? aap ko ghussa to aaye ga, ghusse ko sambhala aap ne.</w:t>
      </w:r>
    </w:p>
    <w:p>
      <w:pPr>
        <w:jc w:val="right"/>
      </w:pPr>
      <w:r>
        <w:t>آپ کے پڑوسی نے آپ کو کوئی نقصان پہنچایا۔ پھر بھی آپ نے کیا کیا؟ آپ کو غصہ تو آئے گا، غصے کو سنبھالا آپ نے۔</w:t>
      </w:r>
    </w:p>
    <w:p>
      <w:r>
        <w:rPr>
          <w:b/>
        </w:rPr>
        <w:t xml:space="preserve">[24:53] </w:t>
      </w:r>
      <w:r>
        <w:t>ghusse ko jaise Quran mein aata hai ke. wa idha ma ghadibuhum yaghfuroon. jab unhein ghussa aata hai to ghusse ka adad pee lete hain.</w:t>
      </w:r>
    </w:p>
    <w:p>
      <w:pPr>
        <w:jc w:val="right"/>
      </w:pPr>
      <w:r>
        <w:t>غصے کو جیسے قرآن میں آتا ہے کہ۔ وإذا ما غضبهم يغفرون۔ جب انہیں غصہ آتا ہے تو غصے کا عدد پی لیتے ہیں۔</w:t>
      </w:r>
    </w:p>
    <w:p>
      <w:r>
        <w:rPr>
          <w:b/>
        </w:rPr>
        <w:t xml:space="preserve">[25:04] </w:t>
      </w:r>
      <w:r>
        <w:t>to padosi ne aap ko ghussa dilaya. maarne wali baat ki ke maar aajaye aap ke dil mein. lekin aap ne Allah ke liye is ko maaf kar diya.</w:t>
      </w:r>
    </w:p>
    <w:p>
      <w:pPr>
        <w:jc w:val="right"/>
      </w:pPr>
      <w:r>
        <w:t>تو پڑوسی نے آپ کو غصہ دلایا۔ مارنے والی بات کی کہ مار آجائے آپ کے دل میں۔ لیکن آپ نے اللہ کے لیے اس کو معاف کر دیا۔</w:t>
      </w:r>
    </w:p>
    <w:p>
      <w:r>
        <w:rPr>
          <w:b/>
        </w:rPr>
        <w:t xml:space="preserve">[25:22] </w:t>
      </w:r>
      <w:r>
        <w:t>aap ne is ko maaf kar diya, na maaf kiya balkeh is ke liye duaen keen. ke khuda ya.</w:t>
      </w:r>
    </w:p>
    <w:p>
      <w:pPr>
        <w:jc w:val="right"/>
      </w:pPr>
      <w:r>
        <w:t>آپ نے اس کو معاف کر دیا، نہ معاف کیا بلکہ اس کے لیے دعائیں کیں۔ کہ خدایا۔</w:t>
      </w:r>
    </w:p>
    <w:p>
      <w:r>
        <w:rPr>
          <w:b/>
        </w:rPr>
        <w:t xml:space="preserve">[25:29] </w:t>
      </w:r>
      <w:r>
        <w:t>is ke andar jo buri soch hai is ko nikaal de. to kya hua?</w:t>
      </w:r>
    </w:p>
    <w:p>
      <w:pPr>
        <w:jc w:val="right"/>
      </w:pPr>
      <w:r>
        <w:t>اس کے اندر جو بری سوچ ہے اس کو نکال دے۔ تو کیا ہوا؟</w:t>
      </w:r>
    </w:p>
    <w:p>
      <w:r>
        <w:rPr>
          <w:b/>
        </w:rPr>
        <w:t xml:space="preserve">[25:37] </w:t>
      </w:r>
      <w:r>
        <w:t>aap ne ek aisi neki kamai jo hazar guna zyada bari hai. yaani ek hai ghabrahat wali soorat-e-haal mein padosi se mohabbat karna.</w:t>
      </w:r>
    </w:p>
    <w:p>
      <w:pPr>
        <w:jc w:val="right"/>
      </w:pPr>
      <w:r>
        <w:t>آپ نے ایک ایسی نیکی کمائی جو ہزار گنا زیادہ بڑی ہے۔ یعنی ایک ہے گھبراہٹ والی صورتحال میں پڑوسی سے محبت کرنا۔</w:t>
      </w:r>
    </w:p>
    <w:p>
      <w:r>
        <w:rPr>
          <w:b/>
        </w:rPr>
        <w:t xml:space="preserve">[25:51] </w:t>
      </w:r>
      <w:r>
        <w:t>ek hai bajaye tamam manfi jazbaat mohabbat karna. aap sochiye kitna bara darja ho gaya aap ka.</w:t>
      </w:r>
    </w:p>
    <w:p>
      <w:pPr>
        <w:jc w:val="right"/>
      </w:pPr>
      <w:r>
        <w:t>ایک ہے بجائے تمام منفی جذبات محبت کرنا۔ آپ سوچیے کتنا بڑا درجہ ہوگیا آپ کا۔</w:t>
      </w:r>
    </w:p>
    <w:p>
      <w:r>
        <w:rPr>
          <w:b/>
        </w:rPr>
        <w:t xml:space="preserve">[26:02] </w:t>
      </w:r>
      <w:r>
        <w:t>kitna bara darja ho gaya aap ka. thande thande halaat hain. padosi aap ka jo hai achi achi baaten karta hai.</w:t>
      </w:r>
    </w:p>
    <w:p>
      <w:pPr>
        <w:jc w:val="right"/>
      </w:pPr>
      <w:r>
        <w:t>کتنا بڑا درجہ ہوگیا آپ کا۔ ٹھنڈے ٹھنڈے حالات ہیں۔ پڑوسی آپ کا جو ہے اچھی اچھی باتیں کرتا ہے۔</w:t>
      </w:r>
    </w:p>
    <w:p>
      <w:r>
        <w:rPr>
          <w:b/>
        </w:rPr>
        <w:t xml:space="preserve">[26:11] </w:t>
      </w:r>
      <w:r>
        <w:t>aap ko phool pesh karta hai. aur aap ko mehsoos karte hain ke mere dil mein apne padosi ki mohabbat hai. theek hai yeh bhi achi cheez hai.</w:t>
      </w:r>
    </w:p>
    <w:p>
      <w:pPr>
        <w:jc w:val="right"/>
      </w:pPr>
      <w:r>
        <w:t>آپ کو پھول پیش کرتا ہے۔ اور آپ کو محسوس کرتے ہیں کہ میرے دل میں اپنے پڑوسی کی محبت ہے۔ ٹھیک ہے یہ بھی اچھی چیز ہے۔</w:t>
      </w:r>
    </w:p>
    <w:p>
      <w:r>
        <w:rPr>
          <w:b/>
        </w:rPr>
        <w:t xml:space="preserve">[26:21] </w:t>
      </w:r>
      <w:r>
        <w:t>lekin padosi aap ko nafrat dilaye. aap ko ghussa dilaye. aap ke andar padosi ke khilaaf maar aajaye. badla aajaye.</w:t>
      </w:r>
    </w:p>
    <w:p>
      <w:pPr>
        <w:jc w:val="right"/>
      </w:pPr>
      <w:r>
        <w:t>لیکن پڑوسی آپ کو نفرت دلائے۔ آپ کو غصہ دلائے۔ آپ کے اندر پڑوسی کے خلاف مار آجائے۔ بدلہ آجائے۔</w:t>
      </w:r>
    </w:p>
    <w:p>
      <w:r>
        <w:rPr>
          <w:b/>
        </w:rPr>
        <w:t xml:space="preserve">[26:31] </w:t>
      </w:r>
      <w:r>
        <w:t>lekin aap sambhalen apne is ko. apne ko phailayen, apne ko thanda karen. yahan tak, yahan tak, yahan tak thanda karen ke aap is ke liye dua karne lagen.</w:t>
      </w:r>
    </w:p>
    <w:p>
      <w:pPr>
        <w:jc w:val="right"/>
      </w:pPr>
      <w:r>
        <w:t>لیکن آپ سنبھالیں اپنے اس کو۔ اپنے کو پھیلائیں، اپنے کو ٹھنڈا کریں۔ یہاں تک، یہاں تک، یہاں تک ٹھنڈا کریں کہ آپ اس کے لیے دعا کرنے لگیں۔</w:t>
      </w:r>
    </w:p>
    <w:p>
      <w:r>
        <w:rPr>
          <w:b/>
        </w:rPr>
        <w:t xml:space="preserve">[26:43] </w:t>
      </w:r>
      <w:r>
        <w:t>to is ke mani kya hue? ke arbon guna bara inaam. ke aap ke ke haq mein karne lagen aap.</w:t>
      </w:r>
    </w:p>
    <w:p>
      <w:pPr>
        <w:jc w:val="right"/>
      </w:pPr>
      <w:r>
        <w:t>تو اس کے معنی کیا ہوئے؟ کہ اربوں گنا بڑا انعام۔ کہ آپ کے کے حق میں کرنے لگے آپ۔</w:t>
      </w:r>
    </w:p>
    <w:p>
      <w:r>
        <w:rPr>
          <w:b/>
        </w:rPr>
        <w:t xml:space="preserve">[26:54] </w:t>
      </w:r>
      <w:r>
        <w:t>woh inaam jo is par milta hai aap ko. normal halaat mein. apne. apne parosi ko.</w:t>
      </w:r>
    </w:p>
    <w:p>
      <w:pPr>
        <w:jc w:val="right"/>
      </w:pPr>
      <w:r>
        <w:t>وہ انعام جو اس پر ملتا ہے آپ کو۔ نارمل حالات میں۔ اپنے۔ اپنے پڑوسی کو۔</w:t>
      </w:r>
    </w:p>
    <w:p>
      <w:r>
        <w:rPr>
          <w:b/>
        </w:rPr>
        <w:t xml:space="preserve">[27:04] </w:t>
      </w:r>
      <w:r>
        <w:t>acha sulook karne ka. toh jab is ne aap ko maarne mein mubtala kiya. jab is ne badla ke jazbaat bharkaye aap ke andar.</w:t>
      </w:r>
    </w:p>
    <w:p>
      <w:pPr>
        <w:jc w:val="right"/>
      </w:pPr>
      <w:r>
        <w:t>اچھا سلوک کرنے کا۔ تو جب اس نے آپ کو مارنے میں مبتلا کیا۔ جب اس نے بدلہ کے جذبات بھڑکائے آپ کے اندر۔</w:t>
      </w:r>
    </w:p>
    <w:p>
      <w:r>
        <w:rPr>
          <w:b/>
        </w:rPr>
        <w:t xml:space="preserve">[27:15] </w:t>
      </w:r>
      <w:r>
        <w:t>jab aap ko ghussa aaya is ke andar ke main kuchal daloon is ko. aur phir bhi aap ne andar andar apne ko apne ghusse ko sambhala. andar andar aap ghusse ko pee gaye.</w:t>
      </w:r>
    </w:p>
    <w:p>
      <w:pPr>
        <w:jc w:val="right"/>
      </w:pPr>
      <w:r>
        <w:t>جب آپ کو غصہ آیا اس کے اندر کہ میں کچل ڈالوں اس کو۔ اور پھر بھی آپ نے اندر اندر اپنے کو اپنے غصے کو سنبھالا۔ اندر اندر آپ غصے کو پی گئے۔</w:t>
      </w:r>
    </w:p>
    <w:p>
      <w:r>
        <w:rPr>
          <w:b/>
        </w:rPr>
        <w:t xml:space="preserve">[27:27] </w:t>
      </w:r>
      <w:r>
        <w:t>phailaya. yaani manfi ko musbat mein tabdeel kiya. toh phir aap ne ek aisa inaam kamaya.</w:t>
      </w:r>
    </w:p>
    <w:p>
      <w:pPr>
        <w:jc w:val="right"/>
      </w:pPr>
      <w:r>
        <w:t>پھیلایا۔ یعنی منفی کو مثبت میں تبدیل کیا۔ تو پھر آپ نے ایک ایسا انعام کمایا۔</w:t>
      </w:r>
    </w:p>
    <w:p>
      <w:r>
        <w:rPr>
          <w:b/>
        </w:rPr>
        <w:t xml:space="preserve">[27:39] </w:t>
      </w:r>
      <w:r>
        <w:t>ek aisi fazeelat. ek aisi fazeelat kamai aap ne jo arbon guna zyada bari thi. zyada qeemti thi. toh aap bataiye ke agar yeh halaat na hote toh aap kaise yeh bari fazeelat kamate?</w:t>
      </w:r>
    </w:p>
    <w:p>
      <w:pPr>
        <w:jc w:val="right"/>
      </w:pPr>
      <w:r>
        <w:t>ایک ایسی فضیلت۔ ایک ایسی فضیلت کمائی آپ نے جو اربوں گنا زیادہ بڑی تھی۔ زیادہ قیمتی تھی۔ تو آپ بتائیے کہ اگر یہ حالات نہ ہوتے تو آپ کیسے یہ بڑی فضیلت کماتے؟</w:t>
      </w:r>
    </w:p>
    <w:p>
      <w:r>
        <w:rPr>
          <w:b/>
        </w:rPr>
        <w:t xml:space="preserve">[27:57] </w:t>
      </w:r>
      <w:r>
        <w:t>aap ghaur kijiye. agar yeh sab halaat na hote. toh yeh itni bari bari fazeelatein jo hain aap ke liye.</w:t>
      </w:r>
    </w:p>
    <w:p>
      <w:pPr>
        <w:jc w:val="right"/>
      </w:pPr>
      <w:r>
        <w:t>آپ غور کیجیے۔ اگر یہ سب حالات نہ ہوتے۔ تو یہ اتنی بڑی بڑی فضیلتیں جو ہیں آپ کے لیے۔</w:t>
      </w:r>
    </w:p>
    <w:p>
      <w:r>
        <w:rPr>
          <w:b/>
        </w:rPr>
        <w:t xml:space="preserve">[28:07] </w:t>
      </w:r>
      <w:r>
        <w:t>kaise kamati hain in ko aap?</w:t>
      </w:r>
    </w:p>
    <w:p>
      <w:pPr>
        <w:jc w:val="right"/>
      </w:pPr>
      <w:r>
        <w:t>کیسے کماتی ہیں ان کو آپ؟</w:t>
      </w:r>
    </w:p>
    <w:p>
      <w:r>
        <w:rPr>
          <w:b/>
        </w:rPr>
        <w:t xml:space="preserve">[28:13] </w:t>
      </w:r>
      <w:r>
        <w:t>toh yeh jo hai jo duniya mein jo sab baatein hain. woh is liye hain ke aap ko zyada bara darja dein.</w:t>
      </w:r>
    </w:p>
    <w:p>
      <w:pPr>
        <w:jc w:val="right"/>
      </w:pPr>
      <w:r>
        <w:t>تو یہ جو ہے جو دنیا میں جو سب باتیں ہیں۔ وہ اس لیے ہیں کہ آپ کو زیادہ بڑا درجہ دیں۔</w:t>
      </w:r>
    </w:p>
    <w:p>
      <w:r>
        <w:rPr>
          <w:b/>
        </w:rPr>
        <w:t xml:space="preserve">[28:23] </w:t>
      </w:r>
      <w:r>
        <w:t>aap ke darje ko barhane ke liye hai. yeh saari jo manfi cheezein duniya mein jo rakh di gayi hain. woh aap ke darje ko barhane ke liye hain.</w:t>
      </w:r>
    </w:p>
    <w:p>
      <w:pPr>
        <w:jc w:val="right"/>
      </w:pPr>
      <w:r>
        <w:t>آپ کے درجے کو بڑھانے کے لیے ہے۔ یہ ساری جو منفی چیزیں دنیا میں جو رکھ دی گئی ہیں۔ وہ آپ کے درجے کو بڑھانے کے لیے ہیں۔</w:t>
      </w:r>
    </w:p>
    <w:p>
      <w:r>
        <w:rPr>
          <w:b/>
        </w:rPr>
        <w:t xml:space="preserve">[28:33] </w:t>
      </w:r>
      <w:r>
        <w:t>yaad rakhiye. main aksar kaha karta hoon ke agar aap namazi hain. azan ki awaaz aayi. jaldi se aap bhage gaye namaz ki taraf.</w:t>
      </w:r>
    </w:p>
    <w:p>
      <w:pPr>
        <w:jc w:val="right"/>
      </w:pPr>
      <w:r>
        <w:t>یاد رکھیے۔ میں اکثر کہا کرتا ہوں کہ اگر آپ نمازی ہیں۔ اذان کی آواز آئی۔ جلدی سے آپ بھاگے گئے نماز کی طرف۔</w:t>
      </w:r>
    </w:p>
    <w:p>
      <w:r>
        <w:rPr>
          <w:b/>
        </w:rPr>
        <w:t xml:space="preserve">[28:44] </w:t>
      </w:r>
      <w:r>
        <w:t>kyun? aap samajhte hain ke namaz ki jab call ho gayi toh. ja kar ke wahan sawab lein hum. yaqeen kijiye ke yahi muamla ghusse ka bhi hai.</w:t>
      </w:r>
    </w:p>
    <w:p>
      <w:pPr>
        <w:jc w:val="right"/>
      </w:pPr>
      <w:r>
        <w:t>کیوں؟ آپ سمجھتے ہیں کہ نماز کی جب کال ہوگئی تو۔ جا کر کے وہاں ثواب لیں ہم۔ یقین کیجیے کہ یہی معاملہ غصے کا بھی ہے۔</w:t>
      </w:r>
    </w:p>
    <w:p>
      <w:r>
        <w:rPr>
          <w:b/>
        </w:rPr>
        <w:t xml:space="preserve">[28:55] </w:t>
      </w:r>
      <w:r>
        <w:t>jab aap ke andar ghussa bhadke. samajh lijiye ke woh call aagayi. bara fazeelat kamane ki.</w:t>
      </w:r>
    </w:p>
    <w:p>
      <w:pPr>
        <w:jc w:val="right"/>
      </w:pPr>
      <w:r>
        <w:t>جب آپ کے اندر غصہ بھڑکے۔ سمجھ لیجیے کہ وہ کال آگئی۔ بڑا فضیلت کمانے کی۔</w:t>
      </w:r>
    </w:p>
    <w:p>
      <w:r>
        <w:rPr>
          <w:b/>
        </w:rPr>
        <w:t xml:space="preserve">[29:03] </w:t>
      </w:r>
      <w:r>
        <w:t>namaz ki call daudati hai aap ko masjid ki taraf. isi tarah se aap ko us waqt. aap ke andar ghussa jab aaye. jab maar aaye. ghussa aaye.</w:t>
      </w:r>
    </w:p>
    <w:p>
      <w:pPr>
        <w:jc w:val="right"/>
      </w:pPr>
      <w:r>
        <w:t>نماز کی کال دوڑاتی ہے آپ کو مسجد کی طرف۔ اسی طرح سے آپ کو اس وقت۔ آپ کے اندر غصہ جب آئے۔ جب مار آئے۔ غصہ آئے۔</w:t>
      </w:r>
    </w:p>
    <w:p>
      <w:r>
        <w:rPr>
          <w:b/>
        </w:rPr>
        <w:t xml:space="preserve">[29:12] </w:t>
      </w:r>
      <w:r>
        <w:t>jab un ke jazbaat bhadke. samajh lijiye ke main woh waqt aagaya jab ke main. sabr, bardasht. bardasht.</w:t>
      </w:r>
    </w:p>
    <w:p>
      <w:pPr>
        <w:jc w:val="right"/>
      </w:pPr>
      <w:r>
        <w:t>جب ان کے جذبات بھڑکے۔ سمجھ لیجیے کہ میں وہ وقت آگیا جب کہ میں۔ صبر، برداشت۔ برداشت۔</w:t>
      </w:r>
    </w:p>
    <w:p>
      <w:r>
        <w:rPr>
          <w:b/>
        </w:rPr>
        <w:t xml:space="preserve">[29:21] </w:t>
      </w:r>
      <w:r>
        <w:t>bardasht ka saboot de kar. is ka saboot de kar. bara inaam loon. bari fazeelat hasil karoon. apni shakhsiyat ko aur zyada barhaoon. toh rohani taraqqi ka woh mauqa hota hai.</w:t>
      </w:r>
    </w:p>
    <w:p>
      <w:pPr>
        <w:jc w:val="right"/>
      </w:pPr>
      <w:r>
        <w:t>برداشت کا ثبوت دے کر۔ اس کا ثبوت دے کر۔ بڑا انعام لوں۔ بڑی فضیلت حاصل کروں۔ اپنی شخصیت کو اور زیادہ بڑھاؤں۔ تو روحانی ترقی کا وہ موقع ہوتا ہے۔</w:t>
      </w:r>
    </w:p>
    <w:p>
      <w:r>
        <w:rPr>
          <w:b/>
        </w:rPr>
        <w:t xml:space="preserve">[29:35] </w:t>
      </w:r>
      <w:r>
        <w:t>zyada bare darje par. is liye Khuda ne aap ko. Khuda ki barkat aap ke upar hai. ke aise halaat diye jis mein aap ko.</w:t>
      </w:r>
    </w:p>
    <w:p>
      <w:pPr>
        <w:jc w:val="right"/>
      </w:pPr>
      <w:r>
        <w:t>زیادہ بڑے درجے پر۔ اس لیے خدا نے آپ کو۔ خدا کی برکت آپ کے اوپر ہے۔ کہ ایسے حالات دیئے جس میں آپ کو۔</w:t>
      </w:r>
    </w:p>
    <w:p>
      <w:r>
        <w:rPr>
          <w:b/>
        </w:rPr>
        <w:t xml:space="preserve">[29:44] </w:t>
      </w:r>
      <w:r>
        <w:t>bari bari jannatein hasil karne ka. aap ko mauqa mil gaya hai. is ko shukr karna chahiye is par na ke ghussa karein aap.</w:t>
      </w:r>
    </w:p>
    <w:p>
      <w:pPr>
        <w:jc w:val="right"/>
      </w:pPr>
      <w:r>
        <w:t>بڑی بڑی جنتیں حاصل کرنے کا۔ آپ کو موقع مل گیا ہے۔ اس کو شکر کرنا چاہیے اس پر نہ کہ غصہ کریں آپ۔</w:t>
      </w:r>
    </w:p>
    <w:p>
      <w:r>
        <w:rPr>
          <w:b/>
        </w:rPr>
        <w:t xml:space="preserve">[29:55] </w:t>
      </w:r>
      <w:r>
        <w:t>aqool qooli hazaa wastaghfirullaha li wa lakum ajmaeen.</w:t>
      </w:r>
    </w:p>
    <w:p>
      <w:pPr>
        <w:jc w:val="right"/>
      </w:pPr>
      <w:r>
        <w:t>أقول قولي هذا واستغفراللہ لي ولكم اجمعین۔</w:t>
      </w:r>
    </w:p>
    <w:p>
      <w:r>
        <w:rPr>
          <w:b/>
        </w:rPr>
        <w:t xml:space="preserve">[30:13] </w:t>
      </w:r>
      <w:r>
        <w:t>and the question is that Quran mein sab se Quran mein ab se 1450 saal pehle saat zameenon ki nishandahi farmayi gayi hai aur science abhi sirf do zameenon ko hi daryaft kar paya hai jaisa ke aap ne farmaya is se pehle aap saat zameenon ke talluq se apni rai ka izhaar farmayein dekhiye</w:t>
      </w:r>
    </w:p>
    <w:p>
      <w:pPr>
        <w:jc w:val="right"/>
      </w:pPr>
      <w:r>
        <w:t>اینڈ دا کوئسچن از دیٹ قرآن میں سب سے قرآن میں اب سے 1450 سال پہلے سات زمینوں کی نشاندہی فرمائی گئی ہے اور سائنس ابھی صرف دو زمینوں کو ہی دریافت کر پایا ہے جیسا کہ آپ نے فرمایا اس سے پہلے آپ سات زمینوں کے تعلق سے اپنی رائے کا اظہار فرمائیں دیکھیے</w:t>
      </w:r>
    </w:p>
    <w:p>
      <w:r>
        <w:rPr>
          <w:b/>
        </w:rPr>
        <w:t xml:space="preserve">[30:42] </w:t>
      </w:r>
      <w:r>
        <w:t>quran mein sirf saat zameeni ki baat nahi hai aur bhi bohat si baatein hain jo abhi tak</w:t>
      </w:r>
    </w:p>
    <w:p>
      <w:pPr>
        <w:jc w:val="right"/>
      </w:pPr>
      <w:r>
        <w:t>قرآن میں صرف سات زمینی کی بات نہیں ہے اور بھی بہت سی باتیں ہیں جو ابھی تک</w:t>
      </w:r>
    </w:p>
    <w:p>
      <w:r>
        <w:rPr>
          <w:b/>
        </w:rPr>
        <w:t xml:space="preserve">[30:48] </w:t>
      </w:r>
      <w:r>
        <w:t>undiscovered hain</w:t>
      </w:r>
    </w:p>
    <w:p>
      <w:pPr>
        <w:jc w:val="right"/>
      </w:pPr>
      <w:r>
        <w:t>ان ڈسکورڈ ہیں</w:t>
      </w:r>
    </w:p>
    <w:p>
      <w:r>
        <w:rPr>
          <w:b/>
        </w:rPr>
        <w:t xml:space="preserve">[30:51] </w:t>
      </w:r>
      <w:r>
        <w:t>science ne dunya ki jo baatein jaani hain woh kam az kam aik fisad hain</w:t>
      </w:r>
    </w:p>
    <w:p>
      <w:pPr>
        <w:jc w:val="right"/>
      </w:pPr>
      <w:r>
        <w:t>سائنس نے دنیا کی جو باتیں جانی ہیں وہ کم از کم ایک فیصد ہیں</w:t>
      </w:r>
    </w:p>
    <w:p>
      <w:r>
        <w:rPr>
          <w:b/>
        </w:rPr>
        <w:t xml:space="preserve">[30:59] </w:t>
      </w:r>
      <w:r>
        <w:t>abhi aisa nahi hai ke poori poori poori jo kainat hai kainat ka haqaa'iq is ko science ne</w:t>
      </w:r>
    </w:p>
    <w:p>
      <w:pPr>
        <w:jc w:val="right"/>
      </w:pPr>
      <w:r>
        <w:t>ابھی ایسا نہیں ہے کہ پوری پوری پوری جو کائنات ہے کائنات کا حقائق اس کو سائنس نے</w:t>
      </w:r>
    </w:p>
    <w:p>
      <w:r>
        <w:rPr>
          <w:b/>
        </w:rPr>
        <w:t xml:space="preserve">[31:05] </w:t>
      </w:r>
      <w:r>
        <w:t>discover kar liya ho kainat ke haqaa'iq ka kam az kam aik fisad hi science daryaft kar saki</w:t>
      </w:r>
    </w:p>
    <w:p>
      <w:pPr>
        <w:jc w:val="right"/>
      </w:pPr>
      <w:r>
        <w:t>ڈسکور کر لیا ہو کائنات کے حقائق کا کم از کم ایک فیصد ہی سائنس دریافت کر سکی</w:t>
      </w:r>
    </w:p>
    <w:p>
      <w:r>
        <w:rPr>
          <w:b/>
        </w:rPr>
        <w:t xml:space="preserve">[31:10] </w:t>
      </w:r>
      <w:r>
        <w:t>hai is liye se mein yeh kahoon ga ke yeh woh cheezein hain jo aaj agarche hamein maloom</w:t>
      </w:r>
    </w:p>
    <w:p>
      <w:pPr>
        <w:jc w:val="right"/>
      </w:pPr>
      <w:r>
        <w:t>ہے اس لیے سے میں یہ کہوں گا کہ یہ وہ چیزیں ہیں جو آج اگرچہ ہمیں معلوم</w:t>
      </w:r>
    </w:p>
    <w:p>
      <w:r>
        <w:rPr>
          <w:b/>
        </w:rPr>
        <w:t xml:space="preserve">[31:16] </w:t>
      </w:r>
      <w:r>
        <w:t>nahi hain mustaqbil mein maloom hongi</w:t>
      </w:r>
    </w:p>
    <w:p>
      <w:pPr>
        <w:jc w:val="right"/>
      </w:pPr>
      <w:r>
        <w:t>نہیں ہیں مستقبل میں معلوم ہوں گی</w:t>
      </w:r>
    </w:p>
    <w:p>
      <w:r>
        <w:rPr>
          <w:b/>
        </w:rPr>
        <w:t xml:space="preserve">[31:19] </w:t>
      </w:r>
      <w:r>
        <w:t>jaise ke misaal quran hi mein maujood hai doosra</w:t>
      </w:r>
    </w:p>
    <w:p>
      <w:pPr>
        <w:jc w:val="right"/>
      </w:pPr>
      <w:r>
        <w:t>جیسے کہ مثال قرآن ہی میں موجود ہے دوسرا</w:t>
      </w:r>
    </w:p>
    <w:p>
      <w:r>
        <w:rPr>
          <w:b/>
        </w:rPr>
        <w:t xml:space="preserve">[31:23] </w:t>
      </w:r>
      <w:r>
        <w:t>ke quran jab utra to is mein kaha gaya ke fir'aun ki laash ke baare</w:t>
      </w:r>
    </w:p>
    <w:p>
      <w:pPr>
        <w:jc w:val="right"/>
      </w:pPr>
      <w:r>
        <w:t>کہ قرآن جب اترا تو اس میں کہا گیا کہ فرعون کی لاش کے بارے</w:t>
      </w:r>
    </w:p>
    <w:p>
      <w:r>
        <w:rPr>
          <w:b/>
        </w:rPr>
        <w:t xml:space="preserve">[31:27] </w:t>
      </w:r>
      <w:r>
        <w:t>mein fir'aun ke jism ke baare mein ke alyawm nunajjeeka bidanika litakoona liman khalfika aaya ke fir'aun ka</w:t>
      </w:r>
    </w:p>
    <w:p>
      <w:pPr>
        <w:jc w:val="right"/>
      </w:pPr>
      <w:r>
        <w:t>میں فرعون کے جسم کے بارے میں کہ اليوم نرجیک بدنک لتکون لمن خلفک آیا کہ فرعون کا</w:t>
      </w:r>
    </w:p>
    <w:p>
      <w:r>
        <w:rPr>
          <w:b/>
        </w:rPr>
        <w:t xml:space="preserve">[31:35] </w:t>
      </w:r>
      <w:r>
        <w:t>jism jo hai woh mehfooz hai aindah woh saamne aaye ga to nuzool e quran ke waqt is ke</w:t>
      </w:r>
    </w:p>
    <w:p>
      <w:pPr>
        <w:jc w:val="right"/>
      </w:pPr>
      <w:r>
        <w:t>جسم جو ہے وہ محفوظ ہے آئندہ وہ سامنے آئے گا تو نزول قرآن کے وقت اس کے</w:t>
      </w:r>
    </w:p>
    <w:p>
      <w:r>
        <w:rPr>
          <w:b/>
        </w:rPr>
        <w:t xml:space="preserve">[31:44] </w:t>
      </w:r>
      <w:r>
        <w:t>baare mein koi bhi nahi jaanta tha koi aik insaan bhi nahi jaanta tha ke fir'aun ka jism</w:t>
      </w:r>
    </w:p>
    <w:p>
      <w:pPr>
        <w:jc w:val="right"/>
      </w:pPr>
      <w:r>
        <w:t>بارے میں کوئی بھی نہیں جانتا تھا کوئی ایک انسان بھی نہیں جانتا تھا کہ فرعون کا جسم</w:t>
      </w:r>
    </w:p>
    <w:p>
      <w:r>
        <w:rPr>
          <w:b/>
        </w:rPr>
        <w:t xml:space="preserve">[31:50] </w:t>
      </w:r>
      <w:r>
        <w:t>kahan hai yeh hazaar saal ke baad</w:t>
      </w:r>
    </w:p>
    <w:p>
      <w:pPr>
        <w:jc w:val="right"/>
      </w:pPr>
      <w:r>
        <w:t>کہاں ہے یہ ہزار سال کے بعد</w:t>
      </w:r>
    </w:p>
    <w:p>
      <w:r>
        <w:rPr>
          <w:b/>
        </w:rPr>
        <w:t xml:space="preserve">[31:55] </w:t>
      </w:r>
      <w:r>
        <w:t>French aur German scholars ne pyramid se nikala aur ab woh cairo ke museum mein maujood hai woh</w:t>
      </w:r>
    </w:p>
    <w:p>
      <w:pPr>
        <w:jc w:val="right"/>
      </w:pPr>
      <w:r>
        <w:t>فرنچ اور جرمن اسکالرز نے پیرامیڈ سے نکالا اور اب وہ قاہرہ کے میوزیم میں موجود ہے وہ</w:t>
      </w:r>
    </w:p>
    <w:p>
      <w:r>
        <w:rPr>
          <w:b/>
        </w:rPr>
        <w:t xml:space="preserve">[32:03] </w:t>
      </w:r>
      <w:r>
        <w:t>jism to jis tarah se is aayat ka</w:t>
      </w:r>
    </w:p>
    <w:p>
      <w:pPr>
        <w:jc w:val="right"/>
      </w:pPr>
      <w:r>
        <w:t>جسم تو جس طرح سے اس آیت کا</w:t>
      </w:r>
    </w:p>
    <w:p>
      <w:r>
        <w:rPr>
          <w:b/>
        </w:rPr>
        <w:t xml:space="preserve">[32:09] </w:t>
      </w:r>
      <w:r>
        <w:t>is aayat mein jis baat ki khabar di gayi thi woh hazaar saal ke baad maloom hui</w:t>
      </w:r>
    </w:p>
    <w:p>
      <w:pPr>
        <w:jc w:val="right"/>
      </w:pPr>
      <w:r>
        <w:t>اس آیت میں جس بات کی خبر دی گئی تھی وہ ہزار سال کے بعد معلوم ہوئی</w:t>
      </w:r>
    </w:p>
    <w:p>
      <w:r>
        <w:rPr>
          <w:b/>
        </w:rPr>
        <w:t xml:space="preserve">[32:13] </w:t>
      </w:r>
      <w:r>
        <w:t>isi tarah zameenon ke bare mein jo khabar di gayi hai woh agle kisi mauqe par maloom hogi is mein koi pareshani ki baat nahi hai this question is from raaziya</w:t>
      </w:r>
    </w:p>
    <w:p>
      <w:pPr>
        <w:jc w:val="right"/>
      </w:pPr>
      <w:r>
        <w:t>اسی طرح زمینوں کے بارے میں جو خبر دی گئی ہے وہ اگلے کسی موقع پر معلوم ہوگی اس میں کوئی پریشانی کی بات نہیں ہے دس کوئسچن از فرام راضیہ</w:t>
      </w:r>
    </w:p>
    <w:p>
      <w:r>
        <w:rPr>
          <w:b/>
        </w:rPr>
        <w:t xml:space="preserve">[32:23] </w:t>
      </w:r>
      <w:r>
        <w:t>she asked that what is the difference between satisfaction and happiness and is any of the two possible in pre death period dekhiye</w:t>
      </w:r>
    </w:p>
    <w:p>
      <w:pPr>
        <w:jc w:val="right"/>
      </w:pPr>
      <w:r>
        <w:t>شی اسک دیٹ واٹ از دا ڈیفرنس بٹوین سیٹسفیکشن اینڈ ہیپینس اینڈ از اینی اف دا ٹو پوسیبل ان پری ڈیتھ پیریڈ دیکھیے</w:t>
      </w:r>
    </w:p>
    <w:p>
      <w:r>
        <w:rPr>
          <w:b/>
        </w:rPr>
        <w:t xml:space="preserve">[32:38] </w:t>
      </w:r>
      <w:r>
        <w:t>yeh koi itna aasan sawal nahi hai yeh main sirf yeh keh sakta hoon ke</w:t>
      </w:r>
    </w:p>
    <w:p>
      <w:pPr>
        <w:jc w:val="right"/>
      </w:pPr>
      <w:r>
        <w:t>یہ کوئی اتنا آسان سوال نہیں ہے یہ میں صرف یہ کہہ سکتا ہوں کہ</w:t>
      </w:r>
    </w:p>
    <w:p>
      <w:r>
        <w:rPr>
          <w:b/>
        </w:rPr>
        <w:t xml:space="preserve">[32:46] </w:t>
      </w:r>
      <w:r>
        <w:t>duniya mein haqeeqi maani mein khushi kabhi bhi mil nahi sakti hai satisfaction kabhi mil nahi sakta hai jo cheez mumkin hai woh yeh ke aap yeh jaan lein ke duniya mein yeh cheez milne wali hi nahi hai toh jo cheez mumkin hai woh taskeen hai</w:t>
      </w:r>
    </w:p>
    <w:p>
      <w:pPr>
        <w:jc w:val="right"/>
      </w:pPr>
      <w:r>
        <w:t>دنیا میں حقیقی معنی میں خوشی کبھی بھی مل نہیں سکتی ہے سیٹسفیکشن کبھی مل نہیں سکتا ہے جو چیز ممکن ہے وہ یہ کہ آپ یہ جان لیں کہ دنیا میں یہ چیز ملنے والی ہی نہیں ہے تو جو چیز ممکن ہے وہ تسکین ہے</w:t>
      </w:r>
    </w:p>
    <w:p>
      <w:r>
        <w:rPr>
          <w:b/>
        </w:rPr>
        <w:t xml:space="preserve">[33:10] </w:t>
      </w:r>
      <w:r>
        <w:t>hadith mein quran mein qanaat ki baat bohat ziyada kahi gayi hai to aaj kal jis cheez ko</w:t>
      </w:r>
    </w:p>
    <w:p>
      <w:pPr>
        <w:jc w:val="right"/>
      </w:pPr>
      <w:r>
        <w:t>حدیث میں قرآن میں قناعت کی بات بہت زیادہ کہی گئی ہے تو آج کل جس چیز کو</w:t>
      </w:r>
    </w:p>
    <w:p>
      <w:r>
        <w:rPr>
          <w:b/>
        </w:rPr>
        <w:t xml:space="preserve">[33:15] </w:t>
      </w:r>
      <w:r>
        <w:t>bola jata hai khushi</w:t>
      </w:r>
    </w:p>
    <w:p>
      <w:pPr>
        <w:jc w:val="right"/>
      </w:pPr>
      <w:r>
        <w:t>بولا جاتا ہے خوشی</w:t>
      </w:r>
    </w:p>
    <w:p>
      <w:r>
        <w:rPr>
          <w:b/>
        </w:rPr>
        <w:t xml:space="preserve">[33:18] </w:t>
      </w:r>
      <w:r>
        <w:t>ya satisfaction wo apne jadeed</w:t>
      </w:r>
    </w:p>
    <w:p>
      <w:pPr>
        <w:jc w:val="right"/>
      </w:pPr>
      <w:r>
        <w:t>یا سیٹسفیکشن وہ اپنے جدید</w:t>
      </w:r>
    </w:p>
    <w:p>
      <w:r>
        <w:rPr>
          <w:b/>
        </w:rPr>
        <w:t xml:space="preserve">[33:22] </w:t>
      </w:r>
      <w:r>
        <w:t>maani mein to mumkin nahi hai lekin ek aur cheez mumkin hai wo hai taskeen qanaat wo kya</w:t>
      </w:r>
    </w:p>
    <w:p>
      <w:pPr>
        <w:jc w:val="right"/>
      </w:pPr>
      <w:r>
        <w:t>معنی میں تو ممکن نہیں ہے لیکن ایک اور چیز ممکن ہے وہ ہے تسکین قناعت وہ کیا</w:t>
      </w:r>
    </w:p>
    <w:p>
      <w:r>
        <w:rPr>
          <w:b/>
        </w:rPr>
        <w:t xml:space="preserve">[33:29] </w:t>
      </w:r>
      <w:r>
        <w:t>hai aap hawai jahaz mein safar karte hain to aap ko yeh nahi hota ke aap wahan ek</w:t>
      </w:r>
    </w:p>
    <w:p>
      <w:pPr>
        <w:jc w:val="right"/>
      </w:pPr>
      <w:r>
        <w:t>ہے آپ ہوائی جہاز میں سفر کرتے ہیں تو آپ کو یہ نہیں ہوتا کہ آپ وہاں ایک</w:t>
      </w:r>
    </w:p>
    <w:p>
      <w:r>
        <w:rPr>
          <w:b/>
        </w:rPr>
        <w:t xml:space="preserve">[33:36] </w:t>
      </w:r>
      <w:r>
        <w:t>bistar ho wahan soyein is ke upar kyunke aap jante hain ke hawai jahaz mein bistar nahi hua</w:t>
      </w:r>
    </w:p>
    <w:p>
      <w:pPr>
        <w:jc w:val="right"/>
      </w:pPr>
      <w:r>
        <w:t>بستر ہو وہاں سوئیں اس کے اوپر کیونکہ آپ جانتے ہیں کہ ہوائی جہاز میں بستر نہیں ہوا</w:t>
      </w:r>
    </w:p>
    <w:p>
      <w:r>
        <w:rPr>
          <w:b/>
        </w:rPr>
        <w:t xml:space="preserve">[33:40] </w:t>
      </w:r>
      <w:r>
        <w:t>karte to ek taskeen ajata hai</w:t>
      </w:r>
    </w:p>
    <w:p>
      <w:pPr>
        <w:jc w:val="right"/>
      </w:pPr>
      <w:r>
        <w:t>کرتے تو ایک تسکین آجاتا ہے</w:t>
      </w:r>
    </w:p>
    <w:p>
      <w:r>
        <w:rPr>
          <w:b/>
        </w:rPr>
        <w:t xml:space="preserve">[33:44] </w:t>
      </w:r>
      <w:r>
        <w:t>yeh is qism ka ek ek ek ehsas dunya mein hasil ho jati hai aadmi ko to ghair</w:t>
      </w:r>
    </w:p>
    <w:p>
      <w:pPr>
        <w:jc w:val="right"/>
      </w:pPr>
      <w:r>
        <w:t>یہ اس قسم کا ایک ایک ایک احساس دنیا میں حاصل ہو جاتی ہے آدمی کو تو غیر</w:t>
      </w:r>
    </w:p>
    <w:p>
      <w:r>
        <w:rPr>
          <w:b/>
        </w:rPr>
        <w:t xml:space="preserve">[33:51] </w:t>
      </w:r>
      <w:r>
        <w:t>zaruri tension se bach jata hai wo ghair zaruri dabao</w:t>
      </w:r>
    </w:p>
    <w:p>
      <w:pPr>
        <w:jc w:val="right"/>
      </w:pPr>
      <w:r>
        <w:t>ضروری ٹینشن سے بچ جاتا ہے وہ غیر ضروری دباؤ</w:t>
      </w:r>
    </w:p>
    <w:p>
      <w:r>
        <w:rPr>
          <w:b/>
        </w:rPr>
        <w:t xml:space="preserve">[33:55] </w:t>
      </w:r>
      <w:r>
        <w:t>se bach jata hai wo yeh hai is mamle mein position</w:t>
      </w:r>
    </w:p>
    <w:p>
      <w:pPr>
        <w:jc w:val="right"/>
      </w:pPr>
      <w:r>
        <w:t>سے بچ جاتا ہے وہ یہ ہے اس معاملے میں پوزیشن</w:t>
      </w:r>
    </w:p>
    <w:p>
      <w:r>
        <w:rPr>
          <w:b/>
        </w:rPr>
        <w:t xml:space="preserve">[34:03] </w:t>
      </w:r>
      <w:r>
        <w:t>agla sawal is from hussain bano</w:t>
      </w:r>
    </w:p>
    <w:p>
      <w:pPr>
        <w:jc w:val="right"/>
      </w:pPr>
      <w:r>
        <w:t>اگلا سوال از فرام حسین بانو</w:t>
      </w:r>
    </w:p>
    <w:p>
      <w:r>
        <w:rPr>
          <w:b/>
        </w:rPr>
        <w:t xml:space="preserve">[34:06] </w:t>
      </w:r>
      <w:r>
        <w:t>she says that sometimes in her case despite her best efforts to avoid negative thoughts she is incapable of diffusing that</w:t>
      </w:r>
    </w:p>
    <w:p>
      <w:pPr>
        <w:jc w:val="right"/>
      </w:pPr>
      <w:r>
        <w:t>شی سیز دیٹ سم ٹائمز ان ہر کیس ڈسپائٹ ہر بیسٹ ایفرٹس ٹو اوائڈ نیگیٹیو تھاٹس شی از ان کیپیبل اف ڈیفیوزنگ دیٹ</w:t>
      </w:r>
    </w:p>
    <w:p>
      <w:r>
        <w:rPr>
          <w:b/>
        </w:rPr>
        <w:t xml:space="preserve">[34:18] </w:t>
      </w:r>
      <w:r>
        <w:t>thought so she says that is there any dua which can help her diffuse the negative thought and</w:t>
      </w:r>
    </w:p>
    <w:p>
      <w:pPr>
        <w:jc w:val="right"/>
      </w:pPr>
      <w:r>
        <w:t>تھاٹ سو شی سیز دیٹ از دیر اینی دعا وچ کین ہیلپ ہر ڈیفیوز دی نیگیٹیو تھاٹ اینڈ</w:t>
      </w:r>
    </w:p>
    <w:p>
      <w:r>
        <w:rPr>
          <w:b/>
        </w:rPr>
        <w:t xml:space="preserve">[34:26] </w:t>
      </w:r>
      <w:r>
        <w:t>deal with the life related issue</w:t>
      </w:r>
    </w:p>
    <w:p>
      <w:pPr>
        <w:jc w:val="right"/>
      </w:pPr>
      <w:r>
        <w:t>ڈیل ود دی لائف ریلیٹڈ ایشو</w:t>
      </w:r>
    </w:p>
    <w:p>
      <w:r>
        <w:rPr>
          <w:b/>
        </w:rPr>
        <w:t xml:space="preserve">[34:30] </w:t>
      </w:r>
      <w:r>
        <w:t>dekhiye ek baat samajh lijiye</w:t>
      </w:r>
    </w:p>
    <w:p>
      <w:pPr>
        <w:jc w:val="right"/>
      </w:pPr>
      <w:r>
        <w:t>دیکھیے ایک بات سمجھ لیجیے</w:t>
      </w:r>
    </w:p>
    <w:p>
      <w:r>
        <w:rPr>
          <w:b/>
        </w:rPr>
        <w:t xml:space="preserve">[34:33] </w:t>
      </w:r>
      <w:r>
        <w:t>ke negative thought</w:t>
      </w:r>
    </w:p>
    <w:p>
      <w:pPr>
        <w:jc w:val="right"/>
      </w:pPr>
      <w:r>
        <w:t>کہ نیگیٹیو تھاٹ</w:t>
      </w:r>
    </w:p>
    <w:p>
      <w:r>
        <w:rPr>
          <w:b/>
        </w:rPr>
        <w:t xml:space="preserve">[34:36] </w:t>
      </w:r>
      <w:r>
        <w:t>mukammal maani mein</w:t>
      </w:r>
    </w:p>
    <w:p>
      <w:pPr>
        <w:jc w:val="right"/>
      </w:pPr>
      <w:r>
        <w:t>مکمل معنی میں</w:t>
      </w:r>
    </w:p>
    <w:p>
      <w:r>
        <w:rPr>
          <w:b/>
        </w:rPr>
        <w:t xml:space="preserve">[34:39] </w:t>
      </w:r>
      <w:r>
        <w:t>khatm nahi hota</w:t>
      </w:r>
    </w:p>
    <w:p>
      <w:pPr>
        <w:jc w:val="right"/>
      </w:pPr>
      <w:r>
        <w:t>ختم نہیں ہوتا</w:t>
      </w:r>
    </w:p>
    <w:p>
      <w:r>
        <w:rPr>
          <w:b/>
        </w:rPr>
        <w:t xml:space="preserve">[34:42] </w:t>
      </w:r>
      <w:r>
        <w:t>kisi ke liye bhi nahi khatm hota</w:t>
      </w:r>
    </w:p>
    <w:p>
      <w:pPr>
        <w:jc w:val="right"/>
      </w:pPr>
      <w:r>
        <w:t>کسی کے لیے بھی نہیں ختم ہوتا</w:t>
      </w:r>
    </w:p>
    <w:p>
      <w:r>
        <w:rPr>
          <w:b/>
        </w:rPr>
        <w:t xml:space="preserve">[34:45] </w:t>
      </w:r>
      <w:r>
        <w:t>is liye</w:t>
      </w:r>
    </w:p>
    <w:p>
      <w:pPr>
        <w:jc w:val="right"/>
      </w:pPr>
      <w:r>
        <w:t>اس لیے</w:t>
      </w:r>
    </w:p>
    <w:p>
      <w:r>
        <w:rPr>
          <w:b/>
        </w:rPr>
        <w:t xml:space="preserve">[34:48] </w:t>
      </w:r>
      <w:r>
        <w:t>yeh ek musalsal amal hai agar wo musalsal amal na ho to rozana aap neki kaise kamayenge</w:t>
      </w:r>
    </w:p>
    <w:p>
      <w:pPr>
        <w:jc w:val="right"/>
      </w:pPr>
      <w:r>
        <w:t>یہ ایک مسلسل عمل ہے اگر وہ مسلسل عمل نہ ہو تو روزانہ آپ نیکی کیسے کمائیں گے</w:t>
      </w:r>
    </w:p>
    <w:p>
      <w:r>
        <w:rPr>
          <w:b/>
        </w:rPr>
        <w:t xml:space="preserve">[34:57] </w:t>
      </w:r>
      <w:r>
        <w:t>aap ghor kijiye</w:t>
      </w:r>
    </w:p>
    <w:p>
      <w:pPr>
        <w:jc w:val="right"/>
      </w:pPr>
      <w:r>
        <w:t>آپ غور کیجیے</w:t>
      </w:r>
    </w:p>
    <w:p>
      <w:r>
        <w:rPr>
          <w:b/>
        </w:rPr>
        <w:t xml:space="preserve">[34:59] </w:t>
      </w:r>
      <w:r>
        <w:t>ke agar aap ki umar 30 saal hai usi waqt sare manfi jazbat aap ne maar kar dale</w:t>
      </w:r>
    </w:p>
    <w:p>
      <w:pPr>
        <w:jc w:val="right"/>
      </w:pPr>
      <w:r>
        <w:t>کہ اگر آپ کی عمر 30 سال ہے اسی وقت سارے منفی جذبات آپ نے مار کر ڈالے</w:t>
      </w:r>
    </w:p>
    <w:p>
      <w:r>
        <w:rPr>
          <w:b/>
        </w:rPr>
        <w:t xml:space="preserve">[35:07] </w:t>
      </w:r>
      <w:r>
        <w:t>ek dam khatm kar liya to phir aap ghair qabil ho gaye</w:t>
      </w:r>
    </w:p>
    <w:p>
      <w:pPr>
        <w:jc w:val="right"/>
      </w:pPr>
      <w:r>
        <w:t>ایک دم ختم کر لیا تو پھر آپ غیر قابل ہوگئے</w:t>
      </w:r>
    </w:p>
    <w:p>
      <w:r>
        <w:rPr>
          <w:b/>
        </w:rPr>
        <w:t xml:space="preserve">[35:11] </w:t>
      </w:r>
      <w:r>
        <w:t>aur wo taraqqi ka amal jo hai wo to wahin ka wahin ruk gaya</w:t>
      </w:r>
    </w:p>
    <w:p>
      <w:pPr>
        <w:jc w:val="right"/>
      </w:pPr>
      <w:r>
        <w:t>اور وہ ترقی کا عمل جو ہے وہ تو وہیں کا وہیں رک گیا</w:t>
      </w:r>
    </w:p>
    <w:p>
      <w:r>
        <w:rPr>
          <w:b/>
        </w:rPr>
        <w:t xml:space="preserve">[35:16] </w:t>
      </w:r>
      <w:r>
        <w:t>is ko achhe se samjhiye ke</w:t>
      </w:r>
    </w:p>
    <w:p>
      <w:pPr>
        <w:jc w:val="right"/>
      </w:pPr>
      <w:r>
        <w:t>اس کو اچھے سے سمجھیے کہ</w:t>
      </w:r>
    </w:p>
    <w:p>
      <w:r>
        <w:rPr>
          <w:b/>
        </w:rPr>
        <w:t xml:space="preserve">[35:19] </w:t>
      </w:r>
      <w:r>
        <w:t>yeh jo jis ko mein management keh raha hoon</w:t>
      </w:r>
    </w:p>
    <w:p>
      <w:pPr>
        <w:jc w:val="right"/>
      </w:pPr>
      <w:r>
        <w:t>یہ جو جس کو میں مینجمنٹ کہہ رہا ہوں</w:t>
      </w:r>
    </w:p>
    <w:p>
      <w:r>
        <w:rPr>
          <w:b/>
        </w:rPr>
        <w:t xml:space="preserve">[35:23] </w:t>
      </w:r>
      <w:r>
        <w:t>ke ghusse ko sambhalna</w:t>
      </w:r>
    </w:p>
    <w:p>
      <w:pPr>
        <w:jc w:val="right"/>
      </w:pPr>
      <w:r>
        <w:t>کہ غصے کو سنبھالنا</w:t>
      </w:r>
    </w:p>
    <w:p>
      <w:r>
        <w:rPr>
          <w:b/>
        </w:rPr>
        <w:t xml:space="preserve">[35:25] </w:t>
      </w:r>
      <w:r>
        <w:t>manfi khayalat ko sambhalna</w:t>
      </w:r>
    </w:p>
    <w:p>
      <w:pPr>
        <w:jc w:val="right"/>
      </w:pPr>
      <w:r>
        <w:t>منفی خیالات کو سنبھالنا</w:t>
      </w:r>
    </w:p>
    <w:p>
      <w:r>
        <w:rPr>
          <w:b/>
        </w:rPr>
        <w:t xml:space="preserve">[35:27] </w:t>
      </w:r>
      <w:r>
        <w:t>yeh aik amal hai</w:t>
      </w:r>
    </w:p>
    <w:p>
      <w:pPr>
        <w:jc w:val="right"/>
      </w:pPr>
      <w:r>
        <w:t>یہ ایک عمل ہے</w:t>
      </w:r>
    </w:p>
    <w:p>
      <w:r>
        <w:rPr>
          <w:b/>
        </w:rPr>
        <w:t xml:space="preserve">[35:30] </w:t>
      </w:r>
      <w:r>
        <w:t>woh amal barabar jari rahega taakeh aap ka zaati</w:t>
      </w:r>
    </w:p>
    <w:p>
      <w:pPr>
        <w:jc w:val="right"/>
      </w:pPr>
      <w:r>
        <w:t>وہ عمل برابر جاری رہے گا تاکہ آپ کا ذاتی</w:t>
      </w:r>
    </w:p>
    <w:p>
      <w:r>
        <w:rPr>
          <w:b/>
        </w:rPr>
        <w:t xml:space="preserve">[35:34] </w:t>
      </w:r>
      <w:r>
        <w:t>tarraqi jo hai woh kabhi khatm na ho chalta rahe chalta rahe chalta rahe</w:t>
      </w:r>
    </w:p>
    <w:p>
      <w:pPr>
        <w:jc w:val="right"/>
      </w:pPr>
      <w:r>
        <w:t>ترقی جو ہے وہ کبھی ختم نہ ہو چلتا رہے چلتا رہے چلتا رہے</w:t>
      </w:r>
    </w:p>
    <w:p>
      <w:r>
        <w:rPr>
          <w:b/>
        </w:rPr>
        <w:t xml:space="preserve">[35:39] </w:t>
      </w:r>
      <w:r>
        <w:t>yeh toh bohat achi baat hai ke khatm nahi hota khatm nahi ho khatm ho jaye toh is</w:t>
      </w:r>
    </w:p>
    <w:p>
      <w:pPr>
        <w:jc w:val="right"/>
      </w:pPr>
      <w:r>
        <w:t>یہ تو بہت اچھی بات ہے کہ ختم نہیں ہوتا ختم نہیں ہو ختم ہو جائے تو اس</w:t>
      </w:r>
    </w:p>
    <w:p>
      <w:r>
        <w:rPr>
          <w:b/>
        </w:rPr>
        <w:t xml:space="preserve">[35:44] </w:t>
      </w:r>
      <w:r>
        <w:t>ka matlab yeh hai ke zaati tarraqi ka amal ruk jaye ga aap ka</w:t>
      </w:r>
    </w:p>
    <w:p>
      <w:pPr>
        <w:jc w:val="right"/>
      </w:pPr>
      <w:r>
        <w:t>کا مطلب یہ ہے کہ ذاتی ترقی کا عمل رک جائے گا آپ کا</w:t>
      </w:r>
    </w:p>
    <w:p>
      <w:r>
        <w:rPr>
          <w:b/>
        </w:rPr>
        <w:t xml:space="preserve">[35:49] </w:t>
      </w:r>
      <w:r>
        <w:t>doosri baat dekhiye yeh hai</w:t>
      </w:r>
    </w:p>
    <w:p>
      <w:pPr>
        <w:jc w:val="right"/>
      </w:pPr>
      <w:r>
        <w:t>دوسری بات دیکھیے یہ ہے</w:t>
      </w:r>
    </w:p>
    <w:p>
      <w:r>
        <w:rPr>
          <w:b/>
        </w:rPr>
        <w:t xml:space="preserve">[35:52] </w:t>
      </w:r>
      <w:r>
        <w:t>keh quran se yahi maloom hota hai ke 100 feesad kabhi bhi kisi ka khatm nahi hota</w:t>
      </w:r>
    </w:p>
    <w:p>
      <w:pPr>
        <w:jc w:val="right"/>
      </w:pPr>
      <w:r>
        <w:t>کہ قرآن سے یہی معلوم ہوتا ہے کہ 100 فیصد کبھی بھی کسی کا ختم نہیں ہوتا</w:t>
      </w:r>
    </w:p>
    <w:p>
      <w:r>
        <w:rPr>
          <w:b/>
        </w:rPr>
        <w:t xml:space="preserve">[35:58] </w:t>
      </w:r>
      <w:r>
        <w:t>woh quran se maloom hota hai khuda aakhirat mein khatm karega</w:t>
      </w:r>
    </w:p>
    <w:p>
      <w:pPr>
        <w:jc w:val="right"/>
      </w:pPr>
      <w:r>
        <w:t>وہ قرآن سے معلوم ہوتا ہے خدا آخرت میں ختم کرے گا</w:t>
      </w:r>
    </w:p>
    <w:p>
      <w:r>
        <w:rPr>
          <w:b/>
        </w:rPr>
        <w:t xml:space="preserve">[36:06] </w:t>
      </w:r>
      <w:r>
        <w:t>jin logon ke liye yeh faisla kiya jaye ga ke unhein jannat mein dakhil kiya jaye ga toh</w:t>
      </w:r>
    </w:p>
    <w:p>
      <w:pPr>
        <w:jc w:val="right"/>
      </w:pPr>
      <w:r>
        <w:t>جن لوگوں کے لیے یہ فیصلہ کیا جائے گا کہ انہیں جنت میں داخل کیا جائے گا تو</w:t>
      </w:r>
    </w:p>
    <w:p>
      <w:r>
        <w:rPr>
          <w:b/>
        </w:rPr>
        <w:t xml:space="preserve">[36:13] </w:t>
      </w:r>
      <w:r>
        <w:t>thode bohat jo reh gaye hain is ko khuda wahan pak kar dega</w:t>
      </w:r>
    </w:p>
    <w:p>
      <w:pPr>
        <w:jc w:val="right"/>
      </w:pPr>
      <w:r>
        <w:t>تھوڑے بہت جو رہ گئے ہیں اس کو خدا وہاں پاک کر دے گا</w:t>
      </w:r>
    </w:p>
    <w:p>
      <w:r>
        <w:rPr>
          <w:b/>
        </w:rPr>
        <w:t xml:space="preserve">[36:17] </w:t>
      </w:r>
      <w:r>
        <w:t>isi tarah aata hai quran mein keh yaani</w:t>
      </w:r>
    </w:p>
    <w:p>
      <w:pPr>
        <w:jc w:val="right"/>
      </w:pPr>
      <w:r>
        <w:t>اسی طرح آتا ہے قرآن میں کہ یعنی</w:t>
      </w:r>
    </w:p>
    <w:p>
      <w:r>
        <w:rPr>
          <w:b/>
        </w:rPr>
        <w:t xml:space="preserve">[36:23] </w:t>
      </w:r>
      <w:r>
        <w:t>ahl e jannat ke darmiyan dunya mein jo aik doosre ke khilaf shikayatein aur mali the is ko khuda</w:t>
      </w:r>
    </w:p>
    <w:p>
      <w:pPr>
        <w:jc w:val="right"/>
      </w:pPr>
      <w:r>
        <w:t>اہل جنت کے درمیان دنیا میں جو ایک دوسرے کے خلاف شکایتیں اور مالی تھے اس کو خدا</w:t>
      </w:r>
    </w:p>
    <w:p>
      <w:r>
        <w:rPr>
          <w:b/>
        </w:rPr>
        <w:t xml:space="preserve">[36:31] </w:t>
      </w:r>
      <w:r>
        <w:t>nikal dega wahan</w:t>
      </w:r>
    </w:p>
    <w:p>
      <w:pPr>
        <w:jc w:val="right"/>
      </w:pPr>
      <w:r>
        <w:t>نکال دے گا وہاں</w:t>
      </w:r>
    </w:p>
    <w:p>
      <w:r>
        <w:rPr>
          <w:b/>
        </w:rPr>
        <w:t xml:space="preserve">[36:35] </w:t>
      </w:r>
      <w:r>
        <w:t>toh aik woh log hain jo management na karein isi mein jeete rahein woh toh jahannum mein jayein</w:t>
      </w:r>
    </w:p>
    <w:p>
      <w:pPr>
        <w:jc w:val="right"/>
      </w:pPr>
      <w:r>
        <w:t>تو ایک وہ لوگ ہیں جو مینجمنٹ نہ کریں اسی میں جیتے رہیں وہ تو جہنم میں جائیں</w:t>
      </w:r>
    </w:p>
    <w:p>
      <w:r>
        <w:rPr>
          <w:b/>
        </w:rPr>
        <w:t xml:space="preserve">[36:40] </w:t>
      </w:r>
      <w:r>
        <w:t>ge doosre woh log hain jo management karein khuloos se</w:t>
      </w:r>
    </w:p>
    <w:p>
      <w:pPr>
        <w:jc w:val="right"/>
      </w:pPr>
      <w:r>
        <w:t>گے دوسرے وہ لوگ ہیں جو مینجمنٹ کریں خلوص سے</w:t>
      </w:r>
    </w:p>
    <w:p>
      <w:r>
        <w:rPr>
          <w:b/>
        </w:rPr>
        <w:t xml:space="preserve">[36:46] </w:t>
      </w:r>
      <w:r>
        <w:t>aur management karte karte kuch thoda sa phir bhi reh jaye as of in</w:t>
      </w:r>
    </w:p>
    <w:p>
      <w:pPr>
        <w:jc w:val="right"/>
      </w:pPr>
      <w:r>
        <w:t>اور مینجمنٹ کرتے کرتے کچھ تھوڑا سا پھر بھی رہ جائے از آف ان</w:t>
      </w:r>
    </w:p>
    <w:p>
      <w:r>
        <w:rPr>
          <w:b/>
        </w:rPr>
        <w:t xml:space="preserve">[36:53] </w:t>
      </w:r>
      <w:r>
        <w:t>ke liye khuda ne wada kiya hai ke un ko un ko aakhri taur par yani final purification khuda kar dega aur phir jab jannat mein jayenge wo to wo puri tarah masbat shakhsiyat le kar jayenge</w:t>
      </w:r>
    </w:p>
    <w:p>
      <w:pPr>
        <w:jc w:val="right"/>
      </w:pPr>
      <w:r>
        <w:t>کے لیے خدا نے وعدہ کیا ہے کہ ان کو ان کو آخری طور پر یعنی فائنل پوریفیکیشن خدا کر دے گا اور پھر جب جنت میں جائیں گے وہ تو وہ پوری طرح مثبت شخصیت لے کر جائیں گے</w:t>
      </w:r>
    </w:p>
    <w:p>
      <w:r>
        <w:rPr>
          <w:b/>
        </w:rPr>
        <w:t xml:space="preserve">[37:12] </w:t>
      </w:r>
      <w:r>
        <w:t>this question is from ayesha</w:t>
      </w:r>
    </w:p>
    <w:p>
      <w:pPr>
        <w:jc w:val="right"/>
      </w:pPr>
      <w:r>
        <w:t>دس کوئسچن از فرام عائشہ</w:t>
      </w:r>
    </w:p>
    <w:p>
      <w:r>
        <w:rPr>
          <w:b/>
        </w:rPr>
        <w:t xml:space="preserve">[37:14] </w:t>
      </w:r>
      <w:r>
        <w:t>she says that according to hadith simplicity is a part of faith then can you explain the relation between the two</w:t>
      </w:r>
    </w:p>
    <w:p>
      <w:pPr>
        <w:jc w:val="right"/>
      </w:pPr>
      <w:r>
        <w:t>شی سیز دیٹ اکارڈنگ ٹو حدیث سمپلیسٹی از ا پارٹ اف فیتھ دین کین یو ایکسپلین دا ریلیشن بٹوین دا ٹو</w:t>
      </w:r>
    </w:p>
    <w:p>
      <w:r>
        <w:rPr>
          <w:b/>
        </w:rPr>
        <w:t xml:space="preserve">[37:26] </w:t>
      </w:r>
      <w:r>
        <w:t>dekhiye simplicity jo hai woh aap ko</w:t>
      </w:r>
    </w:p>
    <w:p>
      <w:pPr>
        <w:jc w:val="right"/>
      </w:pPr>
      <w:r>
        <w:t>دیکھیے سمپلیسٹی جو ہے وہ آپ کو</w:t>
      </w:r>
    </w:p>
    <w:p>
      <w:r>
        <w:rPr>
          <w:b/>
        </w:rPr>
        <w:t xml:space="preserve">[37:32] </w:t>
      </w:r>
      <w:r>
        <w:t>is qabil banati hai keh aap apne waqt ko bacha sakein apne paise ko bacha sakein apne tawajjuh</w:t>
      </w:r>
    </w:p>
    <w:p>
      <w:pPr>
        <w:jc w:val="right"/>
      </w:pPr>
      <w:r>
        <w:t>اس قابل بناتی ہے کہ آپ اپنے وقت کو بچا سکیں اپنے پیسے کو بچا سکیں اپنے توجہ</w:t>
      </w:r>
    </w:p>
    <w:p>
      <w:r>
        <w:rPr>
          <w:b/>
        </w:rPr>
        <w:t xml:space="preserve">[37:39] </w:t>
      </w:r>
      <w:r>
        <w:t>ko bacha sakein</w:t>
      </w:r>
    </w:p>
    <w:p>
      <w:pPr>
        <w:jc w:val="right"/>
      </w:pPr>
      <w:r>
        <w:t>کو بچا سکیں</w:t>
      </w:r>
    </w:p>
    <w:p>
      <w:r>
        <w:rPr>
          <w:b/>
        </w:rPr>
        <w:t xml:space="preserve">[37:41] </w:t>
      </w:r>
      <w:r>
        <w:t>yeh hai dono ke darmiyan taluq</w:t>
      </w:r>
    </w:p>
    <w:p>
      <w:pPr>
        <w:jc w:val="right"/>
      </w:pPr>
      <w:r>
        <w:t>یہ ہے دونوں کے درمیان تعلق</w:t>
      </w:r>
    </w:p>
    <w:p>
      <w:r>
        <w:rPr>
          <w:b/>
        </w:rPr>
        <w:t xml:space="preserve">[37:46] </w:t>
      </w:r>
      <w:r>
        <w:t>jo jin logon ke beech mein jin logon ke andar simplicity na ho har waqt un ko kaha</w:t>
      </w:r>
    </w:p>
    <w:p>
      <w:pPr>
        <w:jc w:val="right"/>
      </w:pPr>
      <w:r>
        <w:t>جو جن لوگوں کے بیچ میں جن لوگوں کے اندر سمپلیسٹی نہ ہو ہر وقت ان کو کہا</w:t>
      </w:r>
    </w:p>
    <w:p>
      <w:r>
        <w:rPr>
          <w:b/>
        </w:rPr>
        <w:t xml:space="preserve">[37:51] </w:t>
      </w:r>
      <w:r>
        <w:t>rehta hai keh bhai aaj khana paka hai yeh sofa sirf toh purana hoga is ko badalna hai</w:t>
      </w:r>
    </w:p>
    <w:p>
      <w:pPr>
        <w:jc w:val="right"/>
      </w:pPr>
      <w:r>
        <w:t>رہتا ہے کہ بھئی آج کھانا پکا ہے یہ صوفہ صرف تو پرانا ہوگا اس کو بدلنا ہے</w:t>
      </w:r>
    </w:p>
    <w:p>
      <w:r>
        <w:rPr>
          <w:b/>
        </w:rPr>
        <w:t xml:space="preserve">[37:57] </w:t>
      </w:r>
      <w:r>
        <w:t>aur car mein dekho is ka yeh ho gaya hai toh simplicity na hone ki yeh qeemat deni padti</w:t>
      </w:r>
    </w:p>
    <w:p>
      <w:pPr>
        <w:jc w:val="right"/>
      </w:pPr>
      <w:r>
        <w:t>اور کار میں دیکھو اس کا یہ ہوگیا ہے تو سمپلیسٹی نہ ہونے کی یہ قیمت دینی پڑتی</w:t>
      </w:r>
    </w:p>
    <w:p>
      <w:r>
        <w:rPr>
          <w:b/>
        </w:rPr>
        <w:t xml:space="preserve">[38:03] </w:t>
      </w:r>
      <w:r>
        <w:t>hai keh aap ki tawajjuh har waqt bhatakti rahe</w:t>
      </w:r>
    </w:p>
    <w:p>
      <w:pPr>
        <w:jc w:val="right"/>
      </w:pPr>
      <w:r>
        <w:t>ہے کہ آپ کی توجہ ہر وقت بٹکتی رہے</w:t>
      </w:r>
    </w:p>
    <w:p>
      <w:r>
        <w:rPr>
          <w:b/>
        </w:rPr>
        <w:t xml:space="preserve">[38:07] </w:t>
      </w:r>
      <w:r>
        <w:t>aur simplicity agar aajaye keh jo hai wohi theek hai main mizaj</w:t>
      </w:r>
    </w:p>
    <w:p>
      <w:pPr>
        <w:jc w:val="right"/>
      </w:pPr>
      <w:r>
        <w:t>اور سمپلیسٹی اگر آجائے کہ جو ہے وہی ٹھیک ہے میں مزاج</w:t>
      </w:r>
    </w:p>
    <w:p>
      <w:r>
        <w:rPr>
          <w:b/>
        </w:rPr>
        <w:t xml:space="preserve">[38:11] </w:t>
      </w:r>
      <w:r>
        <w:t>allah ta'ala allah ke fazl se yeh hai ke jo hai wohi theek hai jo khana hai wohi</w:t>
      </w:r>
    </w:p>
    <w:p>
      <w:pPr>
        <w:jc w:val="right"/>
      </w:pPr>
      <w:r>
        <w:t>اللہ تعالیٰ اللہ کے فضل سے یہ ہے کہ جو ہے وہی ٹھیک ہے جو کھانا ہے وہی</w:t>
      </w:r>
    </w:p>
    <w:p>
      <w:r>
        <w:rPr>
          <w:b/>
        </w:rPr>
        <w:t xml:space="preserve">[38:16] </w:t>
      </w:r>
      <w:r>
        <w:t>theek hai jo kapra hai wohi theek hai to mein apne ko status goist kehta hoon</w:t>
      </w:r>
    </w:p>
    <w:p>
      <w:pPr>
        <w:jc w:val="right"/>
      </w:pPr>
      <w:r>
        <w:t>ٹھیک ہے جو کپڑا ہے وہی ٹھیک ہے تو میں اپنے کو اسٹیٹس گوئیست کہتا ہوں</w:t>
      </w:r>
    </w:p>
    <w:p>
      <w:r>
        <w:rPr>
          <w:b/>
        </w:rPr>
        <w:t xml:space="preserve">[38:21] </w:t>
      </w:r>
      <w:r>
        <w:t>status goist shayad mein tareekh ka sab se bara status goist hoon ke jo hai wohi theek hai</w:t>
      </w:r>
    </w:p>
    <w:p>
      <w:pPr>
        <w:jc w:val="right"/>
      </w:pPr>
      <w:r>
        <w:t>اسٹیٹس گوئیست شاید میں تاریخ کا سب سے بڑا اسٹیٹس گوئیست ہوں کہ جو ہے وہی ٹھیک ہے</w:t>
      </w:r>
    </w:p>
    <w:p>
      <w:r>
        <w:rPr>
          <w:b/>
        </w:rPr>
        <w:t xml:space="preserve">[38:29] </w:t>
      </w:r>
      <w:r>
        <w:t>is se mein apne aap ko bachata hoon is baat se ke meri tawajjuh bhatke ho</w:t>
      </w:r>
    </w:p>
    <w:p>
      <w:pPr>
        <w:jc w:val="right"/>
      </w:pPr>
      <w:r>
        <w:t>اس سے میں اپنے آپ کو بچاتا ہوں اس بات سے کہ میری توجہ بٹکے ہو</w:t>
      </w:r>
    </w:p>
    <w:p>
      <w:r>
        <w:rPr>
          <w:b/>
        </w:rPr>
        <w:t xml:space="preserve">[38:36] </w:t>
      </w:r>
      <w:r>
        <w:t>ek hi nuqte par laga rahe yeh hai woh inaam jo milta hai is aadmi ko jo simplicity</w:t>
      </w:r>
    </w:p>
    <w:p>
      <w:pPr>
        <w:jc w:val="right"/>
      </w:pPr>
      <w:r>
        <w:t>ایک ہی نقطے پر لگا رہے یہ ہے وہ انعام جو ملتا ہے اس آدمی کو جو سمپلیسٹی</w:t>
      </w:r>
    </w:p>
    <w:p>
      <w:r>
        <w:rPr>
          <w:b/>
        </w:rPr>
        <w:t xml:space="preserve">[38:44] </w:t>
      </w:r>
      <w:r>
        <w:t>ko apna lifestyle banaye</w:t>
      </w:r>
    </w:p>
    <w:p>
      <w:pPr>
        <w:jc w:val="right"/>
      </w:pPr>
      <w:r>
        <w:t>کو اپنا لائف اسٹائل بنائے</w:t>
      </w:r>
    </w:p>
    <w:p>
      <w:r>
        <w:rPr>
          <w:b/>
        </w:rPr>
        <w:t xml:space="preserve">[38:50] </w:t>
      </w:r>
      <w:r>
        <w:t>nighma would like to ask that sometimes we are not able to diffuse the ghussa foran can we still get the unlimited inaam for that or some part of that would be deducted</w:t>
      </w:r>
    </w:p>
    <w:p>
      <w:pPr>
        <w:jc w:val="right"/>
      </w:pPr>
      <w:r>
        <w:t>نغمہ وڈ لائک ٹو اسک دیٹ سم ٹائمز وی آر ناٹ ایبل ٹو ڈیفیوز دی غصہ فوراً کین وی سٹل گیٹ دی ان لمیٹڈ انعام فار دیٹ اور سم پارٹ آف دیٹ وڈ بی ڈیڈکٹڈ</w:t>
      </w:r>
    </w:p>
    <w:p>
      <w:r>
        <w:rPr>
          <w:b/>
        </w:rPr>
        <w:t xml:space="preserve">[39:06] </w:t>
      </w:r>
      <w:r>
        <w:t>haan dekhiye yeh aasan kaam nahi hai hadees mein aata hai ke agar aap kisi se ghussa ho</w:t>
      </w:r>
    </w:p>
    <w:p>
      <w:pPr>
        <w:jc w:val="right"/>
      </w:pPr>
      <w:r>
        <w:t>ہاں دیکھیے یہ آسان کام نہیں ہے حدیث میں آتا ہے کہ اگر آپ کسی سے غصہ ہو</w:t>
      </w:r>
    </w:p>
    <w:p>
      <w:r>
        <w:rPr>
          <w:b/>
        </w:rPr>
        <w:t xml:space="preserve">[39:13] </w:t>
      </w:r>
      <w:r>
        <w:t>jayen aur bol chaal band ho jaye to teen din ke liye maaf hai</w:t>
      </w:r>
    </w:p>
    <w:p>
      <w:pPr>
        <w:jc w:val="right"/>
      </w:pPr>
      <w:r>
        <w:t>جائیں اور بول چال بند ہو جائے تو تین دن کے لیے معافی ہے</w:t>
      </w:r>
    </w:p>
    <w:p>
      <w:r>
        <w:rPr>
          <w:b/>
        </w:rPr>
        <w:t xml:space="preserve">[39:21] </w:t>
      </w:r>
      <w:r>
        <w:t>teen din ke liye maaf hai chauthe din ke liye maaf nahi hai</w:t>
      </w:r>
    </w:p>
    <w:p>
      <w:pPr>
        <w:jc w:val="right"/>
      </w:pPr>
      <w:r>
        <w:t>تین دن کے لیے معافی ہے چوتھے دن کے لیے معافی نہیں ہے</w:t>
      </w:r>
    </w:p>
    <w:p>
      <w:r>
        <w:rPr>
          <w:b/>
        </w:rPr>
        <w:t xml:space="preserve">[39:25] </w:t>
      </w:r>
      <w:r>
        <w:t>kaha khuda ne aap ko allowance diya hai ek din do din teen din management karo management karo</w:t>
      </w:r>
    </w:p>
    <w:p>
      <w:pPr>
        <w:jc w:val="right"/>
      </w:pPr>
      <w:r>
        <w:t>کہا خدا نے آپ کو الاوننس دیا ہے ایک دن دو دن تین دن مینجمنٹ کرو مینجمنٹ کرو</w:t>
      </w:r>
    </w:p>
    <w:p>
      <w:r>
        <w:rPr>
          <w:b/>
        </w:rPr>
        <w:t xml:space="preserve">[39:32] </w:t>
      </w:r>
      <w:r>
        <w:t>management karo kaha qudrati muddat yahi hai</w:t>
      </w:r>
    </w:p>
    <w:p>
      <w:pPr>
        <w:jc w:val="right"/>
      </w:pPr>
      <w:r>
        <w:t>مینجمنٹ کرو کہا قدرتی مدت یہی ہے</w:t>
      </w:r>
    </w:p>
    <w:p>
      <w:r>
        <w:rPr>
          <w:b/>
        </w:rPr>
        <w:t xml:space="preserve">[39:37] </w:t>
      </w:r>
      <w:r>
        <w:t>teen din jo hai woh qudrati muddat hai teen din ke baad woh ghair qudrati ho jata hai</w:t>
      </w:r>
    </w:p>
    <w:p>
      <w:pPr>
        <w:jc w:val="right"/>
      </w:pPr>
      <w:r>
        <w:t>تین دن جو ہے وہ قدرتی مدت ہے تین دن کے بعد وہ غیر قدرتی ہو جاتا ہے</w:t>
      </w:r>
    </w:p>
    <w:p>
      <w:r>
        <w:rPr>
          <w:b/>
        </w:rPr>
        <w:t xml:space="preserve">[39:42] </w:t>
      </w:r>
      <w:r>
        <w:t>phir woh qabil maafi nahi hai</w:t>
      </w:r>
    </w:p>
    <w:p>
      <w:pPr>
        <w:jc w:val="right"/>
      </w:pPr>
      <w:r>
        <w:t>پھر وہ قابل معافی نہیں ہے</w:t>
      </w:r>
    </w:p>
    <w:p>
      <w:r>
        <w:rPr>
          <w:b/>
        </w:rPr>
        <w:t xml:space="preserve">[39:46] </w:t>
      </w:r>
      <w:r>
        <w:t>to ya to din andeer aap diffuse karen nahi to khuda ne aap ko waqt diya hai teen</w:t>
      </w:r>
    </w:p>
    <w:p>
      <w:pPr>
        <w:jc w:val="right"/>
      </w:pPr>
      <w:r>
        <w:t>تو یا تو دن اندیر آپ ڈیفیوز کریں نہیں تو خدا نے آپ کو وقت دیا ہے تین</w:t>
      </w:r>
    </w:p>
    <w:p>
      <w:r>
        <w:rPr>
          <w:b/>
        </w:rPr>
        <w:t xml:space="preserve">[39:51] </w:t>
      </w:r>
      <w:r>
        <w:t>din ka teen din ke andar aap ko zaroor management kar lena chahiye is ke baad maafi nahi hogi</w:t>
      </w:r>
    </w:p>
    <w:p>
      <w:pPr>
        <w:jc w:val="right"/>
      </w:pPr>
      <w:r>
        <w:t>دن کا تین دن کے اندر آپ کو ضرور مینجمنٹ کر لینا چاہیے اس کے بعد معافی نہیں ہوگی</w:t>
      </w:r>
    </w:p>
    <w:p>
      <w:r>
        <w:rPr>
          <w:b/>
        </w:rPr>
        <w:t xml:space="preserve">[40:01] </w:t>
      </w:r>
      <w:r>
        <w:t>this question is from sadia khan</w:t>
      </w:r>
    </w:p>
    <w:p>
      <w:pPr>
        <w:jc w:val="right"/>
      </w:pPr>
      <w:r>
        <w:t>دس کوئسچن از فرام سعدیہ خان</w:t>
      </w:r>
    </w:p>
    <w:p>
      <w:r>
        <w:rPr>
          <w:b/>
        </w:rPr>
        <w:t xml:space="preserve">[40:04] </w:t>
      </w:r>
      <w:r>
        <w:t>she would like to ask that people in various other disciplines they exchange and learn without any reservation then why do people become biased in the case of religious dialogue</w:t>
      </w:r>
    </w:p>
    <w:p>
      <w:pPr>
        <w:jc w:val="right"/>
      </w:pPr>
      <w:r>
        <w:t>شی وڈ لائک ٹو اسک دیٹ پیپل ان ویرس ادر ڈسپلنز دے ایکسچینج اینڈ لرن ودا آؤٹ اینی ریزرویشن دین وائی ڈو پیپل بیکم بائسڈ ان دی کیس آف ریلیجیس ڈائیلاگ</w:t>
      </w:r>
    </w:p>
    <w:p>
      <w:r>
        <w:rPr>
          <w:b/>
        </w:rPr>
        <w:t xml:space="preserve">[40:22] </w:t>
      </w:r>
      <w:r>
        <w:t>haan yeh zyada tar india mein hai bahar ke deshon mein nahi hai kyunke india mein mazhab ko party se jod diya gaya hai</w:t>
      </w:r>
    </w:p>
    <w:p>
      <w:pPr>
        <w:jc w:val="right"/>
      </w:pPr>
      <w:r>
        <w:t>ہاں یہ زیادہ تر انڈیا میں ہے باہر کے دیشوں میں نہیں ہے کیونکہ انڈیا میں مذہب کو پارٹی سے جوڑ دیا گیا ہے</w:t>
      </w:r>
    </w:p>
    <w:p>
      <w:r>
        <w:rPr>
          <w:b/>
        </w:rPr>
        <w:t xml:space="preserve">[40:36] </w:t>
      </w:r>
      <w:r>
        <w:t>jaise nehru ne likha hai</w:t>
      </w:r>
    </w:p>
    <w:p>
      <w:pPr>
        <w:jc w:val="right"/>
      </w:pPr>
      <w:r>
        <w:t>جیسے نہرو نے لکھا ہے</w:t>
      </w:r>
    </w:p>
    <w:p>
      <w:r>
        <w:rPr>
          <w:b/>
        </w:rPr>
        <w:t xml:space="preserve">[40:39] </w:t>
      </w:r>
      <w:r>
        <w:t>is baat ko is tareeqe se ke pehle zamane mein jamhooriyat jab india mein nahi aayi thi</w:t>
      </w:r>
    </w:p>
    <w:p>
      <w:pPr>
        <w:jc w:val="right"/>
      </w:pPr>
      <w:r>
        <w:t>اس بات کو اس طریقے سے کہ پہلے زمانے میں جمہوریت جب انڈیا میں نہیں آئی تھی</w:t>
      </w:r>
    </w:p>
    <w:p>
      <w:r>
        <w:rPr>
          <w:b/>
        </w:rPr>
        <w:t xml:space="preserve">[40:46] </w:t>
      </w:r>
      <w:r>
        <w:t>to yahan par khoob log musalman hote the yahan tak group conversion hota tha poora poora gaon akhathe</w:t>
      </w:r>
    </w:p>
    <w:p>
      <w:pPr>
        <w:jc w:val="right"/>
      </w:pPr>
      <w:r>
        <w:t>تو یہاں پر خوب لوگ مسلمان ہوتے تھے یہاں تک گروپ کنورژن ہوتا تھا پورا پورا گاؤں اکٹھے</w:t>
      </w:r>
    </w:p>
    <w:p>
      <w:r>
        <w:rPr>
          <w:b/>
        </w:rPr>
        <w:t xml:space="preserve">[40:53] </w:t>
      </w:r>
      <w:r>
        <w:t>musalman ho gaye poori biradari akthi musalman ho gayi to nehru ne likha hai ke koi is ko</w:t>
      </w:r>
    </w:p>
    <w:p>
      <w:pPr>
        <w:jc w:val="right"/>
      </w:pPr>
      <w:r>
        <w:t>مسلمان ہو گئے پوری برادری اکٹھی مسلمان ہو گئی تو نہرو نے لکھا ہے کہ کوئی اس کو</w:t>
      </w:r>
    </w:p>
    <w:p>
      <w:r>
        <w:rPr>
          <w:b/>
        </w:rPr>
        <w:t xml:space="preserve">[40:58] </w:t>
      </w:r>
      <w:r>
        <w:t>bara nahi manta tha</w:t>
      </w:r>
    </w:p>
    <w:p>
      <w:pPr>
        <w:jc w:val="right"/>
      </w:pPr>
      <w:r>
        <w:t>برا نہیں مانتا تھا</w:t>
      </w:r>
    </w:p>
    <w:p>
      <w:r>
        <w:rPr>
          <w:b/>
        </w:rPr>
        <w:t xml:space="preserve">[41:00] </w:t>
      </w:r>
      <w:r>
        <w:t>yani hindu society</w:t>
      </w:r>
    </w:p>
    <w:p>
      <w:pPr>
        <w:jc w:val="right"/>
      </w:pPr>
      <w:r>
        <w:t>یعنی ہندو سوسائٹی</w:t>
      </w:r>
    </w:p>
    <w:p>
      <w:r>
        <w:rPr>
          <w:b/>
        </w:rPr>
        <w:t xml:space="preserve">[41:03] </w:t>
      </w:r>
      <w:r>
        <w:t>bara nahi manti thi ke bohat se log musalman ho rahe hain ho jayen</w:t>
      </w:r>
    </w:p>
    <w:p>
      <w:pPr>
        <w:jc w:val="right"/>
      </w:pPr>
      <w:r>
        <w:t>برا نہیں مانتی تھی کہ بہت سے لوگ مسلمان ہو رہے ہیں ہو جائیں</w:t>
      </w:r>
    </w:p>
    <w:p>
      <w:r>
        <w:rPr>
          <w:b/>
        </w:rPr>
        <w:t xml:space="preserve">[41:07] </w:t>
      </w:r>
      <w:r>
        <w:t>yahan tak ek waqia likha unhon ne ke kashmir mein bohat se log musalman hue to jo maharajah</w:t>
      </w:r>
    </w:p>
    <w:p>
      <w:pPr>
        <w:jc w:val="right"/>
      </w:pPr>
      <w:r>
        <w:t>یہاں تک ایک واقعہ لکھا انہوں نے کہ کشمیر میں بہت سے لوگ مسلمان ہوئے تو جو مہاراجہ</w:t>
      </w:r>
    </w:p>
    <w:p>
      <w:r>
        <w:rPr>
          <w:b/>
        </w:rPr>
        <w:t xml:space="preserve">[41:14] </w:t>
      </w:r>
      <w:r>
        <w:t>wahan ka tha us ne ek aadmi bheja apna banaras</w:t>
      </w:r>
    </w:p>
    <w:p>
      <w:pPr>
        <w:jc w:val="right"/>
      </w:pPr>
      <w:r>
        <w:t>وہاں کا تھا اس نے ایک آدمی بھیجا اپنا بنارس</w:t>
      </w:r>
    </w:p>
    <w:p>
      <w:r>
        <w:rPr>
          <w:b/>
        </w:rPr>
        <w:t xml:space="preserve">[41:19] </w:t>
      </w:r>
      <w:r>
        <w:t>ke ja kar pata karo ke kya unhein reconvert</w:t>
      </w:r>
    </w:p>
    <w:p>
      <w:pPr>
        <w:jc w:val="right"/>
      </w:pPr>
      <w:r>
        <w:t>کہ جا کر پتہ کرو کہ کیا انہیں ری کنورٹ</w:t>
      </w:r>
    </w:p>
    <w:p>
      <w:r>
        <w:rPr>
          <w:b/>
        </w:rPr>
        <w:t xml:space="preserve">[41:21] </w:t>
      </w:r>
      <w:r>
        <w:t>kya jaye in hinduo ko reconvert kiya jaye to panditon ne keh diya ke nahi nahi koi</w:t>
      </w:r>
    </w:p>
    <w:p>
      <w:pPr>
        <w:jc w:val="right"/>
      </w:pPr>
      <w:r>
        <w:t>کیا جائے ان ہندوؤں کو ری کنورٹ کیا جائے تو پنڈتوں نے کہہ دیا کہ نہیں نہیں کوئی</w:t>
      </w:r>
    </w:p>
    <w:p>
      <w:r>
        <w:rPr>
          <w:b/>
        </w:rPr>
        <w:t xml:space="preserve">[41:27] </w:t>
      </w:r>
      <w:r>
        <w:t>zarurat nahi ho gaye hone do un ko ye likha hai nehru ne apni kitab discovery of india</w:t>
      </w:r>
    </w:p>
    <w:p>
      <w:pPr>
        <w:jc w:val="right"/>
      </w:pPr>
      <w:r>
        <w:t>ضرورت نہیں ہو گئے ہونے دو ان کو یہ لکھا ہے نہرو نے اپنی کتاب ڈسکوری آف انڈیا</w:t>
      </w:r>
    </w:p>
    <w:p>
      <w:r>
        <w:rPr>
          <w:b/>
        </w:rPr>
        <w:t xml:space="preserve">[41:33] </w:t>
      </w:r>
      <w:r>
        <w:t>mein to wo kehte hain ke ye phenomenon jo hai jamhooriyat ka phenomenon hai jab india mein jamhooriyat</w:t>
      </w:r>
    </w:p>
    <w:p>
      <w:pPr>
        <w:jc w:val="right"/>
      </w:pPr>
      <w:r>
        <w:t>میں تو وہ کہتے ہیں کہ یہ فیناومینا جو ہے جمہوریت کا فیناومینا ہے جب انڈیا میں جمہوریت</w:t>
      </w:r>
    </w:p>
    <w:p>
      <w:r>
        <w:rPr>
          <w:b/>
        </w:rPr>
        <w:t xml:space="preserve">[41:42] </w:t>
      </w:r>
      <w:r>
        <w:t>aai to number ki ahmiyat barh gayi ab har ek chahta hai ke mera number jo hai wo</w:t>
      </w:r>
    </w:p>
    <w:p>
      <w:pPr>
        <w:jc w:val="right"/>
      </w:pPr>
      <w:r>
        <w:t>آئی تو نمبر کی اہمیت بڑھ گئی اب ہر ایک چاہتا ہے کہ میرا نمبر جو ہے وہ</w:t>
      </w:r>
    </w:p>
    <w:p>
      <w:r>
        <w:rPr>
          <w:b/>
        </w:rPr>
        <w:t xml:space="preserve">[41:47] </w:t>
      </w:r>
      <w:r>
        <w:t>ghate nahi to vote bank ki policy ne ye hassasiyat paida ki hai</w:t>
      </w:r>
    </w:p>
    <w:p>
      <w:pPr>
        <w:jc w:val="right"/>
      </w:pPr>
      <w:r>
        <w:t>گھٹے نہیں تو ووٹ بینک کی پالیسی نے یہ حساسیت پیدا کی ہے</w:t>
      </w:r>
    </w:p>
    <w:p>
      <w:r>
        <w:rPr>
          <w:b/>
        </w:rPr>
        <w:t xml:space="preserve">[41:54] </w:t>
      </w:r>
      <w:r>
        <w:t>jo itna conversion par itna zyada log hassas ho gaye hain wo darasal vote bank ki policy hai</w:t>
      </w:r>
    </w:p>
    <w:p>
      <w:pPr>
        <w:jc w:val="right"/>
      </w:pPr>
      <w:r>
        <w:t>جو اتنا کنورژن پر اتنا زیادہ لوگ حساس ہو گئے ہیں وہ دراصل ووٹ بینک کی پالیسی ہے</w:t>
      </w:r>
    </w:p>
    <w:p>
      <w:r>
        <w:rPr>
          <w:b/>
        </w:rPr>
        <w:t xml:space="preserve">[42:00] </w:t>
      </w:r>
      <w:r>
        <w:t>aur jamhooriyat ke baad ye baat aai hai ye baat johal ne nehru ne apni kitab discovery of</w:t>
      </w:r>
    </w:p>
    <w:p>
      <w:pPr>
        <w:jc w:val="right"/>
      </w:pPr>
      <w:r>
        <w:t>اور جمہوریت کے بعد یہ بات آئی ہے یہ بات جوہال نے نہرو نے اپنی کتاب ڈسکوری آف</w:t>
      </w:r>
    </w:p>
    <w:p>
      <w:r>
        <w:rPr>
          <w:b/>
        </w:rPr>
        <w:t xml:space="preserve">[42:06] </w:t>
      </w:r>
      <w:r>
        <w:t>india mein likhi</w:t>
      </w:r>
    </w:p>
    <w:p>
      <w:pPr>
        <w:jc w:val="right"/>
      </w:pPr>
      <w:r>
        <w:t>انڈیا میں لکھی</w:t>
      </w:r>
    </w:p>
    <w:p>
      <w:r>
        <w:rPr>
          <w:b/>
        </w:rPr>
        <w:t xml:space="preserve">[42:06] </w:t>
      </w:r>
      <w:r>
        <w:t>hai</w:t>
      </w:r>
    </w:p>
    <w:p>
      <w:pPr>
        <w:jc w:val="right"/>
      </w:pPr>
      <w:r>
        <w:t>ہے</w:t>
      </w:r>
    </w:p>
    <w:p>
      <w:r>
        <w:rPr>
          <w:b/>
        </w:rPr>
        <w:t xml:space="preserve">[42:10] </w:t>
      </w:r>
      <w:r>
        <w:t>doctor m i pradhan has a question that what is the definition of takabbur pride</w:t>
      </w:r>
    </w:p>
    <w:p>
      <w:pPr>
        <w:jc w:val="right"/>
      </w:pPr>
      <w:r>
        <w:t>ڈاکٹر ایم آئی پردھان ہیز اے کوئسچن دیٹ واٹ از دی ڈیفینیشن آف تکبر پرائیڈ</w:t>
      </w:r>
    </w:p>
    <w:p>
      <w:r>
        <w:rPr>
          <w:b/>
        </w:rPr>
        <w:t xml:space="preserve">[42:19] </w:t>
      </w:r>
      <w:r>
        <w:t>dekhiye ek hadith mein bataya gaya hai is ko ek hadith mein poocha gaya yahi baat theek yahi</w:t>
      </w:r>
    </w:p>
    <w:p>
      <w:pPr>
        <w:jc w:val="right"/>
      </w:pPr>
      <w:r>
        <w:t>دیکھیے ایک حدیث میں بتایا گیا ہے اس کو ایک حدیث میں پوچھا گیا یہی بات ٹھیک یہی</w:t>
      </w:r>
    </w:p>
    <w:p>
      <w:r>
        <w:rPr>
          <w:b/>
        </w:rPr>
        <w:t xml:space="preserve">[42:25] </w:t>
      </w:r>
      <w:r>
        <w:t>sawal to aap ne do lafz mein is ka jawab diya batrul haqq ke baghbatul naas</w:t>
      </w:r>
    </w:p>
    <w:p>
      <w:pPr>
        <w:jc w:val="right"/>
      </w:pPr>
      <w:r>
        <w:t>سوال تو آپ نے دو لفظ میں اس کا جواب دیا بتر الحق کے بغبط الناس</w:t>
      </w:r>
    </w:p>
    <w:p>
      <w:r>
        <w:rPr>
          <w:b/>
        </w:rPr>
        <w:t xml:space="preserve">[42:33] </w:t>
      </w:r>
      <w:r>
        <w:t>kibr kya hai aap ne bataya ke batrul haqq ke baghbatul naas yani sachai aaye to is ko</w:t>
      </w:r>
    </w:p>
    <w:p>
      <w:pPr>
        <w:jc w:val="right"/>
      </w:pPr>
      <w:r>
        <w:t>کبر کیا ہے آپ نے بتایا کہ بتر الحق کے بغبط الناس یعنی سچائی آئے تو اس کو</w:t>
      </w:r>
    </w:p>
    <w:p>
      <w:r>
        <w:rPr>
          <w:b/>
        </w:rPr>
        <w:t xml:space="preserve">[42:40] </w:t>
      </w:r>
      <w:r>
        <w:t>brush side kar dena is ko english mein kehte hain brush side</w:t>
      </w:r>
    </w:p>
    <w:p>
      <w:pPr>
        <w:jc w:val="right"/>
      </w:pPr>
      <w:r>
        <w:t>برش سائیڈ کر دینا اس کو انگلش میں کہتے ہیں برش سائیڈ</w:t>
      </w:r>
    </w:p>
    <w:p>
      <w:r>
        <w:rPr>
          <w:b/>
        </w:rPr>
        <w:t xml:space="preserve">[42:45] </w:t>
      </w:r>
      <w:r>
        <w:t>sachai ko brush side karna aur logon ko kam samajhna haqeer samajhna</w:t>
      </w:r>
    </w:p>
    <w:p>
      <w:pPr>
        <w:jc w:val="right"/>
      </w:pPr>
      <w:r>
        <w:t>سچائی کو برش سائیڈ کرنا اور لوگوں کو کم سمجھنا حقیر سمجھنا</w:t>
      </w:r>
    </w:p>
    <w:p>
      <w:r>
        <w:rPr>
          <w:b/>
        </w:rPr>
        <w:t xml:space="preserve">[42:52] </w:t>
      </w:r>
      <w:r>
        <w:t>ye kya hai ye to jahil aadmi hai ye kya hai ye to ghareeb aadmi hai to mawazna</w:t>
      </w:r>
    </w:p>
    <w:p>
      <w:pPr>
        <w:jc w:val="right"/>
      </w:pPr>
      <w:r>
        <w:t>یہ کیا ہے یہ تو جاہل آدمی ہے یہ کیا ہے یہ تو غریب آدمی ہے تو موازنہ</w:t>
      </w:r>
    </w:p>
    <w:p>
      <w:r>
        <w:rPr>
          <w:b/>
        </w:rPr>
        <w:t xml:space="preserve">[42:58] </w:t>
      </w:r>
      <w:r>
        <w:t>kar ke yani kisi ek pehlu se aap zyada hon ke ilm mein zyada</w:t>
      </w:r>
    </w:p>
    <w:p>
      <w:pPr>
        <w:jc w:val="right"/>
      </w:pPr>
      <w:r>
        <w:t>کر کے یعنی کسی ایک پہلو سے آپ زیادہ ہوں کہ علم میں زیادہ</w:t>
      </w:r>
    </w:p>
    <w:p>
      <w:r>
        <w:rPr>
          <w:b/>
        </w:rPr>
        <w:t xml:space="preserve">[43:05] </w:t>
      </w:r>
      <w:r>
        <w:t>hain education mein zyada hain paise mein zyada hain koi bara ghar aap ke paas hai</w:t>
      </w:r>
    </w:p>
    <w:p>
      <w:pPr>
        <w:jc w:val="right"/>
      </w:pPr>
      <w:r>
        <w:t>ہیں ایجوکیشن میں زیادہ ہیں پیسے میں زیادہ ہیں کوئی بڑا گھر آپ کے پاس ہے</w:t>
      </w:r>
    </w:p>
    <w:p>
      <w:r>
        <w:rPr>
          <w:b/>
        </w:rPr>
        <w:t xml:space="preserve">[43:10] </w:t>
      </w:r>
      <w:r>
        <w:t>to wo mawazna jo hai aap ke zehn mein agar aa jaye to aap in logon ko kam samjhen</w:t>
      </w:r>
    </w:p>
    <w:p>
      <w:pPr>
        <w:jc w:val="right"/>
      </w:pPr>
      <w:r>
        <w:t>تو وہ موازنہ جو ہے آپ کے ذہن میں اگر آجائے تو آپ ان لوگوں کو کم سمجھیں</w:t>
      </w:r>
    </w:p>
    <w:p>
      <w:r>
        <w:rPr>
          <w:b/>
        </w:rPr>
        <w:t xml:space="preserve">[43:15] </w:t>
      </w:r>
      <w:r>
        <w:t>ge jin ke paas aap ke muqable mein kam hai</w:t>
      </w:r>
    </w:p>
    <w:p>
      <w:pPr>
        <w:jc w:val="right"/>
      </w:pPr>
      <w:r>
        <w:t>گے جن کے پاس آپ کے مقابلے میں کم ہے</w:t>
      </w:r>
    </w:p>
    <w:p>
      <w:r>
        <w:rPr>
          <w:b/>
        </w:rPr>
        <w:t xml:space="preserve">[43:19] </w:t>
      </w:r>
      <w:r>
        <w:t>in term of house in term of car in term of money to batar al-haq ke baghbat al-nas</w:t>
      </w:r>
    </w:p>
    <w:p>
      <w:pPr>
        <w:jc w:val="right"/>
      </w:pPr>
      <w:r>
        <w:t>ان ٹرم آف ہاؤس ان ٹرم آف کار ان ٹرم آف منی تو بتر الحق کے بغبط الناس</w:t>
      </w:r>
    </w:p>
    <w:p>
      <w:r>
        <w:rPr>
          <w:b/>
        </w:rPr>
        <w:t xml:space="preserve">[43:26] </w:t>
      </w:r>
      <w:r>
        <w:t>haq samne aaye to is ko aadmi jhaRk de is ko brush side kar de aur</w:t>
      </w:r>
    </w:p>
    <w:p>
      <w:pPr>
        <w:jc w:val="right"/>
      </w:pPr>
      <w:r>
        <w:t>حق سامنے آئے تو اس کو آدمی جھڑک دے اس کو برش سائیڈ کر دے اور</w:t>
      </w:r>
    </w:p>
    <w:p>
      <w:r>
        <w:rPr>
          <w:b/>
        </w:rPr>
        <w:t xml:space="preserve">[43:33] </w:t>
      </w:r>
      <w:r>
        <w:t>sirf is bana par logon ko haqeer samjhe ke un ke paas</w:t>
      </w:r>
    </w:p>
    <w:p>
      <w:pPr>
        <w:jc w:val="right"/>
      </w:pPr>
      <w:r>
        <w:t>صرف اس بنا پر لوگوں کو حقیر سمجھے کہ ان کے پاس</w:t>
      </w:r>
    </w:p>
    <w:p>
      <w:r>
        <w:rPr>
          <w:b/>
        </w:rPr>
        <w:t xml:space="preserve">[43:37] </w:t>
      </w:r>
      <w:r>
        <w:t>kam hai aap ke paas zyada hai material in terms of material cheez material cheezon mein ye do</w:t>
      </w:r>
    </w:p>
    <w:p>
      <w:pPr>
        <w:jc w:val="right"/>
      </w:pPr>
      <w:r>
        <w:t>کم ہے آپ کے پاس زیادہ ہے مٹیریل ان ٹرم آف مٹیریل چیز مٹیریل چیزوں میں یہ دو</w:t>
      </w:r>
    </w:p>
    <w:p>
      <w:r>
        <w:rPr>
          <w:b/>
        </w:rPr>
        <w:t xml:space="preserve">[43:44] </w:t>
      </w:r>
      <w:r>
        <w:t>cheezein batayi gayi hain hadith mein kibr ki pehchan</w:t>
      </w:r>
    </w:p>
    <w:p>
      <w:pPr>
        <w:jc w:val="right"/>
      </w:pPr>
      <w:r>
        <w:t>چیزیں بتائی گئی ہیں حدیث میں کبر کی پہچان</w:t>
      </w:r>
    </w:p>
    <w:p>
      <w:r>
        <w:rPr>
          <w:b/>
        </w:rPr>
        <w:t xml:space="preserve">[43:51] </w:t>
      </w:r>
      <w:r>
        <w:t>das question is from mariya khan</w:t>
      </w:r>
    </w:p>
    <w:p>
      <w:pPr>
        <w:jc w:val="right"/>
      </w:pPr>
      <w:r>
        <w:t>دس کوئسچن از فرام ماریہ خان</w:t>
      </w:r>
    </w:p>
    <w:p>
      <w:r>
        <w:rPr>
          <w:b/>
        </w:rPr>
        <w:t xml:space="preserve">[43:54] </w:t>
      </w:r>
      <w:r>
        <w:t>she says that india has a large number of religions and people have an open dialogue also but then why do riots take place here riots ke bare mein</w:t>
      </w:r>
    </w:p>
    <w:p>
      <w:pPr>
        <w:jc w:val="right"/>
      </w:pPr>
      <w:r>
        <w:t>شی سیز دیٹ انڈیا ہیز ا لارج نمبر آف ریلیجنز اینڈ پیپل ہیو این اوپن ڈائیلاگ آلسو بٹ دین وائی ڈو رائٹس ٹیک پلیس ہیر رائٹس کے بارے میں</w:t>
      </w:r>
    </w:p>
    <w:p>
      <w:r>
        <w:rPr>
          <w:b/>
        </w:rPr>
        <w:t xml:space="preserve">[44:09] </w:t>
      </w:r>
      <w:r>
        <w:t>dekhiye india mein ek bohat bari ghalati hui hai jis ko hum bhugat rahe hain ke prash de</w:t>
      </w:r>
    </w:p>
    <w:p>
      <w:pPr>
        <w:jc w:val="right"/>
      </w:pPr>
      <w:r>
        <w:t>دیکھیے انڈیا میں ایک بہت بڑی غلطی ہوئی ہے جس کو ہم بھگت رہے ہیں کہ پراش دے</w:t>
      </w:r>
    </w:p>
    <w:p>
      <w:r>
        <w:rPr>
          <w:b/>
        </w:rPr>
        <w:t xml:space="preserve">[44:14] </w:t>
      </w:r>
      <w:r>
        <w:t>rahe hain yahan ke jo thinkers the ya reformers jo the unhone ghalat formula apply karna chaha</w:t>
      </w:r>
    </w:p>
    <w:p>
      <w:pPr>
        <w:jc w:val="right"/>
      </w:pPr>
      <w:r>
        <w:t>رہے ہیں یہاں کے جو تھنکرز تھے یا ریفارمرز جو تھے انہوں نے غلط فارمولا اپلائی کرنا چاہا</w:t>
      </w:r>
    </w:p>
    <w:p>
      <w:r>
        <w:rPr>
          <w:b/>
        </w:rPr>
        <w:t xml:space="preserve">[44:23] </w:t>
      </w:r>
      <w:r>
        <w:t>ghair qudrati formula wo kya ke all mazahib sachhe</w:t>
      </w:r>
    </w:p>
    <w:p>
      <w:pPr>
        <w:jc w:val="right"/>
      </w:pPr>
      <w:r>
        <w:t>غیر قدرتی فارمولا وہ کیا کہ آل مذاہب سچے</w:t>
      </w:r>
    </w:p>
    <w:p>
      <w:r>
        <w:rPr>
          <w:b/>
        </w:rPr>
        <w:t xml:space="preserve">[44:29] </w:t>
      </w:r>
      <w:r>
        <w:t>hain unhone ye rai banai</w:t>
      </w:r>
    </w:p>
    <w:p>
      <w:pPr>
        <w:jc w:val="right"/>
      </w:pPr>
      <w:r>
        <w:t>ہیں انہوں نے یہ رائے بنائی</w:t>
      </w:r>
    </w:p>
    <w:p>
      <w:r>
        <w:rPr>
          <w:b/>
        </w:rPr>
        <w:t xml:space="preserve">[44:35] </w:t>
      </w:r>
      <w:r>
        <w:t>keh jab tak yeh na maana jaaye keh main bhi sacha tum bhi sachay tab tak jhagda hota</w:t>
      </w:r>
    </w:p>
    <w:p>
      <w:pPr>
        <w:jc w:val="right"/>
      </w:pPr>
      <w:r>
        <w:t>کہ جب تک یہ نہ مانا جائے کہ میں بھی سچا تم بھی سچے تب تک جھگڑا ہوتا</w:t>
      </w:r>
    </w:p>
    <w:p>
      <w:r>
        <w:rPr>
          <w:b/>
        </w:rPr>
        <w:t xml:space="preserve">[44:39] </w:t>
      </w:r>
      <w:r>
        <w:t>rehta hai main kahoon ga ghair qudrati formula hai aur khud hinduon mein kuch top ke logon ne</w:t>
      </w:r>
    </w:p>
    <w:p>
      <w:pPr>
        <w:jc w:val="right"/>
      </w:pPr>
      <w:r>
        <w:t>رہے گا میں کہوں گا غیر قدرتی فارمولا ہے اور خود ہندوؤں میں کچھ ٹاپ کے لوگوں نے</w:t>
      </w:r>
    </w:p>
    <w:p>
      <w:r>
        <w:rPr>
          <w:b/>
        </w:rPr>
        <w:t xml:space="preserve">[44:46] </w:t>
      </w:r>
      <w:r>
        <w:t>is ke khilaaf kaha maslan RSS ke guru thay</w:t>
      </w:r>
    </w:p>
    <w:p>
      <w:pPr>
        <w:jc w:val="right"/>
      </w:pPr>
      <w:r>
        <w:t>اس کے خلاف کہا مثلاً آر ایس ایس کے گرو تھے</w:t>
      </w:r>
    </w:p>
    <w:p>
      <w:r>
        <w:rPr>
          <w:b/>
        </w:rPr>
        <w:t xml:space="preserve">[44:50] </w:t>
      </w:r>
      <w:r>
        <w:t>guru golwalkar bohat top ke aadmi thay RSS ke unhon</w:t>
      </w:r>
    </w:p>
    <w:p>
      <w:pPr>
        <w:jc w:val="right"/>
      </w:pPr>
      <w:r>
        <w:t>گرو گولوالکر بہت ٹاپ کے آدمی تھے آر ایس ایس کے انہوں</w:t>
      </w:r>
    </w:p>
    <w:p>
      <w:r>
        <w:rPr>
          <w:b/>
        </w:rPr>
        <w:t xml:space="preserve">[44:54] </w:t>
      </w:r>
      <w:r>
        <w:t>ne kaha keh nature abhors uniformity</w:t>
      </w:r>
    </w:p>
    <w:p>
      <w:pPr>
        <w:jc w:val="right"/>
      </w:pPr>
      <w:r>
        <w:t>نے کہا کہ نیچر ابورس یونیفارمیٹی</w:t>
      </w:r>
    </w:p>
    <w:p>
      <w:r>
        <w:rPr>
          <w:b/>
        </w:rPr>
        <w:t xml:space="preserve">[44:59] </w:t>
      </w:r>
      <w:r>
        <w:t>nature abhors uniformity</w:t>
      </w:r>
    </w:p>
    <w:p>
      <w:pPr>
        <w:jc w:val="right"/>
      </w:pPr>
      <w:r>
        <w:t>نیچر ابورس یونیفارمیٹی</w:t>
      </w:r>
    </w:p>
    <w:p>
      <w:r>
        <w:rPr>
          <w:b/>
        </w:rPr>
        <w:t xml:space="preserve">[45:02] </w:t>
      </w:r>
      <w:r>
        <w:t>to beharhaal ziyada logon ne</w:t>
      </w:r>
    </w:p>
    <w:p>
      <w:pPr>
        <w:jc w:val="right"/>
      </w:pPr>
      <w:r>
        <w:t>تو بہرحال زیادہ لوگوں نے</w:t>
      </w:r>
    </w:p>
    <w:p>
      <w:r>
        <w:rPr>
          <w:b/>
        </w:rPr>
        <w:t xml:space="preserve">[45:07] </w:t>
      </w:r>
      <w:r>
        <w:t>right khatam karne ka ya jhagda khatam karne ka formula yeh bataya jis ko main kehta hoon mutual</w:t>
      </w:r>
    </w:p>
    <w:p>
      <w:pPr>
        <w:jc w:val="right"/>
      </w:pPr>
      <w:r>
        <w:t>رائٹ ختم کرنے کا یا جھگڑا ختم کرنے کا فارمولا یہ بتایا جس کو میں کہتا ہوں میوچول</w:t>
      </w:r>
    </w:p>
    <w:p>
      <w:r>
        <w:rPr>
          <w:b/>
        </w:rPr>
        <w:t xml:space="preserve">[45:14] </w:t>
      </w:r>
      <w:r>
        <w:t>recognition tum is ko maano main tum ko maano</w:t>
      </w:r>
    </w:p>
    <w:p>
      <w:pPr>
        <w:jc w:val="right"/>
      </w:pPr>
      <w:r>
        <w:t>ریکگنیشن تم اس کو مانو میں تم کو مانوں</w:t>
      </w:r>
    </w:p>
    <w:p>
      <w:r>
        <w:rPr>
          <w:b/>
        </w:rPr>
        <w:t xml:space="preserve">[45:19] </w:t>
      </w:r>
      <w:r>
        <w:t>mun tura haji begum to mera haji bago</w:t>
      </w:r>
    </w:p>
    <w:p>
      <w:pPr>
        <w:jc w:val="right"/>
      </w:pPr>
      <w:r>
        <w:t>من ترا حاجی بگم تو میرا حاجی بگو</w:t>
      </w:r>
    </w:p>
    <w:p>
      <w:r>
        <w:rPr>
          <w:b/>
        </w:rPr>
        <w:t xml:space="preserve">[45:22] </w:t>
      </w:r>
      <w:r>
        <w:t>tum bhi sachay main bhi sacha to is ko main kehta hoon mutual recognition</w:t>
      </w:r>
    </w:p>
    <w:p>
      <w:pPr>
        <w:jc w:val="right"/>
      </w:pPr>
      <w:r>
        <w:t>تم بھی سچے میں بھی سچا تو اس کو میں کہتا ہوں میوچول ریکگنیشن</w:t>
      </w:r>
    </w:p>
    <w:p>
      <w:r>
        <w:rPr>
          <w:b/>
        </w:rPr>
        <w:t xml:space="preserve">[45:28] </w:t>
      </w:r>
      <w:r>
        <w:t>that was wrong formula that was a ghair qudrati formula kyunkeh farq to hai farq kaise mitayen ge</w:t>
      </w:r>
    </w:p>
    <w:p>
      <w:pPr>
        <w:jc w:val="right"/>
      </w:pPr>
      <w:r>
        <w:t>دیٹ واز رونگ فارمولا دیٹ واز ا غیر قدرتی فارمولا کیونکہ فرق تو ہے فرق کیسے مٹائیں گے</w:t>
      </w:r>
    </w:p>
    <w:p>
      <w:r>
        <w:rPr>
          <w:b/>
        </w:rPr>
        <w:t xml:space="preserve">[45:34] </w:t>
      </w:r>
      <w:r>
        <w:t>aap sahi formula jo main ne diya hai woh hai mutual respect</w:t>
      </w:r>
    </w:p>
    <w:p>
      <w:pPr>
        <w:jc w:val="right"/>
      </w:pPr>
      <w:r>
        <w:t>آپ صحیح فارمولا جو میں نے دیا ہے وہ ہے میوچول ریسپیکٹ</w:t>
      </w:r>
    </w:p>
    <w:p>
      <w:r>
        <w:rPr>
          <w:b/>
        </w:rPr>
        <w:t xml:space="preserve">[45:40] </w:t>
      </w:r>
      <w:r>
        <w:t>mutual</w:t>
      </w:r>
    </w:p>
    <w:p>
      <w:pPr>
        <w:jc w:val="right"/>
      </w:pPr>
      <w:r>
        <w:t>میوچول</w:t>
      </w:r>
    </w:p>
    <w:p>
      <w:r>
        <w:rPr>
          <w:b/>
        </w:rPr>
        <w:t xml:space="preserve">[45:41] </w:t>
      </w:r>
      <w:r>
        <w:t>respect yani follow one and respect all</w:t>
      </w:r>
    </w:p>
    <w:p>
      <w:pPr>
        <w:jc w:val="right"/>
      </w:pPr>
      <w:r>
        <w:t>ریسپیکٹ یعنی فالو ون اینڈ ریسپیکٹ آل</w:t>
      </w:r>
    </w:p>
    <w:p>
      <w:r>
        <w:rPr>
          <w:b/>
        </w:rPr>
        <w:t xml:space="preserve">[45:47] </w:t>
      </w:r>
      <w:r>
        <w:t>تو وہ جو فارمولا دیا ان لوگوں نے mutual recognition کا اسی سے بھڑکاؤ آتا ہے کہ آپ</w:t>
      </w:r>
    </w:p>
    <w:p>
      <w:pPr>
        <w:jc w:val="right"/>
      </w:pPr>
      <w:r>
        <w:t>تو وہ جو فارمولا دیا ان لوگوں نے میوچول ریکگنیشن کا اسی سے بھڑکاؤ آتا ہے کہ آپ</w:t>
      </w:r>
    </w:p>
    <w:p>
      <w:r>
        <w:rPr>
          <w:b/>
        </w:rPr>
        <w:t xml:space="preserve">[45:54] </w:t>
      </w:r>
      <w:r>
        <w:t>yeh maanein keh Islam jo hai isi par chalne se jannat mile gi woh bharkay ga aadmi yeh</w:t>
      </w:r>
    </w:p>
    <w:p>
      <w:pPr>
        <w:jc w:val="right"/>
      </w:pPr>
      <w:r>
        <w:t>یہ مانیں کہ اسلام جو ہے اسی پر چلنے سے جنت ملے گی وہ بھڑکے گا آدمی یہ</w:t>
      </w:r>
    </w:p>
    <w:p>
      <w:r>
        <w:rPr>
          <w:b/>
        </w:rPr>
        <w:t xml:space="preserve">[46:00] </w:t>
      </w:r>
      <w:r>
        <w:t>kaise imaanon ki mere tareeqay se chalne par bhi jannat mile gi</w:t>
      </w:r>
    </w:p>
    <w:p>
      <w:pPr>
        <w:jc w:val="right"/>
      </w:pPr>
      <w:r>
        <w:t>کیسے ایمانوں کی میرے طریقے سے چلنے پر بھی جنت ملے گی</w:t>
      </w:r>
    </w:p>
    <w:p>
      <w:r>
        <w:rPr>
          <w:b/>
        </w:rPr>
        <w:t xml:space="preserve">[46:05] </w:t>
      </w:r>
      <w:r>
        <w:t>ab bharkao aata hai main kehta hoon keh yeh ghair qudrati hai</w:t>
      </w:r>
    </w:p>
    <w:p>
      <w:pPr>
        <w:jc w:val="right"/>
      </w:pPr>
      <w:r>
        <w:t>اب بھڑکاؤ آتا ہے میں کہتا ہوں کہ یہ غیر قدرتی ہے</w:t>
      </w:r>
    </w:p>
    <w:p>
      <w:r>
        <w:rPr>
          <w:b/>
        </w:rPr>
        <w:t xml:space="preserve">[46:12] </w:t>
      </w:r>
      <w:r>
        <w:t>aap keh nahi sakte ek moti si kitaab mere paas hai doctor bhagwan das ki is mein dikhaya</w:t>
      </w:r>
    </w:p>
    <w:p>
      <w:pPr>
        <w:jc w:val="right"/>
      </w:pPr>
      <w:r>
        <w:t>آپ کہہ نہیں سکتے ایک موٹی سی کتاب میرے پاس ہے ڈاکٹر بھگوان داس کی اس میں دکھایا</w:t>
      </w:r>
    </w:p>
    <w:p>
      <w:r>
        <w:rPr>
          <w:b/>
        </w:rPr>
        <w:t xml:space="preserve">[46:17] </w:t>
      </w:r>
      <w:r>
        <w:t>unhon ne keh saaray mazhab ek yeh bilkul saari kitaab jo hai woh yaani woh saari itni moti</w:t>
      </w:r>
    </w:p>
    <w:p>
      <w:pPr>
        <w:jc w:val="right"/>
      </w:pPr>
      <w:r>
        <w:t>انہوں نے کہ سارے مذہب ایک یہ بالکل ساری کتاب جو ہے وہ یعنی وہ ساری اتنی موٹی</w:t>
      </w:r>
    </w:p>
    <w:p>
      <w:r>
        <w:rPr>
          <w:b/>
        </w:rPr>
        <w:t xml:space="preserve">[46:25] </w:t>
      </w:r>
      <w:r>
        <w:t>si kitaab jo hai woh kya hai blunder of mistakes hai woh</w:t>
      </w:r>
    </w:p>
    <w:p>
      <w:pPr>
        <w:jc w:val="right"/>
      </w:pPr>
      <w:r>
        <w:t>سی کتاب جو ہے وہ کیا ہے بلنڈر آف مسٹیکس ہے وہ</w:t>
      </w:r>
    </w:p>
    <w:p>
      <w:r>
        <w:rPr>
          <w:b/>
        </w:rPr>
        <w:t xml:space="preserve">[46:31] </w:t>
      </w:r>
      <w:r>
        <w:t>to beharhaal yeh maanna keh Khuda ek hai yeh maanna keh Khuda do hai yeh maanna keh Khuda</w:t>
      </w:r>
    </w:p>
    <w:p>
      <w:pPr>
        <w:jc w:val="right"/>
      </w:pPr>
      <w:r>
        <w:t>تو بہرحال یہ ماننا کہ خدا ایک ہے یہ ماننا کہ خدا دو ہے یہ ماننا کہ خدا</w:t>
      </w:r>
    </w:p>
    <w:p>
      <w:r>
        <w:rPr>
          <w:b/>
        </w:rPr>
        <w:t xml:space="preserve">[46:36] </w:t>
      </w:r>
      <w:r>
        <w:t>teen hai to ek sab ek hi kaise ho sakta hai kaise ho sakta hai aap bataiye to</w:t>
      </w:r>
    </w:p>
    <w:p>
      <w:pPr>
        <w:jc w:val="right"/>
      </w:pPr>
      <w:r>
        <w:t>تین ہے تو ایک سب ایک ہی کیسے ہو سکتا ہے کیسے ہو سکتا ہے آپ بتائیے تو</w:t>
      </w:r>
    </w:p>
    <w:p>
      <w:r>
        <w:rPr>
          <w:b/>
        </w:rPr>
        <w:t xml:space="preserve">[46:42] </w:t>
      </w:r>
      <w:r>
        <w:t>beharhaal main yeh kahoon ga keh jarr jo hai woh galat formula hai bad qismati se jis ko gandhi</w:t>
      </w:r>
    </w:p>
    <w:p>
      <w:pPr>
        <w:jc w:val="right"/>
      </w:pPr>
      <w:r>
        <w:t>بہرحال میں یہ کہوں گا کہ جڑ جو ہے وہ غلط فارمولا ہے بدقسمتی سے جس کو گاندھی</w:t>
      </w:r>
    </w:p>
    <w:p>
      <w:r>
        <w:rPr>
          <w:b/>
        </w:rPr>
        <w:t xml:space="preserve">[46:48] </w:t>
      </w:r>
      <w:r>
        <w:t>نے بھی اختیار کیا اور بہت سے لوگوں نے بڑے ٹاپ کے لوگوں نے کہ mutual recognition</w:t>
      </w:r>
    </w:p>
    <w:p>
      <w:pPr>
        <w:jc w:val="right"/>
      </w:pPr>
      <w:r>
        <w:t>نے بھی اختیار کیا اور بہت سے لوگوں نے بڑے ٹاپ کے لوگوں نے کہ میوچول ریکگنیشن</w:t>
      </w:r>
    </w:p>
    <w:p>
      <w:r>
        <w:rPr>
          <w:b/>
        </w:rPr>
        <w:t xml:space="preserve">[46:54] </w:t>
      </w:r>
      <w:r>
        <w:t>tum mujh ko sacha maano main tum ko sacha maanta hoon</w:t>
      </w:r>
    </w:p>
    <w:p>
      <w:pPr>
        <w:jc w:val="right"/>
      </w:pPr>
      <w:r>
        <w:t>تم مجھ کو سچا مانو میں تم کو سچا مانتا ہوں</w:t>
      </w:r>
    </w:p>
    <w:p>
      <w:r>
        <w:rPr>
          <w:b/>
        </w:rPr>
        <w:t xml:space="preserve">[46:58] </w:t>
      </w:r>
      <w:r>
        <w:t>main galat samajhta hoon is ko Ram Rahim ek hai galat samajhta hoon main is ko</w:t>
      </w:r>
    </w:p>
    <w:p>
      <w:pPr>
        <w:jc w:val="right"/>
      </w:pPr>
      <w:r>
        <w:t>میں غلط سمجھتا ہوں اس کو رام رحیم ایک ہے غلط سمجھتا ہوں میں اس کو</w:t>
      </w:r>
    </w:p>
    <w:p>
      <w:r>
        <w:rPr>
          <w:b/>
        </w:rPr>
        <w:t xml:space="preserve">[47:05] </w:t>
      </w:r>
      <w:r>
        <w:t>sehi formola jo qudrati formola hai woh hai follow one and respect all</w:t>
      </w:r>
    </w:p>
    <w:p>
      <w:pPr>
        <w:jc w:val="right"/>
      </w:pPr>
      <w:r>
        <w:t>صحیح فارمولا جو قدرتی فارمولا ہے وہ ہے فالو ون اینڈ ریسپیکٹ آل</w:t>
      </w:r>
    </w:p>
    <w:p>
      <w:r>
        <w:rPr>
          <w:b/>
        </w:rPr>
        <w:t xml:space="preserve">[47:11] </w:t>
      </w:r>
      <w:r>
        <w:t>in terms of respect hai uniformity</w:t>
      </w:r>
    </w:p>
    <w:p>
      <w:pPr>
        <w:jc w:val="right"/>
      </w:pPr>
      <w:r>
        <w:t>ان ٹرم آف ریسپیکٹ ہے یونیفارمیٹی</w:t>
      </w:r>
    </w:p>
    <w:p>
      <w:r>
        <w:rPr>
          <w:b/>
        </w:rPr>
        <w:t xml:space="preserve">[47:16] </w:t>
      </w:r>
      <w:r>
        <w:t>yani</w:t>
      </w:r>
    </w:p>
    <w:p>
      <w:pPr>
        <w:jc w:val="right"/>
      </w:pPr>
      <w:r>
        <w:t>یعنی</w:t>
      </w:r>
    </w:p>
    <w:p>
      <w:r>
        <w:rPr>
          <w:b/>
        </w:rPr>
        <w:t xml:space="preserve">[47:17] </w:t>
      </w:r>
      <w:r>
        <w:t>jaisa ke main ne abhi ek lady se kaha ke gender equality ke muqable mein woh bhi gender</w:t>
      </w:r>
    </w:p>
    <w:p>
      <w:pPr>
        <w:jc w:val="right"/>
      </w:pPr>
      <w:r>
        <w:t>جیسا کہ میں نے ابھی ایک لیڈی سے کہا کہ جنڈر ایکولٹی کے مقابلے میں وہ بھی جنڈر</w:t>
      </w:r>
    </w:p>
    <w:p>
      <w:r>
        <w:rPr>
          <w:b/>
        </w:rPr>
        <w:t xml:space="preserve">[47:23] </w:t>
      </w:r>
      <w:r>
        <w:t>equality bhi isi qism ki fallacy hai har mazhab sachha to sare dono barabar</w:t>
      </w:r>
    </w:p>
    <w:p>
      <w:pPr>
        <w:jc w:val="right"/>
      </w:pPr>
      <w:r>
        <w:t>ایکولٹی بھی اسی قسم کی فیلیسی ہے ہر مذہب سچا تو سارے دونوں برابر</w:t>
      </w:r>
    </w:p>
    <w:p>
      <w:r>
        <w:rPr>
          <w:b/>
        </w:rPr>
        <w:t xml:space="preserve">[47:29] </w:t>
      </w:r>
      <w:r>
        <w:t>gender equality ek fallacy par buniyad rakhti hai to main ne kaha ke sahi kya hai sahi yeh</w:t>
      </w:r>
    </w:p>
    <w:p>
      <w:pPr>
        <w:jc w:val="right"/>
      </w:pPr>
      <w:r>
        <w:t>جنڈر ایکولٹی ایک فیلیسی پر بنیاد رکھتی ہے تو میں نے کہا کہ صحیح کیا ہے صحیح یہ</w:t>
      </w:r>
    </w:p>
    <w:p>
      <w:r>
        <w:rPr>
          <w:b/>
        </w:rPr>
        <w:t xml:space="preserve">[47:35] </w:t>
      </w:r>
      <w:r>
        <w:t>hai ke equal in respect and different</w:t>
      </w:r>
    </w:p>
    <w:p>
      <w:pPr>
        <w:jc w:val="right"/>
      </w:pPr>
      <w:r>
        <w:t>ہے کہ ایکول ان ریسپیکٹ اینڈ ڈفرنٹ</w:t>
      </w:r>
    </w:p>
    <w:p>
      <w:r>
        <w:rPr>
          <w:b/>
        </w:rPr>
        <w:t xml:space="preserve">[47:43] </w:t>
      </w:r>
      <w:r>
        <w:t>in role equal in respect and different in role isi tarah se yeh aage aap rozmarra ki zindagi</w:t>
      </w:r>
    </w:p>
    <w:p>
      <w:pPr>
        <w:jc w:val="right"/>
      </w:pPr>
      <w:r>
        <w:t>ان رول ایکول ان ریسپیکٹ اینڈ ڈفرنٹ ان رول اسی طریقے سے یہ آخے آپ روزمرہ کی زندگی</w:t>
      </w:r>
    </w:p>
    <w:p>
      <w:r>
        <w:rPr>
          <w:b/>
        </w:rPr>
        <w:t xml:space="preserve">[47:52] </w:t>
      </w:r>
      <w:r>
        <w:t>mein aap letters agree aur disagree ka formula chalate hain</w:t>
      </w:r>
    </w:p>
    <w:p>
      <w:pPr>
        <w:jc w:val="right"/>
      </w:pPr>
      <w:r>
        <w:t>میں آپ لیٹرز ایگری اور ڈس ایگری کا فارمولا چلاتے ہیں</w:t>
      </w:r>
    </w:p>
    <w:p>
      <w:r>
        <w:rPr>
          <w:b/>
        </w:rPr>
        <w:t xml:space="preserve">[47:57] </w:t>
      </w:r>
      <w:r>
        <w:t>letters agree aur disagree wohi formula aap mazhab mein chaliye yeh kyun chahte hain ke sab mazhab</w:t>
      </w:r>
    </w:p>
    <w:p>
      <w:pPr>
        <w:jc w:val="right"/>
      </w:pPr>
      <w:r>
        <w:t>لیٹرز ایگری اور ڈس ایگری وہی فارمولا آپ مذہب میں چلائیے یہ کیوں چاہتے ہیں کہ سب مذہب</w:t>
      </w:r>
    </w:p>
    <w:p>
      <w:r>
        <w:rPr>
          <w:b/>
        </w:rPr>
        <w:t xml:space="preserve">[48:03] </w:t>
      </w:r>
      <w:r>
        <w:t>ekaan sab mazahib sacha sab mazahib ek yeh galat formula hai toh baharhal main yeh kahunga ki india mein riot ko khatam karne ka yeh formula galat hai ki mutual recognition chalaya jaye nahi hai mutual respect chalaya jaye aur peaceful dialogue ek doosre ko respect dete hue hum peaceful dialogue karein yeh hai hal meri nazar mein</w:t>
      </w:r>
    </w:p>
    <w:p>
      <w:pPr>
        <w:jc w:val="right"/>
      </w:pPr>
      <w:r>
        <w:t>ایکسان سب مذہب سچا سب مذہب ایک یہ غلط فارمولا ہے تو بہرحال میں یہ کہوں گا کہ انڈیا میں رائٹ کو ختم کرنے کا یہ فارمولا غلط ہے کہ میوچول ریکگنیشن چلایا جائے نہیں ہے میوچول ریسپیکٹ چلایا جائے اور پیس فل ڈائیلاگ ایک دوسرے کو ریسپیکٹ دیتے ہوئے ہم پیس فل ڈائیلاگ کریں یہ ہے حل میری نظر میں</w:t>
      </w:r>
    </w:p>
    <w:p>
      <w:r>
        <w:rPr>
          <w:b/>
        </w:rPr>
        <w:t xml:space="preserve">[48:30] </w:t>
      </w:r>
      <w:r>
        <w:t>faraaz ahmed would like to know what are huqooq ul ibad and how significant they are dekhiye ek hadith mein isko bahut sada andaaz mein bayan kiya gaya hai</w:t>
      </w:r>
    </w:p>
    <w:p>
      <w:pPr>
        <w:jc w:val="right"/>
      </w:pPr>
      <w:r>
        <w:t>فراز احمد وڈ لائک ٹو نو واٹ آر حقوق العباد اینڈ ہاؤ سگنیفیکنٹ دے آر دیکھیے ایک حدیث میں اس کو بہت سادہ انداز میں بیان کیا گیا ہے</w:t>
      </w:r>
    </w:p>
    <w:p>
      <w:r>
        <w:rPr>
          <w:b/>
        </w:rPr>
        <w:t xml:space="preserve">[48:47] </w:t>
      </w:r>
      <w:r>
        <w:t>jo apne liye chaho wahi doosron ke liye chaho yeh huqooq ul ibad hain</w:t>
      </w:r>
    </w:p>
    <w:p>
      <w:pPr>
        <w:jc w:val="right"/>
      </w:pPr>
      <w:r>
        <w:t>جو اپنے لیے چاہو وہی دوسروں کے لیے چاہو یہ حقوق العباد ہیں</w:t>
      </w:r>
    </w:p>
    <w:p>
      <w:r>
        <w:rPr>
          <w:b/>
        </w:rPr>
        <w:t xml:space="preserve">[48:53] </w:t>
      </w:r>
      <w:r>
        <w:t>jo apne liye chaho woh doosre ke liye chaho masalan main chahta hoon ki mujhe gaali na de main doosre ko gaali na doon main chahta hoon ki mera maal koi na loote toh main doosre ka maal na looton main chahta hoon ki koi mere sath ista'saal ka muamla na kare toh main doosre ko ista'saal na karoon bahut sada formula</w:t>
      </w:r>
    </w:p>
    <w:p>
      <w:pPr>
        <w:jc w:val="right"/>
      </w:pPr>
      <w:r>
        <w:t>جو اپنے لیے چاہو وہ دوسرے کے لیے چاہو مثلاً میں چاہتا ہوں کہ مجھے گالی نہ دے میں دوسرے کو گالی نہ دوں میں چاہتا ہوں کہ میرا مال کوئی نہ لوٹے تو میں دوسرے کا مال نہ لوٹوں میں چاہتا ہوں کہ کوئی میرے ساتھ استحصال کا معاملہ نہ کرے تو میں دوسرے کو استحصال نہ کروں بہت سادہ فارمولا</w:t>
      </w:r>
    </w:p>
    <w:p>
      <w:r>
        <w:rPr>
          <w:b/>
        </w:rPr>
        <w:t xml:space="preserve">[49:15] </w:t>
      </w:r>
      <w:r>
        <w:t>jo cheez tum apne liye chahte ho usi ko doosre ke liye chaho</w:t>
      </w:r>
    </w:p>
    <w:p>
      <w:pPr>
        <w:jc w:val="right"/>
      </w:pPr>
      <w:r>
        <w:t>جو چیز تم اپنے لیے چاہتے ہو اسی کو دوسرے کے لیے چاہو</w:t>
      </w:r>
    </w:p>
    <w:p>
      <w:r>
        <w:rPr>
          <w:b/>
        </w:rPr>
        <w:t xml:space="preserve">[49:21] </w:t>
      </w:r>
      <w:r>
        <w:t>haan persian mein kaha gaya hai ke yahan se barkhudmipsandi bar deegar mipsand</w:t>
      </w:r>
    </w:p>
    <w:p>
      <w:pPr>
        <w:jc w:val="right"/>
      </w:pPr>
      <w:r>
        <w:t>ہاں پرشین میں کہا گیا ہے کہ یہاں سے برخودمپسندی بر دیگر مپسند</w:t>
      </w:r>
    </w:p>
    <w:p>
      <w:r>
        <w:rPr>
          <w:b/>
        </w:rPr>
        <w:t xml:space="preserve">[49:28] </w:t>
      </w:r>
      <w:r>
        <w:t>isi formula ko persian mein kaha gaya hai ke yahan se barkhudmipsandi bar deegar mipsand jo cheez tum</w:t>
      </w:r>
    </w:p>
    <w:p>
      <w:pPr>
        <w:jc w:val="right"/>
      </w:pPr>
      <w:r>
        <w:t>اسی فارمولے کو پرشین میں کہا گیا ہے کہ یہاں سے برخودمپسندی بر دیگر مپسند جو چیز تم</w:t>
      </w:r>
    </w:p>
    <w:p>
      <w:r>
        <w:rPr>
          <w:b/>
        </w:rPr>
        <w:t xml:space="preserve">[49:34] </w:t>
      </w:r>
      <w:r>
        <w:t>ko apne liye pasand nahi hai wohi doosron ke liye pasand karo yeh hai saada formula 10 question</w:t>
      </w:r>
    </w:p>
    <w:p>
      <w:pPr>
        <w:jc w:val="right"/>
      </w:pPr>
      <w:r>
        <w:t>کو اپنے لیے پسند نہیں ہے وہی دوسروں کے لیے پسند کرو یہ ہے سادہ فارمولا دس کوئسچن</w:t>
      </w:r>
    </w:p>
    <w:p>
      <w:r>
        <w:rPr>
          <w:b/>
        </w:rPr>
        <w:t xml:space="preserve">[49:40] </w:t>
      </w:r>
      <w:r>
        <w:t>is from Priya. She says, "What is the most ahem rukawat in personality development?"</w:t>
      </w:r>
    </w:p>
    <w:p>
      <w:pPr>
        <w:jc w:val="right"/>
      </w:pPr>
      <w:r>
        <w:t>از فرام پریا شی سیز واٹ از دی موسٹ اہم رکاوٹ ان پرسنیلٹی ڈیولپمنٹ</w:t>
      </w:r>
    </w:p>
    <w:p>
      <w:r>
        <w:rPr>
          <w:b/>
        </w:rPr>
        <w:t xml:space="preserve">[49:53] </w:t>
      </w:r>
      <w:r>
        <w:t>adar din personality development kisi aur cheez ko ahmiyat de dena</w:t>
      </w:r>
    </w:p>
    <w:p>
      <w:pPr>
        <w:jc w:val="right"/>
      </w:pPr>
      <w:r>
        <w:t>ادر دین پرسنیلٹی ڈیولپمنٹ کسی اور چیز کو اہمیت دے دینا</w:t>
      </w:r>
    </w:p>
    <w:p>
      <w:r>
        <w:rPr>
          <w:b/>
        </w:rPr>
        <w:t xml:space="preserve">[50:02] </w:t>
      </w:r>
      <w:r>
        <w:t>yani yeh jo cheez hai personality development is ke sath kisi bhi doosri cheez ko aap ahmiyat de</w:t>
      </w:r>
    </w:p>
    <w:p>
      <w:pPr>
        <w:jc w:val="right"/>
      </w:pPr>
      <w:r>
        <w:t>یعنی یہ جو چیز ہے پرسنیلٹی ڈیولپمنٹ اس کے ساتھ کسی بھی دوسری چیز کو آپ اہمیت دے</w:t>
      </w:r>
    </w:p>
    <w:p>
      <w:r>
        <w:rPr>
          <w:b/>
        </w:rPr>
        <w:t xml:space="preserve">[50:09] </w:t>
      </w:r>
      <w:r>
        <w:t>den to bas woh kaam ruk jayega kisi bhi cheez ko duniya mein aap ko hazaron cheezon</w:t>
      </w:r>
    </w:p>
    <w:p>
      <w:pPr>
        <w:jc w:val="right"/>
      </w:pPr>
      <w:r>
        <w:t>دیں تو بس وہ کام رک جائے گا کسی بھی چیز کو دنیا میں آپ کو ہزاروں چیزوں</w:t>
      </w:r>
    </w:p>
    <w:p>
      <w:r>
        <w:rPr>
          <w:b/>
        </w:rPr>
        <w:t xml:space="preserve">[50:19] </w:t>
      </w:r>
      <w:r>
        <w:t>ka samna parta hai</w:t>
      </w:r>
    </w:p>
    <w:p>
      <w:pPr>
        <w:jc w:val="right"/>
      </w:pPr>
      <w:r>
        <w:t>کا سامنا پڑتا ہے</w:t>
      </w:r>
    </w:p>
    <w:p>
      <w:r>
        <w:rPr>
          <w:b/>
        </w:rPr>
        <w:t xml:space="preserve">[50:22] </w:t>
      </w:r>
      <w:r>
        <w:t>misalan material cheezein misalan consumers mein hazaron lakhon item hain</w:t>
      </w:r>
    </w:p>
    <w:p>
      <w:pPr>
        <w:jc w:val="right"/>
      </w:pPr>
      <w:r>
        <w:t>مثلاً مٹیریل چیزیں مثلاً کنزیومرز میں ہزاروں لاکھوں آئٹم ہیں</w:t>
      </w:r>
    </w:p>
    <w:p>
      <w:r>
        <w:rPr>
          <w:b/>
        </w:rPr>
        <w:t xml:space="preserve">[50:30] </w:t>
      </w:r>
      <w:r>
        <w:t>ab aap kahein yeh to mere pas nahi hai is ke baghair kaise kaam chalega</w:t>
      </w:r>
    </w:p>
    <w:p>
      <w:pPr>
        <w:jc w:val="right"/>
      </w:pPr>
      <w:r>
        <w:t>اب آپ کہیں یہ تو میرے پاس نہیں ہے اس کے بغیر کیسے کام چلے گا</w:t>
      </w:r>
    </w:p>
    <w:p>
      <w:r>
        <w:rPr>
          <w:b/>
        </w:rPr>
        <w:t xml:space="preserve">[50:36] </w:t>
      </w:r>
      <w:r>
        <w:t>to jaisa main ne kal wahan hyderabad mein ek misal di thi ke log jo hain jante nahi</w:t>
      </w:r>
    </w:p>
    <w:p>
      <w:pPr>
        <w:jc w:val="right"/>
      </w:pPr>
      <w:r>
        <w:t>تو جیسے میں نے کل وہاں حیدرآباد میں ایک مثال دی تھی کہ لوگ جو ہیں جانتے نہیں</w:t>
      </w:r>
    </w:p>
    <w:p>
      <w:r>
        <w:rPr>
          <w:b/>
        </w:rPr>
        <w:t xml:space="preserve">[50:43] </w:t>
      </w:r>
      <w:r>
        <w:t>ke aurat kitni qeemti cheez hai is ko kam andaza karte hain</w:t>
      </w:r>
    </w:p>
    <w:p>
      <w:pPr>
        <w:jc w:val="right"/>
      </w:pPr>
      <w:r>
        <w:t>کہ عورت کتنی قیمتی چیز ہے اس کو کم اندازہ کرتے ہیں</w:t>
      </w:r>
    </w:p>
    <w:p>
      <w:r>
        <w:rPr>
          <w:b/>
        </w:rPr>
        <w:t xml:space="preserve">[50:50] </w:t>
      </w:r>
      <w:r>
        <w:t>sab se bara qusoor mardon ka hai ke unhon ne aurat ki khoobiyon ko kam andaza kiya aur</w:t>
      </w:r>
    </w:p>
    <w:p>
      <w:pPr>
        <w:jc w:val="right"/>
      </w:pPr>
      <w:r>
        <w:t>سب سے بڑا قصور مردوں کا ہے کہ انہوں نے عورت کی خوبیوں کو کم اندازہ کیا اور</w:t>
      </w:r>
    </w:p>
    <w:p>
      <w:r>
        <w:rPr>
          <w:b/>
        </w:rPr>
        <w:t xml:space="preserve">[50:56] </w:t>
      </w:r>
      <w:r>
        <w:t>aurat ka role jo hai misbat role woh duniya ke samne bohat kam aa saka jaisa main ne</w:t>
      </w:r>
    </w:p>
    <w:p>
      <w:pPr>
        <w:jc w:val="right"/>
      </w:pPr>
      <w:r>
        <w:t>عورت کا رول جو ہے مثبت رول وہ دنیا کے سامنے بہت کم آ سکا جیسے میں نے</w:t>
      </w:r>
    </w:p>
    <w:p>
      <w:r>
        <w:rPr>
          <w:b/>
        </w:rPr>
        <w:t xml:space="preserve">[51:01] </w:t>
      </w:r>
      <w:r>
        <w:t>bataya tha ke aap ko ek aurat dein</w:t>
      </w:r>
    </w:p>
    <w:p>
      <w:pPr>
        <w:jc w:val="right"/>
      </w:pPr>
      <w:r>
        <w:t>بتایا تھا کہ آپ کو ایک عورت دیں</w:t>
      </w:r>
    </w:p>
    <w:p>
      <w:r>
        <w:rPr>
          <w:b/>
        </w:rPr>
        <w:t xml:space="preserve">[51:06] </w:t>
      </w:r>
      <w:r>
        <w:t>ek america ka sab se bara scientist paida kiya</w:t>
      </w:r>
    </w:p>
    <w:p>
      <w:pPr>
        <w:jc w:val="right"/>
      </w:pPr>
      <w:r>
        <w:t>ایک امریکہ کا سب سے بڑا سائنسدان پیدا کیا</w:t>
      </w:r>
    </w:p>
    <w:p>
      <w:r>
        <w:rPr>
          <w:b/>
        </w:rPr>
        <w:t xml:space="preserve">[51:11] </w:t>
      </w:r>
      <w:r>
        <w:t>pichhli baar mein ne bataya tha anderson</w:t>
      </w:r>
    </w:p>
    <w:p>
      <w:pPr>
        <w:jc w:val="right"/>
      </w:pPr>
      <w:r>
        <w:t>پچھلی بار میں نے بتایا تھا اینڈرسن</w:t>
      </w:r>
    </w:p>
    <w:p>
      <w:r>
        <w:rPr>
          <w:b/>
        </w:rPr>
        <w:t xml:space="preserve">[51:15] </w:t>
      </w:r>
      <w:r>
        <w:t>anderson ne 1300</w:t>
      </w:r>
    </w:p>
    <w:p>
      <w:pPr>
        <w:jc w:val="right"/>
      </w:pPr>
      <w:r>
        <w:t>اینڈرسن نے 1300</w:t>
      </w:r>
    </w:p>
    <w:p>
      <w:r>
        <w:rPr>
          <w:b/>
        </w:rPr>
        <w:t xml:space="preserve">[51:18] </w:t>
      </w:r>
      <w:r>
        <w:t>ijadaten is se</w:t>
      </w:r>
    </w:p>
    <w:p>
      <w:pPr>
        <w:jc w:val="right"/>
      </w:pPr>
      <w:r>
        <w:t>ایجادات اس سے</w:t>
      </w:r>
    </w:p>
    <w:p>
      <w:r>
        <w:rPr>
          <w:b/>
        </w:rPr>
        <w:t xml:space="preserve">[51:21] </w:t>
      </w:r>
      <w:r>
        <w:t>mansoob</w:t>
      </w:r>
    </w:p>
    <w:p>
      <w:pPr>
        <w:jc w:val="right"/>
      </w:pPr>
      <w:r>
        <w:t>منسوب</w:t>
      </w:r>
    </w:p>
    <w:p>
      <w:r>
        <w:rPr>
          <w:b/>
        </w:rPr>
        <w:t xml:space="preserve">[51:22] </w:t>
      </w:r>
      <w:r>
        <w:t>hain 1300 ijadaten kin is ne aur kis ne is ko banaya tha ek aurat ne is ki</w:t>
      </w:r>
    </w:p>
    <w:p>
      <w:pPr>
        <w:jc w:val="right"/>
      </w:pPr>
      <w:r>
        <w:t>ہیں 1300 ایجادات کیں اس نے اور کس نے اس کو بنایا تھا ایک عورت نے اس کی</w:t>
      </w:r>
    </w:p>
    <w:p>
      <w:r>
        <w:rPr>
          <w:b/>
        </w:rPr>
        <w:t xml:space="preserve">[51:27] </w:t>
      </w:r>
      <w:r>
        <w:t>maan ne to aurat ko</w:t>
      </w:r>
    </w:p>
    <w:p>
      <w:pPr>
        <w:jc w:val="right"/>
      </w:pPr>
      <w:r>
        <w:t>ماں نے تو عورت کو</w:t>
      </w:r>
    </w:p>
    <w:p>
      <w:r>
        <w:rPr>
          <w:b/>
        </w:rPr>
        <w:t xml:space="preserve">[51:33] </w:t>
      </w:r>
      <w:r>
        <w:t>mard ne kam andaza kiya is liye wo is ki</w:t>
      </w:r>
    </w:p>
    <w:p>
      <w:pPr>
        <w:jc w:val="right"/>
      </w:pPr>
      <w:r>
        <w:t>مرد نے کم اندازہ کیا اس لیے وہ اس کی</w:t>
      </w:r>
    </w:p>
    <w:p>
      <w:r>
        <w:rPr>
          <w:b/>
        </w:rPr>
        <w:t xml:space="preserve">[51:39] </w:t>
      </w:r>
      <w:r>
        <w:t>is ko wo nahin kar saka</w:t>
      </w:r>
    </w:p>
    <w:p>
      <w:pPr>
        <w:jc w:val="right"/>
      </w:pPr>
      <w:r>
        <w:t>اس کو وہ نہیں کر سکا</w:t>
      </w:r>
    </w:p>
    <w:p>
      <w:r>
        <w:rPr>
          <w:b/>
        </w:rPr>
        <w:t xml:space="preserve">[51:43] </w:t>
      </w:r>
      <w:r>
        <w:t>is ko yani is ko hasil nahin kar saka to personality development jo hai kisi bhi cheez ko</w:t>
      </w:r>
    </w:p>
    <w:p>
      <w:pPr>
        <w:jc w:val="right"/>
      </w:pPr>
      <w:r>
        <w:t>اس کو یعنی اس کو حاصل نہیں کر سکا تو پرسنیلٹی ڈیولپمنٹ جو ہے کسی بھی چیز کو</w:t>
      </w:r>
    </w:p>
    <w:p>
      <w:r>
        <w:rPr>
          <w:b/>
        </w:rPr>
        <w:t xml:space="preserve">[51:51] </w:t>
      </w:r>
      <w:r>
        <w:t>chahe wo koi bhi cheez ho is ko aap primary bana len is ko secondary bana den to</w:t>
      </w:r>
    </w:p>
    <w:p>
      <w:pPr>
        <w:jc w:val="right"/>
      </w:pPr>
      <w:r>
        <w:t>چاہے وہ کوئی بھی چیز ہو اس کو آپ پرائمری بنا لیں اس کو سیکنڈری بنا دیں تو</w:t>
      </w:r>
    </w:p>
    <w:p>
      <w:r>
        <w:rPr>
          <w:b/>
        </w:rPr>
        <w:t xml:space="preserve">[51:57] </w:t>
      </w:r>
      <w:r>
        <w:t>bas wo ruk jayega to ek hi baat meri zindagi kahne ke liye hai ke jab aap</w:t>
      </w:r>
    </w:p>
    <w:p>
      <w:pPr>
        <w:jc w:val="right"/>
      </w:pPr>
      <w:r>
        <w:t>بس وہ رک جائے گا تو ایک ہی بات میری زندگی کہنے کے لیے ہے کہ جب آپ</w:t>
      </w:r>
    </w:p>
    <w:p>
      <w:r>
        <w:rPr>
          <w:b/>
        </w:rPr>
        <w:t xml:space="preserve">[52:02] </w:t>
      </w:r>
      <w:r>
        <w:t>jaan len ke personality development jo hai</w:t>
      </w:r>
    </w:p>
    <w:p>
      <w:pPr>
        <w:jc w:val="right"/>
      </w:pPr>
      <w:r>
        <w:t>جان لیں کہ پرسنیلٹی ڈیولپمنٹ جو ہے</w:t>
      </w:r>
    </w:p>
    <w:p>
      <w:r>
        <w:rPr>
          <w:b/>
        </w:rPr>
        <w:t xml:space="preserve">[52:07] </w:t>
      </w:r>
      <w:r>
        <w:t>ya</w:t>
      </w:r>
    </w:p>
    <w:p>
      <w:pPr>
        <w:jc w:val="right"/>
      </w:pPr>
      <w:r>
        <w:t>یا</w:t>
      </w:r>
    </w:p>
    <w:p>
      <w:r>
        <w:rPr>
          <w:b/>
        </w:rPr>
        <w:t xml:space="preserve">[52:07] </w:t>
      </w:r>
      <w:r>
        <w:t>purification of soul jo hai sab se badi cheez hai iske baad doosra faisla yeh kar li jiye ki kisi bhi doosri cheez ko main primary ahmiyat nahi doonga bas yahi wahid formula hai</w:t>
      </w:r>
    </w:p>
    <w:p>
      <w:pPr>
        <w:jc w:val="right"/>
      </w:pPr>
      <w:r>
        <w:t>پیوریفیکیشن آف سول جو ہے سب سے بڑی چیز ہے اس کے بعد دوسرا فیصلہ یہ کر لیجیے کہ کسی بھی دوسری چیز کو میں پرائمری اہمیت نہیں دوں گا بس یہی واحد فارمولا ہے</w:t>
      </w:r>
    </w:p>
    <w:p>
      <w:r>
        <w:rPr>
          <w:b/>
        </w:rPr>
        <w:t xml:space="preserve">[52:24] </w:t>
      </w:r>
      <w:r>
        <w:t>das question is from sadia khan she says that why is it that of all the countries only india is best for religious dialogue</w:t>
      </w:r>
    </w:p>
    <w:p>
      <w:pPr>
        <w:jc w:val="right"/>
      </w:pPr>
      <w:r>
        <w:t>دس کوئسچن از فرام سعدیہ خان شی سیز دیٹ وائی از اٹ دیٹ آف آل دی کنٹریز اونلی انڈیا از بیسٹ فار ریلیجیس ڈائیلاگ</w:t>
      </w:r>
    </w:p>
    <w:p>
      <w:r>
        <w:rPr>
          <w:b/>
        </w:rPr>
        <w:t xml:space="preserve">[52:34] </w:t>
      </w:r>
      <w:r>
        <w:t>and why is it that openness and tolerance is maximum in india as compared to other con</w:t>
      </w:r>
    </w:p>
    <w:p>
      <w:pPr>
        <w:jc w:val="right"/>
      </w:pPr>
      <w:r>
        <w:t>اینڈ وائی از اٹ دیٹ اوپننس اینڈ ٹولرنس از میکسیمم ان انڈیا ایز کمپیر ٹو ادر کن</w:t>
      </w:r>
    </w:p>
    <w:p>
      <w:r>
        <w:rPr>
          <w:b/>
        </w:rPr>
        <w:t xml:space="preserve">[52:40] </w:t>
      </w:r>
      <w:r>
        <w:t>tries kiska question hai sadia dekhiye yeh india ka jo plus point hai wahi iska minus point bhi hai yeh is india ka plus point jo hai wahi iska minus point bhi hai ki yeh theory bahut pehle se chali aa rahi hai gita gita ke zamane se chali aa rahi hai every religion is true har rasta ek hi sachai ki taraf jata hai yeh gita chala raha hai toh yeh iska plus point hai lekin</w:t>
      </w:r>
    </w:p>
    <w:p>
      <w:pPr>
        <w:jc w:val="right"/>
      </w:pPr>
      <w:r>
        <w:t>ٹریز کس کا کوئسچن ہے سعدیہ دیکھیے یہ انڈیا کا جو پلس پوائنٹ ہے وہی اس کا مائنس پوائنٹ بھی ہے یہ اس انڈیا کا پلس پوائنٹ جو ہے وہی اس کا مائنس پوائنٹ بھی ہے کہ یہ تھیوری بہت پہلے سے چلی آ رہی ہے گیتا گیتا کے زمانے سے چلی آ رہی ہے ایوری ریلیجن از ٹرو ہر راستہ ایک ہی سچائی کی طرف جاتا ہے یہ گیتا چلا رہا ہے تو یہ اس کا پلس پوائنٹ ہے لیکن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