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Akhirat in Islam 12 March 2006 - Maulana Wahiduddin Khan</w:t>
      </w:r>
    </w:p>
    <w:p>
      <w:r>
        <w:t>https://www.youtube.com/watch?v=XwKgVf_XJs8</w:t>
      </w:r>
    </w:p>
    <w:p>
      <w:r>
        <w:rPr>
          <w:b/>
        </w:rPr>
        <w:t xml:space="preserve">[00:13] </w:t>
      </w:r>
      <w:r>
        <w:t>bismillah rahman rahim, wasallallahu ala nabiyil karim.</w:t>
      </w:r>
    </w:p>
    <w:p>
      <w:pPr>
        <w:jc w:val="right"/>
      </w:pPr>
      <w:r>
        <w:t>بسم اللہ الرحمن الرحیم، وصلی اللہ علی النبی الکریم۔</w:t>
      </w:r>
    </w:p>
    <w:p>
      <w:r>
        <w:rPr>
          <w:b/>
        </w:rPr>
        <w:t xml:space="preserve">[00:29] </w:t>
      </w:r>
      <w:r>
        <w:t>is mahine ki, yani 9 march ko, main hyderabad gaya tha aur kal, yani 11 march ko, wapas aaya.</w:t>
      </w:r>
    </w:p>
    <w:p>
      <w:pPr>
        <w:jc w:val="right"/>
      </w:pPr>
      <w:r>
        <w:t>اس مہینے کی، یعنی 9 مارچ کو، میں حیدرآباد گیا تھا اور کل، یعنی 11 مارچ کو، واپس آیا۔</w:t>
      </w:r>
    </w:p>
    <w:p>
      <w:r>
        <w:rPr>
          <w:b/>
        </w:rPr>
        <w:t xml:space="preserve">[00:45] </w:t>
      </w:r>
      <w:r>
        <w:t>toh main apna ek</w:t>
      </w:r>
    </w:p>
    <w:p>
      <w:pPr>
        <w:jc w:val="right"/>
      </w:pPr>
      <w:r>
        <w:t>تو میں اپنا ایک</w:t>
      </w:r>
    </w:p>
    <w:p>
      <w:r>
        <w:rPr>
          <w:b/>
        </w:rPr>
        <w:t xml:space="preserve">[00:51] </w:t>
      </w:r>
      <w:r>
        <w:t>tajurba</w:t>
      </w:r>
    </w:p>
    <w:p>
      <w:pPr>
        <w:jc w:val="right"/>
      </w:pPr>
      <w:r>
        <w:t>تجربہ</w:t>
      </w:r>
    </w:p>
    <w:p>
      <w:r>
        <w:rPr>
          <w:b/>
        </w:rPr>
        <w:t xml:space="preserve">[00:55] </w:t>
      </w:r>
      <w:r>
        <w:t>pehlay bayan karta hoon, phir aagay jo kuch mujhe kehna hai akhirat ke baray mein woh arz karunga.</w:t>
      </w:r>
    </w:p>
    <w:p>
      <w:pPr>
        <w:jc w:val="right"/>
      </w:pPr>
      <w:r>
        <w:t>پہلے بیان کرتا ہوں، پھر آگے جو کچھ مجھے کہنا ہے آخرت کے بارے میں وہ عرض کروں گا۔</w:t>
      </w:r>
    </w:p>
    <w:p>
      <w:r>
        <w:rPr>
          <w:b/>
        </w:rPr>
        <w:t xml:space="preserve">[01:05] </w:t>
      </w:r>
      <w:r>
        <w:t>jab mein yahan se gaya to mere paas hawai jahaz ka return ticket tha.</w:t>
      </w:r>
    </w:p>
    <w:p>
      <w:pPr>
        <w:jc w:val="right"/>
      </w:pPr>
      <w:r>
        <w:t>جب میں یہاں سے گیا تو میرے پاس ہوائی جہاز کا ریٹرن ٹکٹ تھا۔</w:t>
      </w:r>
    </w:p>
    <w:p>
      <w:r>
        <w:rPr>
          <w:b/>
        </w:rPr>
        <w:t xml:space="preserve">[01:17] </w:t>
      </w:r>
      <w:r>
        <w:t>maine socha</w:t>
      </w:r>
    </w:p>
    <w:p>
      <w:pPr>
        <w:jc w:val="right"/>
      </w:pPr>
      <w:r>
        <w:t>میں نے سوچا</w:t>
      </w:r>
    </w:p>
    <w:p>
      <w:r>
        <w:rPr>
          <w:b/>
        </w:rPr>
        <w:t xml:space="preserve">[01:20] </w:t>
      </w:r>
      <w:r>
        <w:t>ke mere paas aik aisa ticket hai jo mujhe dilli se hyderabad bhi le jaye ga aur hyderabad se dilli wapas bhi pohanchaye ga. yani do tarafah safar,</w:t>
      </w:r>
    </w:p>
    <w:p>
      <w:pPr>
        <w:jc w:val="right"/>
      </w:pPr>
      <w:r>
        <w:t>کہ میرے پاس ایک ایسا ٹکٹ ہے جو مجھے دلی سے حیدرآباد بھی لے جائے گا اور حیدرآباد سے دلی واپس بھی پہنچائے گا۔ یعنی دو طرفہ سفر،</w:t>
      </w:r>
    </w:p>
    <w:p>
      <w:r>
        <w:rPr>
          <w:b/>
        </w:rPr>
        <w:t xml:space="preserve">[01:36] </w:t>
      </w:r>
      <w:r>
        <w:t>double safar. lekin</w:t>
      </w:r>
    </w:p>
    <w:p>
      <w:pPr>
        <w:jc w:val="right"/>
      </w:pPr>
      <w:r>
        <w:t>ڈبل سفر۔ لیکن</w:t>
      </w:r>
    </w:p>
    <w:p>
      <w:r>
        <w:rPr>
          <w:b/>
        </w:rPr>
        <w:t xml:space="preserve">[01:42] </w:t>
      </w:r>
      <w:r>
        <w:t>isi ke sath mere paas aik aur ticket bhi hai. Although it is not observable,</w:t>
      </w:r>
    </w:p>
    <w:p>
      <w:pPr>
        <w:jc w:val="right"/>
      </w:pPr>
      <w:r>
        <w:t>اسی کے ساتھ میرے پاس ایک اور ٹکٹ بھی ہے۔ Although it is not observable,</w:t>
      </w:r>
    </w:p>
    <w:p>
      <w:r>
        <w:rPr>
          <w:b/>
        </w:rPr>
        <w:t xml:space="preserve">[01:53] </w:t>
      </w:r>
      <w:r>
        <w:t>it is not in my pocket just like the other ticket. lekin woh hai.</w:t>
      </w:r>
    </w:p>
    <w:p>
      <w:pPr>
        <w:jc w:val="right"/>
      </w:pPr>
      <w:r>
        <w:t>it is not in my pocket just like the other ticket۔ لیکن وہ ہے۔</w:t>
      </w:r>
    </w:p>
    <w:p>
      <w:r>
        <w:rPr>
          <w:b/>
        </w:rPr>
        <w:t xml:space="preserve">[02:00] </w:t>
      </w:r>
      <w:r>
        <w:t>har aadmi jo paida hota hai woh is ticket ko le kar paida hota hai, fitrat se.</w:t>
      </w:r>
    </w:p>
    <w:p>
      <w:pPr>
        <w:jc w:val="right"/>
      </w:pPr>
      <w:r>
        <w:t>ہر آدمی جو پیدا ہوتا ہے وہ اس ٹکٹ کو لے کر پیدا ہوتا ہے، فطرت سے۔</w:t>
      </w:r>
    </w:p>
    <w:p>
      <w:r>
        <w:rPr>
          <w:b/>
        </w:rPr>
        <w:t xml:space="preserve">[02:11] </w:t>
      </w:r>
      <w:r>
        <w:t>woh ticket kya hai? The ticket of death.</w:t>
      </w:r>
    </w:p>
    <w:p>
      <w:pPr>
        <w:jc w:val="right"/>
      </w:pPr>
      <w:r>
        <w:t>وہ ٹکٹ کیا ہے؟ The ticket of death۔</w:t>
      </w:r>
    </w:p>
    <w:p>
      <w:r>
        <w:rPr>
          <w:b/>
        </w:rPr>
        <w:t xml:space="preserve">[02:21] </w:t>
      </w:r>
      <w:r>
        <w:t>har aadmi jo paida hota hai sath sath is ke liye yeh muqaddar hota hai ke aik din woh maray. aur mar kar aik safar is ki shuru ho.</w:t>
      </w:r>
    </w:p>
    <w:p>
      <w:pPr>
        <w:jc w:val="right"/>
      </w:pPr>
      <w:r>
        <w:t>ہر آدمی جو پیدا ہوتا ہے ساتھ ساتھ اس کے لیے یہ مقدر ہوتا ہے کہ ایک دن وہ مرے۔ اور مر کر ایک سفر اس کی شروع ہو۔</w:t>
      </w:r>
    </w:p>
    <w:p>
      <w:r>
        <w:rPr>
          <w:b/>
        </w:rPr>
        <w:t xml:space="preserve">[02:36] </w:t>
      </w:r>
      <w:r>
        <w:t>is doosray safar ke liye is ke paas koi return ticket nahin.</w:t>
      </w:r>
    </w:p>
    <w:p>
      <w:pPr>
        <w:jc w:val="right"/>
      </w:pPr>
      <w:r>
        <w:t>اس دوسرے سفر کے لیے اس کے پاس کوئی ریٹرن ٹکٹ نہیں۔</w:t>
      </w:r>
    </w:p>
    <w:p>
      <w:r>
        <w:rPr>
          <w:b/>
        </w:rPr>
        <w:t xml:space="preserve">[02:44] </w:t>
      </w:r>
      <w:r>
        <w:t>dunya mein jo hum safar karte hain is ke liye hamare paas return ticket hota hai. lekin jo aakhri safar hamein karna hai, maut ke waqt, us ke baad is ke liye kisi ke paas bhi return ticket nahin.</w:t>
      </w:r>
    </w:p>
    <w:p>
      <w:pPr>
        <w:jc w:val="right"/>
      </w:pPr>
      <w:r>
        <w:t>دنیا میں جو ہم سفر کرتے ہیں اس کے لیے ہمارے پاس ریٹرن ٹکٹ ہوتا ہے۔ لیکن جو آخری سفر ہمیں کرنا ہے، موت کے وقت، اس کے بعد اس کے لیے کسی کے پاس بھی ریٹرن ٹکٹ نہیں۔</w:t>
      </w:r>
    </w:p>
    <w:p>
      <w:r>
        <w:rPr>
          <w:b/>
        </w:rPr>
        <w:t xml:space="preserve">[03:04] </w:t>
      </w:r>
      <w:r>
        <w:t>chahe koi badshah ho ya badshah ho ya koi ameer ho, koi bhi ho.</w:t>
      </w:r>
    </w:p>
    <w:p>
      <w:pPr>
        <w:jc w:val="right"/>
      </w:pPr>
      <w:r>
        <w:t>چاہے کوئی بادشاہ ہو یا بادشاہ ہو یا کوئی ارب پتی ہو، کوئی بھی ہو۔</w:t>
      </w:r>
    </w:p>
    <w:p>
      <w:r>
        <w:rPr>
          <w:b/>
        </w:rPr>
        <w:t xml:space="preserve">[03:14] </w:t>
      </w:r>
      <w:r>
        <w:t>koi bhi itna taqatwar nahin ke is doosray safar ke liye bhi woh return ticket hasil kar sakay. woh return ticket dollar se nahin milta.</w:t>
      </w:r>
    </w:p>
    <w:p>
      <w:pPr>
        <w:jc w:val="right"/>
      </w:pPr>
      <w:r>
        <w:t>کوئی بھی اتنا طاقتور نہیں کہ اس دوسرے سفر کے لیے بھی وہ ریٹرن ٹکٹ حاصل کر سکے۔ وہ ریٹرن ٹکٹ ڈالر سے نہیں ملتا۔</w:t>
      </w:r>
    </w:p>
    <w:p>
      <w:r>
        <w:rPr>
          <w:b/>
        </w:rPr>
        <w:t xml:space="preserve">[03:27] </w:t>
      </w:r>
      <w:r>
        <w:t>milta hi nahin woh. to jab hum is dunya mein atay hain to bohat thore din rehtay hain, 50 saal, 60 saal, 70 saal.</w:t>
      </w:r>
    </w:p>
    <w:p>
      <w:pPr>
        <w:jc w:val="right"/>
      </w:pPr>
      <w:r>
        <w:t>ملتا ہی نہیں وہ۔ تو جب ہم اس دنیا میں آتے ہیں تو بہت تھوڑے دن رہتے ہیں، 50 سال، 60 سال، 70 سال۔</w:t>
      </w:r>
    </w:p>
    <w:p>
      <w:r>
        <w:rPr>
          <w:b/>
        </w:rPr>
        <w:t xml:space="preserve">[03:41] </w:t>
      </w:r>
      <w:r>
        <w:t>is ke baad hamein aik safar par jana hota hai jahan se lotna nahin hai.</w:t>
      </w:r>
    </w:p>
    <w:p>
      <w:pPr>
        <w:jc w:val="right"/>
      </w:pPr>
      <w:r>
        <w:t>اس کے بعد ہمیں ایک سفر پر جانا ہوتا ہے جہاں سے لوٹنا نہیں ہے۔</w:t>
      </w:r>
    </w:p>
    <w:p>
      <w:r>
        <w:rPr>
          <w:b/>
        </w:rPr>
        <w:t xml:space="preserve">[03:51] </w:t>
      </w:r>
      <w:r>
        <w:t>jahan se lotna nahin hai.</w:t>
      </w:r>
    </w:p>
    <w:p>
      <w:pPr>
        <w:jc w:val="right"/>
      </w:pPr>
      <w:r>
        <w:t>جہاں سے لوٹنا نہیں ہے۔</w:t>
      </w:r>
    </w:p>
    <w:p>
      <w:r>
        <w:rPr>
          <w:b/>
        </w:rPr>
        <w:t xml:space="preserve">[03:56] </w:t>
      </w:r>
      <w:r>
        <w:t>yeh yeh yeh jo mozu hai isi ko parhnay ka naam hai "concept of akhirat".</w:t>
      </w:r>
    </w:p>
    <w:p>
      <w:pPr>
        <w:jc w:val="right"/>
      </w:pPr>
      <w:r>
        <w:t>یہ یہ یہ جو موضوع ہے اسی کو پڑھنے کا نام ہے "کانسپٹ آف آخرت"۔</w:t>
      </w:r>
    </w:p>
    <w:p>
      <w:r>
        <w:rPr>
          <w:b/>
        </w:rPr>
        <w:t xml:space="preserve">[04:11] </w:t>
      </w:r>
      <w:r>
        <w:t>yeh aik mozu hai. yeh koi aisi baat nahin ke kisi ne is ko qabristan mein dafan kar diya, kisi ne is ko shamshad bhuman par jala diya to baat khatam ho gayi.</w:t>
      </w:r>
    </w:p>
    <w:p>
      <w:pPr>
        <w:jc w:val="right"/>
      </w:pPr>
      <w:r>
        <w:t>یہ ایک موضوع ہے۔ یہ کوئی ایسی بات نہیں کہ کسی نے اس کو قبرستان میں دفن کر دیا، کسی نے اس کو شمشاد بھومن پر جلا دیا تو بات ختم ہوگئی۔</w:t>
      </w:r>
    </w:p>
    <w:p>
      <w:r>
        <w:rPr>
          <w:b/>
        </w:rPr>
        <w:t xml:space="preserve">[04:25] </w:t>
      </w:r>
      <w:r>
        <w:t>nahin, aik bohat bara mozu hai is par sochne ki zaroorat hai. ke baad maut ke arsay mein yeh jo safar paish aata hai jis mein lotna nahin hota woh kya hai.</w:t>
      </w:r>
    </w:p>
    <w:p>
      <w:pPr>
        <w:jc w:val="right"/>
      </w:pPr>
      <w:r>
        <w:t>نہیں، ایک بہت بڑا موضوع ہے اس پر سوچنے کی ضرورت ہے۔ کہ بعد موت کے عرصے میں یہ جو سفر پیش آتا ہے جس میں لوٹنا نہیں ہوتا وہ کیا ہے۔</w:t>
      </w:r>
    </w:p>
    <w:p>
      <w:r>
        <w:rPr>
          <w:b/>
        </w:rPr>
        <w:t xml:space="preserve">[04:42] </w:t>
      </w:r>
      <w:r>
        <w:t>isi mozu ki parhai ka naam hai "akhirat". akhirat ka matlab hai "day hereafter".</w:t>
      </w:r>
    </w:p>
    <w:p>
      <w:pPr>
        <w:jc w:val="right"/>
      </w:pPr>
      <w:r>
        <w:t>اسی موضوع کی پڑھائی کا نام ہے "آخرت"۔ آخرت کا مطلب ہے "ڈے ہیئر آفٹر"۔</w:t>
      </w:r>
    </w:p>
    <w:p>
      <w:r>
        <w:rPr>
          <w:b/>
        </w:rPr>
        <w:t xml:space="preserve">[04:55] </w:t>
      </w:r>
      <w:r>
        <w:t>is ke sath dekhen "concept of accountability" jura hua hai. "concept of accountability".</w:t>
      </w:r>
    </w:p>
    <w:p>
      <w:pPr>
        <w:jc w:val="right"/>
      </w:pPr>
      <w:r>
        <w:t>اس کے ساتھ دیکھیں "کانسپٹ آف اکاؤنٹیبلٹی" جڑا ہوا ہے۔ "کانسپٹ آف اکاؤنٹیبلٹی"۔</w:t>
      </w:r>
    </w:p>
    <w:p>
      <w:r>
        <w:rPr>
          <w:b/>
        </w:rPr>
        <w:t xml:space="preserve">[05:05] </w:t>
      </w:r>
      <w:r>
        <w:t>yani</w:t>
      </w:r>
    </w:p>
    <w:p>
      <w:pPr>
        <w:jc w:val="right"/>
      </w:pPr>
      <w:r>
        <w:t>یعنی</w:t>
      </w:r>
    </w:p>
    <w:p>
      <w:r>
        <w:rPr>
          <w:b/>
        </w:rPr>
        <w:t xml:space="preserve">[05:09] </w:t>
      </w:r>
      <w:r>
        <w:t>baad maut ka arsa jo hai woh azadi ka arsa hai. aap azad hain ke jo chahen karen. kisi ko loten, kisi ko khatam karen, kisi ko maren, kuch bhi karen.</w:t>
      </w:r>
    </w:p>
    <w:p>
      <w:pPr>
        <w:jc w:val="right"/>
      </w:pPr>
      <w:r>
        <w:t>بعد موت کا عرصہ جو ہے وہ آزادی کا عرصہ ہے۔ آپ آزاد ہیں کہ جو چاہیں کریں۔ کسی کو لوٹیں، کسی کو ختم کریں، کسی کو ماریں، کچھ بھی کریں۔</w:t>
      </w:r>
    </w:p>
    <w:p>
      <w:r>
        <w:rPr>
          <w:b/>
        </w:rPr>
        <w:t xml:space="preserve">[05:24] </w:t>
      </w:r>
      <w:r>
        <w:t>aap azad hain.</w:t>
      </w:r>
    </w:p>
    <w:p>
      <w:pPr>
        <w:jc w:val="right"/>
      </w:pPr>
      <w:r>
        <w:t>آپ آزاد ہیں۔</w:t>
      </w:r>
    </w:p>
    <w:p>
      <w:r>
        <w:rPr>
          <w:b/>
        </w:rPr>
        <w:t xml:space="preserve">[05:29] </w:t>
      </w:r>
      <w:r>
        <w:t>lekin baad mout ke arsay mein aap accountability ka mamla aap ke samne aye ga, is ka aap ko samna karna pare ga.</w:t>
      </w:r>
    </w:p>
    <w:p>
      <w:pPr>
        <w:jc w:val="right"/>
      </w:pPr>
      <w:r>
        <w:t>لیکن بعد موت کے عرصے میں آپ اکاؤنٹیبلٹی کا معاملہ آپ کے سامنے آئے گا، اس کا آپ کو سامنا کرنا پڑے گا۔</w:t>
      </w:r>
    </w:p>
    <w:p>
      <w:r>
        <w:rPr>
          <w:b/>
        </w:rPr>
        <w:t xml:space="preserve">[05:40] </w:t>
      </w:r>
      <w:r>
        <w:t>yani Khuda ke samne aap ko khara hona pare ga aur aap ko jawab dena pare ga ke aap ne apni azadi ko</w:t>
      </w:r>
    </w:p>
    <w:p>
      <w:pPr>
        <w:jc w:val="right"/>
      </w:pPr>
      <w:r>
        <w:t>یعنی خدا کے سامنے آپ کو کھڑا ہونا پڑے گا اور آپ کو جواب دینا پڑے گا کہ آپ نے اپنی آزادی کو</w:t>
      </w:r>
    </w:p>
    <w:p>
      <w:r>
        <w:rPr>
          <w:b/>
        </w:rPr>
        <w:t xml:space="preserve">[05:52] </w:t>
      </w:r>
      <w:r>
        <w:t>theek istemal kiya ya galat istemal kiya. Yeh hai. Hadees mein aata hai ke la yazal qadam abde hatta yus'al an arbaeen.</w:t>
      </w:r>
    </w:p>
    <w:p>
      <w:pPr>
        <w:jc w:val="right"/>
      </w:pPr>
      <w:r>
        <w:t>ٹھیک استعمال کیا یا غلط استعمال کیا۔ یہ ہے۔ حدیث میں آتا ہے کہ لا یزال قدم عبد حتیٰ یصل عن اربعین۔</w:t>
      </w:r>
    </w:p>
    <w:p>
      <w:r>
        <w:rPr>
          <w:b/>
        </w:rPr>
        <w:t xml:space="preserve">[06:09] </w:t>
      </w:r>
      <w:r>
        <w:t>yani akhirat mein insan ka qadam aage nahi barhe ga jab tak us se char baton ke bare mein pooch na liya jaye.</w:t>
      </w:r>
    </w:p>
    <w:p>
      <w:pPr>
        <w:jc w:val="right"/>
      </w:pPr>
      <w:r>
        <w:t>یعنی آخرت میں انسان کا قدم آگے نہیں بڑھے گا جب تک اس سے چار باتوں کے بارے میں پوچھ نہ لیا جائے۔</w:t>
      </w:r>
    </w:p>
    <w:p>
      <w:r>
        <w:rPr>
          <w:b/>
        </w:rPr>
        <w:t xml:space="preserve">[06:26] </w:t>
      </w:r>
      <w:r>
        <w:t>jab tak us se char baton ke bare mein pooch na liya jaye. Woh char baatein kya hain?</w:t>
      </w:r>
    </w:p>
    <w:p>
      <w:pPr>
        <w:jc w:val="right"/>
      </w:pPr>
      <w:r>
        <w:t>جب تک اس سے چار باتوں کے بارے میں پوچھ نہ لیا جائے۔ وہ چار باتیں کیا ہیں؟</w:t>
      </w:r>
    </w:p>
    <w:p>
      <w:r>
        <w:rPr>
          <w:b/>
        </w:rPr>
        <w:t xml:space="preserve">[06:38] </w:t>
      </w:r>
      <w:r>
        <w:t>kahan se kamaya aur kahan kharch kiya.</w:t>
      </w:r>
    </w:p>
    <w:p>
      <w:pPr>
        <w:jc w:val="right"/>
      </w:pPr>
      <w:r>
        <w:t>کہاں سے کمایا اور کہاں خرچ کیا۔</w:t>
      </w:r>
    </w:p>
    <w:p>
      <w:r>
        <w:rPr>
          <w:b/>
        </w:rPr>
        <w:t xml:space="preserve">[06:44] </w:t>
      </w:r>
      <w:r>
        <w:t>kyun ke aap jante hain ke sari zindagi aadmi kamane kamane kamane mein laga rehta hai. To sab se yani jo sargharmiyan hain insan ki woh sab ki sab</w:t>
      </w:r>
    </w:p>
    <w:p>
      <w:pPr>
        <w:jc w:val="right"/>
      </w:pPr>
      <w:r>
        <w:t>کیونکہ آپ جانتے ہیں کہ ساری زندگی آدمی کمانے کمانے کمانے میں لگا رہتا ہے۔ تو سب سے یعنی جو سرگرمیاں ہیں انسان کی وہ سب کی سب</w:t>
      </w:r>
    </w:p>
    <w:p>
      <w:r>
        <w:rPr>
          <w:b/>
        </w:rPr>
        <w:t xml:space="preserve">[07:02] </w:t>
      </w:r>
      <w:r>
        <w:t>sab ke sab sab ka maqsad yahi hota hai kamana. To buniyadi sargharmiyan jo hain woh yahi hain. Aap kisi se poochein ke tum kya karte ho to bataye ga mein yeh job karta hoon, yeh karobar karta hoon.</w:t>
      </w:r>
    </w:p>
    <w:p>
      <w:pPr>
        <w:jc w:val="right"/>
      </w:pPr>
      <w:r>
        <w:t>سب کے سب سب کا مقصد یہی ہوتا ہے کمانا۔ تو بنیادی سرگرمیاں جو ہیں وہ یہی ہیں۔ آپ کسی سے پوچھیں کہ تم کیا کرتے ہو تو بتائے گا میں یہ جاب کرتا ہوں، یہ کاروبار کرتا ہوں۔</w:t>
      </w:r>
    </w:p>
    <w:p>
      <w:r>
        <w:rPr>
          <w:b/>
        </w:rPr>
        <w:t xml:space="preserve">[07:15] </w:t>
      </w:r>
      <w:r>
        <w:t>To kamana ka matlab hai kamana is duniya mein. To farmaya ke ek baat yeh poochi jaye gi ke tum ne jo paisa kamaya woh kahan se kamaya.</w:t>
      </w:r>
    </w:p>
    <w:p>
      <w:pPr>
        <w:jc w:val="right"/>
      </w:pPr>
      <w:r>
        <w:t>تو کرنا کا مطلب ہے کمانا اس دنیا میں۔ تو فرمایا کہ ایک بات یہ پوچھی جائے گی کہ تم نے جو پیسہ کمایا وہ کہاں سے کمایا۔</w:t>
      </w:r>
    </w:p>
    <w:p>
      <w:r>
        <w:rPr>
          <w:b/>
        </w:rPr>
        <w:t xml:space="preserve">[07:32] </w:t>
      </w:r>
      <w:r>
        <w:t>ke nafe tareeqe se ya ghair nafe tareeqe se.</w:t>
      </w:r>
    </w:p>
    <w:p>
      <w:pPr>
        <w:jc w:val="right"/>
      </w:pPr>
      <w:r>
        <w:t>کہ نافع طریقے سے یا غیر نافع طریقے سے۔</w:t>
      </w:r>
    </w:p>
    <w:p>
      <w:r>
        <w:rPr>
          <w:b/>
        </w:rPr>
        <w:t xml:space="preserve">[07:38] </w:t>
      </w:r>
      <w:r>
        <w:t>Aur doosri baat yeh poochi jaye gi ke jo kamaya us ko kahan kharch kiya. Mun kahan se kamaya aur kahan kharch kiya.</w:t>
      </w:r>
    </w:p>
    <w:p>
      <w:pPr>
        <w:jc w:val="right"/>
      </w:pPr>
      <w:r>
        <w:t>اور دوسری بات یہ پوچھی جائے گی کہ جو کمایا اس کو کہاں خرچ کیا۔ من کہاں سے کمایا اور کہاں خرچ کیا۔</w:t>
      </w:r>
    </w:p>
    <w:p>
      <w:r>
        <w:rPr>
          <w:b/>
        </w:rPr>
        <w:t xml:space="preserve">[07:55] </w:t>
      </w:r>
      <w:r>
        <w:t>Yeh do baatein huin. Teesri aur chothi baat yeh hai</w:t>
      </w:r>
    </w:p>
    <w:p>
      <w:pPr>
        <w:jc w:val="right"/>
      </w:pPr>
      <w:r>
        <w:t>یہ دو بات ہوئیں۔ تیسری اور چوتھی بات یہ ہے</w:t>
      </w:r>
    </w:p>
    <w:p>
      <w:r>
        <w:rPr>
          <w:b/>
        </w:rPr>
        <w:t xml:space="preserve">[08:03] </w:t>
      </w:r>
      <w:r>
        <w:t>ke kya jana aur jo jana us ke mutabiq kiya amal kiya.</w:t>
      </w:r>
    </w:p>
    <w:p>
      <w:pPr>
        <w:jc w:val="right"/>
      </w:pPr>
      <w:r>
        <w:t>کہ کیا جانا اور جو جانا اس کے مطابق کیا عمل کیا۔</w:t>
      </w:r>
    </w:p>
    <w:p>
      <w:r>
        <w:rPr>
          <w:b/>
        </w:rPr>
        <w:t xml:space="preserve">[08:11] </w:t>
      </w:r>
      <w:r>
        <w:t>Do hi cheezein insan ki sari sargharmiyon ka yani woh rehti hain, markaz bani rehti hain.</w:t>
      </w:r>
    </w:p>
    <w:p>
      <w:pPr>
        <w:jc w:val="right"/>
      </w:pPr>
      <w:r>
        <w:t>دو ہی چیزیں انسان کی ساری سرگرمیوں کا یعنی وہ رہتی ہیں، مرکز بنی رہتی ہیں۔</w:t>
      </w:r>
    </w:p>
    <w:p>
      <w:r>
        <w:rPr>
          <w:b/>
        </w:rPr>
        <w:t xml:space="preserve">[08:21] </w:t>
      </w:r>
      <w:r>
        <w:t>yani kamana aur seekhna.</w:t>
      </w:r>
    </w:p>
    <w:p>
      <w:pPr>
        <w:jc w:val="right"/>
      </w:pPr>
      <w:r>
        <w:t>یعنی کمانا اور سیکھنا۔</w:t>
      </w:r>
    </w:p>
    <w:p>
      <w:r>
        <w:rPr>
          <w:b/>
        </w:rPr>
        <w:t xml:space="preserve">[08:26] </w:t>
      </w:r>
      <w:r>
        <w:t>Kamana aur seekhna. To kamane mein kya hai kamana aur kharch karna. Seekhne mein kya hai janna aur us ke mutabiq karna.</w:t>
      </w:r>
    </w:p>
    <w:p>
      <w:pPr>
        <w:jc w:val="right"/>
      </w:pPr>
      <w:r>
        <w:t>کمانا اور سیکھنا۔ تو کمانے میں کیا ہے کمانا اور خرچ کرنا۔ سیکھنے میں کیا ہے جاننا اور اس کے مطابق کرنا۔</w:t>
      </w:r>
    </w:p>
    <w:p>
      <w:r>
        <w:rPr>
          <w:b/>
        </w:rPr>
        <w:t xml:space="preserve">[08:37] </w:t>
      </w:r>
      <w:r>
        <w:t>Yeh char buniyadi sargharmiyan hain insan ki.</w:t>
      </w:r>
    </w:p>
    <w:p>
      <w:pPr>
        <w:jc w:val="right"/>
      </w:pPr>
      <w:r>
        <w:t>یہ چار بنیادی سرگرمیاں ہیں انسان کی۔</w:t>
      </w:r>
    </w:p>
    <w:p>
      <w:r>
        <w:rPr>
          <w:b/>
        </w:rPr>
        <w:t xml:space="preserve">[08:43] </w:t>
      </w:r>
      <w:r>
        <w:t>To kamane ke do pehlu hain. Seekhne ke bhi do pehlu hain. To kul char hue yeh. To buniyadi tor par jo accountability hai jo faisla sazi hai</w:t>
      </w:r>
    </w:p>
    <w:p>
      <w:pPr>
        <w:jc w:val="right"/>
      </w:pPr>
      <w:r>
        <w:t>تو کمانے کے دو پہلو ہیں۔ سیکھنے کے بھی دو پہلو ہیں۔ تو کل چار ہوئے یہ۔ تو بنیادی طور پر جو اکاؤنٹیبلٹی ہے جو فیصلہ سازی ہے</w:t>
      </w:r>
    </w:p>
    <w:p>
      <w:r>
        <w:rPr>
          <w:b/>
        </w:rPr>
        <w:t xml:space="preserve">[09:03] </w:t>
      </w:r>
      <w:r>
        <w:t>baad mout ke arsay mein woh inhi charon sawalon par faisla hoga. Isi par faisla kiya jaye ga ke kaun haqdar hai jannat ke liye aur kaun haqdar nahi karta.</w:t>
      </w:r>
    </w:p>
    <w:p>
      <w:pPr>
        <w:jc w:val="right"/>
      </w:pPr>
      <w:r>
        <w:t>بعد موت کے عرصے میں وہ انہی چاروں سوالوں پر فیصلہ ہوگا۔ اسی پر فیصلہ کیا جائے گا کہ کون حق دار ہے جنت کے لیے اور کون حق دار نہیں کرتا۔</w:t>
      </w:r>
    </w:p>
    <w:p>
      <w:r>
        <w:rPr>
          <w:b/>
        </w:rPr>
        <w:t xml:space="preserve">[09:17] </w:t>
      </w:r>
      <w:r>
        <w:t>isi par jahannum aur jannat ka</w:t>
      </w:r>
    </w:p>
    <w:p>
      <w:pPr>
        <w:jc w:val="right"/>
      </w:pPr>
      <w:r>
        <w:t>اسی پر جہنم اور جنت کا</w:t>
      </w:r>
    </w:p>
    <w:p>
      <w:r>
        <w:rPr>
          <w:b/>
        </w:rPr>
        <w:t xml:space="preserve">[09:22] </w:t>
      </w:r>
      <w:r>
        <w:t>woh kiya jaye ga.</w:t>
      </w:r>
    </w:p>
    <w:p>
      <w:pPr>
        <w:jc w:val="right"/>
      </w:pPr>
      <w:r>
        <w:t>وہ کیا جائے گا۔</w:t>
      </w:r>
    </w:p>
    <w:p>
      <w:r>
        <w:rPr>
          <w:b/>
        </w:rPr>
        <w:t xml:space="preserve">[09:27] </w:t>
      </w:r>
      <w:r>
        <w:t>yani in charon sawalon mein jo poora utre ga us ke liye jannat hai. Abdi duniya. Aur jo is mein poora na utre us ke liye jahannum hai.</w:t>
      </w:r>
    </w:p>
    <w:p>
      <w:pPr>
        <w:jc w:val="right"/>
      </w:pPr>
      <w:r>
        <w:t>یعنی ان چاروں سوالوں میں جو پورا اترے گا اس کے لیے جنت ہے۔ ابدی دنیا۔ اور جو اس میں پورا نہ اترے اس کے لیے جہنم ہے۔</w:t>
      </w:r>
    </w:p>
    <w:p>
      <w:r>
        <w:rPr>
          <w:b/>
        </w:rPr>
        <w:t xml:space="preserve">[09:42] </w:t>
      </w:r>
      <w:r>
        <w:t>Isi theory ya aisi tasawwur ka naam hai akhirat.</w:t>
      </w:r>
    </w:p>
    <w:p>
      <w:pPr>
        <w:jc w:val="right"/>
      </w:pPr>
      <w:r>
        <w:t>اسی تھیوری یا ایسی تصور کا نام ہے آخرت۔</w:t>
      </w:r>
    </w:p>
    <w:p>
      <w:r>
        <w:rPr>
          <w:b/>
        </w:rPr>
        <w:t xml:space="preserve">[09:53] </w:t>
      </w:r>
      <w:r>
        <w:t>To dekhein</w:t>
      </w:r>
    </w:p>
    <w:p>
      <w:pPr>
        <w:jc w:val="right"/>
      </w:pPr>
      <w:r>
        <w:t>تو دیکھیں</w:t>
      </w:r>
    </w:p>
    <w:p>
      <w:r>
        <w:rPr>
          <w:b/>
        </w:rPr>
        <w:t xml:space="preserve">[09:57] </w:t>
      </w:r>
      <w:r>
        <w:t>yeh sochne ki baat hai ke</w:t>
      </w:r>
    </w:p>
    <w:p>
      <w:pPr>
        <w:jc w:val="right"/>
      </w:pPr>
      <w:r>
        <w:t>یہ سوچنے کی بات ہے کہ</w:t>
      </w:r>
    </w:p>
    <w:p>
      <w:r>
        <w:rPr>
          <w:b/>
        </w:rPr>
        <w:t xml:space="preserve">[10:06] </w:t>
      </w:r>
      <w:r>
        <w:t>kaise koi aadmi kamyab hoga baad maut ke arse mein. yeh baat ko janna chahiye. is ko sochna chahiye.</w:t>
      </w:r>
    </w:p>
    <w:p>
      <w:pPr>
        <w:jc w:val="right"/>
      </w:pPr>
      <w:r>
        <w:t>کیسے کوئی آدمی کامیاب ہوگا بعد موت کے عرصے میں۔ یہ بات کو جاننا چاہیے۔ اس کو سوچنا چاہیے۔</w:t>
      </w:r>
    </w:p>
    <w:p>
      <w:r>
        <w:rPr>
          <w:b/>
        </w:rPr>
        <w:t xml:space="preserve">[10:17] </w:t>
      </w:r>
      <w:r>
        <w:t>is ko gehrai mein ja kar dekhen.</w:t>
      </w:r>
    </w:p>
    <w:p>
      <w:pPr>
        <w:jc w:val="right"/>
      </w:pPr>
      <w:r>
        <w:t>اس کو گہرائی میں جا کر دیکھیں۔</w:t>
      </w:r>
    </w:p>
    <w:p>
      <w:r>
        <w:rPr>
          <w:b/>
        </w:rPr>
        <w:t xml:space="preserve">[10:21] </w:t>
      </w:r>
      <w:r>
        <w:t>yeh dunya jo banane wale ne banai hai yeh sirf phoolon ki dunya nahi hai. phoolon ke sath yeh kaante ki dunya bhi hai.</w:t>
      </w:r>
    </w:p>
    <w:p>
      <w:pPr>
        <w:jc w:val="right"/>
      </w:pPr>
      <w:r>
        <w:t>یہ دنیا جو بنانے والے نے بنائی ہے یہ صرف پھولوں کی دنیا نہیں ہے۔ پھولوں کے ساتھ یہ کانٹے کی دنیا بھی ہے۔</w:t>
      </w:r>
    </w:p>
    <w:p>
      <w:r>
        <w:rPr>
          <w:b/>
        </w:rPr>
        <w:t xml:space="preserve">[10:37] </w:t>
      </w:r>
      <w:r>
        <w:t>aap jante hain har phool mein do mukhtalif chezen hoti hain. phool aur thar.</w:t>
      </w:r>
    </w:p>
    <w:p>
      <w:pPr>
        <w:jc w:val="right"/>
      </w:pPr>
      <w:r>
        <w:t>آپ جانتے ہیں ہر پھول میں دو مختلف چیزیں ہوتی ہیں۔ پھول اور تھار۔</w:t>
      </w:r>
    </w:p>
    <w:p>
      <w:r>
        <w:rPr>
          <w:b/>
        </w:rPr>
        <w:t xml:space="preserve">[10:50] </w:t>
      </w:r>
      <w:r>
        <w:t>yeh hai case hamari dunya ka. yahan par phool bhi hain aur kaante bhi hain. yani pasand aur napasand dono hain.</w:t>
      </w:r>
    </w:p>
    <w:p>
      <w:pPr>
        <w:jc w:val="right"/>
      </w:pPr>
      <w:r>
        <w:t>یہ ہے کیس ہماری دنیا کا۔ یہاں پر پھول بھی ہیں اور کانٹے بھی ہیں۔ یعنی پسند اور ناپسند دونوں ہیں۔</w:t>
      </w:r>
    </w:p>
    <w:p>
      <w:r>
        <w:rPr>
          <w:b/>
        </w:rPr>
        <w:t xml:space="preserve">[11:04] </w:t>
      </w:r>
      <w:r>
        <w:t>khushgawar aur nakhushgawar dono qism ki chezen hain. manfi cheez aur musbat cheez dono yahan maujood hain.</w:t>
      </w:r>
    </w:p>
    <w:p>
      <w:pPr>
        <w:jc w:val="right"/>
      </w:pPr>
      <w:r>
        <w:t>خوشگوار اور ناخوشگوار دونوں قسم کی چیزیں ہیں۔ منفی چیز اور مثبت چیز دونوں یہاں موجود ہیں۔</w:t>
      </w:r>
    </w:p>
    <w:p>
      <w:r>
        <w:rPr>
          <w:b/>
        </w:rPr>
        <w:t xml:space="preserve">[11:14] </w:t>
      </w:r>
      <w:r>
        <w:t>is ke beech mein aap ko daal diya gaya hai.</w:t>
      </w:r>
    </w:p>
    <w:p>
      <w:pPr>
        <w:jc w:val="right"/>
      </w:pPr>
      <w:r>
        <w:t>اس کے بیچ میں آپ کو ڈال دیا گیا ہے۔</w:t>
      </w:r>
    </w:p>
    <w:p>
      <w:r>
        <w:rPr>
          <w:b/>
        </w:rPr>
        <w:t xml:space="preserve">[11:20] </w:t>
      </w:r>
      <w:r>
        <w:t>aur azadi de di gayi hai. ab apne</w:t>
      </w:r>
    </w:p>
    <w:p>
      <w:pPr>
        <w:jc w:val="right"/>
      </w:pPr>
      <w:r>
        <w:t>اور آزادی دے دی گئی ہے۔ اب اپنے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