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Akhirat March 12, 2006 Maulana Wahiduddin Khan</w:t>
      </w:r>
    </w:p>
    <w:p>
      <w:r>
        <w:t>https://www.youtube.com/watch?v=elZCVSWN1I0</w:t>
      </w:r>
    </w:p>
    <w:p>
      <w:r>
        <w:rPr>
          <w:b/>
        </w:rPr>
        <w:t xml:space="preserve">[00:13] </w:t>
      </w:r>
      <w:r>
        <w:t>bismillah rahman rahim, wasallallahu ala nabiyyil karim. rab 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[00:38] </w:t>
      </w:r>
      <w:r>
        <w:t>aap jante hain ke hamari jo yeh class hoti hai, haftawar class, is ka maqsad hai dilchasp samajhna.</w:t>
      </w:r>
    </w:p>
    <w:p>
      <w:pPr>
        <w:jc w:val="right"/>
      </w:pPr>
      <w:r>
        <w:t>آپ جانتے ہیں کہ ہماری جو یہ کلاس ہوتی ہے، ہفتہ وار کلاس، اس کا مقصد ہے دلچسپ سمجھنا۔</w:t>
      </w:r>
    </w:p>
    <w:p>
      <w:r>
        <w:rPr>
          <w:b/>
        </w:rPr>
        <w:t xml:space="preserve">[00:54] </w:t>
      </w:r>
      <w:r>
        <w:t>yeh zamana ta'amul ka zamana hai, mukalme ka zamana hai,</w:t>
      </w:r>
    </w:p>
    <w:p>
      <w:pPr>
        <w:jc w:val="right"/>
      </w:pPr>
      <w:r>
        <w:t>یہ زمانہ تعامل کا زمانہ ہے، مکالمے کا زمانہ ہے،</w:t>
      </w:r>
    </w:p>
    <w:p>
      <w:r>
        <w:rPr>
          <w:b/>
        </w:rPr>
        <w:t xml:space="preserve">[01:07] </w:t>
      </w:r>
      <w:r>
        <w:t>behas o mubahashe ka zamana hai, ek doosre ko samajhne ka zamana hai.</w:t>
      </w:r>
    </w:p>
    <w:p>
      <w:pPr>
        <w:jc w:val="right"/>
      </w:pPr>
      <w:r>
        <w:t>بحث و مباحثے کا زمانہ ہے، ایک دوسرے کو سمجھنے کا زمانہ ہے۔</w:t>
      </w:r>
    </w:p>
    <w:p>
      <w:r>
        <w:rPr>
          <w:b/>
        </w:rPr>
        <w:t xml:space="preserve">[01:16] </w:t>
      </w:r>
      <w:r>
        <w:t>aap jante hain ke hazaron saal se dunya mein koi bara taraqqiyati amal nahi ho raha tha.</w:t>
      </w:r>
    </w:p>
    <w:p>
      <w:pPr>
        <w:jc w:val="right"/>
      </w:pPr>
      <w:r>
        <w:t>آپ جانتے ہیں کہ ہزاروں سال سے دنیا میں کوئی بڑا ترقیاتی عمل نہیں ہو رہا تھا۔</w:t>
      </w:r>
    </w:p>
    <w:p>
      <w:r>
        <w:rPr>
          <w:b/>
        </w:rPr>
        <w:t xml:space="preserve">[01:25] </w:t>
      </w:r>
      <w:r>
        <w:t>yeh taraqqiyati amal jo aaj aap dekhte hain, woh kaise hua?</w:t>
      </w:r>
    </w:p>
    <w:p>
      <w:pPr>
        <w:jc w:val="right"/>
      </w:pPr>
      <w:r>
        <w:t>یہ ترقیاتی عمل جو آج آپ دیکھتے ہیں، وہ کیسے ہوا؟</w:t>
      </w:r>
    </w:p>
    <w:p>
      <w:r>
        <w:rPr>
          <w:b/>
        </w:rPr>
        <w:t xml:space="preserve">[01:34] </w:t>
      </w:r>
      <w:r>
        <w:t>yeh hua jab mawaslat ka zamana aaya.</w:t>
      </w:r>
    </w:p>
    <w:p>
      <w:pPr>
        <w:jc w:val="right"/>
      </w:pPr>
      <w:r>
        <w:t>یہ ہوا جب مواصلات کا زمانہ آیا۔</w:t>
      </w:r>
    </w:p>
    <w:p>
      <w:r>
        <w:rPr>
          <w:b/>
        </w:rPr>
        <w:t xml:space="preserve">[01:41] </w:t>
      </w:r>
      <w:r>
        <w:t>ek scholar ne wazeh taur par kaha hai ke "our age is the age of communication".</w:t>
      </w:r>
    </w:p>
    <w:p>
      <w:pPr>
        <w:jc w:val="right"/>
      </w:pPr>
      <w:r>
        <w:t>ایک اسکالر نے واضح طور پر کہا ہے کہ "اوور ایج از دا ایج آف کمیونیکیشن"۔</w:t>
      </w:r>
    </w:p>
    <w:p>
      <w:r>
        <w:rPr>
          <w:b/>
        </w:rPr>
        <w:t xml:space="preserve">[01:51] </w:t>
      </w:r>
      <w:r>
        <w:t>is se pehle mawaslat nahi tha, is liye koi bara taraqqiyati amal bhi pichli tareekh mein nahi hua.</w:t>
      </w:r>
    </w:p>
    <w:p>
      <w:pPr>
        <w:jc w:val="right"/>
      </w:pPr>
      <w:r>
        <w:t>اس سے پہلے مواصلات نہیں تھا، اس لیے کوئی بڑا ترقیاتی عمل بھی پچھلی تاریخ میں نہیں ہوا۔</w:t>
      </w:r>
    </w:p>
    <w:p>
      <w:r>
        <w:rPr>
          <w:b/>
        </w:rPr>
        <w:t xml:space="preserve">[02:06] </w:t>
      </w:r>
      <w:r>
        <w:t>mawaslat ke aane se</w:t>
      </w:r>
    </w:p>
    <w:p>
      <w:pPr>
        <w:jc w:val="right"/>
      </w:pPr>
      <w:r>
        <w:t>مواصلات کے آنے سے</w:t>
      </w:r>
    </w:p>
    <w:p>
      <w:r>
        <w:rPr>
          <w:b/>
        </w:rPr>
        <w:t xml:space="preserve">[02:10] </w:t>
      </w:r>
      <w:r>
        <w:t>ek baat to yeh hui ke seekhne ka amal bohat barh gaya. har ek ke paas kuch hota hai hissa dalne ke liye, kuch bantne ke liye.</w:t>
      </w:r>
    </w:p>
    <w:p>
      <w:pPr>
        <w:jc w:val="right"/>
      </w:pPr>
      <w:r>
        <w:t>ایک بات تو یہ ہوئی کہ سیکھنے کا عمل بہت بڑھ گیا۔ ہر ایک کے پاس کچھ ہوتا ہے حصہ ڈالنے کے لیے، کچھ بانٹنے کے لیے۔</w:t>
      </w:r>
    </w:p>
    <w:p>
      <w:r>
        <w:rPr>
          <w:b/>
        </w:rPr>
        <w:t xml:space="preserve">[02:25] </w:t>
      </w:r>
      <w:r>
        <w:t>lekin pehle yeh amal bohat mehdood had tak hota tha.</w:t>
      </w:r>
    </w:p>
    <w:p>
      <w:pPr>
        <w:jc w:val="right"/>
      </w:pPr>
      <w:r>
        <w:t>لیکن پہلے یہ عمل بہت محدود حد تک ہوتا تھا۔</w:t>
      </w:r>
    </w:p>
    <w:p>
      <w:r>
        <w:rPr>
          <w:b/>
        </w:rPr>
        <w:t xml:space="preserve">[02:33] </w:t>
      </w:r>
      <w:r>
        <w:t>lekin jab mawaslat ka zamana aaya to yeh bantne ka amal jo hai, insani society mein be had had tak barh gaya.</w:t>
      </w:r>
    </w:p>
    <w:p>
      <w:pPr>
        <w:jc w:val="right"/>
      </w:pPr>
      <w:r>
        <w:t>لیکن جب مواصلات کا زمانہ آیا تو یہ بانٹنے کا عمل جو ہے، انسانی سوسائٹی میں بے حد حد تک بڑھ گیا۔</w:t>
      </w:r>
    </w:p>
    <w:p>
      <w:r>
        <w:rPr>
          <w:b/>
        </w:rPr>
        <w:t xml:space="preserve">[02:50] </w:t>
      </w:r>
      <w:r>
        <w:t>so yeh tamam tar taraqqiyati amal is bantne ke amal ki wajah se hain.</w:t>
      </w:r>
    </w:p>
    <w:p>
      <w:pPr>
        <w:jc w:val="right"/>
      </w:pPr>
      <w:r>
        <w:t>سو یہ تمام تر ترقیاتی عمل اس بانٹنے کے عمل کی وجہ سے ہیں۔</w:t>
      </w:r>
    </w:p>
    <w:p>
      <w:r>
        <w:rPr>
          <w:b/>
        </w:rPr>
        <w:t xml:space="preserve">[02:56] </w:t>
      </w:r>
      <w:r>
        <w:t>ek doosre se seekhna.</w:t>
      </w:r>
    </w:p>
    <w:p>
      <w:pPr>
        <w:jc w:val="right"/>
      </w:pPr>
      <w:r>
        <w:t>ایک دوسرے سے سیکھنا۔</w:t>
      </w:r>
    </w:p>
    <w:p>
      <w:r>
        <w:rPr>
          <w:b/>
        </w:rPr>
        <w:t xml:space="preserve">[03:02] </w:t>
      </w:r>
      <w:r>
        <w:t>jaise ke yahan jo jantr mantr mein aap ne dekha hoga, ek ajeeb dhang ki imaraten khari hui hain.</w:t>
      </w:r>
    </w:p>
    <w:p>
      <w:pPr>
        <w:jc w:val="right"/>
      </w:pPr>
      <w:r>
        <w:t>جیسے کہ یہاں جو جنتر منتھر میں آپ نے دیکھا ہوگا، ایک عجیب ڈھنگ کی عمارتیں کھڑی ہوئی ہیں۔</w:t>
      </w:r>
    </w:p>
    <w:p>
      <w:r>
        <w:rPr>
          <w:b/>
        </w:rPr>
        <w:t xml:space="preserve">[03:11] </w:t>
      </w:r>
      <w:r>
        <w:t>woh kya hai? woh pehle zamane ke observatory theen. woh observatory kaise bani?</w:t>
      </w:r>
    </w:p>
    <w:p>
      <w:pPr>
        <w:jc w:val="right"/>
      </w:pPr>
      <w:r>
        <w:t>وہ کیا ہے؟ وہ پہلے زمانے کے آبزرویٹری تھیں۔ وہ آبزرویٹری کیسے بنی؟</w:t>
      </w:r>
    </w:p>
    <w:p>
      <w:r>
        <w:rPr>
          <w:b/>
        </w:rPr>
        <w:t xml:space="preserve">[03:21] </w:t>
      </w:r>
      <w:r>
        <w:t>woh baghdad ke model par banai gai.</w:t>
      </w:r>
    </w:p>
    <w:p>
      <w:pPr>
        <w:jc w:val="right"/>
      </w:pPr>
      <w:r>
        <w:t>وہ بغداد کے ماڈل پر بنائی گئی۔</w:t>
      </w:r>
    </w:p>
    <w:p>
      <w:r>
        <w:rPr>
          <w:b/>
        </w:rPr>
        <w:t xml:space="preserve">[03:27] </w:t>
      </w:r>
      <w:r>
        <w:t>baghdad mein</w:t>
      </w:r>
    </w:p>
    <w:p>
      <w:pPr>
        <w:jc w:val="right"/>
      </w:pPr>
      <w:r>
        <w:t>بغداد میں</w:t>
      </w:r>
    </w:p>
    <w:p>
      <w:r>
        <w:rPr>
          <w:b/>
        </w:rPr>
        <w:t xml:space="preserve">[03:31] </w:t>
      </w:r>
      <w:r>
        <w:t>wahan ke muslim science-danon ne</w:t>
      </w:r>
    </w:p>
    <w:p>
      <w:pPr>
        <w:jc w:val="right"/>
      </w:pPr>
      <w:r>
        <w:t>وہاں کے مسلم سائنسدانوں نے</w:t>
      </w:r>
    </w:p>
    <w:p>
      <w:r>
        <w:rPr>
          <w:b/>
        </w:rPr>
        <w:t xml:space="preserve">[03:39] </w:t>
      </w:r>
      <w:r>
        <w:t>observatory banai jis se woh khala ko mushahida kar saken. Yani sitaron ki harkat ko, suraj chand ko.</w:t>
      </w:r>
    </w:p>
    <w:p>
      <w:pPr>
        <w:jc w:val="right"/>
      </w:pPr>
      <w:r>
        <w:t>آبزرویٹری بنائی جس سے وہ خلاء کو مشاہدہ کر سکیں۔ یعنی ستاروں کی حرکت کو، سورج چاند کو۔</w:t>
      </w:r>
    </w:p>
    <w:p>
      <w:r>
        <w:rPr>
          <w:b/>
        </w:rPr>
        <w:t xml:space="preserve">[03:49] </w:t>
      </w:r>
      <w:r>
        <w:t>toh isi observatory ke model par India mein Jantar Mantar road par observatory banai gai.</w:t>
      </w:r>
    </w:p>
    <w:p>
      <w:pPr>
        <w:jc w:val="right"/>
      </w:pPr>
      <w:r>
        <w:t>تو اسی آبزرویٹری کے ماڈل پر انڈیا میں جنتر منتھر روڈ پر آبزرویٹری بنائی گئی۔</w:t>
      </w:r>
    </w:p>
    <w:p>
      <w:r>
        <w:rPr>
          <w:b/>
        </w:rPr>
        <w:t xml:space="preserve">[03:59] </w:t>
      </w:r>
      <w:r>
        <w:t>yeh gaya Baghdad se ilm aaya India mein. Is tarah se India se ilm gaya Baghdad mein.</w:t>
      </w:r>
    </w:p>
    <w:p>
      <w:pPr>
        <w:jc w:val="right"/>
      </w:pPr>
      <w:r>
        <w:t>یہ گیا بغداد سے علم آیا انڈیا میں۔ اس طرح سے انڈیا سے علم گیا بغداد میں۔</w:t>
      </w:r>
    </w:p>
    <w:p>
      <w:r>
        <w:rPr>
          <w:b/>
        </w:rPr>
        <w:t xml:space="preserve">[04:09] </w:t>
      </w:r>
      <w:r>
        <w:t>woh kaise? Baghdad ke khalifa ko maloom hua ke India mein ek pandit hai jis ne ek kitab likhi hai</w:t>
      </w:r>
    </w:p>
    <w:p>
      <w:pPr>
        <w:jc w:val="right"/>
      </w:pPr>
      <w:r>
        <w:t>وہ کیسے؟ بغداد کے خلیفہ کو معلوم ہوا کہ انڈیا میں ایک پنڈت ہے جس نے ایک کتاب لکھی ہے</w:t>
      </w:r>
    </w:p>
    <w:p>
      <w:r>
        <w:rPr>
          <w:b/>
        </w:rPr>
        <w:t xml:space="preserve">[04:23] </w:t>
      </w:r>
      <w:r>
        <w:t>jis mein is ne ginti karne ko aasan kar diya hai. Pehle zamane mein ginti karna bohat mushkil tha.</w:t>
      </w:r>
    </w:p>
    <w:p>
      <w:pPr>
        <w:jc w:val="right"/>
      </w:pPr>
      <w:r>
        <w:t>جس میں اس نے گنتی کرنے کو آسان کر دیا ہے۔ پہلے زمانے میں گنتی کرنا بہت مشکل تھا۔</w:t>
      </w:r>
    </w:p>
    <w:p>
      <w:r>
        <w:rPr>
          <w:b/>
        </w:rPr>
        <w:t xml:space="preserve">[04:36] </w:t>
      </w:r>
      <w:r>
        <w:t>unhon ne, India ke ek pandit ne yeh nikala ke ek par shafar laga do toh das ban gaya. Ek aur shafar barha do toh sau ho gaya.</w:t>
      </w:r>
    </w:p>
    <w:p>
      <w:pPr>
        <w:jc w:val="right"/>
      </w:pPr>
      <w:r>
        <w:t>انہوں نے، انڈیا کے ایک پنڈت نے یہ نکالا کہ ایک پر صفر لگا دو تو دس بن گیا۔ ایک اور صفر بڑھا دو تو سو ہو گیا۔</w:t>
      </w:r>
    </w:p>
    <w:p>
      <w:r>
        <w:rPr>
          <w:b/>
        </w:rPr>
        <w:t xml:space="preserve">[04:45] </w:t>
      </w:r>
      <w:r>
        <w:t>ek aur shafar barha do toh hazar ho gaya.</w:t>
      </w:r>
    </w:p>
    <w:p>
      <w:pPr>
        <w:jc w:val="right"/>
      </w:pPr>
      <w:r>
        <w:t>ایک اور صفر بڑھا دو تو ہزار ہو گیا۔</w:t>
      </w:r>
    </w:p>
    <w:p>
      <w:r>
        <w:rPr>
          <w:b/>
        </w:rPr>
        <w:t xml:space="preserve">[04:50] </w:t>
      </w:r>
      <w:r>
        <w:t>yeh un ko pata chala toh unhon ne apna aadmi bheja, us ne Sanskrit seekhi, us kitab ko us ne liya aur us ka tarjuma kiya Arabi zaban mein.</w:t>
      </w:r>
    </w:p>
    <w:p>
      <w:pPr>
        <w:jc w:val="right"/>
      </w:pPr>
      <w:r>
        <w:t>یہ ان کو پتہ چلا تو انہوں نے اپنا آدمی بھیجا، اس نے سنسکرت سیکھی، اس کتاب کو اس نے لیا اور اس کا ترجمہ کیا عربی زبان میں۔</w:t>
      </w:r>
    </w:p>
    <w:p>
      <w:r>
        <w:rPr>
          <w:b/>
        </w:rPr>
        <w:t xml:space="preserve">[05:00] </w:t>
      </w:r>
      <w:r>
        <w:t>toh agarchay yeh</w:t>
      </w:r>
    </w:p>
    <w:p>
      <w:pPr>
        <w:jc w:val="right"/>
      </w:pPr>
      <w:r>
        <w:t>تو اگرچہ یہ</w:t>
      </w:r>
    </w:p>
    <w:p>
      <w:r>
        <w:rPr>
          <w:b/>
        </w:rPr>
        <w:t xml:space="preserve">[05:05] </w:t>
      </w:r>
      <w:r>
        <w:t>Indian numerals thay, lekin aam taur par unhein Arabi numerals kaha jata hai. Kyun? Kyun ke mutarif karne ka kaam Arabon ne kiya.</w:t>
      </w:r>
    </w:p>
    <w:p>
      <w:pPr>
        <w:jc w:val="right"/>
      </w:pPr>
      <w:r>
        <w:t>انڈین نیومرلز تھے، لیکن عام طور پر انہیں عربی نیومرلز کہا جاتا ہے۔ کیوں؟ کیونکہ متعارف کرنے کا کام عربوں نے کیا۔</w:t>
      </w:r>
    </w:p>
    <w:p>
      <w:r>
        <w:rPr>
          <w:b/>
        </w:rPr>
        <w:t xml:space="preserve">[05:21] </w:t>
      </w:r>
      <w:r>
        <w:t>aur is ke baad bohat, yani science mein taraqqi is waqt tak nahi ho rahi thi jab tak ke ginti ka tareeqa yeh daryaft nahi hua tha.</w:t>
      </w:r>
    </w:p>
    <w:p>
      <w:pPr>
        <w:jc w:val="right"/>
      </w:pPr>
      <w:r>
        <w:t>اور اس کے بعد بہت، یعنی سائنس میں ترقی اس وقت تک نہیں ہو رہی تھی جب تک کہ گنتی کا طریقہ یہ دریافت نہیں ہوا تھا۔</w:t>
      </w:r>
    </w:p>
    <w:p>
      <w:r>
        <w:rPr>
          <w:b/>
        </w:rPr>
        <w:t xml:space="preserve">[05:33] </w:t>
      </w:r>
      <w:r>
        <w:t>ab computer age mein ginti ke aur tareeqay taraqqi kar ke ban gaye hain.</w:t>
      </w:r>
    </w:p>
    <w:p>
      <w:pPr>
        <w:jc w:val="right"/>
      </w:pPr>
      <w:r>
        <w:t>اب کمپیوٹر ایج میں گنتی کے اور طریقے ترقی کر کے بن گئے ہیں۔</w:t>
      </w:r>
    </w:p>
    <w:p>
      <w:r>
        <w:rPr>
          <w:b/>
        </w:rPr>
        <w:t xml:space="preserve">[05:37] </w:t>
      </w:r>
      <w:r>
        <w:t>toh behal main yeh keh raha hoon ke yeh bantnay ka amal, yani India se seekha Arab ne, Arab se seekha India ne. Ab yeh bantnay ka amal bohat barh gaya hai.</w:t>
      </w:r>
    </w:p>
    <w:p>
      <w:pPr>
        <w:jc w:val="right"/>
      </w:pPr>
      <w:r>
        <w:t>تو بہرحال میں یہ کہہ رہا ہوں کہ یہ بانٹنے کا عمل، یعنی انڈیا سے سیکھا عرب نے، عرب سے سیکھا انڈیا نے۔ اب یہ بانٹنے کا عمل بہت بڑھ گیا ہے۔</w:t>
      </w:r>
    </w:p>
    <w:p>
      <w:r>
        <w:rPr>
          <w:b/>
        </w:rPr>
        <w:t xml:space="preserve">[05:51] </w:t>
      </w:r>
      <w:r>
        <w:t>toh isi ka ek aur bhi natija hai, woh hai mazhab mein.</w:t>
      </w:r>
    </w:p>
    <w:p>
      <w:pPr>
        <w:jc w:val="right"/>
      </w:pPr>
      <w:r>
        <w:t>تو اسی کا ایک اور بھی نتیجہ ہے، وہ ہے مذہب میں۔</w:t>
      </w:r>
    </w:p>
    <w:p>
      <w:r>
        <w:rPr>
          <w:b/>
        </w:rPr>
        <w:t xml:space="preserve">[06:00] </w:t>
      </w:r>
      <w:r>
        <w:t>yani bad-qismati se mazhab mein ta'assub</w:t>
      </w:r>
    </w:p>
    <w:p>
      <w:pPr>
        <w:jc w:val="right"/>
      </w:pPr>
      <w:r>
        <w:t>یعنی بدقسمتی سے مذہب میں تعصب</w:t>
      </w:r>
    </w:p>
    <w:p>
      <w:r>
        <w:rPr>
          <w:b/>
        </w:rPr>
        <w:t xml:space="preserve">[06:04] </w:t>
      </w:r>
      <w:r>
        <w:t>aa jata hai foran. Hum riyazi mein toh banttay hain, falakiyat mein banttay hain, khulay mukalmay kar ke.</w:t>
      </w:r>
    </w:p>
    <w:p>
      <w:pPr>
        <w:jc w:val="right"/>
      </w:pPr>
      <w:r>
        <w:t>آجاتا ہے فوراً۔ ہم ریاضی میں تو بانٹتے ہیں، فلکیات میں بانٹتے ہیں، کھلے مکالمے کر کے۔</w:t>
      </w:r>
    </w:p>
    <w:p>
      <w:r>
        <w:rPr>
          <w:b/>
        </w:rPr>
        <w:t xml:space="preserve">[06:16] </w:t>
      </w:r>
      <w:r>
        <w:t>lekin jab mazhab ki baat aati hai toh wahan par ta'assub aa jata hai. Kathar pan aa jata hai.</w:t>
      </w:r>
    </w:p>
    <w:p>
      <w:pPr>
        <w:jc w:val="right"/>
      </w:pPr>
      <w:r>
        <w:t>لیکن جب مذہب کی بات آتی ہے تو وہاں پر تعصب آجاتا ہے۔ کٹر پن آجاتا ہے۔</w:t>
      </w:r>
    </w:p>
    <w:p>
      <w:r>
        <w:rPr>
          <w:b/>
        </w:rPr>
        <w:t xml:space="preserve">[06:27] </w:t>
      </w:r>
      <w:r>
        <w:t>hum chahtay hain ke yeh yeh cheez khatam ho.</w:t>
      </w:r>
    </w:p>
    <w:p>
      <w:pPr>
        <w:jc w:val="right"/>
      </w:pPr>
      <w:r>
        <w:t>ہم چاہتے ہیں کہ یہ یہ چیز ختم ہو۔</w:t>
      </w:r>
    </w:p>
    <w:p>
      <w:r>
        <w:rPr>
          <w:b/>
        </w:rPr>
        <w:t xml:space="preserve">[06:32] </w:t>
      </w:r>
      <w:r>
        <w:t>jis tarah khulay mukalmay</w:t>
      </w:r>
    </w:p>
    <w:p>
      <w:pPr>
        <w:jc w:val="right"/>
      </w:pPr>
      <w:r>
        <w:t>جس طرح کھلے مکالمے</w:t>
      </w:r>
    </w:p>
    <w:p>
      <w:r>
        <w:rPr>
          <w:b/>
        </w:rPr>
        <w:t xml:space="preserve">[06:36] </w:t>
      </w:r>
      <w:r>
        <w:t>sainsee shakhon mein hotay hain, isi tarah khulay mukalmay mazhab mein bhi hon.</w:t>
      </w:r>
    </w:p>
    <w:p>
      <w:pPr>
        <w:jc w:val="right"/>
      </w:pPr>
      <w:r>
        <w:t>سائنسی شاخوں میں ہوتے ہیں، اسی طرح کھلے مکالمے مذہب میں بھی ہوں۔</w:t>
      </w:r>
    </w:p>
    <w:p>
      <w:r>
        <w:rPr>
          <w:b/>
        </w:rPr>
        <w:t xml:space="preserve">[06:46] </w:t>
      </w:r>
      <w:r>
        <w:t>mazhab mein bhi hon.</w:t>
      </w:r>
    </w:p>
    <w:p>
      <w:pPr>
        <w:jc w:val="right"/>
      </w:pPr>
      <w:r>
        <w:t>مذہب میں بھی ہوں۔</w:t>
      </w:r>
    </w:p>
    <w:p>
      <w:r>
        <w:rPr>
          <w:b/>
        </w:rPr>
        <w:t xml:space="preserve">[06:49] </w:t>
      </w:r>
      <w:r>
        <w:t>aur main samajhta hoon ke India is ke liye behtareen mulk hai. Kyun ke India mein jo ata hai, jo khulay pan hai, jo bardasht hai, woh shayad kisi bhi doosray mulk mein nahi.</w:t>
      </w:r>
    </w:p>
    <w:p>
      <w:pPr>
        <w:jc w:val="right"/>
      </w:pPr>
      <w:r>
        <w:t>اور میں سمجھتا ہوں کہ انڈیا اس کے لیے بہترین ملک ہے۔ کیونکہ انڈیا میں جو عطا ہے، جو کھلے پن ہے، جو برداشت ہے، وہ شاید کسی بھی دوسرے ملک میں نہیں۔</w:t>
      </w:r>
    </w:p>
    <w:p>
      <w:r>
        <w:rPr>
          <w:b/>
        </w:rPr>
        <w:t xml:space="preserve">[07:08] </w:t>
      </w:r>
      <w:r>
        <w:t>yani yeh aik haqeeqat hai. mein dunya bhar mein gaya hoon, idhar udhar parha bhi hai bohat</w:t>
      </w:r>
    </w:p>
    <w:p>
      <w:pPr>
        <w:jc w:val="right"/>
      </w:pPr>
      <w:r>
        <w:t>یعنی یہ ایک حقیقت ہے۔ میں دنیا بھر میں گیا ہوں، ادھر اُدھر پڑھا بھی ہے بہت</w:t>
      </w:r>
    </w:p>
    <w:p>
      <w:r>
        <w:rPr>
          <w:b/>
        </w:rPr>
        <w:t xml:space="preserve">[07:15] </w:t>
      </w:r>
      <w:r>
        <w:t>kuch. mein poore yaqeen ke sath keh sakta hoon ke jo khule pan, jo bardasht india mein hai, woh kisi bhi mulk mein nahi hai.</w:t>
      </w:r>
    </w:p>
    <w:p>
      <w:pPr>
        <w:jc w:val="right"/>
      </w:pPr>
      <w:r>
        <w:t>کچھ۔ میں پورے یقین کے ساتھ کہہ سکتا ہوں کہ جو کھلے پن، جو برداشت انڈیا میں ہے، وہ کسی بھی ملک میں نہیں ہے۔</w:t>
      </w:r>
    </w:p>
    <w:p>
      <w:r>
        <w:rPr>
          <w:b/>
        </w:rPr>
        <w:t xml:space="preserve">[07:28] </w:t>
      </w:r>
      <w:r>
        <w:t>mein kal ki aik misaal deta hoon aap ko. ke kal mein haiderabad mein tha. haiderabad mein aik aisa, aik aisi baat hui jo kam az kam muslim mulkon mein to nahi ho sakti.</w:t>
      </w:r>
    </w:p>
    <w:p>
      <w:pPr>
        <w:jc w:val="right"/>
      </w:pPr>
      <w:r>
        <w:t>میں کل کی ایک مثال دیتا ہوں آپ کو۔ کہ کل میں حیدرآباد میں تھا۔ حیدرآباد میں ایک ایسا، ایک ایسی بات ہوئی جو کم از کم مسلم ملکوں میں تو نہیں ہو سکتی۔</w:t>
      </w:r>
    </w:p>
    <w:p>
      <w:r>
        <w:rPr>
          <w:b/>
        </w:rPr>
        <w:t xml:space="preserve">[07:44] </w:t>
      </w:r>
      <w:r>
        <w:t>57 muslim mulkon mein kabhi bhi aisa nahi ho sakta jo kal haiderabad mein hua. is misaal se aap samajh sakte hain ke india, india ki taqat kya hai.</w:t>
      </w:r>
    </w:p>
    <w:p>
      <w:pPr>
        <w:jc w:val="right"/>
      </w:pPr>
      <w:r>
        <w:t>57 مسلم ملکوں میں کبھی بھی ایسا نہیں ہو سکتا جو کل حیدرآباد میں ہوا۔ اس مثال سے آپ سمجھ سکتے ہیں کہ انڈیا، انڈیا کی طاقت کیا ہے۔</w:t>
      </w:r>
    </w:p>
    <w:p>
      <w:r>
        <w:rPr>
          <w:b/>
        </w:rPr>
        <w:t xml:space="preserve">[07:57] </w:t>
      </w:r>
      <w:r>
        <w:t>aur india ka khaas, yani hissa dalna kya hai. kal mein haiderabad mein tha.</w:t>
      </w:r>
    </w:p>
    <w:p>
      <w:pPr>
        <w:jc w:val="right"/>
      </w:pPr>
      <w:r>
        <w:t>اور انڈیا کا خاص، یعنی حصہ ڈالنا کیا ہے۔ کل میں حیدرآباد میں تھا۔</w:t>
      </w:r>
    </w:p>
    <w:p>
      <w:r>
        <w:rPr>
          <w:b/>
        </w:rPr>
        <w:t xml:space="preserve">[08:07] </w:t>
      </w:r>
      <w:r>
        <w:t>wahan par aik tanzeem hai, uska naam hai "pajna bharti".</w:t>
      </w:r>
    </w:p>
    <w:p>
      <w:pPr>
        <w:jc w:val="right"/>
      </w:pPr>
      <w:r>
        <w:t>وہاں پر ایک تنظیم ہے، اس کا نام ہے "پجنا بھارتی"۔</w:t>
      </w:r>
    </w:p>
    <w:p>
      <w:r>
        <w:rPr>
          <w:b/>
        </w:rPr>
        <w:t xml:space="preserve">[08:13] </w:t>
      </w:r>
      <w:r>
        <w:t>is mein sab rss ke log thay. rss ke logon ne yeh tanzeem banai hai. unhi logon ne mujhe wahan par dawat di aik lecture denay ke liye.</w:t>
      </w:r>
    </w:p>
    <w:p>
      <w:pPr>
        <w:jc w:val="right"/>
      </w:pPr>
      <w:r>
        <w:t>اس میں سب آر ایس ایس کے لوگ تھے۔ آر ایس ایس کے لوگوں نے یہ تنظیم بنائی ہے۔ انہی لوگوں نے مجھے وہاں پر دعوت دی ایک لیکچر دینے کے لیے۔</w:t>
      </w:r>
    </w:p>
    <w:p>
      <w:r>
        <w:rPr>
          <w:b/>
        </w:rPr>
        <w:t xml:space="preserve">[08:29] </w:t>
      </w:r>
      <w:r>
        <w:t>bhartiya vidya bhawan, jo haiderabad ki hai, us ke hall mein yeh program hua. kafi bara hall hai aur kafi log wahan par bhare hue thay.</w:t>
      </w:r>
    </w:p>
    <w:p>
      <w:pPr>
        <w:jc w:val="right"/>
      </w:pPr>
      <w:r>
        <w:t>بھارتیہ ودیا بھون، جو حیدرآباد کی ہے، اس کے ہال میں یہ پروگرام ہوا۔ کافی بڑا ہال ہے اور کافی لوگ وہاں پر بھرے ہوئے تھے۔</w:t>
      </w:r>
    </w:p>
    <w:p>
      <w:r>
        <w:rPr>
          <w:b/>
        </w:rPr>
        <w:t xml:space="preserve">[08:43] </w:t>
      </w:r>
      <w:r>
        <w:t>aur mein hi speaker mein hi tha.</w:t>
      </w:r>
    </w:p>
    <w:p>
      <w:pPr>
        <w:jc w:val="right"/>
      </w:pPr>
      <w:r>
        <w:t>اور میں ہی اسپیکر میں ہی تھا۔</w:t>
      </w:r>
    </w:p>
    <w:p>
      <w:r>
        <w:rPr>
          <w:b/>
        </w:rPr>
        <w:t xml:space="preserve">[08:49] </w:t>
      </w:r>
      <w:r>
        <w:t>to mujhe jo mozu diya gaya tha, woh tha "da concept of co existence in islam". yani rss ke group ne mujhe bulaya islam par lecture denay ke liye.</w:t>
      </w:r>
    </w:p>
    <w:p>
      <w:pPr>
        <w:jc w:val="right"/>
      </w:pPr>
      <w:r>
        <w:t>تو مجھے جو موضوع دیا گیا تھا، وہ تھا "دا کانسیپٹ آف کو ایگزسٹنس ان اسلام"۔ یعنی آر ایس ایس کے گروپ نے مجھے بلایا اسلام پر لیکچر دینے کے لیے۔</w:t>
      </w:r>
    </w:p>
    <w:p>
      <w:r>
        <w:rPr>
          <w:b/>
        </w:rPr>
        <w:t xml:space="preserve">[09:06] </w:t>
      </w:r>
      <w:r>
        <w:t>yeh yeh hai india ki mahant. to kya hua is mein? aik bohat hi anokhi baat hui</w:t>
      </w:r>
    </w:p>
    <w:p>
      <w:pPr>
        <w:jc w:val="right"/>
      </w:pPr>
      <w:r>
        <w:t>یہ یہ ہے انڈیا کی مہانت۔ تو کیا ہوا اس میں؟ ایک بہت ہی انوکھی بات ہوئی</w:t>
      </w:r>
    </w:p>
    <w:p>
      <w:r>
        <w:rPr>
          <w:b/>
        </w:rPr>
        <w:t xml:space="preserve">[09:13] </w:t>
      </w:r>
      <w:r>
        <w:t>. yahan kai woh log bethe hue hain jinhon ne is ghatna ko dekha haiderabad mein. kyunke woh mere sath gaye thay.</w:t>
      </w:r>
    </w:p>
    <w:p>
      <w:pPr>
        <w:jc w:val="right"/>
      </w:pPr>
      <w:r>
        <w:t>۔ یہاں کئی وہ لوگ بیٹھے ہوئے ہیں جنہوں نے اس گھٹنا کو دیکھا حیدرآباد میں۔ کیونکہ وہ میرے ساتھ گئے تھے۔</w:t>
      </w:r>
    </w:p>
    <w:p>
      <w:r>
        <w:rPr>
          <w:b/>
        </w:rPr>
        <w:t xml:space="preserve">[09:22] </w:t>
      </w:r>
      <w:r>
        <w:t>is ke jo jalsay ke jo sabiq rehnuma thay, mr chaudhry, woh poore hindu, na sirf hindu hain balkay rss ke leader hain woh.</w:t>
      </w:r>
    </w:p>
    <w:p>
      <w:pPr>
        <w:jc w:val="right"/>
      </w:pPr>
      <w:r>
        <w:t>اس کے جو جلسے کے جو سابق رہنما تھے، مسٹر چوہدری، وہ پورے ہندو، نہ صرف ہندو ہیں بلکہ آر ایس ایس کے لیڈر ہیں وہ۔</w:t>
      </w:r>
    </w:p>
    <w:p>
      <w:r>
        <w:rPr>
          <w:b/>
        </w:rPr>
        <w:t xml:space="preserve">[09:38] </w:t>
      </w:r>
      <w:r>
        <w:t>to woh bant rahe thay.</w:t>
      </w:r>
    </w:p>
    <w:p>
      <w:pPr>
        <w:jc w:val="right"/>
      </w:pPr>
      <w:r>
        <w:t>تو وہ بانٹ رہے تھے۔</w:t>
      </w:r>
    </w:p>
    <w:p>
      <w:r>
        <w:rPr>
          <w:b/>
        </w:rPr>
        <w:t xml:space="preserve">[09:42] </w:t>
      </w:r>
      <w:r>
        <w:t>unhon ne apni taqreer mein bare josh ke sath aik baat kahi.</w:t>
      </w:r>
    </w:p>
    <w:p>
      <w:pPr>
        <w:jc w:val="right"/>
      </w:pPr>
      <w:r>
        <w:t>انہوں نے اپنی تقریر میں بڑے جوش کے ساتھ ایک بات کہی۔</w:t>
      </w:r>
    </w:p>
    <w:p>
      <w:r>
        <w:rPr>
          <w:b/>
        </w:rPr>
        <w:t xml:space="preserve">[09:51] </w:t>
      </w:r>
      <w:r>
        <w:t>unhon ne kaha ke</w:t>
      </w:r>
    </w:p>
    <w:p>
      <w:pPr>
        <w:jc w:val="right"/>
      </w:pPr>
      <w:r>
        <w:t>انہوں نے کہا کہ</w:t>
      </w:r>
    </w:p>
    <w:p>
      <w:r>
        <w:rPr>
          <w:b/>
        </w:rPr>
        <w:t xml:space="preserve">[09:57] </w:t>
      </w:r>
      <w:r>
        <w:t>gandhi paida hua is mulk mein aur us ne khul kar ke buraiyon par bola. woh be khauf ho kar har burai ko mazammat</w:t>
      </w:r>
    </w:p>
    <w:p>
      <w:pPr>
        <w:jc w:val="right"/>
      </w:pPr>
      <w:r>
        <w:t>گاندھی پیدا ہوا اس ملک میں اور اس نے کھل کر کے برائیوں پر بولا۔ وہ بے خوف ہو کر ہر برائی کو مذمت</w:t>
      </w:r>
    </w:p>
    <w:p>
      <w:r>
        <w:rPr>
          <w:b/>
        </w:rPr>
        <w:t xml:space="preserve">[10:10] </w:t>
      </w:r>
      <w:r>
        <w:t>kiya us ne, gandhi ne. to unhon ne kaha ke ab muslim ulma aisa kyun nahi karte?</w:t>
      </w:r>
    </w:p>
    <w:p>
      <w:pPr>
        <w:jc w:val="right"/>
      </w:pPr>
      <w:r>
        <w:t>کیا اس نے، گاندھی نے۔ تو انہوں نے کہا کہ اب مسلم علماء ایسا کیوں نہیں کرتے؟</w:t>
      </w:r>
    </w:p>
    <w:p>
      <w:r>
        <w:rPr>
          <w:b/>
        </w:rPr>
        <w:t xml:space="preserve">[10:19] </w:t>
      </w:r>
      <w:r>
        <w:t>muslim ulma jo hain, woh dekhte hain buraiyon ko, phir woh us ko bolte nahi kisi ke khilaf.</w:t>
      </w:r>
    </w:p>
    <w:p>
      <w:pPr>
        <w:jc w:val="right"/>
      </w:pPr>
      <w:r>
        <w:t>مسلم علماء جو ہیں، وہ دیکھتے ہیں برائیوں کو، پھر وہ اس کو بولتے نہیں کسی کے خلاف۔</w:t>
      </w:r>
    </w:p>
    <w:p>
      <w:r>
        <w:rPr>
          <w:b/>
        </w:rPr>
        <w:t xml:space="preserve">[10:31] </w:t>
      </w:r>
      <w:r>
        <w:t>yeh kaha unhon ne. to mein ne bohat hi halke mood mein kaha.</w:t>
      </w:r>
    </w:p>
    <w:p>
      <w:pPr>
        <w:jc w:val="right"/>
      </w:pPr>
      <w:r>
        <w:t>یہ کہا انہوں نے۔ تو میں نے بہت ہی ہلکے موڈ میں کہا۔</w:t>
      </w:r>
    </w:p>
    <w:p>
      <w:r>
        <w:rPr>
          <w:b/>
        </w:rPr>
        <w:t xml:space="preserve">[10:39] </w:t>
      </w:r>
      <w:r>
        <w:t>yeh sara program angrezi mein ho raha tha. mein ne bhi jo taqreer di thi, woh angrezi mein thi. to mein ne kaha ke "Gandhi was one and Mola is also one</w:t>
      </w:r>
    </w:p>
    <w:p>
      <w:pPr>
        <w:jc w:val="right"/>
      </w:pPr>
      <w:r>
        <w:t>یہ سارا پروگرام انگریزی میں ہو رہا تھا۔ میں نے بھی جو تقریر دی تھی، وہ انگریزی میں تھی۔ تو میں نے کہا کہ "گاندھی واز ون اینڈ مولا از آل سو ون</w:t>
      </w:r>
    </w:p>
    <w:p>
      <w:r>
        <w:rPr>
          <w:b/>
        </w:rPr>
        <w:t xml:space="preserve">[10:57] </w:t>
      </w:r>
      <w:r>
        <w:t>and I am better than Gandhi kyunke Gandhi was killed aur I am alive.</w:t>
      </w:r>
    </w:p>
    <w:p>
      <w:pPr>
        <w:jc w:val="right"/>
      </w:pPr>
      <w:r>
        <w:t>اینڈ آئی ایم بیٹر دین گاندھی کیونکہ گاندھی واز کلڈ اور آئی ایم الائیو۔</w:t>
      </w:r>
    </w:p>
    <w:p>
      <w:r>
        <w:rPr>
          <w:b/>
        </w:rPr>
        <w:t xml:space="preserve">[11:08] </w:t>
      </w:r>
      <w:r>
        <w:t>i am here alive at just is taqreer. " ab yeh baat jo mein ne kahi india mein, yahi baat mein pakistan mein nahi keh sakta.</w:t>
      </w:r>
    </w:p>
    <w:p>
      <w:pPr>
        <w:jc w:val="right"/>
      </w:pPr>
      <w:r>
        <w:t>آئی ایم ہیر الائیو ایٹ جسٹ اس تقریب۔" اب یہ بات جو میں نے کہی انڈیا میں، یہی بات میں پاکستان میں نہیں کہہ سکتا۔</w:t>
      </w:r>
    </w:p>
    <w:p>
      <w:r>
        <w:rPr>
          <w:b/>
        </w:rPr>
        <w:t xml:space="preserve">[11:20] </w:t>
      </w:r>
      <w:r>
        <w:t>agar mein pakistan mein kisi stage par yeh keh doon ke "i am better than jinnah" to wahin mujhe woh log qatal kar den ge.</w:t>
      </w:r>
    </w:p>
    <w:p>
      <w:pPr>
        <w:jc w:val="right"/>
      </w:pPr>
      <w:r>
        <w:t>اگر میں پاکستان میں کسی اسٹیج پر یہ کہہ دوں کہ "آئی ایم بیٹر دین جنہ" تو وہیں مجھے وہ لوگ قتل کر دیں گے۔</w:t>
      </w:r>
    </w:p>
    <w:p>
      <w:r>
        <w:rPr>
          <w:b/>
        </w:rPr>
        <w:t xml:space="preserve">[11:29] </w:t>
      </w:r>
      <w:r>
        <w:t>ya kisi bhi muslim mulk mein aisa mein keh doon agar. yahan mein ne sab ke samne kaha aur aksariyat hinduo'n ki thi wahan par ke "i am better than gandhi." kisi ne bura nahi mana,</w:t>
      </w:r>
    </w:p>
    <w:p>
      <w:pPr>
        <w:jc w:val="right"/>
      </w:pPr>
      <w:r>
        <w:t>یا کسی بھی مسلم ملک میں ایسا میں کہہ دوں اگر۔ یہاں میں نے سب کے سامنے کہا اور اکثریت ہندوؤں کی تھی وہاں پر کہ "آئی ایم بیٹر دین گاندھی۔" کسی نے برا نہیں مانا،</w:t>
      </w:r>
    </w:p>
    <w:p>
      <w:r>
        <w:rPr>
          <w:b/>
        </w:rPr>
        <w:t xml:space="preserve">[11:43] </w:t>
      </w:r>
      <w:r>
        <w:t>koi ghussa nahin hua, kuch bhi nahin. yeh hai India ki mahant. India mein jo udharta hai, jo khule pan hai, jo bardasht hai, main samajhta hoon ke duniya ke kisi bhi mulk mein nahin.</w:t>
      </w:r>
    </w:p>
    <w:p>
      <w:pPr>
        <w:jc w:val="right"/>
      </w:pPr>
      <w:r>
        <w:t>کوئی غصہ نہیں ہوا، کچھ بھی نہیں۔ یہ ہے انڈیا کی مہانت۔ انڈیا میں جو ادھارتا ہے، جو کھلے پن ہے، جو برداشت ہے، میں سمجھتا ہوں کہ دنیا کے کسی بھی ملک میں نہیں۔</w:t>
      </w:r>
    </w:p>
    <w:p>
      <w:r>
        <w:rPr>
          <w:b/>
        </w:rPr>
        <w:t xml:space="preserve">[12:01] </w:t>
      </w:r>
      <w:r>
        <w:t>is liye hamara jo mission hai ke khula mukalama mukhtalif saqafon mein aur mukhtalif mazhabi rawaiyat ke beech mein, is tarah ka mission chalane ke liye India behtareen mulk hai.</w:t>
      </w:r>
    </w:p>
    <w:p>
      <w:pPr>
        <w:jc w:val="right"/>
      </w:pPr>
      <w:r>
        <w:t>اس لیے ہمارا جو مشن ہے کہ کھلا مکالمہ مختلف ثقافتوں میں اور مختلف مذہبی روایات کے بیچ میں، اس طرح کا مشن چلانے کے لیے انڈیا بہترین ملک ہے۔</w:t>
      </w:r>
    </w:p>
    <w:p>
      <w:r>
        <w:rPr>
          <w:b/>
        </w:rPr>
        <w:t xml:space="preserve">[12:22] </w:t>
      </w:r>
      <w:r>
        <w:t>behtareen mulk hai.</w:t>
      </w:r>
    </w:p>
    <w:p>
      <w:pPr>
        <w:jc w:val="right"/>
      </w:pPr>
      <w:r>
        <w:t>بہترین ملک ہے۔</w:t>
      </w:r>
    </w:p>
    <w:p>
      <w:r>
        <w:rPr>
          <w:b/>
        </w:rPr>
        <w:t xml:space="preserve">[12:26] </w:t>
      </w:r>
      <w:r>
        <w:t>main chahta hoon ke Hindu, Musalman, Isai, Buddh, koi bhi ho, khula mukalama karein. theek isi tarah se jis tarah science ki shakhon mein hota hai.</w:t>
      </w:r>
    </w:p>
    <w:p>
      <w:pPr>
        <w:jc w:val="right"/>
      </w:pPr>
      <w:r>
        <w:t>میں چاہتا ہوں کہ ہندو، مسلمان، عیسائی، بدھ، کوئی بھی ہو، کھلا مکالمہ کریں۔ ٹھیک اسی طرح سے جس طرح سائنس کی شاخوں میں ہوتا ہے۔</w:t>
      </w:r>
    </w:p>
    <w:p>
      <w:r>
        <w:rPr>
          <w:b/>
        </w:rPr>
        <w:t xml:space="preserve">[12:38] </w:t>
      </w:r>
      <w:r>
        <w:t>yaani saensy mukalama. pehle hi saensy mukalama ilm ki doosri shakhon mein pehle hi ho raha hai.</w:t>
      </w:r>
    </w:p>
    <w:p>
      <w:pPr>
        <w:jc w:val="right"/>
      </w:pPr>
      <w:r>
        <w:t>یعنی سائنسی مکالمہ۔ پہلے ہی سائنسی مکالمہ علم کی دوسری شاخوں میں پہلے ہی ہو رہا ہے۔</w:t>
      </w:r>
    </w:p>
    <w:p>
      <w:r>
        <w:rPr>
          <w:b/>
        </w:rPr>
        <w:t xml:space="preserve">[12:50] </w:t>
      </w:r>
      <w:r>
        <w:t>hum chahte hain ke wahi saensy mukalama mazhab mein bhi hone lage. yeh hamara mission hai.</w:t>
      </w:r>
    </w:p>
    <w:p>
      <w:pPr>
        <w:jc w:val="right"/>
      </w:pPr>
      <w:r>
        <w:t>ہم چاہتے ہیں کہ وہی سائنسی مکالمہ مذہب میں بھی ہونے لگے۔ یہ ہمارا مشن ہے۔</w:t>
      </w:r>
    </w:p>
    <w:p>
      <w:r>
        <w:rPr>
          <w:b/>
        </w:rPr>
        <w:t xml:space="preserve">[13:00] </w:t>
      </w:r>
      <w:r>
        <w:t>aur main samajhta hoon ke main khush qismat hoon ke mujhe Khuda ne India mein paida kiya. kyunke India hi woh behtareen mulk tha jahan par main is qism ke mission ko chala sakoon.</w:t>
      </w:r>
    </w:p>
    <w:p>
      <w:pPr>
        <w:jc w:val="right"/>
      </w:pPr>
      <w:r>
        <w:t>اور میں سمجھتا ہوں کہ میں خوش قسمت ہوں کہ مجھے خدا نے انڈیا میں پیدا کیا۔ کیونکہ انڈیا ہی وہ بہترین ملک تھا جہاں پر میں اس قسم کے مشن کو چلا سکوں۔</w:t>
      </w:r>
    </w:p>
    <w:p>
      <w:r>
        <w:rPr>
          <w:b/>
        </w:rPr>
        <w:t xml:space="preserve">[13:16] </w:t>
      </w:r>
      <w:r>
        <w:t>to khair, aaj maine jo mozu mere zehan mein hai jis par bolna chahta hoon main, woh hai Islam ka ek usool jis ko hum kehte hain akhirat.</w:t>
      </w:r>
    </w:p>
    <w:p>
      <w:pPr>
        <w:jc w:val="right"/>
      </w:pPr>
      <w:r>
        <w:t>تو خیر، آج میں نے جو موضوع میرے ذہن میں ہے جس پر بولنا چاہتا ہوں میں، وہ ہے اسلام کا ایک اصول جس کو ہم کہتے ہیں آخرت۔</w:t>
      </w:r>
    </w:p>
    <w:p>
      <w:r>
        <w:rPr>
          <w:b/>
        </w:rPr>
        <w:t xml:space="preserve">[13:34] </w:t>
      </w:r>
      <w:r>
        <w:t>akhirat yaani din baad.</w:t>
      </w:r>
    </w:p>
    <w:p>
      <w:pPr>
        <w:jc w:val="right"/>
      </w:pPr>
      <w:r>
        <w:t>آخرت یعنی دن بعد۔</w:t>
      </w:r>
    </w:p>
    <w:p>
      <w:r>
        <w:rPr>
          <w:b/>
        </w:rPr>
        <w:t xml:space="preserve">[13:41] </w:t>
      </w:r>
      <w:r>
        <w:t>dekhein Islam mein, Islam ka jo nizam-e-aqeeda hai, nizam-e-aqeeda, is ke teen bunyadi usool hain.</w:t>
      </w:r>
    </w:p>
    <w:p>
      <w:pPr>
        <w:jc w:val="right"/>
      </w:pPr>
      <w:r>
        <w:t>دیکھیں اسلام میں، اسلام کا جو نظامِ عقیدہ ہے، نظامِ عقیدہ، اس کے تین بنیادی اصول ہیں۔</w:t>
      </w:r>
    </w:p>
    <w:p>
      <w:r>
        <w:rPr>
          <w:b/>
        </w:rPr>
        <w:t xml:space="preserve">[13:59] </w:t>
      </w:r>
      <w:r>
        <w:t>nizam-e-aqeeda Islam bunyad par teen bunyadi usool hain.</w:t>
      </w:r>
    </w:p>
    <w:p>
      <w:pPr>
        <w:jc w:val="right"/>
      </w:pPr>
      <w:r>
        <w:t>نظامِ عقیدہ اسلام بنیاد پر تین بنیادی اصول ہیں۔</w:t>
      </w:r>
    </w:p>
    <w:p>
      <w:r>
        <w:rPr>
          <w:b/>
        </w:rPr>
        <w:t xml:space="preserve">[14:09] </w:t>
      </w:r>
      <w:r>
        <w:t>woh kya? tauheed, risalat aur akhirat. yaani ekta of Khuda, nabuwat aur</w:t>
      </w:r>
    </w:p>
    <w:p>
      <w:pPr>
        <w:jc w:val="right"/>
      </w:pPr>
      <w:r>
        <w:t>وہ کیا؟ توحید، رسالت اور آخرت۔ یعنی ایکتہا آف خدا، نبوت اور</w:t>
      </w:r>
    </w:p>
    <w:p>
      <w:r>
        <w:rPr>
          <w:b/>
        </w:rPr>
        <w:t xml:space="preserve">[14:25] </w:t>
      </w:r>
      <w:r>
        <w:t>din baad, tasawwur-e-jahannum aur jannat.</w:t>
      </w:r>
    </w:p>
    <w:p>
      <w:pPr>
        <w:jc w:val="right"/>
      </w:pPr>
      <w:r>
        <w:t>دن بعد، تصورِ جہنم اور جنت۔</w:t>
      </w:r>
    </w:p>
    <w:p>
      <w:r>
        <w:rPr>
          <w:b/>
        </w:rPr>
        <w:t xml:space="preserve">[14:33] </w:t>
      </w:r>
      <w:r>
        <w:t>to is se pehle ek lecture mein main tauheed par bol chuka hoon tafseel ke sath. ekta of Khuda par.</w:t>
      </w:r>
    </w:p>
    <w:p>
      <w:pPr>
        <w:jc w:val="right"/>
      </w:pPr>
      <w:r>
        <w:t>تو اس سے پہلے ایک لیکچر میں میں توحید پر بول چکا ہوں تفصیل کے ساتھ۔ ایکتہا آف خدا پر۔</w:t>
      </w:r>
    </w:p>
    <w:p>
      <w:r>
        <w:rPr>
          <w:b/>
        </w:rPr>
        <w:t xml:space="preserve">[14:46] </w:t>
      </w:r>
      <w:r>
        <w:t>aage main kisi waqt inshallah nabuwat par bolunga. tafseel ke sath</w:t>
      </w:r>
    </w:p>
    <w:p>
      <w:pPr>
        <w:jc w:val="right"/>
      </w:pPr>
      <w:r>
        <w:t>آگے میں کسی وقت انشاءاللہ نبوت پر بولوں گا۔ تفصیل کے ساتھ</w:t>
      </w:r>
    </w:p>
    <w:p>
      <w:r>
        <w:rPr>
          <w:b/>
        </w:rPr>
        <w:t xml:space="preserve">[14:52] </w:t>
      </w:r>
      <w:r>
        <w:t>۔ aaj main chahta hoon ke main akhirat ke tasawwur par kuch kahoon. yaani Islam mein jo yeh tasawwur hai ke zindagi</w:t>
      </w:r>
    </w:p>
    <w:p>
      <w:pPr>
        <w:jc w:val="right"/>
      </w:pPr>
      <w:r>
        <w:t>۔ آج میں چاہتا ہوں کہ میں آخرت کے تصور پر کچھ کہوں۔ یعنی اسلام میں جو یہ تصور ہے کہ زندگی</w:t>
      </w:r>
    </w:p>
    <w:p>
      <w:r>
        <w:rPr>
          <w:b/>
        </w:rPr>
        <w:t xml:space="preserve">[15:06] </w:t>
      </w:r>
      <w:r>
        <w:t>taqseem hai do adwaar mein. qabl-e-maut aur baad-e-maut.</w:t>
      </w:r>
    </w:p>
    <w:p>
      <w:pPr>
        <w:jc w:val="right"/>
      </w:pPr>
      <w:r>
        <w:t>تقسیم ہے دو ادوار میں۔ قبل از موت اور بعد از موت۔</w:t>
      </w:r>
    </w:p>
    <w:p>
      <w:r>
        <w:rPr>
          <w:b/>
        </w:rPr>
        <w:t xml:space="preserve">[15:19] </w:t>
      </w:r>
      <w:r>
        <w:t>to jis tarah akhirat ke tasawwur ki just hai, woh yahi hai ke insaan ki zindagi ke do adwaar hain.</w:t>
      </w:r>
    </w:p>
    <w:p>
      <w:pPr>
        <w:jc w:val="right"/>
      </w:pPr>
      <w:r>
        <w:t>تو جس طرح آخرت کے تصور کی جست ہے، وہ یہی ہے کہ انسان کی زندگی کے دو ادوار ہیں۔</w:t>
      </w:r>
    </w:p>
    <w:p>
      <w:r>
        <w:rPr>
          <w:b/>
        </w:rPr>
        <w:t xml:space="preserve">[15:30] </w:t>
      </w:r>
      <w:r>
        <w:t>qabl-e-maut aur baad-e-maut. qabl-e. yeh yeh jo taqseem hai, yeh bilkul barfani tode jaisi hai.</w:t>
      </w:r>
    </w:p>
    <w:p>
      <w:pPr>
        <w:jc w:val="right"/>
      </w:pPr>
      <w:r>
        <w:t>قبل از موت اور بعد از موت۔ قبل از۔ یہ یہ جو تقسیم ہے، یہ بالکل برفانی تودے جیسی ہے۔</w:t>
      </w:r>
    </w:p>
    <w:p>
      <w:r>
        <w:rPr>
          <w:b/>
        </w:rPr>
        <w:t xml:space="preserve">[15:43] </w:t>
      </w:r>
      <w:r>
        <w:t>aap jante hain ke barfani tode ka sirf ek chota sa sira oopar dikhai deta hai. baqi sara ka sara jism is ka pani mein chupa rehta hai.</w:t>
      </w:r>
    </w:p>
    <w:p>
      <w:pPr>
        <w:jc w:val="right"/>
      </w:pPr>
      <w:r>
        <w:t>آپ جانتے ہیں کہ برفانی تودے کا صرف ایک چھوٹا سا سرا اوپر دکھائی دیتا ہے۔ باقی سارا کا سارا جسم اس کا پانی میں چھپا رہتا ہے۔</w:t>
      </w:r>
    </w:p>
    <w:p>
      <w:r>
        <w:rPr>
          <w:b/>
        </w:rPr>
        <w:t xml:space="preserve">[15:56] </w:t>
      </w:r>
      <w:r>
        <w:t>yahi mamla is ka hai.</w:t>
      </w:r>
    </w:p>
    <w:p>
      <w:pPr>
        <w:jc w:val="right"/>
      </w:pPr>
      <w:r>
        <w:t>یہی معاملہ اس کا ہے۔</w:t>
      </w:r>
    </w:p>
    <w:p>
      <w:r>
        <w:rPr>
          <w:b/>
        </w:rPr>
        <w:t xml:space="preserve">[15:59] </w:t>
      </w:r>
      <w:r>
        <w:t>qabl-e-maut ke dor mein zindagi ka sirf ek sira hai.</w:t>
      </w:r>
    </w:p>
    <w:p>
      <w:pPr>
        <w:jc w:val="right"/>
      </w:pPr>
      <w:r>
        <w:t>قبل از موت کے دور میں زندگی کا صرف ایک سرا ہے۔</w:t>
      </w:r>
    </w:p>
    <w:p>
      <w:r>
        <w:rPr>
          <w:b/>
        </w:rPr>
        <w:t xml:space="preserve">[16:04] </w:t>
      </w:r>
      <w:r>
        <w:t>aur is ka insaan ki zindagi ka bara hissa, bara hissa, bara hissa jo hai, woh baad-e-maut ke dor mein rakh diya gaya hai.</w:t>
      </w:r>
    </w:p>
    <w:p>
      <w:pPr>
        <w:jc w:val="right"/>
      </w:pPr>
      <w:r>
        <w:t>اور اس کا انسان کی زندگی کا بڑا حصہ، بڑا حصہ، بڑا حصہ جو ہے، وہ بعد از موت کے دور میں رکھ دیا گیا ہے۔</w:t>
      </w:r>
    </w:p>
    <w:p>
      <w:r>
        <w:rPr>
          <w:b/>
        </w:rPr>
        <w:t xml:space="preserve">[16:19] </w:t>
      </w:r>
      <w:r>
        <w:t>aur aaj ka jo qabl-e-maut ka dor hai, woh hai azmaish ka dor. aur baad-e-maut ka dor jo hai, woh hai inaam milne ka zamana.</w:t>
      </w:r>
    </w:p>
    <w:p>
      <w:pPr>
        <w:jc w:val="right"/>
      </w:pPr>
      <w:r>
        <w:t>اور آج کا جو قبل از موت کا دور ہے، وہ ہے آزمائش کا دور۔ اور بعد از موت کا دور جو ہے، وہ ہے انعام ملنے کا زمانہ۔</w:t>
      </w:r>
    </w:p>
    <w:p>
      <w:r>
        <w:rPr>
          <w:b/>
        </w:rPr>
        <w:t xml:space="preserve">[16:37] </w:t>
      </w:r>
      <w:r>
        <w:t>yeh hai tasawwur-e-akhirat.</w:t>
      </w:r>
    </w:p>
    <w:p>
      <w:pPr>
        <w:jc w:val="right"/>
      </w:pPr>
      <w:r>
        <w:t>یہ ہے تصورِ آخرت۔</w:t>
      </w:r>
    </w:p>
    <w:p>
      <w:r>
        <w:rPr>
          <w:b/>
        </w:rPr>
        <w:t xml:space="preserve">[16:43] </w:t>
      </w:r>
      <w:r>
        <w:t>is ke mutabiq</w:t>
      </w:r>
    </w:p>
    <w:p>
      <w:pPr>
        <w:jc w:val="right"/>
      </w:pPr>
      <w:r>
        <w:t>اس کے مطابق</w:t>
      </w:r>
    </w:p>
    <w:p>
      <w:r>
        <w:rPr>
          <w:b/>
        </w:rPr>
        <w:t xml:space="preserve">[16:49] </w:t>
      </w:r>
      <w:r>
        <w:t>khuda ne ek bohat hi khoobsurat dunya banai.</w:t>
      </w:r>
    </w:p>
    <w:p>
      <w:pPr>
        <w:jc w:val="right"/>
      </w:pPr>
      <w:r>
        <w:t>خدا نے ایک بہت ہی خوبصورت دنیا بنائی۔</w:t>
      </w:r>
    </w:p>
    <w:p>
      <w:r>
        <w:rPr>
          <w:b/>
        </w:rPr>
        <w:t xml:space="preserve">[16:57] </w:t>
      </w:r>
      <w:r>
        <w:t>yani akhirat ke ilawa bohat hi khoobsurat dunya jis ko hum jannat kehte hain. yeh dunya abadi hai, kamil hai, misali hai.</w:t>
      </w:r>
    </w:p>
    <w:p>
      <w:pPr>
        <w:jc w:val="right"/>
      </w:pPr>
      <w:r>
        <w:t>یعنی آخرت کے علاوہ بہت ہی خوبصورت دنیا جس کو ہم جنت کہتے ہیں۔ یہ دنیا ابدی ہے، کامل ہے، مثالی ہے۔</w:t>
      </w:r>
    </w:p>
    <w:p>
      <w:r>
        <w:rPr>
          <w:b/>
        </w:rPr>
        <w:t xml:space="preserve">[17:13] </w:t>
      </w:r>
      <w:r>
        <w:t>insan ki khwahishein jo is dunya mein namukammal rehti hain.</w:t>
      </w:r>
    </w:p>
    <w:p>
      <w:pPr>
        <w:jc w:val="right"/>
      </w:pPr>
      <w:r>
        <w:t>انسان کی خواہشیں جو اس دنیا میں نامکمل رہتی ہیں۔</w:t>
      </w:r>
    </w:p>
    <w:p>
      <w:r>
        <w:rPr>
          <w:b/>
        </w:rPr>
        <w:t xml:space="preserve">[17:21] </w:t>
      </w:r>
      <w:r>
        <w:t>aap jante hain, har mard aur aurat</w:t>
      </w:r>
    </w:p>
    <w:p>
      <w:pPr>
        <w:jc w:val="right"/>
      </w:pPr>
      <w:r>
        <w:t>آپ جانتے ہیں، ہر مرد اور عورت</w:t>
      </w:r>
    </w:p>
    <w:p>
      <w:r>
        <w:rPr>
          <w:b/>
        </w:rPr>
        <w:t xml:space="preserve">[17:29] </w:t>
      </w:r>
      <w:r>
        <w:t>ek qabristan hai namukammal khwahishon ka.</w:t>
      </w:r>
    </w:p>
    <w:p>
      <w:pPr>
        <w:jc w:val="right"/>
      </w:pPr>
      <w:r>
        <w:t>ایک قبرستان ہے نامکمل خواہشوں کا۔</w:t>
      </w:r>
    </w:p>
    <w:p>
      <w:r>
        <w:rPr>
          <w:b/>
        </w:rPr>
        <w:t xml:space="preserve">[17:36] </w:t>
      </w:r>
      <w:r>
        <w:t>rastay mein hamein ek khatoon mili jahaz ke andar. to meri jo poti hai sadia, us se baat kar rahi thi. woh bohat parhi likhi khatoon theen.</w:t>
      </w:r>
    </w:p>
    <w:p>
      <w:pPr>
        <w:jc w:val="right"/>
      </w:pPr>
      <w:r>
        <w:t>راستے میں ہمیں ایک خاتون ملی جہاز کے اندر۔ تو میری جو پوتی ہے سعدیہ، اس سے بات کر رہی تھی۔ وہ بہت پڑھی لکھی خاتون تھیں۔</w:t>
      </w:r>
    </w:p>
    <w:p>
      <w:r>
        <w:rPr>
          <w:b/>
        </w:rPr>
        <w:t xml:space="preserve">[17:48] </w:t>
      </w:r>
      <w:r>
        <w:t>shayad woh engineer hain woh. to bazahir to khoob hans rahi thi woh. aur apni saheli ke sath hans hans ke b</w:t>
      </w:r>
    </w:p>
    <w:p>
      <w:pPr>
        <w:jc w:val="right"/>
      </w:pPr>
      <w:r>
        <w:t>شاید وہ انجینئر ہیں وہ۔ تو بظاہر تو خوب ہنس رہی تھی وہ۔ اور اپنی سہیلی کے ساتھ ہنس ہنس کے ب</w:t>
      </w:r>
    </w:p>
    <w:p>
      <w:r>
        <w:rPr>
          <w:b/>
        </w:rPr>
        <w:t xml:space="preserve">[17:59] </w:t>
      </w:r>
      <w:r>
        <w:t>atein kar rahi theen. lekin jab sadia ne baat ki un se to un ki zuban se nikla ke main to ek bura shakhs hoon.</w:t>
      </w:r>
    </w:p>
    <w:p>
      <w:pPr>
        <w:jc w:val="right"/>
      </w:pPr>
      <w:r>
        <w:t>اتیں کر رہی تھی۔ لیکن جب سعدیہ نے بات کی ان سے تو ان کی زبان سے نکلا کہ میں تو ایک برا شخص ہوں۔</w:t>
      </w:r>
    </w:p>
    <w:p>
      <w:r>
        <w:rPr>
          <w:b/>
        </w:rPr>
        <w:t xml:space="preserve">[18:11] </w:t>
      </w:r>
      <w:r>
        <w:t>andar se ek buri shakhsiyat hai is ke andar.</w:t>
      </w:r>
    </w:p>
    <w:p>
      <w:pPr>
        <w:jc w:val="right"/>
      </w:pPr>
      <w:r>
        <w:t>اندر سے ایک بری شخصیت ہے اس کے اندر۔</w:t>
      </w:r>
    </w:p>
    <w:p>
      <w:r>
        <w:rPr>
          <w:b/>
        </w:rPr>
        <w:t xml:space="preserve">[18:18] </w:t>
      </w:r>
      <w:r>
        <w:t>wo khatoon jis ko acha job mila hua hai, achi degree hai, acha ghar hai rehne ke liye, hawai jahaz mein safar karti hai.</w:t>
      </w:r>
    </w:p>
    <w:p>
      <w:pPr>
        <w:jc w:val="right"/>
      </w:pPr>
      <w:r>
        <w:t>وہ خاتون جس کو اچھا جاب ملا ہوا ہے، اچھی ڈگری ہے، اچھا گھر ہے رہنے کے لیے، ہوائی جہاز میں سفر کرتی ہے۔</w:t>
      </w:r>
    </w:p>
    <w:p>
      <w:r>
        <w:rPr>
          <w:b/>
        </w:rPr>
        <w:t xml:space="preserve">[18:31] </w:t>
      </w:r>
      <w:r>
        <w:t>phir andar se woh buri kyun hai? is ka jo androni wajood hai, woh bura kyun hai? is par main sochta raha, sochta raha.</w:t>
      </w:r>
    </w:p>
    <w:p>
      <w:pPr>
        <w:jc w:val="right"/>
      </w:pPr>
      <w:r>
        <w:t>پھر اندر سے وہ بری کیوں ہے؟ اس کا جو اندرونی وجود ہے، وہ برا کیوں ہے؟ اس پر میں سوچتا رہا، سوچتا رہا۔</w:t>
      </w:r>
    </w:p>
    <w:p>
      <w:r>
        <w:rPr>
          <w:b/>
        </w:rPr>
        <w:t xml:space="preserve">[18:43] </w:t>
      </w:r>
      <w:r>
        <w:t>to main ne dekha ke wahi buri nahi hai. jage boojh se buri hain.</w:t>
      </w:r>
    </w:p>
    <w:p>
      <w:pPr>
        <w:jc w:val="right"/>
      </w:pPr>
      <w:r>
        <w:t>تو میں نے دیکھا کہ وہی بری نہیں ہے۔ جاج بوجھ سے بری ہیں۔</w:t>
      </w:r>
    </w:p>
    <w:p>
      <w:r>
        <w:rPr>
          <w:b/>
        </w:rPr>
        <w:t xml:space="preserve">[18:49] </w:t>
      </w:r>
      <w:r>
        <w:t>koi bhi aadmi chota ya bara aisa nahi milega aap ko jo andar se bura na ho. sad. koi bhi aisa nahi hai.</w:t>
      </w:r>
    </w:p>
    <w:p>
      <w:pPr>
        <w:jc w:val="right"/>
      </w:pPr>
      <w:r>
        <w:t>کوئی بھی آدمی چھوٹا یا بڑا ایسا نہیں ملے گا آپ کو جو اندر سے برا نہ ہو۔ ایس اے ڈی۔ کوئی بھی ایسا نہیں ہے۔</w:t>
      </w:r>
    </w:p>
    <w:p>
      <w:r>
        <w:rPr>
          <w:b/>
        </w:rPr>
        <w:t xml:space="preserve">[19:02] </w:t>
      </w:r>
      <w:r>
        <w:t>aap dilli mein bohat se log hain jin ke pas million, billion dollar un ke account mein hain.</w:t>
      </w:r>
    </w:p>
    <w:p>
      <w:pPr>
        <w:jc w:val="right"/>
      </w:pPr>
      <w:r>
        <w:t>آپ دلی میں بہت سے لوگ ہیں جن کے پاس ملین، بلین ڈالر ان کے اکاؤنٹ میں ہیں۔</w:t>
      </w:r>
    </w:p>
    <w:p>
      <w:r>
        <w:rPr>
          <w:b/>
        </w:rPr>
        <w:t xml:space="preserve">[19:11] </w:t>
      </w:r>
      <w:r>
        <w:t>aap miliye un se, baat kijiye. pata chale ke woh bhi andar se buri hain.</w:t>
      </w:r>
    </w:p>
    <w:p>
      <w:pPr>
        <w:jc w:val="right"/>
      </w:pPr>
      <w:r>
        <w:t>آپ ملیے ان سے، بات کیجیے۔ پتہ چلے کہ وہ بھی اندر سے بری ہیں۔</w:t>
      </w:r>
    </w:p>
    <w:p>
      <w:r>
        <w:rPr>
          <w:b/>
        </w:rPr>
        <w:t xml:space="preserve">[19:20] </w:t>
      </w:r>
      <w:r>
        <w:t>hamare pas ek sahab ate hain, un ka naam hai doctor sham sundar sharma. woh physiotherapy ka kaam karte hain. to doctor sham sundar sharma, yahin dilli mein rehte hain woh.</w:t>
      </w:r>
    </w:p>
    <w:p>
      <w:pPr>
        <w:jc w:val="right"/>
      </w:pPr>
      <w:r>
        <w:t>ہمارے پاس ایک صاحب آتے ہیں، ان کا نام ہے ڈاکٹر شام سندر شرما۔ وہ فزیوتھراپی کا کام کرتے ہیں۔ تو ڈاکٹر شام سندر شرما، یہیں دلی میں رہتے ہیں وہ۔</w:t>
      </w:r>
    </w:p>
    <w:p>
      <w:r>
        <w:rPr>
          <w:b/>
        </w:rPr>
        <w:t xml:space="preserve">[19:36] </w:t>
      </w:r>
      <w:r>
        <w:t>unhon ne kaha ke mera jo pesha hai to bohat bare bare logon ke haan mujhe jana parta hai.</w:t>
      </w:r>
    </w:p>
    <w:p>
      <w:pPr>
        <w:jc w:val="right"/>
      </w:pPr>
      <w:r>
        <w:t>انہوں نے کہا کہ میرا جو پیشہ ہے تو بہت بڑے بڑے لوگوں کے ہاں مجھے جانا پڑتا ہے۔</w:t>
      </w:r>
    </w:p>
    <w:p>
      <w:r>
        <w:rPr>
          <w:b/>
        </w:rPr>
        <w:t xml:space="preserve">[19:42] </w:t>
      </w:r>
      <w:r>
        <w:t>unhon ne bataya ke jo zyada ameer hai, woh zyada bura hai. yani paise ka dher laga hua hai. andar se woh bura hai.</w:t>
      </w:r>
    </w:p>
    <w:p>
      <w:pPr>
        <w:jc w:val="right"/>
      </w:pPr>
      <w:r>
        <w:t>انہوں نے بتایا کہ جو زیادہ امیر ہے، وہ زیادہ برا ہے۔ یعنی پیسے کا ڈھیر لگا ہوا ہے۔ اندر سے وہ برا ہے۔</w:t>
      </w:r>
    </w:p>
    <w:p>
      <w:r>
        <w:rPr>
          <w:b/>
        </w:rPr>
        <w:t xml:space="preserve">[19:52] </w:t>
      </w:r>
      <w:r>
        <w:t>thoda sa jab kuredte hain, unhon ne kaha, thoda sa is ko andar se jhankte hain to</w:t>
      </w:r>
    </w:p>
    <w:p>
      <w:pPr>
        <w:jc w:val="right"/>
      </w:pPr>
      <w:r>
        <w:t>تھوڑا سا جب کریدتے ہیں، انہوں نے کہا، تھوڑا سا اس کو اندر سے جھانکتے ہیں تو</w:t>
      </w:r>
    </w:p>
    <w:p>
      <w:r>
        <w:rPr>
          <w:b/>
        </w:rPr>
        <w:t xml:space="preserve">[19:58] </w:t>
      </w:r>
      <w:r>
        <w:t>bura nikalta hai woh. to is par main ne socha ke aisa kyun hai?</w:t>
      </w:r>
    </w:p>
    <w:p>
      <w:pPr>
        <w:jc w:val="right"/>
      </w:pPr>
      <w:r>
        <w:t>برا نکلتا ہے وہ۔ تو اس پر میں نے سوچا کہ ایسا کیوں ہے؟</w:t>
      </w:r>
    </w:p>
    <w:p>
      <w:r>
        <w:rPr>
          <w:b/>
        </w:rPr>
        <w:t xml:space="preserve">[20:09] </w:t>
      </w:r>
      <w:r>
        <w:t>to mujhe is ka jawab yeh mila</w:t>
      </w:r>
    </w:p>
    <w:p>
      <w:pPr>
        <w:jc w:val="right"/>
      </w:pPr>
      <w:r>
        <w:t>تو مجھے اس کا جواب یہ ملا</w:t>
      </w:r>
    </w:p>
    <w:p>
      <w:r>
        <w:rPr>
          <w:b/>
        </w:rPr>
        <w:t xml:space="preserve">[20:14] </w:t>
      </w:r>
      <w:r>
        <w:t>ke har insan paida hota hai beshumar khwahishon ke sath.</w:t>
      </w:r>
    </w:p>
    <w:p>
      <w:pPr>
        <w:jc w:val="right"/>
      </w:pPr>
      <w:r>
        <w:t>کہ ہر انسان پیدا ہوتا ہے بے شمار خواہشوں کے ساتھ۔</w:t>
      </w:r>
    </w:p>
    <w:p>
      <w:r>
        <w:rPr>
          <w:b/>
        </w:rPr>
        <w:t xml:space="preserve">[20:25] </w:t>
      </w:r>
      <w:r>
        <w:t>chahe koi aurat ho ya mard ho. andar us ki khwahishein bhari hui hain.</w:t>
      </w:r>
    </w:p>
    <w:p>
      <w:pPr>
        <w:jc w:val="right"/>
      </w:pPr>
      <w:r>
        <w:t>چاہے کوئی عورت ہو یا مرد ہو۔ اندر اس کی خواہشیں بھری ہوئی ہیں۔</w:t>
      </w:r>
    </w:p>
    <w:p>
      <w:r>
        <w:rPr>
          <w:b/>
        </w:rPr>
        <w:t xml:space="preserve">[20:35] </w:t>
      </w:r>
      <w:r>
        <w:t>lekin yeh dunya jo hai, mehdood dunya hai. is ki khwahish yahan sirf mehdood tor par hi poori ho pati hai.</w:t>
      </w:r>
    </w:p>
    <w:p>
      <w:pPr>
        <w:jc w:val="right"/>
      </w:pPr>
      <w:r>
        <w:t>لیکن یہ دنیا جو ہے، محدود دنیا ہے۔ اس کی خواہش یہاں صرف محدود طور پر ہی پوری ہو پاتی ہے۔</w:t>
      </w:r>
    </w:p>
    <w:p>
      <w:r>
        <w:rPr>
          <w:b/>
        </w:rPr>
        <w:t xml:space="preserve">[20:48] </w:t>
      </w:r>
      <w:r>
        <w:t>to aadmi chahta hai be had had tak apni khwahish ko poora karna. be had had tak. lekin woh sirf mehdood dayre mein</w:t>
      </w:r>
    </w:p>
    <w:p>
      <w:pPr>
        <w:jc w:val="right"/>
      </w:pPr>
      <w:r>
        <w:t>تو آدمی چاہتا ہے بے حد حد تک اپنی خواہش کو پورا کرنا۔ بے حد حد تک۔ لیکن وہ صرف محدود دائرے میں</w:t>
      </w:r>
    </w:p>
    <w:p>
      <w:r>
        <w:rPr>
          <w:b/>
        </w:rPr>
        <w:t xml:space="preserve">[21:03] </w:t>
      </w:r>
      <w:r>
        <w:t>apni khwahish ko poora kar pata hai. to khwahish be had hai. poora hona mehdood hai.</w:t>
      </w:r>
    </w:p>
    <w:p>
      <w:pPr>
        <w:jc w:val="right"/>
      </w:pPr>
      <w:r>
        <w:t>اپنی خواہش کو پورا کر پاتا ہے۔ تو خواہش بے حد ہے۔ پورا ہونا محدود ہے۔</w:t>
      </w:r>
    </w:p>
    <w:p>
      <w:r>
        <w:rPr>
          <w:b/>
        </w:rPr>
        <w:t xml:space="preserve">[21:13] </w:t>
      </w:r>
      <w:r>
        <w:t>yeh jo tazaad hai chahne aur paane mein.</w:t>
      </w:r>
    </w:p>
    <w:p>
      <w:pPr>
        <w:jc w:val="right"/>
      </w:pPr>
      <w:r>
        <w:t>یہ جو تضاد ہے چاہنے اور پانے میں۔</w:t>
      </w:r>
    </w:p>
    <w:p>
      <w:r>
        <w:rPr>
          <w:b/>
        </w:rPr>
        <w:t xml:space="preserve">[21:21] </w:t>
      </w:r>
      <w:r>
        <w:t>to yahi hai woh cheez jo aap ke andar adam itminaan paida karti hai. jis ki wajah se aadmi bura ban jata hai.</w:t>
      </w:r>
    </w:p>
    <w:p>
      <w:pPr>
        <w:jc w:val="right"/>
      </w:pPr>
      <w:r>
        <w:t>تو یہی ہے وہ چیز جو آپ کے اندر عدم اطمینان پیدا کرتی ہے۔ جس کی وجہ سے آدمی برا بن جاتا ہے۔</w:t>
      </w:r>
    </w:p>
    <w:p>
      <w:r>
        <w:rPr>
          <w:b/>
        </w:rPr>
        <w:t xml:space="preserve">[21:35] </w:t>
      </w:r>
      <w:r>
        <w:t>ab yahan par sochne ki baat yeh hai</w:t>
      </w:r>
    </w:p>
    <w:p>
      <w:pPr>
        <w:jc w:val="right"/>
      </w:pPr>
      <w:r>
        <w:t>اب یہاں پر سوچنے کی بات یہ ہے</w:t>
      </w:r>
    </w:p>
    <w:p>
      <w:r>
        <w:rPr>
          <w:b/>
        </w:rPr>
        <w:t xml:space="preserve">[21:41] </w:t>
      </w:r>
      <w:r>
        <w:t>yaani isi ka naam aakhirat hai. yeh jo mein bata raha hoon aap ko. isi tasawwur ka naam hai aakhirat.</w:t>
      </w:r>
    </w:p>
    <w:p>
      <w:pPr>
        <w:jc w:val="right"/>
      </w:pPr>
      <w:r>
        <w:t>یعنی اسی کا نام آخرت ہے۔ یہ جو میں بتا رہا ہوں آپ کو۔ اسی تصور کا نام ہے آخرت۔</w:t>
      </w:r>
    </w:p>
    <w:p>
      <w:r>
        <w:rPr>
          <w:b/>
        </w:rPr>
        <w:t xml:space="preserve">[21:54] </w:t>
      </w:r>
      <w:r>
        <w:t>yaani</w:t>
      </w:r>
    </w:p>
    <w:p>
      <w:pPr>
        <w:jc w:val="right"/>
      </w:pPr>
      <w:r>
        <w:t>یعنی</w:t>
      </w:r>
    </w:p>
    <w:p>
      <w:r>
        <w:rPr>
          <w:b/>
        </w:rPr>
        <w:t xml:space="preserve">[21:58] </w:t>
      </w:r>
      <w:r>
        <w:t>yeh yaqeen, yeh aqeedah ke maut ke baad ek aur duniya aane wali hai. jo abadi hogi, jahan jannat hogi.</w:t>
      </w:r>
    </w:p>
    <w:p>
      <w:pPr>
        <w:jc w:val="right"/>
      </w:pPr>
      <w:r>
        <w:t>یہ یقین، یہ عقیدہ کہ موت کے بعد ایک اور دنیا آنے والی ہے۔ جو ابدی ہوگی، جہاں جنت ہوگی۔</w:t>
      </w:r>
    </w:p>
    <w:p>
      <w:r>
        <w:rPr>
          <w:b/>
        </w:rPr>
        <w:t xml:space="preserve">[22:10] </w:t>
      </w:r>
      <w:r>
        <w:t>lekin woh har ek ko nahi milegi. woh us ko milegi jo ahel kare wahan basne ke liye.</w:t>
      </w:r>
    </w:p>
    <w:p>
      <w:pPr>
        <w:jc w:val="right"/>
      </w:pPr>
      <w:r>
        <w:t>لیکن وہ ہر ایک کو نہیں ملے گی۔ وہ اس کو ملے گی جو اہل کرے وہاں بسنے کے لیے۔</w:t>
      </w:r>
    </w:p>
    <w:p>
      <w:r>
        <w:rPr>
          <w:b/>
        </w:rPr>
        <w:t xml:space="preserve">[22:23] </w:t>
      </w:r>
      <w:r>
        <w:t>jo ahel kare wahan basne ke liye. jo mustahiq karega, us ko jannat milegi. jo mustahiq nahi karega, woh jahannum mein daal diya jayega.</w:t>
      </w:r>
    </w:p>
    <w:p>
      <w:pPr>
        <w:jc w:val="right"/>
      </w:pPr>
      <w:r>
        <w:t>جو اہل کرے وہاں بسنے کے لیے۔ جو مستحق کرے گا، اس کو جنت ملے گی۔ جو مستحق نہیں کرے گا، وہ جہنم میں ڈال دیا جائے گا۔</w:t>
      </w:r>
    </w:p>
    <w:p>
      <w:r>
        <w:rPr>
          <w:b/>
        </w:rPr>
        <w:t xml:space="preserve">[22:35] </w:t>
      </w:r>
      <w:r>
        <w:t>yaani buniyadi taur par isi yaqeen ka naam aakhirat hai.</w:t>
      </w:r>
    </w:p>
    <w:p>
      <w:pPr>
        <w:jc w:val="right"/>
      </w:pPr>
      <w:r>
        <w:t>یعنی بنیادی طور پر اسی یقین کا نام آخرت ہے۔</w:t>
      </w:r>
    </w:p>
    <w:p>
      <w:r>
        <w:rPr>
          <w:b/>
        </w:rPr>
        <w:t xml:space="preserve">[22:45] </w:t>
      </w:r>
      <w:r>
        <w:t>to dekhen jab hum is duniya ko sochte hain to hum paate hain ke yeh hamari duniya jo hai,</w:t>
      </w:r>
    </w:p>
    <w:p>
      <w:pPr>
        <w:jc w:val="right"/>
      </w:pPr>
      <w:r>
        <w:t>تو دیکھیں جب ہم اس دنیا کو سوچتے ہیں تو ہم پاتے ہیں کہ یہ ہماری دنیا جو ہے،</w:t>
      </w:r>
    </w:p>
    <w:p>
      <w:r>
        <w:rPr>
          <w:b/>
        </w:rPr>
        <w:t xml:space="preserve">[22:59] </w:t>
      </w:r>
      <w:r>
        <w:t>yahan par har cheez ka ek jod hai. yeh duniya duai par qaim hai.</w:t>
      </w:r>
    </w:p>
    <w:p>
      <w:pPr>
        <w:jc w:val="right"/>
      </w:pPr>
      <w:r>
        <w:t>یہاں پر ہر چیز کا ایک جوڑ ہے۔ یہ دنیا دوئی پر قائم ہے۔</w:t>
      </w:r>
    </w:p>
    <w:p>
      <w:r>
        <w:rPr>
          <w:b/>
        </w:rPr>
        <w:t xml:space="preserve">[23:06] </w:t>
      </w:r>
      <w:r>
        <w:t>mein aankh se dekhna chahta hoon. lekin aankh bana roshni ke dekh nahi sakti. to yahan par suraj maujood hai.</w:t>
      </w:r>
    </w:p>
    <w:p>
      <w:pPr>
        <w:jc w:val="right"/>
      </w:pPr>
      <w:r>
        <w:t>میں آنکھ سے دیکھنا چاہتا ہوں۔ لیکن آنکھ بنا روشنی کے دیکھ نہیں سکتی۔ تو یہاں پر سورج موجود ہے۔</w:t>
      </w:r>
    </w:p>
    <w:p>
      <w:r>
        <w:rPr>
          <w:b/>
        </w:rPr>
        <w:t xml:space="preserve">[23:19] </w:t>
      </w:r>
      <w:r>
        <w:t>jo taqreeban das lakh meel door hai. das crore meel door hai. nau crore das lakh meel.</w:t>
      </w:r>
    </w:p>
    <w:p>
      <w:pPr>
        <w:jc w:val="right"/>
      </w:pPr>
      <w:r>
        <w:t>جو تقریباً دس لاکھ میل دور ہے۔ دس کروڑ میل دور ہے۔ نو کروڑ دس لاکھ میل۔</w:t>
      </w:r>
    </w:p>
    <w:p>
      <w:r>
        <w:rPr>
          <w:b/>
        </w:rPr>
        <w:t xml:space="preserve">[23:29] </w:t>
      </w:r>
      <w:r>
        <w:t>wahan se roshni bhi</w:t>
      </w:r>
    </w:p>
    <w:p>
      <w:pPr>
        <w:jc w:val="right"/>
      </w:pPr>
      <w:r>
        <w:t>وہاں سے روشنی بھی</w:t>
      </w:r>
    </w:p>
    <w:p>
      <w:r>
        <w:rPr>
          <w:b/>
        </w:rPr>
        <w:t xml:space="preserve">[23:31] </w:t>
      </w:r>
      <w:r>
        <w:t>ja raha hai woh. to ek taraf meri aankh hai aur doosri taraf suraj ki roshni. isi ko mein kehta hoon ke jod ka nizam.</w:t>
      </w:r>
    </w:p>
    <w:p>
      <w:pPr>
        <w:jc w:val="right"/>
      </w:pPr>
      <w:r>
        <w:t>ج رہا ہے وہ۔ تو ایک طرف میری آنکھ ہے اور دوسری طرف سورج کی روشنی۔ اسی کو میں کہتا ہوں کہ جوڑ کا نظام۔</w:t>
      </w:r>
    </w:p>
    <w:p>
      <w:r>
        <w:rPr>
          <w:b/>
        </w:rPr>
        <w:t xml:space="preserve">[23:41] </w:t>
      </w:r>
      <w:r>
        <w:t>aankh ho aur roshni na ho to mein dekh nahi sakta.</w:t>
      </w:r>
    </w:p>
    <w:p>
      <w:pPr>
        <w:jc w:val="right"/>
      </w:pPr>
      <w:r>
        <w:t>آنکھ ہو اور روشنی نہ ہو تو میں دیکھ نہیں سکتا۔</w:t>
      </w:r>
    </w:p>
    <w:p>
      <w:r>
        <w:rPr>
          <w:b/>
        </w:rPr>
        <w:t xml:space="preserve">[23:48] </w:t>
      </w:r>
      <w:r>
        <w:t>ya roshni ho aur aankh na ho to koi yahan dekhne wala nahi hoga.</w:t>
      </w:r>
    </w:p>
    <w:p>
      <w:pPr>
        <w:jc w:val="right"/>
      </w:pPr>
      <w:r>
        <w:t>یا روشنی ہو اور آنکھ نہ ہو تو کوئی یہاں دیکھنے والا نہیں ہوگا۔</w:t>
      </w:r>
    </w:p>
    <w:p>
      <w:r>
        <w:rPr>
          <w:b/>
        </w:rPr>
        <w:t xml:space="preserve">[23:54] </w:t>
      </w:r>
      <w:r>
        <w:t>isi tarah se dekhen, pyaas hai. pyaas. to saath saath farawani se pani maujood hai. pani ho aur pyaas na ho to woh pani bekar hoga.</w:t>
      </w:r>
    </w:p>
    <w:p>
      <w:pPr>
        <w:jc w:val="right"/>
      </w:pPr>
      <w:r>
        <w:t>اسی طرح سے دیکھیں، پیاس ہے۔ پیاس۔ تو ساتھ ساتھ فراوانی سے پانی موجود ہے۔ پانی ہو اور پیاس نہ ہو تو وہ پانی بیکار ہوگا۔</w:t>
      </w:r>
    </w:p>
    <w:p>
      <w:r>
        <w:rPr>
          <w:b/>
        </w:rPr>
        <w:t xml:space="preserve">[24:09] </w:t>
      </w:r>
      <w:r>
        <w:t>aur pyaas hai. ab pani agar nahi hai to pyaas poori nahi hogi.</w:t>
      </w:r>
    </w:p>
    <w:p>
      <w:pPr>
        <w:jc w:val="right"/>
      </w:pPr>
      <w:r>
        <w:t>اور پیاس ہے۔ اب پانی اگر نہیں ہے تو پیاس پوری نہیں ہوگی۔</w:t>
      </w:r>
    </w:p>
    <w:p>
      <w:r>
        <w:rPr>
          <w:b/>
        </w:rPr>
        <w:t xml:space="preserve">[24:14] </w:t>
      </w:r>
      <w:r>
        <w:t>to is duniya ko Khuda ne banaya hai jod ka nizam. yahan tak ke aap chale jayen, chale jayen, aap atom tak pahunch jayen.</w:t>
      </w:r>
    </w:p>
    <w:p>
      <w:pPr>
        <w:jc w:val="right"/>
      </w:pPr>
      <w:r>
        <w:t>تو اس دنیا کو خدا نے بنایا ہے جوڑ کا نظام۔ یہاں تک کہ آپ چلے جائیں، چلے جائیں، آپ ایٹم تک پہنچ جائیں۔</w:t>
      </w:r>
    </w:p>
    <w:p>
      <w:r>
        <w:rPr>
          <w:b/>
        </w:rPr>
        <w:t xml:space="preserve">[24:22] </w:t>
      </w:r>
      <w:r>
        <w:t>to woh bhi wahan pe duai ka nizam hai. manfi zarah, musbat zarah. dono jab hain tab atom hai. agar manfi zarah hon aur musbat zarah na ho to atom maujood nahi rahega.</w:t>
      </w:r>
    </w:p>
    <w:p>
      <w:pPr>
        <w:jc w:val="right"/>
      </w:pPr>
      <w:r>
        <w:t>تو وہ بھی وہاں پہ دوئی کا نظام ہے۔ منفی ذرہ، مثبت ذرہ۔ دونوں جب ہیں تب ایٹم ہے۔ اگر منفی ذرہ ہوں اور مثبت ذرہ نہ ہو تو ایٹم موجود نہیں رہے گا۔</w:t>
      </w:r>
    </w:p>
    <w:p>
      <w:r>
        <w:rPr>
          <w:b/>
        </w:rPr>
        <w:t xml:space="preserve">[24:39] </w:t>
      </w:r>
      <w:r>
        <w:t>to atom se le kar ke aage tak jahan tak aap sochte chale jayen. har jagah ek duai ka nizam hai. do se mil kar ek unit banta hai.</w:t>
      </w:r>
    </w:p>
    <w:p>
      <w:pPr>
        <w:jc w:val="right"/>
      </w:pPr>
      <w:r>
        <w:t>تو ایٹم سے لے کر کے آگے تک جہاں تک آپ سوچتے چلے جائیں۔ ہر جگہ ایک دوئی کا نظام ہے۔ دو سے مل کر ایک یونٹ بنتا ہے۔</w:t>
      </w:r>
    </w:p>
    <w:p>
      <w:r>
        <w:rPr>
          <w:b/>
        </w:rPr>
        <w:t xml:space="preserve">[24:53] </w:t>
      </w:r>
      <w:r>
        <w:t>to aise aisi duniya mein ek hi istasna hai.</w:t>
      </w:r>
    </w:p>
    <w:p>
      <w:pPr>
        <w:jc w:val="right"/>
      </w:pPr>
      <w:r>
        <w:t>تو ایسے ایسی دنیا میں ایک ہی استثنا ہے۔</w:t>
      </w:r>
    </w:p>
    <w:p>
      <w:r>
        <w:rPr>
          <w:b/>
        </w:rPr>
        <w:t xml:space="preserve">[24:59] </w:t>
      </w:r>
      <w:r>
        <w:t>aur woh hai khwahish</w:t>
      </w:r>
    </w:p>
    <w:p>
      <w:pPr>
        <w:jc w:val="right"/>
      </w:pPr>
      <w:r>
        <w:t>اور وہ ہے خواہش</w:t>
      </w:r>
    </w:p>
    <w:p>
      <w:r>
        <w:rPr>
          <w:b/>
        </w:rPr>
        <w:t xml:space="preserve">[25:03] </w:t>
      </w:r>
      <w:r>
        <w:t>to sochne ki baat hai</w:t>
      </w:r>
    </w:p>
    <w:p>
      <w:pPr>
        <w:jc w:val="right"/>
      </w:pPr>
      <w:r>
        <w:t>۔ تو سوچنے کی بات ہے</w:t>
      </w:r>
    </w:p>
    <w:p>
      <w:r>
        <w:rPr>
          <w:b/>
        </w:rPr>
        <w:t xml:space="preserve">[25:08] </w:t>
      </w:r>
      <w:r>
        <w:t>ke ek hi istithna kyon</w:t>
      </w:r>
    </w:p>
    <w:p>
      <w:pPr>
        <w:jc w:val="right"/>
      </w:pPr>
      <w:r>
        <w:t>کہ ایک ہی استثنا کیوں؟</w:t>
      </w:r>
    </w:p>
    <w:p>
      <w:r>
        <w:rPr>
          <w:b/>
        </w:rPr>
        <w:t xml:space="preserve">[25:15] </w:t>
      </w:r>
      <w:r>
        <w:t>yani itni badi kainat, itni badi kainat. Har har ek mein uska jod hai.</w:t>
      </w:r>
    </w:p>
    <w:p>
      <w:pPr>
        <w:jc w:val="right"/>
      </w:pPr>
      <w:r>
        <w:t>یعنی اتنی بڑی کائنات، اتنی بڑی کائنات۔ ہر ہر ایک میں اس کا جوڑ ہے۔</w:t>
      </w:r>
    </w:p>
    <w:p>
      <w:r>
        <w:rPr>
          <w:b/>
        </w:rPr>
        <w:t xml:space="preserve">[25:20] </w:t>
      </w:r>
      <w:r>
        <w:t>jod ka matlab hota hai ke ek cheez jo hai doosre se mil kar apne aap ko mukammal kare.</w:t>
      </w:r>
    </w:p>
    <w:p>
      <w:pPr>
        <w:jc w:val="right"/>
      </w:pPr>
      <w:r>
        <w:t>جوڑ کا مطلب ہوتا ہے کہ ایک چیز جو ہے دوسرے سے مل کر اپنے آپ کو مکمل کرے۔</w:t>
      </w:r>
    </w:p>
    <w:p>
      <w:r>
        <w:rPr>
          <w:b/>
        </w:rPr>
        <w:t xml:space="preserve">[25:30] </w:t>
      </w:r>
      <w:r>
        <w:t>jaise nar mada se mil kar apne aap ko mukammal karta hai. Manfi zarra, musbat zarre se mil kar apne aap ko mukammal karte hain.</w:t>
      </w:r>
    </w:p>
    <w:p>
      <w:pPr>
        <w:jc w:val="right"/>
      </w:pPr>
      <w:r>
        <w:t>جیسے نر مادہ سے مل کر اپنے آپ کو مکمل کرتا ہے۔ منفی ذرہ، مثبت ذرے سے مل کر اپنے آپ کو مکمل کرتے ہیں۔</w:t>
      </w:r>
    </w:p>
    <w:p>
      <w:r>
        <w:rPr>
          <w:b/>
        </w:rPr>
        <w:t xml:space="preserve">[25:42] </w:t>
      </w:r>
      <w:r>
        <w:t>pyas pani se mil kar apne aap ko mukammal karta hai.</w:t>
      </w:r>
    </w:p>
    <w:p>
      <w:pPr>
        <w:jc w:val="right"/>
      </w:pPr>
      <w:r>
        <w:t>پیاس پانی سے مل کر اپنے آپ کو مکمل کرتا ہے۔</w:t>
      </w:r>
    </w:p>
    <w:p>
      <w:r>
        <w:rPr>
          <w:b/>
        </w:rPr>
        <w:t xml:space="preserve">[25:47] </w:t>
      </w:r>
      <w:r>
        <w:t>yahan tak ke ab yeh science mein yeh mana gaya hai ke hamari zameen bhi do zameen hai. Dono na hon to yeh khatam ho jayegi.</w:t>
      </w:r>
    </w:p>
    <w:p>
      <w:pPr>
        <w:jc w:val="right"/>
      </w:pPr>
      <w:r>
        <w:t>یہاں تک کہ اب یہ سائنس میں یہ مانا گیا ہے کہ ہماری زمین بھی دو زمین ہے۔ دونوں نہ ہوں تو یہ ختم ہو جائے گی۔</w:t>
      </w:r>
    </w:p>
    <w:p>
      <w:r>
        <w:rPr>
          <w:b/>
        </w:rPr>
        <w:t xml:space="preserve">[25:57] </w:t>
      </w:r>
      <w:r>
        <w:t>agarche yeh farzi yeh tasawwur hai abhi tak lekin science mein maan liya gaya hai is ko.</w:t>
      </w:r>
    </w:p>
    <w:p>
      <w:pPr>
        <w:jc w:val="right"/>
      </w:pPr>
      <w:r>
        <w:t>اگرچہ یہ فرضی یہ تصور ہے ابھی تک لیکن سائنس میں مان لیا گیا ہے اس کو۔</w:t>
      </w:r>
    </w:p>
    <w:p>
      <w:r>
        <w:rPr>
          <w:b/>
        </w:rPr>
        <w:t xml:space="preserve">[26:06] </w:t>
      </w:r>
      <w:r>
        <w:t>to ek manfi duniya hai aur ek musbat duniya hai. Yani wohi nizam jo atom mein hai.</w:t>
      </w:r>
    </w:p>
    <w:p>
      <w:pPr>
        <w:jc w:val="right"/>
      </w:pPr>
      <w:r>
        <w:t>تو ایک منفی دنیا ہے اور ایک مثبت دنیا ہے۔ یعنی وہی نظام جو ایٹم میں ہے۔</w:t>
      </w:r>
    </w:p>
    <w:p>
      <w:r>
        <w:rPr>
          <w:b/>
        </w:rPr>
        <w:t xml:space="preserve">[26:14] </w:t>
      </w:r>
      <w:r>
        <w:t>manfi zarra, musbat zarra. Wohi is duniya mein bhi hai. To manfi duniya aur musbat duniya dono hain tab hi maujood kar rahi hai hamari zameen.</w:t>
      </w:r>
    </w:p>
    <w:p>
      <w:pPr>
        <w:jc w:val="right"/>
      </w:pPr>
      <w:r>
        <w:t>منفی ذرہ، مثبت ذرہ۔ وہی اس دنیا میں بھی ہے۔ تو منفی دنیا اور مثبت دنیا دونوں ہیں تب ہی موجود کر رہی ہے ہماری زمین۔</w:t>
      </w:r>
    </w:p>
    <w:p>
      <w:r>
        <w:rPr>
          <w:b/>
        </w:rPr>
        <w:t xml:space="preserve">[26:25] </w:t>
      </w:r>
      <w:r>
        <w:t>warna maujood hi nahi karegi. Ghayab ho jayegi, be jod ho jayegi.</w:t>
      </w:r>
    </w:p>
    <w:p>
      <w:pPr>
        <w:jc w:val="right"/>
      </w:pPr>
      <w:r>
        <w:t>ورنہ موجود ہی نہیں کرے گی۔ غائب ہو جائے گی، بے جوڑ ہو جائے گی۔</w:t>
      </w:r>
    </w:p>
    <w:p>
      <w:r>
        <w:rPr>
          <w:b/>
        </w:rPr>
        <w:t xml:space="preserve">[26:32] </w:t>
      </w:r>
      <w:r>
        <w:t>aap sochiye ke jab is duniya mein sara nizam jo hai doyi par qaim hai.</w:t>
      </w:r>
    </w:p>
    <w:p>
      <w:pPr>
        <w:jc w:val="right"/>
      </w:pPr>
      <w:r>
        <w:t>آپ سوچیے کہ جب اس دنیا میں سارا نظام جو ہے دوئی پر قائم ہے۔</w:t>
      </w:r>
    </w:p>
    <w:p>
      <w:r>
        <w:rPr>
          <w:b/>
        </w:rPr>
        <w:t xml:space="preserve">[26:42] </w:t>
      </w:r>
      <w:r>
        <w:t>ek hi istithna kyon? Ke khwahish hai magar uska pura hona nahin.</w:t>
      </w:r>
    </w:p>
    <w:p>
      <w:pPr>
        <w:jc w:val="right"/>
      </w:pPr>
      <w:r>
        <w:t>ایک ہی استثنا کیوں؟ کہ خواہش ہے مگر اس کا پورا ہونا نہیں۔</w:t>
      </w:r>
    </w:p>
    <w:p>
      <w:r>
        <w:rPr>
          <w:b/>
        </w:rPr>
        <w:t xml:space="preserve">[26:51] </w:t>
      </w:r>
      <w:r>
        <w:t>yeh bahut zyada sochne ki baat hai ke khwahish hai magar uska pura hona nahin.</w:t>
      </w:r>
    </w:p>
    <w:p>
      <w:pPr>
        <w:jc w:val="right"/>
      </w:pPr>
      <w:r>
        <w:t>یہ بہت زیادہ سوچنے کی بات ہے کہ خواہش ہے مگر اس کا پورا ہونا نہیں۔</w:t>
      </w:r>
    </w:p>
    <w:p>
      <w:r>
        <w:rPr>
          <w:b/>
        </w:rPr>
        <w:t xml:space="preserve">[26:59] </w:t>
      </w:r>
      <w:r>
        <w:t>is ek istithna ke siwa koi aur doosra istithna aap bata nahi sakte is poori kainat mein.</w:t>
      </w:r>
    </w:p>
    <w:p>
      <w:pPr>
        <w:jc w:val="right"/>
      </w:pPr>
      <w:r>
        <w:t>اس ایک استثنا کے سوا کوئی اور دوسرا استثنا آپ بتا نہیں سکتے اس پوری کائنات میں۔</w:t>
      </w:r>
    </w:p>
    <w:p>
      <w:r>
        <w:rPr>
          <w:b/>
        </w:rPr>
        <w:t xml:space="preserve">[27:09] </w:t>
      </w:r>
      <w:r>
        <w:t>ke ek cheez maujood ho, uska jod maujood na ho. Yani ek cheez maujood kar rahi ho aur uska jod maujood na kar raha ho.</w:t>
      </w:r>
    </w:p>
    <w:p>
      <w:pPr>
        <w:jc w:val="right"/>
      </w:pPr>
      <w:r>
        <w:t>کہ ایک چیز موجود ہو، اس کا جوڑ موجود نہ ہو۔ یعنی ایک چیز موجود کر رہی ہو اور اس کا جوڑ موجود نہ کر رہا ہو۔</w:t>
      </w:r>
    </w:p>
    <w:p>
      <w:r>
        <w:rPr>
          <w:b/>
        </w:rPr>
        <w:t xml:space="preserve">[27:18] </w:t>
      </w:r>
      <w:r>
        <w:t>aisi koi bhi misaal aap is duniya mein bata nahi sakte.</w:t>
      </w:r>
    </w:p>
    <w:p>
      <w:pPr>
        <w:jc w:val="right"/>
      </w:pPr>
      <w:r>
        <w:t>ایسی کوئی بھی مثال آپ اس دنیا میں بتا نہیں سکتے۔</w:t>
      </w:r>
    </w:p>
    <w:p>
      <w:r>
        <w:rPr>
          <w:b/>
        </w:rPr>
        <w:t xml:space="preserve">[27:24] </w:t>
      </w:r>
      <w:r>
        <w:t>yahi ek hi misaal hai ke insan paida hota hai be had khwahish le kar. Be had khwahish. Lekin usko is ke pure hone ke liye yahan par koi saman nahi, koi saadhan nahin.</w:t>
      </w:r>
    </w:p>
    <w:p>
      <w:pPr>
        <w:jc w:val="right"/>
      </w:pPr>
      <w:r>
        <w:t>یہی ایک ہی مثال ہے کہ انسان پیدا ہوتا ہے بے حد خواہش لے کر۔ بے حد خواہش۔ لیکن اس کو اس کے پورے ہونے کے لیے یہاں پر کوئی سامان نہیں، کوئی سادن نہیں۔</w:t>
      </w:r>
    </w:p>
    <w:p>
      <w:r>
        <w:rPr>
          <w:b/>
        </w:rPr>
        <w:t xml:space="preserve">[27:45] </w:t>
      </w:r>
      <w:r>
        <w:t>to ab yahan par dekhiye aap mantiq jo hai, aap sainsi mantiq jo hai us ko apply kijiye. To hum manne par majboor honge ke jab 99 cheezon mein</w:t>
      </w:r>
    </w:p>
    <w:p>
      <w:pPr>
        <w:jc w:val="right"/>
      </w:pPr>
      <w:r>
        <w:t>تو اب یہاں پر دیکھیے آپ منطق جو ہے، آپ سائنسی منطق جو ہے اس کو اپلائی کیجیے۔ تو ہم ماننے پر مجبور ہوں گے کہ جب 99 چیزوں میں</w:t>
      </w:r>
    </w:p>
    <w:p>
      <w:r>
        <w:rPr>
          <w:b/>
        </w:rPr>
        <w:t xml:space="preserve">[28:03] </w:t>
      </w:r>
      <w:r>
        <w:t>ek har cheez ka jod hai. To yaqeenan sauwein mein bhi jod hona chahiye.</w:t>
      </w:r>
    </w:p>
    <w:p>
      <w:pPr>
        <w:jc w:val="right"/>
      </w:pPr>
      <w:r>
        <w:t>ایک ہر چیز کا جوڑ ہے۔ تو یقیناً سویں میں بھی جوڑ ہونا چاہیے۔</w:t>
      </w:r>
    </w:p>
    <w:p>
      <w:r>
        <w:rPr>
          <w:b/>
        </w:rPr>
        <w:t xml:space="preserve">[28:15] </w:t>
      </w:r>
      <w:r>
        <w:t>yani jo hai qanoon e ihtimal science mein mana jata hai. To qanoon e ihtimal se apne aap yeh cheez sabit ho rahi hai ke jis tarah doosri cheezon ka jod maujood hai isi tarah se hamari khwahish ka bhi jod maujood hai.</w:t>
      </w:r>
    </w:p>
    <w:p>
      <w:pPr>
        <w:jc w:val="right"/>
      </w:pPr>
      <w:r>
        <w:t>یعنی جو ہے قانونِ احتمال سائنس میں مانا جاتا ہے۔ تو قانونِ احتمال سے اپنے آپ یہ چیز ثابت ہو رہی ہے کہ جس طرح دوسری چیزوں کا جوڑ موجود ہے اسی طرح سے ہماری خواہش کا بھی جوڑ موجود ہے۔</w:t>
      </w:r>
    </w:p>
    <w:p>
      <w:r>
        <w:rPr>
          <w:b/>
        </w:rPr>
        <w:t xml:space="preserve">[28:33] </w:t>
      </w:r>
      <w:r>
        <w:t>aur woh yeh hai. Woh wohi hai jisko hum akhirat kehte hain.</w:t>
      </w:r>
    </w:p>
    <w:p>
      <w:pPr>
        <w:jc w:val="right"/>
      </w:pPr>
      <w:r>
        <w:t>اور وہ یہ ہے۔ وہ وہی ہے جس کو ہم آخرت کہتے ہیں۔</w:t>
      </w:r>
    </w:p>
    <w:p>
      <w:r>
        <w:rPr>
          <w:b/>
        </w:rPr>
        <w:t xml:space="preserve">[28:40] </w:t>
      </w:r>
      <w:r>
        <w:t>jahan hamari khwahishen poori hongi.</w:t>
      </w:r>
    </w:p>
    <w:p>
      <w:pPr>
        <w:jc w:val="right"/>
      </w:pPr>
      <w:r>
        <w:t>جہاں ہماری خواہشیں پوری ہوں گی۔</w:t>
      </w:r>
    </w:p>
    <w:p>
      <w:r>
        <w:rPr>
          <w:b/>
        </w:rPr>
        <w:t xml:space="preserve">[28:43] </w:t>
      </w:r>
      <w:r>
        <w:t>quran mein hai ke wa lakum fiha ma tashtahi anfusukum wa lakum fiha ma tad'oon yani woh jagah jannat woh jagah hai jahan tumhari sari khwahishen poori hongi.</w:t>
      </w:r>
    </w:p>
    <w:p>
      <w:pPr>
        <w:jc w:val="right"/>
      </w:pPr>
      <w:r>
        <w:t>قرآن میں ہے کہ وَلَكُمْ فِيهَا مَا تَشْتَهِيَ أَنْفَسُكُمْ وَلَكُمْ فِيهَا مَا تَدْعُونَ یعنی وہ جگہ جنت وہ جگہ ہے جہاں تمہاری ساری خواہشیں پوری ہوں گی۔</w:t>
      </w:r>
    </w:p>
    <w:p>
      <w:r>
        <w:rPr>
          <w:b/>
        </w:rPr>
        <w:t xml:space="preserve">[28:58] </w:t>
      </w:r>
      <w:r>
        <w:t>wa lakum fiha ma tashtahi anfusukum jannat woh jagah hai jahan tumhari sari khwahishen poori hongi.</w:t>
      </w:r>
    </w:p>
    <w:p>
      <w:pPr>
        <w:jc w:val="right"/>
      </w:pPr>
      <w:r>
        <w:t>وَلَكُمْ فِيهَا مَا تَشْتَهِيَ أَنْفَسُكُمْ جنت وہ جگہ ہے جہاں تمہاری ساری خواہشیں پوری ہوں گی۔</w:t>
      </w:r>
    </w:p>
    <w:p>
      <w:r>
        <w:rPr>
          <w:b/>
        </w:rPr>
        <w:t xml:space="preserve">[29:05] </w:t>
      </w:r>
      <w:r>
        <w:t>yani khwahish ka poora hona jo is ka jod hai. woh maut se pehle ke arse mein to nahi hai lekin is ko maut ke baad ke arse mein rakh diya gaya hai.</w:t>
      </w:r>
    </w:p>
    <w:p>
      <w:pPr>
        <w:jc w:val="right"/>
      </w:pPr>
      <w:r>
        <w:t>یعنی خواہش کا پورا ہونا جو اس کا جوڑ ہے۔ وہ موت سے پہلے کے عرصے میں تو نہیں ہے لیکن اس کو موت کے بعد کے عرصے میں رکھ دیا گیا ہے۔</w:t>
      </w:r>
    </w:p>
    <w:p>
      <w:r>
        <w:rPr>
          <w:b/>
        </w:rPr>
        <w:t xml:space="preserve">[29:17] </w:t>
      </w:r>
      <w:r>
        <w:t>kyun? yeh milna hai milna hai yani mustahiq par milna hai yeh. jo mustahiq karega woh payega. jo mustahiq nahi karega woh nahi payega.</w:t>
      </w:r>
    </w:p>
    <w:p>
      <w:pPr>
        <w:jc w:val="right"/>
      </w:pPr>
      <w:r>
        <w:t>کیوں؟ یہ ملنا ہے ملنا ہے یعنی مستحق پر ملنا ہے یہ۔ جو مستحق کرے گا وہ پائے گا۔ جو مستحق نہیں کرے گا وہ نہیں پائے گا۔</w:t>
      </w:r>
    </w:p>
    <w:p>
      <w:r>
        <w:rPr>
          <w:b/>
        </w:rPr>
        <w:t xml:space="preserve">[29:30] </w:t>
      </w:r>
      <w:r>
        <w:t>to usool e mustahiqiyat yahan apply ho raha hai.</w:t>
      </w:r>
    </w:p>
    <w:p>
      <w:pPr>
        <w:jc w:val="right"/>
      </w:pPr>
      <w:r>
        <w:t>تو اصولِ مستحقیت یہاں اپلائی ہو رہا ہے۔</w:t>
      </w:r>
    </w:p>
    <w:p>
      <w:r>
        <w:rPr>
          <w:b/>
        </w:rPr>
        <w:t xml:space="preserve">[29:37] </w:t>
      </w:r>
      <w:r>
        <w:t>isi yaqeen ka naam hai akhirat.</w:t>
      </w:r>
    </w:p>
    <w:p>
      <w:pPr>
        <w:jc w:val="right"/>
      </w:pPr>
      <w:r>
        <w:t>اسی یقین کا نام ہے آخرت۔</w:t>
      </w:r>
    </w:p>
    <w:p>
      <w:r>
        <w:rPr>
          <w:b/>
        </w:rPr>
        <w:t xml:space="preserve">[29:44] </w:t>
      </w:r>
      <w:r>
        <w:t>aqeeda akhirat.</w:t>
      </w:r>
    </w:p>
    <w:p>
      <w:pPr>
        <w:jc w:val="right"/>
      </w:pPr>
      <w:r>
        <w:t>عقیدہ آخرت۔</w:t>
      </w:r>
    </w:p>
    <w:p>
      <w:r>
        <w:rPr>
          <w:b/>
        </w:rPr>
        <w:t xml:space="preserve">[29:49] </w:t>
      </w:r>
      <w:r>
        <w:t>is ke bare mein</w:t>
      </w:r>
    </w:p>
    <w:p>
      <w:pPr>
        <w:jc w:val="right"/>
      </w:pPr>
      <w:r>
        <w:t>اس کے بارے میں</w:t>
      </w:r>
    </w:p>
    <w:p>
      <w:r>
        <w:rPr>
          <w:b/>
        </w:rPr>
        <w:t xml:space="preserve">[29:54] </w:t>
      </w:r>
      <w:r>
        <w:t>mein ne kuch baatein aap ke sath mein arz ki. aqool qawli hadha wa astaghfirullah li wa lakum ajmaeen.</w:t>
      </w:r>
    </w:p>
    <w:p>
      <w:pPr>
        <w:jc w:val="right"/>
      </w:pPr>
      <w:r>
        <w:t>میں نے کچھ باتیں آپ کے ساتھ میں عرض کیں۔ 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