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Early Life of Prophet Muhammad 5 March 2006 - Prof. Farida Khanam</w:t>
      </w:r>
    </w:p>
    <w:p>
      <w:r>
        <w:t>https://www.youtube.com/watch?v=ILrnBHfTUuA</w:t>
      </w:r>
    </w:p>
    <w:p>
      <w:r>
        <w:rPr>
          <w:b/>
        </w:rPr>
        <w:t xml:space="preserve">[00:12] </w:t>
      </w:r>
      <w:r>
        <w:t>bismillah al-rahman al-rahim.</w:t>
      </w:r>
    </w:p>
    <w:p>
      <w:pPr>
        <w:jc w:val="right"/>
      </w:pPr>
      <w:r>
        <w:t>بسم اللہ الرحمن الرحیم۔</w:t>
      </w:r>
    </w:p>
    <w:p>
      <w:r>
        <w:rPr>
          <w:b/>
        </w:rPr>
        <w:t xml:space="preserve">[00:16] </w:t>
      </w:r>
      <w:r>
        <w:t>paighambar-e-islam hazrat muhammad sallallahu alaihi wasallam hazrat ibrahim ki nasal se thay.</w:t>
      </w:r>
    </w:p>
    <w:p>
      <w:pPr>
        <w:jc w:val="right"/>
      </w:pPr>
      <w:r>
        <w:t>پیغمبر اسلام حضرت محمد صلی اللہ علیہ وسلم حضرت ابراہیم کی نسل سے تھے۔</w:t>
      </w:r>
    </w:p>
    <w:p>
      <w:r>
        <w:rPr>
          <w:b/>
        </w:rPr>
        <w:t xml:space="preserve">[00:23] </w:t>
      </w:r>
      <w:r>
        <w:t>hazrat ibrahim ka zamana</w:t>
      </w:r>
    </w:p>
    <w:p>
      <w:pPr>
        <w:jc w:val="right"/>
      </w:pPr>
      <w:r>
        <w:t>حضرت ابراہیم کا زمانہ</w:t>
      </w:r>
    </w:p>
    <w:p>
      <w:r>
        <w:rPr>
          <w:b/>
        </w:rPr>
        <w:t xml:space="preserve">[00:27] </w:t>
      </w:r>
      <w:r>
        <w:t>2160 ta 1985 hai, qabl-e-masih. hazrat ibrahim alaihi salam 4000 saal pehle apne watan iraq se nikle</w:t>
      </w:r>
    </w:p>
    <w:p>
      <w:pPr>
        <w:jc w:val="right"/>
      </w:pPr>
      <w:r>
        <w:t>2160 تا 1985 ہے، قبل مسیح۔ حضرت ابراہیم علیہ السلام 4000 سال پہلے اپنے وطن عراق سے نکلے</w:t>
      </w:r>
    </w:p>
    <w:p>
      <w:r>
        <w:rPr>
          <w:b/>
        </w:rPr>
        <w:t xml:space="preserve">[00:38] </w:t>
      </w:r>
      <w:r>
        <w:t>aur hazrat ismail apne chhote ladke ko</w:t>
      </w:r>
    </w:p>
    <w:p>
      <w:pPr>
        <w:jc w:val="right"/>
      </w:pPr>
      <w:r>
        <w:t>اور حضرت اسماعیل اپنے چھوٹے لڑکے کو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