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Jihad In Islam May 25, 2008</w:t>
      </w:r>
    </w:p>
    <w:p>
      <w:r>
        <w:t>https://youtu.be/UJ6cY-A3tDs</w:t>
      </w:r>
    </w:p>
    <w:p>
      <w:r>
        <w:rPr>
          <w:b/>
        </w:rPr>
        <w:t xml:space="preserve">[00:35] </w:t>
      </w:r>
      <w:r>
        <w:t>aaj ka jo topic hai woh hai</w:t>
      </w:r>
    </w:p>
    <w:p>
      <w:pPr>
        <w:jc w:val="right"/>
      </w:pPr>
      <w:r>
        <w:t>آج کا جو ٹاپک ہے وہ ہے</w:t>
      </w:r>
    </w:p>
    <w:p>
      <w:r>
        <w:rPr>
          <w:b/>
        </w:rPr>
        <w:t xml:space="preserve">[00:45] </w:t>
      </w:r>
      <w:r>
        <w:t>the concept of jihad in Islam.</w:t>
      </w:r>
    </w:p>
    <w:p>
      <w:pPr>
        <w:jc w:val="right"/>
      </w:pPr>
      <w:r>
        <w:t>the concept of jihad in Islam.</w:t>
      </w:r>
    </w:p>
    <w:p>
      <w:r>
        <w:rPr>
          <w:b/>
        </w:rPr>
        <w:t xml:space="preserve">[00:52] </w:t>
      </w:r>
      <w:r>
        <w:t>islam mein jihad ka tasawwur.</w:t>
      </w:r>
    </w:p>
    <w:p>
      <w:pPr>
        <w:jc w:val="right"/>
      </w:pPr>
      <w:r>
        <w:t>اسلام میں جہاد کا تصور۔</w:t>
      </w:r>
    </w:p>
    <w:p>
      <w:r>
        <w:rPr>
          <w:b/>
        </w:rPr>
        <w:t xml:space="preserve">[00:59] </w:t>
      </w:r>
      <w:r>
        <w:t>aap jante hain ke jihad ke bare mein bohat zyada misunderstanding hai.</w:t>
      </w:r>
    </w:p>
    <w:p>
      <w:pPr>
        <w:jc w:val="right"/>
      </w:pPr>
      <w:r>
        <w:t>آپ جانتے ہیں کہ جہاد کے بارے میں بہت زیادہ misunderstanding ہے۔</w:t>
      </w:r>
    </w:p>
    <w:p>
      <w:r>
        <w:rPr>
          <w:b/>
        </w:rPr>
        <w:t xml:space="preserve">[01:11] </w:t>
      </w:r>
      <w:r>
        <w:t>aam tor par log samajhte hain ke jihad ka matlab hai violence, yaani violent activism ka doosra naam jihad hai.</w:t>
      </w:r>
    </w:p>
    <w:p>
      <w:pPr>
        <w:jc w:val="right"/>
      </w:pPr>
      <w:r>
        <w:t>عام طور پر لوگ سمجھتے ہیں کہ جہاد کا مطلب ہے violence، یعنی violent activism کا دوسرا نام جہاد ہے۔</w:t>
      </w:r>
    </w:p>
    <w:p>
      <w:r>
        <w:rPr>
          <w:b/>
        </w:rPr>
        <w:t xml:space="preserve">[01:25] </w:t>
      </w:r>
      <w:r>
        <w:t>halankeh baat is ke bar aks hai, yaani is ka ulta hai. jihad darasal peaceful activism ka naam hai.</w:t>
      </w:r>
    </w:p>
    <w:p>
      <w:pPr>
        <w:jc w:val="right"/>
      </w:pPr>
      <w:r>
        <w:t>حالانکہ بات اس کے برعکس ہے، یعنی اس کا الٹا ہے۔ جہاد دراصل peaceful activism کا نام ہے۔</w:t>
      </w:r>
    </w:p>
    <w:p>
      <w:r>
        <w:rPr>
          <w:b/>
        </w:rPr>
        <w:t xml:space="preserve">[01:40] </w:t>
      </w:r>
      <w:r>
        <w:t>kuch musalmanon ke galat, yaani is is word ko, jihad ke word ko kuch kuch musalmanon ne misuse kiya. yaani apni qaumi ladai ko jihad kehne lage woh.</w:t>
      </w:r>
    </w:p>
    <w:p>
      <w:pPr>
        <w:jc w:val="right"/>
      </w:pPr>
      <w:r>
        <w:t>کچھ مسلمانوں کے غلط، یعنی اس اس word کو، جہاد کے word کو کچھ کچھ مسلمانوں نے misuse کیا۔ یعنی اپنی قومی لڑائی کو جہاد کہنے لگے وہ۔</w:t>
      </w:r>
    </w:p>
    <w:p>
      <w:r>
        <w:rPr>
          <w:b/>
        </w:rPr>
        <w:t xml:space="preserve">[01:55] </w:t>
      </w:r>
      <w:r>
        <w:t>to logon ne isi ko jihad samajh liya. halankeh woh musalmanon ki apni qaumi ladai thi. woh islam ka jo term hai jihad,</w:t>
      </w:r>
    </w:p>
    <w:p>
      <w:pPr>
        <w:jc w:val="right"/>
      </w:pPr>
      <w:r>
        <w:t>تو لوگوں نے اسی کو جہاد سمجھ لیا۔ حالانکہ وہ مسلمانوں کی اپنی قومی لڑائی تھی۔ وہ اسلام کا جو term ہے جہاد،</w:t>
      </w:r>
    </w:p>
    <w:p>
      <w:r>
        <w:rPr>
          <w:b/>
        </w:rPr>
        <w:t xml:space="preserve">[02:09] </w:t>
      </w:r>
      <w:r>
        <w:t>is se is ka koi ta'alluq nahi.</w:t>
      </w:r>
    </w:p>
    <w:p>
      <w:pPr>
        <w:jc w:val="right"/>
      </w:pPr>
      <w:r>
        <w:t>اس سے اس کا کوئی تعلق نہیں۔</w:t>
      </w:r>
    </w:p>
    <w:p>
      <w:r>
        <w:rPr>
          <w:b/>
        </w:rPr>
        <w:t xml:space="preserve">[02:16] </w:t>
      </w:r>
      <w:r>
        <w:t>isi par mujhe is waqt kuch kehna hai.</w:t>
      </w:r>
    </w:p>
    <w:p>
      <w:pPr>
        <w:jc w:val="right"/>
      </w:pPr>
      <w:r>
        <w:t>اسی پر مجھے اس وقت کچھ کہنا ہے۔</w:t>
      </w:r>
    </w:p>
    <w:p>
      <w:r>
        <w:rPr>
          <w:b/>
        </w:rPr>
        <w:t xml:space="preserve">[02:21] </w:t>
      </w:r>
      <w:r>
        <w:t>pehli baat to yeh ke aap dekhiye ke what is the literal meaning of jihad?</w:t>
      </w:r>
    </w:p>
    <w:p>
      <w:pPr>
        <w:jc w:val="right"/>
      </w:pPr>
      <w:r>
        <w:t>پہلی بات تو یہ کہ آپ دیکھیے کہ what is the literal meaning of jihad?</w:t>
      </w:r>
    </w:p>
    <w:p>
      <w:r>
        <w:rPr>
          <w:b/>
        </w:rPr>
        <w:t xml:space="preserve">[02:32] </w:t>
      </w:r>
      <w:r>
        <w:t>sab se pehli baat yeh janna chahiye ke jihad ka lafzi matlab kya hai. to jihad means struggle to strive.</w:t>
      </w:r>
    </w:p>
    <w:p>
      <w:pPr>
        <w:jc w:val="right"/>
      </w:pPr>
      <w:r>
        <w:t>سب سے پہلی بات یہ جاننا چاہیے کہ جہاد کا لفظی مطلب کیا ہے۔ تو جہاد means struggle to strive.</w:t>
      </w:r>
    </w:p>
    <w:p>
      <w:r>
        <w:rPr>
          <w:b/>
        </w:rPr>
        <w:t xml:space="preserve">[02:46] </w:t>
      </w:r>
      <w:r>
        <w:t>bas. yani jihad ka matlab wahi hai jis ko hum urdu mein kehte hain koshish. bas. is mein kisi bhi aitbaar se violence ka concept shamil nahi hai.</w:t>
      </w:r>
    </w:p>
    <w:p>
      <w:pPr>
        <w:jc w:val="right"/>
      </w:pPr>
      <w:r>
        <w:t>بس۔ یعنی جہاد کا مطلب وہی ہے جس کو ہم اردو میں کہتے ہیں کوشش۔ بس۔ اس میں کسی بھی اعتبار سے violence کا concept شامل نہیں ہے۔</w:t>
      </w:r>
    </w:p>
    <w:p>
      <w:r>
        <w:rPr>
          <w:b/>
        </w:rPr>
        <w:t xml:space="preserve">[03:04] </w:t>
      </w:r>
      <w:r>
        <w:t>baat ko tosi'i ma'ni mein, yani extended sense mein jihad ko istemal kiya gaya defensive war ke liye.</w:t>
      </w:r>
    </w:p>
    <w:p>
      <w:pPr>
        <w:jc w:val="right"/>
      </w:pPr>
      <w:r>
        <w:t>بات کو توسیعی معنی میں، یعنی extended sense میں جہاد کو استعمال کیا گیا defensive war کے لیے۔</w:t>
      </w:r>
    </w:p>
    <w:p>
      <w:r>
        <w:rPr>
          <w:b/>
        </w:rPr>
        <w:t xml:space="preserve">[03:14] </w:t>
      </w:r>
      <w:r>
        <w:t>that was an extended sense of jihad. original jo jihad ka mafhoom hai us ka koi bhi taluq violence se nahi hai.</w:t>
      </w:r>
    </w:p>
    <w:p>
      <w:pPr>
        <w:jc w:val="right"/>
      </w:pPr>
      <w:r>
        <w:t>that was an extended sense of jihad. اوریجنل جو جہاد کا مفہوم ہے اس کا کوئی بھی تعلق violence سے نہیں ہے۔</w:t>
      </w:r>
    </w:p>
    <w:p>
      <w:r>
        <w:rPr>
          <w:b/>
        </w:rPr>
        <w:t xml:space="preserve">[03:31] </w:t>
      </w:r>
      <w:r>
        <w:t>to yeh pehli baat samajhna chahiye.</w:t>
      </w:r>
    </w:p>
    <w:p>
      <w:pPr>
        <w:jc w:val="right"/>
      </w:pPr>
      <w:r>
        <w:t>تو یہ پہلی بات سمجھنا چاہیے۔</w:t>
      </w:r>
    </w:p>
    <w:p>
      <w:r>
        <w:rPr>
          <w:b/>
        </w:rPr>
        <w:t xml:space="preserve">[03:37] </w:t>
      </w:r>
      <w:r>
        <w:t>ab mein aap ko ek hadith sunana chahunga.</w:t>
      </w:r>
    </w:p>
    <w:p>
      <w:pPr>
        <w:jc w:val="right"/>
      </w:pPr>
      <w:r>
        <w:t>اب میں آپ کو ایک حدیث سنانا چاہوں گا۔</w:t>
      </w:r>
    </w:p>
    <w:p>
      <w:r>
        <w:rPr>
          <w:b/>
        </w:rPr>
        <w:t xml:space="preserve">[03:45] </w:t>
      </w:r>
      <w:r>
        <w:t>rasool allah salallaho alaihi wasallam ki zindagi mein kuch ghazwaat hue. ghazwa ke ma'ni ladai nahi hota. ghazwa ke ma'ni hote hain campaign.</w:t>
      </w:r>
    </w:p>
    <w:p>
      <w:pPr>
        <w:jc w:val="right"/>
      </w:pPr>
      <w:r>
        <w:t>رسول اللہ صلی اللہ علیہ وسلم کی زندگی میں کچھ غزوات ہوئے۔ غزوہ کے معنی لڑائی نہیں ہوتا۔ غزوہ کے معنی ہوتے ہیں campaign۔</w:t>
      </w:r>
    </w:p>
    <w:p>
      <w:r>
        <w:rPr>
          <w:b/>
        </w:rPr>
        <w:t xml:space="preserve">[03:59] </w:t>
      </w:r>
      <w:r>
        <w:t>campaign. is liye ke kitabon mein aap padhenge more than eighty ghazwaat. halanke aisa hua nahi.</w:t>
      </w:r>
    </w:p>
    <w:p>
      <w:pPr>
        <w:jc w:val="right"/>
      </w:pPr>
      <w:r>
        <w:t>Campaign۔ اس لیے کہ کتابوں میں آپ پڑھیں گے more than eighty غزوات۔ حالانکہ ایسا ہوا نہیں۔</w:t>
      </w:r>
    </w:p>
    <w:p>
      <w:r>
        <w:rPr>
          <w:b/>
        </w:rPr>
        <w:t xml:space="preserve">[04:09] </w:t>
      </w:r>
      <w:r>
        <w:t>yani ladai agar hui hai to sirf char baar. aur woh bhi aadhe aadhe din ki. yani prophet ki twenty three years ki life mein sirf do din ladai hui.</w:t>
      </w:r>
    </w:p>
    <w:p>
      <w:pPr>
        <w:jc w:val="right"/>
      </w:pPr>
      <w:r>
        <w:t>یعنی لڑائی اگر ہوئی ہے تو صرف چار بار۔ اور وہ بھی آدھے آدھے دن کی۔ یعنی prophet کی twenty three years کی life میں صرف دو دن لڑائی ہوئی۔</w:t>
      </w:r>
    </w:p>
    <w:p>
      <w:r>
        <w:rPr>
          <w:b/>
        </w:rPr>
        <w:t xml:space="preserve">[04:23] </w:t>
      </w:r>
      <w:r>
        <w:t>sirf do din. bas. is se zyada nahi.</w:t>
      </w:r>
    </w:p>
    <w:p>
      <w:pPr>
        <w:jc w:val="right"/>
      </w:pPr>
      <w:r>
        <w:t>صرف دو دن۔ بس۔ اس سے زیادہ نہیں۔</w:t>
      </w:r>
    </w:p>
    <w:p>
      <w:r>
        <w:rPr>
          <w:b/>
        </w:rPr>
        <w:t xml:space="preserve">[04:27] </w:t>
      </w:r>
      <w:r>
        <w:t>to ghazwa ek bohat hi, yani ghazwa mein ladai shamil nahi hai. ghazwa ka matlab hota hai campaign.</w:t>
      </w:r>
    </w:p>
    <w:p>
      <w:pPr>
        <w:jc w:val="right"/>
      </w:pPr>
      <w:r>
        <w:t>تو غزوہ ایک بہت ہی، یعنی غزوہ میں لڑائی شامل نہیں ہے۔ غزوہ کا مطلب ہوتا ہے campaign۔</w:t>
      </w:r>
    </w:p>
    <w:p>
      <w:r>
        <w:rPr>
          <w:b/>
        </w:rPr>
        <w:t xml:space="preserve">[04:39] </w:t>
      </w:r>
      <w:r>
        <w:t>to isi tarah ki ek campaign thi tabuk. is mein hota yeh hota yeh tha ke us zamane mein aap tribal age tha. aaj kal ki tarah se hum United Nations ka zamana nahi tha woh.</w:t>
      </w:r>
    </w:p>
    <w:p>
      <w:pPr>
        <w:jc w:val="right"/>
      </w:pPr>
      <w:r>
        <w:t>تو اسی طرح کی ایک campaign تھی تبوک۔ اس میں ہوتا یہ ہوتا یہ تھا کہ اس زمانے میں آپ tribal age تھا۔ آج کل کی طرح سے ہم United Nations کا زمانہ نہیں تھا وہ۔</w:t>
      </w:r>
    </w:p>
    <w:p>
      <w:r>
        <w:rPr>
          <w:b/>
        </w:rPr>
        <w:t xml:space="preserve">[04:53] </w:t>
      </w:r>
      <w:r>
        <w:t>to</w:t>
      </w:r>
    </w:p>
    <w:p>
      <w:pPr>
        <w:jc w:val="right"/>
      </w:pPr>
      <w:r>
        <w:t>تو</w:t>
      </w:r>
    </w:p>
    <w:p>
      <w:r>
        <w:rPr>
          <w:b/>
        </w:rPr>
        <w:t xml:space="preserve">[04:57] </w:t>
      </w:r>
      <w:r>
        <w:t>ek baar pata chala ke koi tribe ke log madine ki taraf attack karne ke liye aa rahe hain.</w:t>
      </w:r>
    </w:p>
    <w:p>
      <w:pPr>
        <w:jc w:val="right"/>
      </w:pPr>
      <w:r>
        <w:t>ایک بار پتہ چلا کہ کوئی tribe کے لوگ مدینے کی طرف attack کرنے کے لیے آ رہے ہیں۔</w:t>
      </w:r>
    </w:p>
    <w:p>
      <w:r>
        <w:rPr>
          <w:b/>
        </w:rPr>
        <w:t xml:space="preserve">[05:07] </w:t>
      </w:r>
      <w:r>
        <w:t>to aap ne logon se kaha ke niklo. is se pehle ke woh madine pahunchein hum raaste mein ja kar intercept karein.</w:t>
      </w:r>
    </w:p>
    <w:p>
      <w:pPr>
        <w:jc w:val="right"/>
      </w:pPr>
      <w:r>
        <w:t>تو آپ نے لوگوں سے کہا کہ نکلو۔ اس سے پہلے کہ وہ مدینہ پہنچیں ہم راستے منکر intercept کریں۔</w:t>
      </w:r>
    </w:p>
    <w:p>
      <w:r>
        <w:rPr>
          <w:b/>
        </w:rPr>
        <w:t xml:space="preserve">[05:18] </w:t>
      </w:r>
      <w:r>
        <w:t>to aap thirty thousand logon ko le kar ke nikle.</w:t>
      </w:r>
    </w:p>
    <w:p>
      <w:pPr>
        <w:jc w:val="right"/>
      </w:pPr>
      <w:r>
        <w:t>تو آپ تھرٹی تھاؤزنڈ لوگوں کو لے کر کے نکلے۔</w:t>
      </w:r>
    </w:p>
    <w:p>
      <w:r>
        <w:rPr>
          <w:b/>
        </w:rPr>
        <w:t xml:space="preserve">[05:23] </w:t>
      </w:r>
      <w:r>
        <w:t>jab un logon ko pata chala ke aap thirty thousand logon ko le kar aa rahe hain idhar to apne aap ko peeche hat gaye. woh loot gaye.</w:t>
      </w:r>
    </w:p>
    <w:p>
      <w:pPr>
        <w:jc w:val="right"/>
      </w:pPr>
      <w:r>
        <w:t>جب ان لوگوں کو پتہ چلا کہ آپ تھرٹی تھاؤزنڈ لوگوں کو لے کر آ رہے ہیں ادھر تو اپنے آپ کو پیچھے ہٹ گئے۔ وہ لوٹ گئے۔</w:t>
      </w:r>
    </w:p>
    <w:p>
      <w:r>
        <w:rPr>
          <w:b/>
        </w:rPr>
        <w:t xml:space="preserve">[05:34] </w:t>
      </w:r>
      <w:r>
        <w:t>to aap bhi wapas aa gaye. to yeh jo tabuk ka ghazwa tha ya campaign thi us se loot kar aap jab aaye madine us waqt aap madine mein hote the</w:t>
      </w:r>
    </w:p>
    <w:p>
      <w:pPr>
        <w:jc w:val="right"/>
      </w:pPr>
      <w:r>
        <w:t>تو آپ بھی واپس آ گئے۔ تو یہ جو تبوک کا غزوہ تھا یا campaign تھی اس سے لوٹ کر آپ جب آئے مدینہ اس وقت آپ مدینے میں ہوتے تھے</w:t>
      </w:r>
    </w:p>
    <w:p>
      <w:r>
        <w:rPr>
          <w:b/>
        </w:rPr>
        <w:t xml:space="preserve">[05:50] </w:t>
      </w:r>
      <w:r>
        <w:t>to aap ne kaha raj'na min al-jihad al-asghar ila al-jihad al-akbar</w:t>
      </w:r>
    </w:p>
    <w:p>
      <w:pPr>
        <w:jc w:val="right"/>
      </w:pPr>
      <w:r>
        <w:t>تو آپ نے کہا رجعنا من الجهاد الاصغر الى الجهاد الاکبر</w:t>
      </w:r>
    </w:p>
    <w:p>
      <w:r>
        <w:rPr>
          <w:b/>
        </w:rPr>
        <w:t xml:space="preserve">[05:59] </w:t>
      </w:r>
      <w:r>
        <w:t>we have come back from small jihad to greater jihad.</w:t>
      </w:r>
    </w:p>
    <w:p>
      <w:pPr>
        <w:jc w:val="right"/>
      </w:pPr>
      <w:r>
        <w:t>we have come back from small جہاد to greater جہاد۔</w:t>
      </w:r>
    </w:p>
    <w:p>
      <w:r>
        <w:rPr>
          <w:b/>
        </w:rPr>
        <w:t xml:space="preserve">[06:08] </w:t>
      </w:r>
      <w:r>
        <w:t>yeh literal meaning is ki hai. lekin aap sochiye ke chhota jihad aur bada jihad kya cheez hoti hai. yani jihad asghar kya hai aur jihad akbar kya hai.</w:t>
      </w:r>
    </w:p>
    <w:p>
      <w:pPr>
        <w:jc w:val="right"/>
      </w:pPr>
      <w:r>
        <w:t>یہ literal meaning اس کی ہے۔ لیکن آپ سوچیے کہ چھوٹا جہاد اور بڑا جہاد کیا چیز ہوتی ہے۔ یعنی جہاد اصغر کیا ہے اور جہاد اکبر کیا ہے۔</w:t>
      </w:r>
    </w:p>
    <w:p>
      <w:r>
        <w:rPr>
          <w:b/>
        </w:rPr>
        <w:t xml:space="preserve">[06:21] </w:t>
      </w:r>
      <w:r>
        <w:t>is par maine kafi socha to mere samajh mein aaya ke jihad asghar ka matlab hai occasional jihad.</w:t>
      </w:r>
    </w:p>
    <w:p>
      <w:pPr>
        <w:jc w:val="right"/>
      </w:pPr>
      <w:r>
        <w:t>اس پر میں نے کافی سوچا تو میرے سمجھ میں آیا کہ جہاد اصغر کا مطلب ہے occasional جہاد۔</w:t>
      </w:r>
    </w:p>
    <w:p>
      <w:r>
        <w:rPr>
          <w:b/>
        </w:rPr>
        <w:t xml:space="preserve">[06:34] </w:t>
      </w:r>
      <w:r>
        <w:t>kabhi kabhi jo ho. aur jihad akbar ka matlab hai perpetual jihad. jo barabar zindagi mein chalta rahe. to momin ki zindagi mein dekhiye yeh do jihad hote hain.</w:t>
      </w:r>
    </w:p>
    <w:p>
      <w:pPr>
        <w:jc w:val="right"/>
      </w:pPr>
      <w:r>
        <w:t>کبھی کبھی جو ہو۔ اور جہاد اکبر کا مطلب ہے perpetual جہاد۔ جو برابر زندگی میں چلتا رہے۔ تو مومن کی زندگی میں دیکھیے یہ دو جہاد ہوتے ہیں۔</w:t>
      </w:r>
    </w:p>
    <w:p>
      <w:r>
        <w:rPr>
          <w:b/>
        </w:rPr>
        <w:t xml:space="preserve">[06:47] </w:t>
      </w:r>
      <w:r>
        <w:t>occasional jihad aur perpetual jihad.</w:t>
      </w:r>
    </w:p>
    <w:p>
      <w:pPr>
        <w:jc w:val="right"/>
      </w:pPr>
      <w:r>
        <w:t>occasional جہاد اور perpetual جہاد۔</w:t>
      </w:r>
    </w:p>
    <w:p>
      <w:r>
        <w:rPr>
          <w:b/>
        </w:rPr>
        <w:t xml:space="preserve">[06:52] </w:t>
      </w:r>
      <w:r>
        <w:t>Wo kaise? Wo is tarah se</w:t>
      </w:r>
    </w:p>
    <w:p>
      <w:pPr>
        <w:jc w:val="right"/>
      </w:pPr>
      <w:r>
        <w:t>وہ کیسے؟ وہ اس طرح سے</w:t>
      </w:r>
    </w:p>
    <w:p>
      <w:r>
        <w:rPr>
          <w:b/>
        </w:rPr>
        <w:t xml:space="preserve">[06:57] </w:t>
      </w:r>
      <w:r>
        <w:t>ke aap Quran ko parhein to Quran mein bataya gaya hai ke jab</w:t>
      </w:r>
    </w:p>
    <w:p>
      <w:pPr>
        <w:jc w:val="right"/>
      </w:pPr>
      <w:r>
        <w:t>کہ آپ قرآن کو پڑھیں تو قرآن میں بتایا گیا ہے کہ جب</w:t>
      </w:r>
    </w:p>
    <w:p>
      <w:r>
        <w:rPr>
          <w:b/>
        </w:rPr>
        <w:t xml:space="preserve">[07:03] </w:t>
      </w:r>
      <w:r>
        <w:t>Adam ko aur Adam ki generation ko is is planet earth par basaya gaya</w:t>
      </w:r>
    </w:p>
    <w:p>
      <w:pPr>
        <w:jc w:val="right"/>
      </w:pPr>
      <w:r>
        <w:t>آدم کو اور آدم کی generation کو اس اس planet earth پر بسایا گیا</w:t>
      </w:r>
    </w:p>
    <w:p>
      <w:r>
        <w:rPr>
          <w:b/>
        </w:rPr>
        <w:t xml:space="preserve">[07:13] </w:t>
      </w:r>
      <w:r>
        <w:t>to Khuda ne kaha ke ba'azukum li ba'azin 'aduwwun</w:t>
      </w:r>
    </w:p>
    <w:p>
      <w:pPr>
        <w:jc w:val="right"/>
      </w:pPr>
      <w:r>
        <w:t>تو خدا نے کہا کہ بعضکم لبعض عدو</w:t>
      </w:r>
    </w:p>
    <w:p>
      <w:r>
        <w:rPr>
          <w:b/>
        </w:rPr>
        <w:t xml:space="preserve">[07:19] </w:t>
      </w:r>
      <w:r>
        <w:t>tum aik doosre ke dushman ho ge.</w:t>
      </w:r>
    </w:p>
    <w:p>
      <w:pPr>
        <w:jc w:val="right"/>
      </w:pPr>
      <w:r>
        <w:t>تم ایک دوسرے کے دشمن ہو گے۔</w:t>
      </w:r>
    </w:p>
    <w:p>
      <w:r>
        <w:rPr>
          <w:b/>
        </w:rPr>
        <w:t xml:space="preserve">[07:22] </w:t>
      </w:r>
      <w:r>
        <w:t>yani insan aur shaitan dono ek doosre ke enemy honge. yeh hai situation is duniya mein.</w:t>
      </w:r>
    </w:p>
    <w:p>
      <w:pPr>
        <w:jc w:val="right"/>
      </w:pPr>
      <w:r>
        <w:t>یعنی انسان اور شیطان دونوں ایک دوسرے کے enemy ہوں گے۔ یہ ہے situation اس دنیا میں۔</w:t>
      </w:r>
    </w:p>
    <w:p>
      <w:r>
        <w:rPr>
          <w:b/>
        </w:rPr>
        <w:t xml:space="preserve">[07:35] </w:t>
      </w:r>
      <w:r>
        <w:t>yahan par ek ek visible creature hai woh insan hai. ek invisible creature hai woh Saturn hai.</w:t>
      </w:r>
    </w:p>
    <w:p>
      <w:pPr>
        <w:jc w:val="right"/>
      </w:pPr>
      <w:r>
        <w:t>یہاں پر ایک ایک visible creature ہے وہ انسان ہے۔ ایک invisible creature ہے وہ Saturn ہے۔</w:t>
      </w:r>
    </w:p>
    <w:p>
      <w:r>
        <w:rPr>
          <w:b/>
        </w:rPr>
        <w:t xml:space="preserve">[07:45] </w:t>
      </w:r>
      <w:r>
        <w:t>toh ek perpetual dono ke beech mein ek war kahiye jo bhi kahiye woh chalta rehta hai.</w:t>
      </w:r>
    </w:p>
    <w:p>
      <w:pPr>
        <w:jc w:val="right"/>
      </w:pPr>
      <w:r>
        <w:t>تو ایک perpetual دونوں کے بیچ میں ایک war کہیے جو بھی کہیے وہ چلتا رہتا ہے۔</w:t>
      </w:r>
    </w:p>
    <w:p>
      <w:r>
        <w:rPr>
          <w:b/>
        </w:rPr>
        <w:t xml:space="preserve">[07:56] </w:t>
      </w:r>
      <w:r>
        <w:t>is cheez ko na samajhne ki wajah se Zartusht ne kaha Zartusht jo China ka ek bahut philosopher tha aur thinker tha aur reformer tha</w:t>
      </w:r>
    </w:p>
    <w:p>
      <w:pPr>
        <w:jc w:val="right"/>
      </w:pPr>
      <w:r>
        <w:t>اس چیز کو نہ سمجھنے کی وجہ سے زرتشت نے کہا زرتشت جو چائنہ کا ایک بہت philosopher تھا اور thinker تھا اور reformer تھا</w:t>
      </w:r>
    </w:p>
    <w:p>
      <w:r>
        <w:rPr>
          <w:b/>
        </w:rPr>
        <w:t xml:space="preserve">[08:08] </w:t>
      </w:r>
      <w:r>
        <w:t>us ne kaha tha ke the world is a perpetual battle ground between good and evil forces.</w:t>
      </w:r>
    </w:p>
    <w:p>
      <w:pPr>
        <w:jc w:val="right"/>
      </w:pPr>
      <w:r>
        <w:t>اس نے کہا تھا کہ the world is a perpetual battle ground between good and evil forces.</w:t>
      </w:r>
    </w:p>
    <w:p>
      <w:r>
        <w:rPr>
          <w:b/>
        </w:rPr>
        <w:t xml:space="preserve">[08:19] </w:t>
      </w:r>
      <w:r>
        <w:t>The world is a perpetual battle ground between good and evil forces. toh dekhiye woh asal mein in ko confusion hua.</w:t>
      </w:r>
    </w:p>
    <w:p>
      <w:pPr>
        <w:jc w:val="right"/>
      </w:pPr>
      <w:r>
        <w:t>The world is a perpetual battle ground between good and evil forces. تو دیکھیے وہ اصل میں ان کو confusion ہوا۔</w:t>
      </w:r>
    </w:p>
    <w:p>
      <w:r>
        <w:rPr>
          <w:b/>
        </w:rPr>
        <w:t xml:space="preserve">[08:30] </w:t>
      </w:r>
      <w:r>
        <w:t>asal cheez yeh hai ke yeh man aur Saturn ke beech ka yeh maamla hai.</w:t>
      </w:r>
    </w:p>
    <w:p>
      <w:pPr>
        <w:jc w:val="right"/>
      </w:pPr>
      <w:r>
        <w:t>اصل چیز یہ ہے کہ یہ man اور Saturn کے بیچ کا یہ معاملہ ہے۔</w:t>
      </w:r>
    </w:p>
    <w:p>
      <w:r>
        <w:rPr>
          <w:b/>
        </w:rPr>
        <w:t xml:space="preserve">[08:37] </w:t>
      </w:r>
      <w:r>
        <w:t>unhon ne do Khuda farz kar liye. yeh do Khuda hain. ek Yazdan, ek Ahrman. toh woh aapas mein takrao karte rehte hain.</w:t>
      </w:r>
    </w:p>
    <w:p>
      <w:pPr>
        <w:jc w:val="right"/>
      </w:pPr>
      <w:r>
        <w:t>انہوں نے دو خدا فرض کر لیے۔ یہ دو خدا ہیں۔ ایک یزداں، ایک اہرمن۔ تو وہ آپس میں ٹکراؤ کرتے رہتے ہیں۔</w:t>
      </w:r>
    </w:p>
    <w:p>
      <w:r>
        <w:rPr>
          <w:b/>
        </w:rPr>
        <w:t xml:space="preserve">[08:47] </w:t>
      </w:r>
      <w:r>
        <w:t>toh khud Khuda do nahi hain. Khuda toh ek hai.</w:t>
      </w:r>
    </w:p>
    <w:p>
      <w:pPr>
        <w:jc w:val="right"/>
      </w:pPr>
      <w:r>
        <w:t>تو خود خدا دو نہیں ہے۔ خدا تو ایک ہے۔</w:t>
      </w:r>
    </w:p>
    <w:p>
      <w:r>
        <w:rPr>
          <w:b/>
        </w:rPr>
        <w:t xml:space="preserve">[08:53] </w:t>
      </w:r>
      <w:r>
        <w:t>Creature jo hai jo makhlooq hai us mein do qism ke log hain. ek insan hai, ek Saturn hai. in mein takrao chalta rehta hai. toh Khuda ne kaha ke ba'azukum li ba'azin 'aduwwun yeh Quran ki jo verse hai yeh Quran mein aap dekh sakte hain Al-A'raf mein aur Al-Baqarah mein.</w:t>
      </w:r>
    </w:p>
    <w:p>
      <w:pPr>
        <w:jc w:val="right"/>
      </w:pPr>
      <w:r>
        <w:t>Creature جو ہے جو مخلوق ہے اس میں دو قسم کے لوگ ہیں۔ ایک انسان ہے، ایک Saturn ہے۔ ان میں ٹکراؤ چلتا رہتا ہے۔ تو خدا نے کہا کہ بعضکم لبعض عدو یہ قرآن کی جو verse ہے یہ قرآن میں آپ دیکھ سکتے ہیں الاعراف میں اور البقرہ میں۔</w:t>
      </w:r>
    </w:p>
    <w:p>
      <w:r>
        <w:rPr>
          <w:b/>
        </w:rPr>
        <w:t xml:space="preserve">[09:15] </w:t>
      </w:r>
      <w:r>
        <w:t>toh is ka matlab yeh hai ke woh jo kaha tha unhon ne ke the world is a perpetual battle ground between evil and good forces</w:t>
      </w:r>
    </w:p>
    <w:p>
      <w:pPr>
        <w:jc w:val="right"/>
      </w:pPr>
      <w:r>
        <w:t>تو اس کا مطلب یہ ہے کہ وہ جو کہا تھا انہوں نے کہ the world is a perpetual battle ground between evil and good forces</w:t>
      </w:r>
    </w:p>
    <w:p>
      <w:r>
        <w:rPr>
          <w:b/>
        </w:rPr>
        <w:t xml:space="preserve">[09:22] </w:t>
      </w:r>
      <w:r>
        <w:t>is ka sahi yeh hai ke the world is a perpetual battle ground between man and Saturn yeh sahi hai.</w:t>
      </w:r>
    </w:p>
    <w:p>
      <w:pPr>
        <w:jc w:val="right"/>
      </w:pPr>
      <w:r>
        <w:t>اس کا صحیح یہ ہے کہ the world is a perpetual battle ground between man and Saturn یہ صحیح ہے۔</w:t>
      </w:r>
    </w:p>
    <w:p>
      <w:r>
        <w:rPr>
          <w:b/>
        </w:rPr>
        <w:t xml:space="preserve">[09:35] </w:t>
      </w:r>
      <w:r>
        <w:t>the world is a perpetual battle ground between man and Saturn ab dekhiye ke is mein aap sochiye, sochiye, sochiye toh kya milega aap ko ke insan se bhi aap enmity hoti hai, aap jante hain.</w:t>
      </w:r>
    </w:p>
    <w:p>
      <w:pPr>
        <w:jc w:val="right"/>
      </w:pPr>
      <w:r>
        <w:t>the world is a perpetual battle ground between man and Saturn اب دیکھیے کہ اس میں آپ سوچیے، سوچیے، سوچیے تو کیا ملے گا آپ کو کہ انسان سے بھی آپ enmity ہوتی ہے، آپ جانتے ہیں۔</w:t>
      </w:r>
    </w:p>
    <w:p>
      <w:r>
        <w:rPr>
          <w:b/>
        </w:rPr>
        <w:t xml:space="preserve">[09:52] </w:t>
      </w:r>
      <w:r>
        <w:t>insan se enmity mein ladaiyan ho jati hain. lekin main yeh kahunga ke insan ki jo enmity ya dushmani hai woh bahut zyada temporary hai.</w:t>
      </w:r>
    </w:p>
    <w:p>
      <w:pPr>
        <w:jc w:val="right"/>
      </w:pPr>
      <w:r>
        <w:t>انسان سے enmity میں لڑائیاں ہو جاتی ہیں۔ لیکن میں یہ کہوں گا کہ انسان کی جو enmity یا دشمنی ہے وہ بہت زیادہ temporary ہے۔</w:t>
      </w:r>
    </w:p>
    <w:p>
      <w:r>
        <w:rPr>
          <w:b/>
        </w:rPr>
        <w:t xml:space="preserve">[10:06] </w:t>
      </w:r>
      <w:r>
        <w:t>aur Saturn ki jo hai woh permanent hai.</w:t>
      </w:r>
    </w:p>
    <w:p>
      <w:pPr>
        <w:jc w:val="right"/>
      </w:pPr>
      <w:r>
        <w:t>اور Saturn کی جو ہے وہ permanent ہے۔</w:t>
      </w:r>
    </w:p>
    <w:p>
      <w:r>
        <w:rPr>
          <w:b/>
        </w:rPr>
        <w:t xml:space="preserve">[10:12] </w:t>
      </w:r>
      <w:r>
        <w:t>kyun? insan ko ek so doosre kaam hain. in mein se ek hai ladai.</w:t>
      </w:r>
    </w:p>
    <w:p>
      <w:pPr>
        <w:jc w:val="right"/>
      </w:pPr>
      <w:r>
        <w:t>کیوں؟ انسان کو ایک سو دوسرے کام ہیں۔ ان میں سے ایک ہے لڑائی۔</w:t>
      </w:r>
    </w:p>
    <w:p>
      <w:r>
        <w:rPr>
          <w:b/>
        </w:rPr>
        <w:t xml:space="preserve">[10:20] </w:t>
      </w:r>
      <w:r>
        <w:t>koi insan ya koi nation, koi insani group is ko afford nahi kar sakta ke woh permanently ladta rahe kisi se.</w:t>
      </w:r>
    </w:p>
    <w:p>
      <w:pPr>
        <w:jc w:val="right"/>
      </w:pPr>
      <w:r>
        <w:t>کوئی انسان یا کوئی nation، کوئی انسانی گروپ اس کو afford نہیں کر سکتا کہ وہ permanently لڑتا رہے کسی سے۔</w:t>
      </w:r>
    </w:p>
    <w:p>
      <w:r>
        <w:rPr>
          <w:b/>
        </w:rPr>
        <w:t xml:space="preserve">[10:33] </w:t>
      </w:r>
      <w:r>
        <w:t>kyun? is ka apna interest hai, apna development hai, apna ghar banana hai, apna country banana hai, apne nation ko banana hai.</w:t>
      </w:r>
    </w:p>
    <w:p>
      <w:pPr>
        <w:jc w:val="right"/>
      </w:pPr>
      <w:r>
        <w:t>کیوں؟ اس کا اپنا interest ہے، اپنا development ہے، اپنا گھر بنانا ہے، اپنا country بنانا ہے، اپنے nation کو بنانا ہے۔</w:t>
      </w:r>
    </w:p>
    <w:p>
      <w:r>
        <w:rPr>
          <w:b/>
        </w:rPr>
        <w:t xml:space="preserve">[10:44] </w:t>
      </w:r>
      <w:r>
        <w:t>toh insan ke paas bahut sare option hain. bahut se kaam karna hai. har insan ko.</w:t>
      </w:r>
    </w:p>
    <w:p>
      <w:pPr>
        <w:jc w:val="right"/>
      </w:pPr>
      <w:r>
        <w:t>تو انسان کے پاس بہت سارے option ہیں۔ بہت سے کام کرنا ہے۔ ہر انسان کو۔</w:t>
      </w:r>
    </w:p>
    <w:p>
      <w:r>
        <w:rPr>
          <w:b/>
        </w:rPr>
        <w:t xml:space="preserve">[10:54] </w:t>
      </w:r>
      <w:r>
        <w:t>chahe main aap hoon ya koi nation ho, koi group ho. toh insan kya karega hamesha? more than ninety-nine percent is ka jo is ki jo energy hai,</w:t>
      </w:r>
    </w:p>
    <w:p>
      <w:pPr>
        <w:jc w:val="right"/>
      </w:pPr>
      <w:r>
        <w:t>چاہے میں آپ ہوں یا کوئی nation ہو، کوئی گروپ ہو۔ تو انسان کیا کرے گا ہمیشہ؟ more than ninety-nine percent اس کا جو اس کی جو energy ہے،</w:t>
      </w:r>
    </w:p>
    <w:p>
      <w:r>
        <w:rPr>
          <w:b/>
        </w:rPr>
        <w:t xml:space="preserve">[11:08] </w:t>
      </w:r>
      <w:r>
        <w:t>is ka jo time hai, lagega apne self-development mein. Self-development mein. aur less than one percent woh kisi aur se takra jayega kabhi jis se war ho sakti hai.</w:t>
      </w:r>
    </w:p>
    <w:p>
      <w:pPr>
        <w:jc w:val="right"/>
      </w:pPr>
      <w:r>
        <w:t>اس کا جو ٹائم ہے، لگے گا اپنے self-development میں۔ Self-development میں۔ اور less than one percent وہ کسی اور سے ٹکرا جائے گا کبھی جس سے war ہو سکتی ہے۔</w:t>
      </w:r>
    </w:p>
    <w:p>
      <w:r>
        <w:rPr>
          <w:b/>
        </w:rPr>
        <w:t xml:space="preserve">[11:22] </w:t>
      </w:r>
      <w:r>
        <w:t>toh is liye main yeh kahunga ke insan ki enmity ka jo problem hai woh bahut zyada, yani woh occasional hai.</w:t>
      </w:r>
    </w:p>
    <w:p>
      <w:pPr>
        <w:jc w:val="right"/>
      </w:pPr>
      <w:r>
        <w:t>تو اس لیے میں یہ کہوں گا کہ انسان کی enmity کا جو problem ہے وہ بہت زیادہ، یعنی وہ occasional ہے۔</w:t>
      </w:r>
    </w:p>
    <w:p>
      <w:r>
        <w:rPr>
          <w:b/>
        </w:rPr>
        <w:t xml:space="preserve">[11:33] </w:t>
      </w:r>
      <w:r>
        <w:t>woh temporary hai.</w:t>
      </w:r>
    </w:p>
    <w:p>
      <w:pPr>
        <w:jc w:val="right"/>
      </w:pPr>
      <w:r>
        <w:t>وہ temporary ہے۔</w:t>
      </w:r>
    </w:p>
    <w:p>
      <w:r>
        <w:rPr>
          <w:b/>
        </w:rPr>
        <w:t xml:space="preserve">[11:38] </w:t>
      </w:r>
      <w:r>
        <w:t>lekin Saturn ka jo maamla hai, Saturn ka jo challenge hai woh permanent challenge hai. raat din chobees ghanta. kyunke is Saturn ko koi doosra kaam nahi.</w:t>
      </w:r>
    </w:p>
    <w:p>
      <w:pPr>
        <w:jc w:val="right"/>
      </w:pPr>
      <w:r>
        <w:t>لیکن Saturn کا جو معاملہ ہے، Saturn کا جو challenge ہے وہ permanent challenge ہے۔ رات دن چوبیس گھنٹہ۔ کیونکہ اس Saturn کو کوئی دوسرا کام نہیں۔</w:t>
      </w:r>
    </w:p>
    <w:p>
      <w:r>
        <w:rPr>
          <w:b/>
        </w:rPr>
        <w:t xml:space="preserve">[11:50] </w:t>
      </w:r>
      <w:r>
        <w:t>Saturn ko koi doosra kaam nahi hai. is ko na agriculture karna hai, na horticulture karna hai. is ko na business karna hai.</w:t>
      </w:r>
    </w:p>
    <w:p>
      <w:pPr>
        <w:jc w:val="right"/>
      </w:pPr>
      <w:r>
        <w:t>Saturn کو کوئی دوسرا کام نہیں ہے۔ اس کو نہ agriculture کرنا ہے، نہ horticulture کرنا ہے۔ اس کو نہ business کرنا ہے۔</w:t>
      </w:r>
    </w:p>
    <w:p>
      <w:r>
        <w:rPr>
          <w:b/>
        </w:rPr>
        <w:t xml:space="preserve">[12:02] </w:t>
      </w:r>
      <w:r>
        <w:t>kyunke woh to aag ka banaya hua hai. yani Saturn ko yeh sab nahi karna hai ke woh civilization banaye, woh agriculture chalaye, woh horticulture chalaye, woh business kare, city planning kare.</w:t>
      </w:r>
    </w:p>
    <w:p>
      <w:pPr>
        <w:jc w:val="right"/>
      </w:pPr>
      <w:r>
        <w:t>کیونکہ وہ تو آگ کا بنایا ہوا ہے۔ یعنی Saturn کو یہ سب نہیں کرنا ہے کہ وہ civilization بنائے، وہ agriculture چلائے، وہ horticulture چلائے، وہ business کرے، city planning کرے۔</w:t>
      </w:r>
    </w:p>
    <w:p>
      <w:r>
        <w:rPr>
          <w:b/>
        </w:rPr>
        <w:t xml:space="preserve">[12:14] </w:t>
      </w:r>
      <w:r>
        <w:t>yeh sab hamare problem hain.</w:t>
      </w:r>
    </w:p>
    <w:p>
      <w:pPr>
        <w:jc w:val="right"/>
      </w:pPr>
      <w:r>
        <w:t>یہ سب ہمارے problem ہیں۔</w:t>
      </w:r>
    </w:p>
    <w:p>
      <w:r>
        <w:rPr>
          <w:b/>
        </w:rPr>
        <w:t xml:space="preserve">[12:19] </w:t>
      </w:r>
      <w:r>
        <w:t>apni family ke uplift ke liye kare. to insan ko chunke bahut sare problem hote hain, is liye bahut thoda sa woh share hota hai jis jo hum se enmity karta hai woh.</w:t>
      </w:r>
    </w:p>
    <w:p>
      <w:pPr>
        <w:jc w:val="right"/>
      </w:pPr>
      <w:r>
        <w:t>اپنی family کے uplift کے لیے کرے۔ تو انسان کو چونکہ بہت سارے problem ہوتے ہیں، اس لیے بہت تھوڑا سا وہ share ہوتا ہے جس جو ہم سے enmity کرتا ہے وہ۔</w:t>
      </w:r>
    </w:p>
    <w:p>
      <w:r>
        <w:rPr>
          <w:b/>
        </w:rPr>
        <w:t xml:space="preserve">[12:35] </w:t>
      </w:r>
      <w:r>
        <w:t>aur Saturn jo hai, us ko koi doosra kaam nahi. to chaubis ghante woh hamare against mein rehta hai woh.</w:t>
      </w:r>
    </w:p>
    <w:p>
      <w:pPr>
        <w:jc w:val="right"/>
      </w:pPr>
      <w:r>
        <w:t>اور Saturn جو ہے، اس کو کوئی دوسرا کام نہیں۔ تو چوبیس گھنٹے وہ ہمارے against میں رہتا ہے وہ۔</w:t>
      </w:r>
    </w:p>
    <w:p>
      <w:r>
        <w:rPr>
          <w:b/>
        </w:rPr>
        <w:t xml:space="preserve">[12:43] </w:t>
      </w:r>
      <w:r>
        <w:t>isi liye dekhiye, Quran mein bataya gaya hai ke insan ki jo enmity hai, uska solution kya bataya gaya?</w:t>
      </w:r>
    </w:p>
    <w:p>
      <w:pPr>
        <w:jc w:val="right"/>
      </w:pPr>
      <w:r>
        <w:t>اسی لیے دیکھیے، قرآن میں بتایا گیا ہے کہ انسان کی جو enmity ہے، اس کا solution کیا بتایا گیا؟</w:t>
      </w:r>
    </w:p>
    <w:p>
      <w:r>
        <w:rPr>
          <w:b/>
        </w:rPr>
        <w:t xml:space="preserve">[12:54] </w:t>
      </w:r>
      <w:r>
        <w:t>la tastaab al hasanatu wa la al sayyi'atu itfa' bil lati hi hasanatun fa i</w:t>
      </w:r>
    </w:p>
    <w:p>
      <w:pPr>
        <w:jc w:val="right"/>
      </w:pPr>
      <w:r>
        <w:t>لا تستب الحسنة ولا السيئة اتفاء بالتي هي حسنة فإ</w:t>
      </w:r>
    </w:p>
    <w:p>
      <w:r>
        <w:rPr>
          <w:b/>
        </w:rPr>
        <w:t xml:space="preserve">[12:59] </w:t>
      </w:r>
      <w:r>
        <w:t>dha alladhi bainaka wa bainahu 'adawatun fa ka'annahu waliyyun hameem yani insan ki taraf se agar tum ko koi enmity ka experience ho to sab se pehle kya karo?</w:t>
      </w:r>
    </w:p>
    <w:p>
      <w:pPr>
        <w:jc w:val="right"/>
      </w:pPr>
      <w:r>
        <w:t>ذا الذي بينك وبينه عداوة كان ولي حميم یعنی انسان کی طرف سے اگر تم کو کوئی enmity کا experience ہو تو سب سے پہلے کیا کرو؟</w:t>
      </w:r>
    </w:p>
    <w:p>
      <w:r>
        <w:rPr>
          <w:b/>
        </w:rPr>
        <w:t xml:space="preserve">[13:14] </w:t>
      </w:r>
      <w:r>
        <w:t>us ko manage karne ki koshish karo. yani peaceful management. ladai nahi. aisa nahi ke aap just ladne ke liye khade ho jayein.</w:t>
      </w:r>
    </w:p>
    <w:p>
      <w:pPr>
        <w:jc w:val="right"/>
      </w:pPr>
      <w:r>
        <w:t>اس کو manage کرنے کی کوشش کرو۔ یعنی peaceful management۔ لڑائی نہیں۔ ایسا نہیں کہ آپ just لڑنے کے لیے کھڑے ہو جائیں۔</w:t>
      </w:r>
    </w:p>
    <w:p>
      <w:r>
        <w:rPr>
          <w:b/>
        </w:rPr>
        <w:t xml:space="preserve">[13:25] </w:t>
      </w:r>
      <w:r>
        <w:t>peaceful management.</w:t>
      </w:r>
    </w:p>
    <w:p>
      <w:pPr>
        <w:jc w:val="right"/>
      </w:pPr>
      <w:r>
        <w:t>Peaceful management۔</w:t>
      </w:r>
    </w:p>
    <w:p>
      <w:r>
        <w:rPr>
          <w:b/>
        </w:rPr>
        <w:t xml:space="preserve">[13:28] </w:t>
      </w:r>
      <w:r>
        <w:t>abhi mere paas aaj subah ek Pakistan se ek telephone aaya. unhone kaha ke aap sabr ki baatein bahut zyada karte hain. to sabr kaise kiya jaye? maine kaha ke aap peaceful management jo formula hai nature ka, us ko samjhiye.</w:t>
      </w:r>
    </w:p>
    <w:p>
      <w:pPr>
        <w:jc w:val="right"/>
      </w:pPr>
      <w:r>
        <w:t>ابھی میرے پاس آج صبح ایک پاکستان سے ایک telephone آیا۔ انہوں نے کہا کہ آپ صبر کی باتیں بہت زیادہ کرتے ہیں۔ تو صبر کیسے کیا جائے؟ میں نے کہا کہ آپ peaceful management جو فارمولا ہے nature کا، اس کو سمجھیے۔</w:t>
      </w:r>
    </w:p>
    <w:p>
      <w:r>
        <w:rPr>
          <w:b/>
        </w:rPr>
        <w:t xml:space="preserve">[13:46] </w:t>
      </w:r>
      <w:r>
        <w:t>unhone kaha ek aadmi ne aap ko gaali di, aap ko provoke kiya. achha, aap bhadak gaye. us se lad bethe. phir kya hoga?</w:t>
      </w:r>
    </w:p>
    <w:p>
      <w:pPr>
        <w:jc w:val="right"/>
      </w:pPr>
      <w:r>
        <w:t>انہوں نے کہا ایک آدمی نے آپ کو گالی دی، آپ کو provoke کیا۔ اچھا، آپ بھڑک گئے۔ اس سے لڑ بیٹھے۔ پھر کیا ہوگا؟</w:t>
      </w:r>
    </w:p>
    <w:p>
      <w:r>
        <w:rPr>
          <w:b/>
        </w:rPr>
        <w:t xml:space="preserve">[13:57] </w:t>
      </w:r>
      <w:r>
        <w:t>to yeh hoga ke us ki enmity ko aap activate karte rahenge. yani agar abhi one percent thi to woh badhegi, badhegi, badhegi, badhegi.</w:t>
      </w:r>
    </w:p>
    <w:p>
      <w:pPr>
        <w:jc w:val="right"/>
      </w:pPr>
      <w:r>
        <w:t>تو یہ ہوگا کہ اس کی enmity کو آپ activate کرتے رہیں گے۔ یعنی اگر ابھی one percent تھی تو وہ بڑھے گی، بڑھے گی، بڑھے گی، بڑھے گی۔</w:t>
      </w:r>
    </w:p>
    <w:p>
      <w:r>
        <w:rPr>
          <w:b/>
        </w:rPr>
        <w:t xml:space="preserve">[14:07] </w:t>
      </w:r>
      <w:r>
        <w:t>aur agar aap sabr karein, yani ignore karein, avoid karein to kya hoga? nature us ko suppress karegi.</w:t>
      </w:r>
    </w:p>
    <w:p>
      <w:pPr>
        <w:jc w:val="right"/>
      </w:pPr>
      <w:r>
        <w:t>اور اگر آپ صبر کریں، یعنی ignore کریں، avoid کریں تو کیا ہوگا؟ Nature اس کو suppress کرے گی۔</w:t>
      </w:r>
    </w:p>
    <w:p>
      <w:r>
        <w:rPr>
          <w:b/>
        </w:rPr>
        <w:t xml:space="preserve">[14:18] </w:t>
      </w:r>
      <w:r>
        <w:t>nature. kyunke mind mein ek negative thought jab aata hai to initial stage par woh bahut thoda sa hota hai.</w:t>
      </w:r>
    </w:p>
    <w:p>
      <w:pPr>
        <w:jc w:val="right"/>
      </w:pPr>
      <w:r>
        <w:t>Nature۔ کیونکہ mind میں ایک negative thought جب آتا ہے تو initial stage پر وہ بہت تھوڑا سا ہوتا ہے۔</w:t>
      </w:r>
    </w:p>
    <w:p>
      <w:r>
        <w:rPr>
          <w:b/>
        </w:rPr>
        <w:t xml:space="preserve">[14:30] </w:t>
      </w:r>
      <w:r>
        <w:t>aap agar us ko activate na karein to woh apne aap khatam ho jayega, dheere dheere. aap jab activate karte hain tab woh badhta hai, badhta hai, badhta hai, badhta hai.</w:t>
      </w:r>
    </w:p>
    <w:p>
      <w:pPr>
        <w:jc w:val="right"/>
      </w:pPr>
      <w:r>
        <w:t>آپ اگر اس کو activate نہ کریں تو وہ اپنے آپ ختم ہو جائے گا، دھیرے دھیرے۔ آپ جب activate کرتے ہیں تب وہ بڑھتا ہے، بڑھتا ہے، بڑھتا ہے، بڑھتا ہے۔</w:t>
      </w:r>
    </w:p>
    <w:p>
      <w:r>
        <w:rPr>
          <w:b/>
        </w:rPr>
        <w:t xml:space="preserve">[14:45] </w:t>
      </w:r>
      <w:r>
        <w:t>to kal yahan par ek ek ek ek meeting thi Delhi mein to us mein maine ek isi ko batate hue ek example diya ke dekhiye,</w:t>
      </w:r>
    </w:p>
    <w:p>
      <w:pPr>
        <w:jc w:val="right"/>
      </w:pPr>
      <w:r>
        <w:t>تو کل یہاں پر ایک ایک ایک ایک meeting تھی دہلی میں تو اس میں میں نے ایک اسی کو بتاتے ہوئے ایک example دیا کہ دیکھیے،</w:t>
      </w:r>
    </w:p>
    <w:p>
      <w:r>
        <w:rPr>
          <w:b/>
        </w:rPr>
        <w:t xml:space="preserve">[15:01] </w:t>
      </w:r>
      <w:r>
        <w:t>chaye aap pi rahe hain aur chaye aap ke kapde par gir gayi, aap safed rang ka kapda pehne hue hain.</w:t>
      </w:r>
    </w:p>
    <w:p>
      <w:pPr>
        <w:jc w:val="right"/>
      </w:pPr>
      <w:r>
        <w:t>چائے آپ پی رہے ہیں اور چائے آپ کے کپڑے پر گر گئی، آپ سفید رنگ کا کپڑا پہنے ہوئے ہیں۔</w:t>
      </w:r>
    </w:p>
    <w:p>
      <w:r>
        <w:rPr>
          <w:b/>
        </w:rPr>
        <w:t xml:space="preserve">[15:08] </w:t>
      </w:r>
      <w:r>
        <w:t>to agar us ko aap in then and there pani se dho dein, yani sabun se bhi nahi, sirf pani se to mit jayega.</w:t>
      </w:r>
    </w:p>
    <w:p>
      <w:pPr>
        <w:jc w:val="right"/>
      </w:pPr>
      <w:r>
        <w:t>تو اگر اس کو آپ in then and there پانی سے دھو دیں، یعنی صابن سے بھی نہیں، صرف پانی سے تو مٹ جائے گا۔</w:t>
      </w:r>
    </w:p>
    <w:p>
      <w:r>
        <w:rPr>
          <w:b/>
        </w:rPr>
        <w:t xml:space="preserve">[15:18] </w:t>
      </w:r>
      <w:r>
        <w:t>woh koi permanent problem nahi rahega aap ke liye. agar aap chhod dein to woh bahut gehra pad jayega, uska dhabba.</w:t>
      </w:r>
    </w:p>
    <w:p>
      <w:pPr>
        <w:jc w:val="right"/>
      </w:pPr>
      <w:r>
        <w:t>وہ کوئی permanent problem نہیں رہے گا آپ کے لیے۔ اگر آپ چھوڑ دیں تو وہ بہت گہرا پڑ جائے گا، اس کا دھبہ۔</w:t>
      </w:r>
    </w:p>
    <w:p>
      <w:r>
        <w:rPr>
          <w:b/>
        </w:rPr>
        <w:t xml:space="preserve">[15:27] </w:t>
      </w:r>
      <w:r>
        <w:t>woh chhutega nahi, woh. har aadmi jaanta hai. isi liye har aadmi jo hai, agar chaye gir jaye to jaldi se dhota hai us ko.</w:t>
      </w:r>
    </w:p>
    <w:p>
      <w:pPr>
        <w:jc w:val="right"/>
      </w:pPr>
      <w:r>
        <w:t>وہ چھوٹے گا نہیں، وہ۔ ہر آدمی جانتا ہے۔ اسی لیے ہر آدمی جو ہے، اگر چائے گر جائے تو جلدی سے دھوتا ہے اس کو۔</w:t>
      </w:r>
    </w:p>
    <w:p>
      <w:r>
        <w:rPr>
          <w:b/>
        </w:rPr>
        <w:t xml:space="preserve">[15:37] </w:t>
      </w:r>
      <w:r>
        <w:t>theek yahi muamla negative thought ka hai. UNESCO ne ek formula diya hai ke violence begins in mind.</w:t>
      </w:r>
    </w:p>
    <w:p>
      <w:pPr>
        <w:jc w:val="right"/>
      </w:pPr>
      <w:r>
        <w:t>ٹھیک یہی معاملہ negative thought کا ہے۔ UNESCO نے ایک فارمولا دیا ہے کہ violence begins in mind.</w:t>
      </w:r>
    </w:p>
    <w:p>
      <w:r>
        <w:rPr>
          <w:b/>
        </w:rPr>
        <w:t xml:space="preserve">[15:48] </w:t>
      </w:r>
      <w:r>
        <w:t>violence begins in mind. lekin lekin woh yeh bata nahi sake UNESCO wale ke how to tackle this problem. mind mein to paida hua lekin kya kiya jaye?</w:t>
      </w:r>
    </w:p>
    <w:p>
      <w:pPr>
        <w:jc w:val="right"/>
      </w:pPr>
      <w:r>
        <w:t>Violence begins in mind. لیکن لیکن وہ یہ بتا نہیں سکے UNESCO والے کہ how to tackle this problem. Mind میں تو پیدا ہوا لیکن کیا کیا جائے؟</w:t>
      </w:r>
    </w:p>
    <w:p>
      <w:r>
        <w:rPr>
          <w:b/>
        </w:rPr>
        <w:t xml:space="preserve">[16:01] </w:t>
      </w:r>
      <w:r>
        <w:t>aadha bataya unhone, aadha nahi bata paye. violence begins in</w:t>
      </w:r>
    </w:p>
    <w:p>
      <w:pPr>
        <w:jc w:val="right"/>
      </w:pPr>
      <w:r>
        <w:t>آدھا بتایا انہوں نے، آدھا نہیں بتا پائے۔ Violence begins in</w:t>
      </w:r>
    </w:p>
    <w:p>
      <w:r>
        <w:rPr>
          <w:b/>
        </w:rPr>
        <w:t xml:space="preserve">[16:06] </w:t>
      </w:r>
      <w:r>
        <w:t>the mind. yeh to sahi hai bilkul. lekin jo cheez, yani Khuda har cheez ka demonstration deta hai, to chaye jo hai woh isi ka demonstration hai ke chaye gir gayi aap ke kapde par, aap ke safed kapde par, jaldi se pani se dho do.</w:t>
      </w:r>
    </w:p>
    <w:p>
      <w:pPr>
        <w:jc w:val="right"/>
      </w:pPr>
      <w:r>
        <w:t>the mind. یہ تو صحیح ہے بالکل۔ لیکن جو چیز، یعنی خدا ہر چیز کا demonstration دیتا ہے، تو چائے جو ہے وہ اسی کا demonstration ہے کہ چائے گر گئی آپ کے کپڑے پر، آپ کے سفید کپڑے پر، جلدی سے پانی سے دھو دو۔</w:t>
      </w:r>
    </w:p>
    <w:p>
      <w:r>
        <w:rPr>
          <w:b/>
        </w:rPr>
        <w:t xml:space="preserve">[16:23] </w:t>
      </w:r>
      <w:r>
        <w:t>to baat khatam ho jayegi. nahi dhoyega to woh permanent ho jayega. aise hi muamla insan ke mind ka hai.</w:t>
      </w:r>
    </w:p>
    <w:p>
      <w:pPr>
        <w:jc w:val="right"/>
      </w:pPr>
      <w:r>
        <w:t>تو بات ختم ہو جائے گی۔ نہیں دھوئے گا تو وہ permanent ہو جائے گا۔ ایسے ہی معاملہ انسان کے mind کا ہے۔</w:t>
      </w:r>
    </w:p>
    <w:p>
      <w:r>
        <w:rPr>
          <w:b/>
        </w:rPr>
        <w:t xml:space="preserve">[16:32] </w:t>
      </w:r>
      <w:r>
        <w:t>jab koi negative thought aap ke mind mein aaya to jaldi se us ko manage kar dijiye. jaldi se us ko diffuse kar dijiye. jaldi se.</w:t>
      </w:r>
    </w:p>
    <w:p>
      <w:pPr>
        <w:jc w:val="right"/>
      </w:pPr>
      <w:r>
        <w:t>جب کوئی negative thought آپ کے mind میں آیا تو جلدی سے اس کو manage کر دیجیے۔ جلدی سے اس کو diffuse کر دیجیے۔ جلدی سے۔</w:t>
      </w:r>
    </w:p>
    <w:p>
      <w:r>
        <w:rPr>
          <w:b/>
        </w:rPr>
        <w:t xml:space="preserve">[16:43] </w:t>
      </w:r>
      <w:r>
        <w:t>mera mera to tareeqa yeh hai ke main us ko mind mein rakhta hi nahin. Then and there us ko bhula deta hoon main. Forgive kar deta hoon.</w:t>
      </w:r>
    </w:p>
    <w:p>
      <w:pPr>
        <w:jc w:val="right"/>
      </w:pPr>
      <w:r>
        <w:t>میرا میرا تو طریقہ یہ ہے کہ میں اس کو mind میں رکھتا ہی نہیں۔ Then and there اس کو بھلا دیتا ہوں میں۔ Forgive کر دیتا ہوں۔</w:t>
      </w:r>
    </w:p>
    <w:p>
      <w:r>
        <w:rPr>
          <w:b/>
        </w:rPr>
        <w:t xml:space="preserve">[16:53] </w:t>
      </w:r>
      <w:r>
        <w:t>main us par sochta hi nahin. Logon ka tareeqa kya hai? us par sochen ge. Charcha karen ge. us par daadhi mein apni likhen ge.</w:t>
      </w:r>
    </w:p>
    <w:p>
      <w:pPr>
        <w:jc w:val="right"/>
      </w:pPr>
      <w:r>
        <w:t>میں اس پر سوچتا ہی نہیں۔ لوگوں کا طریقہ کیا ہے؟ اس پر سوچیں گے۔ چرچا کریں گے۔ اس پر داڑھی میں اپنی لکھیں گے۔</w:t>
      </w:r>
    </w:p>
    <w:p>
      <w:r>
        <w:rPr>
          <w:b/>
        </w:rPr>
        <w:t xml:space="preserve">[17:03] </w:t>
      </w:r>
      <w:r>
        <w:t>aur logon ko bataen ge. National issue hai to stage par to bolen ge. Yeh sab kya hai? us ka charcha karna. Mind mein activate karna.</w:t>
      </w:r>
    </w:p>
    <w:p>
      <w:pPr>
        <w:jc w:val="right"/>
      </w:pPr>
      <w:r>
        <w:t>اور لوگوں کو بتائیں گے۔ National issue ہے تو stage پر تو بولیں گے۔ یہ سب کیا ہے؟ اس کا چرچا کرنا۔ Mind میں activate کرنا۔</w:t>
      </w:r>
    </w:p>
    <w:p>
      <w:r>
        <w:rPr>
          <w:b/>
        </w:rPr>
        <w:t xml:space="preserve">[17:12] </w:t>
      </w:r>
      <w:r>
        <w:t>us ko barabar remind karte rehna.</w:t>
      </w:r>
    </w:p>
    <w:p>
      <w:pPr>
        <w:jc w:val="right"/>
      </w:pPr>
      <w:r>
        <w:t>اس کو برابر remind کرتے رہنا۔</w:t>
      </w:r>
    </w:p>
    <w:p>
      <w:r>
        <w:rPr>
          <w:b/>
        </w:rPr>
        <w:t xml:space="preserve">[17:18] </w:t>
      </w:r>
      <w:r>
        <w:t>Simple, bilkul simple solution kya hai? Yeh baat to sahi hai ke mind hi se violence shuru hota hai. Lekin solution kya hai is ka</w:t>
      </w:r>
    </w:p>
    <w:p>
      <w:pPr>
        <w:jc w:val="right"/>
      </w:pPr>
      <w:r>
        <w:t>Simple، بالکل simple solution کیا ہے؟ یہ بات تو صحیح ہے کہ mind ہی سے violence شروع ہوتا ہے۔ لیکن solution کیا ہے اس کا</w:t>
      </w:r>
    </w:p>
    <w:p>
      <w:r>
        <w:rPr>
          <w:b/>
        </w:rPr>
        <w:t xml:space="preserve">[17:27] </w:t>
      </w:r>
      <w:r>
        <w:t>? Ke jab mind mein aaya koi negative thought to jaldi se us ko nikaal dijiye. Isi liye Quran mein hai dekhiye ke agar koi tum ko enmity wala kaam karta hai to tum kya karo?</w:t>
      </w:r>
    </w:p>
    <w:p>
      <w:pPr>
        <w:jc w:val="right"/>
      </w:pPr>
      <w:r>
        <w:t>؟ کہ جب mind میں آیا کوئی negative thought تو جلدی سے اس کو نکال دیجیے۔ اسی لیے قرآن میں ہے دیکھیے کہ اگر کوئی تم کو enmity والا کام کرتا ہے تو تم کیا کرو؟</w:t>
      </w:r>
    </w:p>
    <w:p>
      <w:r>
        <w:rPr>
          <w:b/>
        </w:rPr>
        <w:t xml:space="preserve">[17:46] </w:t>
      </w:r>
      <w:r>
        <w:t>Tum us ke us ke burai ke badle bhalai karo. Yaani us ne tum ko gaali diya hai to chup ho jao.</w:t>
      </w:r>
    </w:p>
    <w:p>
      <w:pPr>
        <w:jc w:val="right"/>
      </w:pPr>
      <w:r>
        <w:t>تم اس کے اس کے برائی کے بدلے بھلائی کرو۔ یعنی اس نے تم کو گالی دیا ہے تو چپ ہو جاؤ۔</w:t>
      </w:r>
    </w:p>
    <w:p>
      <w:r>
        <w:rPr>
          <w:b/>
        </w:rPr>
        <w:t xml:space="preserve">[17:55] </w:t>
      </w:r>
      <w:r>
        <w:t>Us ne tum ko provoke kiya hai to tum provoke na karo. Us ne tum ko pathar maar diya hai to tum dua karo us ke liye. To faiza allazi bainaka wa baina hu adawata kaana waliya hameem kya hoga?</w:t>
      </w:r>
    </w:p>
    <w:p>
      <w:pPr>
        <w:jc w:val="right"/>
      </w:pPr>
      <w:r>
        <w:t>اس نے تم کو provoke کیا ہے تو تم provoke نہ کرو۔ اس نے تم کو پتھر مار دیا ہے تو تم دعا کرو اس کے لیے۔ تو فإذا الذي بينك وبينه عداوة كان ولي حميم کیا ہوگا؟</w:t>
      </w:r>
    </w:p>
    <w:p>
      <w:r>
        <w:rPr>
          <w:b/>
        </w:rPr>
        <w:t xml:space="preserve">[18:09] </w:t>
      </w:r>
      <w:r>
        <w:t>Us ki enmity hi khatam ho jayegi. Yaani chaye ke dhabbe par pani dala ke khatam.</w:t>
      </w:r>
    </w:p>
    <w:p>
      <w:pPr>
        <w:jc w:val="right"/>
      </w:pPr>
      <w:r>
        <w:t>اس کی enmity ہی ختم ہو جائے گی۔ یعنی چائے کے دھبے پر پانی ڈالا کہ ختم۔</w:t>
      </w:r>
    </w:p>
    <w:p>
      <w:r>
        <w:rPr>
          <w:b/>
        </w:rPr>
        <w:t xml:space="preserve">[18:20] </w:t>
      </w:r>
      <w:r>
        <w:t>Yeh hai is ka simple hal.</w:t>
      </w:r>
    </w:p>
    <w:p>
      <w:pPr>
        <w:jc w:val="right"/>
      </w:pPr>
      <w:r>
        <w:t>یہ ہے اس کا simple حل۔</w:t>
      </w:r>
    </w:p>
    <w:p>
      <w:r>
        <w:rPr>
          <w:b/>
        </w:rPr>
        <w:t xml:space="preserve">[18:23] </w:t>
      </w:r>
      <w:r>
        <w:t>To main yeh keh raha tha ke jihad kya cheez hai? Dekhiye, hadith mein jo yeh kaha gaya hai ke ek hai chota jihad, ek hai bara jihad.</w:t>
      </w:r>
    </w:p>
    <w:p>
      <w:pPr>
        <w:jc w:val="right"/>
      </w:pPr>
      <w:r>
        <w:t>تو میں یہ کہہ رہا تھا کہ جہاد کیا چیز ہے؟ دیکھیے، حدیث میں جو یہ کہا گیا ہے کہ ایک ہے چھوٹا جہاد، ایک ہے بڑا جہاد۔</w:t>
      </w:r>
    </w:p>
    <w:p>
      <w:r>
        <w:rPr>
          <w:b/>
        </w:rPr>
        <w:t xml:space="preserve">[18:36] </w:t>
      </w:r>
      <w:r>
        <w:t>Chota jihad kabhi kabhi hota hai, bara jihad har waqt chalta rehta hai. Us ko sochiye ke kya hai?</w:t>
      </w:r>
    </w:p>
    <w:p>
      <w:pPr>
        <w:jc w:val="right"/>
      </w:pPr>
      <w:r>
        <w:t>چھوٹا جہاد کبھی کبھی ہوتا ہے، بڑا جہاد ہر وقت چلتا رہتا ہے۔ اس کو سوچیے کہ کیا ہے؟</w:t>
      </w:r>
    </w:p>
    <w:p>
      <w:r>
        <w:rPr>
          <w:b/>
        </w:rPr>
        <w:t xml:space="preserve">[18:46] </w:t>
      </w:r>
      <w:r>
        <w:t>Chota jihad woh hai jo insaan ki taraf se challenge ke roop mein aata hai. Chota kyun hai</w:t>
      </w:r>
    </w:p>
    <w:p>
      <w:pPr>
        <w:jc w:val="right"/>
      </w:pPr>
      <w:r>
        <w:t>چھوٹا جہاد وہ ہے جو انسان کی طرف سے challenge کے روپ میں آتا ہے۔ چھوٹا کیوں ہے</w:t>
      </w:r>
    </w:p>
    <w:p>
      <w:r>
        <w:rPr>
          <w:b/>
        </w:rPr>
        <w:t xml:space="preserve">[18:52] </w:t>
      </w:r>
      <w:r>
        <w:t>? Insaan ko hazar kaam hain. Woh aap ke khilaaf koi activity nahin dikhayega us waqt tak jab tak phansa hua hai apne us mein.</w:t>
      </w:r>
    </w:p>
    <w:p>
      <w:pPr>
        <w:jc w:val="right"/>
      </w:pPr>
      <w:r>
        <w:t>؟ انسان کو ہزار کام ہیں۔ وہ آپ کے خلاف کوئی activity نہیں دکھائے گا اس وقت تک جب تک پھنسا ہوا ہے اپنے اس میں۔</w:t>
      </w:r>
    </w:p>
    <w:p>
      <w:r>
        <w:rPr>
          <w:b/>
        </w:rPr>
        <w:t xml:space="preserve">[19:05] </w:t>
      </w:r>
      <w:r>
        <w:t>Har jagah aap jis society mein hum hain, usi society mein hum logon ke, yaani shar se bache hue hain.</w:t>
      </w:r>
    </w:p>
    <w:p>
      <w:pPr>
        <w:jc w:val="right"/>
      </w:pPr>
      <w:r>
        <w:t>ہر جگہ آپ جس society میں ہم ہیں، اسی society میں ہم لوگوں کے، یعنی شر سے بچے ہوئے ہیں۔</w:t>
      </w:r>
    </w:p>
    <w:p>
      <w:r>
        <w:rPr>
          <w:b/>
        </w:rPr>
        <w:t xml:space="preserve">[19:14] </w:t>
      </w:r>
      <w:r>
        <w:t>Logon ki burai se bache hue hain. Kyun? Har aadmi apne apne kaam mein laga hua hai. Har aadmi ko apna business hai, apna job hai, apna ghar hai, apne bachche hain,</w:t>
      </w:r>
    </w:p>
    <w:p>
      <w:pPr>
        <w:jc w:val="right"/>
      </w:pPr>
      <w:r>
        <w:t>لوگوں کی برائی سے بچے ہوئے ہیں۔ کیوں؟ ہر آدمی اپنے اپنے کام میں لگا ہوا ہے۔ ہر آدمی کو اپنا business ہے، اپنا job ہے، اپنا گھر ہے، اپنے بچے ہیں،</w:t>
      </w:r>
    </w:p>
    <w:p>
      <w:r>
        <w:rPr>
          <w:b/>
        </w:rPr>
        <w:t xml:space="preserve">[19:22] </w:t>
      </w:r>
      <w:r>
        <w:t>education hai, yeh hai, woh hai. Agar logon ko kuch kaam na ho to aap dekhiye kitna jhagda khada hota hai isi hamare isi samaj mein.</w:t>
      </w:r>
    </w:p>
    <w:p>
      <w:pPr>
        <w:jc w:val="right"/>
      </w:pPr>
      <w:r>
        <w:t>education ہے، یہ ہے، وہ ہے۔ اگر لوگوں کو کچھ کام نہ ہو تو آپ دیکھیے کتنا جھگڑا کھڑا ہوتا ہے اسی ہمارے اسی سماج میں۔</w:t>
      </w:r>
    </w:p>
    <w:p>
      <w:r>
        <w:rPr>
          <w:b/>
        </w:rPr>
        <w:t xml:space="preserve">[19:33] </w:t>
      </w:r>
      <w:r>
        <w:t>To chota jihad is liye hai woh ke insaan bohat kam aisa hota hai ke insaan aap par attack kare.</w:t>
      </w:r>
    </w:p>
    <w:p>
      <w:pPr>
        <w:jc w:val="right"/>
      </w:pPr>
      <w:r>
        <w:t>تو چھوٹا جہاد اس لیے ہے وہ کہ انسان بہت کم ایسا ہوتا ہے کہ انسان آپ پر attack کرے۔</w:t>
      </w:r>
    </w:p>
    <w:p>
      <w:r>
        <w:rPr>
          <w:b/>
        </w:rPr>
        <w:t xml:space="preserve">[19:44] </w:t>
      </w:r>
      <w:r>
        <w:t>Aur agar aap us ko avoid karen, ke us ko manage karna seekh len to woh bhi khatam ho</w:t>
      </w:r>
    </w:p>
    <w:p>
      <w:pPr>
        <w:jc w:val="right"/>
      </w:pPr>
      <w:r>
        <w:t>اور اگر آپ اس کو avoid کریں، کہ اس کو manage کرنا سیکھ لیں تو وہ بھی ختم ہو</w:t>
      </w:r>
    </w:p>
    <w:p>
      <w:r>
        <w:rPr>
          <w:b/>
        </w:rPr>
        <w:t xml:space="preserve">[19:50] </w:t>
      </w:r>
      <w:r>
        <w:t>jayega. Jaise Rasool Allah ki zindagi mein aap dekhiye to eighty-three baar logon ne attack karna chaha. Eighty-three baar.</w:t>
      </w:r>
    </w:p>
    <w:p>
      <w:pPr>
        <w:jc w:val="right"/>
      </w:pPr>
      <w:r>
        <w:t>جائے گا۔ جیسے رسول اللہ کی زندگی میں آپ دیکھیے تو eighty-three بار لوگوں نے attack کرنا چاہا۔ Eighty-three بار۔</w:t>
      </w:r>
    </w:p>
    <w:p>
      <w:r>
        <w:rPr>
          <w:b/>
        </w:rPr>
        <w:t xml:space="preserve">[20:00] </w:t>
      </w:r>
      <w:r>
        <w:t>Ladai sirf char baar hui. Yaani full-fledged war jis ko kahiye aap. Eighty-three baar unhon ne attack karna chaha aur ladai hui sirf four times.</w:t>
      </w:r>
    </w:p>
    <w:p>
      <w:pPr>
        <w:jc w:val="right"/>
      </w:pPr>
      <w:r>
        <w:t>لڑائی صرف چار بار ہوئی۔ یعنی full-fledged war جس کو کہیے آپ۔ Eighty-three بار انہوں نے attack کرنا چاہا اور لڑائی ہوئی صرف four times۔</w:t>
      </w:r>
    </w:p>
    <w:p>
      <w:r>
        <w:rPr>
          <w:b/>
        </w:rPr>
        <w:t xml:space="preserve">[20:11] </w:t>
      </w:r>
      <w:r>
        <w:t>Aur four times bhi kaise hui? Aadha din bas. To kul mila kar do din.</w:t>
      </w:r>
    </w:p>
    <w:p>
      <w:pPr>
        <w:jc w:val="right"/>
      </w:pPr>
      <w:r>
        <w:t>اور four times بھی کیسے ہوئی؟ آدھے دن بس۔ تو کل ملا کر دو دن۔</w:t>
      </w:r>
    </w:p>
    <w:p>
      <w:r>
        <w:rPr>
          <w:b/>
        </w:rPr>
        <w:t xml:space="preserve">[20:18] </w:t>
      </w:r>
      <w:r>
        <w:t>Yeh hai that was result of management bohat bari cheez jo hum ko milti hai Rasool Allah ki life mein woh hai art of life management.</w:t>
      </w:r>
    </w:p>
    <w:p>
      <w:pPr>
        <w:jc w:val="right"/>
      </w:pPr>
      <w:r>
        <w:t>یہ ہے that was result of management بہت بڑی چیز جو ہم کو ملتی ہے رسول اللہ کی life میں وہ ہے art of life management.</w:t>
      </w:r>
    </w:p>
    <w:p>
      <w:r>
        <w:rPr>
          <w:b/>
        </w:rPr>
        <w:t xml:space="preserve">[20:32] </w:t>
      </w:r>
      <w:r>
        <w:t>Art of enmity management. Art of anger management yeh milti hai hum ko. To ab bara jihad kaun sa hai?</w:t>
      </w:r>
    </w:p>
    <w:p>
      <w:pPr>
        <w:jc w:val="right"/>
      </w:pPr>
      <w:r>
        <w:t>Art of enmity management. Art of anger management یہ ملتی ہے ہم کو۔ تو اب بڑا جہاد کون سا ہے؟</w:t>
      </w:r>
    </w:p>
    <w:p>
      <w:r>
        <w:rPr>
          <w:b/>
        </w:rPr>
        <w:t xml:space="preserve">[20:45] </w:t>
      </w:r>
      <w:r>
        <w:t>woh jo Saturn activate karta hai.</w:t>
      </w:r>
    </w:p>
    <w:p>
      <w:pPr>
        <w:jc w:val="right"/>
      </w:pPr>
      <w:r>
        <w:t>وہ جو Saturn activate کرتا ہے۔</w:t>
      </w:r>
    </w:p>
    <w:p>
      <w:r>
        <w:rPr>
          <w:b/>
        </w:rPr>
        <w:t xml:space="preserve">[20:49] </w:t>
      </w:r>
      <w:r>
        <w:t>kyunke Saturn har waqt, har waqt activate karta rehta hai. is liye woh bara jihad hai. yaani woh perpetual battle field mein rakhe rehta hai hum ko Saturn.</w:t>
      </w:r>
    </w:p>
    <w:p>
      <w:pPr>
        <w:jc w:val="right"/>
      </w:pPr>
      <w:r>
        <w:t>کیونکہ Saturn ہر وقت، ہر وقت activate کرتا رہتا ہے۔ اس لیے وہ بڑا جہاد ہے۔ یعنی وہ perpetual battle field میں رکھے رہتا ہے ہم کو Saturn۔</w:t>
      </w:r>
    </w:p>
    <w:p>
      <w:r>
        <w:rPr>
          <w:b/>
        </w:rPr>
        <w:t xml:space="preserve">[21:02] </w:t>
      </w:r>
      <w:r>
        <w:t>toh isi liye Rasool Allah ne kaha ke hum enemy ke is se lote hain. woh toh chota jihad tha. chota is sense mein ke woh temporary tha. ab hum jo aaye hain toh wahan aaye hain jahan ke Saturn jo hai har waqt battle field garam kiye rehta hai.</w:t>
      </w:r>
    </w:p>
    <w:p>
      <w:pPr>
        <w:jc w:val="right"/>
      </w:pPr>
      <w:r>
        <w:t>تو اسی لیے رسول اللہ نے کہا کہ ہم enemy کے اس سے لوٹے ہیں۔ وہ تو چھوٹا جہاد تھا۔ چھوٹا اس sense میں کہ وہ temporary تھا۔ اب ہم جو آئے ہیں تو وہاں آئے ہیں جہاں کہ Saturn جو ہے ہر وقت battle field گرم کیے رہتا ہے۔</w:t>
      </w:r>
    </w:p>
    <w:p>
      <w:r>
        <w:rPr>
          <w:b/>
        </w:rPr>
        <w:t xml:space="preserve">[21:17] </w:t>
      </w:r>
      <w:r>
        <w:t>yahan. woh karo.</w:t>
      </w:r>
    </w:p>
    <w:p>
      <w:pPr>
        <w:jc w:val="right"/>
      </w:pPr>
      <w:r>
        <w:t>یہاں۔ وہ کرو۔</w:t>
      </w:r>
    </w:p>
    <w:p>
      <w:r>
        <w:rPr>
          <w:b/>
        </w:rPr>
        <w:t xml:space="preserve">[21:19] </w:t>
      </w:r>
      <w:r>
        <w:t>ab aap is ko aur samjhiye. apne nafs se ladna jihad hai.</w:t>
      </w:r>
    </w:p>
    <w:p>
      <w:pPr>
        <w:jc w:val="right"/>
      </w:pPr>
      <w:r>
        <w:t>اب آپ اس کو اور سمجھیے۔ اپنے نفس سے لڑنا جہاد ہے۔</w:t>
      </w:r>
    </w:p>
    <w:p>
      <w:r>
        <w:rPr>
          <w:b/>
        </w:rPr>
        <w:t xml:space="preserve">[21:27] </w:t>
      </w:r>
      <w:r>
        <w:t>jاهدوا أهواكم كما تجاهدون أعداءكم apne desire se lado jis tarah tum apne enemy se ladte ho.</w:t>
      </w:r>
    </w:p>
    <w:p>
      <w:pPr>
        <w:jc w:val="right"/>
      </w:pPr>
      <w:r>
        <w:t>جاهدوا أهواكم كما تجاهدون أعداءكم اپنے desire سے لڑو جس طرح تم اپنے enemy سے لڑتے ہو۔</w:t>
      </w:r>
    </w:p>
    <w:p>
      <w:r>
        <w:rPr>
          <w:b/>
        </w:rPr>
        <w:t xml:space="preserve">[21:42] </w:t>
      </w:r>
      <w:r>
        <w:t>apne desire se lado jis tarah tum apne enemy se ladte ho.</w:t>
      </w:r>
    </w:p>
    <w:p>
      <w:pPr>
        <w:jc w:val="right"/>
      </w:pPr>
      <w:r>
        <w:t>اپنے desire سے لڑو جس طرح تم اپنے enemy سے لڑتے ہو۔</w:t>
      </w:r>
    </w:p>
    <w:p>
      <w:r>
        <w:rPr>
          <w:b/>
        </w:rPr>
        <w:t xml:space="preserve">[21:48] </w:t>
      </w:r>
      <w:r>
        <w:t>jis tarah se hadith mein hai ke al mujahid man jahada nafsahu fi ta'atillah al mujahid man jahada nafsahu fi ta'atillah mujahid kaun hai?</w:t>
      </w:r>
    </w:p>
    <w:p>
      <w:pPr>
        <w:jc w:val="right"/>
      </w:pPr>
      <w:r>
        <w:t>جس طرح سے حدیث میں ہے کہ المجاهد من جاهد نفسه في طاعة الله المجاهد من جاهد نفسه في طاعة الله مجاہد کون ہے؟</w:t>
      </w:r>
    </w:p>
    <w:p>
      <w:r>
        <w:rPr>
          <w:b/>
        </w:rPr>
        <w:t xml:space="preserve">[22:05] </w:t>
      </w:r>
      <w:r>
        <w:t>mujahid woh hai jo apne aap se, apne negative thought se lade Khuda ke liye. toh yeh hai bara jihad jo chaubis ghante jaari rehta hai.</w:t>
      </w:r>
    </w:p>
    <w:p>
      <w:pPr>
        <w:jc w:val="right"/>
      </w:pPr>
      <w:r>
        <w:t>مجاہد وہ ہے جو اپنے آپ سے، اپنے negative thought سے لڑے خدا کے لیے۔ تو یہ ہے بڑا جہاد جو چوبیس گھنٹے جاری رہتا ہے۔</w:t>
      </w:r>
    </w:p>
    <w:p>
      <w:r>
        <w:rPr>
          <w:b/>
        </w:rPr>
        <w:t xml:space="preserve">[22:21] </w:t>
      </w:r>
      <w:r>
        <w:t>toh chota jihad aap manage kar lete hain bohat aasani se. bare jihad ke liye aap ko zyada struggle karna parta hai. is liye bara jihad hai woh.</w:t>
      </w:r>
    </w:p>
    <w:p>
      <w:pPr>
        <w:jc w:val="right"/>
      </w:pPr>
      <w:r>
        <w:t>تو چھوٹا جہاد آپ manage کر لیتے ہیں بہت آسانی سے۔ بڑے جہاد کے لیے آپ کو زیادہ struggle کرنا پڑتا ہے۔ اس لیے بڑا جہاد ہے وہ۔</w:t>
      </w:r>
    </w:p>
    <w:p>
      <w:r>
        <w:rPr>
          <w:b/>
        </w:rPr>
        <w:t xml:space="preserve">[22:30] </w:t>
      </w:r>
      <w:r>
        <w:t>ab mein aap ko chand example deta hoon. dekhiye, yeh jo maine kaha Ghazwa Tabuk, wahin se shuru kijiye. toh is mein Rasool Allah ke saath ek campaign mein jana yeh bohat bara is mein reward tha.</w:t>
      </w:r>
    </w:p>
    <w:p>
      <w:pPr>
        <w:jc w:val="right"/>
      </w:pPr>
      <w:r>
        <w:t>اب میں آپ کو چند example دیتا ہوں۔ دیکھیے، یہ جو میں نے کہا غزوہ تبوک، وہیں سے شروع کیجیے۔ تو اس میں رسول اللہ کے ساتھ ایک campaign میں جانا یہ بہت بڑا اس میں reward تھا۔</w:t>
      </w:r>
    </w:p>
    <w:p>
      <w:r>
        <w:rPr>
          <w:b/>
        </w:rPr>
        <w:t xml:space="preserve">[22:49] </w:t>
      </w:r>
      <w:r>
        <w:t>bohat bara reward tha toh log jana chahte the zyada se zyada. toh kuch log aaye aap ke paas, unhon ne kaha ke hum jana chahte hain.</w:t>
      </w:r>
    </w:p>
    <w:p>
      <w:pPr>
        <w:jc w:val="right"/>
      </w:pPr>
      <w:r>
        <w:t>بہت بڑا reward تھا تو لوگ جانا چاہتے تھے زیادہ سے زیادہ۔ تو کچھ لوگ آئے آپ کے پاس، انہوں نے کہا کہ ہم جانا چاہتے ہیں۔</w:t>
      </w:r>
    </w:p>
    <w:p>
      <w:r>
        <w:rPr>
          <w:b/>
        </w:rPr>
        <w:t xml:space="preserve">[23:02] </w:t>
      </w:r>
      <w:r>
        <w:t>jana chahte hain lekin hamare paas oont nahi, hamare paas ghoda nahi, hamare paas yaani saaman nahi.</w:t>
      </w:r>
    </w:p>
    <w:p>
      <w:pPr>
        <w:jc w:val="right"/>
      </w:pPr>
      <w:r>
        <w:t>جانا چاہتے ہیں لیکن ہمارے پاس اونٹ نہیں، ہمارے پاس گھوڑا نہیں، ہمارے پاس یعنی سامان نہیں۔</w:t>
      </w:r>
    </w:p>
    <w:p>
      <w:r>
        <w:rPr>
          <w:b/>
        </w:rPr>
        <w:t xml:space="preserve">[23:14] </w:t>
      </w:r>
      <w:r>
        <w:t>toh aap ne kaha ke hum toh mein tum ko kuch madad nahi</w:t>
      </w:r>
    </w:p>
    <w:p>
      <w:pPr>
        <w:jc w:val="right"/>
      </w:pPr>
      <w:r>
        <w:t>تو آپ نے کہا کہ ہم تو میں تم کو کچھ مدد نہیں</w:t>
      </w:r>
    </w:p>
    <w:p>
      <w:r>
        <w:rPr>
          <w:b/>
        </w:rPr>
        <w:t xml:space="preserve">[23:17] </w:t>
      </w:r>
      <w:r>
        <w:t>kar sakta, mein is mission mein nahi hoon ke tum ko mein kuch help kar sakoon. toh beharhaal thirty thousand aadmi toh chale gaye, kuch aadmi aise the jo Madine mein reh gaye.</w:t>
      </w:r>
    </w:p>
    <w:p>
      <w:pPr>
        <w:jc w:val="right"/>
      </w:pPr>
      <w:r>
        <w:t>کر سکتا، میں اس mission میں نہیں ہوں کہ تم کو میں کچھ help کر سکوں۔ تو بہرحال thirty thousand آدمی تو چلے گئے، کچھ آدمی ایسے تھے جو مدینے میں رہ گئے۔</w:t>
      </w:r>
    </w:p>
    <w:p>
      <w:r>
        <w:rPr>
          <w:b/>
        </w:rPr>
        <w:t xml:space="preserve">[23:30] </w:t>
      </w:r>
      <w:r>
        <w:t>ab dekhiye, yahan par Saturn ne un par hamla kiya. woh kya hamla? ke dekho, Khuda ne mujhe ghareeb paida kiya, kuch logon ke paas Khuda ne aisa paida kiya</w:t>
      </w:r>
    </w:p>
    <w:p>
      <w:pPr>
        <w:jc w:val="right"/>
      </w:pPr>
      <w:r>
        <w:t>اب دیکھیے، یہاں پر Saturn نے ان پر حملہ کیا۔ وہ کیا حملہ؟ کہ دیکھو، خدا نے مجھے غریب پیدا کیا، کچھ لوگوں کے پاس خدا نے ایسا پیدا کیا</w:t>
      </w:r>
    </w:p>
    <w:p>
      <w:r>
        <w:rPr>
          <w:b/>
        </w:rPr>
        <w:t xml:space="preserve">[23:45] </w:t>
      </w:r>
      <w:r>
        <w:t>ke un ke paas saaman tha, woh gaye aur mein ghareeb, mein nahi ja saka. ab Khuda ko bura bhala keh rahe hain. ya yeh ke dekho, prophet ko dekho, falan falan ko toh de diya saaman aur mujh ko kuch nahi diya.</w:t>
      </w:r>
    </w:p>
    <w:p>
      <w:pPr>
        <w:jc w:val="right"/>
      </w:pPr>
      <w:r>
        <w:t>کہ ان کے پاس سامان تھا، وہ گئے اور میں غریب، میں نہیں جا سکا۔ اب خدا کو برا بھلا کہہ رہے ہیں۔ یا یہ کہ دیکھو، prophet کو دیکھو، فلاں فلاں کو تو دے دیا سامان اور مجھ کو کچھ نہیں دیا۔</w:t>
      </w:r>
    </w:p>
    <w:p>
      <w:r>
        <w:rPr>
          <w:b/>
        </w:rPr>
        <w:t xml:space="preserve">[24:00] </w:t>
      </w:r>
      <w:r>
        <w:t>dekho, unhon ne discrimination kiya, unhon ne. ab yeh Saturn ka hamla.</w:t>
      </w:r>
    </w:p>
    <w:p>
      <w:pPr>
        <w:jc w:val="right"/>
      </w:pPr>
      <w:r>
        <w:t>دیکھو، انہوں نے discrimination کیا، انہوں نے۔ اب یہ Saturn کا حملہ۔</w:t>
      </w:r>
    </w:p>
    <w:p>
      <w:r>
        <w:rPr>
          <w:b/>
        </w:rPr>
        <w:t xml:space="preserve">[24:07] </w:t>
      </w:r>
      <w:r>
        <w:t>is tarah ke kai hamle Saturn ne kiye un logon ke upar. unhon ne is ko manage kiya. manage kis tarah kiya?</w:t>
      </w:r>
    </w:p>
    <w:p>
      <w:pPr>
        <w:jc w:val="right"/>
      </w:pPr>
      <w:r>
        <w:t>اس طرح کے کئی حملے Saturn نے کیے ان لوگوں کے اوپر۔ انہوں نے اس کو manage کیا۔ Manage کس طرح کیا؟</w:t>
      </w:r>
    </w:p>
    <w:p>
      <w:r>
        <w:rPr>
          <w:b/>
        </w:rPr>
        <w:t xml:space="preserve">[24:15] </w:t>
      </w:r>
      <w:r>
        <w:t>yeh hadith mein aata hai ke unhon ne manage is tarah kiya ke woh lage un ke liye dua karne. jo jo gaye the.</w:t>
      </w:r>
    </w:p>
    <w:p>
      <w:pPr>
        <w:jc w:val="right"/>
      </w:pPr>
      <w:r>
        <w:t>یہ حدیث میں آتا ہے کہ انہوں نے manage اس طرح کیا کہ وہ لگے ان کے لیے دعا کرنے۔ جو جو گئے تھے۔</w:t>
      </w:r>
    </w:p>
    <w:p>
      <w:r>
        <w:rPr>
          <w:b/>
        </w:rPr>
        <w:t xml:space="preserve">[24:26] </w:t>
      </w:r>
      <w:r>
        <w:t>yaani dua ke zariye, dua ke through woh un ke saath apne aap ko involve kar liya unhon ne. dekhiye zara kitna zabardast baat hai yeh.</w:t>
      </w:r>
    </w:p>
    <w:p>
      <w:pPr>
        <w:jc w:val="right"/>
      </w:pPr>
      <w:r>
        <w:t>یعنی دعا کے ذریعے، دعا کے through وہ ان کے ساتھ اپنے آپ کو involve کر لیا انہوں نے۔ دیکھیے ذرا کتنا زبردست بات ہے یہ۔</w:t>
      </w:r>
    </w:p>
    <w:p>
      <w:r>
        <w:rPr>
          <w:b/>
        </w:rPr>
        <w:t xml:space="preserve">[24:37] </w:t>
      </w:r>
      <w:r>
        <w:t>yaani ek shakal yeh thi ke woh negative thought un ke andar aa jata.</w:t>
      </w:r>
    </w:p>
    <w:p>
      <w:pPr>
        <w:jc w:val="right"/>
      </w:pPr>
      <w:r>
        <w:t>یعنی ایک شکل یہ تھی کہ وہ negative thought ان کے اندر آ جاتا۔</w:t>
      </w:r>
    </w:p>
    <w:p>
      <w:r>
        <w:rPr>
          <w:b/>
        </w:rPr>
        <w:t xml:space="preserve">[24:41] </w:t>
      </w:r>
      <w:r>
        <w:t>yaani Khuda par shikayat hoti ke dekho, Khuda ne logon mein difference rakha hai, kisi kisi ko poor banaya, kisi ko rich banaya. kaisa Khuda hai yeh? Prophet par kehte hain ke dekho, kuch logon ko toh unhon ne saaman diya, woh mujh ko nahi diya.</w:t>
      </w:r>
    </w:p>
    <w:p>
      <w:pPr>
        <w:jc w:val="right"/>
      </w:pPr>
      <w:r>
        <w:t>یعنی خدا پر شکایت ہوتی کہ دیکھو، خدا نے لوگوں میں difference رکھا ہے، کسی کسی کو poor بنایا، کسی کو rich بنایا۔ کیسا خدا ہے یہ؟ Prophet پر کہتے ہیں کہ دیکھو، کچھ لوگوں کو تو انہوں نے سامان دیا، وہ مجھ کو نہیں دیا۔</w:t>
      </w:r>
    </w:p>
    <w:p>
      <w:r>
        <w:rPr>
          <w:b/>
        </w:rPr>
        <w:t xml:space="preserve">[24:54] </w:t>
      </w:r>
      <w:r>
        <w:t>yeh discrimination hai yeh. is tarah ke kai negative thought daale Saturn ne un ke mind mein. is ko unhon ne brush aside kar diya.</w:t>
      </w:r>
    </w:p>
    <w:p>
      <w:pPr>
        <w:jc w:val="right"/>
      </w:pPr>
      <w:r>
        <w:t>یہ discrimination ہے یہ۔ اس طرح کے کئی negative thought ڈالے Saturn نے ان کے mind میں۔ اس کو انہوں نے برش aside کر دیا۔</w:t>
      </w:r>
    </w:p>
    <w:p>
      <w:r>
        <w:rPr>
          <w:b/>
        </w:rPr>
        <w:t xml:space="preserve">[25:08] </w:t>
      </w:r>
      <w:r>
        <w:t>paagal. ignore kiya, simply ignore kiya. apne aap ko kahan laga diya? dua mein.</w:t>
      </w:r>
    </w:p>
    <w:p>
      <w:pPr>
        <w:jc w:val="right"/>
      </w:pPr>
      <w:r>
        <w:t>پاگل۔ Ignore کیا، simply ignore کیا۔ اپنے آپ کو کہاں لگا دیا؟ دعا میں۔</w:t>
      </w:r>
    </w:p>
    <w:p>
      <w:r>
        <w:rPr>
          <w:b/>
        </w:rPr>
        <w:t xml:space="preserve">[25:19] </w:t>
      </w:r>
      <w:r>
        <w:t>rote the, dua karte the. To Rasool Allah ne farmaya ke kuch log hain, yani rastay mein farmaya aap ne, jab aap ja rahe the Tabuk, ke kuch log hain Madine mein.</w:t>
      </w:r>
    </w:p>
    <w:p>
      <w:pPr>
        <w:jc w:val="right"/>
      </w:pPr>
      <w:r>
        <w:t>روتے تھے، دعا کرتے تھے۔ تو رسول اللہ نے فرمایا کہ کچھ لوگ ہیں، یعنی راستے میں فرمایا آپ نے، جب آپ جا رہے تھے تبوک، کہ کچھ لوگ ہیں مدینے میں۔</w:t>
      </w:r>
    </w:p>
    <w:p>
      <w:r>
        <w:rPr>
          <w:b/>
        </w:rPr>
        <w:t xml:space="preserve">[25:38] </w:t>
      </w:r>
      <w:r>
        <w:t>tum un ke aas paas nahi dekh rahe ho, tumhare saath woh kisi ghore par charh kar nahi chal rahe hain. Lekin woh tumhare saath hain.</w:t>
      </w:r>
    </w:p>
    <w:p>
      <w:pPr>
        <w:jc w:val="right"/>
      </w:pPr>
      <w:r>
        <w:t>تم ان کے آس پاس نہیں دیکھ رہے ہو، تمہارے ساتھ وہ کسی گھوڑے پر چڑھ کر نہیں چل رہے ہیں۔ لیکن وہ تمہارے ساتھ ہیں۔</w:t>
      </w:r>
    </w:p>
    <w:p>
      <w:r>
        <w:rPr>
          <w:b/>
        </w:rPr>
        <w:t xml:space="preserve">[25:49] </w:t>
      </w:r>
      <w:r>
        <w:t>jab tum kisi oonchai par charhte ho, tab bhi saath hote hain. Kisi neeche utarte ho, tab bhi saath hote hain. Woh kaise?</w:t>
      </w:r>
    </w:p>
    <w:p>
      <w:pPr>
        <w:jc w:val="right"/>
      </w:pPr>
      <w:r>
        <w:t>جب تم کسی اونچائی پر چڑھتے ہو، تب بھی ساتھ ہوتے ہیں۔ کسی نیچے اترتے ہو، تب بھی ساتھ ہوتے ہیں۔ وہ کیسے؟</w:t>
      </w:r>
    </w:p>
    <w:p>
      <w:r>
        <w:rPr>
          <w:b/>
        </w:rPr>
        <w:t xml:space="preserve">[25:58] </w:t>
      </w:r>
      <w:r>
        <w:t>dua ke through. Yeh hai manage karna.</w:t>
      </w:r>
    </w:p>
    <w:p>
      <w:pPr>
        <w:jc w:val="right"/>
      </w:pPr>
      <w:r>
        <w:t>دعا کے through۔ یہ ہے manage کرنا۔</w:t>
      </w:r>
    </w:p>
    <w:p>
      <w:r>
        <w:rPr>
          <w:b/>
        </w:rPr>
        <w:t xml:space="preserve">[26:03] </w:t>
      </w:r>
      <w:r>
        <w:t>agar woh shaitan ke usay parhte to negativity jaagti hai un ki. Aur phir woh Saturn ke bhai ban jaate.</w:t>
      </w:r>
    </w:p>
    <w:p>
      <w:pPr>
        <w:jc w:val="right"/>
      </w:pPr>
      <w:r>
        <w:t>اگر وہ شیطان کے اسے پڑھتے تو negativity جاگتی ہے ان کی۔ اور پھر وہ Saturn کے بھائی بن جاتے۔</w:t>
      </w:r>
    </w:p>
    <w:p>
      <w:r>
        <w:rPr>
          <w:b/>
        </w:rPr>
        <w:t xml:space="preserve">[26:13] </w:t>
      </w:r>
      <w:r>
        <w:t>yeh hai woh battle ground jo shaitan banata hai.</w:t>
      </w:r>
    </w:p>
    <w:p>
      <w:pPr>
        <w:jc w:val="right"/>
      </w:pPr>
      <w:r>
        <w:t>یہ ہے وہ battle ground جو شیطان بناتا ہے۔</w:t>
      </w:r>
    </w:p>
    <w:p>
      <w:r>
        <w:rPr>
          <w:b/>
        </w:rPr>
        <w:t xml:space="preserve">[26:21] </w:t>
      </w:r>
      <w:r>
        <w:t>jo jis ko maine kaha ke perpetual battle ground. Subah shaam shaitan active karta hai. To us ko unhon ne is tarah diffuse</w:t>
      </w:r>
    </w:p>
    <w:p>
      <w:pPr>
        <w:jc w:val="right"/>
      </w:pPr>
      <w:r>
        <w:t>جو جس کو میں نے کہا کہ perpetual battle ground۔ صبح شام شیطان active کرتا ہے۔ تو اس کو انہوں نے اس طرح diffuse</w:t>
      </w:r>
    </w:p>
    <w:p>
      <w:r>
        <w:rPr>
          <w:b/>
        </w:rPr>
        <w:t xml:space="preserve">[26:32] </w:t>
      </w:r>
      <w:r>
        <w:t>kiya. Yani shaitan ke ka jo jo un ke mind mein dala tha, us ne negative thought, us ko is tarah diffuse kiya unhon ne.</w:t>
      </w:r>
    </w:p>
    <w:p>
      <w:pPr>
        <w:jc w:val="right"/>
      </w:pPr>
      <w:r>
        <w:t>کیا۔ یعنی شیطان کے کا جو جو ان کے mind میں ڈالا تھا، اس نے negative thought، اس کو اس طرح diffuse کیا انہوں نے۔</w:t>
      </w:r>
    </w:p>
    <w:p>
      <w:r>
        <w:rPr>
          <w:b/>
        </w:rPr>
        <w:t xml:space="preserve">[26:42] </w:t>
      </w:r>
      <w:r>
        <w:t>ke hum agar hum personally nahi ja sake to hum ne apni dua ke through hum is mein apne aap ko involve karte hain un ke saath.</w:t>
      </w:r>
    </w:p>
    <w:p>
      <w:pPr>
        <w:jc w:val="right"/>
      </w:pPr>
      <w:r>
        <w:t>کہ ہم اگر ہم personally نہیں جا سکے تو ہم نے اپنی دعا کے through ہم اس میں اپنے آپ کو involve کرتے ہیں ان کے ساتھ۔</w:t>
      </w:r>
    </w:p>
    <w:p>
      <w:r>
        <w:rPr>
          <w:b/>
        </w:rPr>
        <w:t xml:space="preserve">[26:52] </w:t>
      </w:r>
      <w:r>
        <w:t>yeh kitna beautiful solution hai yeh.</w:t>
      </w:r>
    </w:p>
    <w:p>
      <w:pPr>
        <w:jc w:val="right"/>
      </w:pPr>
      <w:r>
        <w:t>یہ کتنا beautiful solution ہے یہ۔</w:t>
      </w:r>
    </w:p>
    <w:p>
      <w:r>
        <w:rPr>
          <w:b/>
        </w:rPr>
        <w:t xml:space="preserve">[26:56] </w:t>
      </w:r>
      <w:r>
        <w:t>kitna beautiful ke kahin aap ko deprive kiya jaye to aap yeh le ke baithe rahen ke dekho, mujhe deprive kiya gaya hai. Phir aap us ke liye dua ki jiye.</w:t>
      </w:r>
    </w:p>
    <w:p>
      <w:pPr>
        <w:jc w:val="right"/>
      </w:pPr>
      <w:r>
        <w:t>کتنا beautiful کہ کہیں آپ کو deprive کیا جائے تو آپ یہ لے کے بیٹھے رہیں کہ دیکھو، مجھے deprive کیا گیا ہے۔ پھر آپ اس کے لیے دعا کیجیے۔</w:t>
      </w:r>
    </w:p>
    <w:p>
      <w:r>
        <w:rPr>
          <w:b/>
        </w:rPr>
        <w:t xml:space="preserve">[27:07] </w:t>
      </w:r>
      <w:r>
        <w:t>acchi acchi duaen kijiye ke Khuda unhein kamyabi de. To aap un ke saath apne aap ko involve kar lete hain is tarah se.</w:t>
      </w:r>
    </w:p>
    <w:p>
      <w:pPr>
        <w:jc w:val="right"/>
      </w:pPr>
      <w:r>
        <w:t>اچھی اچھی دعائیں کیجیے کہ خدا انہیں کامیابی دے۔ تو آپ ان کے ساتھ اپنے آپ کو involve کر لیتے ہیں اس طرح سے۔</w:t>
      </w:r>
    </w:p>
    <w:p>
      <w:r>
        <w:rPr>
          <w:b/>
        </w:rPr>
        <w:t xml:space="preserve">[27:16] </w:t>
      </w:r>
      <w:r>
        <w:t>to kya hota hai? Barabar ka reward milta hai. Jo reward un ko mila, wahi reward un ko mila Khuda ke haan.</w:t>
      </w:r>
    </w:p>
    <w:p>
      <w:pPr>
        <w:jc w:val="right"/>
      </w:pPr>
      <w:r>
        <w:t>تو کیا ہوتا ہے؟ برابر کا reward ملتا ہے۔ جو reward ان کو ملا، وہی reward ان کو ملا خدا کے ہاں۔</w:t>
      </w:r>
    </w:p>
    <w:p>
      <w:r>
        <w:rPr>
          <w:b/>
        </w:rPr>
        <w:t xml:space="preserve">[27:27] </w:t>
      </w:r>
      <w:r>
        <w:t>yeh hai, yeh hai bara jihad. Jo perpetual background mein hota hai. Bhai, perpetual battle field mein hota hai.</w:t>
      </w:r>
    </w:p>
    <w:p>
      <w:pPr>
        <w:jc w:val="right"/>
      </w:pPr>
      <w:r>
        <w:t>یہ ہے، یہ ہے بڑا جہاد۔ جو perpetual background میں ہوتا ہے۔ بھائی، perpetual battle field میں ہوتا ہے۔</w:t>
      </w:r>
    </w:p>
    <w:p>
      <w:r>
        <w:rPr>
          <w:b/>
        </w:rPr>
        <w:t xml:space="preserve">[27:39] </w:t>
      </w:r>
      <w:r>
        <w:t>aise hi dekhiye, kuch misalein main doonga taake yeh baat clear ho.</w:t>
      </w:r>
    </w:p>
    <w:p>
      <w:pPr>
        <w:jc w:val="right"/>
      </w:pPr>
      <w:r>
        <w:t>ایسے ہی دیکھیے، کچھ مثالیں میں دوں گا تاکہ یہ بات clear ہو۔</w:t>
      </w:r>
    </w:p>
    <w:p>
      <w:r>
        <w:rPr>
          <w:b/>
        </w:rPr>
        <w:t xml:space="preserve">[27:47] </w:t>
      </w:r>
      <w:r>
        <w:t>ek Sahabi the, un ka naam tha Saad bin Uqas. Aur ek aur Sahabi the, un ka naam tha Khalid bin Waleed.</w:t>
      </w:r>
    </w:p>
    <w:p>
      <w:pPr>
        <w:jc w:val="right"/>
      </w:pPr>
      <w:r>
        <w:t>ایک صحابی تھے، ان کا نام تھا سعد بن عقاس۔ اور ایک اور صحابی تھے، ان کا نام تھا خالد بن الولید۔</w:t>
      </w:r>
    </w:p>
    <w:p>
      <w:r>
        <w:rPr>
          <w:b/>
        </w:rPr>
        <w:t xml:space="preserve">[28:01] </w:t>
      </w:r>
      <w:r>
        <w:t>donon mein ek kuch koi land shayad tha, koi land ka masla tha, us ko le kar aapas mein kuch controversy ho gayi.</w:t>
      </w:r>
    </w:p>
    <w:p>
      <w:pPr>
        <w:jc w:val="right"/>
      </w:pPr>
      <w:r>
        <w:t>دونوں میں ایک کچھ کوئی لینڈ شاید تھا، کوئی لینڈ کا مسئلہ تھا، اس کو لے کر آپس میں کچھ controversy ہو گئی۔</w:t>
      </w:r>
    </w:p>
    <w:p>
      <w:r>
        <w:rPr>
          <w:b/>
        </w:rPr>
        <w:t xml:space="preserve">[28:10] </w:t>
      </w:r>
      <w:r>
        <w:t>to ek aadmi Saad bin Uqas ke paas aaya taake dekho, Khalid jo hain, un ka iman to bohat kacha iman hai, tum se land ka jhagda kar rahe hain.</w:t>
      </w:r>
    </w:p>
    <w:p>
      <w:pPr>
        <w:jc w:val="right"/>
      </w:pPr>
      <w:r>
        <w:t>تو ایک آدمی سعد بن عقاس کے پاس آیا تاکہ دیکھو، خالد جو ہیں، ان کا ایمان تو بہت کچا ایمان ہے، تم سے لینڈ کا جھگڑا کر رہے ہیں۔</w:t>
      </w:r>
    </w:p>
    <w:p>
      <w:r>
        <w:rPr>
          <w:b/>
        </w:rPr>
        <w:t xml:space="preserve">[28:23] </w:t>
      </w:r>
      <w:r>
        <w:t>yeh koi pakke momin nahi hain yeh. To ab ab Sahabi Abdur Rehman aap jo the, kya kar? Yani yeh Saturn ne hamla kiya un ke upar.</w:t>
      </w:r>
    </w:p>
    <w:p>
      <w:pPr>
        <w:jc w:val="right"/>
      </w:pPr>
      <w:r>
        <w:t>یہ کوئی پکے مومن نہیں ہیں یہ۔ تو اب اب صحابی عبدالرحمن آپ جو تھے، کیا کر؟ یعنی یہ Saturn نے حملہ کیا ان کے اوپر۔</w:t>
      </w:r>
    </w:p>
    <w:p>
      <w:r>
        <w:rPr>
          <w:b/>
        </w:rPr>
        <w:t xml:space="preserve">[28:33] </w:t>
      </w:r>
      <w:r>
        <w:t>yeh Saturn ka attack tha. That was an attack by Saturn</w:t>
      </w:r>
    </w:p>
    <w:p>
      <w:pPr>
        <w:jc w:val="right"/>
      </w:pPr>
      <w:r>
        <w:t>یہ Saturn کا attack تھا۔ That was an attack by Saturn</w:t>
      </w:r>
    </w:p>
    <w:p>
      <w:r>
        <w:rPr>
          <w:b/>
        </w:rPr>
        <w:t xml:space="preserve">[28:39] </w:t>
      </w:r>
      <w:r>
        <w:t>ke haan, waqai bare galat aadmi hain. Kalma parhne se kya hota hai? Yeh sache momin nahi hain. Apne dil mein paida karte. Aur phir un ke bare mein hamesha ke liye ek negative thought aa jata hai un ke dil mein.</w:t>
      </w:r>
    </w:p>
    <w:p>
      <w:pPr>
        <w:jc w:val="right"/>
      </w:pPr>
      <w:r>
        <w:t>کہ ہاں، واقعی بڑے غلط آدمی ہیں۔ کلمہ پڑھنے سے کیا ہوتا ہے؟ یہ سچے مومن نہیں ہیں۔ اپنے دل میں پیدا کرتے۔ اور پھر ان کے بارے میں ہمیشہ کے لیے ایک negative thought آ جاتا ہے ان کے دل میں۔</w:t>
      </w:r>
    </w:p>
    <w:p>
      <w:r>
        <w:rPr>
          <w:b/>
        </w:rPr>
        <w:t xml:space="preserve">[28:51] </w:t>
      </w:r>
      <w:r>
        <w:t>jo apne aap mein haram hai. Kisi doosre insaan ke bare mein apne andar negative thought paalna, yeh to haram hai.</w:t>
      </w:r>
    </w:p>
    <w:p>
      <w:pPr>
        <w:jc w:val="right"/>
      </w:pPr>
      <w:r>
        <w:t>جو اپنے آپ میں حرام ہے۔ کسی دوسرے انسان کے بارے میں اپنے اندر negative thought پالنا، یہ تو حرام ہے۔</w:t>
      </w:r>
    </w:p>
    <w:p>
      <w:r>
        <w:rPr>
          <w:b/>
        </w:rPr>
        <w:t xml:space="preserve">[29:01] </w:t>
      </w:r>
      <w:r>
        <w:t>aise log paradise mein nahi jayenge. Unhon ne kya simple solution nikala?</w:t>
      </w:r>
    </w:p>
    <w:p>
      <w:pPr>
        <w:jc w:val="right"/>
      </w:pPr>
      <w:r>
        <w:t>ایسے لوگ paradise میں نہیں جائیں گے۔ انہوں نے کیا simple solution نکالا؟</w:t>
      </w:r>
    </w:p>
    <w:p>
      <w:r>
        <w:rPr>
          <w:b/>
        </w:rPr>
        <w:t xml:space="preserve">[29:08] </w:t>
      </w:r>
      <w:r>
        <w:t>yani Saturn ko bhagaya. Unhon ne kaha ke ma fanama baynana lam yabligh dinna</w:t>
      </w:r>
    </w:p>
    <w:p>
      <w:pPr>
        <w:jc w:val="right"/>
      </w:pPr>
      <w:r>
        <w:t>یعنی Saturn کو بھگایا۔ انہوں نے کہا کہ ما فانما بیننا لم یبلغ دیننا</w:t>
      </w:r>
    </w:p>
    <w:p>
      <w:r>
        <w:rPr>
          <w:b/>
        </w:rPr>
        <w:t xml:space="preserve">[29:22] </w:t>
      </w:r>
      <w:r>
        <w:t>ma fanama baynana lam yabligh dinna door ho, us Saturn to bhago yahan se.</w:t>
      </w:r>
    </w:p>
    <w:p>
      <w:pPr>
        <w:jc w:val="right"/>
      </w:pPr>
      <w:r>
        <w:t>ما فانما بیننا لم یبلغ دیننا دور ہو، اس Saturn تو بھاگو یہاں سے۔</w:t>
      </w:r>
    </w:p>
    <w:p>
      <w:r>
        <w:rPr>
          <w:b/>
        </w:rPr>
        <w:t xml:space="preserve">[29:33] </w:t>
      </w:r>
      <w:r>
        <w:t>hamare in ke beech mein jo controversy hai, woh hamare deen tak nahi pahunche gi. hamare aur in ke beech mein jo controversy hai, woh hamare deen tak nahi pahunche gi.</w:t>
      </w:r>
    </w:p>
    <w:p>
      <w:pPr>
        <w:jc w:val="right"/>
      </w:pPr>
      <w:r>
        <w:t>ہمارے ان کے بیچ میں جو controversy ہے، وہ ہمارے دین تک نہیں پہنچے گی۔ ہمارے اور ان کے بیچ میں جو controversy ہے، وہ ہمارے دین تک نہیں پہنچے گی۔</w:t>
      </w:r>
    </w:p>
    <w:p>
      <w:r>
        <w:rPr>
          <w:b/>
        </w:rPr>
        <w:t xml:space="preserve">[29:47] </w:t>
      </w:r>
      <w:r>
        <w:t>yani hum is ko land tak seemit rakhen ge. land ka dispute hai, bas land tak rahe ga woh. baqi jahan tak hamari baat hai, hamare faith ki, hamare iman ki, hamare deen ki, to woh alag ek cheez hai.</w:t>
      </w:r>
    </w:p>
    <w:p>
      <w:pPr>
        <w:jc w:val="right"/>
      </w:pPr>
      <w:r>
        <w:t>یعنی ہم اس کو لینڈ تک سیमित رکھیں گے۔ لینڈ کا dispute ہے، بس لینڈ تک رہے گا وہ۔ باقی جہاں تک ہماری بات ہے، ہمارے faith کی، ہمارے ایمان کی، ہمارے دین کی، تو وہ الگ ایک چیز ہے۔</w:t>
      </w:r>
    </w:p>
    <w:p>
      <w:r>
        <w:rPr>
          <w:b/>
        </w:rPr>
        <w:t xml:space="preserve">[30:04] </w:t>
      </w:r>
      <w:r>
        <w:t>so this yani he managed this problem by using the principle of differentiation yani dono ko alag kar diya unho ne.</w:t>
      </w:r>
    </w:p>
    <w:p>
      <w:pPr>
        <w:jc w:val="right"/>
      </w:pPr>
      <w:r>
        <w:t>So this یعنی he managed this problem by using the principle of differentiation یعنی دونوں کو الگ کر دیا انہوں نے۔</w:t>
      </w:r>
    </w:p>
    <w:p>
      <w:r>
        <w:rPr>
          <w:b/>
        </w:rPr>
        <w:t xml:space="preserve">[30:21] </w:t>
      </w:r>
      <w:r>
        <w:t>ke land ka dispute alag alag cheez hai aur deen ka muamla ek alag cheez hai.</w:t>
      </w:r>
    </w:p>
    <w:p>
      <w:pPr>
        <w:jc w:val="right"/>
      </w:pPr>
      <w:r>
        <w:t>کہ لینڈ کا dispute الگ الگ چیز ہے اور دین کا معاملہ ایک الگ چیز ہے۔</w:t>
      </w:r>
    </w:p>
    <w:p>
      <w:r>
        <w:rPr>
          <w:b/>
        </w:rPr>
        <w:t xml:space="preserve">[30:30] </w:t>
      </w:r>
      <w:r>
        <w:t>yeh bhi ek doosri shakal ho sakti thi ke shaitan ke victim ban jate woh.</w:t>
      </w:r>
    </w:p>
    <w:p>
      <w:pPr>
        <w:jc w:val="right"/>
      </w:pPr>
      <w:r>
        <w:t>یہ بھی ایک دوسری شکل ہو سکتی تھی کہ شیطان کے victim بن جاتے وہ۔</w:t>
      </w:r>
    </w:p>
    <w:p>
      <w:r>
        <w:rPr>
          <w:b/>
        </w:rPr>
        <w:t xml:space="preserve">[30:34] </w:t>
      </w:r>
      <w:r>
        <w:t>kehte hain ke waqai khalid bohat hi kache aadmi hain. dekhiye, land ka masla para to un ka pata chal gaya ke un ka yani bohat hi woh kaisa hai un ka iman.</w:t>
      </w:r>
    </w:p>
    <w:p>
      <w:pPr>
        <w:jc w:val="right"/>
      </w:pPr>
      <w:r>
        <w:t>کہتے ہیں کہ واقعی خالد بہت ہی کچے آدمی ہیں۔ دیکھیے، لینڈ کا مسئلہ پڑا تو ان کا پتہ چل گیا کہ ان کا یعنی بہت ہی وہ کیسا ہے ان کا ایمان۔</w:t>
      </w:r>
    </w:p>
    <w:p>
      <w:r>
        <w:rPr>
          <w:b/>
        </w:rPr>
        <w:t xml:space="preserve">[30:50] </w:t>
      </w:r>
      <w:r>
        <w:t>to ek surat yeh thi ke woh saturn ke victim ban jate. doosra yeh ke use manage kiya unho ne. bohat hi beautiful tareeqe se.</w:t>
      </w:r>
    </w:p>
    <w:p>
      <w:pPr>
        <w:jc w:val="right"/>
      </w:pPr>
      <w:r>
        <w:t>تو ایک صورت یہ تھی کہ وہ Saturn کے victim بن جاتے۔ دوسرا یہ کہ اسے manage کیا انہوں نے۔ بہت ہی beautiful طریقے سے۔</w:t>
      </w:r>
    </w:p>
    <w:p>
      <w:r>
        <w:rPr>
          <w:b/>
        </w:rPr>
        <w:t xml:space="preserve">[31:00] </w:t>
      </w:r>
      <w:r>
        <w:t>land ka dispute alag hai, iman ka muamla alag hai.</w:t>
      </w:r>
    </w:p>
    <w:p>
      <w:pPr>
        <w:jc w:val="right"/>
      </w:pPr>
      <w:r>
        <w:t>لینڈ کا dispute الگ ہے، ایمان کا معاملہ الگ ہے۔</w:t>
      </w:r>
    </w:p>
    <w:p>
      <w:r>
        <w:rPr>
          <w:b/>
        </w:rPr>
        <w:t xml:space="preserve">[31:05] </w:t>
      </w:r>
      <w:r>
        <w:t>yeh hai perpetual background. bara jihad. bara jihad is liye hai. bara jihad is liye ke woh himalaya pahaar hai. is liye ke woh har waqt, har waqt hota rehta hai.</w:t>
      </w:r>
    </w:p>
    <w:p>
      <w:pPr>
        <w:jc w:val="right"/>
      </w:pPr>
      <w:r>
        <w:t>یہ ہے perpetual background۔ بڑا جہاد۔ بڑا جہاد اس لیے ہے۔ بڑا جہاد اس لیے کہ وہ ہمالیہ پہاڑ ہے۔ اس لیے کہ وہ ہر وقت، ہر وقت ہوتا رہتا ہے۔</w:t>
      </w:r>
    </w:p>
    <w:p>
      <w:r>
        <w:rPr>
          <w:b/>
        </w:rPr>
        <w:t xml:space="preserve">[31:19] </w:t>
      </w:r>
      <w:r>
        <w:t>yani koi bahir ki, koi bahir se koi attack to kabhi kabhi hota hai.</w:t>
      </w:r>
    </w:p>
    <w:p>
      <w:pPr>
        <w:jc w:val="right"/>
      </w:pPr>
      <w:r>
        <w:t>یعنی کوئی باہر کی، کوئی باہر سے کوئی attack تو کبھی کبھی ہوتا ہے۔</w:t>
      </w:r>
    </w:p>
    <w:p>
      <w:r>
        <w:rPr>
          <w:b/>
        </w:rPr>
        <w:t xml:space="preserve">[31:29] </w:t>
      </w:r>
      <w:r>
        <w:t>bahir se koi attack to kabhi kabhi hota hai. lekin yeh jo hai, chobees ghante, raat din, har mard par, har عورت par hota rehta hai.</w:t>
      </w:r>
    </w:p>
    <w:p>
      <w:pPr>
        <w:jc w:val="right"/>
      </w:pPr>
      <w:r>
        <w:t>باہر سے کوئی attack تو کبھی کبھی ہوتا ہے۔ لیکن یہ جو ہے، چوبیس گھنٹے، رات دن، ہر مرد پر، ہر عورت پر ہوتا رہتا ہے۔</w:t>
      </w:r>
    </w:p>
    <w:p>
      <w:r>
        <w:rPr>
          <w:b/>
        </w:rPr>
        <w:t xml:space="preserve">[31:39] </w:t>
      </w:r>
      <w:r>
        <w:t>aise hi dekhiye, asal jihad yahi hai. dekhiye, quran mein do lafz istemal kiye gaye hain. ek qital, ek jihad. ek qital, ek jihad.</w:t>
      </w:r>
    </w:p>
    <w:p>
      <w:pPr>
        <w:jc w:val="right"/>
      </w:pPr>
      <w:r>
        <w:t>ایسے ہی دیکھیے، اصل جہاد یہی ہے۔ دیکھیے، قرآن میں دو لفظ استعمال کیے گئے ہیں۔ ایک قتال، ایک جہاد۔ ایک قتال، ایک جہاد۔</w:t>
      </w:r>
    </w:p>
    <w:p>
      <w:r>
        <w:rPr>
          <w:b/>
        </w:rPr>
        <w:t xml:space="preserve">[31:50] </w:t>
      </w:r>
      <w:r>
        <w:t>qital ka matlab hota hai war, larai, fighting. to woh hai war wali baat.</w:t>
      </w:r>
    </w:p>
    <w:p>
      <w:pPr>
        <w:jc w:val="right"/>
      </w:pPr>
      <w:r>
        <w:t>قتال کا مطلب ہوتا ہے war، لڑائی، fighting۔ تو وہ ہے war والی بات۔</w:t>
      </w:r>
    </w:p>
    <w:p>
      <w:r>
        <w:rPr>
          <w:b/>
        </w:rPr>
        <w:t xml:space="preserve">[31:58] </w:t>
      </w:r>
      <w:r>
        <w:t>to qital wali ayaten jo hain, woh war ke bare mein hain.</w:t>
      </w:r>
    </w:p>
    <w:p>
      <w:pPr>
        <w:jc w:val="right"/>
      </w:pPr>
      <w:r>
        <w:t>تو قتال والی آیتیں جو ہیں، وہ war کے بارے میں ہیں۔</w:t>
      </w:r>
    </w:p>
    <w:p>
      <w:r>
        <w:rPr>
          <w:b/>
        </w:rPr>
        <w:t xml:space="preserve">[32:06] </w:t>
      </w:r>
      <w:r>
        <w:t>war islam mein sirf defensive war hai, bas. there is no war in islam except defensive war achi tarah samajh lijiye ke qital jo hai, woh hai larai ke maene mein.</w:t>
      </w:r>
    </w:p>
    <w:p>
      <w:pPr>
        <w:jc w:val="right"/>
      </w:pPr>
      <w:r>
        <w:t>War اسلام میں صرف defensive war ہے، بس۔ There is no war in Islam except defensive war اچھی طرح سمجھ لیجیے کہ قتال جو ہے، وہ ہے لڑائی کے معنی میں۔</w:t>
      </w:r>
    </w:p>
    <w:p>
      <w:r>
        <w:rPr>
          <w:b/>
        </w:rPr>
        <w:t xml:space="preserve">[32:18] </w:t>
      </w:r>
      <w:r>
        <w:t>kuch log in ayaton ko le kar ke bohat zyada bolte hain, lekin woh samajhna chahiye unhein ke qital jo hai, woh sirf defensive war ke liye hai.</w:t>
      </w:r>
    </w:p>
    <w:p>
      <w:pPr>
        <w:jc w:val="right"/>
      </w:pPr>
      <w:r>
        <w:t>کچھ لوگ ان آیتوں کو لے کر کے بہت زیادہ بولتے ہیں، لیکن وہ سمجھنا چاہیے انہیں کہ قتال جو ہے، وہ صرف defensive war کے لیے ہے۔</w:t>
      </w:r>
    </w:p>
    <w:p>
      <w:r>
        <w:rPr>
          <w:b/>
        </w:rPr>
        <w:t xml:space="preserve">[32:30] </w:t>
      </w:r>
      <w:r>
        <w:t>only defensive war is permitted in islam</w:t>
      </w:r>
    </w:p>
    <w:p>
      <w:pPr>
        <w:jc w:val="right"/>
      </w:pPr>
      <w:r>
        <w:t>Only defensive war is permitted in Islam</w:t>
      </w:r>
    </w:p>
    <w:p>
      <w:r>
        <w:rPr>
          <w:b/>
        </w:rPr>
        <w:t xml:space="preserve">[32:36] </w:t>
      </w:r>
      <w:r>
        <w:t>to yeh hai qital. lekin jo jihad hai, jo saturn ke muqable mein hota hai, woh to har waqt, har waqt, har waqt chalta rehta hai.</w:t>
      </w:r>
    </w:p>
    <w:p>
      <w:pPr>
        <w:jc w:val="right"/>
      </w:pPr>
      <w:r>
        <w:t>تو یہ ہے قتال۔ لیکن جو جہاد ہے، جو Saturn کے مقابلے میں ہوتا ہے، وہ تو ہر وقت، ہر وقت، ہر وقت چلتا رہتا ہے۔</w:t>
      </w:r>
    </w:p>
    <w:p>
      <w:r>
        <w:rPr>
          <w:b/>
        </w:rPr>
        <w:t xml:space="preserve">[32:49] </w:t>
      </w:r>
      <w:r>
        <w:t>ab aap dekhiye, mein kuch well known aap ko baaten bata raha hoon, bol raha hoon, woh to har aadmi ki zindagi mein chobees ghante hota rehta hai, jo kitabon mein nahi aya.</w:t>
      </w:r>
    </w:p>
    <w:p>
      <w:pPr>
        <w:jc w:val="right"/>
      </w:pPr>
      <w:r>
        <w:t>اب آپ دیکھیے، میں کچھ well known آپ کو باتیں بتا رہا ہوں، بول رہا ہوں، وہ تو ہر آدمی کی زندگی میں چوبیس گھنٹے ہوتا رہتا ہے، جو کتابوں میں نہیں آیا۔</w:t>
      </w:r>
    </w:p>
    <w:p>
      <w:r>
        <w:rPr>
          <w:b/>
        </w:rPr>
        <w:t xml:space="preserve">[32:59] </w:t>
      </w:r>
      <w:r>
        <w:t>yani kitabon woh cheezen flash karti hain jo bohat hi bari bari hoti hain. lekin chobees ghante hum face karte hain saturn ke is is ko attack ko.</w:t>
      </w:r>
    </w:p>
    <w:p>
      <w:pPr>
        <w:jc w:val="right"/>
      </w:pPr>
      <w:r>
        <w:t>یعنی کتابوں وہ چیزیں flash کرتی ہیں جو بہت ہی بڑی بڑی ہوتی ہیں۔ لیکن چوبیس گھنٹے ہم face کرتے ہیں Saturn کے اس اس کو attack کو۔</w:t>
      </w:r>
    </w:p>
    <w:p>
      <w:r>
        <w:rPr>
          <w:b/>
        </w:rPr>
        <w:t xml:space="preserve">[33:14] </w:t>
      </w:r>
      <w:r>
        <w:t>har jagah woh hum ko baqayeda hai. baqayeda kya hai? negative thought lana. yaad rakhiye, har cheez ka do aspect hota hai.</w:t>
      </w:r>
    </w:p>
    <w:p>
      <w:pPr>
        <w:jc w:val="right"/>
      </w:pPr>
      <w:r>
        <w:t>ہر جگہ وہ ہم کو باقاعدہ ہے۔ باقاعدہ کیا ہے؟ Negative thought لانا۔ یاد رکھیے، ہر چیز کا دو aspect ہوتا ہے۔</w:t>
      </w:r>
    </w:p>
    <w:p>
      <w:r>
        <w:rPr>
          <w:b/>
        </w:rPr>
        <w:t xml:space="preserve">[33:25] </w:t>
      </w:r>
      <w:r>
        <w:t>negative, pos</w:t>
      </w:r>
    </w:p>
    <w:p>
      <w:pPr>
        <w:jc w:val="right"/>
      </w:pPr>
      <w:r>
        <w:t>Negative، pos</w:t>
      </w:r>
    </w:p>
    <w:p>
      <w:r>
        <w:rPr>
          <w:b/>
        </w:rPr>
        <w:t xml:space="preserve">[33:26] </w:t>
      </w:r>
      <w:r>
        <w:t>itive. koi bhi cheez ho, us ke do aspect rahen ge. negative aur positive.</w:t>
      </w:r>
    </w:p>
    <w:p>
      <w:pPr>
        <w:jc w:val="right"/>
      </w:pPr>
      <w:r>
        <w:t>itive۔ کوئی بھی چیز ہو، اس کے دو aspect رہیں گے۔ Negative اور positive۔</w:t>
      </w:r>
    </w:p>
    <w:p>
      <w:r>
        <w:rPr>
          <w:b/>
        </w:rPr>
        <w:t xml:space="preserve">[33:34] </w:t>
      </w:r>
      <w:r>
        <w:t>jaise mere pas jo telephone aya tha, yeh maine zikr kiya ke unho ne kaha ke aap sabr ki baaten karte hain, yeh to boz dli hai. yeh unho ne is ka negative aspect liya</w:t>
      </w:r>
    </w:p>
    <w:p>
      <w:pPr>
        <w:jc w:val="right"/>
      </w:pPr>
      <w:r>
        <w:t>جیسے میرے پاس جو ٹیلی فون آیا تھا، یہ میں نے ذکر کیا کہ انہوں نے کہا کہ آپ صبر کی باتیں کرتے ہیں، یہ تو بزدلی ہے۔ یہ انہوں نے اس کا negative aspect لیا</w:t>
      </w:r>
    </w:p>
    <w:p>
      <w:r>
        <w:rPr>
          <w:b/>
        </w:rPr>
        <w:t xml:space="preserve">[33:46] </w:t>
      </w:r>
      <w:r>
        <w:t>. to maine kaha ke yeh bhi to keh sakte hain aap ke yeh wisdom hai. yani aap ne is ko diya yeh color ke woh cowardice hai, boz dli.</w:t>
      </w:r>
    </w:p>
    <w:p>
      <w:pPr>
        <w:jc w:val="right"/>
      </w:pPr>
      <w:r>
        <w:t>۔ تو میں نے کہا کہ یہ بھی تو کہہ سکتے ہیں آپ کہ یہ wisdom ہے۔ یعنی آپ نے اس کو دیا یہ color کہ وہ cowardice ہے، بزدلی۔</w:t>
      </w:r>
    </w:p>
    <w:p>
      <w:r>
        <w:rPr>
          <w:b/>
        </w:rPr>
        <w:t xml:space="preserve">[33:58] </w:t>
      </w:r>
      <w:r>
        <w:t>lekin doosra aspect kyon nahin liya aap ne? ke woh wisdom hai. ke apne aap ko kyon khwamkhwah ladaai bhadaai mein lagao? apne doosre kaam hain, woh karo.</w:t>
      </w:r>
    </w:p>
    <w:p>
      <w:pPr>
        <w:jc w:val="right"/>
      </w:pPr>
      <w:r>
        <w:t>لیکن دوسرا aspect کیوں نہیں لیا آپ نے؟ کہ وہ wisdom ہے۔ کہ اپنے آپ کو کیوں خوامخواہ لڑائی بھڑائی میں لگاؤ؟ اپنے دوسرے کام ہیں، وہ کرو۔</w:t>
      </w:r>
    </w:p>
    <w:p>
      <w:r>
        <w:rPr>
          <w:b/>
        </w:rPr>
        <w:t xml:space="preserve">[34:10] </w:t>
      </w:r>
      <w:r>
        <w:t>to agar sabr ko aap ne, yaani negative is ka jo aspect hai, us ko le kar ke to aap kahenge yeh to cowardice hai, yeh to boz dili hai, yeh to surrender karna hai.</w:t>
      </w:r>
    </w:p>
    <w:p>
      <w:pPr>
        <w:jc w:val="right"/>
      </w:pPr>
      <w:r>
        <w:t>تو اگر صبر کو آپ نے، یعنی negative اس کا جو aspect ہے، اس کو لے کر کے تو آپ کہیں گے یہ تو cowardice ہے، یہ تو بزدلی ہے، یہ تو surrender کرنا ہے۔</w:t>
      </w:r>
    </w:p>
    <w:p>
      <w:r>
        <w:rPr>
          <w:b/>
        </w:rPr>
        <w:t xml:space="preserve">[34:23] </w:t>
      </w:r>
      <w:r>
        <w:t>lekin doosra aspect agar len to aap kahenge yeh to bohat bari wisdom hai, bari hikmat hai, bari samajh daari ki baat hai yeh. to shaitan kya karta hai?</w:t>
      </w:r>
    </w:p>
    <w:p>
      <w:pPr>
        <w:jc w:val="right"/>
      </w:pPr>
      <w:r>
        <w:t>لیکن دوسرا aspect اگر لیں تو آپ کہیں گے یہ تو بہت بڑی wisdom ہے، بڑی حکمت ہے، بڑی سمجھداری کی بات ہے یہ۔ تو شیطان کیا کرتا ہے؟</w:t>
      </w:r>
    </w:p>
    <w:p>
      <w:r>
        <w:rPr>
          <w:b/>
        </w:rPr>
        <w:t xml:space="preserve">[34:32] </w:t>
      </w:r>
      <w:r>
        <w:t>hamesha aap ko negative aspect ki taraf le aata hai. hamesha.</w:t>
      </w:r>
    </w:p>
    <w:p>
      <w:pPr>
        <w:jc w:val="right"/>
      </w:pPr>
      <w:r>
        <w:t>ہمیشہ آپ کو negative aspect کی طرف لے آتا ہے۔ ہمیشہ۔</w:t>
      </w:r>
    </w:p>
    <w:p>
      <w:r>
        <w:rPr>
          <w:b/>
        </w:rPr>
        <w:t xml:space="preserve">[34:41] </w:t>
      </w:r>
      <w:r>
        <w:t>koi bhi baat ho, choti ho ya bari, jaldi se woh negative us ki taraf le aata hai. aur chounke aadmi har waqt kuch na kuch hota hi rehta hai, us ko family mein, society mein, har jagah.</w:t>
      </w:r>
    </w:p>
    <w:p>
      <w:pPr>
        <w:jc w:val="right"/>
      </w:pPr>
      <w:r>
        <w:t>کوئی بھی بات ہو، چھوٹی ہو یا بڑی، جلدی سے وہ negative اس کی طرف لے آتا ہے۔ اور چونکہ آدمی ہر وقت کچھ نہ کچھ ہوتا ہی رہتا ہے، اس کو family میں، society میں، ہر جگہ۔</w:t>
      </w:r>
    </w:p>
    <w:p>
      <w:r>
        <w:rPr>
          <w:b/>
        </w:rPr>
        <w:t xml:space="preserve">[34:53] </w:t>
      </w:r>
      <w:r>
        <w:t>to Saturn har waqt activate karta hai aap ko. isi liye woh bara jihad hai. kyunke woh permanent jihad hota hai.</w:t>
      </w:r>
    </w:p>
    <w:p>
      <w:pPr>
        <w:jc w:val="right"/>
      </w:pPr>
      <w:r>
        <w:t>تو Saturn ہر وقت activate کرتا ہے آپ کو۔ اسی لیے وہ بڑا جہاد ہے۔ کیونکہ وہ permanent جہاد ہوتا ہے۔</w:t>
      </w:r>
    </w:p>
    <w:p>
      <w:r>
        <w:rPr>
          <w:b/>
        </w:rPr>
        <w:t xml:space="preserve">[35:02] </w:t>
      </w:r>
      <w:r>
        <w:t>to kuch waqeaat jo kitabon mein aaye hain, samajhne ke liye, woh woh standard waqeaat hain, woh is mein bata raha hoon aap ko.</w:t>
      </w:r>
    </w:p>
    <w:p>
      <w:pPr>
        <w:jc w:val="right"/>
      </w:pPr>
      <w:r>
        <w:t>تو کچھ واقعات جو کتابوں میں آئے ہیں، سمجھنے کے لیے، وہ وہ standard واقعات ہیں، وہ اس میں بتا رہا ہوں آپ کو۔</w:t>
      </w:r>
    </w:p>
    <w:p>
      <w:r>
        <w:rPr>
          <w:b/>
        </w:rPr>
        <w:t xml:space="preserve">[35:12] </w:t>
      </w:r>
      <w:r>
        <w:t>waqai woh to har waqt, har aadmi ki zindagi mein hota rehta hai. to ek dekhiye, prophet ke zamane mein, aap jante hain ke aisa hua tha ke aap ko makkah walon ne wahan se majboor kiya tha nikalne par.</w:t>
      </w:r>
    </w:p>
    <w:p>
      <w:pPr>
        <w:jc w:val="right"/>
      </w:pPr>
      <w:r>
        <w:t>واقعی وہ تو ہر وقت، ہر آدمی کی زندگی میں ہوتا رہتا ہے۔ تو ایک دیکھیے، prophet کے زمانے میں، آپ جانتے ہیں کہ ایسا ہوا تھا کہ آپ کو مکہ والوں نے وہاں سے مجبور کیا تھا نکلنے پر۔</w:t>
      </w:r>
    </w:p>
    <w:p>
      <w:r>
        <w:rPr>
          <w:b/>
        </w:rPr>
        <w:t xml:space="preserve">[35:28] </w:t>
      </w:r>
      <w:r>
        <w:t>phir baad ko aap ne march kiya, ten thousand logon ko le kar ke, aur makkah fateh hua. is ki detail mujhe is waqt nahin bata</w:t>
      </w:r>
    </w:p>
    <w:p>
      <w:pPr>
        <w:jc w:val="right"/>
      </w:pPr>
      <w:r>
        <w:t>پھر بعد کو آپ نے مارچ کیا، ten thousand لوگوں کو لے کر کے، اور مکہ فتح ہوا۔ اس کی detail مجھے اس وقت نہیں بت</w:t>
      </w:r>
    </w:p>
    <w:p>
      <w:r>
        <w:rPr>
          <w:b/>
        </w:rPr>
        <w:t xml:space="preserve">[35:38] </w:t>
      </w:r>
      <w:r>
        <w:t>ana hai. main sirf yeh keh raha hoon ke jab aap ne march kiya tha madine se makkah ki taraf, ten thousand ashaab ke sath, to aap ne is ka commander bana diya khalid ko.</w:t>
      </w:r>
    </w:p>
    <w:p>
      <w:pPr>
        <w:jc w:val="right"/>
      </w:pPr>
      <w:r>
        <w:t>انا ہے۔ میں صرف یہ کہہ رہا ہوں کہ جب آپ نے مارچ کیا تھا مدینے سے مکہ کی طرف، ten thousand اصحاب کے ساتھ، تو آپ نے اس کا کمانڈر بنا دیا خالد کو۔</w:t>
      </w:r>
    </w:p>
    <w:p>
      <w:r>
        <w:rPr>
          <w:b/>
        </w:rPr>
        <w:t xml:space="preserve">[35:52] </w:t>
      </w:r>
      <w:r>
        <w:t>khalid bin waleed. jo ke abhi bhi Islam mein aaye the, abhi bhi. yeh poora makkah ka jo zamana hai, is mein khalid aap ke, yaani hostile bane rahe.</w:t>
      </w:r>
    </w:p>
    <w:p>
      <w:pPr>
        <w:jc w:val="right"/>
      </w:pPr>
      <w:r>
        <w:t>خالد بن الولید۔ جو کہ ابھی بھی اسلام میں آئے تھے، ابھی بھی۔ یہ پورا مکے کا جو زمانہ ہے، اس میں خالد آپ کے، یعنی hostile بنے رہے۔</w:t>
      </w:r>
    </w:p>
    <w:p>
      <w:r>
        <w:rPr>
          <w:b/>
        </w:rPr>
        <w:t xml:space="preserve">[36:07] </w:t>
      </w:r>
      <w:r>
        <w:t>yaani unhon ne command ki rasool Allah ke khilaaf ladaaiyon ki. yaani badr o uhad ki jo ladaaiyan hui thin, us mein woh, us mein aap un ke, yaani enemy ke commander bane hue the.</w:t>
      </w:r>
    </w:p>
    <w:p>
      <w:pPr>
        <w:jc w:val="right"/>
      </w:pPr>
      <w:r>
        <w:t>یعنی انہوں نے کمانڈ کی رسول اللہ کے خلاف لڑائیوں کی۔ یعنی بدر و احد کی جو لڑائیاں ہوئی تھیں، اس میں وہ، اس میں آپ ان کے، یعنی enemy کے کمانڈر بنے ہوئے تھے۔</w:t>
      </w:r>
    </w:p>
    <w:p>
      <w:r>
        <w:rPr>
          <w:b/>
        </w:rPr>
        <w:t xml:space="preserve">[36:19] </w:t>
      </w:r>
      <w:r>
        <w:t>to makkah jo fateh hua hai, us se kuch pehle woh aaye madine aur unhon ne Islam qubool kar liya.</w:t>
      </w:r>
    </w:p>
    <w:p>
      <w:pPr>
        <w:jc w:val="right"/>
      </w:pPr>
      <w:r>
        <w:t>تو مکہ جو فتح ہوا ہے، اس سے کچھ پہلے وہ آئے مدینہ اور انہوں نے اسلام قبول کر لیا۔</w:t>
      </w:r>
    </w:p>
    <w:p>
      <w:r>
        <w:rPr>
          <w:b/>
        </w:rPr>
        <w:t xml:space="preserve">[36:26] </w:t>
      </w:r>
      <w:r>
        <w:t>to gaya woh. to us waqt kya hua ke ab madine se makkah ki taraf jo march ho raha tha, ten thousand logon ko le kar ke, yeh to bohat bara waqea tha.</w:t>
      </w:r>
    </w:p>
    <w:p>
      <w:pPr>
        <w:jc w:val="right"/>
      </w:pPr>
      <w:r>
        <w:t>تو گیا وہ۔ تو اس وقت کیا ہوا کہ اب مدینے سے مکہ کی طرف جو مارچ ہو رہا تھا، ten thousand لوگوں کو لے کر کے، یہ تو بہت بڑا واقعہ تھا۔</w:t>
      </w:r>
    </w:p>
    <w:p>
      <w:r>
        <w:rPr>
          <w:b/>
        </w:rPr>
        <w:t xml:space="preserve">[36:39] </w:t>
      </w:r>
      <w:r>
        <w:t>to is ka unhon ne commander bana diya aap ne. to madine mein kuch logon ko is par complaint hui, shikayat hui ke dekho, ek newcomer ko bana diya</w:t>
      </w:r>
    </w:p>
    <w:p>
      <w:pPr>
        <w:jc w:val="right"/>
      </w:pPr>
      <w:r>
        <w:t>تو اس کا انہوں نے کمانڈر بنا دیا آپ نے۔ تو مدینے میں کچھ لوگوں کو اس پر complaint ہوئی، شکایت ہوئی کہ دیکھو، ایک newcomer کو بنا دیا</w:t>
      </w:r>
    </w:p>
    <w:p>
      <w:r>
        <w:rPr>
          <w:b/>
        </w:rPr>
        <w:t xml:space="preserve">[36:51] </w:t>
      </w:r>
      <w:r>
        <w:t>commander, hum senior log hain, hum ko nahin, un ke, un ke under mein kar diya. senior logon ko under mein kar diya. ek naya aadmi aaya to use commander bana diya.</w:t>
      </w:r>
    </w:p>
    <w:p>
      <w:pPr>
        <w:jc w:val="right"/>
      </w:pPr>
      <w:r>
        <w:t>کمانڈر، ہم senior لوگ ہیں، ہم کو نہیں، ان کے، ان کے under میں کر دیا۔ senior لوگوں کو under میں کر دیا۔ ایک نیا آدمی آیا تو اسے کمانڈر بنا دیا۔</w:t>
      </w:r>
    </w:p>
    <w:p>
      <w:r>
        <w:rPr>
          <w:b/>
        </w:rPr>
        <w:t xml:space="preserve">[37:03] </w:t>
      </w:r>
      <w:r>
        <w:t>is par chah magoi hui. lekin unhon ne bohat jald manage kar liya is ko.</w:t>
      </w:r>
    </w:p>
    <w:p>
      <w:pPr>
        <w:jc w:val="right"/>
      </w:pPr>
      <w:r>
        <w:t>اس پر چہ مگوئی ہوئی۔ لیکن انہوں نے بہت جلد manage کر لیا اس کو۔</w:t>
      </w:r>
    </w:p>
    <w:p>
      <w:r>
        <w:rPr>
          <w:b/>
        </w:rPr>
        <w:t xml:space="preserve">[37:11] </w:t>
      </w:r>
      <w:r>
        <w:t>yaani itna bara waqea jo hai, jo jo wahan par split ho sakta hai, split. do barh jaate hain do giroh mein.</w:t>
      </w:r>
    </w:p>
    <w:p>
      <w:pPr>
        <w:jc w:val="right"/>
      </w:pPr>
      <w:r>
        <w:t>یعنی اتنا بڑا واقعہ جو ہے، جو جو وہاں پر split ہو سکتا ہے، split۔ دو بڑھ جاتے ہیں دو گروہ میں۔</w:t>
      </w:r>
    </w:p>
    <w:p>
      <w:r>
        <w:rPr>
          <w:b/>
        </w:rPr>
        <w:t xml:space="preserve">[37:22] </w:t>
      </w:r>
      <w:r>
        <w:t>jaisa ke hota hai aam taur par. woh manage kar liya unhon ne. to seerat ibn hisham mein jo kitaab hai, seerat ibn hisham, to us zamane mein log apne se demand ke ko jo hai, yaani express karte the, woh to ashaar mein karte the.</w:t>
      </w:r>
    </w:p>
    <w:p>
      <w:pPr>
        <w:jc w:val="right"/>
      </w:pPr>
      <w:r>
        <w:t>جیسا کہ ہوتا ہے عام طور پر۔ وہ manage کر لیا انہوں نے۔ تو سیرت ابن ہشام میں جو کتاب ہے، سیرت ابن ہشام، تو اس زمانے میں لوگ اپنے سے demand کے کو جو ہے، یعنی express کرتے تھے، وہ تو اشعار میں کرتے تھے۔</w:t>
      </w:r>
    </w:p>
    <w:p>
      <w:r>
        <w:rPr>
          <w:b/>
        </w:rPr>
        <w:t xml:space="preserve">[37:40] </w:t>
      </w:r>
      <w:r>
        <w:t>is mein ashaar aaye hain, is qism ke.</w:t>
      </w:r>
    </w:p>
    <w:p>
      <w:pPr>
        <w:jc w:val="right"/>
      </w:pPr>
      <w:r>
        <w:t>اس میں اشعار آئے ہیں، اس قسم کے۔</w:t>
      </w:r>
    </w:p>
    <w:p>
      <w:r>
        <w:rPr>
          <w:b/>
        </w:rPr>
        <w:t xml:space="preserve">[37:44] </w:t>
      </w:r>
      <w:r>
        <w:t>to is mein sahabi shayar kehte hain, sab ki taraf se represent karte hue ke waqal nabiyul momineen taqaddum</w:t>
      </w:r>
    </w:p>
    <w:p>
      <w:pPr>
        <w:jc w:val="right"/>
      </w:pPr>
      <w:r>
        <w:t>تو اس میں صحابی شاعر کہتے ہیں، سب کی طرف سے represent کرتے ہوئے کہ وقال نبی المومنین تقدم</w:t>
      </w:r>
    </w:p>
    <w:p>
      <w:r>
        <w:rPr>
          <w:b/>
        </w:rPr>
        <w:t xml:space="preserve">[38:02] </w:t>
      </w:r>
      <w:r>
        <w:t>fahubba alayna anakumul muqaddama</w:t>
      </w:r>
    </w:p>
    <w:p>
      <w:pPr>
        <w:jc w:val="right"/>
      </w:pPr>
      <w:r>
        <w:t>فحب علینا انکم المقدمہ</w:t>
      </w:r>
    </w:p>
    <w:p>
      <w:r>
        <w:rPr>
          <w:b/>
        </w:rPr>
        <w:t xml:space="preserve">[38:08] </w:t>
      </w:r>
      <w:r>
        <w:t>ke Khuda ke prophet ne kaha ke khalid ke command mein aage badho.</w:t>
      </w:r>
    </w:p>
    <w:p>
      <w:pPr>
        <w:jc w:val="right"/>
      </w:pPr>
      <w:r>
        <w:t>کہ خدا کے prophet نے کہا کہ خالد کے کمانڈ میں آگے بڑھو۔</w:t>
      </w:r>
    </w:p>
    <w:p>
      <w:r>
        <w:rPr>
          <w:b/>
        </w:rPr>
        <w:t xml:space="preserve">[38:24] </w:t>
      </w:r>
      <w:r>
        <w:t>to hum ko yeh cheez mehboob ho gayi ke hum khalid ke command mein aage badhein.</w:t>
      </w:r>
    </w:p>
    <w:p>
      <w:pPr>
        <w:jc w:val="right"/>
      </w:pPr>
      <w:r>
        <w:t>تو ہم کو یہ چیز محبوب ہو گئی کہ ہم خالد کے کمانڈ میں آگے بڑھیں۔</w:t>
      </w:r>
    </w:p>
    <w:p>
      <w:r>
        <w:rPr>
          <w:b/>
        </w:rPr>
        <w:t xml:space="preserve">[38:32] </w:t>
      </w:r>
      <w:r>
        <w:t>agarche woh hamare sentiment ke khilaaf tha.</w:t>
      </w:r>
    </w:p>
    <w:p>
      <w:pPr>
        <w:jc w:val="right"/>
      </w:pPr>
      <w:r>
        <w:t>اگرچہ وہ ہمارے sentiment کے خلاف تھا۔</w:t>
      </w:r>
    </w:p>
    <w:p>
      <w:r>
        <w:rPr>
          <w:b/>
        </w:rPr>
        <w:t xml:space="preserve">[38:39] </w:t>
      </w:r>
      <w:r>
        <w:t>ab dekhen kaise manage kiya unhon ne is negative thought ko jo aa gaya tha un ke andar ke senior aadmi ko commander nahin banaya aur ek ek naye aadmi ko commander bana diya.</w:t>
      </w:r>
    </w:p>
    <w:p>
      <w:pPr>
        <w:jc w:val="right"/>
      </w:pPr>
      <w:r>
        <w:t>اب دیکھیں کیسے manage کیا انہوں نے اس negative thought کو جو آ گیا تھا ان کے اندر کہ senior آدمی کو کمانڈر نہیں بنایا اور ایک ایک نئے آدمی کو کمانڈر بنا دیا۔</w:t>
      </w:r>
    </w:p>
    <w:p>
      <w:r>
        <w:rPr>
          <w:b/>
        </w:rPr>
        <w:t xml:space="preserve">[38:52] </w:t>
      </w:r>
      <w:r>
        <w:t>kaise manage kiya unhon ne? unhon ne manage is tarah kiya</w:t>
      </w:r>
    </w:p>
    <w:p>
      <w:pPr>
        <w:jc w:val="right"/>
      </w:pPr>
      <w:r>
        <w:t>کیسے manage کیا انہوں نے؟ انہوں نے manage اس طرح کیا</w:t>
      </w:r>
    </w:p>
    <w:p>
      <w:r>
        <w:rPr>
          <w:b/>
        </w:rPr>
        <w:t xml:space="preserve">[39:04] </w:t>
      </w:r>
      <w:r>
        <w:t>ke hamara, yaani hum, hamara goal kya hai?</w:t>
      </w:r>
    </w:p>
    <w:p>
      <w:pPr>
        <w:jc w:val="right"/>
      </w:pPr>
      <w:r>
        <w:t>کہ ہمارا، یعنی ہم، ہمارا goal کیا ہے؟</w:t>
      </w:r>
    </w:p>
    <w:p>
      <w:r>
        <w:rPr>
          <w:b/>
        </w:rPr>
        <w:t xml:space="preserve">[39:08] </w:t>
      </w:r>
      <w:r>
        <w:t>hamara goal yeh to hai ke hum dunya mein commander banen. banen ya na banen, yeh to relative baat hai. asal cheez hai ke Khuda ke hamein reward milen.</w:t>
      </w:r>
    </w:p>
    <w:p>
      <w:pPr>
        <w:jc w:val="right"/>
      </w:pPr>
      <w:r>
        <w:t>ہمارا goal یہ تو ہے کہ ہم دنیا میں کمانڈر بنیں۔ بنیں یا نہ بنیں، یہ تو relative بات ہے۔ اصل چیز ہے کہ خدا کے ہمیں reward ملے۔</w:t>
      </w:r>
    </w:p>
    <w:p>
      <w:r>
        <w:rPr>
          <w:b/>
        </w:rPr>
        <w:t xml:space="preserve">[39:17] </w:t>
      </w:r>
      <w:r>
        <w:t>Khuda ke hamein paradise milen. to Khuda ke paradise mile ke prophet ko manne se hum commander banen aur Khuda raazi na ho, woh prophet ki baat hum na manen,</w:t>
      </w:r>
    </w:p>
    <w:p>
      <w:pPr>
        <w:jc w:val="right"/>
      </w:pPr>
      <w:r>
        <w:t>خدا کے ہمیں paradise ملے۔ تو خدا کے paradise ملے کہ prophet کو ماننے سے ہم کمانڈر بنیں اور خدا راضی نہ ہو، وہ prophet کی بات ہم نہ مانیں،</w:t>
      </w:r>
    </w:p>
    <w:p>
      <w:r>
        <w:rPr>
          <w:b/>
        </w:rPr>
        <w:t xml:space="preserve">[39:32] </w:t>
      </w:r>
      <w:r>
        <w:t>to hum to wohi cheez kho denge jo hamara goal hai, yaani paradise.</w:t>
      </w:r>
    </w:p>
    <w:p>
      <w:pPr>
        <w:jc w:val="right"/>
      </w:pPr>
      <w:r>
        <w:t>تو ہم تو وہی چیز کھو دیں گے جو ہمارا goal ہے، یعنی paradise۔</w:t>
      </w:r>
    </w:p>
    <w:p>
      <w:r>
        <w:rPr>
          <w:b/>
        </w:rPr>
        <w:t xml:space="preserve">[39:38] </w:t>
      </w:r>
      <w:r>
        <w:t>unhon ne kaha chalo bhai, hum hum un ke under mein larenge, un ke under mein march karenge. to unhon ne is tarah manage kiya ke jab Khuda ka prophet yeh keh raha hai ke tum Khalid ko commander banao apna, us ke under mein march karo,</w:t>
      </w:r>
    </w:p>
    <w:p>
      <w:pPr>
        <w:jc w:val="right"/>
      </w:pPr>
      <w:r>
        <w:t>انہوں نے کہا چلو بھئی، ہم ہم ان کے under میں لڑیں گے، ان کے under میں مارچ کریں گے۔ تو انہوں نے اس طرح manage کیا کہ جب خدا کا prophet یہ کہہ رہا ہے کہ تم خالد کے کمانڈر بناؤ اپنا، اس کے under میں مارچ کرو،</w:t>
      </w:r>
    </w:p>
    <w:p>
      <w:r>
        <w:rPr>
          <w:b/>
        </w:rPr>
        <w:t xml:space="preserve">[39:56] </w:t>
      </w:r>
      <w:r>
        <w:t>to jab Khuda ka prophet aisa keh raha hai to isi mein hamein reward milega, isi mein hamein paradise milegi.</w:t>
      </w:r>
    </w:p>
    <w:p>
      <w:pPr>
        <w:jc w:val="right"/>
      </w:pPr>
      <w:r>
        <w:t>تو جب خدا کا prophet ایسا کہہ رہا ہے تو اسی میں ہمیں reward ملے گا، اسی میں ہمیں paradise ملے گی۔</w:t>
      </w:r>
    </w:p>
    <w:p>
      <w:r>
        <w:rPr>
          <w:b/>
        </w:rPr>
        <w:t xml:space="preserve">[40:03] </w:t>
      </w:r>
      <w:r>
        <w:t>to chhod do apne sentiment ko daba do. aur bahut hi unity ke sath mil kar ke unhon ne march kiya.</w:t>
      </w:r>
    </w:p>
    <w:p>
      <w:pPr>
        <w:jc w:val="right"/>
      </w:pPr>
      <w:r>
        <w:t>تو چھوڑو اپنے sentiment کو دبا دو۔ اور بہت ہی unity کے ساتھ مل کر کے انہوں نے مارچ کیا۔</w:t>
      </w:r>
    </w:p>
    <w:p>
      <w:r>
        <w:rPr>
          <w:b/>
        </w:rPr>
        <w:t xml:space="preserve">[40:15] </w:t>
      </w:r>
      <w:r>
        <w:t>aur aap jante hain ke is baad unhein victory hui. izaja nasrullahi wal fath wala waqea pesh aaya.</w:t>
      </w:r>
    </w:p>
    <w:p>
      <w:pPr>
        <w:jc w:val="right"/>
      </w:pPr>
      <w:r>
        <w:t>اور آپ جانتے ہیں کہ اس بعد انہیں victory ہوئی۔ ازاجا نصر اللہ والفتح والا واقعہ پیش آیا۔</w:t>
      </w:r>
    </w:p>
    <w:p>
      <w:r>
        <w:rPr>
          <w:b/>
        </w:rPr>
        <w:t xml:space="preserve">[40:29] </w:t>
      </w:r>
      <w:r>
        <w:t>is tarah se hota hai, yaani har waqt jo aap ko, yaani jo perpetual battle field hai jo Saturn ne bana rakhi hai, us mein subah shaam raat din aap ko isi tarah se saamna pesh aata hai kisi na kisi shakhs se.</w:t>
      </w:r>
    </w:p>
    <w:p>
      <w:pPr>
        <w:jc w:val="right"/>
      </w:pPr>
      <w:r>
        <w:t>اس طرح سے ہوتا ہے، یعنی ہر وقت جو آپ کو، یعنی جو perpetual battle field ہے جو Saturn نے بنا رکھی ہے، اس میں صبح شام رات دن آپ کو اسی طرح سے سامنا پیش آتا ہے کسی نہ کسی شخص سے۔</w:t>
      </w:r>
    </w:p>
    <w:p>
      <w:r>
        <w:rPr>
          <w:b/>
        </w:rPr>
        <w:t xml:space="preserve">[40:47] </w:t>
      </w:r>
      <w:r>
        <w:t>yeh family mein bhi hota hai, society mein bhi hota hai, neighborhood mein bhi hota hai, national life mein hota hai, international life mein bhi hota hai, har jagah.</w:t>
      </w:r>
    </w:p>
    <w:p>
      <w:pPr>
        <w:jc w:val="right"/>
      </w:pPr>
      <w:r>
        <w:t>یہ family میں بھی ہوتا ہے، society میں بھی ہوتا ہے، neighborhood میں بھی ہوتا ہے، نیشنل لائف میں ہوتا ہے، انٹرنیشنل لائف میں بھی ہوتا ہے، ہر جگہ۔</w:t>
      </w:r>
    </w:p>
    <w:p>
      <w:r>
        <w:rPr>
          <w:b/>
        </w:rPr>
        <w:t xml:space="preserve">[41:00] </w:t>
      </w:r>
      <w:r>
        <w:t>isi liye isi ko jihad akbar kaha gaya hai.</w:t>
      </w:r>
    </w:p>
    <w:p>
      <w:pPr>
        <w:jc w:val="right"/>
      </w:pPr>
      <w:r>
        <w:t>اسی لیے اسی کو جہاد اکبر کہا گیا ہے۔</w:t>
      </w:r>
    </w:p>
    <w:p>
      <w:r>
        <w:rPr>
          <w:b/>
        </w:rPr>
        <w:t xml:space="preserve">[41:04] </w:t>
      </w:r>
      <w:r>
        <w:t>aur is ko jihad asghar kaha gaya hai. yaani insaan jo aap ko attack karta hai aur ek aap ko ek battle field mein jaane par majboor karta hai, as a defence, to woh kya hai?</w:t>
      </w:r>
    </w:p>
    <w:p>
      <w:pPr>
        <w:jc w:val="right"/>
      </w:pPr>
      <w:r>
        <w:t>اور اس کو جہاد اصغر کہا گیا ہے۔ یعنی انسان جو آپ کو اٹیک کرتا ہے اور ایک آپ کو ایک battle field میں جانے پر مجبور کرتا ہے، as اے ڈیفنس، تو وہ کیا ہے؟</w:t>
      </w:r>
    </w:p>
    <w:p>
      <w:r>
        <w:rPr>
          <w:b/>
        </w:rPr>
        <w:t xml:space="preserve">[41:19] </w:t>
      </w:r>
      <w:r>
        <w:t>woh chhota jihad hai. chhota is sense mein ke woh woh woh temporary hota hai.</w:t>
      </w:r>
    </w:p>
    <w:p>
      <w:pPr>
        <w:jc w:val="right"/>
      </w:pPr>
      <w:r>
        <w:t>وہ چھوٹا جہاد ہے۔ چھوٹا اس سینس میں کہ وہ وہ وہ ٹیمپریری ہوتا ہے۔</w:t>
      </w:r>
    </w:p>
    <w:p>
      <w:r>
        <w:rPr>
          <w:b/>
        </w:rPr>
        <w:t xml:space="preserve">[41:26] </w:t>
      </w:r>
      <w:r>
        <w:t>lekin yeh jihad jo hai, aap ghar mein hain, aap safar mein hain, aap business kar rahe hain, aap job mein hain, har jagah woh chalta rehta hai.</w:t>
      </w:r>
    </w:p>
    <w:p>
      <w:pPr>
        <w:jc w:val="right"/>
      </w:pPr>
      <w:r>
        <w:t>لیکن یہ جہاد جو ہے، آپ گھر میں ہیں، آپ سفر میں ہیں، آپ بزنس کر رہے ہیں، آپ جاب میں ہیں، ہر جگہ وہ چلتا رہتا ہے۔</w:t>
      </w:r>
    </w:p>
    <w:p>
      <w:r>
        <w:rPr>
          <w:b/>
        </w:rPr>
        <w:t xml:space="preserve">[41:39] </w:t>
      </w:r>
      <w:r>
        <w:t>woh kabhi khatm nahin hota. isi liye woh bada jihad hai.</w:t>
      </w:r>
    </w:p>
    <w:p>
      <w:pPr>
        <w:jc w:val="right"/>
      </w:pPr>
      <w:r>
        <w:t>وہ کبھی ختم نہیں ہوتا۔ اسی لیے وہ بڑا جہاد ہے۔</w:t>
      </w:r>
    </w:p>
    <w:p>
      <w:r>
        <w:rPr>
          <w:b/>
        </w:rPr>
        <w:t xml:space="preserve">[41:46] </w:t>
      </w:r>
      <w:r>
        <w:t>ab dekhiye, aur main do ek waqeye bataunga aap ko. Prophet ne dekhiye apne aakhri zamane mein, yaani taqreeban do ya dhai mahine pehle,</w:t>
      </w:r>
    </w:p>
    <w:p>
      <w:pPr>
        <w:jc w:val="right"/>
      </w:pPr>
      <w:r>
        <w:t>اب دیکھیے، اور میں دو ایک واقعے بتاؤں گا آپ کو۔ Prophet نے دیکھیے اپنے آخری زمانے میں، یعنی تقریباً دو یا ڈھائی مہینے پہلے،</w:t>
      </w:r>
    </w:p>
    <w:p>
      <w:r>
        <w:rPr>
          <w:b/>
        </w:rPr>
        <w:t xml:space="preserve">[41:59] </w:t>
      </w:r>
      <w:r>
        <w:t>hajj kiya tha jis ko Hajjatul Wida kehte hain. Rasool Allah ne ek hi hajj kiya tha, yaani sunnat ek hi hajj hai. bar bar hajj karna yeh sunnat nahin hai.</w:t>
      </w:r>
    </w:p>
    <w:p>
      <w:pPr>
        <w:jc w:val="right"/>
      </w:pPr>
      <w:r>
        <w:t>حج کیا تھا جس کو حجۃ الوداع کہتے ہیں۔ رسول اللہ نے ایک ہی حج کیا تھا، یعنی سنت ایک ہی حج ہے۔ بار بار حج کرنا یہ سنت نہیں ہے۔</w:t>
      </w:r>
    </w:p>
    <w:p>
      <w:r>
        <w:rPr>
          <w:b/>
        </w:rPr>
        <w:t xml:space="preserve">[42:13] </w:t>
      </w:r>
      <w:r>
        <w:t>is hajj mein aap ne elaan kiya tha ila fadhil al arabiina al aalamin</w:t>
      </w:r>
    </w:p>
    <w:p>
      <w:pPr>
        <w:jc w:val="right"/>
      </w:pPr>
      <w:r>
        <w:t>اس حج میں آپ نے اعلان کیا تھا الى فضل العربین العالمین</w:t>
      </w:r>
    </w:p>
    <w:p>
      <w:r>
        <w:rPr>
          <w:b/>
        </w:rPr>
        <w:t xml:space="preserve">[42:24] </w:t>
      </w:r>
      <w:r>
        <w:t>aap ne kaha tha ke kisi ko superiority nahin hai. ek insaan ko doosre insaan par superiority nahin hai.</w:t>
      </w:r>
    </w:p>
    <w:p>
      <w:pPr>
        <w:jc w:val="right"/>
      </w:pPr>
      <w:r>
        <w:t>آپ نے کہا تھا کہ کسی کو superiority نہیں ہے۔ ایک انسان کو دوسرے انسان پر superiority نہیں ہے۔</w:t>
      </w:r>
    </w:p>
    <w:p>
      <w:r>
        <w:rPr>
          <w:b/>
        </w:rPr>
        <w:t xml:space="preserve">[42:33] </w:t>
      </w:r>
      <w:r>
        <w:t>yaani arabi ho ya ajmi ho, black ho ya white ho, sab barabar hain, sab barabar hain. kisi ko doosre ke upar superiority nahin hai.</w:t>
      </w:r>
    </w:p>
    <w:p>
      <w:pPr>
        <w:jc w:val="right"/>
      </w:pPr>
      <w:r>
        <w:t>یعنی عربی ہو یا عجمی ہو، بلیک ہو یا وائٹ ہو، سب برابر ہیں، سب برابر ہیں۔ کسی کو دوسرے کے اوپر superiority نہیں ہے۔</w:t>
      </w:r>
    </w:p>
    <w:p>
      <w:r>
        <w:rPr>
          <w:b/>
        </w:rPr>
        <w:t xml:space="preserve">[42:43] </w:t>
      </w:r>
      <w:r>
        <w:t>is tarah se aap ne equality ka wahan par ki baat kahi. is ke taqreeban dhai mahine ke baad aap ki death hoti hai.</w:t>
      </w:r>
    </w:p>
    <w:p>
      <w:pPr>
        <w:jc w:val="right"/>
      </w:pPr>
      <w:r>
        <w:t>اس طرح سے آپ نے equality کا وہاں پر کی بات کہی۔ اس کے تقریباً ڈھائی مہینے کے بعد آپ کی ڈیتھ ہوتی ہے۔</w:t>
      </w:r>
    </w:p>
    <w:p>
      <w:r>
        <w:rPr>
          <w:b/>
        </w:rPr>
        <w:t xml:space="preserve">[42:55] </w:t>
      </w:r>
      <w:r>
        <w:t>ab sawal yeh hota hai ke is waqt jo state ban chuki thi, us state ka khalifa kaun ho? to is waqt do group the wahan par, yaani muhajir group aur ansar ka group.</w:t>
      </w:r>
    </w:p>
    <w:p>
      <w:pPr>
        <w:jc w:val="right"/>
      </w:pPr>
      <w:r>
        <w:t>اب سوال یہ ہوتا ہے کہ اس وقت جو state بن چکی تھی، اس state کا خلیفہ کون ہو؟ تو اس وقت دو گروپ تھے وہاں پر، یعنی مہاجر گروپ اور انصار کا گروپ۔</w:t>
      </w:r>
    </w:p>
    <w:p>
      <w:r>
        <w:rPr>
          <w:b/>
        </w:rPr>
        <w:t xml:space="preserve">[43:12] </w:t>
      </w:r>
      <w:r>
        <w:t>ke jo makka se aaye hue log the, woh kaha jaate the muhajir. aur jo madina ke jo log the, woh kahe jaate the ansar.</w:t>
      </w:r>
    </w:p>
    <w:p>
      <w:pPr>
        <w:jc w:val="right"/>
      </w:pPr>
      <w:r>
        <w:t>کہ جو مکہ سے آئے ہوئے لوگ تھے، وہ کہا جاتے تھے مہاجر۔ اور جو مدینہ کے جو لوگ تھے، وہ کہے جاتے تھے انصار۔</w:t>
      </w:r>
    </w:p>
    <w:p>
      <w:r>
        <w:rPr>
          <w:b/>
        </w:rPr>
        <w:t xml:space="preserve">[43:22] </w:t>
      </w:r>
      <w:r>
        <w:t>to do bade group the goya ke wahan par. to dono mein yeh hua ke unka khalifa, unka, unka, unka khalifa,</w:t>
      </w:r>
    </w:p>
    <w:p>
      <w:pPr>
        <w:jc w:val="right"/>
      </w:pPr>
      <w:r>
        <w:t>تو دو بڑے گروپ تھے گویا کہ وہاں پر۔ تو دونوں میں یہ ہوا کہ ان کا خلیفہ، ان کا، ان کا، ان کا خلیفہ،</w:t>
      </w:r>
    </w:p>
    <w:p>
      <w:r>
        <w:rPr>
          <w:b/>
        </w:rPr>
        <w:t xml:space="preserve">[43:37] </w:t>
      </w:r>
      <w:r>
        <w:t>yani dono chahte the ke hamare group se khalifa ho.</w:t>
      </w:r>
    </w:p>
    <w:p>
      <w:pPr>
        <w:jc w:val="right"/>
      </w:pPr>
      <w:r>
        <w:t>یعنی دونوں چاہتے تھے کہ ہمارے گروپ سے خلیفہ ہو۔</w:t>
      </w:r>
    </w:p>
    <w:p>
      <w:r>
        <w:rPr>
          <w:b/>
        </w:rPr>
        <w:t xml:space="preserve">[43:44] </w:t>
      </w:r>
      <w:r>
        <w:t>phir yeh hua ke ek ek wahan par kuch logon ne kaha ke muna ameer wa minkum ameer yani ek ameer hamara, ek ameer tumhara.</w:t>
      </w:r>
    </w:p>
    <w:p>
      <w:pPr>
        <w:jc w:val="right"/>
      </w:pPr>
      <w:r>
        <w:t>پھر یہ ہوا کہ ایک ایک وہاں پر کچھ لوگوں نے کہا کہ منا امیر ومنکم امیر یعنی ایک امیر ہمارا، ایک امیر تمہارا۔</w:t>
      </w:r>
    </w:p>
    <w:p>
      <w:r>
        <w:rPr>
          <w:b/>
        </w:rPr>
        <w:t xml:space="preserve">[43:59] </w:t>
      </w:r>
      <w:r>
        <w:t>is tarah ki wahan par bahasein huien. Hazrat Abu Bakr jo the, jo jo senior sahabi the, unhone Rasool Allah ki ek hadith pesh ki.</w:t>
      </w:r>
    </w:p>
    <w:p>
      <w:pPr>
        <w:jc w:val="right"/>
      </w:pPr>
      <w:r>
        <w:t>اس طرح کی وہاں پر بحثیں ہوئیں۔ حضرت ابوبکر جو تھے، جو جو سینئر صحابی تھے، انہوں نے رسول اللہ کی ایک حدیث پیش کی۔</w:t>
      </w:r>
    </w:p>
    <w:p>
      <w:r>
        <w:rPr>
          <w:b/>
        </w:rPr>
        <w:t xml:space="preserve">[44:10] </w:t>
      </w:r>
      <w:r>
        <w:t>woh hadith yeh thi ke al aaimah min quraish yani political leader jo hai, woh quraish mein se hoga. al aaimah min quraish ka matlab hai political leader jo hai, woh quraish mein se hoga.</w:t>
      </w:r>
    </w:p>
    <w:p>
      <w:pPr>
        <w:jc w:val="right"/>
      </w:pPr>
      <w:r>
        <w:t>وہ حدیث یہ تھی کہ الائمۃ من قریش یعنی پولیٹیکل لیڈر جو ہے، وہ قریش میں سے ہوگا۔ الائمۃ من قریش کا مطلب ہے پولیٹیکل لیڈر جو ہے، وہ قریش میں سے ہوگا۔</w:t>
      </w:r>
    </w:p>
    <w:p>
      <w:r>
        <w:rPr>
          <w:b/>
        </w:rPr>
        <w:t xml:space="preserve">[44:25] </w:t>
      </w:r>
      <w:r>
        <w:t>quraish ek tribe tha, aap jante hain. ab dekhiye, contradiction tha bazahir. yani apparently it was a contradictory statement ke ek taraf to kaha gaya ke sab insan barabar hain,</w:t>
      </w:r>
    </w:p>
    <w:p>
      <w:pPr>
        <w:jc w:val="right"/>
      </w:pPr>
      <w:r>
        <w:t>قریش ایک ٹرائب تھا، آپ جانتے ہیں۔ اب دیکھیے، کنٹراڈکشن تھا بظاہر۔ یعنی apparently it was a contradictory statement کہ ایک طرف تو کہا گیا کہ سب انسان برابر ہیں،</w:t>
      </w:r>
    </w:p>
    <w:p>
      <w:r>
        <w:rPr>
          <w:b/>
        </w:rPr>
        <w:t xml:space="preserve">[44:38] </w:t>
      </w:r>
      <w:r>
        <w:t>dusri taraf yeh kaha ja raha hai ke political leader jo hoga, woh quraish mein se hoga.</w:t>
      </w:r>
    </w:p>
    <w:p>
      <w:pPr>
        <w:jc w:val="right"/>
      </w:pPr>
      <w:r>
        <w:t>دوسری طرف یہ کہا جا رہا ہے کہ پولیٹیکل لیڈر جو ہوگا، وہ قریش میں سے ہوگا۔</w:t>
      </w:r>
    </w:p>
    <w:p>
      <w:r>
        <w:rPr>
          <w:b/>
        </w:rPr>
        <w:t xml:space="preserve">[44:47] </w:t>
      </w:r>
      <w:r>
        <w:t>ab is par dekhiye, wahan ek hangama khada ho sakta tha. yeh kaisa mamla hai? ek taraf equality with discrimination yani ek taraf equality with discrimination hum nahi manenge aisi baat.</w:t>
      </w:r>
    </w:p>
    <w:p>
      <w:pPr>
        <w:jc w:val="right"/>
      </w:pPr>
      <w:r>
        <w:t>اب اس پر دیکھیے، وہاں ایک ہنگامہ کھڑا ہو سکتا تھا۔ یہ کیسا معاملہ ہے؟ ایک طرف equality with discrimination یعنی ایک طرف equality with discrimination ہم نہیں مانیں گے ایسی بات۔</w:t>
      </w:r>
    </w:p>
    <w:p>
      <w:r>
        <w:rPr>
          <w:b/>
        </w:rPr>
        <w:t xml:space="preserve">[45:05] </w:t>
      </w:r>
      <w:r>
        <w:t>lekin unhone woh surrender kar diya.</w:t>
      </w:r>
    </w:p>
    <w:p>
      <w:pPr>
        <w:jc w:val="right"/>
      </w:pPr>
      <w:r>
        <w:t>لیکن انہوں نے وہ surrender کر دیا۔</w:t>
      </w:r>
    </w:p>
    <w:p>
      <w:r>
        <w:rPr>
          <w:b/>
        </w:rPr>
        <w:t xml:space="preserve">[45:10] </w:t>
      </w:r>
      <w:r>
        <w:t>surrender kar diya. surrender karna aasan kaam hai, aap samajhte hain is tarah ki cheez ko? unhone manage kiya, manage.</w:t>
      </w:r>
    </w:p>
    <w:p>
      <w:pPr>
        <w:jc w:val="right"/>
      </w:pPr>
      <w:r>
        <w:t>surrender کر دیا۔ surrender کرنا آسان کام ہے، آپ سمجھتے ہیں اس طرح کی چیز کو؟ انہوں نے manage کیا، manage۔</w:t>
      </w:r>
    </w:p>
    <w:p>
      <w:r>
        <w:rPr>
          <w:b/>
        </w:rPr>
        <w:t xml:space="preserve">[45:21] </w:t>
      </w:r>
      <w:r>
        <w:t>manage kiya unhone. tab surrender kar paye woh.</w:t>
      </w:r>
    </w:p>
    <w:p>
      <w:pPr>
        <w:jc w:val="right"/>
      </w:pPr>
      <w:r>
        <w:t>manage کیا انہوں نے۔ تب surrender کر پائے وہ۔</w:t>
      </w:r>
    </w:p>
    <w:p>
      <w:r>
        <w:rPr>
          <w:b/>
        </w:rPr>
        <w:t xml:space="preserve">[45:28] </w:t>
      </w:r>
      <w:r>
        <w:t>yani kisi, yani is tarah ke mauqe par ek group kaha jaye ke is mein se nahi banega khalifa, dusre group se banega khalifa,</w:t>
      </w:r>
    </w:p>
    <w:p>
      <w:pPr>
        <w:jc w:val="right"/>
      </w:pPr>
      <w:r>
        <w:t>یعنی کسی، یعنی اس طرح کے موقع پر ایک گروپ کہا جائے کہ اس میں سے نہیں بنے گا خلیفہ، دوسرے گروپ سے بنے گا خلیفہ،</w:t>
      </w:r>
    </w:p>
    <w:p>
      <w:r>
        <w:rPr>
          <w:b/>
        </w:rPr>
        <w:t xml:space="preserve">[45:38] </w:t>
      </w:r>
      <w:r>
        <w:t>zahiri qismat, bada uproar hoga, bada hangama hoga. manage kaise kiya unhone?</w:t>
      </w:r>
    </w:p>
    <w:p>
      <w:pPr>
        <w:jc w:val="right"/>
      </w:pPr>
      <w:r>
        <w:t>ظاہری قسمت، بڑا اپرور ہوگا، بڑا ہنگامہ ہوگا۔ manage کیسے کیا انہوں نے؟</w:t>
      </w:r>
    </w:p>
    <w:p>
      <w:r>
        <w:rPr>
          <w:b/>
        </w:rPr>
        <w:t xml:space="preserve">[45:46] </w:t>
      </w:r>
      <w:r>
        <w:t>unhone yeh socha</w:t>
      </w:r>
    </w:p>
    <w:p>
      <w:pPr>
        <w:jc w:val="right"/>
      </w:pPr>
      <w:r>
        <w:t>انہوں نے یہ سوچا</w:t>
      </w:r>
    </w:p>
    <w:p>
      <w:r>
        <w:rPr>
          <w:b/>
        </w:rPr>
        <w:t xml:space="preserve">[45:51] </w:t>
      </w:r>
      <w:r>
        <w:t>ke prophet ne jo baat kahi thi, woh in terms of respect thi.</w:t>
      </w:r>
    </w:p>
    <w:p>
      <w:pPr>
        <w:jc w:val="right"/>
      </w:pPr>
      <w:r>
        <w:t>کہ prophet نے جو بات کہی تھی، وہ in terms of respect تھی۔</w:t>
      </w:r>
    </w:p>
    <w:p>
      <w:r>
        <w:rPr>
          <w:b/>
        </w:rPr>
        <w:t xml:space="preserve">[46:00] </w:t>
      </w:r>
      <w:r>
        <w:t>sab ke sab equally respectable hain. sab ka respect barabar hoga.</w:t>
      </w:r>
    </w:p>
    <w:p>
      <w:pPr>
        <w:jc w:val="right"/>
      </w:pPr>
      <w:r>
        <w:t>سب کے سب equally respectable ہیں۔ سب کا respect برابر ہوگا۔</w:t>
      </w:r>
    </w:p>
    <w:p>
      <w:r>
        <w:rPr>
          <w:b/>
        </w:rPr>
        <w:t xml:space="preserve">[46:07] </w:t>
      </w:r>
      <w:r>
        <w:t>in terms of respect sab barabar honge. lekin jo social offices hain, social office mein dusre cheezon ka lehaaz kiya jayega.</w:t>
      </w:r>
    </w:p>
    <w:p>
      <w:pPr>
        <w:jc w:val="right"/>
      </w:pPr>
      <w:r>
        <w:t>in terms of respect سب برابر ہوں گے۔ لیکن جو social offices ہیں، social office میں دوسرے چیزوں کا لحاظ کیا جائے گا۔</w:t>
      </w:r>
    </w:p>
    <w:p>
      <w:r>
        <w:rPr>
          <w:b/>
        </w:rPr>
        <w:t xml:space="preserve">[46:26] </w:t>
      </w:r>
      <w:r>
        <w:t>yani governmental offices hain, social offices hain. jaise main aap ko misaal doon, India mein.</w:t>
      </w:r>
    </w:p>
    <w:p>
      <w:pPr>
        <w:jc w:val="right"/>
      </w:pPr>
      <w:r>
        <w:t>یعنی governmental offices ہیں، social offices ہیں۔ جیسے میں آپ کو مثال دوں، انڈیا میں۔</w:t>
      </w:r>
    </w:p>
    <w:p>
      <w:r>
        <w:rPr>
          <w:b/>
        </w:rPr>
        <w:t xml:space="preserve">[46:34] </w:t>
      </w:r>
      <w:r>
        <w:t>India mein</w:t>
      </w:r>
    </w:p>
    <w:p>
      <w:pPr>
        <w:jc w:val="right"/>
      </w:pPr>
      <w:r>
        <w:t>انڈیا میں</w:t>
      </w:r>
    </w:p>
    <w:p>
      <w:r>
        <w:rPr>
          <w:b/>
        </w:rPr>
        <w:t xml:space="preserve">[46:39] </w:t>
      </w:r>
      <w:r>
        <w:t>aap jante hain ke yahan par ek group woh hai jo upper caste ka hai. ek group hai jo lower caste ka hai. to agarche hum mante hain equality ko, lekin lower caste ka aadmi jo hai, agar us ko prime minister bana diya jata to India idhar azaad hua tha aur phir jhagda khada hua tha.</w:t>
      </w:r>
    </w:p>
    <w:p>
      <w:pPr>
        <w:jc w:val="right"/>
      </w:pPr>
      <w:r>
        <w:t>آپ جانتے ہیں کہ یہاں پر ایک گروپ وہ ہے جو upper caste کا ہے۔ ایک گروپ ہے جو lower caste کا ہے۔ تو اگرچہ ہم مانتے ہیں equality کو، لیکن lower caste کا آدمی جو ہے، اگر اس کو prime minister بنا دیا جاتا تو انڈیا ادھر آزاد ہوا تھا اور پھر جھگڑا کھڑا ہوا تھا۔</w:t>
      </w:r>
    </w:p>
    <w:p>
      <w:r>
        <w:rPr>
          <w:b/>
        </w:rPr>
        <w:t xml:space="preserve">[47:03] </w:t>
      </w:r>
      <w:r>
        <w:t>yeh yeh social realities ka lehaaz kiya jata hai in cheezon mein. idealism nahi chala sakte aap.</w:t>
      </w:r>
    </w:p>
    <w:p>
      <w:pPr>
        <w:jc w:val="right"/>
      </w:pPr>
      <w:r>
        <w:t>یہ یہ social realities کا لحاظ کیا جاتا ہے ان چیزوں میں۔ idealism نہیں چلا سکتے آپ۔</w:t>
      </w:r>
    </w:p>
    <w:p>
      <w:r>
        <w:rPr>
          <w:b/>
        </w:rPr>
        <w:t xml:space="preserve">[47:13] </w:t>
      </w:r>
      <w:r>
        <w:t>yani unhone is ko manage kiya ke idealism bohat acha hai, lekin sometime you have to adopt practical solution yani idealism is very good</w:t>
      </w:r>
    </w:p>
    <w:p>
      <w:pPr>
        <w:jc w:val="right"/>
      </w:pPr>
      <w:r>
        <w:t>یعنی انہوں نے اس کو manage کیا کہ idealism بہت اچھا ہے، لیکن sometime you have to adopt practical solution یعنی idealism is very good</w:t>
      </w:r>
    </w:p>
    <w:p>
      <w:r>
        <w:rPr>
          <w:b/>
        </w:rPr>
        <w:t xml:space="preserve">[47:29] </w:t>
      </w:r>
      <w:r>
        <w:t>, but sometime you have no option other than to adopt practical solution to woh ideally woh to wohi wohi cheez rahe gi.</w:t>
      </w:r>
    </w:p>
    <w:p>
      <w:pPr>
        <w:jc w:val="right"/>
      </w:pPr>
      <w:r>
        <w:t>, but sometime you have no option other than to adopt practical solution تو وہ ideally وہ تو وہی وہی چیز رہے گی۔</w:t>
      </w:r>
    </w:p>
    <w:p>
      <w:r>
        <w:rPr>
          <w:b/>
        </w:rPr>
        <w:t xml:space="preserve">[47:39] </w:t>
      </w:r>
      <w:r>
        <w:t>sab ko aap ek sa respect denge. Khuda ke haan sab ka darja barabar hoga. lekin wahan par kya tha ke sankaron saal se quraish jo the, wohi leader bane hue the.</w:t>
      </w:r>
    </w:p>
    <w:p>
      <w:pPr>
        <w:jc w:val="right"/>
      </w:pPr>
      <w:r>
        <w:t>سب کو آپ ایک سا respect دیں گے۔ خدا کے ہاں سب کا درجہ برابر ہوگا۔ لیکن وہاں پر کیا تھا کہ سینکڑوں سال سے قریش جو تھے، وہی leader بنے ہوئے تھے۔</w:t>
      </w:r>
    </w:p>
    <w:p>
      <w:r>
        <w:rPr>
          <w:b/>
        </w:rPr>
        <w:t xml:space="preserve">[47:54] </w:t>
      </w:r>
      <w:r>
        <w:t>leader jaise hamare India mein dekhiye, aap north India ke logon ko leadership mili hui hai. south India wale jo hain, political leadership nahi mili un ko.</w:t>
      </w:r>
    </w:p>
    <w:p>
      <w:pPr>
        <w:jc w:val="right"/>
      </w:pPr>
      <w:r>
        <w:t>leader جیسے ہمارے انڈیا میں دیکھیے، آپ north انڈیا کے لوگوں کو leadership ملی ہوئی ہے۔ south انڈیا والے جو ہیں، political leadership نہیں ملی ان کو۔</w:t>
      </w:r>
    </w:p>
    <w:p>
      <w:r>
        <w:rPr>
          <w:b/>
        </w:rPr>
        <w:t xml:space="preserve">[48:04] </w:t>
      </w:r>
      <w:r>
        <w:t>india ki political leadership jo hai, woh south india ko nahi mili. north india ko mili. yeh keh kai so saal ka jo tradition hai, us ki wajah se aisa hua.</w:t>
      </w:r>
    </w:p>
    <w:p>
      <w:pPr>
        <w:jc w:val="right"/>
      </w:pPr>
      <w:r>
        <w:t>انڈیا کی political leadership جو ہے، وہ south انڈیا کو نہیں ملی۔ north انڈیا کو ملی۔ یہ کہہ کئی سو سال کا جو tradition ہے، اس کی وجہ سے ایسا ہوا۔</w:t>
      </w:r>
    </w:p>
    <w:p>
      <w:r>
        <w:rPr>
          <w:b/>
        </w:rPr>
        <w:t xml:space="preserve">[48:17] </w:t>
      </w:r>
      <w:r>
        <w:t>to wahan par aisa tha ke quraish jo thay, kai so saal ki jo tradition thi, us ki wajah se woh leadership ka darja un ko mil gaya tha.</w:t>
      </w:r>
    </w:p>
    <w:p>
      <w:pPr>
        <w:jc w:val="right"/>
      </w:pPr>
      <w:r>
        <w:t>تو وہاں پر ایسا تھا کہ قریش جو تھے، کئی سو سال کی جو tradition تھی، اس کی وجہ سے وہ leadership کا درجہ ان کو مل گیا تھا۔</w:t>
      </w:r>
    </w:p>
    <w:p>
      <w:r>
        <w:rPr>
          <w:b/>
        </w:rPr>
        <w:t xml:space="preserve">[48:30] </w:t>
      </w:r>
      <w:r>
        <w:t>to is wajah se wahan par quraish ko leader banaya gaya. to yeh right aur wrong ki baat nahi thi. right or wrong ki baat nahi thi.</w:t>
      </w:r>
    </w:p>
    <w:p>
      <w:pPr>
        <w:jc w:val="right"/>
      </w:pPr>
      <w:r>
        <w:t>تو اس وجہ سے وہاں پر قریش کو leader بنایا گیا۔ تو یہright اور wrong کی بات نہیں تھی۔right or wrong کی بات نہیں تھی۔</w:t>
      </w:r>
    </w:p>
    <w:p>
      <w:r>
        <w:rPr>
          <w:b/>
        </w:rPr>
        <w:t xml:space="preserve">[48:43] </w:t>
      </w:r>
      <w:r>
        <w:t>wohi baat thi ke politics is the art of the possible</w:t>
      </w:r>
    </w:p>
    <w:p>
      <w:pPr>
        <w:jc w:val="right"/>
      </w:pPr>
      <w:r>
        <w:t>وہی بات تھی کہ politics is the art of the possible</w:t>
      </w:r>
    </w:p>
    <w:p>
      <w:r>
        <w:rPr>
          <w:b/>
        </w:rPr>
        <w:t xml:space="preserve">[48:47] </w:t>
      </w:r>
      <w:r>
        <w:t>jo kaha jata hai ke politics is the art of the possible jo possible hai, us ka naam politics hai. impossible ka naam politics nahi hai. to is sab manage kiya unhon ne ke agarche khuda ke haan darja sab ka barabar hai, agarche respect sab ko barabar mile ga, lekin jahan tak social condition ki baat hai,</w:t>
      </w:r>
    </w:p>
    <w:p>
      <w:pPr>
        <w:jc w:val="right"/>
      </w:pPr>
      <w:r>
        <w:t>جو کہا جاتا ہے کہ politics is the art of the possible جو possible ہے، اس کا نام politics ہے۔ impossible کا نام politics نہیں ہے۔ تو اس سب manage کیا انہوں نے کہ اگرچہ خدا کے ہاں درجہ سب کا برابر ہے، اگرچہ respect سب کو برابر ملے گا، لیکن جہاں تک social condition کی بات ہے،</w:t>
      </w:r>
    </w:p>
    <w:p>
      <w:r>
        <w:rPr>
          <w:b/>
        </w:rPr>
        <w:t xml:space="preserve">[49:08] </w:t>
      </w:r>
      <w:r>
        <w:t>is mein hum practical solution ko lena pare ga. humein we have no other option to</w:t>
      </w:r>
    </w:p>
    <w:p>
      <w:pPr>
        <w:jc w:val="right"/>
      </w:pPr>
      <w:r>
        <w:t>اس میں ہم practical solution کو لینا پڑے گا۔ ہمیں we have no other option تو</w:t>
      </w:r>
    </w:p>
    <w:p>
      <w:r>
        <w:rPr>
          <w:b/>
        </w:rPr>
        <w:t xml:space="preserve">[49:15] </w:t>
      </w:r>
      <w:r>
        <w:t>manage kar liya unhon ne. aap jante hain, is ke baad khilafat qaim hui. hazrat abubakar khalifa hui hai, hazrat umar khalifa hui hai, hazrat usman khalifa hui hai, hazrat ali khalifa hui hai, aur woh chalta raha.</w:t>
      </w:r>
    </w:p>
    <w:p>
      <w:pPr>
        <w:jc w:val="right"/>
      </w:pPr>
      <w:r>
        <w:t>manage کر لیا انہوں نے۔ آپ جانتے ہیں، اس کے بعد خلافت قائم ہوئی۔ حضرت ابوبکر خلیفہ ہوئی ہے، حضرت عمر خلیفہ ہوئی ہے، حضرت عثمان خلیفہ ہوئی ہے، حضرت علی خلیفہ ہوئی ہے، اور وہ چلتا رہا۔</w:t>
      </w:r>
    </w:p>
    <w:p>
      <w:r>
        <w:rPr>
          <w:b/>
        </w:rPr>
        <w:t xml:space="preserve">[49:25] </w:t>
      </w:r>
      <w:r>
        <w:t>to is tarah se unhon ne ek difference ko jo negative thought mein develop kar sakta tha, us ko manage kar ke apne aap ko positivity par baqi rakha.</w:t>
      </w:r>
    </w:p>
    <w:p>
      <w:pPr>
        <w:jc w:val="right"/>
      </w:pPr>
      <w:r>
        <w:t>تو اس طرح سے انہوں نے ایک difference کو جو negative thought میں develop کر سکتا تھا، اس کو manage کر کے اپنے آپ کو positivity پر باقی رکھا۔</w:t>
      </w:r>
    </w:p>
    <w:p>
      <w:r>
        <w:rPr>
          <w:b/>
        </w:rPr>
        <w:t xml:space="preserve">[49:35] </w:t>
      </w:r>
      <w:r>
        <w:t>yani yeh hai misaal is ki jo maine kaha ke jihad akbar, yani saturn ke muqable mein jihad.</w:t>
      </w:r>
    </w:p>
    <w:p>
      <w:pPr>
        <w:jc w:val="right"/>
      </w:pPr>
      <w:r>
        <w:t>یعنی یہ ہے مثال اس کی جو میں نے کہا کہ جہاد اکبر، یعنی Saturn کے مقابلے میں جہاد۔</w:t>
      </w:r>
    </w:p>
    <w:p>
      <w:r>
        <w:rPr>
          <w:b/>
        </w:rPr>
        <w:t xml:space="preserve">[49:46] </w:t>
      </w:r>
      <w:r>
        <w:t>ab main aap ko ek bohat hi anokhi misaal doon ga, shayad poori human history mein is ki doosri misaal maujood na ho. kam az kam meri jo kuch maine parha hai, to is jang ki koi mujhe yani doosra example nahi mila hai ab tak.</w:t>
      </w:r>
    </w:p>
    <w:p>
      <w:pPr>
        <w:jc w:val="right"/>
      </w:pPr>
      <w:r>
        <w:t>اب میں آپ کو ایک بہت ہی انوکھی مثال دوں گا، شاید پوری human history میں اس کی دوسری مثال موجود نہ ہو۔ کم از کم میری جو کچھ میں نے پڑھا ہے، تو اس جنگ کی کوئی مجھے یعنی دوسرا example نہیں ملا ہے اب تک۔</w:t>
      </w:r>
    </w:p>
    <w:p>
      <w:r>
        <w:rPr>
          <w:b/>
        </w:rPr>
        <w:t xml:space="preserve">[50:09] </w:t>
      </w:r>
      <w:r>
        <w:t>woh kya hai?</w:t>
      </w:r>
    </w:p>
    <w:p>
      <w:pPr>
        <w:jc w:val="right"/>
      </w:pPr>
      <w:r>
        <w:t>وہ کیا ہے؟</w:t>
      </w:r>
    </w:p>
    <w:p>
      <w:r>
        <w:rPr>
          <w:b/>
        </w:rPr>
        <w:t xml:space="preserve">[50:14] </w:t>
      </w:r>
      <w:r>
        <w:t>hazrat umar farooq ke zamanay mein jo second khalifa thay, iran walon se larai hui. is waqt iran mein kingship thi, aur iran mein is waqt jo thay,</w:t>
      </w:r>
    </w:p>
    <w:p>
      <w:pPr>
        <w:jc w:val="right"/>
      </w:pPr>
      <w:r>
        <w:t>حضرت عمر فاروق کے زمانے میں جو سیکنڈ خلیفہ تھے، ایران والوں سے لڑائی ہوئی۔ اس وقت ایران میں kingship تھی، اور ایران میں اس وقت جو تھے،</w:t>
      </w:r>
    </w:p>
    <w:p>
      <w:r>
        <w:rPr>
          <w:b/>
        </w:rPr>
        <w:t xml:space="preserve">[50:31] </w:t>
      </w:r>
      <w:r>
        <w:t>majosi log thay. to aisa hua ke sahaba ki faujen jo wahan gayeen, to ek ke baad ek un ko victory hoti chali gayi.</w:t>
      </w:r>
    </w:p>
    <w:p>
      <w:pPr>
        <w:jc w:val="right"/>
      </w:pPr>
      <w:r>
        <w:t>مجوسی لوگ تھے۔ تو ایسا ہوا کہ صحابہ کی فوجیں جو وہاں گئیں، تو ایک کے بعد ایک ان کو victory ہوتی چلی گئی۔</w:t>
      </w:r>
    </w:p>
    <w:p>
      <w:r>
        <w:rPr>
          <w:b/>
        </w:rPr>
        <w:t xml:space="preserve">[50:42] </w:t>
      </w:r>
      <w:r>
        <w:t>yani irani fauj agarche irani fauj bohat is is zamanay mein bohat strong mani jati thi, lekin barabar woh defeat hoti chali gayi.</w:t>
      </w:r>
    </w:p>
    <w:p>
      <w:pPr>
        <w:jc w:val="right"/>
      </w:pPr>
      <w:r>
        <w:t>یعنی ایرانی فوج اگرچہ ایرانی فوج بہت اس اس زمانے میں بہت strong مانی جاتی تھی، لیکن برابر وہ defeat ہوتی چلی گئی۔</w:t>
      </w:r>
    </w:p>
    <w:p>
      <w:r>
        <w:rPr>
          <w:b/>
        </w:rPr>
        <w:t xml:space="preserve">[50:55] </w:t>
      </w:r>
      <w:r>
        <w:t>to rustam commander tha un ka, irani yani iran ka is waqt. to rustam ne apne jo king tha, us ka naam tha yزدگرد.</w:t>
      </w:r>
    </w:p>
    <w:p>
      <w:pPr>
        <w:jc w:val="right"/>
      </w:pPr>
      <w:r>
        <w:t>تو رستم کمانڈر تھا ان کا، ایرانی یعنی ایران کا اس وقت۔ تو رستم نے اپنے جو king تھا، اس کا نام تھا یزدگرد۔</w:t>
      </w:r>
    </w:p>
    <w:p>
      <w:r>
        <w:rPr>
          <w:b/>
        </w:rPr>
        <w:t xml:space="preserve">[51:07] </w:t>
      </w:r>
      <w:r>
        <w:t>yزدگرد mein aur rustam mein aapas mein baat cheet hui to</w:t>
      </w:r>
    </w:p>
    <w:p>
      <w:pPr>
        <w:jc w:val="right"/>
      </w:pPr>
      <w:r>
        <w:t>یزدگرد میں اور رستم میں آپس میں بات چیت ہوئی تو</w:t>
      </w:r>
    </w:p>
    <w:p>
      <w:r>
        <w:rPr>
          <w:b/>
        </w:rPr>
        <w:t xml:space="preserve">[51:11] </w:t>
      </w:r>
      <w:r>
        <w:t>unhon ne kaha ke bhai yeh log to barhte chale aa rahe hain, ab in se negotiation hona chahiye. negotiation unhon ne kuch un ko kuch paisa de de kar ke, kuch ghoda gaadi de kar ke un ko rukhsat kiya jaye.</w:t>
      </w:r>
    </w:p>
    <w:p>
      <w:pPr>
        <w:jc w:val="right"/>
      </w:pPr>
      <w:r>
        <w:t>انہوں نے کہا کہ بھئی یہ لوگ تو بڑھتے چلے آ رہے ہیں، اب ان سے negotiation ہونا چاہیے۔ negotiation انہوں نے کچھ ان کو کچھ پیسہ دے دے کر کے، کچھ گھوڑا گاڑی دے کر کے ان کو رخصت کیا جائے۔</w:t>
      </w:r>
    </w:p>
    <w:p>
      <w:r>
        <w:rPr>
          <w:b/>
        </w:rPr>
        <w:t xml:space="preserve">[51:24] </w:t>
      </w:r>
      <w:r>
        <w:t>hum in ka muqabla nahi kar pa rahe hain.</w:t>
      </w:r>
    </w:p>
    <w:p>
      <w:pPr>
        <w:jc w:val="right"/>
      </w:pPr>
      <w:r>
        <w:t>ہم ان کا مقابلہ نہیں کر پا رہے ہیں۔</w:t>
      </w:r>
    </w:p>
    <w:p>
      <w:r>
        <w:rPr>
          <w:b/>
        </w:rPr>
        <w:t xml:space="preserve">[51:29] </w:t>
      </w:r>
      <w:r>
        <w:t>to unhon ne message bheja commander ko jo is waqt thay, saad bin waqas un ka naam tha, jo commander thay ke hum negotiation karna chahte hain.</w:t>
      </w:r>
    </w:p>
    <w:p>
      <w:pPr>
        <w:jc w:val="right"/>
      </w:pPr>
      <w:r>
        <w:t>تو انہوں نے message بھیجا کمانڈر کو جو اس وقت تھے، سعد بن وقاص ان کا نام تھا، جو کمانڈر تھے کہ ہم negotiation کرنا چاہتے ہیں۔</w:t>
      </w:r>
    </w:p>
    <w:p>
      <w:r>
        <w:rPr>
          <w:b/>
        </w:rPr>
        <w:t xml:space="preserve">[51:41] </w:t>
      </w:r>
      <w:r>
        <w:t>to ceasefire ho gaya, aaj kal ki language mein ceasefire kar ke phir baat cheet chalayi gayi. to musalmanon ki taraf se deportation aaya baat cheet ka rustam ke yahan par,</w:t>
      </w:r>
    </w:p>
    <w:p>
      <w:pPr>
        <w:jc w:val="right"/>
      </w:pPr>
      <w:r>
        <w:t>تو ceasefire ہو گیا، آج کل کی language میں ceasefire کر کے پھر بات چیت چلائی گئی۔ تو مسلمانوں کی طرف سے deportation آیا بات چیت کا رستم کے یہاں پر،</w:t>
      </w:r>
    </w:p>
    <w:p>
      <w:r>
        <w:rPr>
          <w:b/>
        </w:rPr>
        <w:t xml:space="preserve">[52:01] </w:t>
      </w:r>
      <w:r>
        <w:t>yeh yزدگرد ke yahan jo jo jo king tha. yani kai kai baar aisa hua hai, kuch rustam se hua, kuch yزدگرد se hua.</w:t>
      </w:r>
    </w:p>
    <w:p>
      <w:pPr>
        <w:jc w:val="right"/>
      </w:pPr>
      <w:r>
        <w:t>یہ یزدگرد کے ہاں جو جو جو king تھا۔ یعنی کئی کئی بار ایسا ہوا ہے، کچھ رستم سے ہوا، کچھ یزدگرد سے ہوا۔</w:t>
      </w:r>
    </w:p>
    <w:p>
      <w:r>
        <w:rPr>
          <w:b/>
        </w:rPr>
        <w:t xml:space="preserve">[52:10] </w:t>
      </w:r>
      <w:r>
        <w:t>to main ek qissa bata raha hoon aap ko ke ek sahabi jin ka naam tha rabee bin amir, woh aaye, ghaliban rabee naam tha ya shayad koi doosra naam ho, behal woh sahabi thay.</w:t>
      </w:r>
    </w:p>
    <w:p>
      <w:pPr>
        <w:jc w:val="right"/>
      </w:pPr>
      <w:r>
        <w:t>تو میں ایک قصہ بتا رہا ہوں آپ کو کہ ایک صحابی جن کا نام تھا ربیع ابن عامر، وہ آئے، غالباً ربیع نام تھا یا شاید کوئی دوسرا نام ہو، بہرحال وہ صحابی تھے۔</w:t>
      </w:r>
    </w:p>
    <w:p>
      <w:r>
        <w:rPr>
          <w:b/>
        </w:rPr>
        <w:t xml:space="preserve">[52:28] </w:t>
      </w:r>
      <w:r>
        <w:t>to woh aaye yزدگرد ke yahan aur unhon ne bohat hi frank tareeqay se baat ki.</w:t>
      </w:r>
    </w:p>
    <w:p>
      <w:pPr>
        <w:jc w:val="right"/>
      </w:pPr>
      <w:r>
        <w:t>تو وہ آئے یزدگرد کے ہاں اور انہوں نے بہت ہی frank طریقے سے بات کی۔</w:t>
      </w:r>
    </w:p>
    <w:p>
      <w:r>
        <w:rPr>
          <w:b/>
        </w:rPr>
        <w:t xml:space="preserve">[52:37] </w:t>
      </w:r>
      <w:r>
        <w:t>jo king tha, woh is ka aadi nahi tha. jaise woh apne ghoṛay par jo aate thay milnay ke liye, wahan log ghoṛa bahar ghoṛay se utar jatay thay ya apna ghoṛa darbar mein hi le chale gaye.</w:t>
      </w:r>
    </w:p>
    <w:p>
      <w:pPr>
        <w:jc w:val="right"/>
      </w:pPr>
      <w:r>
        <w:t>جو king تھا، وہ اس کا عادی نہیں تھا۔ جیسے وہ اپنے گھوڑے پر جو آتے تھے ملنے کے لیے، وہاں لوگ گھوڑا باہر گھوڑے سے اتر جاتے تھے یا اپنا گھوڑا دربار میں ہی لے چلے گئے۔</w:t>
      </w:r>
    </w:p>
    <w:p>
      <w:r>
        <w:rPr>
          <w:b/>
        </w:rPr>
        <w:t xml:space="preserve">[52:53] </w:t>
      </w:r>
      <w:r>
        <w:t>ek dam ab yeh is ke liye bilkul ek woh familiar nahi tha is tarah ke baat ke liye. is ne apne ko samjha ke jis jis respect samjha woh apna jo badshah tha.</w:t>
      </w:r>
    </w:p>
    <w:p>
      <w:pPr>
        <w:jc w:val="right"/>
      </w:pPr>
      <w:r>
        <w:t>ایک دم اب یہ اس کے لیے بالکل ایک وہ familiar نہیں تھا اس طرح کے بات کے لیے۔ اس نے اپنے کو سمجھا کہ جس جس respect سمجھا وہ اپنا جو بادشاہ تھا۔</w:t>
      </w:r>
    </w:p>
    <w:p>
      <w:r>
        <w:rPr>
          <w:b/>
        </w:rPr>
        <w:t xml:space="preserve">[53:05] </w:t>
      </w:r>
      <w:r>
        <w:t>jab baat ki unhon ne to ghore par baithe baithe unhon ne baat ki bilkul barabar ke insaan ki tarah se. aur badshah jo tha, wahan par jo king tha, emperor, woh to apne ko bohat ooncha manta tha aur sab ko sochta tha ke hamare yeh subject hain.</w:t>
      </w:r>
    </w:p>
    <w:p>
      <w:pPr>
        <w:jc w:val="right"/>
      </w:pPr>
      <w:r>
        <w:t>جب بات کی انہوں نے تو گھوڑے پر بیٹھے بیٹھے انہوں نے بات کی بالکل برابر کے انسان کی طرح سے۔ اور بادشاہ جو تھا، وہاں پر جو king تھا، emperor، وہ تو اپنے کو بہت اونچا مانتا تھا اور سب کو سوچتا تھا کہ ہمارے یہ سبجیکٹ ہیں۔</w:t>
      </w:r>
    </w:p>
    <w:p>
      <w:r>
        <w:rPr>
          <w:b/>
        </w:rPr>
        <w:t xml:space="preserve">[53:23] </w:t>
      </w:r>
      <w:r>
        <w:t>to barabri ka yani yani koi aadmi barabri ke dhang par baat kare, is se is ke liye familiar nahi tha. woh to ghussa ho gaya.</w:t>
      </w:r>
    </w:p>
    <w:p>
      <w:pPr>
        <w:jc w:val="right"/>
      </w:pPr>
      <w:r>
        <w:t>تو برابری کا یعنی یعنی کوئی آدمی برابری کے ڈھنگ پر بات کرے، اس سے اس کے لیے familiar نہیں تھا۔ وہ تو غصہ ہو گیا۔</w:t>
      </w:r>
    </w:p>
    <w:p>
      <w:r>
        <w:rPr>
          <w:b/>
        </w:rPr>
        <w:t xml:space="preserve">[53:33] </w:t>
      </w:r>
      <w:r>
        <w:t>woh</w:t>
      </w:r>
    </w:p>
    <w:p>
      <w:pPr>
        <w:jc w:val="right"/>
      </w:pPr>
      <w:r>
        <w:t>وہ</w:t>
      </w:r>
    </w:p>
    <w:p>
      <w:r>
        <w:rPr>
          <w:b/>
        </w:rPr>
        <w:t xml:space="preserve">[53:35] </w:t>
      </w:r>
      <w:r>
        <w:t>yani yezdegard jo tha, woh ghussa ho gaya. us ne kaha ke ek ek ek yani ek tokri, basket jis ko kehte hain, ek tokri mitti lao.</w:t>
      </w:r>
    </w:p>
    <w:p>
      <w:pPr>
        <w:jc w:val="right"/>
      </w:pPr>
      <w:r>
        <w:t>یعنی یزدگرد جو تھا، وہ غصہ ہو گیا۔ اس نے کہا کہ ایک ایک ایک یعنی ایک ٹوکری، باسکٹ جس کو کہتے ہیں، ایک ٹوکری مٹی لاؤ۔</w:t>
      </w:r>
    </w:p>
    <w:p>
      <w:r>
        <w:rPr>
          <w:b/>
        </w:rPr>
        <w:t xml:space="preserve">[53:50] </w:t>
      </w:r>
      <w:r>
        <w:t>to mitti mitti laai gayi aur un ke sar par rakh diya gaya. yeh sahabi jo the, jo wahan gaye the baat cheet karne ke liye, un ke sar par mitti rakh di aur kaha ke bhaga do in ko yahan se.</w:t>
      </w:r>
    </w:p>
    <w:p>
      <w:pPr>
        <w:jc w:val="right"/>
      </w:pPr>
      <w:r>
        <w:t>تو مٹی مٹی لائی گئی اور ان کے سر پر رکھ دیا گیا۔ یہ صحابی جو تھے، جو وہاں گئے تھے بات چیت کرنے کے لیے، ان کے سر پر مٹی رکھ دی اور کہا کہ بھگا دو ان کو یہاں سے۔</w:t>
      </w:r>
    </w:p>
    <w:p>
      <w:r>
        <w:rPr>
          <w:b/>
        </w:rPr>
        <w:t xml:space="preserve">[54:02] </w:t>
      </w:r>
      <w:r>
        <w:t>to pehle se baat cheet ho rahi thi to un ko nikaal diya gaya.</w:t>
      </w:r>
    </w:p>
    <w:p>
      <w:pPr>
        <w:jc w:val="right"/>
      </w:pPr>
      <w:r>
        <w:t>تو پہلے سے بات چیت ہو رہی تھی تو ان کو نکال دیا گیا۔</w:t>
      </w:r>
    </w:p>
    <w:p>
      <w:r>
        <w:rPr>
          <w:b/>
        </w:rPr>
        <w:t xml:space="preserve">[54:06] </w:t>
      </w:r>
      <w:r>
        <w:t>yani kuch bhi react nahi kiya unhon ne. hum aap hon to is mitti ko wahin phenk denge. kaha hum is liye aaye the ke mitti le jayen yahan se.</w:t>
      </w:r>
    </w:p>
    <w:p>
      <w:pPr>
        <w:jc w:val="right"/>
      </w:pPr>
      <w:r>
        <w:t>یعنی کچھ بھی ری ایکٹ نہیں کیا انہوں نے۔ ہم آپ ہوں تو اس مٹی کو وہیں پھینک دیں گے۔ کہا ہم اس لیے آئے تھے کہ مٹی لے جائیں یہاں سے۔</w:t>
      </w:r>
    </w:p>
    <w:p>
      <w:r>
        <w:rPr>
          <w:b/>
        </w:rPr>
        <w:t xml:space="preserve">[54:17] </w:t>
      </w:r>
      <w:r>
        <w:t>bari khushi khushi mitti ka tokra jo hai, unhon ne sar par rakha aur aa kar ke khushi khushi wapas aaye aur apne sardar jo the, saad bin waqas, un ke samne la ke rakh diya</w:t>
      </w:r>
    </w:p>
    <w:p>
      <w:pPr>
        <w:jc w:val="right"/>
      </w:pPr>
      <w:r>
        <w:t>بڑی خوشی خوشی مٹی کا ٹوکرا جو ہے، انہوں نے سر پر رکھا اور آ کر کے خوشی خوشی واپس آئے اور اپنے سردار جو تھے، سعد بن وقاص، ان کے سامنے لا کے رکھ دیا</w:t>
      </w:r>
    </w:p>
    <w:p>
      <w:r>
        <w:rPr>
          <w:b/>
        </w:rPr>
        <w:t xml:space="preserve">[54:30] </w:t>
      </w:r>
      <w:r>
        <w:t>ke main wahan gaya tha aur king nahi hai, mitti ka tokra mujhe sar par rakh diya. mere sar par aur woh bhi ghussa nahi hui ke tum kaise aadmi ho, wahan se mitti le chale aa rahe ho.</w:t>
      </w:r>
    </w:p>
    <w:p>
      <w:pPr>
        <w:jc w:val="right"/>
      </w:pPr>
      <w:r>
        <w:t>کہ میں وہاں گیا تھا اور king نہیں ہے، مٹی کا ٹوکرا مجھے سر پر رکھ دیا۔ میرے سر پر اور وہ بھی غصہ نہیں ہوئی کہ تم کیسے آدمی ہو، وہاں سے مٹی لے چلے آ رہے ہو۔</w:t>
      </w:r>
    </w:p>
    <w:p>
      <w:r>
        <w:rPr>
          <w:b/>
        </w:rPr>
        <w:t xml:space="preserve">[54:43] </w:t>
      </w:r>
      <w:r>
        <w:t>kyun nahi is phenk diya is ke sar par? woh kehte hain yani jo jo jo commander the, ab shuru it's a good tiding aap zara ghor kijiye ke yeh super humileation tha.</w:t>
      </w:r>
    </w:p>
    <w:p>
      <w:pPr>
        <w:jc w:val="right"/>
      </w:pPr>
      <w:r>
        <w:t>کیوں نہیں اس پھینک دیا اس کے سر پر؟ وہ کہتے ہیں یعنی جو جو جو کمانڈر تھے، اب شروع it's a good tiding آپ ذرا غور کیجیے کہ یہ سپر ہیومیلیشن تھا۔</w:t>
      </w:r>
    </w:p>
    <w:p>
      <w:r>
        <w:rPr>
          <w:b/>
        </w:rPr>
        <w:t xml:space="preserve">[54:59] </w:t>
      </w:r>
      <w:r>
        <w:t>yeh</w:t>
      </w:r>
    </w:p>
    <w:p>
      <w:pPr>
        <w:jc w:val="right"/>
      </w:pPr>
      <w:r>
        <w:t>یہ</w:t>
      </w:r>
    </w:p>
    <w:p>
      <w:r>
        <w:rPr>
          <w:b/>
        </w:rPr>
        <w:t xml:space="preserve">[55:01] </w:t>
      </w:r>
      <w:r>
        <w:t>yeh super humileation tha ke mitti ka tokra rakh diya un ke sar par aur sath kehte hain ke ab shuru yani it's a good tiding fas woh kehte hain ab shuru fawallahi qad aatana Allah aur rawi kehte hain ke watafaalou bidhalik in</w:t>
      </w:r>
    </w:p>
    <w:p>
      <w:pPr>
        <w:jc w:val="right"/>
      </w:pPr>
      <w:r>
        <w:t>یہ سپر ہیومیلیشن تھا کہ مٹی کا ٹوکرا رکھ دیا ان کے سر پر اور ساتھ کہتے ہیں کہ اب شروع یعنی it's a good tiding فاس وہ کہتے ہیں اب شروع فوالله قد اعطانا اللہ اور راوی کہتے ہیں کہ وتفاعلوا بذلك ان</w:t>
      </w:r>
    </w:p>
    <w:p>
      <w:r>
        <w:rPr>
          <w:b/>
        </w:rPr>
        <w:t xml:space="preserve">[55:25] </w:t>
      </w:r>
      <w:r>
        <w:t>ka khush ho jao,</w:t>
      </w:r>
    </w:p>
    <w:p>
      <w:pPr>
        <w:jc w:val="right"/>
      </w:pPr>
      <w:r>
        <w:t>کا خوش ہو جاؤ،</w:t>
      </w:r>
    </w:p>
    <w:p>
      <w:r>
        <w:rPr>
          <w:b/>
        </w:rPr>
        <w:t xml:space="preserve">[55:31] </w:t>
      </w:r>
      <w:r>
        <w:t>unhon ne to apna mulk hamein khud hi utha ke de diya.</w:t>
      </w:r>
    </w:p>
    <w:p>
      <w:pPr>
        <w:jc w:val="right"/>
      </w:pPr>
      <w:r>
        <w:t>انہوں نے تو اپنا ملک ہمیں خود ہی اٹھا کے دے دیا۔</w:t>
      </w:r>
    </w:p>
    <w:p>
      <w:r>
        <w:rPr>
          <w:b/>
        </w:rPr>
        <w:t xml:space="preserve">[55:38] </w:t>
      </w:r>
      <w:r>
        <w:t>ae that was a token of their land woh jo mitti thi, woh iran ki mitti thi. woh jab apne mulk ko as a token rakha, token woh mitti as a token rakha, unhon ne is mein tokre mein, basket mein, aur hamein de di ke le jao bhai, hamara mulk le jao.</w:t>
      </w:r>
    </w:p>
    <w:p>
      <w:pPr>
        <w:jc w:val="right"/>
      </w:pPr>
      <w:r>
        <w:t>اے that was a token of their land وہ جو مٹی تھی، وہ ایران کی مٹی تھی۔ وہ جب اپنے ملک کو ایز اے ٹوکن رکھا، ٹوکن وہ مٹی ایز اے ٹوکن رکھا، انہوں نے اس میں ٹوکرے میں، باسکٹ میں، اور ہمیں دے دی کہ لے جاؤ بھئی، ہمارا ملک لے جاؤ۔</w:t>
      </w:r>
    </w:p>
    <w:p>
      <w:r>
        <w:rPr>
          <w:b/>
        </w:rPr>
        <w:t xml:space="preserve">[56:02] </w:t>
      </w:r>
      <w:r>
        <w:t>ab dekhiye ke agar woh ghussa hote to kya hota? lad jaate, chahe wohin un ko koi maar dalta, koi un ke darbar ka koi aadmi, wohi ladai jhagda karte.</w:t>
      </w:r>
    </w:p>
    <w:p>
      <w:pPr>
        <w:jc w:val="right"/>
      </w:pPr>
      <w:r>
        <w:t>اب دیکھیے کہ اگر وہ غصہ ہوتے تو کیا ہوتا؟ لڑ جاتے، چاہے وہیں ان کو کوئی مار ڈالتا، کوئی ان کے دربار کا کوئی آدمی، وہی لڑائی جھگڑا کرتے۔</w:t>
      </w:r>
    </w:p>
    <w:p>
      <w:r>
        <w:rPr>
          <w:b/>
        </w:rPr>
        <w:t xml:space="preserve">[56:17] </w:t>
      </w:r>
      <w:r>
        <w:t>to sab se bara nuksan kya hota hai ke un ka mind jo hai, negative thought se bhar jata</w:t>
      </w:r>
    </w:p>
    <w:p>
      <w:pPr>
        <w:jc w:val="right"/>
      </w:pPr>
      <w:r>
        <w:t>تو سب سے بڑا نقصان کیا ہوتا ہے کہ ان کا مائنڈ جو ہے، نیگیٹیو تھاٹ سے بھر جاتا</w:t>
      </w:r>
    </w:p>
    <w:p>
      <w:r>
        <w:rPr>
          <w:b/>
        </w:rPr>
        <w:t xml:space="preserve">[56:25] </w:t>
      </w:r>
      <w:r>
        <w:t>aur mind unable ho jata positive thinking ke liye.</w:t>
      </w:r>
    </w:p>
    <w:p>
      <w:pPr>
        <w:jc w:val="right"/>
      </w:pPr>
      <w:r>
        <w:t>اور مائنڈ انیبل ہو جاتا پازیٹیو تھنکنگ کے لیے۔</w:t>
      </w:r>
    </w:p>
    <w:p>
      <w:r>
        <w:rPr>
          <w:b/>
        </w:rPr>
        <w:t xml:space="preserve">[56:30] </w:t>
      </w:r>
      <w:r>
        <w:t>yeh jo soch un ki thi, yeh soch kahan se aati hai? ae negative mind cannot think like this agar un ke mind mein negative negativity aa jati to kya is tarah sochte woh ke dekho, yeh to unhon ne apna mulk khud hi de diya, utha kar ke.</w:t>
      </w:r>
    </w:p>
    <w:p>
      <w:pPr>
        <w:jc w:val="right"/>
      </w:pPr>
      <w:r>
        <w:t>یہ جو سوچ ان کی تھی، یہ سوچ کہاں سے آتی ہے؟ اے نیگیٹیو مائنڈ cannot think like this اگر ان کے مائنڈ میں نیگیٹیو نیگیٹیوٹی آ جاتی تو کیا اس طرح سوچتے وہ کہ دیکھو، یہ تو انہوں نے اپنا ملک خود ہی دے دیا، اٹھا کر کے۔</w:t>
      </w:r>
    </w:p>
    <w:p>
      <w:r>
        <w:rPr>
          <w:b/>
        </w:rPr>
        <w:t xml:space="preserve">[56:53] </w:t>
      </w:r>
      <w:r>
        <w:t>that is a miracle of positive thinking. ab janab, kya hua?</w:t>
      </w:r>
    </w:p>
    <w:p>
      <w:pPr>
        <w:jc w:val="right"/>
      </w:pPr>
      <w:r>
        <w:t>دیٹ از اے میریکل آف پازیٹیو تھنکنگ۔ اب جناب، کیا ہوا؟</w:t>
      </w:r>
    </w:p>
    <w:p>
      <w:r>
        <w:rPr>
          <w:b/>
        </w:rPr>
        <w:t xml:space="preserve">[57:00] </w:t>
      </w:r>
      <w:r>
        <w:t>ab yeh hua ke un ke andar courage aa gayi, naya hausla ke hum jab khud hi khud unhon ne apna mulk de diya hamein to ab to hamare liye jeet hi jeet hai.</w:t>
      </w:r>
    </w:p>
    <w:p>
      <w:pPr>
        <w:jc w:val="right"/>
      </w:pPr>
      <w:r>
        <w:t>اب یہ ہوا کہ ان کے اندر کریج آ گئی، نیا حوصلہ کہ ہم جب خود ہی خود انہوں نے اپنا ملک دے دیا ہمیں تو اب تو ہمارے لیے جیت ہی جیت ہے۔</w:t>
      </w:r>
    </w:p>
    <w:p>
      <w:r>
        <w:rPr>
          <w:b/>
        </w:rPr>
        <w:t xml:space="preserve">[57:10] </w:t>
      </w:r>
      <w:r>
        <w:t>ab naye courage ke sath, naye hausle ke sath aage badhe aur aap jante hain ke unhon ne iran ko fateh kiya. to khulasa yeh ke dekhiye, ek hai chota jihad, ek hai bara jihad.</w:t>
      </w:r>
    </w:p>
    <w:p>
      <w:pPr>
        <w:jc w:val="right"/>
      </w:pPr>
      <w:r>
        <w:t>اب نئے کریج کے ساتھ، نئے حوصلے کے ساتھ آگے بڑھے اور آپ جانتے ہیں کہ انہوں نے ایران کو فتح کیا۔ تو خلاصہ یہ کہ دیکھیے، ایک ہے چھوٹا جہاد، ایک ہے بڑا جہاد۔</w:t>
      </w:r>
    </w:p>
    <w:p>
      <w:r>
        <w:rPr>
          <w:b/>
        </w:rPr>
        <w:t xml:space="preserve">[57:23] </w:t>
      </w:r>
      <w:r>
        <w:t>chota jihad temporary jihad hai, bara jihad permanent jihad hai. chota jihad ko aap manage kar sakte hain bohat aasani se, kabhi kabhi pesh aata hai.</w:t>
      </w:r>
    </w:p>
    <w:p>
      <w:pPr>
        <w:jc w:val="right"/>
      </w:pPr>
      <w:r>
        <w:t>چھوٹا جہاد ٹیمپریری جہاد ہے، بڑا جہاد پرماننٹ جہاد ہے۔ چھوٹا جہاد کو آپ مینج کر سکتے ہیں بہت آسانی سے، کبھی کبھی پیش آتا ہے۔</w:t>
      </w:r>
    </w:p>
    <w:p>
      <w:r>
        <w:rPr>
          <w:b/>
        </w:rPr>
        <w:t xml:space="preserve">[57:36] </w:t>
      </w:r>
      <w:r>
        <w:t>lekin jo permanent jihad hai, woh woh hai jis jo satan har waqt attack karta hai aap ke upar, aap ke nafs ko le kar, aap ke desire ko le kar, aap ke andar jo negativity hai, us ko activate karta hai.</w:t>
      </w:r>
    </w:p>
    <w:p>
      <w:pPr>
        <w:jc w:val="right"/>
      </w:pPr>
      <w:r>
        <w:t>لیکن جو پرماننٹ جہاد ہے، وہ وہ ہے جس جو سیٹن ہر وقت اٹیک کرتا ہے آپ کے اوپر، آپ کے نفس کو لے کر، آپ کے ڈیزائر کو لے کر، آپ کے اندر جو نیگیٹیوٹی ہے، اس کو ایکٹیویٹ کرتا ہے۔</w:t>
      </w:r>
    </w:p>
    <w:p>
      <w:r>
        <w:rPr>
          <w:b/>
        </w:rPr>
        <w:t xml:space="preserve">[57:49] </w:t>
      </w:r>
      <w:r>
        <w:t>woh wahan par aap ko manage karna hai,</w:t>
      </w:r>
    </w:p>
    <w:p>
      <w:pPr>
        <w:jc w:val="right"/>
      </w:pPr>
      <w:r>
        <w:t>وہ وہاں پر آپ کو مینج کرنا ہے،</w:t>
      </w:r>
    </w:p>
    <w:p>
      <w:r>
        <w:rPr>
          <w:b/>
        </w:rPr>
        <w:t xml:space="preserve">[57:53] </w:t>
      </w:r>
      <w:r>
        <w:t>wahan par aap ko shaitan ko harana hai. yeh hai poori history mein yahan se wahan tak. Allah taala ne shuru mein keh diya tha ke baadakum li ba'din 'adu ke tum log ja kar ke zameen mein baso, tum doosron, tum aik doosre ke dushman ho gaye.</w:t>
      </w:r>
    </w:p>
    <w:p>
      <w:pPr>
        <w:jc w:val="right"/>
      </w:pPr>
      <w:r>
        <w:t>وہاں پر آپ کو شیطان کو ہرانا ہے۔ یہ ہے پوری ہسٹری میں یہاں سے وہاں تک۔ اللہ تعالی نے شروع میں کہہ دیا تھا کہ بعدکم لبعض عدو کہ تم لوگ جا کر کے زمین میں بسو، تم دوسروں، تم ایک دوسرے کے دشمن ہو گئے۔</w:t>
      </w:r>
    </w:p>
    <w:p>
      <w:r>
        <w:rPr>
          <w:b/>
        </w:rPr>
        <w:t xml:space="preserve">[58:08] </w:t>
      </w:r>
      <w:r>
        <w:t>yani shaitan chahe ga tum ko behkana. through negative thought, dekhen, shaitan ka aik hi tareeqa hai, woh hai aap ke andar negative thought ko activate karna.</w:t>
      </w:r>
    </w:p>
    <w:p>
      <w:pPr>
        <w:jc w:val="right"/>
      </w:pPr>
      <w:r>
        <w:t>یعنی شیطان چاہے گا تم کو بہکانا۔ تھرو نیگیٹیو تھاٹ، دیکھیں، شیطان کا ایک ہی طریقہ ہے، وہ ہے آپ کے اندر نیگیٹیو تھاٹ کو ایکٹیویٹ کرنا۔</w:t>
      </w:r>
    </w:p>
    <w:p>
      <w:r>
        <w:rPr>
          <w:b/>
        </w:rPr>
        <w:t xml:space="preserve">[58:21] </w:t>
      </w:r>
      <w:r>
        <w:t>bas aur koi tareeqa nahi is ka.</w:t>
      </w:r>
    </w:p>
    <w:p>
      <w:pPr>
        <w:jc w:val="right"/>
      </w:pPr>
      <w:r>
        <w:t>بس اور کوئی طریقہ نہیں اس کا۔</w:t>
      </w:r>
    </w:p>
    <w:p>
      <w:r>
        <w:rPr>
          <w:b/>
        </w:rPr>
        <w:t xml:space="preserve">[58:23] </w:t>
      </w:r>
      <w:r>
        <w:t>shaitan ke paas koi gun nahi, is paas koi bomb nahi, shaitan ke paas koi doosri cheez nahi. to is duniya mein humein bara jihad kar ke zinda rehna hai.</w:t>
      </w:r>
    </w:p>
    <w:p>
      <w:pPr>
        <w:jc w:val="right"/>
      </w:pPr>
      <w:r>
        <w:t>شیطان کے پاس کوئی گن نہیں، اس پاس کوئی بمب نہیں، شیطان کے پاس کوئی دوسری چیز نہیں۔ تو اس دنیا میں ہمیں بڑا جہاد کر کے زندہ رہنا ہے۔</w:t>
      </w:r>
    </w:p>
    <w:p>
      <w:r>
        <w:rPr>
          <w:b/>
        </w:rPr>
        <w:t xml:space="preserve">[58:36] </w:t>
      </w:r>
      <w:r>
        <w:t>woh kaise? shaitan jab bhi hamare andar negative thought laye to us ko manage kar ke diffuse kar de. yeh hai kamyabi ka rasta.</w:t>
      </w:r>
    </w:p>
    <w:p>
      <w:pPr>
        <w:jc w:val="right"/>
      </w:pPr>
      <w:r>
        <w:t>وہ کیسے؟ شیطان جب بھی ہمارے اندر نیگیٹیو تھاٹ لائے تو اس کو مینج کر کے ڈیفیوز کر دے۔ یہ ہے کامیابی کا راستہ۔</w:t>
      </w:r>
    </w:p>
    <w:p>
      <w:r>
        <w:rPr>
          <w:b/>
        </w:rPr>
        <w:t xml:space="preserve">[58:49] </w:t>
      </w:r>
      <w:r>
        <w:t>aqool qawli hadha wastaghfirullaha li walakum ajmaeen</w:t>
      </w:r>
    </w:p>
    <w:p>
      <w:pPr>
        <w:jc w:val="right"/>
      </w:pPr>
      <w:r>
        <w:t>اقول قولیھذا واستغفراللہ لی ولکم اجمعین</w:t>
      </w:r>
    </w:p>
    <w:p>
      <w:r>
        <w:rPr>
          <w:b/>
        </w:rPr>
        <w:t xml:space="preserve">[59:05] </w:t>
      </w:r>
      <w:r>
        <w:t>This question is from Dr. Wasikur Rehman. If we happen to visit the graveyards of our parents who are buried, what should we do there?</w:t>
      </w:r>
    </w:p>
    <w:p>
      <w:pPr>
        <w:jc w:val="right"/>
      </w:pPr>
      <w:r>
        <w:t>This question is from Dr. Wasikur Rehman. If we happen to visit the graveyards of our parents who are buried, what should we do there?</w:t>
      </w:r>
    </w:p>
    <w:p>
      <w:r>
        <w:rPr>
          <w:b/>
        </w:rPr>
        <w:t xml:space="preserve">[59:17] </w:t>
      </w:r>
      <w:r>
        <w:t>Should we offer prayer for their maghfirat, and which verses of the Quran should we recite?</w:t>
      </w:r>
    </w:p>
    <w:p>
      <w:pPr>
        <w:jc w:val="right"/>
      </w:pPr>
      <w:r>
        <w:t>Should we offer prayer for their مغفرت, and which verses of the Quran should we recite?</w:t>
      </w:r>
    </w:p>
    <w:p>
      <w:r>
        <w:rPr>
          <w:b/>
        </w:rPr>
        <w:t xml:space="preserve">[59:27] </w:t>
      </w:r>
      <w:r>
        <w:t>dekhen, yeh aik sentimental cheez hai, is ka Islam se koi talluq nahi hai.</w:t>
      </w:r>
    </w:p>
    <w:p>
      <w:pPr>
        <w:jc w:val="right"/>
      </w:pPr>
      <w:r>
        <w:t>دیکھیں، یہ ایک سینٹیمنٹل چیز ہے، اس کا اسلام سے کوئی تعلق نہیں ہے۔</w:t>
      </w:r>
    </w:p>
    <w:p>
      <w:r>
        <w:rPr>
          <w:b/>
        </w:rPr>
        <w:t xml:space="preserve">[59:34] </w:t>
      </w:r>
      <w:r>
        <w:t>is qabar mein hamare jo dead body, jo dead insan tha, woh isi par baitha hua nahi hai.</w:t>
      </w:r>
    </w:p>
    <w:p>
      <w:pPr>
        <w:jc w:val="right"/>
      </w:pPr>
      <w:r>
        <w:t>اس قبر میں ہمارے جو ڈیڈ باڈی، جو ڈیڈ انسان تھا، وہ اسی پر بیٹھا ہوا نہیں ہے۔</w:t>
      </w:r>
    </w:p>
    <w:p>
      <w:r>
        <w:rPr>
          <w:b/>
        </w:rPr>
        <w:t xml:space="preserve">[59:43] </w:t>
      </w:r>
      <w:r>
        <w:t>woh wahan kuch bhi nahi hai, wahan woh to chala gaya jahan jana tha. woh to aik symbolic, woh graveyard hai, woh aik symbolic cheez hai.</w:t>
      </w:r>
    </w:p>
    <w:p>
      <w:pPr>
        <w:jc w:val="right"/>
      </w:pPr>
      <w:r>
        <w:t>وہ وہاں کچھ بھی نہیں ہے، وہاں وہ تو چلا گیا جہاں جانا تھا۔ وہ تو ایک سمبولک، وہ گریو یارڈ ہے، وہ ایک سمبولک چیز ہے۔</w:t>
      </w:r>
    </w:p>
    <w:p>
      <w:r>
        <w:rPr>
          <w:b/>
        </w:rPr>
        <w:t xml:space="preserve">[59:55] </w:t>
      </w:r>
      <w:r>
        <w:t>aisa nahi ke wahin par woh maujood hain, woh jin ka jin ki death hui thi.</w:t>
      </w:r>
    </w:p>
    <w:p>
      <w:pPr>
        <w:jc w:val="right"/>
      </w:pPr>
      <w:r>
        <w:t>ایسا نہیں کہ وہیں پر وہ موجود ہیں، وہ جن کا جن کی ڈیتھ ہوئی تھی۔</w:t>
      </w:r>
    </w:p>
    <w:p>
      <w:r>
        <w:rPr>
          <w:b/>
        </w:rPr>
        <w:t xml:space="preserve">[1:00:01] </w:t>
      </w:r>
      <w:r>
        <w:t>to aik sentimental baat hai ke aap wahan gaye to aap ne kuch dua parh diya. koi is ka, yani Rasool Allah ne aisa koi set pattern nahi banaya is ka ke aap yeh ja ke parho, woh ja ke parho.</w:t>
      </w:r>
    </w:p>
    <w:p>
      <w:pPr>
        <w:jc w:val="right"/>
      </w:pPr>
      <w:r>
        <w:t>تو ایک سینٹیمنٹل بات ہے کہ آپ وہاں گئے تو آپ نے کچھ دعا پڑھ دیا۔ کوئی اس کا، یعنی رسول اللہ نے ایسا کوئی سٹ بیٹر نہیں بنایا اس کا کہ آپ یہ جا کے پڑھو، وہ جا کے پڑھو۔</w:t>
      </w:r>
    </w:p>
    <w:p>
      <w:r>
        <w:rPr>
          <w:b/>
        </w:rPr>
        <w:t xml:space="preserve">[1:00:15] </w:t>
      </w:r>
      <w:r>
        <w:t>yeh baat koi logon ne banaya hai, lekin woh koi hadith se sabit nahi hai. to beharhaal yeh hai aik sentimental cheez hai, is ka shariat mein koi importance bhi nahi hai.</w:t>
      </w:r>
    </w:p>
    <w:p>
      <w:pPr>
        <w:jc w:val="right"/>
      </w:pPr>
      <w:r>
        <w:t>یہ بات کوئی لوگوں نے بنایا ہے، لیکن وہ کوئی حدیث سے ثابت نہیں ہے۔ تو بہرحال یہ ہے ایک سینٹیمنٹل چیز ہے، اس کا شریعت میں کوئی امپورٹنس بھی نہیں ہے۔</w:t>
      </w:r>
    </w:p>
    <w:p>
      <w:r>
        <w:rPr>
          <w:b/>
        </w:rPr>
        <w:t xml:space="preserve">[1:00:24] </w:t>
      </w:r>
      <w:r>
        <w:t>aisa nahi ke aap wahan ja kar dua karein to un ko is ka faida mil jaye ga. aisa kuch bhi nahi hai,</w:t>
      </w:r>
    </w:p>
    <w:p>
      <w:pPr>
        <w:jc w:val="right"/>
      </w:pPr>
      <w:r>
        <w:t>ایسا نہیں کہ آپ وہاں جا کر دعا کریں تو ان کو اس کا فائدہ مل جائے گا۔ ایسا کچھ بھی نہیں ہے،</w:t>
      </w:r>
    </w:p>
    <w:p>
      <w:r>
        <w:rPr>
          <w:b/>
        </w:rPr>
        <w:t xml:space="preserve">[1:00:31] </w:t>
      </w:r>
      <w:r>
        <w:t>sirf apne jazbat ke izhaar ke liye aap wahan jo bhi jayein, chahe Quran parhiye ya dua kijiye, to us se aap ko aik satisfaction mile ga.</w:t>
      </w:r>
    </w:p>
    <w:p>
      <w:pPr>
        <w:jc w:val="right"/>
      </w:pPr>
      <w:r>
        <w:t>صرف اپنے جذبات کے اظہار کے لیے آپ وہاں جو بھی جائیں، چاہے قرآن پڑھیے یا دعا کیجئے، تو اس سے آپ کو ایک سیٹسفیکشن ملے گا۔</w:t>
      </w:r>
    </w:p>
    <w:p>
      <w:r>
        <w:rPr>
          <w:b/>
        </w:rPr>
        <w:t xml:space="preserve">[1:00:43] </w:t>
      </w:r>
      <w:r>
        <w:t>baqi yeh nahi, aisa nahi hai ke wahan jane se, yani log samajhte hain ke wahan ja ke yeh parho, woh parho, to us ko parhne se un ko koi faida milne wala nahi hai.</w:t>
      </w:r>
    </w:p>
    <w:p>
      <w:pPr>
        <w:jc w:val="right"/>
      </w:pPr>
      <w:r>
        <w:t>باقی یہ نہیں، ایسا نہیں ہے کہ وہاں جانے سے، یعنی لوگ سمجھتے ہیں کہ وہاں جا کے یہ پڑھو، وہ پڑھو، تو اس کو پڑھنے سے ان کو کوئی فائدہ ملنے والا نہیں ہے۔</w:t>
      </w:r>
    </w:p>
    <w:p>
      <w:r>
        <w:rPr>
          <w:b/>
        </w:rPr>
        <w:t xml:space="preserve">[1:00:54] </w:t>
      </w:r>
      <w:r>
        <w:t>kyun ke hadith mein aata hai ke aadmi jaise marta hai to foran hi woh is duniya se cut jata hai. foran hi mara is duniya se, is ka amal toot jata hai yahan se.</w:t>
      </w:r>
    </w:p>
    <w:p>
      <w:pPr>
        <w:jc w:val="right"/>
      </w:pPr>
      <w:r>
        <w:t>کیونکہ حدیث میں آتا ہے کہ آدمی جیسے مرتا ہے تو فوراً ہی وہ اس دنیا سے کٹ جاتا ہے۔ فوراً ہی مرا اس دنیا سے، اس کا عمل ٹوٹ جاتا ہے یہاں سے۔</w:t>
      </w:r>
    </w:p>
    <w:p>
      <w:r>
        <w:rPr>
          <w:b/>
        </w:rPr>
        <w:t xml:space="preserve">[1:01:09] </w:t>
      </w:r>
      <w:r>
        <w:t>is ke baad na woh hum ko kuch de sakta, na hum us ko kuch de sakte.</w:t>
      </w:r>
    </w:p>
    <w:p>
      <w:pPr>
        <w:jc w:val="right"/>
      </w:pPr>
      <w:r>
        <w:t>اس کے بعد نہ وہ ہم کو کچھ دے سکتا، نہ ہم اس کو کچھ دے سکتے۔</w:t>
      </w:r>
    </w:p>
    <w:p>
      <w:r>
        <w:rPr>
          <w:b/>
        </w:rPr>
        <w:t xml:space="preserve">[1:01:16] </w:t>
      </w:r>
      <w:r>
        <w:t>jo kuch karte hain log, woh aik sentimental cheez hai, is ka shariat se koi talluq nahi hai.</w:t>
      </w:r>
    </w:p>
    <w:p>
      <w:pPr>
        <w:jc w:val="right"/>
      </w:pPr>
      <w:r>
        <w:t>جو کچھ کرتے ہیں لوگ، وہ ایک سینٹیمنٹل چیز ہے، اس کا شریعت سے کوئی تعلق نہیں ہے۔</w:t>
      </w:r>
    </w:p>
    <w:p>
      <w:r>
        <w:rPr>
          <w:b/>
        </w:rPr>
        <w:t xml:space="preserve">[1:01:24] </w:t>
      </w:r>
      <w:r>
        <w:t>He has another question. As per 4 Tafsir-e-Quran, shaitan ke fitnon se wohi shakhs bach sakta hai jo bahoosh ho aur Allah ne samajh di ho, jis se woh haq aur na-haq ki tameez kar sake.</w:t>
      </w:r>
    </w:p>
    <w:p>
      <w:pPr>
        <w:jc w:val="right"/>
      </w:pPr>
      <w:r>
        <w:t>He has another question. As per 4 تفسیر القرآن، شیطان کے فتنوں سے وہی شخص بچ سکتا ہے جو باہوش ہو اور اللہ نے سمجھ دی ہو، جس سے وہ حق اور ناحق کی تمیز کر سکے۔</w:t>
      </w:r>
    </w:p>
    <w:p>
      <w:r>
        <w:rPr>
          <w:b/>
        </w:rPr>
        <w:t xml:space="preserve">[1:01:40] </w:t>
      </w:r>
      <w:r>
        <w:t>kuch logon ki daleel hai ke jab kisi ko Allah ne samajh hi na di ho ke woh haq o na-haq ko pehchan sake, phir na-haq par chalne wale aadmi ka qusoor ya ghalti kya hai</w:t>
      </w:r>
    </w:p>
    <w:p>
      <w:pPr>
        <w:jc w:val="right"/>
      </w:pPr>
      <w:r>
        <w:t>کچھ لوگوں کی دلیل ہے کہ جب کسی کو اللہ نے سمجھ ہی نہ دی ہو کہ وہ حق و ناحق کو پہچان سکے، پھر ناحق پر چلنے والے آدمی کا قصور یا غلطی کیا ہے</w:t>
      </w:r>
    </w:p>
    <w:p>
      <w:r>
        <w:rPr>
          <w:b/>
        </w:rPr>
        <w:t xml:space="preserve">[1:01:53] </w:t>
      </w:r>
      <w:r>
        <w:t>aur woh azab ka mustahiq hai? dekhen, yeh to aik imaginary question hai. aisa koi aadmi nahi hota hai, aisa koi aadmi nahi hota hai.</w:t>
      </w:r>
    </w:p>
    <w:p>
      <w:pPr>
        <w:jc w:val="right"/>
      </w:pPr>
      <w:r>
        <w:t>اور وہ عذاب کا مستحق ہے؟ دیکھیں، یہ تو ایک امیجری کویسچن ہے۔ ایسا کوئی آدمی نہیں ہوتا ہے، ایسا کوئی آدمی نہیں ہوتا ہے۔</w:t>
      </w:r>
    </w:p>
    <w:p>
      <w:r>
        <w:rPr>
          <w:b/>
        </w:rPr>
        <w:t xml:space="preserve">[1:02:06] </w:t>
      </w:r>
      <w:r>
        <w:t>har aadmi, dekhen, har aadmi ke dil mein aik conscience hai, woh conscience batata rehta hai us ko acha kya hai, bura kya hai. yeh aik imaginary question hai.</w:t>
      </w:r>
    </w:p>
    <w:p>
      <w:pPr>
        <w:jc w:val="right"/>
      </w:pPr>
      <w:r>
        <w:t>ہر آدمی، دیکھیں، ہر آدمی کے دل میں ایک کانشیس ہے، وہ کانشیس بتاتا رہتا ہے اس کو اچھا کیا ہے، برا کیا ہے۔ یہ ایک امیجری کویسچن ہے۔</w:t>
      </w:r>
    </w:p>
    <w:p>
      <w:r>
        <w:rPr>
          <w:b/>
        </w:rPr>
        <w:t xml:space="preserve">[1:02:17] </w:t>
      </w:r>
      <w:r>
        <w:t>aisa koi insaan na paida hua, na paida hoga. aage</w:t>
      </w:r>
    </w:p>
    <w:p>
      <w:pPr>
        <w:jc w:val="right"/>
      </w:pPr>
      <w:r>
        <w:t>ایسا کوئی انسان نہ پیدا ہوا، نہ پیدا ہوگا۔ آگے</w:t>
      </w:r>
    </w:p>
    <w:p>
      <w:r>
        <w:rPr>
          <w:b/>
        </w:rPr>
        <w:t xml:space="preserve">[1:02:21] </w:t>
      </w:r>
      <w:r>
        <w:t>haan, koi made ho sakta hai, made pagal koi. baqi sab log jante hain acha kiya hai, bura kiya hai.</w:t>
      </w:r>
    </w:p>
    <w:p>
      <w:pPr>
        <w:jc w:val="right"/>
      </w:pPr>
      <w:r>
        <w:t>ہاں، کوئی میڈ ہو سکتا ہے، میڈ پاگل کوئی۔ باقی سب لوگ جانتے ہیں اچھا کیا ہے، برا کیا ہے۔</w:t>
      </w:r>
    </w:p>
    <w:p>
      <w:r>
        <w:rPr>
          <w:b/>
        </w:rPr>
        <w:t xml:space="preserve">[1:02:32] </w:t>
      </w:r>
      <w:r>
        <w:t>is liye ye imagery question hai. main to aap ne kisi aise insan ko nahi dekha. to jo bhi aadmi ghalati karta hai, wo deviation hota hai.</w:t>
      </w:r>
    </w:p>
    <w:p>
      <w:pPr>
        <w:jc w:val="right"/>
      </w:pPr>
      <w:r>
        <w:t>اس لیے یہ امیجری کویسچن ہے۔ میں تو آپ نے کسی ایسے انسان کو نہیں دیکھا۔ تو جو بھی آدمی غلطی کرتا ہے، وہ ڈیوی ایشن ہوتا ہے۔</w:t>
      </w:r>
    </w:p>
    <w:p>
      <w:r>
        <w:rPr>
          <w:b/>
        </w:rPr>
        <w:t xml:space="preserve">[1:02:44] </w:t>
      </w:r>
      <w:r>
        <w:t>deviation yaad rakhiye,</w:t>
      </w:r>
    </w:p>
    <w:p>
      <w:pPr>
        <w:jc w:val="right"/>
      </w:pPr>
      <w:r>
        <w:t>ڈیوی ایشن یاد رکھیے،</w:t>
      </w:r>
    </w:p>
    <w:p>
      <w:r>
        <w:rPr>
          <w:b/>
        </w:rPr>
        <w:t xml:space="preserve">[1:02:49] </w:t>
      </w:r>
      <w:r>
        <w:t>wo in awareness nahi hoti hai. jab aadmi ghalati karta hai to in awareness nahi hoti hai. wo wo deviate karta hai apne consciousness se, apni jani hui baton se.</w:t>
      </w:r>
    </w:p>
    <w:p>
      <w:pPr>
        <w:jc w:val="right"/>
      </w:pPr>
      <w:r>
        <w:t>وہ ان اویرنس نہیں ہوتی ہے۔ جب آدمی غلطی کرتا ہے تو ان اویرنس نہیں ہوتی ہے۔ وہ وہ ڈیویٹ کرتا ہے اپنے کانشیس سے، اپنی جانی ہوئی باتوں سے۔</w:t>
      </w:r>
    </w:p>
    <w:p>
      <w:r>
        <w:rPr>
          <w:b/>
        </w:rPr>
        <w:t xml:space="preserve">[1:03:03] </w:t>
      </w:r>
      <w:r>
        <w:t>wo case of deviation hota hai, wo case of in awareness nahi hota hai. to ye ek imagery baat hai, is ka koi yani koi base nahi hai.</w:t>
      </w:r>
    </w:p>
    <w:p>
      <w:pPr>
        <w:jc w:val="right"/>
      </w:pPr>
      <w:r>
        <w:t>وہ کیس آف ڈیوی ایشن ہوتا ہے، وہ کیس آف ان اویرنس نہیں ہوتا ہے۔ تو یہ ایک امیجری بات ہے، اس کا کوئی یعنی کوئی بیس نہیں ہے۔</w:t>
      </w:r>
    </w:p>
    <w:p>
      <w:r>
        <w:rPr>
          <w:b/>
        </w:rPr>
        <w:t xml:space="preserve">[1:03:17] </w:t>
      </w:r>
      <w:r>
        <w:t>This question is from Farhan Muhammad Khan. The concept of freedom and destiny in Islam seems contradictory to me.</w:t>
      </w:r>
    </w:p>
    <w:p>
      <w:pPr>
        <w:jc w:val="right"/>
      </w:pPr>
      <w:r>
        <w:t>This question is from فرحان محمد خان۔ The concept of freedom and destiny in Islam seems contradictory to me.</w:t>
      </w:r>
    </w:p>
    <w:p>
      <w:r>
        <w:rPr>
          <w:b/>
        </w:rPr>
        <w:t xml:space="preserve">[1:03:27] </w:t>
      </w:r>
      <w:r>
        <w:t>Could you please elaborate your view on this matter?</w:t>
      </w:r>
    </w:p>
    <w:p>
      <w:pPr>
        <w:jc w:val="right"/>
      </w:pPr>
      <w:r>
        <w:t>Could you please elaborate your view on this matter?</w:t>
      </w:r>
    </w:p>
    <w:p>
      <w:r>
        <w:rPr>
          <w:b/>
        </w:rPr>
        <w:t xml:space="preserve">[1:03:34] </w:t>
      </w:r>
      <w:r>
        <w:t>dekhen, ye main is ko detail se bata chuka hoon. is se pehle ye koi contradiction ki baat nahi hai.</w:t>
      </w:r>
    </w:p>
    <w:p>
      <w:pPr>
        <w:jc w:val="right"/>
      </w:pPr>
      <w:r>
        <w:t>دیکھیں، یہ میں اس کو ڈیٹیل سے بتا چکا ہوں۔ اس سے پہلے یہ کوئی کنٹراڈکشن کی بات نہیں ہے۔</w:t>
      </w:r>
    </w:p>
    <w:p>
      <w:r>
        <w:rPr>
          <w:b/>
        </w:rPr>
        <w:t xml:space="preserve">[1:03:42] </w:t>
      </w:r>
      <w:r>
        <w:t>ek hai mera yani irada, meri will. to apne will ke aitbar se, apne irade ke aitbar se mujhe poori freedom hai.</w:t>
      </w:r>
    </w:p>
    <w:p>
      <w:pPr>
        <w:jc w:val="right"/>
      </w:pPr>
      <w:r>
        <w:t>ایک ہے میرا یعنی ارادہ، میری ول۔ تو اپنے ول کے اعتبار سے، اپنے ارادے کے اعتبار سے مجھے پوری فریڈم ہے۔</w:t>
      </w:r>
    </w:p>
    <w:p>
      <w:r>
        <w:rPr>
          <w:b/>
        </w:rPr>
        <w:t xml:space="preserve">[1:03:56] </w:t>
      </w:r>
      <w:r>
        <w:t>aur doosre ye ye jo world around us jis mein hum sare kaam karte hain,</w:t>
      </w:r>
    </w:p>
    <w:p>
      <w:pPr>
        <w:jc w:val="right"/>
      </w:pPr>
      <w:r>
        <w:t>اور دوسرے یہ یہ جو ورلڈ اراؤنڈ اس جس میں ہم سارے کام کرتے ہیں،</w:t>
      </w:r>
    </w:p>
    <w:p>
      <w:r>
        <w:rPr>
          <w:b/>
        </w:rPr>
        <w:t xml:space="preserve">[1:04:03] </w:t>
      </w:r>
      <w:r>
        <w:t>zameen ki gravity, suraj ki light aur soil se wo nikalna, food nikalna, hawa se oxygen milna,</w:t>
      </w:r>
    </w:p>
    <w:p>
      <w:pPr>
        <w:jc w:val="right"/>
      </w:pPr>
      <w:r>
        <w:t>زمین کی گریوٹی، سورج کی لائٹ اور سائل سے وہ نکلنا، فوڈ نکلنا، ہوا سے اکسیجن ملنا،</w:t>
      </w:r>
    </w:p>
    <w:p>
      <w:r>
        <w:rPr>
          <w:b/>
        </w:rPr>
        <w:t xml:space="preserve">[1:04:16] </w:t>
      </w:r>
      <w:r>
        <w:t>is ko main kahunga infrastructure. to infrastructure jo hai, is mein destiny hoti hai. yani Khuda ne jo diya hai, usi mein aap ko rehna hai.</w:t>
      </w:r>
    </w:p>
    <w:p>
      <w:pPr>
        <w:jc w:val="right"/>
      </w:pPr>
      <w:r>
        <w:t>اس کو میں کہوں گا انفراسٹرکچر۔ تو انفراسٹرکچر جو ہے، اس میں ڈیسٹینی ہوتی ہے۔ یعنی خدا نے جو دیا ہے، اسی میں آپ کو رہنا ہے۔</w:t>
      </w:r>
    </w:p>
    <w:p>
      <w:r>
        <w:rPr>
          <w:b/>
        </w:rPr>
        <w:t xml:space="preserve">[1:04:28] </w:t>
      </w:r>
      <w:r>
        <w:t>aap kuch aur nahi kar sakte. food hi se aap ko nourishment milega, pathar se nahi mil sakta.</w:t>
      </w:r>
    </w:p>
    <w:p>
      <w:pPr>
        <w:jc w:val="right"/>
      </w:pPr>
      <w:r>
        <w:t>آپ کچھ اور نہیں کر سکتے۔ فوڈ ہی سے آپ کو نرشمنٹ ملے گا، پتھر سے نہیں مل سکتا۔</w:t>
      </w:r>
    </w:p>
    <w:p>
      <w:r>
        <w:rPr>
          <w:b/>
        </w:rPr>
        <w:t xml:space="preserve">[1:04:36] </w:t>
      </w:r>
      <w:r>
        <w:t>light hi mein aap ki aankh kaam karegi, baghair light ke kaam nahi karegi aap ki aankh. yahan par destiny hai. yani as far as the infrastructure is concerned, there is destiny.</w:t>
      </w:r>
    </w:p>
    <w:p>
      <w:pPr>
        <w:jc w:val="right"/>
      </w:pPr>
      <w:r>
        <w:t>لائٹ ہی میں آپ کی آنکھ کام کرے گی، بغیر لائٹ کے کام نہیں کرے گی آپ کی آنکھ۔ یہاں پر ڈیسٹینی ہے۔ یعنی ایز فار ایز دا انفراسٹرکچر از کنسرن، دیر از ڈیسٹینی۔</w:t>
      </w:r>
    </w:p>
    <w:p>
      <w:r>
        <w:rPr>
          <w:b/>
        </w:rPr>
        <w:t xml:space="preserve">[1:04:48] </w:t>
      </w:r>
      <w:r>
        <w:t>magar jahan tak aap ka apna mamla hai, to aap azaad hain, jo chahe kare, jo chahe na kare. to 50-50 percent ka ye baat hai. to Khuda ke haan jo pakad hai, wo apne aap is is mein hai ke aap ne apni freedom ko misuse kiya ya ye proper use kiya.</w:t>
      </w:r>
    </w:p>
    <w:p>
      <w:pPr>
        <w:jc w:val="right"/>
      </w:pPr>
      <w:r>
        <w:t>مگر جہاں تک آپ کا اپنا معاملہ ہے، تو آپ آزاد ہیں، جو چاہے کرے، جو چاہے نہ کرے۔ تو 50-50 پرسنٹ کا یہ بات ہے۔ تو خدا کے ہاں جو پکڑ ہے، وہ اپنے آپ اس اس میں ہے کہ آپ نے اپنی فریڈم کو مس یوز کیا یا یہ پراپر یوز کیا۔</w:t>
      </w:r>
    </w:p>
    <w:p>
      <w:r>
        <w:rPr>
          <w:b/>
        </w:rPr>
        <w:t xml:space="preserve">[1:05:06] </w:t>
      </w:r>
      <w:r>
        <w:t>baqi infrastructure to aap hum koi is ka koi aur ek aur universe bana nahi sakte. ek aur hum planet bana nahi sakte.</w:t>
      </w:r>
    </w:p>
    <w:p>
      <w:pPr>
        <w:jc w:val="right"/>
      </w:pPr>
      <w:r>
        <w:t>باقی انفراسٹرکچر تو آپ ہم کوئی اس کا کوئی اور ایک اور یونیورس بنا نہیں سکتے۔ ایک اور ہم پلینٹ بنا نہیں سکتے۔</w:t>
      </w:r>
    </w:p>
    <w:p>
      <w:r>
        <w:rPr>
          <w:b/>
        </w:rPr>
        <w:t xml:space="preserve">[1:05:15] </w:t>
      </w:r>
      <w:r>
        <w:t>ek aur suraj, hum ek aur solar system bana nahi sakte. hum to hamein rehna hai isi infrastructure mein jo Khuda ne bana diya hai.</w:t>
      </w:r>
    </w:p>
    <w:p>
      <w:pPr>
        <w:jc w:val="right"/>
      </w:pPr>
      <w:r>
        <w:t>ایک اور سورج، ہم ایک اور سولر سسٹم بنا نہیں سکتے۔ ہم تو ہمیں رہنا ہے اسی انفراسٹرکچر میں جو خدا نے بنا دیا ہے۔</w:t>
      </w:r>
    </w:p>
    <w:p>
      <w:r>
        <w:rPr>
          <w:b/>
        </w:rPr>
        <w:t xml:space="preserve">[1:05:25] </w:t>
      </w:r>
      <w:r>
        <w:t>wahan par hum azaadi nahi hai, hum ko. lekin hum kiya karein, kiya bolein, kiya sochein,</w:t>
      </w:r>
    </w:p>
    <w:p>
      <w:pPr>
        <w:jc w:val="right"/>
      </w:pPr>
      <w:r>
        <w:t>وہاں پر ہم آزادی نہیں ہے، ہم کو۔ لیکن ہم کیا کریں، کیا بولیں، کیا سوچیں،</w:t>
      </w:r>
    </w:p>
    <w:p>
      <w:r>
        <w:rPr>
          <w:b/>
        </w:rPr>
        <w:t xml:space="preserve">[1:05:35] </w:t>
      </w:r>
      <w:r>
        <w:t>kiya behavior ho hamara, is mein hamein poori azaadi hai. aur pakad isi mein hai, is mein koi pakad nahi hai. is mein koi pakad nahi hai.</w:t>
      </w:r>
    </w:p>
    <w:p>
      <w:pPr>
        <w:jc w:val="right"/>
      </w:pPr>
      <w:r>
        <w:t>کیا بیہیویئر ہو ہمارا، اس میں ہمیں پوری آزادی ہے۔ اور پکڑ اسی میں ہے، اس میں کوئی پکڑ نہیں ہے۔ اس میں کوئی پکڑ نہیں ہے۔</w:t>
      </w:r>
    </w:p>
    <w:p>
      <w:r>
        <w:rPr>
          <w:b/>
        </w:rPr>
        <w:t xml:space="preserve">[1:05:45] </w:t>
      </w:r>
      <w:r>
        <w:t>yani hum aap balkay hum suraj ki roshni use na karein, electricity ko use karein, kamre band rahein, apne aap band rakhein. to to aap kar sakte hain aisa.</w:t>
      </w:r>
    </w:p>
    <w:p>
      <w:pPr>
        <w:jc w:val="right"/>
      </w:pPr>
      <w:r>
        <w:t>یعنی ہم آپ بلکہ ہم سورج کی روشنی یوز نہ کریں، الیکٹریسٹی کو یوز کریں، کمرے بند رہیں، اپنے آپ بند رکھیں۔ تو تو آپ کر سکتے ہیں ایسا۔</w:t>
      </w:r>
    </w:p>
    <w:p>
      <w:r>
        <w:rPr>
          <w:b/>
        </w:rPr>
        <w:t xml:space="preserve">[1:05:57] </w:t>
      </w:r>
      <w:r>
        <w:t>to behal khulasa is ka ye hai ke infrastructure ke aitbar se insan majboor hai aur freedom ke aitbar se insan azaad hai. aur jo jo jo hamari jo apni free will hai,</w:t>
      </w:r>
    </w:p>
    <w:p>
      <w:pPr>
        <w:jc w:val="right"/>
      </w:pPr>
      <w:r>
        <w:t>تو بہرحال خلاصہ اس کا یہ ہے کہ انفراسٹرکچر کے اعتبار سے انسان مجبور ہے اور فریڈم کے اعتبار سے انسان آزاد ہے۔ اور جو جو جو ہماری جو اپنی فری ول ہے،</w:t>
      </w:r>
    </w:p>
    <w:p>
      <w:r>
        <w:rPr>
          <w:b/>
        </w:rPr>
        <w:t xml:space="preserve">[1:06:10] </w:t>
      </w:r>
      <w:r>
        <w:t>usi ke lehaz se Khuda ke haan is ke bare mein decide kiya jayega.</w:t>
      </w:r>
    </w:p>
    <w:p>
      <w:pPr>
        <w:jc w:val="right"/>
      </w:pPr>
      <w:r>
        <w:t>اسی کے لحاظ سے خدا کے ہاں اس کے بارے میں ڈیسائیڈ کیا جائے گا۔</w:t>
      </w:r>
    </w:p>
    <w:p>
      <w:r>
        <w:rPr>
          <w:b/>
        </w:rPr>
        <w:t xml:space="preserve">[1:06:20] </w:t>
      </w:r>
      <w:r>
        <w:t>This question is from Mr. Khurram.</w:t>
      </w:r>
    </w:p>
    <w:p>
      <w:pPr>
        <w:jc w:val="right"/>
      </w:pPr>
      <w:r>
        <w:t>This question is from مسٹر خرم۔</w:t>
      </w:r>
    </w:p>
    <w:p>
      <w:r>
        <w:rPr>
          <w:b/>
        </w:rPr>
        <w:t xml:space="preserve">[1:06:23] </w:t>
      </w:r>
      <w:r>
        <w:t>If we do not react to our opponent, then it may enhance his tactics to cause us more trouble, and after a certain stage, it will become impossible to take the measure to counter his aggression.</w:t>
      </w:r>
    </w:p>
    <w:p>
      <w:pPr>
        <w:jc w:val="right"/>
      </w:pPr>
      <w:r>
        <w:t>If we do not react to our opponent, then it may enhance his tactics to cause us more trouble, and after a certain stage, it will become impossible to take the measure to counter his aggression.</w:t>
      </w:r>
    </w:p>
    <w:p>
      <w:r>
        <w:rPr>
          <w:b/>
        </w:rPr>
        <w:t xml:space="preserve">[1:06:38] </w:t>
      </w:r>
      <w:r>
        <w:t>Kindly comment. Dekhen, ye ek imagery baat hai. ye ek imagery baat hai.</w:t>
      </w:r>
    </w:p>
    <w:p>
      <w:pPr>
        <w:jc w:val="right"/>
      </w:pPr>
      <w:r>
        <w:t>کائنڈلی کمنٹ۔ دیکھیں، یہ ایک امیجری بات ہے۔ یہ ایک امیجری بات ہے۔</w:t>
      </w:r>
    </w:p>
    <w:p>
      <w:r>
        <w:rPr>
          <w:b/>
        </w:rPr>
        <w:t xml:space="preserve">[1:06:48] </w:t>
      </w:r>
      <w:r>
        <w:t>aisa kabhi hota nahin.</w:t>
      </w:r>
    </w:p>
    <w:p>
      <w:pPr>
        <w:jc w:val="right"/>
      </w:pPr>
      <w:r>
        <w:t>ایسا کبھی ہوتا نہیں۔</w:t>
      </w:r>
    </w:p>
    <w:p>
      <w:r>
        <w:rPr>
          <w:b/>
        </w:rPr>
        <w:t xml:space="preserve">[1:06:54] </w:t>
      </w:r>
      <w:r>
        <w:t>asal mein log, yaani jo</w:t>
      </w:r>
    </w:p>
    <w:p>
      <w:pPr>
        <w:jc w:val="right"/>
      </w:pPr>
      <w:r>
        <w:t>اصل میں لوگ، یعنی جو</w:t>
      </w:r>
    </w:p>
    <w:p>
      <w:r>
        <w:rPr>
          <w:b/>
        </w:rPr>
        <w:t xml:space="preserve">[1:07:01] </w:t>
      </w:r>
      <w:r>
        <w:t>jo woh hai, aik hi aik hi action ko jante hain, woh lar jana. Is action ko nahin jante jo bana lare hota hai.</w:t>
      </w:r>
    </w:p>
    <w:p>
      <w:pPr>
        <w:jc w:val="right"/>
      </w:pPr>
      <w:r>
        <w:t>جو وہ ہے، ایک ہی ایک ہی ایکشن کو جانتے ہیں، وہ لڑ جانا۔ اس ایکشن کو نہیں جانتے جو بنا لڑے ہوتا ہے۔</w:t>
      </w:r>
    </w:p>
    <w:p>
      <w:r>
        <w:rPr>
          <w:b/>
        </w:rPr>
        <w:t xml:space="preserve">[1:07:16] </w:t>
      </w:r>
      <w:r>
        <w:t>jaise mein aap ko aik misaal doon,</w:t>
      </w:r>
    </w:p>
    <w:p>
      <w:pPr>
        <w:jc w:val="right"/>
      </w:pPr>
      <w:r>
        <w:t>جیسے میں آپ کو ایک مثال دوں،</w:t>
      </w:r>
    </w:p>
    <w:p>
      <w:r>
        <w:rPr>
          <w:b/>
        </w:rPr>
        <w:t xml:space="preserve">[1:07:21] </w:t>
      </w:r>
      <w:r>
        <w:t>aik aik kitaab chhapi thi pehle, bohat pehle,</w:t>
      </w:r>
    </w:p>
    <w:p>
      <w:pPr>
        <w:jc w:val="right"/>
      </w:pPr>
      <w:r>
        <w:t>ایک ایک کتاب چھپی تھی پہلے، بہت پہلے،</w:t>
      </w:r>
    </w:p>
    <w:p>
      <w:r>
        <w:rPr>
          <w:b/>
        </w:rPr>
        <w:t xml:space="preserve">[1:07:27] </w:t>
      </w:r>
      <w:r>
        <w:t>aisi voices, aisi voices. To</w:t>
      </w:r>
    </w:p>
    <w:p>
      <w:pPr>
        <w:jc w:val="right"/>
      </w:pPr>
      <w:r>
        <w:t>ایسی وائسز، ایسی وائسز۔ تو</w:t>
      </w:r>
    </w:p>
    <w:p>
      <w:r>
        <w:rPr>
          <w:b/>
        </w:rPr>
        <w:t xml:space="preserve">[1:07:36] </w:t>
      </w:r>
      <w:r>
        <w:t>is mein aik musalman ke case ko liya tha unhon ne. Woh musalman isi dilli mein aik aik college mein service kar raha tha.</w:t>
      </w:r>
    </w:p>
    <w:p>
      <w:pPr>
        <w:jc w:val="right"/>
      </w:pPr>
      <w:r>
        <w:t>اس میں ایک مسلمان کے کیس کو لیا تھا انہوں نے۔ وہ مسلمان اسی دلی میں ایک ایک کالج میں سروس کر رہا تھا۔</w:t>
      </w:r>
    </w:p>
    <w:p>
      <w:r>
        <w:rPr>
          <w:b/>
        </w:rPr>
        <w:t xml:space="preserve">[1:07:47] </w:t>
      </w:r>
      <w:r>
        <w:t>To management ne us ko nikaal diya. Ab is par woh us zamane mein pepron mein aayi thi yeh</w:t>
      </w:r>
    </w:p>
    <w:p>
      <w:pPr>
        <w:jc w:val="right"/>
      </w:pPr>
      <w:r>
        <w:t>تو مینجمنٹ نے اس کو نکال دیا۔ اب اس پر وہ اس زمانے میں پیپروں میں آئی تھی یہ</w:t>
      </w:r>
    </w:p>
    <w:p>
      <w:r>
        <w:rPr>
          <w:b/>
        </w:rPr>
        <w:t xml:space="preserve">[1:07:54] </w:t>
      </w:r>
      <w:r>
        <w:t>baat. To aik sahib ne kitaab likh daali is par, passive voices, aur generalize kar diya us ko ke India mein musalmanon ka koi job nahin milta. India mein musalmanon ko koi jagah nahin hai, yeh woh.</w:t>
      </w:r>
    </w:p>
    <w:p>
      <w:pPr>
        <w:jc w:val="right"/>
      </w:pPr>
      <w:r>
        <w:t>بات۔ تو ایک صاحب نے کتاب لکھ ڈالی اس پر، پیسو وائسز، اور جنرلائز کر دیا اس کو کہ انڈیا میں مسلمانوں کا کوئی جاب نہیں ملتا۔ انڈیا میں مسلمانوں کو کوئی جگہ نہیں ہے، یہ وہ۔</w:t>
      </w:r>
    </w:p>
    <w:p>
      <w:r>
        <w:rPr>
          <w:b/>
        </w:rPr>
        <w:t xml:space="preserve">[1:08:04] </w:t>
      </w:r>
      <w:r>
        <w:t>By chance mujhe woh aadmi mil gaya jo nikala gaya tha. To teen saal tak woh, yaani unemployed raha.</w:t>
      </w:r>
    </w:p>
    <w:p>
      <w:pPr>
        <w:jc w:val="right"/>
      </w:pPr>
      <w:r>
        <w:t>بائی چانس مجھے وہ آدمی مل گیا جو نکالا گیا تھا۔ تو تین سال تک وہ، یعنی ان ایمپلائیڈ رہا۔</w:t>
      </w:r>
    </w:p>
    <w:p>
      <w:r>
        <w:rPr>
          <w:b/>
        </w:rPr>
        <w:t xml:space="preserve">[1:08:15] </w:t>
      </w:r>
      <w:r>
        <w:t>tab mujhe mila tha woh.</w:t>
      </w:r>
    </w:p>
    <w:p>
      <w:pPr>
        <w:jc w:val="right"/>
      </w:pPr>
      <w:r>
        <w:t>تب مجھے ملا تھا وہ۔</w:t>
      </w:r>
    </w:p>
    <w:p>
      <w:r>
        <w:rPr>
          <w:b/>
        </w:rPr>
        <w:t xml:space="preserve">[1:08:17] </w:t>
      </w:r>
      <w:r>
        <w:t>To mein ne kaha ke dekhein, yeh baat agar Pakistan mein bhi hoti hai, Arab mulzim countries mein bhi hoti hai, wahan kyun hota hai aisa?</w:t>
      </w:r>
    </w:p>
    <w:p>
      <w:pPr>
        <w:jc w:val="right"/>
      </w:pPr>
      <w:r>
        <w:t>تو میں نے کہا کہ دیکھیں، یہ بات اگر پاکستان میں بھی ہوتی ہے، عرب ملزم کنٹریز میں بھی ہوتی ہے، وہاں کیوں ہوتا ہے ایسا؟</w:t>
      </w:r>
    </w:p>
    <w:p>
      <w:r>
        <w:rPr>
          <w:b/>
        </w:rPr>
        <w:t xml:space="preserve">[1:08:29] </w:t>
      </w:r>
      <w:r>
        <w:t>To mein ne kaha asal baat yeh hai ke aap ki English baat cheet se mujhe pata chala ke un ki English weak thi. English mein woh achhe nahin the.</w:t>
      </w:r>
    </w:p>
    <w:p>
      <w:pPr>
        <w:jc w:val="right"/>
      </w:pPr>
      <w:r>
        <w:t>تو میں نے کہا اصل بات یہ ہے کہ آپ کی انگلش بات چیت سے مجھے پتہ چلا کہ ان کی انگلش ویک تھی۔ انگلش میں وہ اچھے نہیں تھے۔</w:t>
      </w:r>
    </w:p>
    <w:p>
      <w:r>
        <w:rPr>
          <w:b/>
        </w:rPr>
        <w:t xml:space="preserve">[1:08:38] </w:t>
      </w:r>
      <w:r>
        <w:t>Woh to mein ne kaha aap English improve kijiye. To teen saal lagaye unhon ne English improve karne mein,</w:t>
      </w:r>
    </w:p>
    <w:p>
      <w:pPr>
        <w:jc w:val="right"/>
      </w:pPr>
      <w:r>
        <w:t>وہ تو میں نے کہا آپ انگلش امپروو کیجئے۔ تو تین سال لگائے انہوں نے انگلش امپروو کرنے میں،</w:t>
      </w:r>
    </w:p>
    <w:p>
      <w:r>
        <w:rPr>
          <w:b/>
        </w:rPr>
        <w:t xml:space="preserve">[1:08:48] </w:t>
      </w:r>
      <w:r>
        <w:t>apni English ko improve karne mein. Is ke baad isi dilli mein aik aik Hindu college mein un ko un ko jagah mili aur bare shaan ke saath wahan par rahe woh.</w:t>
      </w:r>
    </w:p>
    <w:p>
      <w:pPr>
        <w:jc w:val="right"/>
      </w:pPr>
      <w:r>
        <w:t>اپنی انگلش کو امپروو کرنے میں۔ اس کے بعد اسی دلی میں ایک ایک ہندو کالج میں ان کو ان کو جگہ ملی اور بڑے شان کے ساتھ وہاں پر رہے وہ۔</w:t>
      </w:r>
    </w:p>
    <w:p>
      <w:r>
        <w:rPr>
          <w:b/>
        </w:rPr>
        <w:t xml:space="preserve">[1:08:57] </w:t>
      </w:r>
      <w:r>
        <w:t>Aur ab shayad retire ho gaye hain woh. To yeh hai kisi cheez ko, yaani khwamkhwah log keh dete hain ke yeh sahib ko discrimination hai.</w:t>
      </w:r>
    </w:p>
    <w:p>
      <w:pPr>
        <w:jc w:val="right"/>
      </w:pPr>
      <w:r>
        <w:t>اور اب شاید ریٹائر ہو گئے ہیں وہ۔ تو یہ ہے کسی چیز کو، یعنی خوامخواہ لوگ کہہ دیتے ہیں کہ یہ صاحب کو ڈسکریمینیشن ہے۔</w:t>
      </w:r>
    </w:p>
    <w:p>
      <w:r>
        <w:rPr>
          <w:b/>
        </w:rPr>
        <w:t xml:space="preserve">[1:09:10] </w:t>
      </w:r>
      <w:r>
        <w:t>Kuch nahin hai, yeh duniya to competition ki duniya hai.</w:t>
      </w:r>
    </w:p>
    <w:p>
      <w:pPr>
        <w:jc w:val="right"/>
      </w:pPr>
      <w:r>
        <w:t>کچھ نہیں ہے، یہ دنیا تو کمپیٹیشن کی دنیا ہے۔</w:t>
      </w:r>
    </w:p>
    <w:p>
      <w:r>
        <w:rPr>
          <w:b/>
        </w:rPr>
        <w:t xml:space="preserve">[1:09:14] </w:t>
      </w:r>
      <w:r>
        <w:t>Jab bhi aap ko koi baat pesh aaye to aap us ko positively sochiye ke root cause kya hai. Root cause. Aur unhon ne kitaab likh daali, passive voices, aur mein ne isi ko active voice bana diya.</w:t>
      </w:r>
    </w:p>
    <w:p>
      <w:pPr>
        <w:jc w:val="right"/>
      </w:pPr>
      <w:r>
        <w:t>جب بھی آپ کو کوئی بات پیش آئے تو آپ اس کو پازیٹیولی سوچیے کہ روٹ کاز کیا ہے۔ روٹ کاز۔ اور انہوں نے کتاب لکھ ڈالی، پیسو وائسز، اور میں نے اسی کو ایکٹیو وائس بنا دیا۔</w:t>
      </w:r>
    </w:p>
    <w:p>
      <w:r>
        <w:rPr>
          <w:b/>
        </w:rPr>
        <w:t xml:space="preserve">[1:09:29] </w:t>
      </w:r>
      <w:r>
        <w:t>Jis insaan ko le kar ke unhon ne us ko passive voice bana daala tha, usi insaan ko le kar mein ne us ko active voice bana diya.</w:t>
      </w:r>
    </w:p>
    <w:p>
      <w:pPr>
        <w:jc w:val="right"/>
      </w:pPr>
      <w:r>
        <w:t>جس انسان کو لے کر کے انہوں نے اس کو پیسو وائس بنا ڈالا تھا، اسی انسان کو لے کر میں نے اس کو ایکٹیو وائس بنا دیا۔</w:t>
      </w:r>
    </w:p>
    <w:p>
      <w:r>
        <w:rPr>
          <w:b/>
        </w:rPr>
        <w:t xml:space="preserve">[1:09:37] </w:t>
      </w:r>
      <w:r>
        <w:t>Ab woh bohat achhi English ho gayi us ki. Aur un se mein ne us zamane mein kaha ke aap dilli mein jaiye, idhar udhar foreigner se miliye, foreigner se miliye.</w:t>
      </w:r>
    </w:p>
    <w:p>
      <w:pPr>
        <w:jc w:val="right"/>
      </w:pPr>
      <w:r>
        <w:t>اب وہ بہت اچھی انگلش ہو گئی اس کی۔ اور ان سے میں نے اس زمانے میں کہا کہ آپ دلی میں جائیے، ادھر ادھر فارنر سے ملیے، فارنر سے ملیے۔</w:t>
      </w:r>
    </w:p>
    <w:p>
      <w:r>
        <w:rPr>
          <w:b/>
        </w:rPr>
        <w:t xml:space="preserve">[1:09:50] </w:t>
      </w:r>
      <w:r>
        <w:t>To aisa woh karte the. Un ka aik mein ne chhapa tha, aik aik article apne Alamiyat weekly mein ke us zamane ki baat hai jab hippy hua karte the. Hippy aaj kal to hippy nahin hote hain.</w:t>
      </w:r>
    </w:p>
    <w:p>
      <w:pPr>
        <w:jc w:val="right"/>
      </w:pPr>
      <w:r>
        <w:t>تو ایسا وہ کرتے تھے۔ ان کا ایک میں نے چھاپا تھا، ایک ایک آرٹیکل اپنے عالمیت ویکلی میں کہ اس زمانے کی بات ہے جب ہپی ہوا کرتے تھے۔ ہپی آج کل تو ہپی نہیں ہوتے ہیں۔</w:t>
      </w:r>
    </w:p>
    <w:p>
      <w:r>
        <w:rPr>
          <w:b/>
        </w:rPr>
        <w:t xml:space="preserve">[1:10:02] </w:t>
      </w:r>
      <w:r>
        <w:t>Aik hippy se mile, woh un se baat cheet ki. Unhon ne</w:t>
      </w:r>
    </w:p>
    <w:p>
      <w:pPr>
        <w:jc w:val="right"/>
      </w:pPr>
      <w:r>
        <w:t>ایک ہپی سے ملے، وہ ان سے بات چیت کی۔ انہوں نے</w:t>
      </w:r>
    </w:p>
    <w:p>
      <w:r>
        <w:rPr>
          <w:b/>
        </w:rPr>
        <w:t xml:space="preserve">[1:10:07] </w:t>
      </w:r>
      <w:r>
        <w:t>un se poocha ke bhai tum kahan se ho? To kaha mein Canada se aaya hoon. To Canada se yeh India mein kaise aa gaye? Aisi aisi bilkul ordinary kapda pehne hue, aisi ghoom raha tha woh footpath par.</w:t>
      </w:r>
    </w:p>
    <w:p>
      <w:pPr>
        <w:jc w:val="right"/>
      </w:pPr>
      <w:r>
        <w:t>ان سے پوچھا کہ بھئی تم کہاں سے ہو؟ تو کہا میں کینیڈا سے آیا ہوں۔ تو کینیڈا سے یہ انڈیا میں کیسے آ گئے؟ ایسی ایسی بالکل آرڈنری کپڑا پہنے ہوئے، ایسی گھوم رہا تھا وہ فٹ پاتھ پر۔</w:t>
      </w:r>
    </w:p>
    <w:p>
      <w:r>
        <w:rPr>
          <w:b/>
        </w:rPr>
        <w:t xml:space="preserve">[1:10:21] </w:t>
      </w:r>
      <w:r>
        <w:t>To us ne aik report banayi, unhon ne woh mein ne chhapi thi us</w:t>
      </w:r>
    </w:p>
    <w:p>
      <w:pPr>
        <w:jc w:val="right"/>
      </w:pPr>
      <w:r>
        <w:t>تو اس نے ایک رپورٹ بنائی، انہوں نے وہ میں نے چھاپی تھی اس</w:t>
      </w:r>
    </w:p>
    <w:p>
      <w:r>
        <w:rPr>
          <w:b/>
        </w:rPr>
        <w:t xml:space="preserve">[1:10:26] </w:t>
      </w:r>
      <w:r>
        <w:t>ko. To is mein us us us naujawan ne kaha tha jab us se un ka woh hua conversation hua ke "der i was comfortable physically,</w:t>
      </w:r>
    </w:p>
    <w:p>
      <w:pPr>
        <w:jc w:val="right"/>
      </w:pPr>
      <w:r>
        <w:t>کو۔ تو اس میں اس اس اس نوجوان نے کہا تھا جب اس سے ان کا وہ ہوا کنورسیشن ہوا کہ "دیر آئی واز کمفرٹیبل فزیکلی،</w:t>
      </w:r>
    </w:p>
    <w:p>
      <w:r>
        <w:rPr>
          <w:b/>
        </w:rPr>
        <w:t xml:space="preserve">[1:10:41] </w:t>
      </w:r>
      <w:r>
        <w:t>der aai waz comfortable physically, here i am comfortable spiritually." is tarah se maine unse kaha ke aap ja ke miliye logon se, library mein jaiye.</w:t>
      </w:r>
    </w:p>
    <w:p>
      <w:pPr>
        <w:jc w:val="right"/>
      </w:pPr>
      <w:r>
        <w:t>دیر آئی واز کمفرٹیبل فزیکلی، ہیر آئی ایم کمفرٹیبل سپریچولی۔" اس طرح سے میں نے ان سے کہا کہ آپ جا کے ملئیے لوگوں سے، لائبریری میں جائیے۔</w:t>
      </w:r>
    </w:p>
    <w:p>
      <w:r>
        <w:rPr>
          <w:b/>
        </w:rPr>
        <w:t xml:space="preserve">[1:10:52] </w:t>
      </w:r>
      <w:r>
        <w:t>hote hote teen saal bitaye unhon</w:t>
      </w:r>
    </w:p>
    <w:p>
      <w:pPr>
        <w:jc w:val="right"/>
      </w:pPr>
      <w:r>
        <w:t>ہوتے ہوتے تین سال بتائے انہوں</w:t>
      </w:r>
    </w:p>
    <w:p>
      <w:r>
        <w:rPr>
          <w:b/>
        </w:rPr>
        <w:t xml:space="preserve">[1:10:54] </w:t>
      </w:r>
      <w:r>
        <w:t>ne. ab isi dilli mein ek hindu college mein unko bohat achhi jagah mili aur ab behal dilli mein ghar bhi bana liya unhon ne. aaram se rehte hain woh.</w:t>
      </w:r>
    </w:p>
    <w:p>
      <w:pPr>
        <w:jc w:val="right"/>
      </w:pPr>
      <w:r>
        <w:t>نے۔ اب اسی دلی میں ایک ہندو کالج میں ان کو بہت اچھی جگہ ملی اور اب بہرحال دلی میں گھر بھی بنا لیا انہوں نے۔ آرام سے رہتے ہیں وہ۔</w:t>
      </w:r>
    </w:p>
    <w:p>
      <w:r>
        <w:rPr>
          <w:b/>
        </w:rPr>
        <w:t xml:space="preserve">[1:11:03] </w:t>
      </w:r>
      <w:r>
        <w:t>to log khwamkhwah cheezon ko lete hain, negative sense mein lete hain. ab main apne yaani kitne saare ab batata hoon, qisse bata sakta hoon ke isi case ko maine negative ko positive mein convert kiya aur woh aadmi kamyab hai.</w:t>
      </w:r>
    </w:p>
    <w:p>
      <w:pPr>
        <w:jc w:val="right"/>
      </w:pPr>
      <w:r>
        <w:t>تو لوگ خوامخواہ چیزوں کو لیتے ہیں، نیگیٹیو سینس میں لیتے ہیں۔ اب میں اپنے یعنی کتنے سارے اب بتاتا ہوں، قصے بتا سکتا ہوں کہ اسی کیس کو میں نے نیگیٹیو کو پازیٹیو میں کنورٹ کیا اور وہ آدمی کامیاب ہے۔</w:t>
      </w:r>
    </w:p>
    <w:p>
      <w:r>
        <w:rPr>
          <w:b/>
        </w:rPr>
        <w:t xml:space="preserve">[1:11:22] </w:t>
      </w:r>
      <w:r>
        <w:t>yeh sab imagery question hote hain, iski koi base nahi hai.</w:t>
      </w:r>
    </w:p>
    <w:p>
      <w:pPr>
        <w:jc w:val="right"/>
      </w:pPr>
      <w:r>
        <w:t>یہ سب امیجری کویسچن ہوتے ہیں، اس کی کوئی بیس نہیں ہے۔</w:t>
      </w:r>
    </w:p>
    <w:p>
      <w:r>
        <w:rPr>
          <w:b/>
        </w:rPr>
        <w:t xml:space="preserve">[1:11:29] </w:t>
      </w:r>
      <w:r>
        <w:t>This question is from Dr. Fareeda Khanum. Why Satan is almost always successful in misleading us, but angels and prophets find very few takers?</w:t>
      </w:r>
    </w:p>
    <w:p>
      <w:pPr>
        <w:jc w:val="right"/>
      </w:pPr>
      <w:r>
        <w:t>This question is from ڈاکٹر فریدہ خانم۔ Why Satan is almost always successful in misleading us, but angels and prophets find very few takers?</w:t>
      </w:r>
    </w:p>
    <w:p>
      <w:r>
        <w:rPr>
          <w:b/>
        </w:rPr>
        <w:t xml:space="preserve">[1:11:50] </w:t>
      </w:r>
      <w:r>
        <w:t>history mein to waqea aisa hi hua hai. quran mein hai ke "yahasrunal bat ma ya'tim birusulihim la kanu yastadh'un" to satan ne kaha tha shuru mein khuda ko jab challenge diya tha usne "wa la tajad aktharahum shakirina" mein logon ko bhagaunga aur beshtar log jo hain woh bhag jayenge.</w:t>
      </w:r>
    </w:p>
    <w:p>
      <w:pPr>
        <w:jc w:val="right"/>
      </w:pPr>
      <w:r>
        <w:t>ہسٹری میں تو واقعہ ایسا ہی ہوا ہے۔ قرآن میں ہے کہ يَحَسَرُنَا الَّبَاطِ مَا يَعْتِمِ بِرِسُلِهِمْ لَا كَانُوا يَسْتَذِعُونَ تو سیٹن نے کہا تھا شروع میں خدا کو جب چیلنج دیا تھا اس نے وَلَا تَجَدُّ أَكْثَرَهُمْ شَاكِرِينَ میں لوگوں کو بھگاؤں گا اور بیشتر لوگ جو ہیں وہ بھاگ جائیں گے۔</w:t>
      </w:r>
    </w:p>
    <w:p>
      <w:r>
        <w:rPr>
          <w:b/>
        </w:rPr>
        <w:t xml:space="preserve">[1:12:15] </w:t>
      </w:r>
      <w:r>
        <w:t>to quran mein bataya gaya hai ke "ulaika yuhibbun al-ajila"</w:t>
      </w:r>
    </w:p>
    <w:p>
      <w:pPr>
        <w:jc w:val="right"/>
      </w:pPr>
      <w:r>
        <w:t>تو قرآن میں بتایا گیا ہے کہ أُولَئِكَ يُحِبُّونَ الْعَاجَلَ</w:t>
      </w:r>
    </w:p>
    <w:p>
      <w:r>
        <w:rPr>
          <w:b/>
        </w:rPr>
        <w:t xml:space="preserve">[1:12:21] </w:t>
      </w:r>
      <w:r>
        <w:t>asal cheez hai ek hai immediate gain, ek hai akhirat wala gain. basic baat yeh hai ke akhirat wala gain jo hai unseen world mein hota hai.</w:t>
      </w:r>
    </w:p>
    <w:p>
      <w:pPr>
        <w:jc w:val="right"/>
      </w:pPr>
      <w:r>
        <w:t>اصل چیز ہے ایک ہے امیڈیٹ گین، ایک ہے آخرت والا گین۔ بیسک بات یہ ہے کہ آخرت والا گین جو ہے ان سین ورلڈ میں ہوتا ہے۔</w:t>
      </w:r>
    </w:p>
    <w:p>
      <w:r>
        <w:rPr>
          <w:b/>
        </w:rPr>
        <w:t xml:space="preserve">[1:12:32] </w:t>
      </w:r>
      <w:r>
        <w:t>agar hum dunya mein sachai sachai ka rasta pakrein, agar dunya mein hum honest banein to hum bante hain akhirat ke liye.</w:t>
      </w:r>
    </w:p>
    <w:p>
      <w:pPr>
        <w:jc w:val="right"/>
      </w:pPr>
      <w:r>
        <w:t>اگر ہم دنیا میں سچائے سچائی کا راستہ پکڑیں، اگر دنیا میں ہم اونسٹ بنیں تو ہم بنتے ہیں آخرت کے لیے۔</w:t>
      </w:r>
    </w:p>
    <w:p>
      <w:r>
        <w:rPr>
          <w:b/>
        </w:rPr>
        <w:t xml:space="preserve">[1:12:42] </w:t>
      </w:r>
      <w:r>
        <w:t>kyunki dunya mein to behal kuch na kuch loss hota hai.</w:t>
      </w:r>
    </w:p>
    <w:p>
      <w:pPr>
        <w:jc w:val="right"/>
      </w:pPr>
      <w:r>
        <w:t>کیونکہ دنیا میں تو بہرحال کچھ نہ کچھ لاس ہوتا ہے۔</w:t>
      </w:r>
    </w:p>
    <w:p>
      <w:r>
        <w:rPr>
          <w:b/>
        </w:rPr>
        <w:t xml:space="preserve">[1:12:47] </w:t>
      </w:r>
      <w:r>
        <w:t>to quran mein bataya gaya hai ke immediate gain jo samne dikhai padta hai insaan ko, uska daud padta hai woh. aur shaitan baqayda hai ke dekho to samne tumhare faida hai, usko lo.</w:t>
      </w:r>
    </w:p>
    <w:p>
      <w:pPr>
        <w:jc w:val="right"/>
      </w:pPr>
      <w:r>
        <w:t>تو قرآن میں بتایا گیا ہے کہ امیڈیٹ گین جو سامنے دکھائی پڑتا ہے انسان کو، اس کا دوڑ پڑتا ہے وہ۔ اور شیطان باقاعدہ ہے کہ دیکھو تو سامنے تمہارے فائدہ ہے، اس کو لو۔</w:t>
      </w:r>
    </w:p>
    <w:p>
      <w:r>
        <w:rPr>
          <w:b/>
        </w:rPr>
        <w:t xml:space="preserve">[1:12:59] </w:t>
      </w:r>
      <w:r>
        <w:t>to wahan apni soch ko active karna padta hai. insaan apni soch ko active nahi kar pata, immediate gain pe daud padta hai.</w:t>
      </w:r>
    </w:p>
    <w:p>
      <w:pPr>
        <w:jc w:val="right"/>
      </w:pPr>
      <w:r>
        <w:t>تو وہاں اپنی سوچ کو ایکٹیو کرنا پڑتا ہے۔ انسان اپنی سوچ کو ایکٹیو نہیں کر پاتا، امیڈیٹ گین پہ دوڑ پڑتا ہے۔</w:t>
      </w:r>
    </w:p>
    <w:p>
      <w:r>
        <w:rPr>
          <w:b/>
        </w:rPr>
        <w:t xml:space="preserve">[1:13:10] </w:t>
      </w:r>
      <w:r>
        <w:t>agar soche woh to jaane ke bhai yeh jo main faida le raha hoon, abhi main mar jaaun to kya hoga uske baad?</w:t>
      </w:r>
    </w:p>
    <w:p>
      <w:pPr>
        <w:jc w:val="right"/>
      </w:pPr>
      <w:r>
        <w:t>اگر سوچے وہ تو جانے کہ بھئی یہ جو میں فائدہ لے رہا ہوں، ابھی میں مر جاؤں تو کیا ہوگا اس کے بعد؟</w:t>
      </w:r>
    </w:p>
    <w:p>
      <w:r>
        <w:rPr>
          <w:b/>
        </w:rPr>
        <w:t xml:space="preserve">[1:13:18] </w:t>
      </w:r>
      <w:r>
        <w:t>marne ke baad to kuch nahi rahega. marne ke baad to mujhe jana hai doosre dunya mein, wahan yeh kaam nahi aane wala hai. to apni soch ko activate karke aadmi raste se sahi raste pe reh sakta hai, nahi to nahi reh sakta.</w:t>
      </w:r>
    </w:p>
    <w:p>
      <w:pPr>
        <w:jc w:val="right"/>
      </w:pPr>
      <w:r>
        <w:t>مرنے کے بعد تو کچھ نہیں رہے گا۔ مرنے کے بعد تو مجھے جانا ہے دوسرے دنیا میں، وہاں یہ کام نہیں آنے والا ہے۔ تو اپنی سوچ کو ایکٹیویٹ کر کے آدمی راستے سے صحیح راستے پہ رہ سکتا ہے، نہیں تو نہیں رہ سکتا۔</w:t>
      </w:r>
    </w:p>
    <w:p>
      <w:r>
        <w:rPr>
          <w:b/>
        </w:rPr>
        <w:t xml:space="preserve">[1:13:31] </w:t>
      </w:r>
      <w:r>
        <w:t>kyunki immediate gain to dikhai padta hai, akhirat wali baat dikhai nahi padti. to khuda ne insaan ko jo mind diya hai, mind</w:t>
      </w:r>
    </w:p>
    <w:p>
      <w:pPr>
        <w:jc w:val="right"/>
      </w:pPr>
      <w:r>
        <w:t>کیونکہ امیڈیٹ گین تو دکھائی پڑتا ہے، آخرت والی بات دکھائی نہیں پڑتی۔ تو خدا نے انسان کو جو مائنڈ دیا ہے، مائنڈ</w:t>
      </w:r>
    </w:p>
    <w:p>
      <w:r>
        <w:rPr>
          <w:b/>
        </w:rPr>
        <w:t xml:space="preserve">[1:13:41] </w:t>
      </w:r>
      <w:r>
        <w:t>woh isi liye hai ke aadmi apni soch ko activate kare aur baaton ko gehrai tak dekhe aur jo jo jo jo uski right choice hai, woh choice le sake.</w:t>
      </w:r>
    </w:p>
    <w:p>
      <w:pPr>
        <w:jc w:val="right"/>
      </w:pPr>
      <w:r>
        <w:t>وہ اسی لیے ہے کہ آدمی اپنی سوچ کو ایکٹیویٹ کرے اور باتوں کو گہرائی تک دیکھے اور جو جو جو جو اس کی رائٹ چوائس ہے، وہ چوائس لے سکے۔</w:t>
      </w:r>
    </w:p>
    <w:p>
      <w:r>
        <w:rPr>
          <w:b/>
        </w:rPr>
        <w:t xml:space="preserve">[1:13:56] </w:t>
      </w:r>
      <w:r>
        <w:t>to sab se badi jo zaroorat hai har insaan ke liye, woh hai apne mind ko, apni thinking ko yaani istemal karna.</w:t>
      </w:r>
    </w:p>
    <w:p>
      <w:pPr>
        <w:jc w:val="right"/>
      </w:pPr>
      <w:r>
        <w:t>تو سب سے بڑی جو ضرورت ہے ہر انسان کے لیے، وہ ہے اپنے مائنڈ کو، اپنی تھنکنگ کو یعنی استعمال کرنا۔</w:t>
      </w:r>
    </w:p>
    <w:p>
      <w:r>
        <w:rPr>
          <w:b/>
        </w:rPr>
        <w:t xml:space="preserve">[1:14:07] </w:t>
      </w:r>
      <w:r>
        <w:t>This question is from Aisha.</w:t>
      </w:r>
    </w:p>
    <w:p>
      <w:pPr>
        <w:jc w:val="right"/>
      </w:pPr>
      <w:r>
        <w:t>This question is from عائشہ۔</w:t>
      </w:r>
    </w:p>
    <w:p>
      <w:r>
        <w:rPr>
          <w:b/>
        </w:rPr>
        <w:t xml:space="preserve">[1:14:10] </w:t>
      </w:r>
      <w:r>
        <w:t>What is the meaning of israf?</w:t>
      </w:r>
    </w:p>
    <w:p>
      <w:pPr>
        <w:jc w:val="right"/>
      </w:pPr>
      <w:r>
        <w:t>What is the meaning of اسراف؟</w:t>
      </w:r>
    </w:p>
    <w:p>
      <w:r>
        <w:rPr>
          <w:b/>
        </w:rPr>
        <w:t xml:space="preserve">[1:14:15] </w:t>
      </w:r>
      <w:r>
        <w:t>israf. dekhein, israf ke maani hote hain jo kehte hain waste karna, waste. w-a-s-t-e yaani zaya karna, waste karna.</w:t>
      </w:r>
    </w:p>
    <w:p>
      <w:pPr>
        <w:jc w:val="right"/>
      </w:pPr>
      <w:r>
        <w:t>اسراف۔ دیکھیں، اسراف کے معنی ہوتے ہیں جو کہتے ہیں ویسٹ کرنا، ویسٹ۔ ڈبلیو اے ایس ٹی ای یعنی ضائع کرنا، ویسٹ کرنا۔</w:t>
      </w:r>
    </w:p>
    <w:p>
      <w:r>
        <w:rPr>
          <w:b/>
        </w:rPr>
        <w:t xml:space="preserve">[1:14:27] </w:t>
      </w:r>
      <w:r>
        <w:t>to islam mein israf jo hai, woh haram hai.</w:t>
      </w:r>
    </w:p>
    <w:p>
      <w:pPr>
        <w:jc w:val="right"/>
      </w:pPr>
      <w:r>
        <w:t>تو اسلام میں اسراف جو ہے، وہ حرام ہے۔</w:t>
      </w:r>
    </w:p>
    <w:p>
      <w:r>
        <w:rPr>
          <w:b/>
        </w:rPr>
        <w:t xml:space="preserve">[1:14:35] </w:t>
      </w:r>
      <w:r>
        <w:t>aur aaj kal israf itna aam hai,</w:t>
      </w:r>
    </w:p>
    <w:p>
      <w:pPr>
        <w:jc w:val="right"/>
      </w:pPr>
      <w:r>
        <w:t>اور آج کل اسراف اتنا عام ہے،</w:t>
      </w:r>
    </w:p>
    <w:p>
      <w:r>
        <w:rPr>
          <w:b/>
        </w:rPr>
        <w:t xml:space="preserve">[1:14:38] </w:t>
      </w:r>
      <w:r>
        <w:t>bas ab khana pakta hai, zyada pak pak do char mehman aa gaye to zyada paka liya khana, ab bach gaya, bach ke phenka gaya. hotelon mein aur sari dunya mein jo paise wale log hain, woh daily itna zyada khana pakate hain ke jo istemal na kar sake, woh zaya, waste mein jata hai.</w:t>
      </w:r>
    </w:p>
    <w:p>
      <w:pPr>
        <w:jc w:val="right"/>
      </w:pPr>
      <w:r>
        <w:t>بس اب کھانا پکتا ہے، زیادہ پکا پک دو چار مہمان آ گئے تو زیادہ پکا لیا کھانا، اب بچ گیا، بچ کے پھینکا گیا۔ ہوٹلوں میں اور ساری دنیا میں جو پیسے والے لوگ ہیں، وہ ڈیلی اتنا زیادہ کھانا پکاتے ہیں کہ جو استعمال نہ کر سکے، وہ ضائع، ویسٹ میں جاتا ہے۔</w:t>
      </w:r>
    </w:p>
    <w:p>
      <w:r>
        <w:rPr>
          <w:b/>
        </w:rPr>
        <w:t xml:space="preserve">[1:14:56] </w:t>
      </w:r>
      <w:r>
        <w:t>woh</w:t>
      </w:r>
    </w:p>
    <w:p>
      <w:pPr>
        <w:jc w:val="right"/>
      </w:pPr>
      <w:r>
        <w:t>وہ</w:t>
      </w:r>
    </w:p>
    <w:p>
      <w:r>
        <w:rPr>
          <w:b/>
        </w:rPr>
        <w:t xml:space="preserve">[1:14:59] </w:t>
      </w:r>
      <w:r>
        <w:t>to rasool Allah ne ek aadmi ko dekha, wuzu kar raha tha, wuzu pani le kar ke, aur bohat hi carelessly woh pani baha raha tha.</w:t>
      </w:r>
    </w:p>
    <w:p>
      <w:pPr>
        <w:jc w:val="right"/>
      </w:pPr>
      <w:r>
        <w:t>تو رسول اللہ نے ایک آدمی کو دیکھا، وضو کر رہا تھا، وضو پانی لے کر کے، اور بہت ہی کیئرلیسلی وہ پانی بہا رہا تھا۔</w:t>
      </w:r>
    </w:p>
    <w:p>
      <w:r>
        <w:rPr>
          <w:b/>
        </w:rPr>
        <w:t xml:space="preserve">[1:15:11] </w:t>
      </w:r>
      <w:r>
        <w:t>ek kehte hain bohat hi carefully pani bahana, ek hai carelessly pani bahana. To woh carelessly pani baha raha tha. To aap ne kaha aisa mat karo, us ke liye bhi Khuda ka poocha jayega, yeh pani ka israf hai,</w:t>
      </w:r>
    </w:p>
    <w:p>
      <w:pPr>
        <w:jc w:val="right"/>
      </w:pPr>
      <w:r>
        <w:t>ایک کہتے ہیں بہت ہی کیئرفلی پانی بہانا، ایک ہے کیئرلیسلی پانی بہانا۔ تو وہ کیئرلیسلی پانی بہا رہا تھا۔ تو آپ نے کہا ایسا مت کرو، اس کے لیے بھی خدا کا پوچھا جائے گا، یہ پانی کا اسراف ہے،</w:t>
      </w:r>
    </w:p>
    <w:p>
      <w:r>
        <w:rPr>
          <w:b/>
        </w:rPr>
        <w:t xml:space="preserve">[1:15:25] </w:t>
      </w:r>
      <w:r>
        <w:t>pani ko waste karna hai.</w:t>
      </w:r>
    </w:p>
    <w:p>
      <w:pPr>
        <w:jc w:val="right"/>
      </w:pPr>
      <w:r>
        <w:t>پانی کو ویسٹ کرنا ہے۔</w:t>
      </w:r>
    </w:p>
    <w:p>
      <w:r>
        <w:rPr>
          <w:b/>
        </w:rPr>
        <w:t xml:space="preserve">[1:15:29] </w:t>
      </w:r>
      <w:r>
        <w:t>to us ne kaha ke nahi, pani to bohat hai yahan. Yani agar hum kisi ek river ke kinare hon, darya ke kinare, tab bhi kya aisa karna hai hamein?</w:t>
      </w:r>
    </w:p>
    <w:p>
      <w:pPr>
        <w:jc w:val="right"/>
      </w:pPr>
      <w:r>
        <w:t>تو اس نے کہا کہ نہیں، پانی تو بہت ہے یہاں۔ یعنی اگر ہم کسی ایک ریور کے کنارے ہوں، دریا کے کنارے، تب بھی کیا ایسا کرنا ہے ہمیں؟</w:t>
      </w:r>
    </w:p>
    <w:p>
      <w:r>
        <w:rPr>
          <w:b/>
        </w:rPr>
        <w:t xml:space="preserve">[1:15:40] </w:t>
      </w:r>
      <w:r>
        <w:t>to aap ne farmaya ke walau kunta ala nahar jar</w:t>
      </w:r>
    </w:p>
    <w:p>
      <w:pPr>
        <w:jc w:val="right"/>
      </w:pPr>
      <w:r>
        <w:t>تو آپ نے فرمایا کہ ولو كنت علی نہر جار</w:t>
      </w:r>
    </w:p>
    <w:p>
      <w:r>
        <w:rPr>
          <w:b/>
        </w:rPr>
        <w:t xml:space="preserve">[1:15:48] </w:t>
      </w:r>
      <w:r>
        <w:t>ek nahar behta hua darya hai, wahan tum wuzu kar rahe ho, tab bhi pani mein kam carelessly mat bahao, careful tareeqe se pani bahao.</w:t>
      </w:r>
    </w:p>
    <w:p>
      <w:pPr>
        <w:jc w:val="right"/>
      </w:pPr>
      <w:r>
        <w:t>ایک نہر بہتا ہوا دریا ہے، وہاں تم وضو کر رہے ہو، تب بھی پانی میں کم کیئرلیسلی مت بہاؤ، کیئرفل طریقے سے پانی بہاؤ۔</w:t>
      </w:r>
    </w:p>
    <w:p>
      <w:r>
        <w:rPr>
          <w:b/>
        </w:rPr>
        <w:t xml:space="preserve">[1:15:58] </w:t>
      </w:r>
      <w:r>
        <w:t>aaj kal aap ke haan Delhi waghera ghoomein, idhar udhar jagah jagah nal beh rahe hain, pani beh raha hai. Yani jitna pani hamein chahiye, nahar nahate hain log to nahate hain log.</w:t>
      </w:r>
    </w:p>
    <w:p>
      <w:pPr>
        <w:jc w:val="right"/>
      </w:pPr>
      <w:r>
        <w:t>آج کل آپ کے ہاں دلی وغیرہ گھومیں، ادھر ادھر جگہ جگہ نل بہہ رہے ہیں، پانی بہہ رہا ہے۔ یعنی جتنا پانی ہمیں چاہیے، نہار نہاتے ہیں لوگ تو نہاتے ہیں لوگ۔</w:t>
      </w:r>
    </w:p>
    <w:p>
      <w:r>
        <w:rPr>
          <w:b/>
        </w:rPr>
        <w:t xml:space="preserve">[1:16:11] </w:t>
      </w:r>
      <w:r>
        <w:t>to bas khol diya woh,</w:t>
      </w:r>
    </w:p>
    <w:p>
      <w:pPr>
        <w:jc w:val="right"/>
      </w:pPr>
      <w:r>
        <w:t>تو بس کھول دیا وہ،</w:t>
      </w:r>
    </w:p>
    <w:p>
      <w:r>
        <w:rPr>
          <w:b/>
        </w:rPr>
        <w:t xml:space="preserve">[1:16:14] </w:t>
      </w:r>
      <w:r>
        <w:t>woh shower aur bahra mat. Kabhi shower istemal nahi karta ke shower mein kam az kam chaugna pani istemal hota hai. Main kabhi shower istemal nahi karta, bahar bhi nahi karta.</w:t>
      </w:r>
    </w:p>
    <w:p>
      <w:pPr>
        <w:jc w:val="right"/>
      </w:pPr>
      <w:r>
        <w:t>وہ شاور اور بہرا مت۔ کبھی شاور استعمال نہیں کرتا کہ شاور میں کم از کم چوگنا پانی استعمال ہوتا ہے۔ میں کبھی شاور استعمال نہیں کرتا، باہر بھی نہیں کرتا۔</w:t>
      </w:r>
    </w:p>
    <w:p>
      <w:r>
        <w:rPr>
          <w:b/>
        </w:rPr>
        <w:t xml:space="preserve">[1:16:26] </w:t>
      </w:r>
      <w:r>
        <w:t>main main balti pani loonga aur mug se nahaoonga. Yeh to khula hua waste hai pani ka. To chahe pani ho ya khana ho ya kapda ho, aaj kal kapda dekhein, sab ke haan wardrobe mein kapde bh</w:t>
      </w:r>
    </w:p>
    <w:p>
      <w:pPr>
        <w:jc w:val="right"/>
      </w:pPr>
      <w:r>
        <w:t>میں میں بالٹی پانی لوں گا اور مگ سے نہاؤں گا۔ یہ تو کھلا ہوا ویسٹ ہے پانی کا۔ تو چاہے پانی ہو یا کھانا ہو یا کپڑا ہو، آج کل کپڑا دیکھیں، سب کے ہاں وارڈروب میں کپڑے بھ</w:t>
      </w:r>
    </w:p>
    <w:p>
      <w:r>
        <w:rPr>
          <w:b/>
        </w:rPr>
        <w:t xml:space="preserve">[1:16:42] </w:t>
      </w:r>
      <w:r>
        <w:t>are hue hain. Phir bhi kharidari ho rahi hai, phir phir bhi shopping ho rahi hai. Yeh sab waste hai. Yaad rakhiye, waste bhi haram hai, jis tarah se khinzir haram hai aur sharab haram hai, woh bhi haram hai.</w:t>
      </w:r>
    </w:p>
    <w:p>
      <w:pPr>
        <w:jc w:val="right"/>
      </w:pPr>
      <w:r>
        <w:t>رے ہوئے ہیں۔ پھر بھی خریداری ہو رہی ہے، پھر پھر بھی شاپنگ ہو رہی ہے۔ یہ سب ویسٹ ہے۔ یاد رکھیے، ویسٹ بھی حرام ہے، جس طرح سے خنزیر حرام ہے اور شراب حرام ہے، وہ بھی حرام ہے۔</w:t>
      </w:r>
    </w:p>
    <w:p>
      <w:r>
        <w:rPr>
          <w:b/>
        </w:rPr>
        <w:t xml:space="preserve">[1:16:58] </w:t>
      </w:r>
      <w:r>
        <w:t>Quran mein hai ke paisa chhentne wale shaitan ke bhai hain. Inn al-mubadhireena kanoo ikhwana shayatina. Israf kya hai?</w:t>
      </w:r>
    </w:p>
    <w:p>
      <w:pPr>
        <w:jc w:val="right"/>
      </w:pPr>
      <w:r>
        <w:t>قرآن میں ہے کہ پیسہ چھینٹنے والے شیطان کے بھائی ہیں۔ إِنَّ الْمُبَذِّرِينَ كَانُوا إِخْوَانًا شِيَاطِينَ اسراف کیا ہے؟</w:t>
      </w:r>
    </w:p>
    <w:p>
      <w:r>
        <w:rPr>
          <w:b/>
        </w:rPr>
        <w:t xml:space="preserve">[1:17:08] </w:t>
      </w:r>
      <w:r>
        <w:t>paisa chhentna.</w:t>
      </w:r>
    </w:p>
    <w:p>
      <w:pPr>
        <w:jc w:val="right"/>
      </w:pPr>
      <w:r>
        <w:t>پیسہ چھینٹنا۔</w:t>
      </w:r>
    </w:p>
    <w:p>
      <w:r>
        <w:rPr>
          <w:b/>
        </w:rPr>
        <w:t xml:space="preserve">[1:17:10] </w:t>
      </w:r>
      <w:r>
        <w:t>Paisa to paise ko chhentne wale shaitan ke bhai hain. Ab ghor kijiye, is se zyada kada shabd koi ho sakta hai?</w:t>
      </w:r>
    </w:p>
    <w:p>
      <w:pPr>
        <w:jc w:val="right"/>
      </w:pPr>
      <w:r>
        <w:t>پیسہ تو پیسے کو چھینٹنے والے شیطان کے بھائی ہیں۔ اب غور کیجئے، اس سے زیادہ کڑا शब्द کوئی ہو سکتا ہے؟</w:t>
      </w:r>
    </w:p>
    <w:p>
      <w:r>
        <w:rPr>
          <w:b/>
        </w:rPr>
        <w:t xml:space="preserve">[1:17:20] </w:t>
      </w:r>
      <w:r>
        <w:t>Inn al-mubadhireena kanoo ikhwana shayatina</w:t>
      </w:r>
    </w:p>
    <w:p>
      <w:pPr>
        <w:jc w:val="right"/>
      </w:pPr>
      <w:r>
        <w:t>إِنَّ الْمُبَذِّرِينَ كَانُوا إِخْوَانًا شِيَاطِينَ</w:t>
      </w:r>
    </w:p>
    <w:p>
      <w:r>
        <w:rPr>
          <w:b/>
        </w:rPr>
        <w:t xml:space="preserve">[1:17:26] </w:t>
      </w:r>
      <w:r>
        <w:t>to paisa, paise ko log samajhte hain ke paisa hai to koi na kharch kare. Paisa tab bhi na kharch kijiye,</w:t>
      </w:r>
    </w:p>
    <w:p>
      <w:pPr>
        <w:jc w:val="right"/>
      </w:pPr>
      <w:r>
        <w:t>تو پیسہ، پیسے کو لوگ سمجھتے ہیں کہ پیسہ ہے تو کوئی نہ خرچ کرے۔ پیسہ تب بھی نہ خرچ کیجئے،</w:t>
      </w:r>
    </w:p>
    <w:p>
      <w:r>
        <w:rPr>
          <w:b/>
        </w:rPr>
        <w:t xml:space="preserve">[1:17:36] </w:t>
      </w:r>
      <w:r>
        <w:t>jis tarah Rasool Allah ne farmaya: "Pani hai tab bhi careless mat kharch karo us ko." To israf bohat hi buri cheez hai, bohat buri cheez hai, bohat buri cheez hai.</w:t>
      </w:r>
    </w:p>
    <w:p>
      <w:pPr>
        <w:jc w:val="right"/>
      </w:pPr>
      <w:r>
        <w:t>جس طرح رسول اللہ نے فرمایا: "پانی ہے تب بھی کیئرلیسلی مت خرچ کرو اس کو۔" تو اسراف بہت ہی بری چیز ہے، بہت بری چیز ہے، بہت بری چیز ہے۔</w:t>
      </w:r>
    </w:p>
    <w:p>
      <w:r>
        <w:rPr>
          <w:b/>
        </w:rPr>
        <w:t xml:space="preserve">[1:17:47] </w:t>
      </w:r>
      <w:r>
        <w:t>Aur is se ek nuqsan yeh hota hai ke aap ke andar ek careless personality banti hai.</w:t>
      </w:r>
    </w:p>
    <w:p>
      <w:pPr>
        <w:jc w:val="right"/>
      </w:pPr>
      <w:r>
        <w:t>اور اس سے ایک نقصان یہ ہوتا ہے کہ آپ کے اندر ایک کیئرلیس پرسنیلٹی بنتی ہے۔</w:t>
      </w:r>
    </w:p>
    <w:p>
      <w:r>
        <w:rPr>
          <w:b/>
        </w:rPr>
        <w:t xml:space="preserve">[1:17:57] </w:t>
      </w:r>
      <w:r>
        <w:t>Careless personality bohat hi buri cheez hai.</w:t>
      </w:r>
    </w:p>
    <w:p>
      <w:pPr>
        <w:jc w:val="right"/>
      </w:pPr>
      <w:r>
        <w:t>کیئرلیس پرسنیلٹی بہت ہی بری چیز ہے۔</w:t>
      </w:r>
    </w:p>
    <w:p>
      <w:r>
        <w:rPr>
          <w:b/>
        </w:rPr>
        <w:t xml:space="preserve">[1:18:01] </w:t>
      </w:r>
      <w:r>
        <w:t>Cheezon ko jis ko kehte hain be ehtiyati se kharch karna,</w:t>
      </w:r>
    </w:p>
    <w:p>
      <w:pPr>
        <w:jc w:val="right"/>
      </w:pPr>
      <w:r>
        <w:t>چیزوں کو جس کو کہتے ہیں بے احتیاطی سے خرچ کرنا،</w:t>
      </w:r>
    </w:p>
    <w:p>
      <w:r>
        <w:rPr>
          <w:b/>
        </w:rPr>
        <w:t xml:space="preserve">[1:18:10] </w:t>
      </w:r>
      <w:r>
        <w:t>woh mizaj ban jata hai. Jab aap soch samajh kar kharch karein to is mein aap ke andar jo personality banegi, woh doosri hogi.</w:t>
      </w:r>
    </w:p>
    <w:p>
      <w:pPr>
        <w:jc w:val="right"/>
      </w:pPr>
      <w:r>
        <w:t>وہ مزاج بن جاتا ہے۔ جب آپ سوچ سمجھ کر خرچ کریں تو اس میں آپ کے اندر جو پرسنیلٹی بنے گی، وہ دوسری ہوگی۔</w:t>
      </w:r>
    </w:p>
    <w:p>
      <w:r>
        <w:rPr>
          <w:b/>
        </w:rPr>
        <w:t xml:space="preserve">[1:18:21] </w:t>
      </w:r>
      <w:r>
        <w:t>Bala soch samjhe jo kharch karte rahein, chahe pani zyada kharch kar rahe hon ya kapda kharidne mein paisa yani waste kar rahe hon, khane peene mein waste kar rahe hon.</w:t>
      </w:r>
    </w:p>
    <w:p>
      <w:pPr>
        <w:jc w:val="right"/>
      </w:pPr>
      <w:r>
        <w:t>بلا سوچ سمجھے جو خرچ کرتے رہیں، چاہے پانی زیادہ خرچ کر رہے ہوں یا کپڑا خریدنے میں پیسہ یعنی ویسٹ کر رہے ہوں، کھانے پینے میں ویسٹ کر رہے ہوں۔</w:t>
      </w:r>
    </w:p>
    <w:p>
      <w:r>
        <w:rPr>
          <w:b/>
        </w:rPr>
        <w:t xml:space="preserve">[1:18:33] </w:t>
      </w:r>
      <w:r>
        <w:t>Aaj kal khana ek khwamkhwah kai kai khane pakte hain. Bhai, ek roti, ek salan kafi hai, bohat sare pakane ki kya zaroorat hai?</w:t>
      </w:r>
    </w:p>
    <w:p>
      <w:pPr>
        <w:jc w:val="right"/>
      </w:pPr>
      <w:r>
        <w:t>آج کل کھانا ایک خوامخواہ کئی کئی کھانے پکتے ہیں۔ بھئی، ایک روٹی، ایک سالن کافی ہے، بہت سارے پکانے کی کیا ضرورت ہے؟</w:t>
      </w:r>
    </w:p>
    <w:p>
      <w:r>
        <w:rPr>
          <w:b/>
        </w:rPr>
        <w:t xml:space="preserve">[1:18:43] </w:t>
      </w:r>
      <w:r>
        <w:t>Tabhi to woh bachta hai, waste kiya jata hai. Plate mein chhodne ka riwaj hai, yeh fashion hai. Aam taur par maine dekha hai jahan hamein khane kabhi khane ka ittefaq hota hai, yani plate mein khana chhodna jo hai, yeh bhi ek ek ek shaan samajhte hain.</w:t>
      </w:r>
    </w:p>
    <w:p>
      <w:pPr>
        <w:jc w:val="right"/>
      </w:pPr>
      <w:r>
        <w:t>تبھی تو وہ بچتا ہے، ویسٹ کیا جاتا ہے۔ پلیٹ میں چھوڑنے کا رواج ہے، یہ فیشن ہے۔ عام طور پر میں نے دیکھا ہے جہاں ہمیں کھانے کبھی کھانے کا اتفاق ہوتا ہے، یعنی پلیٹ میں کھانا چھوڑنا جو ہے، یہ بھی ایک ایک ایک شان سمجھتے ہیں۔</w:t>
      </w:r>
    </w:p>
    <w:p>
      <w:r>
        <w:rPr>
          <w:b/>
        </w:rPr>
        <w:t xml:space="preserve">[1:18:59] </w:t>
      </w:r>
      <w:r>
        <w:t>Yeh bhi haram hai, haram. Yaad rakhiye,</w:t>
      </w:r>
    </w:p>
    <w:p>
      <w:pPr>
        <w:jc w:val="right"/>
      </w:pPr>
      <w:r>
        <w:t>یہ بھی حرام ہے، حرام۔ یاد رکھیے،</w:t>
      </w:r>
    </w:p>
    <w:p>
      <w:r>
        <w:rPr>
          <w:b/>
        </w:rPr>
        <w:t xml:space="preserve">[1:19:03] </w:t>
      </w:r>
      <w:r>
        <w:t>aap khana khayen, chahay ghar mein khayen ya hotel mein khayen, itna hi lijiyay ta k aap ko khana hai. achi tarah plate saaf kijiye. kam az kam hamare jo sathi hain jo yahan atay hain, un se mein kahoon ga: "is ko aap ne haram samjhi, haram keh glass mein pani chor dein,</w:t>
      </w:r>
    </w:p>
    <w:p>
      <w:pPr>
        <w:jc w:val="right"/>
      </w:pPr>
      <w:r>
        <w:t>آپ کھانا کھائیں، چاہے گھر میں کھائیں یا ہوٹل میں کھائیں، اتنا ہی لیجئے تاکہ آپ کو کھانا ہے۔ اچھی طرح پلیٹ صاف کیجئے۔ کم از کم ہمارے جو ساتھی ہیں جو یہاں آتے ہیں، ان سے میں کہوں گا: "اس کو آپ نے حرام سمجھی، حرام کہ گلاس میں پانی چھوڑ دیں،</w:t>
      </w:r>
    </w:p>
    <w:p>
      <w:r>
        <w:rPr>
          <w:b/>
        </w:rPr>
        <w:t xml:space="preserve">[1:19:21] </w:t>
      </w:r>
      <w:r>
        <w:t>plate mein khana chor dein. is ko haram se kab na samjhiye?"</w:t>
      </w:r>
    </w:p>
    <w:p>
      <w:pPr>
        <w:jc w:val="right"/>
      </w:pPr>
      <w:r>
        <w:t>پلیٹ میں کھانا چھوڑ دیں۔ اس کو حرام سے کب نہ سمجھیے؟"</w:t>
      </w:r>
    </w:p>
    <w:p>
      <w:r>
        <w:rPr>
          <w:b/>
        </w:rPr>
        <w:t xml:space="preserve">[1:19:27] </w:t>
      </w:r>
      <w:r>
        <w:t>dekhen, mein aap ko aik arz karoon: rasool Allah ke baad ka zamana jo hai, woh sahaba ka zamana hai. is ke baad tabieen ka zamana mana jata hai, yani companions aur companions of the companions.</w:t>
      </w:r>
    </w:p>
    <w:p>
      <w:pPr>
        <w:jc w:val="right"/>
      </w:pPr>
      <w:r>
        <w:t>دیکھیں، میں آپ کو ایک عرض کروں: رسول اللہ کے بعد کا زمانہ جو ہے، وہ صحابہ کا زمانہ ہے۔ اس کے بعد تابعین کا زمانہ مانا جاتا ہے، یعنی کمپینینز اور کمپینینز آف دا کمپینینز۔</w:t>
      </w:r>
    </w:p>
    <w:p>
      <w:r>
        <w:rPr>
          <w:b/>
        </w:rPr>
        <w:t xml:space="preserve">[1:19:42] </w:t>
      </w:r>
      <w:r>
        <w:t>to tabieen ke zamane mein aik sahabi kehte hain: "logon ko dekha aur aisi is tarah ki zindagi, yani bigar aa gaya tha.</w:t>
      </w:r>
    </w:p>
    <w:p>
      <w:pPr>
        <w:jc w:val="right"/>
      </w:pPr>
      <w:r>
        <w:t>تو تابعین کے زمانے میں ایک صحابی کہتے ہیں: "لوگوں کو دیکھا اور ایسی اس طرح کی زندگی، یعنی بگاڑ آ گیا تھا۔</w:t>
      </w:r>
    </w:p>
    <w:p>
      <w:r>
        <w:rPr>
          <w:b/>
        </w:rPr>
        <w:t xml:space="preserve">[1:19:55] </w:t>
      </w:r>
      <w:r>
        <w:t>" to log choti yani baton ko chota samajhte thay. pani ziyada baha diya to kiya farq para? shower se naha rahe hain, kuch ziyada pani bah gaya to is se kiya farq para? plate mein khana chor diya to is se kiya farq para?</w:t>
      </w:r>
    </w:p>
    <w:p>
      <w:pPr>
        <w:jc w:val="right"/>
      </w:pPr>
      <w:r>
        <w:t>" تو لوگ چھوٹی یعنی باتوں کو چھوٹا سمجھتے تھے۔ پانی زیادہ بہا دیا تو کیا فرق پڑا؟ شاور سے نہا رہے ہیں، کچھ زیادہ پانی بہہ گیا تو اس سے کیا فرق پڑا؟ پلیٹ میں کھانا چھوڑ دیا تو اس سے کیا فرق پڑا؟</w:t>
      </w:r>
    </w:p>
    <w:p>
      <w:r>
        <w:rPr>
          <w:b/>
        </w:rPr>
        <w:t xml:space="preserve">[1:20:07] </w:t>
      </w:r>
      <w:r>
        <w:t>kai kai salan paka liya, kuch chot gaya, kuch khaya to is se kiya farq para? yani is ko chota samajhte hain, chota. is ko chota samajhte hain. kapra khareed liya, bohat sara wardrobe bhara hua to is se kiya farq para?</w:t>
      </w:r>
    </w:p>
    <w:p>
      <w:pPr>
        <w:jc w:val="right"/>
      </w:pPr>
      <w:r>
        <w:t>کئی کئی سالن پکا لیا، کچھ چھوٹ گیا، کچھ کھایا تو اس سے کیا فرق پڑا؟ یعنی اس کو چھوٹا سمجھتے ہیں، چھوٹا۔ اس کو چھوٹا سمجھتے ہیں۔ کپڑا خرید لیا، بہت سارا وارڈروب بھرا ہوا تو اس سے کیا فرق پڑا؟</w:t>
      </w:r>
    </w:p>
    <w:p>
      <w:r>
        <w:rPr>
          <w:b/>
        </w:rPr>
        <w:t xml:space="preserve">[1:20:19] </w:t>
      </w:r>
      <w:r>
        <w:t>jeeb mein to paisa hai. to woh bohat ziyada</w:t>
      </w:r>
    </w:p>
    <w:p>
      <w:pPr>
        <w:jc w:val="right"/>
      </w:pPr>
      <w:r>
        <w:t>جیب میں تو پیسہ ہے۔ تو وہ بہت زیادہ</w:t>
      </w:r>
    </w:p>
    <w:p>
      <w:r>
        <w:rPr>
          <w:b/>
        </w:rPr>
        <w:t xml:space="preserve">[1:20:23] </w:t>
      </w:r>
      <w:r>
        <w:t>serious ho gaye aur unhone kaha k "yeh cheezain hain jis ko tum log chota samajhte ho, chota." hum na uzo min al-bu baqat fi ahd rasool Allah sallallahu alaihi wasallam.</w:t>
      </w:r>
    </w:p>
    <w:p>
      <w:pPr>
        <w:jc w:val="right"/>
      </w:pPr>
      <w:r>
        <w:t>سیریس ہو گئے اور انہوں نے کہا کہ "یہ چیزیں ہیں جس کو تم لوگ چھوٹا سمجھتے ہو، چھوٹا۔" كنا نعوذ من البوبقات فی عهد رسول اللہ صلی اللہ علیہ وسلم۔</w:t>
      </w:r>
    </w:p>
    <w:p>
      <w:r>
        <w:rPr>
          <w:b/>
        </w:rPr>
        <w:t xml:space="preserve">[1:20:36] </w:t>
      </w:r>
      <w:r>
        <w:t>hum rasool Allah ke zamane mein in cheezon ko samajhte thay k aisa kiya to hum halak ho jayen ge, hum khatam ho jayen ge, hum destroy ho jayen ge, hum hum roeen ho jayen ge.</w:t>
      </w:r>
    </w:p>
    <w:p>
      <w:pPr>
        <w:jc w:val="right"/>
      </w:pPr>
      <w:r>
        <w:t>ہم رسول اللہ کے زمانے میں ان چیزوں کو سمجھتے تھے کہ ایسا کیا تو ہم ہلاک ہو جائیں گے، ہم ختم ہو جائیں گے، ہم ڈسٹروئے ہو جائیں گے، ہم ہم روئین ہو جائیں گے۔</w:t>
      </w:r>
    </w:p>
    <w:p>
      <w:r>
        <w:rPr>
          <w:b/>
        </w:rPr>
        <w:t xml:space="preserve">[1:20:51] </w:t>
      </w:r>
      <w:r>
        <w:t>jin cheezon ko tum chota samajhte ho,</w:t>
      </w:r>
    </w:p>
    <w:p>
      <w:pPr>
        <w:jc w:val="right"/>
      </w:pPr>
      <w:r>
        <w:t>جن چیزوں کو تم چھوٹا سمجھتے ہو،</w:t>
      </w:r>
    </w:p>
    <w:p>
      <w:r>
        <w:rPr>
          <w:b/>
        </w:rPr>
        <w:t xml:space="preserve">[1:20:56] </w:t>
      </w:r>
      <w:r>
        <w:t>rasool Allah ke zamane mein hum samajhte thay k "agar agar agar hum hum ne aisa kiya to hum halak ho jayen ge." to mein aap logon ko kam az kam kehta hoon k aap aik culture chalaiye apne andar.</w:t>
      </w:r>
    </w:p>
    <w:p>
      <w:pPr>
        <w:jc w:val="right"/>
      </w:pPr>
      <w:r>
        <w:t>رسول اللہ کے زمانے میں ہم سمجھتے تھے کہ "اگر اگر اگر ہم ہم نے ایسا کیا تو ہم ہلاک ہو جائیں گے۔" تو میں آپ لوگوں کو کم از کم کہتا ہوں کہ آپ ایک کلچر چلائیے اپنے اندر۔</w:t>
      </w:r>
    </w:p>
    <w:p>
      <w:r>
        <w:rPr>
          <w:b/>
        </w:rPr>
        <w:t xml:space="preserve">[1:21:07] </w:t>
      </w:r>
      <w:r>
        <w:t>culture, yeh culture chalaiye aap k aap kisi bhi cheez mein aap waste na karen, chahay pani ho ya khana ho ya kapra ho.</w:t>
      </w:r>
    </w:p>
    <w:p>
      <w:pPr>
        <w:jc w:val="right"/>
      </w:pPr>
      <w:r>
        <w:t>کلچر، یہ کلچر چلائیے آپ کہ آپ کسی بھی چیز میں آپ ویسٹ نہ کریں، چاہے پانی ہو یا کھانا ہو یا کپڑا ہو۔</w:t>
      </w:r>
    </w:p>
    <w:p>
      <w:r>
        <w:rPr>
          <w:b/>
        </w:rPr>
        <w:t xml:space="preserve">[1:21:18] </w:t>
      </w:r>
      <w:r>
        <w:t>yahan tak k bolne mein bhi nahin.</w:t>
      </w:r>
    </w:p>
    <w:p>
      <w:pPr>
        <w:jc w:val="right"/>
      </w:pPr>
      <w:r>
        <w:t>یہاں تک کہ بولنے میں بھی نہیں۔</w:t>
      </w:r>
    </w:p>
    <w:p>
      <w:r>
        <w:rPr>
          <w:b/>
        </w:rPr>
        <w:t xml:space="preserve">[1:21:22] </w:t>
      </w:r>
      <w:r>
        <w:t>jo log bohat bolte hain, bohat bol rahe hain, bol rahe hain, bol rahe hain, woh bhi israf kar rahe hain. zaban ka israf, is mein bhi bachiye.</w:t>
      </w:r>
    </w:p>
    <w:p>
      <w:pPr>
        <w:jc w:val="right"/>
      </w:pPr>
      <w:r>
        <w:t>جو لوگ بہت بولتے ہیں، بہت بول رہے ہیں، بول رہے ہیں، بول رہے ہیں، وہ بھی اسراف کر رہے ہیں۔ زبان کا اسراف، اس میں بھی بچیے۔</w:t>
      </w:r>
    </w:p>
    <w:p>
      <w:r>
        <w:rPr>
          <w:b/>
        </w:rPr>
        <w:t xml:space="preserve">[1:21:34] </w:t>
      </w:r>
      <w:r>
        <w:t>to hum apne jo log yahan atay hain, un se mein kahoon ga k aap log waste karne ko samjhiye k aap aik haram kaam kar rahe hain.</w:t>
      </w:r>
    </w:p>
    <w:p>
      <w:pPr>
        <w:jc w:val="right"/>
      </w:pPr>
      <w:r>
        <w:t>تو ہم اپنے جو لوگ یہاں آتے ہیں، ان سے میں کہوں گا کہ آپ لوگ ویسٹ کرنے کو سمجھیے کہ آپ ایک حرام کام کر رہے ہیں۔</w:t>
      </w:r>
    </w:p>
    <w:p>
      <w:r>
        <w:rPr>
          <w:b/>
        </w:rPr>
        <w:t xml:space="preserve">[1:21:44] </w:t>
      </w:r>
      <w:r>
        <w:t>is se kam na samjhiye. mobiqat kaha gaya hai hadith mein, yani kiya to halak hua.</w:t>
      </w:r>
    </w:p>
    <w:p>
      <w:pPr>
        <w:jc w:val="right"/>
      </w:pPr>
      <w:r>
        <w:t>اس سے کم نہ سمجھیے۔ موبقات کہا گیا ہے حدیث میں، یعنی کیا تو ہلاک ہوا۔</w:t>
      </w:r>
    </w:p>
    <w:p>
      <w:r>
        <w:rPr>
          <w:b/>
        </w:rPr>
        <w:t xml:space="preserve">[1:21:53] </w:t>
      </w:r>
      <w:r>
        <w:t>mein to israf ko, yani waste karne ko, bohat hi bura samajhta hoon. yeh Khuda ki nemat hai. woh aik chawal ka dana bhi agar aap ne is ko yun idhar udhar gira diya to aap ne jis ko Hindi mein kehte hain "anadar", aap ne Khuda ki, Khuda ki aik aik blessing ka "anadar" kiya.</w:t>
      </w:r>
    </w:p>
    <w:p>
      <w:pPr>
        <w:jc w:val="right"/>
      </w:pPr>
      <w:r>
        <w:t>میں تو اسراف کو، یعنی ویسٹ کرنے کو، بہت ہی برا سمجھتا ہوں۔ یہ خدا کی نعمت ہے۔ وہ ایک چاول کا دانہ بھی اگر آپ نے اس کو یوں ادھر ادھر گرا دیا تو آپ نے جس کو ہندی میں کہتے ہیں "انادر"، آپ نے خدا کی، خدا کی ایک ایک بلیسنگ کا "انادر" کیا۔</w:t>
      </w:r>
    </w:p>
    <w:p>
      <w:r>
        <w:rPr>
          <w:b/>
        </w:rPr>
        <w:t xml:space="preserve">[1:22:15] </w:t>
      </w:r>
      <w:r>
        <w:t>woh "anadar" hai. "anadar"</w:t>
      </w:r>
    </w:p>
    <w:p>
      <w:pPr>
        <w:jc w:val="right"/>
      </w:pPr>
      <w:r>
        <w:t>وہ "انادر" ہے۔ "انادر"</w:t>
      </w:r>
    </w:p>
    <w:p>
      <w:r>
        <w:rPr>
          <w:b/>
        </w:rPr>
        <w:t xml:space="preserve">[1:22:19] </w:t>
      </w:r>
      <w:r>
        <w:t>aik chawal ka dana sare insan mil ke bana nahi sakte</w:t>
      </w:r>
    </w:p>
    <w:p>
      <w:pPr>
        <w:jc w:val="right"/>
      </w:pPr>
      <w:r>
        <w:t>ایک چاول کا دانہ سارے انسان مل کے بنا نہیں سکتے</w:t>
      </w:r>
    </w:p>
    <w:p>
      <w:r>
        <w:rPr>
          <w:b/>
        </w:rPr>
        <w:t xml:space="preserve">[1:22:22] </w:t>
      </w:r>
      <w:r>
        <w:t>hain, agar Khuda sahil se woh na paida kare to. to yeh Khuda ka "anadar" hai, Khuda ki nematton ka "anadar" hai.</w:t>
      </w:r>
    </w:p>
    <w:p>
      <w:pPr>
        <w:jc w:val="right"/>
      </w:pPr>
      <w:r>
        <w:t>ہیں، اگر خدا سائل سے وہ نہ پیدا کرے تو۔ تو یہ خدا کا "انادر" ہے، خدا کی نعمتوں کا "انادر" ہے۔</w:t>
      </w:r>
    </w:p>
    <w:p>
      <w:r>
        <w:rPr>
          <w:b/>
        </w:rPr>
        <w:t xml:space="preserve">[1:22:32] </w:t>
      </w:r>
      <w:r>
        <w:t>is wajah se aap logon ko mein kahoon ga k aap log bohat kashish rahayen, is mein bohat ziyada kashish, bohat ziyada kashish rahayen. yeh mein aap logon ko naseehat kar raha hoon.</w:t>
      </w:r>
    </w:p>
    <w:p>
      <w:pPr>
        <w:jc w:val="right"/>
      </w:pPr>
      <w:r>
        <w:t>اس وجہ سے آپ لوگوں کو میں کہوں گا کہ آپ لوگ بہت کاشش رہیے، اس میں بہت زیادہ کاشش، بہت زیادہ کاشش رہیے۔ یہ میں آپ لوگوں کو نصیحت کر رہا ہوں۔</w:t>
      </w:r>
    </w:p>
    <w:p>
      <w:r>
        <w:rPr>
          <w:b/>
        </w:rPr>
        <w:t xml:space="preserve">[1:22:46] </w:t>
      </w:r>
      <w:r>
        <w:t>this question is from Maulana Zikwan. what are the etiquettes of majlis?</w:t>
      </w:r>
    </w:p>
    <w:p>
      <w:pPr>
        <w:jc w:val="right"/>
      </w:pPr>
      <w:r>
        <w:t>This question is from مولانا زکوان۔ What are the etiquettes of مجلس؟</w:t>
      </w:r>
    </w:p>
    <w:p>
      <w:r>
        <w:rPr>
          <w:b/>
        </w:rPr>
        <w:t xml:space="preserve">[1:22:56] </w:t>
      </w:r>
      <w:r>
        <w:t>aaj kal mein dekhta hoon k majlis ke, yani jis ko kehte hain adab majlis, nahi jante log. mislan ab hum log yahan bethe hue hain, aik aadmi aata hai, kehta hai "assalam o alaikum" zor se.</w:t>
      </w:r>
    </w:p>
    <w:p>
      <w:pPr>
        <w:jc w:val="right"/>
      </w:pPr>
      <w:r>
        <w:t>آج کل میں دیکھتا ہوں کہ مجلس کے، یعنی جس کو کہتے ہیں آداب مجلس، نہیں جانتے لوگ۔ مثلاً اب ہم لوگ یہاں بیٹھے ہوئے ہیں، ایک آدمی آتا ہے، کہتا ہے "السلام علیکم" زور سے۔</w:t>
      </w:r>
    </w:p>
    <w:p>
      <w:r>
        <w:rPr>
          <w:b/>
        </w:rPr>
        <w:t xml:space="preserve">[1:23:10] </w:t>
      </w:r>
      <w:r>
        <w:t>yani aisa israf karna bhi haram hai. bhai, aap disturb kyun karte hain logon ko? bhai, chup chap aa k baith jaiye.</w:t>
      </w:r>
    </w:p>
    <w:p>
      <w:pPr>
        <w:jc w:val="right"/>
      </w:pPr>
      <w:r>
        <w:t>یعنی ایسا اسراف کرنا بھی حرام ہے۔ بھئی، آپ ڈسٹرب کیوں کرتے ہیں لوگوں کو؟ بھئی، چپ چاپ آ کے بیٹھ جائیے۔</w:t>
      </w:r>
    </w:p>
    <w:p>
      <w:r>
        <w:rPr>
          <w:b/>
        </w:rPr>
        <w:t xml:space="preserve">[1:23:20] </w:t>
      </w:r>
      <w:r>
        <w:t>kai bar mein dekhta hoon k kuch log baaten kar rahe hain, bethe hue hain. aik aadmi ayega, zor se "assalam o alaikum" kahega.</w:t>
      </w:r>
    </w:p>
    <w:p>
      <w:pPr>
        <w:jc w:val="right"/>
      </w:pPr>
      <w:r>
        <w:t>کئی بار میں دیکھتا ہوں کہ کچھ لوگ باتیں کر رہے ہیں، بیٹھے ہوئے ہیں۔ ایک آدمی آئے گا، زور سے "السلام علیکم" کہے گا۔</w:t>
      </w:r>
    </w:p>
    <w:p>
      <w:r>
        <w:rPr>
          <w:b/>
        </w:rPr>
        <w:t xml:space="preserve">[1:23:27] </w:t>
      </w:r>
      <w:r>
        <w:t>to mein kahungi, yeh "assalam o alaikum" kehna bhi arabi hai, bhai, haraam hai. yaad rakhiye, is tareeqay se do chaar aadmi baatein kar rahe hain, do aadmi baat kar rahe hain.</w:t>
      </w:r>
    </w:p>
    <w:p>
      <w:pPr>
        <w:jc w:val="right"/>
      </w:pPr>
      <w:r>
        <w:t>تو میں کہوں گی، یہ "السلام علیکم" کہنا بھی عربی ہے، بھئی، حرام ہے۔ یاد رکھیے، اس طریقے سے دو چار آدمی باتیں کر رہے ہیں، دو آدمی بات کر رہے ہیں۔</w:t>
      </w:r>
    </w:p>
    <w:p>
      <w:r>
        <w:rPr>
          <w:b/>
        </w:rPr>
        <w:t xml:space="preserve">[1:23:41] </w:t>
      </w:r>
      <w:r>
        <w:t>ab ek teesra aadmi khwamkhwah is mein interfere karega. bhai, is se tum se jab poocha jata hai to bolo, baghair poochay tum kyun bol rahe ho? ke do aadmi baith rahe hain, aapas mein baat kar rahe hain.</w:t>
      </w:r>
    </w:p>
    <w:p>
      <w:pPr>
        <w:jc w:val="right"/>
      </w:pPr>
      <w:r>
        <w:t>اب ایک تیسرا آدمی خوامخواہ اس میں انٹرفیئر کرے گا۔ بھئی، اس سے تم سے جب پوچھا جاتا ہے تو بولو، بغیر پوچھے تم کیوں بول رہے ہو؟ کہ دو آدمی بیٹھ رہے ہیں، آپس میں بات کر رہے ہیں۔</w:t>
      </w:r>
    </w:p>
    <w:p>
      <w:r>
        <w:rPr>
          <w:b/>
        </w:rPr>
        <w:t xml:space="preserve">[1:23:52] </w:t>
      </w:r>
      <w:r>
        <w:t>teesra aadmi sune, bohat se woh sune. jab tak is se poocha nahi jata to bolna nahi chahiye is ko.</w:t>
      </w:r>
    </w:p>
    <w:p>
      <w:pPr>
        <w:jc w:val="right"/>
      </w:pPr>
      <w:r>
        <w:t>تیسرا آدمی سنے، بہت سے وہ سنے۔ جب تک اس سے پوچھا نہیں جاتا تو بولنا نہیں چاہیے اس کو۔</w:t>
      </w:r>
    </w:p>
    <w:p>
      <w:r>
        <w:rPr>
          <w:b/>
        </w:rPr>
        <w:t xml:space="preserve">[1:23:57] </w:t>
      </w:r>
      <w:r>
        <w:t>woh khwamkhwah bolega, woh interfere karega is mein. to majlis ke aadab jo hain, yeh koi aisi cheez nahi hai.</w:t>
      </w:r>
    </w:p>
    <w:p>
      <w:pPr>
        <w:jc w:val="right"/>
      </w:pPr>
      <w:r>
        <w:t>وہ خوامخواہ بولے گا، وہ انٹرفیئر کرے گا اس میں۔ تو مجلس کے آداب جو ہیں، یہ کوئی ایسی چیز نہیں ہے۔</w:t>
      </w:r>
    </w:p>
    <w:p>
      <w:r>
        <w:rPr>
          <w:b/>
        </w:rPr>
        <w:t xml:space="preserve">[1:24:06] </w:t>
      </w:r>
      <w:r>
        <w:t>is ke liye aap ko, yaani master degree leni ho, aap thoda sa apne ko, yaani woh kijiye,</w:t>
      </w:r>
    </w:p>
    <w:p>
      <w:pPr>
        <w:jc w:val="right"/>
      </w:pPr>
      <w:r>
        <w:t>اس کے لیے آپ کو، یعنی ماسٹر ڈگری لینی ہو، آپ تھوڑا سا اپنے کو، یعنی وہ کیجئے،</w:t>
      </w:r>
    </w:p>
    <w:p>
      <w:r>
        <w:rPr>
          <w:b/>
        </w:rPr>
        <w:t xml:space="preserve">[1:24:18] </w:t>
      </w:r>
      <w:r>
        <w:t>phir control kijiye. to aap samajh jayenge ke mujhe yahan kya karna chahiye.</w:t>
      </w:r>
    </w:p>
    <w:p>
      <w:pPr>
        <w:jc w:val="right"/>
      </w:pPr>
      <w:r>
        <w:t>پھر کنٹرول کیجئے۔ تو آپ سمجھ جائیں گے کہ مجھے یہاں کیا کرنا چاہیے۔</w:t>
      </w:r>
    </w:p>
    <w:p>
      <w:r>
        <w:rPr>
          <w:b/>
        </w:rPr>
        <w:t xml:space="preserve">[1:24:25] </w:t>
      </w:r>
      <w:r>
        <w:t>mere paas aksar telephone aata hai to woh khud hi aadmi bole, chala jaye, bole, chala jaye, bole, chala jaye. poochna padta hai ke bhai, aap ne sunanay ke liye telephone kiya ya sunnay ke liye telephone kiya? mujhe poochna padta hai is se ke aap ne sunanay ke liye telephone kiya ya sunnay ke liye telephone kiya?</w:t>
      </w:r>
    </w:p>
    <w:p>
      <w:pPr>
        <w:jc w:val="right"/>
      </w:pPr>
      <w:r>
        <w:t>میرے پاس اکثر ٹیلی فون آتا ہے تو وہ خود ہی آدمی بولے، چلا جائے، بولے، چلا جائے، بولے، چلا جائے۔ پوچھنا پڑتا ہے کہ بھئی، آپ نے سنانے کے لیے ٹیلی فون کیا یا سننے کے لیے ٹیلی فون کیا؟ مجھے پوچھنا پڑتا ہے اس سے کہ آپ نے سنانے کے لیے ٹیلی فون کیا یا سننے کے لیے ٹیلی فون کیا؟</w:t>
      </w:r>
    </w:p>
    <w:p>
      <w:r>
        <w:rPr>
          <w:b/>
        </w:rPr>
        <w:t xml:space="preserve">[1:24:42] </w:t>
      </w:r>
      <w:r>
        <w:t>bas bol rahe hain, bol rahe hain, bol rahe hain. aur kai baar aisa hota hai ke woh bila soch samjhe telephone karta hai.</w:t>
      </w:r>
    </w:p>
    <w:p>
      <w:pPr>
        <w:jc w:val="right"/>
      </w:pPr>
      <w:r>
        <w:t>بس بول رہے ہیں، بول رہے ہیں، بول رہے ہیں۔ اور کئی بار ایسا ہوتا ہے کہ وہ بلا سوچ سمجھے ٹیلی فون کرتا ہے۔</w:t>
      </w:r>
    </w:p>
    <w:p>
      <w:r>
        <w:rPr>
          <w:b/>
        </w:rPr>
        <w:t xml:space="preserve">[1:24:51] </w:t>
      </w:r>
      <w:r>
        <w:t>aadmi</w:t>
      </w:r>
    </w:p>
    <w:p>
      <w:pPr>
        <w:jc w:val="right"/>
      </w:pPr>
      <w:r>
        <w:t>آدمی</w:t>
      </w:r>
    </w:p>
    <w:p>
      <w:r>
        <w:rPr>
          <w:b/>
        </w:rPr>
        <w:t xml:space="preserve">[1:24:53] </w:t>
      </w:r>
      <w:r>
        <w:t>to mein logon se kehta hoon ke bhai, pehle soch samajh kar ke mind mein rakh lijiye ke aap ko kya poochna hai mujh se specific tor par, phir telephone kijiye.</w:t>
      </w:r>
    </w:p>
    <w:p>
      <w:pPr>
        <w:jc w:val="right"/>
      </w:pPr>
      <w:r>
        <w:t>تو میں لوگوں سے کہتا ہوں کہ بھائی، پہلے سوچ سمجھ کر کے مائنڈ میں رکھ لیجئے کہ آپ کو کیا پوچھنا ہے مجھ سے سپیسیفک طور پر، پھر ٹیلی فون کیجئے۔</w:t>
      </w:r>
    </w:p>
    <w:p>
      <w:r>
        <w:rPr>
          <w:b/>
        </w:rPr>
        <w:t xml:space="preserve">[1:25:06] </w:t>
      </w:r>
      <w:r>
        <w:t>yaani kisi maamle mein logon ke andar koi discipline nahi hai, koi unhein etiquette ka pata nahi hai, kyunke soch samajh kar kaam karte nahi, bila soch samjhe kaam karte hain.</w:t>
      </w:r>
    </w:p>
    <w:p>
      <w:pPr>
        <w:jc w:val="right"/>
      </w:pPr>
      <w:r>
        <w:t>یعنی کسی معاملے میں لوگوں کے اندر کوئی ڈسپلن نہیں ہے، کوئی انہیں ایٹیکیٹ کا پتہ نہیں ہے، کیونکہ سوچ سمجھ کر کام کرتے نہیں، بلا سوچ سمجھے کام کرتے ہیں۔</w:t>
      </w:r>
    </w:p>
    <w:p>
      <w:r>
        <w:rPr>
          <w:b/>
        </w:rPr>
        <w:t xml:space="preserve">[1:25:22] </w:t>
      </w:r>
      <w:r>
        <w:t>to majlis ke etiquette ya majlis ke aadab jo hain, woh koi tedhi cheez nahi hai. sirf yeh hai ke hum thoda careful ho jayen, sochein, soch kar kaam karna janein to hum khud hi jaan lenge ke hamein kya kya karna hai, kya nahi karna hai.</w:t>
      </w:r>
    </w:p>
    <w:p>
      <w:pPr>
        <w:jc w:val="right"/>
      </w:pPr>
      <w:r>
        <w:t>تو مجلس کے ایٹیکیٹ یا مجلس کے آداب جو ہیں، وہ کوئی ٹیڑھی چیز نہیں ہے۔ صرف یہ ہے کہ ہم تھوڑا کیئرفل ہو جائیں، سوچیں، سوچ کر کام کرنا جانیں تو ہم خود ہی جان لیں گے کہ ہمیں کیا کیا کرنا ہے، کیا نہیں کرنا ہے۔</w:t>
      </w:r>
    </w:p>
    <w:p>
      <w:r>
        <w:rPr>
          <w:b/>
        </w:rPr>
        <w:t xml:space="preserve">[1:25:39] </w:t>
      </w:r>
      <w:r>
        <w:t>koi aisi mushkil cheez nahi hai. yeh ab maslan aksar mein aaj kal mein jalson mein bohat kam jana kam kar diya hai.</w:t>
      </w:r>
    </w:p>
    <w:p>
      <w:pPr>
        <w:jc w:val="right"/>
      </w:pPr>
      <w:r>
        <w:t>کوئی ایسی مشکل چیز نہیں ہے۔ یہ اب مثلاً اکثر میں آج کل میں جلسوں میں بہت کم جانا کم کر دیا ہے۔</w:t>
      </w:r>
    </w:p>
    <w:p>
      <w:r>
        <w:rPr>
          <w:b/>
        </w:rPr>
        <w:t xml:space="preserve">[1:25:49] </w:t>
      </w:r>
      <w:r>
        <w:t>mein ne wahan kya hota hai?</w:t>
      </w:r>
    </w:p>
    <w:p>
      <w:pPr>
        <w:jc w:val="right"/>
      </w:pPr>
      <w:r>
        <w:t>میں نے وہاں کیا ہوتا ہے؟</w:t>
      </w:r>
    </w:p>
    <w:p>
      <w:r>
        <w:rPr>
          <w:b/>
        </w:rPr>
        <w:t xml:space="preserve">[1:25:51] </w:t>
      </w:r>
      <w:r>
        <w:t>wahan baar baar stage pe baitha hua aadmi bolega ke aap ko das minute, woh aadha ghanta bole chale ja rahe hain. mein ne kisi ko paya nahi ab tak jo theek theek time limit jo us ke us mein bole.</w:t>
      </w:r>
    </w:p>
    <w:p>
      <w:pPr>
        <w:jc w:val="right"/>
      </w:pPr>
      <w:r>
        <w:t>وہاں بار بار اسٹیج پہ بیٹھا ہوا آدمی بولے گا کہ آپ کو دس منٹ، وہ آدھا گھنٹہ بولے چلے جا رہے ہیں۔ میں نے کسی کو پایا نہیں اب تک جو ٹھیک ٹھیک ٹائم لیمٹ جو اس کے اس میں بولے۔</w:t>
      </w:r>
    </w:p>
    <w:p>
      <w:r>
        <w:rPr>
          <w:b/>
        </w:rPr>
        <w:t xml:space="preserve">[1:26:08] </w:t>
      </w:r>
      <w:r>
        <w:t>paanch minute ka hai to 15 minute bolega, das minute ka hai to aadha ghanta bolega. koi discipline nahi, koi control nahi.</w:t>
      </w:r>
    </w:p>
    <w:p>
      <w:pPr>
        <w:jc w:val="right"/>
      </w:pPr>
      <w:r>
        <w:t>پانچ منٹ کا ہے تو 15 منٹ بولے گا، دس منٹ کا ہے تو آدھا گھنٹہ بولے گا۔ کوئی ڈسپلن نہیں، کوئی کنٹرول نہیں۔</w:t>
      </w:r>
    </w:p>
    <w:p>
      <w:r>
        <w:rPr>
          <w:b/>
        </w:rPr>
        <w:t xml:space="preserve">[1:26:17] </w:t>
      </w:r>
      <w:r>
        <w:t>bas yahi yeh sab majlis ke aadab ke khilaaf hai.</w:t>
      </w:r>
    </w:p>
    <w:p>
      <w:pPr>
        <w:jc w:val="right"/>
      </w:pPr>
      <w:r>
        <w:t>بس یہی یہ سب مجلس کے آداب کے خلاف ہے۔</w:t>
      </w:r>
    </w:p>
    <w:p>
      <w:r>
        <w:rPr>
          <w:b/>
        </w:rPr>
        <w:t xml:space="preserve">[1:26:21] </w:t>
      </w:r>
      <w:r>
        <w:t>yeh bhi yaad rakhiye ke haraam hai. log samajhte hain ke bas khinzir khana haraam hai aur sharab peena haraam hai. yeh sab cheezein apni haraam mein hi shamil hain.</w:t>
      </w:r>
    </w:p>
    <w:p>
      <w:pPr>
        <w:jc w:val="right"/>
      </w:pPr>
      <w:r>
        <w:t>یہ بھی یاد رکھیے کہ حرام ہے۔ لوگ سمجھتے ہیں کہ بس خنزیر کھانا حرام ہے اور شراب پینا حرام ہے۔ یہ سب چیزیں اپنی حرام میں ہی شامل ہیں۔</w:t>
      </w:r>
    </w:p>
    <w:p>
      <w:r>
        <w:rPr>
          <w:b/>
        </w:rPr>
        <w:t xml:space="preserve">[1:26:34] </w:t>
      </w:r>
      <w:r>
        <w:t>ji haan, haraam ki do category hain. ek woh category hai jo yaani bilkul quran mein bata di gayi hai, aur doosri category woh hai jo aap apni aql se jaan sakte hain.</w:t>
      </w:r>
    </w:p>
    <w:p>
      <w:pPr>
        <w:jc w:val="right"/>
      </w:pPr>
      <w:r>
        <w:t>جی ہاں، حرام کی دو کیٹگری ہیں۔ ایک وہ کیٹگری ہے جو یعنی بالکل قرآن میں بتا دی گئی ہے، اور دوسری کیٹگری وہ ہے جو آپ اپنی عقل سے جان سکتے ہیں۔</w:t>
      </w:r>
    </w:p>
    <w:p>
      <w:r>
        <w:rPr>
          <w:b/>
        </w:rPr>
        <w:t xml:space="preserve">[1:26:51] </w:t>
      </w:r>
      <w:r>
        <w:t>is liye hadith mein aata hai: "astaftee qalbuka" apne aap se fatwa pooch lo, common sense se jaan lo. to ek haraam woh hai jo shariat mein naam le kar bata diya gaya.</w:t>
      </w:r>
    </w:p>
    <w:p>
      <w:pPr>
        <w:jc w:val="right"/>
      </w:pPr>
      <w:r>
        <w:t>اس لیے حدیث میں آتا ہے: "استفت قلبک" اپنے آپ سے فتویٰ پوچھ لو، کامن سینس سے جان لو۔ تو ایک حرام وہ ہے جو شریعت میں نام لے کر بتا دیا گیا۔</w:t>
      </w:r>
    </w:p>
    <w:p>
      <w:r>
        <w:rPr>
          <w:b/>
        </w:rPr>
        <w:t xml:space="preserve">[1:27:03] </w:t>
      </w:r>
      <w:r>
        <w:t>ek haraam woh hai jo aap ko common sense batayega. agar aap serious hon, agar aap sincere hon to. to mein kahunga ke hamare saathi jo hain, jo log yahan aate hain, is hawalay se bohat koshish ho jayen, bohat koshish.</w:t>
      </w:r>
    </w:p>
    <w:p>
      <w:pPr>
        <w:jc w:val="right"/>
      </w:pPr>
      <w:r>
        <w:t>ایک حرام وہ ہے جو آپ کو کامن سینس بتائے گا۔ اگر آپ سیریس ہوں، اگر آپ سنسیئر ہوں تو۔ تو میں کہوں گا کہ ہمارے ساتھی جو ہیں، جو لوگ یہاں آتے ہیں، اس حوالے سے بہت کاشش ہو جائیں، بہت کاشش۔</w:t>
      </w:r>
    </w:p>
    <w:p>
      <w:r>
        <w:rPr>
          <w:b/>
        </w:rPr>
        <w:t xml:space="preserve">[1:27:20] </w:t>
      </w:r>
      <w:r>
        <w:t>inshallah. This question is from doctor Fareeda Khanum. Why is it that we are so susceptible to the temptations of Satan and do not want to follow the right path?</w:t>
      </w:r>
    </w:p>
    <w:p>
      <w:pPr>
        <w:jc w:val="right"/>
      </w:pPr>
      <w:r>
        <w:t>انشاءاللہ۔ This question is from ڈاکٹر فریدہ خانم۔ Why is it that we are so susceptible to the temptations of Satan and do not want to follow theright path?</w:t>
      </w:r>
    </w:p>
    <w:p>
      <w:r>
        <w:rPr>
          <w:b/>
        </w:rPr>
        <w:t xml:space="preserve">[1:27:43] </w:t>
      </w:r>
      <w:r>
        <w:t>yeh to yaani ek baar to aap mujh se ek sawal kiya gaya tha to mein ne kaha ke aap ne kabhi dekha agar ho to ek cheez ho jo kehte hain kharish ya eczema.</w:t>
      </w:r>
    </w:p>
    <w:p>
      <w:pPr>
        <w:jc w:val="right"/>
      </w:pPr>
      <w:r>
        <w:t>یہ تو یعنی ایک بار تو آپ مجھ سے ایک سوال کیا گیا تھا تو میں نے کہا کہ آپ نے کبھی دیکھا اگر ہو تو ایک چیز ہو جو کہتے ہیں خارش یا ایگزیما۔</w:t>
      </w:r>
    </w:p>
    <w:p>
      <w:r>
        <w:rPr>
          <w:b/>
        </w:rPr>
        <w:t xml:space="preserve">[1:27:54] </w:t>
      </w:r>
      <w:r>
        <w:t>eczema agar kisi ko ho jata hai na to us ko khujata rehta hai. woh har doctor kahe mat khujao lekin khujana acha lagta hai.</w:t>
      </w:r>
    </w:p>
    <w:p>
      <w:pPr>
        <w:jc w:val="right"/>
      </w:pPr>
      <w:r>
        <w:t>ایگزیما اگر کسی کو ہو جاتا ہے نا تو اس کو کھجاتا رہتا ہے۔ وہ ہر ڈاکٹر کہے کہ مت کھجاؤ لیکن کھجانا اچھا لگتا ہے۔</w:t>
      </w:r>
    </w:p>
    <w:p>
      <w:r>
        <w:rPr>
          <w:b/>
        </w:rPr>
        <w:t xml:space="preserve">[1:28:07] </w:t>
      </w:r>
      <w:r>
        <w:t>to aadmi apne desire pe chalta hai. aam taur par desire ko control kar ke nahi chalta. basic baat yeh hai apne desire ko manage karna seekhein, apne desire ko control karna seekhein.</w:t>
      </w:r>
    </w:p>
    <w:p>
      <w:pPr>
        <w:jc w:val="right"/>
      </w:pPr>
      <w:r>
        <w:t>تو آدمی اپنے ڈیزائر پہ چلتا ہے۔ عام طور پر ڈیزائر کو کنٹرول کر کے نہیں چلتا۔ بیسک بات یہ ہے اپنے ڈیزائر کو مینج کرنا سیکھیں، اپنے ڈیزائر کو کنٹرول کرنا سیکھیں۔</w:t>
      </w:r>
    </w:p>
    <w:p>
      <w:r>
        <w:rPr>
          <w:b/>
        </w:rPr>
        <w:t xml:space="preserve">[1:28:21] </w:t>
      </w:r>
      <w:r>
        <w:t>to log karte nahin hain aisa. bas jo jee mein aaye woh kar rahe hain, jo jee mein aaye kar rahe hain.</w:t>
      </w:r>
    </w:p>
    <w:p>
      <w:pPr>
        <w:jc w:val="right"/>
      </w:pPr>
      <w:r>
        <w:t>تو لوگ کرتے نہیں ہیں ایسا۔ بس جو جی میں آئے وہ کر رہے ہیں، جو جی میں آئے کر رہے ہیں۔</w:t>
      </w:r>
    </w:p>
    <w:p>
      <w:r>
        <w:rPr>
          <w:b/>
        </w:rPr>
        <w:t xml:space="preserve">[1:28:30] </w:t>
      </w:r>
      <w:r>
        <w:t>is ka yahi solution ho sakta hai ke logon ko samjhaya jaye ke ke art of yani yani thought, yani thought ko manage karna seekho, apne desire ko manage karna seekho.</w:t>
      </w:r>
    </w:p>
    <w:p>
      <w:pPr>
        <w:jc w:val="right"/>
      </w:pPr>
      <w:r>
        <w:t>اس کا یہی سلویوشن ہو سکتا ہے کہ لوگوں کو سمجھایا جائے کہ کہ آرٹ آف یعنی یعنی تھاٹ، یعنی تھاٹ کو مینج کرنا سیکھو، اپنے ڈیزائر کو مینج کرنا سیکھو۔</w:t>
      </w:r>
    </w:p>
    <w:p>
      <w:r>
        <w:rPr>
          <w:b/>
        </w:rPr>
        <w:t xml:space="preserve">[1:28:43] </w:t>
      </w:r>
      <w:r>
        <w:t>logon ko batayein hum yeh kar sakte hain is mamle mein. She the other aspect of her question is why even those people are ungrateful who have found so many things in life</w:t>
      </w:r>
    </w:p>
    <w:p>
      <w:pPr>
        <w:jc w:val="right"/>
      </w:pPr>
      <w:r>
        <w:t>لوگوں کو بتائیں ہم یہ کر سکتے ہیں اس معاملے میں۔ She the other aspect of her question is why even those people are ungrateful who have found so many things in life</w:t>
      </w:r>
    </w:p>
    <w:p>
      <w:r>
        <w:rPr>
          <w:b/>
        </w:rPr>
        <w:t xml:space="preserve">[1:29:00] </w:t>
      </w:r>
      <w:r>
        <w:t>haan yeh dekhiye bohat bara question hai. Hadees mein aata hai ke apne se neeche wale ko dekho, apne se upar wale ko mat dekho.</w:t>
      </w:r>
    </w:p>
    <w:p>
      <w:pPr>
        <w:jc w:val="right"/>
      </w:pPr>
      <w:r>
        <w:t>ہاں یہ دیکھیے بہت بڑا کوئسچن ہے۔ حدیث میں آتا ہے کہ اپنے سے نیچے والے کو دیکھو، اپنے سے اوپر والے کو مت دیکھو۔</w:t>
      </w:r>
    </w:p>
    <w:p>
      <w:r>
        <w:rPr>
          <w:b/>
        </w:rPr>
        <w:t xml:space="preserve">[1:29:12] </w:t>
      </w:r>
      <w:r>
        <w:t>kyun? apne se neeche wale ko dekho ge to tumhara shukr paida hoga. Shukr upar wale ko dekho ge to nashukri aaye gi ke dekho in ko itna hai, hum to humare paas itna kam hai.</w:t>
      </w:r>
    </w:p>
    <w:p>
      <w:pPr>
        <w:jc w:val="right"/>
      </w:pPr>
      <w:r>
        <w:t>کیوں؟ اپنے سے نیچے والے کو دیکھو گے تو تمہارا شکر پیدا ہوگا۔ شکر اوپر والے کو دیکھو گے تو ناشکری آئے گی کہ دیکھو ان کو اتنا ہے، ہم تو ہمارے پاس اتنا کم ہے۔</w:t>
      </w:r>
    </w:p>
    <w:p>
      <w:r>
        <w:rPr>
          <w:b/>
        </w:rPr>
        <w:t xml:space="preserve">[1:29:29] </w:t>
      </w:r>
      <w:r>
        <w:t>to Khuda ne yeh Khuda ki jo planning jo hai, is ke mutabiq Khuda ne is dunya mein difference rakha hai. Kisi ke paas kam, kisi ke paas zyada.</w:t>
      </w:r>
    </w:p>
    <w:p>
      <w:pPr>
        <w:jc w:val="right"/>
      </w:pPr>
      <w:r>
        <w:t>تو خدا نے یہ خدا کی جو پلاننگ جو ہے، اس کے مطابق خدا نے اس دنیا میں ڈیفرنس رکھا ہے۔ کسی کے پاس کم، کسی کے پاس زیادہ۔</w:t>
      </w:r>
    </w:p>
    <w:p>
      <w:r>
        <w:rPr>
          <w:b/>
        </w:rPr>
        <w:t xml:space="preserve">[1:29:39] </w:t>
      </w:r>
      <w:r>
        <w:t>yeh rahe ga, yeh khatam nahi ho sakta kabhi bhi.</w:t>
      </w:r>
    </w:p>
    <w:p>
      <w:pPr>
        <w:jc w:val="right"/>
      </w:pPr>
      <w:r>
        <w:t>یہ رہے گا، یہ ختم نہیں ہو سکتا کبھی بھی۔</w:t>
      </w:r>
    </w:p>
    <w:p>
      <w:r>
        <w:rPr>
          <w:b/>
        </w:rPr>
        <w:t xml:space="preserve">[1:29:46] </w:t>
      </w:r>
      <w:r>
        <w:t>humein kya karna hai ke apne hamesha agar hum is paas dekhein to kisi ke paas hum se kam hoga. Is ko dekhiye taake shukr shukr kar sakein aap.</w:t>
      </w:r>
    </w:p>
    <w:p>
      <w:pPr>
        <w:jc w:val="right"/>
      </w:pPr>
      <w:r>
        <w:t>ہمیں کیا کرنا ہے کہ اپنے ہمیشہ اگر ہم اس پاس دیکھیں تو کسی کے پاس ہم سے کم ہوگا۔ اس کو دیکھیے تاکہ شکر شکر کر سکیں آپ۔</w:t>
      </w:r>
    </w:p>
    <w:p>
      <w:r>
        <w:rPr>
          <w:b/>
        </w:rPr>
        <w:t xml:space="preserve">[1:29:58] </w:t>
      </w:r>
      <w:r>
        <w:t>kyun? aap upar wale ko dekhte hain aur mustaqil tension mein jeete hain. Sheikh Saadi ne likha hai qissa ke mein ke mere paas joota nahi tha</w:t>
      </w:r>
    </w:p>
    <w:p>
      <w:pPr>
        <w:jc w:val="right"/>
      </w:pPr>
      <w:r>
        <w:t>کیوں؟ آپ اوپر والے کو دیکھتے ہیں اور مستقل ٹینشن میں جیتے ہیں۔ شیخ سعدی نے لکھا ہے قصہ کہ میں کہ میرے پاس جوتا نہیں تھا</w:t>
      </w:r>
    </w:p>
    <w:p>
      <w:r>
        <w:rPr>
          <w:b/>
        </w:rPr>
        <w:t xml:space="preserve">[1:30:10] </w:t>
      </w:r>
      <w:r>
        <w:t>to mein ne Khuda par, mein ne shayad nashukri ki. mein ne ke dekho Khuda ne mujhe joota nahi diya. to bahar jab nikla to ek aadmi ka paon kata hua tha.</w:t>
      </w:r>
    </w:p>
    <w:p>
      <w:pPr>
        <w:jc w:val="right"/>
      </w:pPr>
      <w:r>
        <w:t>تو میں نے خدا پر، میں نے شاید ناشکری کیا۔ میں نے کہ دیکھو خدا نے مجھے جوتا نہیں دیا۔ تو باہر جب نکلا تو ایک آدمی کا پاؤں کٹا ہوا تھا۔</w:t>
      </w:r>
    </w:p>
    <w:p>
      <w:r>
        <w:rPr>
          <w:b/>
        </w:rPr>
        <w:t xml:space="preserve">[1:30:22] </w:t>
      </w:r>
      <w:r>
        <w:t>to kaha mein ne shukr kiya ke Khuda ya kam se kam mera paon to kata hua nahi hai.</w:t>
      </w:r>
    </w:p>
    <w:p>
      <w:pPr>
        <w:jc w:val="right"/>
      </w:pPr>
      <w:r>
        <w:t>تو کہا میں نے شکر کیا کہ خدایا کم سے کم میرا پاؤں تو کٹا ہوا نہیں ہے۔</w:t>
      </w:r>
    </w:p>
    <w:p>
      <w:r>
        <w:rPr>
          <w:b/>
        </w:rPr>
        <w:t xml:space="preserve">[1:30:29] </w:t>
      </w:r>
      <w:r>
        <w:t>agar joota nahi hai to paon to intact hai mera. Is tarah se shukr aata hai. Gooya shukr bhi ek soch kar ke lana parta hai.</w:t>
      </w:r>
    </w:p>
    <w:p>
      <w:pPr>
        <w:jc w:val="right"/>
      </w:pPr>
      <w:r>
        <w:t>اگر جوتا نہیں ہے تو پاؤں تو انٹیکٹ ہے میرا۔ اس طرح سے شکر آتا ہے۔ گویا شکر بھی ایک سوچ کر کے لانا پڑتا ہے۔</w:t>
      </w:r>
    </w:p>
    <w:p>
      <w:r>
        <w:rPr>
          <w:b/>
        </w:rPr>
        <w:t xml:space="preserve">[1:30:41] </w:t>
      </w:r>
      <w:r>
        <w:t>agar hum na sochein to aadmi kabhi shukr karne wala nahi baney ga.</w:t>
      </w:r>
    </w:p>
    <w:p>
      <w:pPr>
        <w:jc w:val="right"/>
      </w:pPr>
      <w:r>
        <w:t>اگر ہم نہ سوچیں تو آدمی کبھی شکر کرنے والا نہیں بنے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