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Paradise 4 March 2006 - Maulana Wahiduddin Khan</w:t>
      </w:r>
    </w:p>
    <w:p>
      <w:r>
        <w:t>https://www.youtube.com/watch?v=SYmFRRq3BGU</w:t>
      </w:r>
    </w:p>
    <w:p>
      <w:r>
        <w:rPr>
          <w:b/>
        </w:rPr>
        <w:t xml:space="preserve">[00:14] </w:t>
      </w:r>
      <w:r>
        <w:t>bismillah rahman rahim, wa salla Allahu ala nabiyyi al kareem.</w:t>
      </w:r>
    </w:p>
    <w:p>
      <w:pPr>
        <w:jc w:val="right"/>
      </w:pPr>
      <w:r>
        <w:t>بسم اللہ الرحمن الرحیم، وصلی اللہ علی النبی الکریم۔</w:t>
      </w:r>
    </w:p>
    <w:p>
      <w:r>
        <w:rPr>
          <w:b/>
        </w:rPr>
        <w:t xml:space="preserve">[00:24] </w:t>
      </w:r>
      <w:r>
        <w:t>jannat kya hai?</w:t>
      </w:r>
    </w:p>
    <w:p>
      <w:pPr>
        <w:jc w:val="right"/>
      </w:pPr>
      <w:r>
        <w:t>جنت کیا ہے؟</w:t>
      </w:r>
    </w:p>
    <w:p>
      <w:r>
        <w:rPr>
          <w:b/>
        </w:rPr>
        <w:t xml:space="preserve">[00:29] </w:t>
      </w:r>
      <w:r>
        <w:t>is ko quran mein</w:t>
      </w:r>
    </w:p>
    <w:p>
      <w:pPr>
        <w:jc w:val="right"/>
      </w:pPr>
      <w:r>
        <w:t>اس کو قرآن میں</w:t>
      </w:r>
    </w:p>
    <w:p>
      <w:r>
        <w:rPr>
          <w:b/>
        </w:rPr>
        <w:t xml:space="preserve">[00:33] </w:t>
      </w:r>
      <w:r>
        <w:t>kafi detail ke sath bataya gaya hai. aap quran ko parhein to aap payenge ke quran mein, misaal ke taur par,</w:t>
      </w:r>
    </w:p>
    <w:p>
      <w:pPr>
        <w:jc w:val="right"/>
      </w:pPr>
      <w:r>
        <w:t>کافی ڈیٹیل کے ساتھ بتایا گیا ہے۔ آپ قرآن کو پڑھیں تو آپ پائیں گے کہ قرآن میں، مثلاً،</w:t>
      </w:r>
    </w:p>
    <w:p>
      <w:r>
        <w:rPr>
          <w:b/>
        </w:rPr>
        <w:t xml:space="preserve">[00:46] </w:t>
      </w:r>
      <w:r>
        <w:t>namaz kaise parhi jaye, is ki koi detail nahi. hajj kaise kiya jaye, is ki koi detail nahi. yahan tak ke aaj kal logon mein jo identity concept hai,</w:t>
      </w:r>
    </w:p>
    <w:p>
      <w:pPr>
        <w:jc w:val="right"/>
      </w:pPr>
      <w:r>
        <w:t>نماز کیسے پڑھی جائے، اس کی کوئی ڈیٹیل نہیں۔ حج کیسے کیا جائے، اس کی کوئی ڈیٹیل نہیں۔ یہاں تک کہ آج کل لوگوں میں جو آئیڈینٹیٹی کانسیپٹ ہے،</w:t>
      </w:r>
    </w:p>
    <w:p>
      <w:r>
        <w:rPr>
          <w:b/>
        </w:rPr>
        <w:t xml:space="preserve">[01:03] </w:t>
      </w:r>
      <w:r>
        <w:t>yani islami shanakht, islam ki pehchan, is ka koi zikr quran mein nahi hai. aam taur par log samajhte hain ke islam naam hai ek khaas pehchan ka, khaas tarah ka kapra, khaas tarah ki topi,</w:t>
      </w:r>
    </w:p>
    <w:p>
      <w:pPr>
        <w:jc w:val="right"/>
      </w:pPr>
      <w:r>
        <w:t>یعنی اسلامی شناخت، اسلام کی پہچان، اس کا کوئی ذکر قرآن میں نہیں ہے۔ عام طور پر لوگ سمجھتے ہیں کہ اسلام نام ہے ایک خاص پہچان کا، خاص طرح کا کپڑا، خاص طرح کی ٹوپی،</w:t>
      </w:r>
    </w:p>
    <w:p>
      <w:r>
        <w:rPr>
          <w:b/>
        </w:rPr>
        <w:t xml:space="preserve">[01:20] </w:t>
      </w:r>
      <w:r>
        <w:t>khaas tarah ki dadi. jo kehte hain urdu mein waza qata, is ko log islam samajhte hain.</w:t>
      </w:r>
    </w:p>
    <w:p>
      <w:pPr>
        <w:jc w:val="right"/>
      </w:pPr>
      <w:r>
        <w:t>خاص طرح کی داڑھی۔ جو کہتے ہیں اردو میں وضع قطع، اس کو لوگ اسلام سمجھتے ہیں۔</w:t>
      </w:r>
    </w:p>
    <w:p>
      <w:r>
        <w:rPr>
          <w:b/>
        </w:rPr>
        <w:t xml:space="preserve">[01:30] </w:t>
      </w:r>
      <w:r>
        <w:t>lekin ajeeb baat hai ke aap quran ko parhein to is mein kuch bhi aap is ke bare mein nahi payenge. kuch bhi nahi.</w:t>
      </w:r>
    </w:p>
    <w:p>
      <w:pPr>
        <w:jc w:val="right"/>
      </w:pPr>
      <w:r>
        <w:t>لیکن عجیب بات ہے کہ آپ قرآن کو پڑھیں تو اس میں کچھ بھی آپ اس کے بارے میں نہیں پائیں گے۔ کچھ بھی نہیں۔</w:t>
      </w:r>
    </w:p>
    <w:p>
      <w:r>
        <w:rPr>
          <w:b/>
        </w:rPr>
        <w:t xml:space="preserve">[01:41] </w:t>
      </w:r>
      <w:r>
        <w:t>jaise ke quran ke nazdeek in baaton ki koi bhi ahmiyat nahi hai. kaisi ajeeb baat hai. yeh sab se zyada jis cheez ko log ahmiyat dete hain,</w:t>
      </w:r>
    </w:p>
    <w:p>
      <w:pPr>
        <w:jc w:val="right"/>
      </w:pPr>
      <w:r>
        <w:t>جیسے کہ قرآن کے نزدیک ان باتوں کی کوئی بھی اہمیت نہیں ہے۔ کیسی عجیب بات ہے۔ یہ سب سے زیادہ جس چیز کو لوگ اہمیت دیتے ہیں،</w:t>
      </w:r>
    </w:p>
    <w:p>
      <w:r>
        <w:rPr>
          <w:b/>
        </w:rPr>
        <w:t xml:space="preserve">[01:56] </w:t>
      </w:r>
      <w:r>
        <w:t>is ka quran mein koi zikr hi nahi, koi reference nahi, koi zikr nahi. zikr kiska hai? jannat ka. khuda ki badai ka.</w:t>
      </w:r>
    </w:p>
    <w:p>
      <w:pPr>
        <w:jc w:val="right"/>
      </w:pPr>
      <w:r>
        <w:t>اس کا قرآن میں کوئی ذکر ہی نہیں، کوئی ریفرنس نہیں، کوئی ذکر نہیں۔ ذکر کس کا ہے؟ جنت کا۔ خدا کی بڑائی کا۔</w:t>
      </w:r>
    </w:p>
    <w:p>
      <w:r>
        <w:rPr>
          <w:b/>
        </w:rPr>
        <w:t xml:space="preserve">[02:07] </w:t>
      </w:r>
      <w:r>
        <w:t>in cheezon ka. jannat ke bare mein bohat detail mein quran mein bataya gaya hai.</w:t>
      </w:r>
    </w:p>
    <w:p>
      <w:pPr>
        <w:jc w:val="right"/>
      </w:pPr>
      <w:r>
        <w:t>ان چیزوں کا۔ جنت کے بارے میں بہت ڈیٹیل میں قرآن میں بتایا گیا ہے۔</w:t>
      </w:r>
    </w:p>
    <w:p>
      <w:r>
        <w:rPr>
          <w:b/>
        </w:rPr>
        <w:t xml:space="preserve">[02:18] </w:t>
      </w:r>
      <w:r>
        <w:t>aur hadith mein bhi bataya gaya hai.</w:t>
      </w:r>
    </w:p>
    <w:p>
      <w:pPr>
        <w:jc w:val="right"/>
      </w:pPr>
      <w:r>
        <w:t>اور حدیث میں بھی بتایا گیا ہے۔</w:t>
      </w:r>
    </w:p>
    <w:p>
      <w:r>
        <w:rPr>
          <w:b/>
        </w:rPr>
        <w:t xml:space="preserve">[02:23] </w:t>
      </w:r>
      <w:r>
        <w:t>khulasa is ka yeh hai ke: wa lakum fiha ma tashtahi anfusukum.</w:t>
      </w:r>
    </w:p>
    <w:p>
      <w:pPr>
        <w:jc w:val="right"/>
      </w:pPr>
      <w:r>
        <w:t>خلاصہ اس کا یہ ہے کہ: وَلَكُمْ فِيهَا مَا تَشْتَهِيُ أَنْفُسُكُمْ۔</w:t>
      </w:r>
    </w:p>
    <w:p>
      <w:r>
        <w:rPr>
          <w:b/>
        </w:rPr>
        <w:t xml:space="preserve">[02:32] </w:t>
      </w:r>
      <w:r>
        <w:t>jannat mein woh sab kuch hoga jo tum chaho.</w:t>
      </w:r>
    </w:p>
    <w:p>
      <w:pPr>
        <w:jc w:val="right"/>
      </w:pPr>
      <w:r>
        <w:t>جنت میں وہ سب کچھ ہوگا جو تم چاہو۔</w:t>
      </w:r>
    </w:p>
    <w:p>
      <w:r>
        <w:rPr>
          <w:b/>
        </w:rPr>
        <w:t xml:space="preserve">[02:41] </w:t>
      </w:r>
      <w:r>
        <w:t>aap jante hain ke insan ke andar</w:t>
      </w:r>
    </w:p>
    <w:p>
      <w:pPr>
        <w:jc w:val="right"/>
      </w:pPr>
      <w:r>
        <w:t>آپ جانتے ہیں کہ انسان کے اندر</w:t>
      </w:r>
    </w:p>
    <w:p>
      <w:r>
        <w:rPr>
          <w:b/>
        </w:rPr>
        <w:t xml:space="preserve">[02:45] </w:t>
      </w:r>
      <w:r>
        <w:t>anginat khwahishein hain.</w:t>
      </w:r>
    </w:p>
    <w:p>
      <w:pPr>
        <w:jc w:val="right"/>
      </w:pPr>
      <w:r>
        <w:t>انگنت خواہشیں ہیں۔</w:t>
      </w:r>
    </w:p>
    <w:p>
      <w:r>
        <w:rPr>
          <w:b/>
        </w:rPr>
        <w:t xml:space="preserve">[02:50] </w:t>
      </w:r>
      <w:r>
        <w:t>anginat chahatein hain, anginat khwahishein hain. yeh sab kuch quran mein, yeh sab kuch jannat mein poori tarah maujood hoga.</w:t>
      </w:r>
    </w:p>
    <w:p>
      <w:pPr>
        <w:jc w:val="right"/>
      </w:pPr>
      <w:r>
        <w:t>انگنت چاہتیں ہیں، انگنت خواہشیں ہیں۔ یہ سب کچھ قرآن میں، یہ سب کچھ جنت میں پوری طرح موجود ہوگا۔</w:t>
      </w:r>
    </w:p>
    <w:p>
      <w:r>
        <w:rPr>
          <w:b/>
        </w:rPr>
        <w:t xml:space="preserve">[03:05] </w:t>
      </w:r>
      <w:r>
        <w:t>misalan,</w:t>
      </w:r>
    </w:p>
    <w:p>
      <w:pPr>
        <w:jc w:val="right"/>
      </w:pPr>
      <w:r>
        <w:t>مثلاً،</w:t>
      </w:r>
    </w:p>
    <w:p>
      <w:r>
        <w:rPr>
          <w:b/>
        </w:rPr>
        <w:t xml:space="preserve">[03:09] </w:t>
      </w:r>
      <w:r>
        <w:t>quran mein hai ke:</w:t>
      </w:r>
    </w:p>
    <w:p>
      <w:pPr>
        <w:jc w:val="right"/>
      </w:pPr>
      <w:r>
        <w:t>قرآن میں ہے کہ:</w:t>
      </w:r>
    </w:p>
    <w:p>
      <w:r>
        <w:rPr>
          <w:b/>
        </w:rPr>
        <w:t xml:space="preserve">[03:14] </w:t>
      </w:r>
      <w:r>
        <w:t>la khawfun alayhim wa la hum yahzanoon. jannat mein na andesha hoga aur na gham.</w:t>
      </w:r>
    </w:p>
    <w:p>
      <w:pPr>
        <w:jc w:val="right"/>
      </w:pPr>
      <w:r>
        <w:t>لَا خَوْفٌ عَلَيْهِمْ وَلَا هُمْ يَحْزَنُونَ۔ جنت میں نہ اندیشہ ہوگا اور نہ غم۔</w:t>
      </w:r>
    </w:p>
    <w:p>
      <w:r>
        <w:rPr>
          <w:b/>
        </w:rPr>
        <w:t xml:space="preserve">[03:26] </w:t>
      </w:r>
      <w:r>
        <w:t>aap jante hain ke insaan duniya mein inhi do cheezon ke beech mein jeeta hai. ya to kisi dukh ka gham hota hai is ko, ya kuch pesh aane wali baaton ka is ko andesha rehta hai.</w:t>
      </w:r>
    </w:p>
    <w:p>
      <w:pPr>
        <w:jc w:val="right"/>
      </w:pPr>
      <w:r>
        <w:t>آپ جانتے ہیں کہ انسان دنیا میں انہی دو چیزوں کے بیچ میں جیتا ہے۔ یا تو کسی دکھ کا غم ہوتا ہے اس کو، یا کچھ پیش آنے والی باتوں کا اس کو اندیشہ رہتا ہے۔</w:t>
      </w:r>
    </w:p>
    <w:p>
      <w:r>
        <w:rPr>
          <w:b/>
        </w:rPr>
        <w:t xml:space="preserve">[03:42] </w:t>
      </w:r>
      <w:r>
        <w:t>to farmaya ke jannat mein na dukh hoga aur na gham hoga. aise hi hai ke: la yarawna fiha shamsun wa la zamreerun.</w:t>
      </w:r>
    </w:p>
    <w:p>
      <w:pPr>
        <w:jc w:val="right"/>
      </w:pPr>
      <w:r>
        <w:t>تو فرمایا کہ جنت میں نہ دکھ ہوگا اور نہ غم ہوگا۔ ایسے ہی ہے کہ: لَا يَرَوْنَ فِيهَا شَمْسٌ وَلَا ذَمْرِيرٌ۔</w:t>
      </w:r>
    </w:p>
    <w:p>
      <w:r>
        <w:rPr>
          <w:b/>
        </w:rPr>
        <w:t xml:space="preserve">[03:56] </w:t>
      </w:r>
      <w:r>
        <w:t>jannat mein na garmi hogi aur na thand. aap jante hain ke duniya mein hum kabhi thand aa gayi to is se pareshan ho rahe hain, garmi aa gayi to is se pareshan ho rahe hain.</w:t>
      </w:r>
    </w:p>
    <w:p>
      <w:pPr>
        <w:jc w:val="right"/>
      </w:pPr>
      <w:r>
        <w:t>جنت میں نہ گرمی ہوگی اور نہ ٹھنڈ۔ آپ جانتے ہیں کہ دنیا میں ہم کبھی ٹھنڈ آ گئی تو اس سے پریشان ہو رہے ہیں، گرمی آ گئی تو اس سے پریشان ہو رہے ہیں۔</w:t>
      </w:r>
    </w:p>
    <w:p>
      <w:r>
        <w:rPr>
          <w:b/>
        </w:rPr>
        <w:t xml:space="preserve">[04:11] </w:t>
      </w:r>
      <w:r>
        <w:t>to pata hai ke wahan ka mausam bohat hi mu'tedil hoga. wahan na thand ki takleef hogi aur na garmi ki takleef hogi.</w:t>
      </w:r>
    </w:p>
    <w:p>
      <w:pPr>
        <w:jc w:val="right"/>
      </w:pPr>
      <w:r>
        <w:t>تو پتہ ہے کہ وہاں کا موسم بہت ہی معتدل ہوگا۔ وہاں نہ ٹھنڈ کی تکلیف ہوگی اور نہ گرمی کی تکلیف ہوگی۔</w:t>
      </w:r>
    </w:p>
    <w:p>
      <w:r>
        <w:rPr>
          <w:b/>
        </w:rPr>
        <w:t xml:space="preserve">[04:27] </w:t>
      </w:r>
      <w:r>
        <w:t>isi tarah hadith mein hai ke: la sakhabun fihi wa la nasabun. ke jannat mein na shor hoga aur na takleef hogi.</w:t>
      </w:r>
    </w:p>
    <w:p>
      <w:pPr>
        <w:jc w:val="right"/>
      </w:pPr>
      <w:r>
        <w:t>اسی طرح حدیث میں ہے کہ: لَا سَخَبَ فِيهِ وَلَا نَسَبَ۔ کہ جنت میں نہ شور ہوگا اور نہ تکلیف ہوگی۔</w:t>
      </w:r>
    </w:p>
    <w:p>
      <w:r>
        <w:rPr>
          <w:b/>
        </w:rPr>
        <w:t xml:space="preserve">[04:45] </w:t>
      </w:r>
      <w:r>
        <w:t>duniya mein aap jante hain ke har waqt koi na koi shor, koi motor ka horn baja raha hai, koi loud speaker par gana baja raha hai, koi bachche shor kar rahe hain, koi bade shor kar rahe hain.</w:t>
      </w:r>
    </w:p>
    <w:p>
      <w:pPr>
        <w:jc w:val="right"/>
      </w:pPr>
      <w:r>
        <w:t>دنیا میں آپ جانتے ہیں کہ ہر وقت کوئی نہ کوئی شور، کوئی موٹر کا ہارن بجا رہا ہے، کوئی لاؤڈ سپیکر پر گانا بجا رہا ہے، کوئی بچے شور کر رہے ہیں، کوئی بڑے شور کر رہے ہیں۔</w:t>
      </w:r>
    </w:p>
    <w:p>
      <w:r>
        <w:rPr>
          <w:b/>
        </w:rPr>
        <w:t xml:space="preserve">[05:02] </w:t>
      </w:r>
      <w:r>
        <w:t>main ne parha tha aik baar times of india mein ke aik lady dilli chhod kar sirf is liye chali gayi ke yahan is ko loud speaker ki awazein itni zyada sunne ko milti theen ke woh bardasht nahi kar saki, woh dilli chhod kar chali gayi kahin, pata nahi kahan.</w:t>
      </w:r>
    </w:p>
    <w:p>
      <w:pPr>
        <w:jc w:val="right"/>
      </w:pPr>
      <w:r>
        <w:t>میں نے پڑھا تھا ایک بار ٹائمز آف انڈیا میں کہ ایک لیڈی دلی چھوڑ کر صرف اس لیے چلی گئی کہ یہاں اس کو لاؤڈ سپیکر کی آوازیں اتنی زیادہ سننے کو ملتی تھیں کہ وہ برداشت نہیں کر سکی، وہ دلی چھوڑ کر چلی گئی کہیں، پتہ نہیں کہاں۔</w:t>
      </w:r>
    </w:p>
    <w:p>
      <w:r>
        <w:rPr>
          <w:b/>
        </w:rPr>
        <w:t xml:space="preserve">[05:20] </w:t>
      </w:r>
      <w:r>
        <w:t>to farmaya ke: la sakhabun fihi wa la nasabun. ke jannat mein na shor hoga aur na</w:t>
      </w:r>
    </w:p>
    <w:p>
      <w:pPr>
        <w:jc w:val="right"/>
      </w:pPr>
      <w:r>
        <w:t>تو فرمایا کہ: لَا سَخَبَ فِيهِ وَلَا نَسَبَ۔ کہ جنت میں نہ شور ہوگا اور نہ</w:t>
      </w:r>
    </w:p>
    <w:p>
      <w:r>
        <w:rPr>
          <w:b/>
        </w:rPr>
        <w:t xml:space="preserve">[05:29] </w:t>
      </w:r>
      <w:r>
        <w:t>takleef hogi.</w:t>
      </w:r>
    </w:p>
    <w:p>
      <w:pPr>
        <w:jc w:val="right"/>
      </w:pPr>
      <w:r>
        <w:t>تکلیف ہوگی۔</w:t>
      </w:r>
    </w:p>
    <w:p>
      <w:r>
        <w:rPr>
          <w:b/>
        </w:rPr>
        <w:t xml:space="preserve">[05:36] </w:t>
      </w:r>
      <w:r>
        <w:t>main ne is ko is tareeqe se samjha hai ke jannat woh jagah hai jahan par</w:t>
      </w:r>
    </w:p>
    <w:p>
      <w:pPr>
        <w:jc w:val="right"/>
      </w:pPr>
      <w:r>
        <w:t>میں نے اس کو اس طریقے سے سمجھا ہے کہ جنت وہ جگہ ہے جہاں پر</w:t>
      </w:r>
    </w:p>
    <w:p>
      <w:r>
        <w:rPr>
          <w:b/>
        </w:rPr>
        <w:t xml:space="preserve">[05:45] </w:t>
      </w:r>
      <w:r>
        <w:t>hudood khatm kar di jayen aur nuqsan khatm kar diya jaye. mere apne tajrube mein aadmi is duniya mein inhi do cheezon ke beech mein jeena padta hai is ko.</w:t>
      </w:r>
    </w:p>
    <w:p>
      <w:pPr>
        <w:jc w:val="right"/>
      </w:pPr>
      <w:r>
        <w:t>حدود ختم کر دی جائیں اور نقصان ختم کر دیا جائے۔ میرے اپنے تجربے میں آدمی اس دنیا میں انہی دو چیزوں کے بیچ میں جینا پڑتا ہے اس کو۔</w:t>
      </w:r>
    </w:p>
    <w:p>
      <w:r>
        <w:rPr>
          <w:b/>
        </w:rPr>
        <w:t xml:space="preserve">[06:03] </w:t>
      </w:r>
      <w:r>
        <w:t>kahin is ko woh aik cheez chahta hai lekin hudood is ko aage chalne nahi deti.</w:t>
      </w:r>
    </w:p>
    <w:p>
      <w:pPr>
        <w:jc w:val="right"/>
      </w:pPr>
      <w:r>
        <w:t>کہیں اس کو وہ ایک چیز چاہتا ہے لیکن حدود اس کو آگے چلنے نہیں دیتی۔</w:t>
      </w:r>
    </w:p>
    <w:p>
      <w:r>
        <w:rPr>
          <w:b/>
        </w:rPr>
        <w:t xml:space="preserve">[06:16] </w:t>
      </w:r>
      <w:r>
        <w:t>kahin aur is ko pata hai ke woh aik cheez chahta hai magar koi nuqsan is ko rok ban jata hai. aap mein se har shakhs ko aisa tajruba hua hoga.</w:t>
      </w:r>
    </w:p>
    <w:p>
      <w:pPr>
        <w:jc w:val="right"/>
      </w:pPr>
      <w:r>
        <w:t>کہیں اور اس کو پاتا ہے کہ وہ ایک چیز چاہتا ہے مگر کوئی نقصان اس کو روک بن جاتا ہے۔ آپ میں سے ہر شخص کو ایسا تجربہ ہوا ہوگا۔</w:t>
      </w:r>
    </w:p>
    <w:p>
      <w:r>
        <w:rPr>
          <w:b/>
        </w:rPr>
        <w:t xml:space="preserve">[06:26] </w:t>
      </w:r>
      <w:r>
        <w:t>main apna aik tajruba arz karta hoon. bohat se tajrubon mein se aik tajruba.</w:t>
      </w:r>
    </w:p>
    <w:p>
      <w:pPr>
        <w:jc w:val="right"/>
      </w:pPr>
      <w:r>
        <w:t>میں اپنا ایک تجربہ عرض کرتا ہوں۔ بہت سے تجربوں میں سے ایک تجربہ۔</w:t>
      </w:r>
    </w:p>
    <w:p>
      <w:r>
        <w:rPr>
          <w:b/>
        </w:rPr>
        <w:t xml:space="preserve">[06:35] </w:t>
      </w:r>
      <w:r>
        <w:t>misalan aik baar aik baar main gaya wahan par washington mein. washington ka jo sab se acha hotel hai, wahan mujh ko thehraya gaya.</w:t>
      </w:r>
    </w:p>
    <w:p>
      <w:pPr>
        <w:jc w:val="right"/>
      </w:pPr>
      <w:r>
        <w:t>مثلاً ایک بار ایک بار میں گیا وہاں پر واشنگٹن میں۔ واشنگٹن کا جو سب سے اچھا ہوٹل ہے، وہاں مجھ کو ٹھہرایا گیا۔</w:t>
      </w:r>
    </w:p>
    <w:p>
      <w:r>
        <w:rPr>
          <w:b/>
        </w:rPr>
        <w:t xml:space="preserve">[06:47] </w:t>
      </w:r>
      <w:r>
        <w:t>kaha mujh se bataya gaya ke yeh washington ka sab se acha hotel hai. is ke kamre mein jab main daakhil hua to aik ajeeb ehsaas hua.</w:t>
      </w:r>
    </w:p>
    <w:p>
      <w:pPr>
        <w:jc w:val="right"/>
      </w:pPr>
      <w:r>
        <w:t>کہا مجھ سے بتایا گیا کہ یہ واشنگٹن کا سب سے اچھا ہوٹل ہے۔ اس کے کمرے میں جب میں داخل ہوا تو ایک عجیب احساس ہوا۔</w:t>
      </w:r>
    </w:p>
    <w:p>
      <w:r>
        <w:rPr>
          <w:b/>
        </w:rPr>
        <w:t xml:space="preserve">[06:56] </w:t>
      </w:r>
      <w:r>
        <w:t>har cheez is ki bohat hi shandar thi.</w:t>
      </w:r>
    </w:p>
    <w:p>
      <w:pPr>
        <w:jc w:val="right"/>
      </w:pPr>
      <w:r>
        <w:t>ہر چیز اس کی بہت ہی شاندار تھی۔</w:t>
      </w:r>
    </w:p>
    <w:p>
      <w:r>
        <w:rPr>
          <w:b/>
        </w:rPr>
        <w:t xml:space="preserve">[07:02] </w:t>
      </w:r>
      <w:r>
        <w:t>to ehsaas hua ke yahan main chand din bohat hi</w:t>
      </w:r>
    </w:p>
    <w:p>
      <w:pPr>
        <w:jc w:val="right"/>
      </w:pPr>
      <w:r>
        <w:t>تو احساس ہوا کہ یہاں میں چند دن بہت ہی</w:t>
      </w:r>
    </w:p>
    <w:p>
      <w:r>
        <w:rPr>
          <w:b/>
        </w:rPr>
        <w:t xml:space="preserve">[07:08] </w:t>
      </w:r>
      <w:r>
        <w:t>yaani enjoy karunga aur bari rahat ke sath rahoonga. yaqeen kijiye ke sirf aik raat beeti thi ke agli subah ko maine socha ke bhai yahan to main nahi reh sakta.</w:t>
      </w:r>
    </w:p>
    <w:p>
      <w:pPr>
        <w:jc w:val="right"/>
      </w:pPr>
      <w:r>
        <w:t>یعنی انجوائے کروں گا اور بڑی راحت کے ساتھ رہوں گا۔ یقین کیجیے کہ صرف ایک رات بیتی تھی کہ اگلی صبح کو میں نے سوچا کہ بھئی یہاں تو میں نہیں رہ سکتا۔</w:t>
      </w:r>
    </w:p>
    <w:p>
      <w:r>
        <w:rPr>
          <w:b/>
        </w:rPr>
        <w:t xml:space="preserve">[07:21] </w:t>
      </w:r>
      <w:r>
        <w:t>to pehle to main kisi ghar chala gaya, phir jaldi se main dilli wapas aa gaya. koi cheez aap ko dekhne mein achi lagti hai?</w:t>
      </w:r>
    </w:p>
    <w:p>
      <w:pPr>
        <w:jc w:val="right"/>
      </w:pPr>
      <w:r>
        <w:t>تو پہلے تو میں کسی گھر چلا گیا، پھر جلدی سے میں دلی واپس آ گیا۔ کوئی چیز آپ کو دیکھنے میں اچھی لگتی ہے؟</w:t>
      </w:r>
    </w:p>
    <w:p>
      <w:r>
        <w:rPr>
          <w:b/>
        </w:rPr>
        <w:t xml:space="preserve">[07:33] </w:t>
      </w:r>
      <w:r>
        <w:t>aise hi mein wahan marakish ko gaya. wahan to mujhe king ke palace mein thehraya gaya tha. itna khane peene ka saman, har qism ki luxury, har qism ka comfort itna zyada tha.</w:t>
      </w:r>
    </w:p>
    <w:p>
      <w:pPr>
        <w:jc w:val="right"/>
      </w:pPr>
      <w:r>
        <w:t>ایسے ہی میں وہاں مراکش کو گیا۔ وہاں تو مجھے کنگ کے پیلس میں ٹھہرایا گیا تھا۔ اتنا کھانے پینے کا سامان، ہر قسم کی لگژری، ہر قسم کا کمفرٹ اتنا زیادہ تھا۔</w:t>
      </w:r>
    </w:p>
    <w:p>
      <w:r>
        <w:rPr>
          <w:b/>
        </w:rPr>
        <w:t xml:space="preserve">[07:50] </w:t>
      </w:r>
      <w:r>
        <w:t>zahir hai ke king ke palace mein jab aap hon aur king ke aap woh hon, mehman hon, to wahan kai ulama dunya bhar ke bulaye gaye the king ke mehman ke taur par.</w:t>
      </w:r>
    </w:p>
    <w:p>
      <w:pPr>
        <w:jc w:val="right"/>
      </w:pPr>
      <w:r>
        <w:t>ظاہر ہے کہ کنگ کے پیلس میں جب آپ ہوں اور کنگ کے آپ وہ ہوں، مہمان ہوں، تو وہاں کئی علماء دنیا بھر کے بلائے گئے تھے کنگ کے مہمان کے طور پر۔</w:t>
      </w:r>
    </w:p>
    <w:p>
      <w:r>
        <w:rPr>
          <w:b/>
        </w:rPr>
        <w:t xml:space="preserve">[08:04] </w:t>
      </w:r>
      <w:r>
        <w:t>to waise un ko bulaya gaya tha ek mahine ke liye. yaani mein wahan par ek poore mahina ek dollar kharch kiye baghair nihayat shandar taur par palace ki ziyafton ka faida utha sakta tha.</w:t>
      </w:r>
    </w:p>
    <w:p>
      <w:pPr>
        <w:jc w:val="right"/>
      </w:pPr>
      <w:r>
        <w:t>تو ویسے ان کو بلایا گیا تھا ایک مہینے کے لیے۔ یعنی میں وہاں پر ایک پورے مہینہ ایک ڈالر خرچ کیے بغیر نہایت شاندار طور پر پیلس کی ضیافتوں کا فائدہ اٹھا سکتا تھا۔</w:t>
      </w:r>
    </w:p>
    <w:p>
      <w:r>
        <w:rPr>
          <w:b/>
        </w:rPr>
        <w:t xml:space="preserve">[08:23] </w:t>
      </w:r>
      <w:r>
        <w:t>misalan mujhe jab juice ki zaroorat parti aur mein ek button dabata to foran bilkul taza juice mere mez par rakha hua hota tha.</w:t>
      </w:r>
    </w:p>
    <w:p>
      <w:pPr>
        <w:jc w:val="right"/>
      </w:pPr>
      <w:r>
        <w:t>مثلاً مجھے جب جوس کی ضرورت پڑتی اور میں ایک بٹن دباتا تو فوراً بالکل تازہ جوس میرے میز پر رکھا ہوا ہوتا تھا۔</w:t>
      </w:r>
    </w:p>
    <w:p>
      <w:r>
        <w:rPr>
          <w:b/>
        </w:rPr>
        <w:t xml:space="preserve">[08:35] </w:t>
      </w:r>
      <w:r>
        <w:t>bahut hi umda qism ke phal ka juice. usi se aap andaza kar sakte hain ke kaise kaise comfort wahan par the. lekin ek mahine ko pehle mein ne ghataaya, kaha ke bhai mein do hafte reh sakta hoon.</w:t>
      </w:r>
    </w:p>
    <w:p>
      <w:pPr>
        <w:jc w:val="right"/>
      </w:pPr>
      <w:r>
        <w:t>بہت ہی عمدہ قسم کے پھل کا جوس۔ اسی سے آپ اندازہ کر سکتے ہیں کہ کیسے کیسے کمفرٹ وہاں پر تھے۔ لیکن ایک مہینے کو پہلے میں نے گھٹایا، کہا کہ بھئی میں دو ہفتے رہ سکتا ہوں۔</w:t>
      </w:r>
    </w:p>
    <w:p>
      <w:r>
        <w:rPr>
          <w:b/>
        </w:rPr>
        <w:t xml:space="preserve">[08:48] </w:t>
      </w:r>
      <w:r>
        <w:t>is ko bhi ghataaya aur ek hafte mein wahan se bhaga mein. koi bhi lazzat aap ko do chaar din lagti hai ke woh lazzat hai.</w:t>
      </w:r>
    </w:p>
    <w:p>
      <w:pPr>
        <w:jc w:val="right"/>
      </w:pPr>
      <w:r>
        <w:t>اس کو بھی گھٹایا اور ایک ہفتے میں وہاں سے بھاگا میں۔ کوئی بھی لذت آپ کو دو چار دن لگتی ہے کہ وہ لذت ہے۔</w:t>
      </w:r>
    </w:p>
    <w:p>
      <w:r>
        <w:rPr>
          <w:b/>
        </w:rPr>
        <w:t xml:space="preserve">[09:00] </w:t>
      </w:r>
      <w:r>
        <w:t>us ke baad woh aap ko kaat ti hai, kaat ti hai woh aap ko.</w:t>
      </w:r>
    </w:p>
    <w:p>
      <w:pPr>
        <w:jc w:val="right"/>
      </w:pPr>
      <w:r>
        <w:t>اس کے بعد وہ آپ کو کاٹتی ہے، کاٹتی ہے وہ آپ کو۔</w:t>
      </w:r>
    </w:p>
    <w:p>
      <w:r>
        <w:rPr>
          <w:b/>
        </w:rPr>
        <w:t xml:space="preserve">[09:06] </w:t>
      </w:r>
      <w:r>
        <w:t>har aadmi ko, mein koi mera yeh tajurba nahi hai, aap mein se har shakhs ko yeh tajurba guzra hoga.</w:t>
      </w:r>
    </w:p>
    <w:p>
      <w:pPr>
        <w:jc w:val="right"/>
      </w:pPr>
      <w:r>
        <w:t>ہر آدمی کو، میں کوئی میرا یہ تجربہ نہیں ہے، آپ میں سے ہر شخص کو یہ تجربہ گزرا ہوگا۔</w:t>
      </w:r>
    </w:p>
    <w:p>
      <w:r>
        <w:rPr>
          <w:b/>
        </w:rPr>
        <w:t xml:space="preserve">[09:16] </w:t>
      </w:r>
      <w:r>
        <w:t>aur sab se common tajurba yeh hai ke ek ladka aur ek ladki mein love affair chalta hai. dono samajhte hain ke mera perfect, mere liye ideal husband hai, woh samajhta hai ke meri ideal wife hai.</w:t>
      </w:r>
    </w:p>
    <w:p>
      <w:pPr>
        <w:jc w:val="right"/>
      </w:pPr>
      <w:r>
        <w:t>اور سب سے کامن تجربہ یہ ہے کہ ایک لڑکا اور ایک لڑکی میں لو افیئر چلتا ہے۔ دونوں سمجھتے ہیں کہ میرا پرفیکٹ، میرے لیے آئیڈیل ہسبینڈ ہے، وہ سمجھتا ہے کہ میری آئیڈیل وائف ہے۔</w:t>
      </w:r>
    </w:p>
    <w:p>
      <w:r>
        <w:rPr>
          <w:b/>
        </w:rPr>
        <w:t xml:space="preserve">[09:32] </w:t>
      </w:r>
      <w:r>
        <w:t>badi khushiyon ke sath shadi hoti hai. aur chand hi din ke baad kya hota hai? aapas mein brief paida hota hai aur dono ghussa hote hain ek doosre se.</w:t>
      </w:r>
    </w:p>
    <w:p>
      <w:pPr>
        <w:jc w:val="right"/>
      </w:pPr>
      <w:r>
        <w:t>بڑی خوشیوں کے ساتھ شادی ہوتی ہے۔ اور چند ہی دن کے بعد کیا ہوتا ہے؟ آپس میں بریف پیدا ہوتا ہے اور دونوں غصہ ہوتے ہیں ایک دوسرے سے۔</w:t>
      </w:r>
    </w:p>
    <w:p>
      <w:r>
        <w:rPr>
          <w:b/>
        </w:rPr>
        <w:t xml:space="preserve">[09:42] </w:t>
      </w:r>
      <w:r>
        <w:t>yahan tak ke ya to hamesha ke liye tanav mein jeete hain ya alahdagi ho jati hai. dunya ki koi bhi lazzat aisi nahi hai jis mein aap ko der tak enjoy kar saken aap.</w:t>
      </w:r>
    </w:p>
    <w:p>
      <w:pPr>
        <w:jc w:val="right"/>
      </w:pPr>
      <w:r>
        <w:t>یہاں تک کہ یا تو ہمیشہ کے لیے تناؤ میں جیتے ہیں یا علیحدگی ہو جاتی ہے۔ دنیا کی کوئی بھی لذت ایسی نہیں ہے جس میں آپ کو دیر تک انجوائے کر سکیں آپ۔</w:t>
      </w:r>
    </w:p>
    <w:p>
      <w:r>
        <w:rPr>
          <w:b/>
        </w:rPr>
        <w:t xml:space="preserve">[10:00] </w:t>
      </w:r>
      <w:r>
        <w:t>ek martaba mein kashmir gaya, wahan pahalgam hai. bahut hi khoobsurat jagah hai. pahalgam ke beech se ek pahadi darya guzarta hai.</w:t>
      </w:r>
    </w:p>
    <w:p>
      <w:pPr>
        <w:jc w:val="right"/>
      </w:pPr>
      <w:r>
        <w:t>ایک مرتبہ میں کشمیر گیا، وہاں پہلگام ہے۔ بہت ہی خوبصورت جگہ ہے۔ پہلگام کے بیچ سے ایک پہاڑی دریا گزرتا ہے۔</w:t>
      </w:r>
    </w:p>
    <w:p>
      <w:r>
        <w:rPr>
          <w:b/>
        </w:rPr>
        <w:t xml:space="preserve">[10:11] </w:t>
      </w:r>
      <w:r>
        <w:t>ek pahad se direct, yaani pathron ke, woh barf ke pighalne se direct aa raha hai chashma.</w:t>
      </w:r>
    </w:p>
    <w:p>
      <w:pPr>
        <w:jc w:val="right"/>
      </w:pPr>
      <w:r>
        <w:t>ایک پہاڑ سے ڈائریکٹ، یعنی پتھروں کے، وہ برف کے پگھلنے سے ڈائریکٹ آ رہا ہے چشمہ۔</w:t>
      </w:r>
    </w:p>
    <w:p>
      <w:r>
        <w:rPr>
          <w:b/>
        </w:rPr>
        <w:t xml:space="preserve">[10:21] </w:t>
      </w:r>
      <w:r>
        <w:t>is se woh darya banta hai. bahut hi acha pani is ka. hamare sath the Kaleemullah sahib, Professor Kaleemullah sahib.</w:t>
      </w:r>
    </w:p>
    <w:p>
      <w:pPr>
        <w:jc w:val="right"/>
      </w:pPr>
      <w:r>
        <w:t>اس سے وہ دریا بنتا ہے۔ بہت ہی اچھا پانی اس کا۔ ہمارے ساتھ تھے کلیم اللہ صاحب، پروفیسر کلیم اللہ صاحب۔</w:t>
      </w:r>
    </w:p>
    <w:p>
      <w:r>
        <w:rPr>
          <w:b/>
        </w:rPr>
        <w:t xml:space="preserve">[10:33] </w:t>
      </w:r>
      <w:r>
        <w:t>un ke paas glass tha to mein ne kaha glass dijiye, mein pani piyunga is ka. ek glass pani piya, bahut acha laga. har drink se zyada acha.</w:t>
      </w:r>
    </w:p>
    <w:p>
      <w:pPr>
        <w:jc w:val="right"/>
      </w:pPr>
      <w:r>
        <w:t>ان کے پاس گلاس تھا تو میں نے کہا گلاس دیجیے، میں پانی پیوں گا اس کا۔ ایک گلاس پانی پیا، بہت اچھا لگا۔ ہر ڈرنک سے زیادہ اچھا۔</w:t>
      </w:r>
    </w:p>
    <w:p>
      <w:r>
        <w:rPr>
          <w:b/>
        </w:rPr>
        <w:t xml:space="preserve">[10:44] </w:t>
      </w:r>
      <w:r>
        <w:t>do piya, teen piya, char, paanch, chhe glass pani mein pi gaya. us ke baad kya hua? mere sir mein itna sakht dard hua ke ek ek second muhal ho gaya wahan rehna.</w:t>
      </w:r>
    </w:p>
    <w:p>
      <w:pPr>
        <w:jc w:val="right"/>
      </w:pPr>
      <w:r>
        <w:t>دو پیا، تین پیا، چار، پانچ، چھ گلاس پانی میں پی گیا۔ اس کے بعد کیا ہوا؟ میرے سر میں اتنا سخت درد ہوا کہ ایک ایک سیکنڈ محال ہو گیا وہاں رہنا۔</w:t>
      </w:r>
    </w:p>
    <w:p>
      <w:r>
        <w:rPr>
          <w:b/>
        </w:rPr>
        <w:t xml:space="preserve">[10:58] </w:t>
      </w:r>
      <w:r>
        <w:t>srinagar se bhag kar mein aaya, yaani jahan mein thehra hua tha wahan, wahan mere liye dinner ka intezam tha, bahut zabardast tareeqe se.</w:t>
      </w:r>
    </w:p>
    <w:p>
      <w:pPr>
        <w:jc w:val="right"/>
      </w:pPr>
      <w:r>
        <w:t>سری نگر سے بھاگ کر میں آیا، یعنی جہاں میں ٹھہرا ہوا تھا وہاں، وہاں میرے لیے ڈنر کا انتظام تھا، بہت زبردست طریقے سے۔</w:t>
      </w:r>
    </w:p>
    <w:p>
      <w:r>
        <w:rPr>
          <w:b/>
        </w:rPr>
        <w:t xml:space="preserve">[11:09] </w:t>
      </w:r>
      <w:r>
        <w:t>aap yaqeen kijiye ke mein ek chamcha bhi kuch nahi kha saka sir mein dard ki wajah se. yeh aap mein se har shakhs ko tajurba hoga. isi ko mein kehta hoon ke dunya mein itni nuqsanat hain, itni hudood hain ke aap kuch bhi karen,</w:t>
      </w:r>
    </w:p>
    <w:p>
      <w:pPr>
        <w:jc w:val="right"/>
      </w:pPr>
      <w:r>
        <w:t>آپ یقین کیجیے کہ میں ایک چمچہ بھی کچھ نہیں کھا سکا سر میں درد کی وجہ سے۔ یہ آپ میں سے ہر شخص کو تجربہ ہوگا۔ اسی کو میں کہتا ہوں کہ دنیا میں اتنی نقصانات ہیں، اتنی حدود ہیں کہ آپ کچھ بھی کریں،</w:t>
      </w:r>
    </w:p>
    <w:p>
      <w:r>
        <w:rPr>
          <w:b/>
        </w:rPr>
        <w:t xml:space="preserve">[11:27] </w:t>
      </w:r>
      <w:r>
        <w:t>aap ko dunya mein lazzat nahi mil sakti. aap ko sukh nahi mil sakta. kuch bhi karen, hum ko, aap ko nahi, king ko bhi nahi mil sakta.</w:t>
      </w:r>
    </w:p>
    <w:p>
      <w:pPr>
        <w:jc w:val="right"/>
      </w:pPr>
      <w:r>
        <w:t>آپ کو دنیا میں لذت نہیں مل سکتی۔ آپ کو سکھ نہیں مل سکتا۔ کچھ بھی کریں، ہم کو، آپ کو نہیں، کنگ کو بھی نہیں مل سکتا۔</w:t>
      </w:r>
    </w:p>
    <w:p>
      <w:r>
        <w:rPr>
          <w:b/>
        </w:rPr>
        <w:t xml:space="preserve">[11:40] </w:t>
      </w:r>
      <w:r>
        <w:t>president ko bhi nahi mil sakta. prime minister ko bhi nahi mil sakta. koi bhi cheez dunya mein yaad rakhiye, milne se pehle to badi achi lagti hai jab tak aap us ko door se dekhte hain.</w:t>
      </w:r>
    </w:p>
    <w:p>
      <w:pPr>
        <w:jc w:val="right"/>
      </w:pPr>
      <w:r>
        <w:t>پریزیڈنٹ کو بھی نہیں مل سکتا۔ پرائم منسٹر کو بھی نہیں مل سکتا۔ کوئی بھی چیز دنیا میں یاد رکھیے، ملنے سے پہلے تو بڑی اچھی لگتی ہے جب تک آپ اس کو دور سے دیکھتے ہیں۔</w:t>
      </w:r>
    </w:p>
    <w:p>
      <w:r>
        <w:rPr>
          <w:b/>
        </w:rPr>
        <w:t xml:space="preserve">[11:55] </w:t>
      </w:r>
      <w:r>
        <w:t>lekin milne ke baad woh aap ko kaatne lagti hai. jannat mein aisa nahi hoga.</w:t>
      </w:r>
    </w:p>
    <w:p>
      <w:pPr>
        <w:jc w:val="right"/>
      </w:pPr>
      <w:r>
        <w:t>لیکن ملنے کے بعد وہ آپ کو کاٹنے لگتی ہے۔ جنت میں ایسا نہیں ہوگا۔</w:t>
      </w:r>
    </w:p>
    <w:p>
      <w:r>
        <w:rPr>
          <w:b/>
        </w:rPr>
        <w:t xml:space="preserve">[12:07] </w:t>
      </w:r>
      <w:r>
        <w:t>kyun? aisa kyun nahi hoga? is ko ek misal se samjhiye.</w:t>
      </w:r>
    </w:p>
    <w:p>
      <w:pPr>
        <w:jc w:val="right"/>
      </w:pPr>
      <w:r>
        <w:t>کیوں؟ ایسا کیوں نہیں ہوگا؟ اس کو ایک مثال سے سمجھیے۔</w:t>
      </w:r>
    </w:p>
    <w:p>
      <w:r>
        <w:rPr>
          <w:b/>
        </w:rPr>
        <w:t xml:space="preserve">[12:16] </w:t>
      </w:r>
      <w:r>
        <w:t>hadith mein aata hai jannat ke bare mein ke wahan har lamha lazzaton mein izafa hoga.</w:t>
      </w:r>
    </w:p>
    <w:p>
      <w:pPr>
        <w:jc w:val="right"/>
      </w:pPr>
      <w:r>
        <w:t>حدیث میں آتا ہے جنت کے بارے میں کہ وہاں ہر لمحہ لذتوں میں اضافہ ہوگا۔</w:t>
      </w:r>
    </w:p>
    <w:p>
      <w:r>
        <w:rPr>
          <w:b/>
        </w:rPr>
        <w:t xml:space="preserve">[12:30] </w:t>
      </w:r>
      <w:r>
        <w:t>dunya mein kyun aap bore ho jate hain? kyun aap enjoy nahi kar paate? kyun woh lazzat ya woh rahat ya woh comfort ya woh luxury ek jagah theher jati hai woh?</w:t>
      </w:r>
    </w:p>
    <w:p>
      <w:pPr>
        <w:jc w:val="right"/>
      </w:pPr>
      <w:r>
        <w:t>دنیا میں کیوں آپ بور ہو جاتے ہیں؟ کیوں آپ انجوائے نہیں کر پاتے؟ کیوں وہ لذت یا وہ راحت یا وہ کمفرٹ یا وہ لگژری ایک جگہ ٹھہر جاتی ہے وہ؟</w:t>
      </w:r>
    </w:p>
    <w:p>
      <w:r>
        <w:rPr>
          <w:b/>
        </w:rPr>
        <w:t xml:space="preserve">[12:45] </w:t>
      </w:r>
      <w:r>
        <w:t>thehre hue lazzat se aap enjoy nahi kar sakte. aap aur chahte hain, aur chahte hain, aur chahte hain. lekin phir bhi ek had par aaj ek had aa jati hai jahan had aa jati hai.</w:t>
      </w:r>
    </w:p>
    <w:p>
      <w:pPr>
        <w:jc w:val="right"/>
      </w:pPr>
      <w:r>
        <w:t>ٹھہرے ہوئے لذت سے آپ انجوائے نہیں کر سکتے۔ آپ اور چاہتے ہیں، اور چاہتے ہیں، اور چاہتے ہیں۔ لیکن پھر بھی ایک حد پر آج ایک حد آ جاتی ہے جہاں حد آ جاتی ہے۔</w:t>
      </w:r>
    </w:p>
    <w:p>
      <w:r>
        <w:rPr>
          <w:b/>
        </w:rPr>
        <w:t xml:space="preserve">[12:56] </w:t>
      </w:r>
      <w:r>
        <w:t>is ke aage aap kuch nahi kar sakte. misaal ke taur par aap bohat acha khana shuru karen, lazeez khane, bohat hi achhe khane khane lagayen.</w:t>
      </w:r>
    </w:p>
    <w:p>
      <w:pPr>
        <w:jc w:val="right"/>
      </w:pPr>
      <w:r>
        <w:t>اس کے آگے آپ کچھ نہیں کر سکتے۔ مثال کے طور پر آپ بہت اچھا کھانا شروع کریں، لذیذ کھانے، بہت ہی اچھے کھانے کھانے لگیں۔</w:t>
      </w:r>
    </w:p>
    <w:p>
      <w:r>
        <w:rPr>
          <w:b/>
        </w:rPr>
        <w:t xml:space="preserve">[13:05] </w:t>
      </w:r>
      <w:r>
        <w:t>dosto kya hoga? to yeh hoga ke paisa to hoga lekin aap kha nahi sakenge. tarah tarah ki bimari lag jayegi aap ko.</w:t>
      </w:r>
    </w:p>
    <w:p>
      <w:pPr>
        <w:jc w:val="right"/>
      </w:pPr>
      <w:r>
        <w:t>دوستو کیا ہوگا؟ تو یہ ہوگا کہ پیسہ تو ہوگا لیکن آپ کھا نہیں سکیں گے۔ طرح طرح کی بیماری لگ جائے گی آپ کو۔</w:t>
      </w:r>
    </w:p>
    <w:p>
      <w:r>
        <w:rPr>
          <w:b/>
        </w:rPr>
        <w:t xml:space="preserve">[13:16] </w:t>
      </w:r>
      <w:r>
        <w:t>jis ke paas bhi zyada paisa hai us se poochh lijiye ke woh har lazzat wali cheez ko nahi kha sakta. kyunke doctor mana karta hai us ko.</w:t>
      </w:r>
    </w:p>
    <w:p>
      <w:pPr>
        <w:jc w:val="right"/>
      </w:pPr>
      <w:r>
        <w:t>جس کے پاس بھی زیادہ پیسہ ہے اس سے پوچھ لیجیے کہ وہ ہر لذت والی چیز کو نہیں کھا سکتا۔ کیونکہ ڈاکٹر منع کرتا ہے اس کو۔</w:t>
      </w:r>
    </w:p>
    <w:p>
      <w:r>
        <w:rPr>
          <w:b/>
        </w:rPr>
        <w:t xml:space="preserve">[13:27] </w:t>
      </w:r>
      <w:r>
        <w:t>yeh nahi kha sakte, woh nahi kha sakte. jannat mein aisa nahi hoga.</w:t>
      </w:r>
    </w:p>
    <w:p>
      <w:pPr>
        <w:jc w:val="right"/>
      </w:pPr>
      <w:r>
        <w:t>یہ نہیں کھا سکتے، وہ نہیں کھا سکتے۔ جنت میں ایسا نہیں ہوگا۔</w:t>
      </w:r>
    </w:p>
    <w:p>
      <w:r>
        <w:rPr>
          <w:b/>
        </w:rPr>
        <w:t xml:space="preserve">[13:36] </w:t>
      </w:r>
      <w:r>
        <w:t>jannat mein hai ke wahan par aap ko</w:t>
      </w:r>
    </w:p>
    <w:p>
      <w:pPr>
        <w:jc w:val="right"/>
      </w:pPr>
      <w:r>
        <w:t>جنت میں ہے کہ وہاں پر آپ کو</w:t>
      </w:r>
    </w:p>
    <w:p>
      <w:r>
        <w:rPr>
          <w:b/>
        </w:rPr>
        <w:t xml:space="preserve">[13:43] </w:t>
      </w:r>
      <w:r>
        <w:t>toilet nahi jana hoga. wahan motion ki zaroorat nahi pesh ayegi. is mein yeh hai ke aadmi khana khayega aur khana hazam hoga, ek khushbudar hawa niklegi aur sara khana aur phir sara pet aap ka khali ho jayega.</w:t>
      </w:r>
    </w:p>
    <w:p>
      <w:pPr>
        <w:jc w:val="right"/>
      </w:pPr>
      <w:r>
        <w:t>ٹوائلٹ نہیں جانا ہوگا۔ وہاں موشن کی ضرورت نہیں پیش آئے گی۔ اس میں یہ ہے کہ آدمی کھانا کھائے گا اور کھانا ہضم ہوگا، ایک خوشبودار ہوا نکلے گی اور سارا کھانا اور پھر سارا پیٹ آپ کا خالی ہو جائے گا۔</w:t>
      </w:r>
    </w:p>
    <w:p>
      <w:r>
        <w:rPr>
          <w:b/>
        </w:rPr>
        <w:t xml:space="preserve">[14:04] </w:t>
      </w:r>
      <w:r>
        <w:t>bajaye is ke ke aap kahin toilet mein jayen, ek khushbudar hawa se aap ka sara pet jo hai woh saaf ho jayega aur phir aap khayenge, phir khayenge, phir khayenge.</w:t>
      </w:r>
    </w:p>
    <w:p>
      <w:pPr>
        <w:jc w:val="right"/>
      </w:pPr>
      <w:r>
        <w:t>بجائے اس کے کہ آپ کہیں ٹوائلٹ میں جائیں، ایک خوشبودار ہوا سے آپ کا سارا پیٹ جو ہے وہ صاف ہو جائے گا اور پھر آپ کھائیں گے، پھر کھائیں گے، پھر کھائیں گے۔</w:t>
      </w:r>
    </w:p>
    <w:p>
      <w:r>
        <w:rPr>
          <w:b/>
        </w:rPr>
        <w:t xml:space="preserve">[14:16] </w:t>
      </w:r>
      <w:r>
        <w:t>to ek is mein ek misaal hai jis se aap andaza kar sakte hain ke jannat kya cheez hogi. hadith mein aata hai ke jab log jannat wale jannat mein ja chuke honge aur wahan ke comfort mein, wahan ki luxury mein khoob khush honge to elaan hoga ke aaj Khuda apna jalwa dikhayega.</w:t>
      </w:r>
    </w:p>
    <w:p>
      <w:pPr>
        <w:jc w:val="right"/>
      </w:pPr>
      <w:r>
        <w:t>تو ایک اس میں ایک مثال ہے جس سے آپ اندازہ کر سکتے ہیں کہ جنت کیا چیز ہوگی۔ حدیث میں آتا ہے کہ جب لوگ جنت والے جنت میں جا چکے ہوں گے اور وہاں کے کمفرٹ میں، وہاں کی لگژری میں خوب خوش ہوں گے تو اعلان ہوگا کہ آج خدا اپنا جلوہ دکھائے گا۔</w:t>
      </w:r>
    </w:p>
    <w:p>
      <w:r>
        <w:rPr>
          <w:b/>
        </w:rPr>
        <w:t xml:space="preserve">[14:46] </w:t>
      </w:r>
      <w:r>
        <w:t>jannat wale bohat hi khush honge ke aaj Khuda ka chehra dekhna hai, Khuda ka jalwa dekhna hai.</w:t>
      </w:r>
    </w:p>
    <w:p>
      <w:pPr>
        <w:jc w:val="right"/>
      </w:pPr>
      <w:r>
        <w:t>جنت والے بہت ہی خوش ہوں گے کہ آج خدا کا چہرہ دیکھنا ہے، خدا کا جلوہ دیکھنا ہے۔</w:t>
      </w:r>
    </w:p>
    <w:p>
      <w:r>
        <w:rPr>
          <w:b/>
        </w:rPr>
        <w:t xml:space="preserve">[14:55] </w:t>
      </w:r>
      <w:r>
        <w:t>jab woh Khuda ka jalwa dekhenge is mein itna zyada enjoy hoga, itna zyada lazzat hogi ke ab tak ki sari khushiyan bhool jayengi.</w:t>
      </w:r>
    </w:p>
    <w:p>
      <w:pPr>
        <w:jc w:val="right"/>
      </w:pPr>
      <w:r>
        <w:t>جب وہ خدا کا جلوہ دیکھیں گے اس میں اتنا زیادہ انجوائے ہوگا، اتنا زیادہ لذت ہوگی کہ اب تک کی ساری خوشیاں بھول جائیں گے۔</w:t>
      </w:r>
    </w:p>
    <w:p>
      <w:r>
        <w:rPr>
          <w:b/>
        </w:rPr>
        <w:t xml:space="preserve">[15:07] </w:t>
      </w:r>
      <w:r>
        <w:t>woh ab tak ki jo lazzaten, ab tak ke aaram, ab tak ke sare luxurious item sab bhool jayenge.</w:t>
      </w:r>
    </w:p>
    <w:p>
      <w:pPr>
        <w:jc w:val="right"/>
      </w:pPr>
      <w:r>
        <w:t>وہ اب تک کی جو لذتیں، اب تک کے آرام، اب تک کے سارے لگژریس آئٹم سب بھول جائیں گے۔</w:t>
      </w:r>
    </w:p>
    <w:p>
      <w:r>
        <w:rPr>
          <w:b/>
        </w:rPr>
        <w:t xml:space="preserve">[15:18] </w:t>
      </w:r>
      <w:r>
        <w:t>itna zyada khushi, itna zyada enjoy hoga woh scene jab ke woh Khuda ko dekhenge. lekin yeh Khuda ki ek bohat hi choti jhalak hogi.</w:t>
      </w:r>
    </w:p>
    <w:p>
      <w:pPr>
        <w:jc w:val="right"/>
      </w:pPr>
      <w:r>
        <w:t>اتنا زیادہ خوشی، اتنا زیادہ انجوائے ہوگا وہ سین جب کہ وہ خدا کو دیکھیں گے۔ لیکن یہ خدا کی ایک بہت ہی چھوٹی جھلک ہوگی۔</w:t>
      </w:r>
    </w:p>
    <w:p>
      <w:r>
        <w:rPr>
          <w:b/>
        </w:rPr>
        <w:t xml:space="preserve">[15:32] </w:t>
      </w:r>
      <w:r>
        <w:t>kuchh dinon ke baad phir elaan hoga ke Khuda apna jalwa dikhane wala hai. dobara log ikattha honge aur dekhenge to ek naya jalwa Khuda ka jo pehle se zyada un ko is mein enjoy mil raha hoga, pehle se zyada lazzat mil rahi hogi.</w:t>
      </w:r>
    </w:p>
    <w:p>
      <w:pPr>
        <w:jc w:val="right"/>
      </w:pPr>
      <w:r>
        <w:t>کچھ دنوں کے بعد پھر اعلان ہوگا کہ خدا اپنا جلوہ دکھانے والا ہے۔ دوبارہ لوگ اکٹھا ہوں گے اور دیکھیں گے تو ایک نیا جلوہ خدا کا جو پہلے سے زیادہ ان کو اس میں انجوائے مل رہا ہوگا، پہلے سے زیادہ لذت مل رہی ہوگی۔</w:t>
      </w:r>
    </w:p>
    <w:p>
      <w:r>
        <w:rPr>
          <w:b/>
        </w:rPr>
        <w:t xml:space="preserve">[15:53] </w:t>
      </w:r>
      <w:r>
        <w:t>pichhli baaten bhool jayenge woh. is tarah aata hai ke hamesha aisa hota rahega ke Khuda apna naya naya jalwa dikhata rahega aur un ki khushiyan kabhi khatm nahi hongi.</w:t>
      </w:r>
    </w:p>
    <w:p>
      <w:pPr>
        <w:jc w:val="right"/>
      </w:pPr>
      <w:r>
        <w:t>پچھلی باتیں بھول جائیں گے وہ۔ اس طرح آتا ہے کہ ہمیشہ ایسا ہوتا رہے گا کہ خدا اپنا نیا نیا جلوہ دکھاتا رہے گا اور ان کی خوشیاں کبھی ختم نہیں ہوں گی۔</w:t>
      </w:r>
    </w:p>
    <w:p>
      <w:r>
        <w:rPr>
          <w:b/>
        </w:rPr>
        <w:t xml:space="preserve">[16:07] </w:t>
      </w:r>
      <w:r>
        <w:t>kyun? Khuda to lamahdood hai. Khuda agar lamahdood na hota to itni badi kainat ko paida kar sakta tha. is kainat ko Khuda is liye bana saka ke woh lamahdood hai.</w:t>
      </w:r>
    </w:p>
    <w:p>
      <w:pPr>
        <w:jc w:val="right"/>
      </w:pPr>
      <w:r>
        <w:t>کیوں؟ خدا تو لامحدود ہے۔ خدا اگر لامحدود نہ ہوتا تو اتنی بڑی کائنات کو پیدا کر سکتا تھا۔ اس کائنات کو خدا اس لیے بنا سکا کہ وہ لامحدود ہے۔</w:t>
      </w:r>
    </w:p>
    <w:p>
      <w:r>
        <w:rPr>
          <w:b/>
        </w:rPr>
        <w:t xml:space="preserve">[16:25] </w:t>
      </w:r>
      <w:r>
        <w:t>to jannat mein had is liye nahi hogi ke wahan par har din ek nayi lazzat milegi. dunya mein had is liye ho jati hai ke yahan par lazzat theher jati hai.</w:t>
      </w:r>
    </w:p>
    <w:p>
      <w:pPr>
        <w:jc w:val="right"/>
      </w:pPr>
      <w:r>
        <w:t>تو جنت میں حد اس لیے نہیں ہوگی کہ وہاں پر ہر دن ایک نئی لذت ملے گی۔ دنیا میں حد اس لیے ہو جاتی ہے کہ یہاں پر لذت ٹھہر جاتی ہے۔</w:t>
      </w:r>
    </w:p>
    <w:p>
      <w:r>
        <w:rPr>
          <w:b/>
        </w:rPr>
        <w:t xml:space="preserve">[16:38] </w:t>
      </w:r>
      <w:r>
        <w:t>nayi lazzat nahi milti aap ko. is liye jannat mein had nahi hogi. jannat mein bimari nahi hogi.</w:t>
      </w:r>
    </w:p>
    <w:p>
      <w:pPr>
        <w:jc w:val="right"/>
      </w:pPr>
      <w:r>
        <w:t>نئی لذت نہیں ملتی آپ کو۔ اس لیے جنت میں حد نہیں ہوگی۔ جنت میں بیماری نہیں ہوگی۔</w:t>
      </w:r>
    </w:p>
    <w:p>
      <w:r>
        <w:rPr>
          <w:b/>
        </w:rPr>
        <w:t xml:space="preserve">[16:49] </w:t>
      </w:r>
      <w:r>
        <w:t>hadith mein ek tamseel ki zaban mein aata hai ke ek janwar laya jayega aur sab ke samne us ko zabah kiya jayega, uska zabah kiya jayega.</w:t>
      </w:r>
    </w:p>
    <w:p>
      <w:pPr>
        <w:jc w:val="right"/>
      </w:pPr>
      <w:r>
        <w:t>حدیث میں ایک تمثیل کی زبان میں آتا ہے کہ ایک جانور لایا جائے گا اور سب کے سامنے اس کو ذبح کیا جائے گا، اس کا ذبح کیا جائے گا۔</w:t>
      </w:r>
    </w:p>
    <w:p>
      <w:r>
        <w:rPr>
          <w:b/>
        </w:rPr>
        <w:t xml:space="preserve">[17:02] </w:t>
      </w:r>
      <w:r>
        <w:t>elaan hoga ke yeh maut thi jis ko qatl kar diya gaya, jo khatm kar diya gaya.</w:t>
      </w:r>
    </w:p>
    <w:p>
      <w:pPr>
        <w:jc w:val="right"/>
      </w:pPr>
      <w:r>
        <w:t>اعلان ہوگا کہ یہ موت تھی جس کو قتل کر دیا گیا، جو ختم کر دیا گیا۔</w:t>
      </w:r>
    </w:p>
    <w:p>
      <w:r>
        <w:rPr>
          <w:b/>
        </w:rPr>
        <w:t xml:space="preserve">[17:09] </w:t>
      </w:r>
      <w:r>
        <w:t>yeh tamseel ki zaban hai ke jannat mein maut ka khataama ho jayega. ab sirf jeena hai aur khushiyon mein rehna hai.</w:t>
      </w:r>
    </w:p>
    <w:p>
      <w:pPr>
        <w:jc w:val="right"/>
      </w:pPr>
      <w:r>
        <w:t>یہ تمثیل کی زبان ہے کہ جنت میں موت کا خاتمہ ہو جائے گا۔ اب صرف جینا ہے اور خوشیوں میں رہنا ہے۔</w:t>
      </w:r>
    </w:p>
    <w:p>
      <w:r>
        <w:rPr>
          <w:b/>
        </w:rPr>
        <w:t xml:space="preserve">[17:19] </w:t>
      </w:r>
      <w:r>
        <w:t>hamesha aap ko enjoy karna hai.</w:t>
      </w:r>
    </w:p>
    <w:p>
      <w:pPr>
        <w:jc w:val="right"/>
      </w:pPr>
      <w:r>
        <w:t>ہمیشہ آپ کو انجوائے کرنا ہے۔</w:t>
      </w:r>
    </w:p>
    <w:p>
      <w:r>
        <w:rPr>
          <w:b/>
        </w:rPr>
        <w:t xml:space="preserve">[17:25] </w:t>
      </w:r>
      <w:r>
        <w:t>ek hadith mein</w:t>
      </w:r>
    </w:p>
    <w:p>
      <w:pPr>
        <w:jc w:val="right"/>
      </w:pPr>
      <w:r>
        <w:t>ایک حدیث میں</w:t>
      </w:r>
    </w:p>
    <w:p>
      <w:r>
        <w:rPr>
          <w:b/>
        </w:rPr>
        <w:t xml:space="preserve">[17:30] </w:t>
      </w:r>
      <w:r>
        <w:t>tamseel ki zaban mein, yani alamati zaban mein bataya gaya hai ke jannat kya cheez hai. jannat kitni khoobsurat cheez hai.</w:t>
      </w:r>
    </w:p>
    <w:p>
      <w:pPr>
        <w:jc w:val="right"/>
      </w:pPr>
      <w:r>
        <w:t>تمثیل کی زبان میں، یعنی علامتی زبان میں بتایا گیا ہے کہ جنت کیا چیز ہے۔ جنت کتنی خوبصورت چیز ہے۔</w:t>
      </w:r>
    </w:p>
    <w:p>
      <w:r>
        <w:rPr>
          <w:b/>
        </w:rPr>
        <w:t xml:space="preserve">[17:44] </w:t>
      </w:r>
      <w:r>
        <w:t>jannat ki khoobsurti ko alamati zaban mein bataya gaya hai ek hadith mein. to woh hadith is tarah hai: hadith means keh raha hai Nabi.</w:t>
      </w:r>
    </w:p>
    <w:p>
      <w:pPr>
        <w:jc w:val="right"/>
      </w:pPr>
      <w:r>
        <w:t>جنت کی خوبصورتی کو علامتی زبان میں بتایا گیا ہے ایک حدیث میں۔ تو وہ حدیث اس طرح ہے: حدیث مینز کہہ رہا ہے نبی۔</w:t>
      </w:r>
    </w:p>
    <w:p>
      <w:r>
        <w:rPr>
          <w:b/>
        </w:rPr>
        <w:t xml:space="preserve">[17:59] </w:t>
      </w:r>
      <w:r>
        <w:t>yani Quran jo hai lafz-e-Khuda hai, hadith lafz-e-Nabi hai. to aap ne farmaya</w:t>
      </w:r>
    </w:p>
    <w:p>
      <w:pPr>
        <w:jc w:val="right"/>
      </w:pPr>
      <w:r>
        <w:t>یعنی قرآن جو ہے لفظِ خدا ہے، حدیث لفظِ نبی ہے۔ تو آپ نے فرمایا</w:t>
      </w:r>
    </w:p>
    <w:p>
      <w:r>
        <w:rPr>
          <w:b/>
        </w:rPr>
        <w:t xml:space="preserve">[18:13] </w:t>
      </w:r>
      <w:r>
        <w:t>keh jab dunya, yeh aaj ki jo maujooda dunya hai, jab yeh khatm ho jaye gi, kyunke aap jante hain keh aik muddat tak yeh hai, is ka dour hamesha ke liye nahi hai.</w:t>
      </w:r>
    </w:p>
    <w:p>
      <w:pPr>
        <w:jc w:val="right"/>
      </w:pPr>
      <w:r>
        <w:t>کہ جب دنیا، یہ آج کی جو موجودہ دنیا ہے، جب یہ ختم ہو جائے گی، کیونکہ آپ جانتے ہیں کہ ایک مدت تک یہ ہے، اس کا دور ہمیشہ کے لیے نہیں ہے۔</w:t>
      </w:r>
    </w:p>
    <w:p>
      <w:r>
        <w:rPr>
          <w:b/>
        </w:rPr>
        <w:t xml:space="preserve">[18:27] </w:t>
      </w:r>
      <w:r>
        <w:t>aik azmaish ka dour hai, woh khatm toh dunya bhi khatm. Is ke baad doosra dour aa jaye ga jahan jannat hogi aur jannat hogi.</w:t>
      </w:r>
    </w:p>
    <w:p>
      <w:pPr>
        <w:jc w:val="right"/>
      </w:pPr>
      <w:r>
        <w:t>ایک آزمائش کا دور ہے، وہ ختم تو دنیا بھی ختم۔ اس کے بعد دوسرا دور آ جائے گا جہاں جنت ہوگی اور جنت ہوگی۔</w:t>
      </w:r>
    </w:p>
    <w:p>
      <w:r>
        <w:rPr>
          <w:b/>
        </w:rPr>
        <w:t xml:space="preserve">[18:40] </w:t>
      </w:r>
      <w:r>
        <w:t>toh hadith mein hai keh jab sare logon ka faisla ho chuka hoga, kuch log jannat mein chale jayen ge, kuch logon ke liye jannat ke darwaze khule jayen ge.</w:t>
      </w:r>
    </w:p>
    <w:p>
      <w:pPr>
        <w:jc w:val="right"/>
      </w:pPr>
      <w:r>
        <w:t>تو حدیث میں ہے کہ جب سارے لوگوں کا فیصلہ ہو چکا ہوگا، کچھ لوگ جنت میں چلے جائیں گے، کچھ لوگوں کے لیے جنت کے دروازے کھلے جائیں گے۔</w:t>
      </w:r>
    </w:p>
    <w:p>
      <w:r>
        <w:rPr>
          <w:b/>
        </w:rPr>
        <w:t xml:space="preserve">[18:54] </w:t>
      </w:r>
      <w:r>
        <w:t>aik aadmi wahan maidan mein khara reh jaye ga. Is ke liye koi faisla nahi hua hoga. Kyunke is ka jo amal tha woh aisa tha keh keh 50-50 ka mamla is ka samajh lijiye tha keh na jannat ke qabil na jannat ke qabil.</w:t>
      </w:r>
    </w:p>
    <w:p>
      <w:pPr>
        <w:jc w:val="right"/>
      </w:pPr>
      <w:r>
        <w:t>ایک آدمی وہاں میدان میں کھڑا رہ جائے گا۔ اس کے لیے کوئی فیصلہ نہیں ہوا ہوگا۔ کیونکہ اس کا جو عمل تھا وہ ایسا تھا کہ کہ 50-50 کا معاملہ اس کا سمجھ لیجیے تھا کہ نہ جنت کے قابل نہ جنت کے قابل۔</w:t>
      </w:r>
    </w:p>
    <w:p>
      <w:r>
        <w:rPr>
          <w:b/>
        </w:rPr>
        <w:t xml:space="preserve">[19:18] </w:t>
      </w:r>
      <w:r>
        <w:t>woh aadmi akela khara hua hai. Toh woh Khuda se kehta hai:</w:t>
      </w:r>
    </w:p>
    <w:p>
      <w:pPr>
        <w:jc w:val="right"/>
      </w:pPr>
      <w:r>
        <w:t>وہ آدمی اکیلا کھڑا ہوا ہے۔ تو وہ خدا سے کہتا ہے:</w:t>
      </w:r>
    </w:p>
    <w:p>
      <w:r>
        <w:rPr>
          <w:b/>
        </w:rPr>
        <w:t xml:space="preserve">[19:28] </w:t>
      </w:r>
      <w:r>
        <w:t>dekhiye, alamati zaban hai. Toh woh aadmi Khuda se kehta hai keh aye mere Rab! Tu ne mujh ko jannat nahi di.</w:t>
      </w:r>
    </w:p>
    <w:p>
      <w:pPr>
        <w:jc w:val="right"/>
      </w:pPr>
      <w:r>
        <w:t>دیکھیے، علامتی زبان ہے۔ تو وہ آدمی خدا سے کہتا ہے کہ اے میرے رب! تو نے مجھ کو جنت نہیں دی۔</w:t>
      </w:r>
    </w:p>
    <w:p>
      <w:r>
        <w:rPr>
          <w:b/>
        </w:rPr>
        <w:t xml:space="preserve">[19:44] </w:t>
      </w:r>
      <w:r>
        <w:t>tu mujh ko dikha de keh jannat hai kya cheez. Aik nazar se mein jannat ko dekh loon.</w:t>
      </w:r>
    </w:p>
    <w:p>
      <w:pPr>
        <w:jc w:val="right"/>
      </w:pPr>
      <w:r>
        <w:t>تو مجھ کو دکھا دے کہ جنت ہے کیا چیز۔ ایک نظر سے میں جنت کو دیکھ لوں۔</w:t>
      </w:r>
    </w:p>
    <w:p>
      <w:r>
        <w:rPr>
          <w:b/>
        </w:rPr>
        <w:t xml:space="preserve">[19:53] </w:t>
      </w:r>
      <w:r>
        <w:t>woh kya cheez hai jo jannat ya jannat hai? Toh Khuda farishton se kahe ga keh is insaan ko le jao aur jannat ka darwaza kholo.</w:t>
      </w:r>
    </w:p>
    <w:p>
      <w:pPr>
        <w:jc w:val="right"/>
      </w:pPr>
      <w:r>
        <w:t>وہ کیا چیز ہے جو جنت یا جنت ہے؟ تو خدا فرشتوں سے کہے گا کہ اس انسان کو لے جاؤ اور جنت کا دروازہ کھولو۔</w:t>
      </w:r>
    </w:p>
    <w:p>
      <w:r>
        <w:rPr>
          <w:b/>
        </w:rPr>
        <w:t xml:space="preserve">[20:09] </w:t>
      </w:r>
      <w:r>
        <w:t>wahan khara ho kar yeh dekhen jannat ko. Is aadmi ko le jaya jaye ga. Jannat ka darwaza khola jaye ga.</w:t>
      </w:r>
    </w:p>
    <w:p>
      <w:pPr>
        <w:jc w:val="right"/>
      </w:pPr>
      <w:r>
        <w:t>وہاں کھڑا ہو کر یہ دیکھیں جنت کو۔ اس آدمی کو لے جایا جائے گا۔ جنت کا دروازہ کھولا جائے گا۔</w:t>
      </w:r>
    </w:p>
    <w:p>
      <w:r>
        <w:rPr>
          <w:b/>
        </w:rPr>
        <w:t xml:space="preserve">[20:21] </w:t>
      </w:r>
      <w:r>
        <w:t>woh khara ho kar dekhe ga.</w:t>
      </w:r>
    </w:p>
    <w:p>
      <w:pPr>
        <w:jc w:val="right"/>
      </w:pPr>
      <w:r>
        <w:t>وہ کھڑا ہو کر دیکھے گا۔</w:t>
      </w:r>
    </w:p>
    <w:p>
      <w:r>
        <w:rPr>
          <w:b/>
        </w:rPr>
        <w:t xml:space="preserve">[20:29] </w:t>
      </w:r>
      <w:r>
        <w:t>yahan par mein aap ko aik dilchasp qissa arz karoon keh Dilli mein aik aik international fair thi. Kai saal pehle ki baat hai.</w:t>
      </w:r>
    </w:p>
    <w:p>
      <w:pPr>
        <w:jc w:val="right"/>
      </w:pPr>
      <w:r>
        <w:t>یہاں پر میں آپ کو ایک دلچسپ قصہ عرض کروں کہ دلی میں ایک ایک انٹرنیشنل فیئر تھی۔ کئی سال پہلے کی بات ہے۔</w:t>
      </w:r>
    </w:p>
    <w:p>
      <w:r>
        <w:rPr>
          <w:b/>
        </w:rPr>
        <w:t xml:space="preserve">[20:39] </w:t>
      </w:r>
      <w:r>
        <w:t>jis mein dunya bhar ke sanati masnoo'aat aaye thay. Behtareen qism ki carain, behtareen qism ke tarah tarah ke saman.</w:t>
      </w:r>
    </w:p>
    <w:p>
      <w:pPr>
        <w:jc w:val="right"/>
      </w:pPr>
      <w:r>
        <w:t>جس میں دنیا بھر کے صنعتی مصنوعات آئے تھے۔ بہترین قسم کی کاریں، بہترین قسم کے طرح طرح کے سامان۔</w:t>
      </w:r>
    </w:p>
    <w:p>
      <w:r>
        <w:rPr>
          <w:b/>
        </w:rPr>
        <w:t xml:space="preserve">[20:52] </w:t>
      </w:r>
      <w:r>
        <w:t>toh wahan pe aik sadhu bhi gaya tha dekhne ke liye. Toh Hindustani Times mein un ki report chhapi thi. Jab us ne dekha is ka is ka jo chamak damak aur is ki shan o shaukat sanati dunya ki.</w:t>
      </w:r>
    </w:p>
    <w:p>
      <w:pPr>
        <w:jc w:val="right"/>
      </w:pPr>
      <w:r>
        <w:t>تو وہاں پہ ایک سادھو بھی گیا تھا دیکھنے کے لیے۔ تو ہندوستانی ٹائمز میں ان کی رپورٹ چھپی تھی۔ جب اس نے دیکھا اس کا اس کا جو چمک دمک اور اس کی شان و شوکت صنعتی دنیا کی۔</w:t>
      </w:r>
    </w:p>
    <w:p>
      <w:r>
        <w:rPr>
          <w:b/>
        </w:rPr>
        <w:t xml:space="preserve">[21:09] </w:t>
      </w:r>
      <w:r>
        <w:t>buniyadi taur par woh sanati numaaish thi. Toh jab sanati dunya ka is ne chamak damak dekha toh us waqt Hindustani Times mein aaya tha keh reporters se us ne kaha keh mein toh janglon mein rehta tha aur paharon mein rehta tha mein.</w:t>
      </w:r>
    </w:p>
    <w:p>
      <w:pPr>
        <w:jc w:val="right"/>
      </w:pPr>
      <w:r>
        <w:t>بنیادی طور پر وہ صنعتی نمائش تھی۔ تو جب صنعتی دنیا کا اس نے چمک دمک دیکھا تو اس وقت ہندوستانی ٹائمز میں آیا تھا کہ رپورٹرز سے اس نے کہا کہ میں تو جنگلوں میں رہتا تھا اور پہاڑوں میں رہتا تھا میں۔</w:t>
      </w:r>
    </w:p>
    <w:p>
      <w:r>
        <w:rPr>
          <w:b/>
        </w:rPr>
        <w:t xml:space="preserve">[21:34] </w:t>
      </w:r>
      <w:r>
        <w:t>kisi ne kaha keh jao dekho wahan Dilli mein aik aik tamasha ho raha hai, tum bhi ja ke dekh lo. Toh ab mein ne jo dekha hai is ko toh mein is soch mein par gaya hoon keh mein sanati dunya mein rahoon ya phir isi jangl mein chala jaon wapas.</w:t>
      </w:r>
    </w:p>
    <w:p>
      <w:pPr>
        <w:jc w:val="right"/>
      </w:pPr>
      <w:r>
        <w:t>کسی نے کہا کہ جاؤ دیکھو وہاں دلی میں ایک ایک تماشہ ہو رہا ہے، تم بھی جا کے دیکھ لو۔ تو اب میں نے جو دیکھا ہے اس کو تو میں اس سوچ میں پڑ گیا ہوں کہ میں صنعتی دنیا میں رہوں یا پھر اسی جنگل میں چلا جاؤں واپس۔</w:t>
      </w:r>
    </w:p>
    <w:p>
      <w:r>
        <w:rPr>
          <w:b/>
        </w:rPr>
        <w:t xml:space="preserve">[21:54] </w:t>
      </w:r>
      <w:r>
        <w:t>yani zindagi bhar ka woh khwab jo tha is ka keh mein</w:t>
      </w:r>
    </w:p>
    <w:p>
      <w:pPr>
        <w:jc w:val="right"/>
      </w:pPr>
      <w:r>
        <w:t>یعنی زندگی بھر کا وہ خواب جو تھا اس کا کہ میں</w:t>
      </w:r>
    </w:p>
    <w:p>
      <w:r>
        <w:rPr>
          <w:b/>
        </w:rPr>
        <w:t xml:space="preserve">[22:01] </w:t>
      </w:r>
      <w:r>
        <w:t>nijat, nijat mujhe mile gi is mein jannat, jangl mein aur paharon mein rehne se mujhe roohaniyat mile gi, roohaniyat mile gi waghera waghera, woh sab bhool gaya woh.</w:t>
      </w:r>
    </w:p>
    <w:p>
      <w:pPr>
        <w:jc w:val="right"/>
      </w:pPr>
      <w:r>
        <w:t>نجات، نجات مجھے ملے گی اس میں جنت، جنگل میں اور پہاڑوں میں رہنے سے مجھے روحانیت ملے گی، روحانیت ملے گی وغیرہ وغیرہ، وہ سب بھول گیا وہ۔</w:t>
      </w:r>
    </w:p>
    <w:p>
      <w:r>
        <w:rPr>
          <w:b/>
        </w:rPr>
        <w:t xml:space="preserve">[22:14] </w:t>
      </w:r>
      <w:r>
        <w:t>toh khair mein yeh arz kar raha tha keh woh aadmi jab us ko</w:t>
      </w:r>
    </w:p>
    <w:p>
      <w:pPr>
        <w:jc w:val="right"/>
      </w:pPr>
      <w:r>
        <w:t>تو خیر میں یہ عرض کر رہا تھا کہ وہ آدمی جب اس کو</w:t>
      </w:r>
    </w:p>
    <w:p>
      <w:r>
        <w:rPr>
          <w:b/>
        </w:rPr>
        <w:t xml:space="preserve">[22:23] </w:t>
      </w:r>
      <w:r>
        <w:t>jannat dikhai jaye gi toh itna zyada woh us ko us ke andar aik aik ehsas-e-khauf paida hoga.</w:t>
      </w:r>
    </w:p>
    <w:p>
      <w:pPr>
        <w:jc w:val="right"/>
      </w:pPr>
      <w:r>
        <w:t>جنت دکھائی جائے گی تو اتنا زیادہ وہ اس کو اس کے اندر ایک ایک احساسِ خوف پیدا ہوگا۔</w:t>
      </w:r>
    </w:p>
    <w:p>
      <w:r>
        <w:rPr>
          <w:b/>
        </w:rPr>
        <w:t xml:space="preserve">[22:35] </w:t>
      </w:r>
      <w:r>
        <w:t>aik josh paida hoga. Jis ko Urdu mein kehte hain keh itna mabhut ho jaye ga woh. Keh woh kahe ga keh Khuda ya!</w:t>
      </w:r>
    </w:p>
    <w:p>
      <w:pPr>
        <w:jc w:val="right"/>
      </w:pPr>
      <w:r>
        <w:t>ایک جوش پیدا ہوگا۔ جس کو اردو میں کہتے ہیں کہ اتنا مبہوت ہو جائے گا وہ۔ کہ وہ کہے گا کہ خدایا!</w:t>
      </w:r>
    </w:p>
    <w:p>
      <w:r>
        <w:rPr>
          <w:b/>
        </w:rPr>
        <w:t xml:space="preserve">[22:45] </w:t>
      </w:r>
      <w:r>
        <w:t>jis jannat ko tu ne mujhe dikha diya us mein mujhe dakhil bhi kar de.</w:t>
      </w:r>
    </w:p>
    <w:p>
      <w:pPr>
        <w:jc w:val="right"/>
      </w:pPr>
      <w:r>
        <w:t>جس جنت کو تو نے مجھے دکھا دیا اس میں مجھے داخل بھی کر دے۔</w:t>
      </w:r>
    </w:p>
    <w:p>
      <w:r>
        <w:rPr>
          <w:b/>
        </w:rPr>
        <w:t xml:space="preserve">[22:54] </w:t>
      </w:r>
      <w:r>
        <w:t>jis jannat ko tu ne mujhe dikha diya us mein mujhe dakhil bhi kar de.</w:t>
      </w:r>
    </w:p>
    <w:p>
      <w:pPr>
        <w:jc w:val="right"/>
      </w:pPr>
      <w:r>
        <w:t>جس جنت کو تو نے مجھے دکھا دیا اس میں مجھے داخل بھی کر دے۔</w:t>
      </w:r>
    </w:p>
    <w:p>
      <w:r>
        <w:rPr>
          <w:b/>
        </w:rPr>
        <w:t xml:space="preserve">[23:02] </w:t>
      </w:r>
      <w:r>
        <w:t>aur Khuda kahe ga keh aye mere bande!</w:t>
      </w:r>
    </w:p>
    <w:p>
      <w:pPr>
        <w:jc w:val="right"/>
      </w:pPr>
      <w:r>
        <w:t>اور خدا کہے گا کہ اے میرے بندے!</w:t>
      </w:r>
    </w:p>
    <w:p>
      <w:r>
        <w:rPr>
          <w:b/>
        </w:rPr>
        <w:t xml:space="preserve">[23:07] </w:t>
      </w:r>
      <w:r>
        <w:t>aye mere bande! Tu mujh se jannat ko na maang.</w:t>
      </w:r>
    </w:p>
    <w:p>
      <w:pPr>
        <w:jc w:val="right"/>
      </w:pPr>
      <w:r>
        <w:t>اے میرے بندے! تو مجھ سے جنت کو نہ مانگ۔</w:t>
      </w:r>
    </w:p>
    <w:p>
      <w:r>
        <w:rPr>
          <w:b/>
        </w:rPr>
        <w:t xml:space="preserve">[23:14] </w:t>
      </w:r>
      <w:r>
        <w:t>aye mere bande! Tu mujh se jannat ko na maang.</w:t>
      </w:r>
    </w:p>
    <w:p>
      <w:pPr>
        <w:jc w:val="right"/>
      </w:pPr>
      <w:r>
        <w:t>اے میرے بندے! تو مجھ سے جنت کو نہ مانگ۔</w:t>
      </w:r>
    </w:p>
    <w:p>
      <w:r>
        <w:rPr>
          <w:b/>
        </w:rPr>
        <w:t xml:space="preserve">[23:21] </w:t>
      </w:r>
      <w:r>
        <w:t>to jis dunya ko chor kar aaya hai, yeh poori zameen.</w:t>
      </w:r>
    </w:p>
    <w:p>
      <w:pPr>
        <w:jc w:val="right"/>
      </w:pPr>
      <w:r>
        <w:t>تو جس دنیا کو چھوڑ کر آیا ہے، یہ پوری زمین۔</w:t>
      </w:r>
    </w:p>
    <w:p>
      <w:r>
        <w:rPr>
          <w:b/>
        </w:rPr>
        <w:t xml:space="preserve">[23:30] </w:t>
      </w:r>
      <w:r>
        <w:t>yeh poori zameen, poori dunya. to jis dunya ko chor kar aaya hai, yani jahan masko hai, washington hai, london hai, new delhi hai, tokyo hai, ghraz hai ke poori yeh dunya.</w:t>
      </w:r>
    </w:p>
    <w:p>
      <w:pPr>
        <w:jc w:val="right"/>
      </w:pPr>
      <w:r>
        <w:t>یہ پوری زمین، پوری دنیا۔ تو جس دنیا کو چھوڑ کر آیا ہے، یعنی جہاں ماسکو ہے، واشنگٹن ہے، لندن ہے، نیو ڈلی ہے، ٹوکیو ہے، غرض ہے کہ پوری یہ دنیا۔</w:t>
      </w:r>
    </w:p>
    <w:p>
      <w:r>
        <w:rPr>
          <w:b/>
        </w:rPr>
        <w:t xml:space="preserve">[23:43] </w:t>
      </w:r>
      <w:r>
        <w:t>to khuda kahega ke to mujh se jannat ko na mang. jis dunya ko to chor kar aaya hai, woh dunya.</w:t>
      </w:r>
    </w:p>
    <w:p>
      <w:pPr>
        <w:jc w:val="right"/>
      </w:pPr>
      <w:r>
        <w:t>تو خدا کہے گا کہ تو مجھ سے جنت کو نہ مانگ۔ جس دنیا کو تو چھوڑ کر آیا ہے، وہ دنیا۔</w:t>
      </w:r>
    </w:p>
    <w:p>
      <w:r>
        <w:rPr>
          <w:b/>
        </w:rPr>
        <w:t xml:space="preserve">[23:55] </w:t>
      </w:r>
      <w:r>
        <w:t>aise hi ek aur dunya mein tum ko de deta hoon. do dunya hain. tum jannat ko mujh se na mango.</w:t>
      </w:r>
    </w:p>
    <w:p>
      <w:pPr>
        <w:jc w:val="right"/>
      </w:pPr>
      <w:r>
        <w:t>ایسے ہی ایک اور دنیا میں تم کو دے دیتا ہوں۔ دو دنیا ہیں۔ تم جنت کو مجھ سے نہ مانگو۔</w:t>
      </w:r>
    </w:p>
    <w:p>
      <w:r>
        <w:rPr>
          <w:b/>
        </w:rPr>
        <w:t xml:space="preserve">[24:07] </w:t>
      </w:r>
      <w:r>
        <w:t>to woh aadmi jo jannat ko dekh chuka hoga.</w:t>
      </w:r>
    </w:p>
    <w:p>
      <w:pPr>
        <w:jc w:val="right"/>
      </w:pPr>
      <w:r>
        <w:t>تو وہ آدمی جو جنت کو دیکھ چکا ہوگا۔</w:t>
      </w:r>
    </w:p>
    <w:p>
      <w:r>
        <w:rPr>
          <w:b/>
        </w:rPr>
        <w:t xml:space="preserve">[24:15] </w:t>
      </w:r>
      <w:r>
        <w:t>dekhen jannat ko dekhne se pehle kya insaan ka haal hota hai. ek job kho diya jaye to woh khudkushi kar leta hai.</w:t>
      </w:r>
    </w:p>
    <w:p>
      <w:pPr>
        <w:jc w:val="right"/>
      </w:pPr>
      <w:r>
        <w:t>دیکھیں جنت کو دیکھنے سے پہلے کیا انسان کا حال ہوتا ہے۔ ایک جاب کھویا جائے تو وہ خودکشی کر لیتا ہے۔</w:t>
      </w:r>
    </w:p>
    <w:p>
      <w:r>
        <w:rPr>
          <w:b/>
        </w:rPr>
        <w:t xml:space="preserve">[24:27] </w:t>
      </w:r>
      <w:r>
        <w:t>ek line agar chhin jaye to ladne ke liye, us ko qatl karne ke liye tayyar hota hai jis ne line chheni hai.</w:t>
      </w:r>
    </w:p>
    <w:p>
      <w:pPr>
        <w:jc w:val="right"/>
      </w:pPr>
      <w:r>
        <w:t>ایک لائن اگر چھن جائے تو لڑنے کے لیے، اس کو قتل کرنے کے لیے تیار ہوتا ہے جس نے لائن چھینی ہے۔</w:t>
      </w:r>
    </w:p>
    <w:p>
      <w:r>
        <w:rPr>
          <w:b/>
        </w:rPr>
        <w:t xml:space="preserve">[24:36] </w:t>
      </w:r>
      <w:r>
        <w:t>siyasi is mein aap dekhte hain ke agar us ko mp nahi bana woh ya koi acha portfolio nahi mila wazart ka to uska haal yeh hota hai ke woh hospital mein dakhil ho jata hai, woh hospitalize ho jata hai woh.</w:t>
      </w:r>
    </w:p>
    <w:p>
      <w:pPr>
        <w:jc w:val="right"/>
      </w:pPr>
      <w:r>
        <w:t>سیاسی اس میں آپ دیکھتے ہیں کہ اگر اس کو ایم پی نہیں بنا وہ یا کوئی اچھا پورٹ فولیو نہیں ملا وزارت کا تو اس کا حال یہ ہوتا ہے کہ وہ ہاسپٹل میں داخل ہو جاتا ہے، وہ ہاسپٹلائز ہو جاتا ہے وہ۔</w:t>
      </w:r>
    </w:p>
    <w:p>
      <w:r>
        <w:rPr>
          <w:b/>
        </w:rPr>
        <w:t xml:space="preserve">[24:53] </w:t>
      </w:r>
      <w:r>
        <w:t>ek chote se, ek chote se khone ko bardasht nahi kar pata. dunya ke ek choti si cheez ko khone ko.</w:t>
      </w:r>
    </w:p>
    <w:p>
      <w:pPr>
        <w:jc w:val="right"/>
      </w:pPr>
      <w:r>
        <w:t>ایک چھوٹے سے، ایک چھوٹے سے کھونے کو برداشت نہیں کر پاتا۔ دنیا کے ایک چھوٹی سی چیز کو کھونے کو۔</w:t>
      </w:r>
    </w:p>
    <w:p>
      <w:r>
        <w:rPr>
          <w:b/>
        </w:rPr>
        <w:t xml:space="preserve">[25:05] </w:t>
      </w:r>
      <w:r>
        <w:t>ek zara dunya ka. is aadmi ko poori poori dunya balkeh aisi ek aur dunya. do dunya hain is ko di jayengi.</w:t>
      </w:r>
    </w:p>
    <w:p>
      <w:pPr>
        <w:jc w:val="right"/>
      </w:pPr>
      <w:r>
        <w:t>ایک ذرہ دنیا کا۔ اس آدمی کو پوری پوری دنیا بلکہ ایسی ایک اور دنیا۔ دو دنیا ہیں اس کو دی جائیں گی۔</w:t>
      </w:r>
    </w:p>
    <w:p>
      <w:r>
        <w:rPr>
          <w:b/>
        </w:rPr>
        <w:t xml:space="preserve">[25:18] </w:t>
      </w:r>
      <w:r>
        <w:t>magar woh kahega, is ka jawab hoga woh, woh jo climax hai, woh climax yeh hai ke woh insaan kahega: ya rab!</w:t>
      </w:r>
    </w:p>
    <w:p>
      <w:pPr>
        <w:jc w:val="right"/>
      </w:pPr>
      <w:r>
        <w:t>مگر وہ کہے گا، اس کا جواب ہوگا وہ، وہ جو کلائمیکس ہے، وہ کلائمیکس یہ ہے کہ وہ انسان کہے گا: یا رب!</w:t>
      </w:r>
    </w:p>
    <w:p>
      <w:r>
        <w:rPr>
          <w:b/>
        </w:rPr>
        <w:t xml:space="preserve">[25:28] </w:t>
      </w:r>
      <w:r>
        <w:t>kaifakoon ishq abadak?</w:t>
      </w:r>
    </w:p>
    <w:p>
      <w:pPr>
        <w:jc w:val="right"/>
      </w:pPr>
      <w:r>
        <w:t>کیفاکون عشق عبادک؟</w:t>
      </w:r>
    </w:p>
    <w:p>
      <w:r>
        <w:rPr>
          <w:b/>
        </w:rPr>
        <w:t xml:space="preserve">[25:33] </w:t>
      </w:r>
      <w:r>
        <w:t>ya rab! kaifakoon ishq abadak? aye mere rab! mein kaise, aye mere rab!</w:t>
      </w:r>
    </w:p>
    <w:p>
      <w:pPr>
        <w:jc w:val="right"/>
      </w:pPr>
      <w:r>
        <w:t>یا رب! کیفاکون عشق عبادک؟ اے میرے رب! میں کیسے، اے میرے رب!</w:t>
      </w:r>
    </w:p>
    <w:p>
      <w:r>
        <w:rPr>
          <w:b/>
        </w:rPr>
        <w:t xml:space="preserve">[25:46] </w:t>
      </w:r>
      <w:r>
        <w:t>tere bando mein sab se zyada badbakht banda mein hi kyun banun?</w:t>
      </w:r>
    </w:p>
    <w:p>
      <w:pPr>
        <w:jc w:val="right"/>
      </w:pPr>
      <w:r>
        <w:t>تیرے بندوں میں سب سے زیادہ بدبخت بندہ میں ہی کیوں بنوں؟</w:t>
      </w:r>
    </w:p>
    <w:p>
      <w:r>
        <w:rPr>
          <w:b/>
        </w:rPr>
        <w:t xml:space="preserve">[25:58] </w:t>
      </w:r>
      <w:r>
        <w:t>aye mere rab! mein hi tere bando mein sab se zyada badbakht banda kyun banun? kaise banun? yani</w:t>
      </w:r>
    </w:p>
    <w:p>
      <w:pPr>
        <w:jc w:val="right"/>
      </w:pPr>
      <w:r>
        <w:t>اے میرے رب! میں ہی تیرے بندوں میں سب سے زیادہ بدبخت بندہ کیوں بنوں؟ کیسے بنوں؟ یعنی</w:t>
      </w:r>
    </w:p>
    <w:p>
      <w:r>
        <w:rPr>
          <w:b/>
        </w:rPr>
        <w:t xml:space="preserve">[26:10] </w:t>
      </w:r>
      <w:r>
        <w:t>jannat ko chor kar aisi do dunyayon ko le ka malik ban jana. yani itna bara saltanat, aap ghore kijiye.</w:t>
      </w:r>
    </w:p>
    <w:p>
      <w:pPr>
        <w:jc w:val="right"/>
      </w:pPr>
      <w:r>
        <w:t>جنت کو چھوڑ کر ایسی دو دنیاؤں کو لے کا مالک بن جانا۔ یعنی اتنا بڑا سلطنت، آپ غور کیجیے۔</w:t>
      </w:r>
    </w:p>
    <w:p>
      <w:r>
        <w:rPr>
          <w:b/>
        </w:rPr>
        <w:t xml:space="preserve">[26:20] </w:t>
      </w:r>
      <w:r>
        <w:t>itna bara saltanat jis mein aisi do dunyayon ho. aur us ke takht par woh baitha hua ho, taaj pehan kar ke.</w:t>
      </w:r>
    </w:p>
    <w:p>
      <w:pPr>
        <w:jc w:val="right"/>
      </w:pPr>
      <w:r>
        <w:t>اتنا بڑا سلطنت جس میں ایسی دو دنیاؤں ہوں۔ اور اس کے تخت پر وہ بیٹھا ہوا ہو، تاج پہن کر کے۔</w:t>
      </w:r>
    </w:p>
    <w:p>
      <w:r>
        <w:rPr>
          <w:b/>
        </w:rPr>
        <w:t xml:space="preserve">[26:30] </w:t>
      </w:r>
      <w:r>
        <w:t>aap zara ghore kijiye is cheez ko. ke aisi do dunyayon use de di jayen, is ka saltanat wahan qaim ho.</w:t>
      </w:r>
    </w:p>
    <w:p>
      <w:pPr>
        <w:jc w:val="right"/>
      </w:pPr>
      <w:r>
        <w:t>آپ ذرا غور کیجیے اس چیز کو۔ کہ ایسی دو دنیاؤں اسے دے دی جائیں، اس کا سلطنت وہاں قائم ہو۔</w:t>
      </w:r>
    </w:p>
    <w:p>
      <w:r>
        <w:rPr>
          <w:b/>
        </w:rPr>
        <w:t xml:space="preserve">[26:42] </w:t>
      </w:r>
      <w:r>
        <w:t>sari luxuries, sare aaram, sari izzat, sab kuch us ko do dunyayon ke level ka mil jaye.</w:t>
      </w:r>
    </w:p>
    <w:p>
      <w:pPr>
        <w:jc w:val="right"/>
      </w:pPr>
      <w:r>
        <w:t>ساری لگژریز، سارے آرام، ساری عزت، سب کچھ اس کو دو دنیاؤں کے لیول کا مل جائے۔</w:t>
      </w:r>
    </w:p>
    <w:p>
      <w:r>
        <w:rPr>
          <w:b/>
        </w:rPr>
        <w:t xml:space="preserve">[26:52] </w:t>
      </w:r>
      <w:r>
        <w:t>tab bhi woh jannat itni qeemti cheez, itni qeemti cheez hogi. itni zyada khoobsurat hogi ke woh kahega ke khudaya!</w:t>
      </w:r>
    </w:p>
    <w:p>
      <w:pPr>
        <w:jc w:val="right"/>
      </w:pPr>
      <w:r>
        <w:t>تب بھی وہ جنت اتنی قیمتی چیز، اتنی قیمتی چیز ہوگی۔ اتنی زیادہ خوبصورت ہوگی کہ وہ کہے گا کہ خدایا!</w:t>
      </w:r>
    </w:p>
    <w:p>
      <w:r>
        <w:rPr>
          <w:b/>
        </w:rPr>
        <w:t xml:space="preserve">[27:06] </w:t>
      </w:r>
      <w:r>
        <w:t>agar mein do dunyayon ko le loon jannat ko chor kar ke to mein to mujh se zyada ahmaq aadmi to koi nahi, mujh se zyada ahmaq aadmi to koi bhi nahi.</w:t>
      </w:r>
    </w:p>
    <w:p>
      <w:pPr>
        <w:jc w:val="right"/>
      </w:pPr>
      <w:r>
        <w:t>اگر میں دو دنیاؤں کو لے لوں جنت کو چھوڑ کر کے تو میں تو مجھ سے زیادہ احمق آدمی تو کوئی نہیں، مجھ سے زیادہ احمق آدمی تو کوئی بھی نہیں۔</w:t>
      </w:r>
    </w:p>
    <w:p>
      <w:r>
        <w:rPr>
          <w:b/>
        </w:rPr>
        <w:t xml:space="preserve">[27:19] </w:t>
      </w:r>
      <w:r>
        <w:t>is hadith par mein ne socha ke aisa kyun kahega woh aadmi? woh aadmi aisa kyun kahega?</w:t>
      </w:r>
    </w:p>
    <w:p>
      <w:pPr>
        <w:jc w:val="right"/>
      </w:pPr>
      <w:r>
        <w:t>اس حدیث پر میں نے سوچا کہ ایسا کیوں کہے گا وہ آدمی؟ وہ آدمی ایسا کیوں کہے گا؟</w:t>
      </w:r>
    </w:p>
    <w:p>
      <w:r>
        <w:rPr>
          <w:b/>
        </w:rPr>
        <w:t xml:space="preserve">[27:28] </w:t>
      </w:r>
      <w:r>
        <w:t>to mujhe ek misaal samajh mein aayi.</w:t>
      </w:r>
    </w:p>
    <w:p>
      <w:pPr>
        <w:jc w:val="right"/>
      </w:pPr>
      <w:r>
        <w:t>تو مجھے ایک مثال سمجھ میں آئی۔</w:t>
      </w:r>
    </w:p>
    <w:p>
      <w:r>
        <w:rPr>
          <w:b/>
        </w:rPr>
        <w:t xml:space="preserve">[27:33] </w:t>
      </w:r>
      <w:r>
        <w:t>tv set ki misaal. dekhiye, ek aap ke paas ek bohat acha color tv ho.</w:t>
      </w:r>
    </w:p>
    <w:p>
      <w:pPr>
        <w:jc w:val="right"/>
      </w:pPr>
      <w:r>
        <w:t>ٹی وی سیٹ کی مثال۔ دیکھیے، ایک آپ کے پاس ایک بہت اچھا کلر ٹی وی ہو۔</w:t>
      </w:r>
    </w:p>
    <w:p>
      <w:r>
        <w:rPr>
          <w:b/>
        </w:rPr>
        <w:t xml:space="preserve">[27:44] </w:t>
      </w:r>
      <w:r>
        <w:t>dunya ka sab se acha color tv. jis mein bohat hi saaf awaz bhi ho aur bohat hi saaf tasveer bhi ho.</w:t>
      </w:r>
    </w:p>
    <w:p>
      <w:pPr>
        <w:jc w:val="right"/>
      </w:pPr>
      <w:r>
        <w:t>دنیا کا سب سے اچھا کلر ٹی وی۔ جس میں بہت ہی صاف آواز بھی ہو اور بہت ہی صاف تصویر بھی ہو۔</w:t>
      </w:r>
    </w:p>
    <w:p>
      <w:r>
        <w:rPr>
          <w:b/>
        </w:rPr>
        <w:t xml:space="preserve">[27:55] </w:t>
      </w:r>
      <w:r>
        <w:t>to agar mere paas ek hazar TV hain jo kharr kharr karta hai.</w:t>
      </w:r>
    </w:p>
    <w:p>
      <w:pPr>
        <w:jc w:val="right"/>
      </w:pPr>
      <w:r>
        <w:t>تو اگر میرے پاس ایک ہزار ٹی وی ہیں جو کھڑکھڑ کرتا ہے۔</w:t>
      </w:r>
    </w:p>
    <w:p>
      <w:r>
        <w:rPr>
          <w:b/>
        </w:rPr>
        <w:t xml:space="preserve">[28:07] </w:t>
      </w:r>
      <w:r>
        <w:t>black and white TV. jis mein na tasveer saaf aati hai, na awaz saaf aati hai. to main aap se kahoon ke aap apna ek</w:t>
      </w:r>
    </w:p>
    <w:p>
      <w:pPr>
        <w:jc w:val="right"/>
      </w:pPr>
      <w:r>
        <w:t>بلیک اینڈ وائٹ ٹی وی۔ جس میں نہ تصویر صاف آتی ہے، نہ آواز صاف آتی ہے۔ تو میں آپ سے کہوں کہ آپ اپنا ایک</w:t>
      </w:r>
    </w:p>
    <w:p>
      <w:r>
        <w:rPr>
          <w:b/>
        </w:rPr>
        <w:t xml:space="preserve">[28:19] </w:t>
      </w:r>
      <w:r>
        <w:t>TV jo aap ke paas, color TV jo aap ke paas hai, bohat acha, wo mujhe de dijiye. mera ek hazar TV aap le lijiye. to aap kahein ke bhai khatra, is khatra ko le ke kya karoon?</w:t>
      </w:r>
    </w:p>
    <w:p>
      <w:pPr>
        <w:jc w:val="right"/>
      </w:pPr>
      <w:r>
        <w:t>ٹی وی جو آپ کے پاس، کلر ٹی وی جو آپ کے پاس ہے، بہت اچھا، وہ مجھے دے دیجیے۔ میرا ایک ہزار ٹی وی آپ لے لیجیے۔ تو آپ کہیں کہ بھئی کھٹرا، اس کھٹرا کو لے کے کیا کروں؟</w:t>
      </w:r>
    </w:p>
    <w:p>
      <w:r>
        <w:rPr>
          <w:b/>
        </w:rPr>
        <w:t xml:space="preserve">[28:31] </w:t>
      </w:r>
      <w:r>
        <w:t>ise kooday mein daal do is ko. kya karoon ga main? is se maine yeh nateeja nikala</w:t>
      </w:r>
    </w:p>
    <w:p>
      <w:pPr>
        <w:jc w:val="right"/>
      </w:pPr>
      <w:r>
        <w:t>اسے کوڑے میں ڈال دو اس کو۔ کیا کروں گا میں؟ اس سے میں نے یہ نتیجہ نکالا</w:t>
      </w:r>
    </w:p>
    <w:p>
      <w:r>
        <w:rPr>
          <w:b/>
        </w:rPr>
        <w:t xml:space="preserve">[28:41] </w:t>
      </w:r>
      <w:r>
        <w:t>ke imperfect ki koi bhi miqdar perfect ka badal nahi ban sakti.</w:t>
      </w:r>
    </w:p>
    <w:p>
      <w:pPr>
        <w:jc w:val="right"/>
      </w:pPr>
      <w:r>
        <w:t>کہ امپرفیکٹ کی کوئی بھی مقدار پرفیکٹ کا بدل نہیں بن سکتی۔</w:t>
      </w:r>
    </w:p>
    <w:p>
      <w:r>
        <w:rPr>
          <w:b/>
        </w:rPr>
        <w:t xml:space="preserve">[28:52] </w:t>
      </w:r>
      <w:r>
        <w:t>imperfect ki koi bhi miqdar</w:t>
      </w:r>
    </w:p>
    <w:p>
      <w:pPr>
        <w:jc w:val="right"/>
      </w:pPr>
      <w:r>
        <w:t>امپرفیکٹ کی کوئی بھی مقدار</w:t>
      </w:r>
    </w:p>
    <w:p>
      <w:r>
        <w:rPr>
          <w:b/>
        </w:rPr>
        <w:t xml:space="preserve">[28:58] </w:t>
      </w:r>
      <w:r>
        <w:t>perfect ka badal nahi ban sakti.</w:t>
      </w:r>
    </w:p>
    <w:p>
      <w:pPr>
        <w:jc w:val="right"/>
      </w:pPr>
      <w:r>
        <w:t>پرفیکٹ کا بدل نہیں بن سکتی۔</w:t>
      </w:r>
    </w:p>
    <w:p>
      <w:r>
        <w:rPr>
          <w:b/>
        </w:rPr>
        <w:t xml:space="preserve">[29:05] </w:t>
      </w:r>
      <w:r>
        <w:t>imperfect kitna hi zyada ho lekin wo perfect ke barabar nahi ho sakta. yeh hai farq jis ki wajah se wo aadmi kahega ke khuda ya!</w:t>
      </w:r>
    </w:p>
    <w:p>
      <w:pPr>
        <w:jc w:val="right"/>
      </w:pPr>
      <w:r>
        <w:t>امپرفیکٹ کتنا ہی زیادہ ہو لیکن وہ پرفیکٹ کے برابر نہیں ہو سکتا۔ یہ ہے فرق جس کی وجہ سے وہ آدمی کہے گا کہ خدایا!</w:t>
      </w:r>
    </w:p>
    <w:p>
      <w:r>
        <w:rPr>
          <w:b/>
        </w:rPr>
        <w:t xml:space="preserve">[29:17] </w:t>
      </w:r>
      <w:r>
        <w:t>main hi tere bando mein sab se zyada badbakht banda kyun banoon?</w:t>
      </w:r>
    </w:p>
    <w:p>
      <w:pPr>
        <w:jc w:val="right"/>
      </w:pPr>
      <w:r>
        <w:t>میں ہی تیرے بندوں میں سب سے زیادہ بدبخت بندہ کیوں بنوں؟</w:t>
      </w:r>
    </w:p>
    <w:p>
      <w:r>
        <w:rPr>
          <w:b/>
        </w:rPr>
        <w:t xml:space="preserve">[29:24] </w:t>
      </w:r>
      <w:r>
        <w:t>aisi dunya hai</w:t>
      </w:r>
    </w:p>
    <w:p>
      <w:pPr>
        <w:jc w:val="right"/>
      </w:pPr>
      <w:r>
        <w:t>ایسی دنیا ہے</w:t>
      </w:r>
    </w:p>
    <w:p>
      <w:r>
        <w:rPr>
          <w:b/>
        </w:rPr>
        <w:t xml:space="preserve">[29:29] </w:t>
      </w:r>
      <w:r>
        <w:t>jis mein hum</w:t>
      </w:r>
    </w:p>
    <w:p>
      <w:pPr>
        <w:jc w:val="right"/>
      </w:pPr>
      <w:r>
        <w:t>جس میں ہم</w:t>
      </w:r>
    </w:p>
    <w:p>
      <w:r>
        <w:rPr>
          <w:b/>
        </w:rPr>
        <w:t xml:space="preserve">[29:33] </w:t>
      </w:r>
      <w:r>
        <w:t>kya kuch karte hain jis ko aap jante hain aap. aur wo jannat jis ko hum chhoday hue hain. to kitni bari ahmaqana hai yeh.</w:t>
      </w:r>
    </w:p>
    <w:p>
      <w:pPr>
        <w:jc w:val="right"/>
      </w:pPr>
      <w:r>
        <w:t>کیا کچھ کرتے ہیں جس کو آپ جانتے ہیں آپ۔ اور وہ جنت جس کو ہم چھوڑے ہوئے ہیں۔ تو کتنی بڑی احمقانہ ہے یہ۔</w:t>
      </w:r>
    </w:p>
    <w:p>
      <w:r>
        <w:rPr>
          <w:b/>
        </w:rPr>
        <w:t xml:space="preserve">[29:46] </w:t>
      </w:r>
      <w:r>
        <w:t>kitni bari ahmaqana hai yeh.</w:t>
      </w:r>
    </w:p>
    <w:p>
      <w:pPr>
        <w:jc w:val="right"/>
      </w:pPr>
      <w:r>
        <w:t>کتنی بڑی احمقانہ ہے یہ۔</w:t>
      </w:r>
    </w:p>
    <w:p>
      <w:r>
        <w:rPr>
          <w:b/>
        </w:rPr>
        <w:t xml:space="preserve">[29:52] </w:t>
      </w:r>
      <w:r>
        <w:t>ab main kuch aur baatein aap ke samne rakhunga is ke aur thori tafseel ke liye.</w:t>
      </w:r>
    </w:p>
    <w:p>
      <w:pPr>
        <w:jc w:val="right"/>
      </w:pPr>
      <w:r>
        <w:t>اب میں کچھ اور باتیں آپ کے سامنے رکھوں گا اس کے اور تھوڑی تفصیل کے لیے۔</w:t>
      </w:r>
    </w:p>
    <w:p>
      <w:r>
        <w:rPr>
          <w:b/>
        </w:rPr>
        <w:t xml:space="preserve">[30:00] </w:t>
      </w:r>
      <w:r>
        <w:t>is baat ko samajhne ke liye.</w:t>
      </w:r>
    </w:p>
    <w:p>
      <w:pPr>
        <w:jc w:val="right"/>
      </w:pPr>
      <w:r>
        <w:t>اس بات کو سمجھنے کے لیے۔</w:t>
      </w:r>
    </w:p>
    <w:p>
      <w:r>
        <w:rPr>
          <w:b/>
        </w:rPr>
        <w:t xml:space="preserve">[30:06] </w:t>
      </w:r>
      <w:r>
        <w:t>dekhiye Islam ki tareekh mein</w:t>
      </w:r>
    </w:p>
    <w:p>
      <w:pPr>
        <w:jc w:val="right"/>
      </w:pPr>
      <w:r>
        <w:t>دیکھیے اسلام کی تاریخ میں</w:t>
      </w:r>
    </w:p>
    <w:p>
      <w:r>
        <w:rPr>
          <w:b/>
        </w:rPr>
        <w:t xml:space="preserve">[30:13] </w:t>
      </w:r>
      <w:r>
        <w:t>bohat lamba</w:t>
      </w:r>
    </w:p>
    <w:p>
      <w:pPr>
        <w:jc w:val="right"/>
      </w:pPr>
      <w:r>
        <w:t>بہت لمبا</w:t>
      </w:r>
    </w:p>
    <w:p>
      <w:r>
        <w:rPr>
          <w:b/>
        </w:rPr>
        <w:t xml:space="preserve">[30:18] </w:t>
      </w:r>
      <w:r>
        <w:t>hukumat ka zamana tha. Abbas, jis ko hum Abbasid period kehte hain. pehle prophet ka zamana tha, phir khaleefa ka zamana aya.</w:t>
      </w:r>
    </w:p>
    <w:p>
      <w:pPr>
        <w:jc w:val="right"/>
      </w:pPr>
      <w:r>
        <w:t>حکومت کا زمانہ تھا۔ عباس، جس کو ہم عباسد پیریڈ کہتے ہیں۔ پہلے پرافٹ کا زمانہ تھا، پھر خلیفت کا زمانہ آیا۔</w:t>
      </w:r>
    </w:p>
    <w:p>
      <w:r>
        <w:rPr>
          <w:b/>
        </w:rPr>
        <w:t xml:space="preserve">[30:28] </w:t>
      </w:r>
      <w:r>
        <w:t>phir Umayyad ka zamana aya, phir Abbasid ka zamana aya. to un ki, un ka role bohat bare ilaqay mein tha.</w:t>
      </w:r>
    </w:p>
    <w:p>
      <w:pPr>
        <w:jc w:val="right"/>
      </w:pPr>
      <w:r>
        <w:t>پھر امیت کا زمانہ آیا، پھر عباسد کا زمانہ آیا۔ تو ان کی، ان کا رول بہت بڑے علاقے میں تھا۔</w:t>
      </w:r>
    </w:p>
    <w:p>
      <w:r>
        <w:rPr>
          <w:b/>
        </w:rPr>
        <w:t xml:space="preserve">[30:43] </w:t>
      </w:r>
      <w:r>
        <w:t>is ke baad kya hua ke</w:t>
      </w:r>
    </w:p>
    <w:p>
      <w:pPr>
        <w:jc w:val="right"/>
      </w:pPr>
      <w:r>
        <w:t>اس کے بعد کیا ہوا کہ</w:t>
      </w:r>
    </w:p>
    <w:p>
      <w:r>
        <w:rPr>
          <w:b/>
        </w:rPr>
        <w:t xml:space="preserve">[30:50] </w:t>
      </w:r>
      <w:r>
        <w:t>Turkistan se jangli qabailay jin ko Tatari kaha jata hai uthe. aur unhone Samarkand se le kar Aleppo tak.</w:t>
      </w:r>
    </w:p>
    <w:p>
      <w:pPr>
        <w:jc w:val="right"/>
      </w:pPr>
      <w:r>
        <w:t>ترکستان سے جنگلی قبیلے جن کو تاتاری کہا جاتا ہے اٹھے۔ اور انہوں نے سمرقند سے لے کر حلب تک۔</w:t>
      </w:r>
    </w:p>
    <w:p>
      <w:r>
        <w:rPr>
          <w:b/>
        </w:rPr>
        <w:t xml:space="preserve">[31:02] </w:t>
      </w:r>
      <w:r>
        <w:t>Aleppo English mein kehte hain Aleppo. wo Arabic mein kehte hain Halab. Samarkand se le kar Halab tak sab tabah kar dala.</w:t>
      </w:r>
    </w:p>
    <w:p>
      <w:pPr>
        <w:jc w:val="right"/>
      </w:pPr>
      <w:r>
        <w:t>حلب انگلش میں کہتے ہیں الپو۔ وہ عربی میں کہتے ہیں حلب۔ سمرقند سے لے کر حلب تک سب تباہ کر ڈالا۔</w:t>
      </w:r>
    </w:p>
    <w:p>
      <w:r>
        <w:rPr>
          <w:b/>
        </w:rPr>
        <w:t xml:space="preserve">[31:13] </w:t>
      </w:r>
      <w:r>
        <w:t>aur aakhir mein jo aakhri badshah tha, yani aakhri jo khaleefa tha, Abdullah, us ko pakar kar band kar diya us ko.</w:t>
      </w:r>
    </w:p>
    <w:p>
      <w:pPr>
        <w:jc w:val="right"/>
      </w:pPr>
      <w:r>
        <w:t>اور آخر میں جو آخری بادشاہ تھا، یعنی آخری جو خلیفہ تھا، عبداللہ، اس کو پکڑ کر بند کر دیا اس کو۔</w:t>
      </w:r>
    </w:p>
    <w:p>
      <w:r>
        <w:rPr>
          <w:b/>
        </w:rPr>
        <w:t xml:space="preserve">[31:28] </w:t>
      </w:r>
      <w:r>
        <w:t>ek ghar mein band kar diya.</w:t>
      </w:r>
    </w:p>
    <w:p>
      <w:pPr>
        <w:jc w:val="right"/>
      </w:pPr>
      <w:r>
        <w:t>ایک گھر میں بند کر دیا۔</w:t>
      </w:r>
    </w:p>
    <w:p>
      <w:r>
        <w:rPr>
          <w:b/>
        </w:rPr>
        <w:t xml:space="preserve">[31:33] </w:t>
      </w:r>
      <w:r>
        <w:t>to jo Tatari sardar tha us ne keh diya ke is ko khana pani band karo.</w:t>
      </w:r>
    </w:p>
    <w:p>
      <w:pPr>
        <w:jc w:val="right"/>
      </w:pPr>
      <w:r>
        <w:t>تو جو تاتاری سردار تھا اس نے کہہ دیا کہ اس کو کھانا پانی بند کرو۔</w:t>
      </w:r>
    </w:p>
    <w:p>
      <w:r>
        <w:rPr>
          <w:b/>
        </w:rPr>
        <w:t xml:space="preserve">[31:42] </w:t>
      </w:r>
      <w:r>
        <w:t>nah un ko khana do nah pani do. aise hi chand din beet gaye. to us ne tatari sardar ke pas ek paigham bheja.</w:t>
      </w:r>
    </w:p>
    <w:p>
      <w:pPr>
        <w:jc w:val="right"/>
      </w:pPr>
      <w:r>
        <w:t>نہ ان کو کھانا دو نہ پانی دو۔ ایسے ہی چند دن بیت گئے۔ تو اس نے تاتاری سردار کے پاس ایک پیغام بھیجا۔</w:t>
      </w:r>
    </w:p>
    <w:p>
      <w:r>
        <w:rPr>
          <w:b/>
        </w:rPr>
        <w:t xml:space="preserve">[32:00] </w:t>
      </w:r>
      <w:r>
        <w:t>us ne kaha ke main bohat bhooka hoon.</w:t>
      </w:r>
    </w:p>
    <w:p>
      <w:pPr>
        <w:jc w:val="right"/>
      </w:pPr>
      <w:r>
        <w:t>اس نے کہا کہ میں بہت بھوکا ہوں۔</w:t>
      </w:r>
    </w:p>
    <w:p>
      <w:r>
        <w:rPr>
          <w:b/>
        </w:rPr>
        <w:t xml:space="preserve">[32:05] </w:t>
      </w:r>
      <w:r>
        <w:t>bhook se main tarp raha hoon. mujhe kuch khana bhijwao.</w:t>
      </w:r>
    </w:p>
    <w:p>
      <w:pPr>
        <w:jc w:val="right"/>
      </w:pPr>
      <w:r>
        <w:t>بھوک سے میں تڑپ رہا ہوں۔ مجھے کچھ کھانا بھجواؤ۔</w:t>
      </w:r>
    </w:p>
    <w:p>
      <w:r>
        <w:rPr>
          <w:b/>
        </w:rPr>
        <w:t xml:space="preserve">[32:13] </w:t>
      </w:r>
      <w:r>
        <w:t>to tatari sardar ne kaha ke is ke mahal mein jo diamond aur nikle hain, jo jawahir nikle hain,</w:t>
      </w:r>
    </w:p>
    <w:p>
      <w:pPr>
        <w:jc w:val="right"/>
      </w:pPr>
      <w:r>
        <w:t>تو تاتاری سردار نے کہا کہ اس کے محل میں جو ڈائمنڈ اور نکلے ہیں، جو جواہر نکلے ہیں،</w:t>
      </w:r>
    </w:p>
    <w:p>
      <w:r>
        <w:rPr>
          <w:b/>
        </w:rPr>
        <w:t xml:space="preserve">[32:27] </w:t>
      </w:r>
      <w:r>
        <w:t>us ko ek thal mein sajao aur le ja kar us ko pesh kar do.</w:t>
      </w:r>
    </w:p>
    <w:p>
      <w:pPr>
        <w:jc w:val="right"/>
      </w:pPr>
      <w:r>
        <w:t>اس کو ایک تھال میں سجاؤ اور لے جا کر اس کو پیش کر دو۔</w:t>
      </w:r>
    </w:p>
    <w:p>
      <w:r>
        <w:rPr>
          <w:b/>
        </w:rPr>
        <w:t xml:space="preserve">[32:36] </w:t>
      </w:r>
      <w:r>
        <w:t>to log le gaye.</w:t>
      </w:r>
    </w:p>
    <w:p>
      <w:pPr>
        <w:jc w:val="right"/>
      </w:pPr>
      <w:r>
        <w:t>تو لوگ لے گئے۔</w:t>
      </w:r>
    </w:p>
    <w:p>
      <w:r>
        <w:rPr>
          <w:b/>
        </w:rPr>
        <w:t xml:space="preserve">[32:41] </w:t>
      </w:r>
      <w:r>
        <w:t>ek thal mein heere aur jawahir ko saja kar ke. jo jugmag jugmag kar rahe the. us ke mahal ke teh khane mein woh mile the.</w:t>
      </w:r>
    </w:p>
    <w:p>
      <w:pPr>
        <w:jc w:val="right"/>
      </w:pPr>
      <w:r>
        <w:t>ایک تھال میں ہیرے اور جواہر کو سجا کر کے۔ جو جگمگ جگمگ کر رہے تھے۔ اس کے محل کے تہہ خانے میں وہ ملے تھے۔</w:t>
      </w:r>
    </w:p>
    <w:p>
      <w:r>
        <w:rPr>
          <w:b/>
        </w:rPr>
        <w:t xml:space="preserve">[32:56] </w:t>
      </w:r>
      <w:r>
        <w:t>to jab woh thal us ke samne laya gaya to khalifa</w:t>
      </w:r>
    </w:p>
    <w:p>
      <w:pPr>
        <w:jc w:val="right"/>
      </w:pPr>
      <w:r>
        <w:t>تو جب وہ تھال اس کے سامنے لایا گیا تو خلیفہ</w:t>
      </w:r>
    </w:p>
    <w:p>
      <w:r>
        <w:rPr>
          <w:b/>
        </w:rPr>
        <w:t xml:space="preserve">[33:05] </w:t>
      </w:r>
      <w:r>
        <w:t>us ko dekh kar khush nahi ho saka. khush nahi ho saka us ko dekh kar. balkeh woh rone laga.</w:t>
      </w:r>
    </w:p>
    <w:p>
      <w:pPr>
        <w:jc w:val="right"/>
      </w:pPr>
      <w:r>
        <w:t>اس کو دیکھ کر خوش نہیں ہو سکا۔ خوش نہیں ہو سکا اس کو دیکھ کر۔ بلکہ وہ رونے لگا۔</w:t>
      </w:r>
    </w:p>
    <w:p>
      <w:r>
        <w:rPr>
          <w:b/>
        </w:rPr>
        <w:t xml:space="preserve">[33:15] </w:t>
      </w:r>
      <w:r>
        <w:t>ab ghor kijiye ke jis heere jawahir ko pehle woh dekh kar khush hota tha, aaj woh dekh kar rone laga.</w:t>
      </w:r>
    </w:p>
    <w:p>
      <w:pPr>
        <w:jc w:val="right"/>
      </w:pPr>
      <w:r>
        <w:t>اب غور کیجیے کہ جس ہیرے جواہر کو پہلے وہ دیکھ کر خوش ہوتا تھا، آج وہ دیکھ کر رونے لگا۔</w:t>
      </w:r>
    </w:p>
    <w:p>
      <w:r>
        <w:rPr>
          <w:b/>
        </w:rPr>
        <w:t xml:space="preserve">[33:28] </w:t>
      </w:r>
      <w:r>
        <w:t>aur us ne kaha: "in al-jawāhir lā tuʼkal. in al-jawāhir lā tuʼkal."</w:t>
      </w:r>
    </w:p>
    <w:p>
      <w:pPr>
        <w:jc w:val="right"/>
      </w:pPr>
      <w:r>
        <w:t>اور اس نے کہا: "إن الجواہر لا توكل۔ إن الجواہر لا توکل۔</w:t>
      </w:r>
    </w:p>
    <w:p>
      <w:r>
        <w:rPr>
          <w:b/>
        </w:rPr>
        <w:t xml:space="preserve">[33:40] </w:t>
      </w:r>
      <w:r>
        <w:t>jawahir to khaye nahi jatay.</w:t>
      </w:r>
    </w:p>
    <w:p>
      <w:pPr>
        <w:jc w:val="right"/>
      </w:pPr>
      <w:r>
        <w:t>جواہر تو کھائے نہیں جاتے۔</w:t>
      </w:r>
    </w:p>
    <w:p>
      <w:r>
        <w:rPr>
          <w:b/>
        </w:rPr>
        <w:t xml:space="preserve">[33:45] </w:t>
      </w:r>
      <w:r>
        <w:t>jawahir to khaye nahi jatay." main samajhta hoon ke yahi hal insan ka hone wala hai akhirat mein.</w:t>
      </w:r>
    </w:p>
    <w:p>
      <w:pPr>
        <w:jc w:val="right"/>
      </w:pPr>
      <w:r>
        <w:t>جواہر تو کھائے نہیں جاتے۔" میں سمجھتا ہوں کہ یہی حال انسان کا ہونے والا ہے آخرت میں۔</w:t>
      </w:r>
    </w:p>
    <w:p>
      <w:r>
        <w:rPr>
          <w:b/>
        </w:rPr>
        <w:t xml:space="preserve">[34:00] </w:t>
      </w:r>
      <w:r>
        <w:t>jo log Khuda ko bhule hue hain.</w:t>
      </w:r>
    </w:p>
    <w:p>
      <w:pPr>
        <w:jc w:val="right"/>
      </w:pPr>
      <w:r>
        <w:t>جو لوگ خدا کو بھولے ہوئے ہیں۔</w:t>
      </w:r>
    </w:p>
    <w:p>
      <w:r>
        <w:rPr>
          <w:b/>
        </w:rPr>
        <w:t xml:space="preserve">[34:06] </w:t>
      </w:r>
      <w:r>
        <w:t>jinahoon ne Khuda ke age surrender nahi kiya.</w:t>
      </w:r>
    </w:p>
    <w:p>
      <w:pPr>
        <w:jc w:val="right"/>
      </w:pPr>
      <w:r>
        <w:t>جنہوں نے خدا کے آگے سرنڈر نہیں کیا۔</w:t>
      </w:r>
    </w:p>
    <w:p>
      <w:r>
        <w:rPr>
          <w:b/>
        </w:rPr>
        <w:t xml:space="preserve">[34:12] </w:t>
      </w:r>
      <w:r>
        <w:t>jinahoon ne Khuda ki marzi ko apni marzi nahi banaya. aur dunya mein lage rahe kis mein? paisa ikatha karne mein.</w:t>
      </w:r>
    </w:p>
    <w:p>
      <w:pPr>
        <w:jc w:val="right"/>
      </w:pPr>
      <w:r>
        <w:t>جنہوں نے خدا کی مرضی کو اپنی مرضی نہیں بنایا۔ اور دنیا میں لگے رہے کس میں؟ پیسہ اکٹھا کرنے میں۔</w:t>
      </w:r>
    </w:p>
    <w:p>
      <w:r>
        <w:rPr>
          <w:b/>
        </w:rPr>
        <w:t xml:space="preserve">[34:24] </w:t>
      </w:r>
      <w:r>
        <w:t>karein ikatha karne mein. makanat banane mein. aur dunya ka saz o saman ikatha karne mein.</w:t>
      </w:r>
    </w:p>
    <w:p>
      <w:pPr>
        <w:jc w:val="right"/>
      </w:pPr>
      <w:r>
        <w:t>کاریں اکٹھا کرنے میں۔ مکانات بنانے میں۔ اور دنیا کا ساز و سامان اکٹھا کرنے میں۔</w:t>
      </w:r>
    </w:p>
    <w:p>
      <w:r>
        <w:rPr>
          <w:b/>
        </w:rPr>
        <w:t xml:space="preserve">[34:34] </w:t>
      </w:r>
      <w:r>
        <w:t>furniture ikatha karne mein. akhirat mein yahi hal in ka hoga.</w:t>
      </w:r>
    </w:p>
    <w:p>
      <w:pPr>
        <w:jc w:val="right"/>
      </w:pPr>
      <w:r>
        <w:t>فرنیچر اکٹھا کرنے میں۔ آخرت میں یہی حال ان کا ہوگا۔</w:t>
      </w:r>
    </w:p>
    <w:p>
      <w:r>
        <w:rPr>
          <w:b/>
        </w:rPr>
        <w:t xml:space="preserve">[34:42] </w:t>
      </w:r>
      <w:r>
        <w:t>un ko bhook lage gi. un ko pesh kiya kiya jayega: "dekho yeh tumhara furniture hai. dekho yeh tumhari karein hain. dekho yeh tumhara bank balance hai." to woh admi jo bhook aur piyas mein tarp raha hoga,</w:t>
      </w:r>
    </w:p>
    <w:p>
      <w:pPr>
        <w:jc w:val="right"/>
      </w:pPr>
      <w:r>
        <w:t>ان کو بھوک لگے گی۔ ان کو پیش کیا کیا جائے گا: "دیکھو یہ تمہارا فرنیچر ہے۔ دیکھو یہ تمہاری کاریں ہیں۔ دیکھو یہ تمہارا بینک بیلنس ہے۔" تو وہ آدمی جو بھوک اور پیاس میں تڑپ رہا ہوگا،</w:t>
      </w:r>
    </w:p>
    <w:p>
      <w:r>
        <w:rPr>
          <w:b/>
        </w:rPr>
        <w:t xml:space="preserve">[34:59] </w:t>
      </w:r>
      <w:r>
        <w:t>woh dobara woh kahega ke: "in al-jawāhir lā tuʼkal."</w:t>
      </w:r>
    </w:p>
    <w:p>
      <w:pPr>
        <w:jc w:val="right"/>
      </w:pPr>
      <w:r>
        <w:t>وہ دوبارہ وہ کہے گا کہ: "إن الجواہر لا توکل۔"</w:t>
      </w:r>
    </w:p>
    <w:p>
      <w:r>
        <w:rPr>
          <w:b/>
        </w:rPr>
        <w:t xml:space="preserve">[35:09] </w:t>
      </w:r>
      <w:r>
        <w:t>jis cheezon ko aaj insan pa kar khush hota hai aur samajhta hai ke main kamyab hoon, woh cheezein us ko di jayengi us waqt.</w:t>
      </w:r>
    </w:p>
    <w:p>
      <w:pPr>
        <w:jc w:val="right"/>
      </w:pPr>
      <w:r>
        <w:t>جس چیزوں کو آج انسان پا کر خوش ہوتا ہے اور سمجھتا ہے کہ میں کامیاب ہوں، وہ چیزیں اس کو دی جائیں گی اس وقت۔</w:t>
      </w:r>
    </w:p>
    <w:p>
      <w:r>
        <w:rPr>
          <w:b/>
        </w:rPr>
        <w:t xml:space="preserve">[35:22] </w:t>
      </w:r>
      <w:r>
        <w:t>to us ko pata chalega ke nah us se piyas bujhne wali hai, nah us se us ke, nah bhook mitne wali hai.</w:t>
      </w:r>
    </w:p>
    <w:p>
      <w:pPr>
        <w:jc w:val="right"/>
      </w:pPr>
      <w:r>
        <w:t>تو اس کو پتہ چلے گا کہ نہ اس سے پیاس بجھنے والی ہے، نہ اس سے اس کے، نہ بھوک مٹنے والی ہے۔</w:t>
      </w:r>
    </w:p>
    <w:p>
      <w:r>
        <w:rPr>
          <w:b/>
        </w:rPr>
        <w:t xml:space="preserve">[35:32] </w:t>
      </w:r>
      <w:r>
        <w:t>to yaad rakhiye dunya ki yeh sari cheezein aap ko</w:t>
      </w:r>
    </w:p>
    <w:p>
      <w:pPr>
        <w:jc w:val="right"/>
      </w:pPr>
      <w:r>
        <w:t>تو یاد رکھیے دنیا کی یہ ساری چیزیں آپ کو</w:t>
      </w:r>
    </w:p>
    <w:p>
      <w:r>
        <w:rPr>
          <w:b/>
        </w:rPr>
        <w:t xml:space="preserve">[35:41] </w:t>
      </w:r>
      <w:r>
        <w:t>sirf us waqt tak aap ko kuch un se kuch mil raha hai jab tak, jab tak aap testing period mein hain. us ke baad yahi khana aap ko, aap, aap ka halaq ke neeche nahi utre ga.</w:t>
      </w:r>
    </w:p>
    <w:p>
      <w:pPr>
        <w:jc w:val="right"/>
      </w:pPr>
      <w:r>
        <w:t>صرف اس وقت تک آپ کو کچھ ان سے کچھ مل رہا ہے جب تک، جب تک آپ ٹیسٹنگ پیریڈ میں ہیں۔ اس کے بعد یہی کھانا آپ کو، آپ، آپ کا حلق کے نیچے نہیں اترے گا۔</w:t>
      </w:r>
    </w:p>
    <w:p>
      <w:r>
        <w:rPr>
          <w:b/>
        </w:rPr>
        <w:t xml:space="preserve">[35:53] </w:t>
      </w:r>
      <w:r>
        <w:t>yeh pani aap ke gale ke neeche nahi utre ga. yahi khana, yahi pani, yahi lazzatein, yahi comfort, yahi luxuries.</w:t>
      </w:r>
    </w:p>
    <w:p>
      <w:pPr>
        <w:jc w:val="right"/>
      </w:pPr>
      <w:r>
        <w:t>یہ پانی آپ کے گلے کے نیچے نہیں اترے گا۔ یہی کھانا، یہی پانی، یہی لذتیں، یہی کمفرٹ، یہی لگژریز۔</w:t>
      </w:r>
    </w:p>
    <w:p>
      <w:r>
        <w:rPr>
          <w:b/>
        </w:rPr>
        <w:t xml:space="preserve">[36:04] </w:t>
      </w:r>
      <w:r>
        <w:t>yeh sirf is liye aap ko, yeh khana sirf is liye aap ke gale ke neeche utarta hai ke Khuda ne ijazat de di hai ke jab tak testing period hai tab tak unhein enjoy karne do.</w:t>
      </w:r>
    </w:p>
    <w:p>
      <w:pPr>
        <w:jc w:val="right"/>
      </w:pPr>
      <w:r>
        <w:t>یہ صرف اس لیے آپ کو، یہ کھانا صرف اس لیے آپ کے گلے کے نیچے اترتا ہے کہ خدا نے اجازت دے دی ہے کہ جب تک ٹیسٹنگ پیریڈ ہے تب تک انہیں انجوائے کرنے دو۔</w:t>
      </w:r>
    </w:p>
    <w:p>
      <w:r>
        <w:rPr>
          <w:b/>
        </w:rPr>
        <w:t xml:space="preserve">[36:17] </w:t>
      </w:r>
      <w:r>
        <w:t>yeh bohat hi ahem baat hai, yeh Quran mein batai gayi, yaad rakhiye. Ke dunya mein jab aap lazzaton ko istemal kar ke khush hote hain, tasty khane kha kar ke ya achhe achhe cheezon ko pa kar ke khush hote hain,</w:t>
      </w:r>
    </w:p>
    <w:p>
      <w:pPr>
        <w:jc w:val="right"/>
      </w:pPr>
      <w:r>
        <w:t>یہ بہت ہی اہم بات ہے، یہ قرآن میں بتائی گئی، یاد رکھیے۔ کہ دنیا میں جب آپ لذتوں کو استعمال کر کے خوش ہوتے ہیں، ٹیسٹی کھانے کھا کر کے یا اچھے اچھے چیزوں کو پا کر کے خوش ہوتے ہیں،</w:t>
      </w:r>
    </w:p>
    <w:p>
      <w:r>
        <w:rPr>
          <w:b/>
        </w:rPr>
        <w:t xml:space="preserve">[36:37] </w:t>
      </w:r>
      <w:r>
        <w:t>yeh sirf is waqt tak hai Khuda ki taraf se jab tak aap test par hain. Yeh test ki price hai. Test khatam to enjoy bhi khatam.</w:t>
      </w:r>
    </w:p>
    <w:p>
      <w:pPr>
        <w:jc w:val="right"/>
      </w:pPr>
      <w:r>
        <w:t>یہ صرف اس وقت تک ہے خدا کی طرف سے جب تک آپ ٹیسٹ پر ہیں۔ یہ ٹیسٹ کی پرائس ہے۔ ٹیسٹ ختم تو انجوائے بھی ختم۔</w:t>
      </w:r>
    </w:p>
    <w:p>
      <w:r>
        <w:rPr>
          <w:b/>
        </w:rPr>
        <w:t xml:space="preserve">[36:49] </w:t>
      </w:r>
      <w:r>
        <w:t>Test ke baad koi cheez aap ko, aap ko koi cheez pleasure nahi degi. Kisi cheez se aap enjoy nahi kar sakenge. Wahi haal hoga jo us ne kaha tha: "Innal jawahira la tukal.</w:t>
      </w:r>
    </w:p>
    <w:p>
      <w:pPr>
        <w:jc w:val="right"/>
      </w:pPr>
      <w:r>
        <w:t>ٹیسٹ کے بعد کوئی چیز آپ کو، آپ کو کوئی چیز پلیزر نہیں دے گی۔ کسی چیز سے آپ انجوائے نہیں کر سکیں گے۔ وہی حال ہوگا جو اس نے کہا تھا: "إن الجواہر لا توکل۔</w:t>
      </w:r>
    </w:p>
    <w:p>
      <w:r>
        <w:rPr>
          <w:b/>
        </w:rPr>
        <w:t xml:space="preserve">[37:02] </w:t>
      </w:r>
      <w:r>
        <w:t>Jawahir to khaye nahi jaate."</w:t>
      </w:r>
    </w:p>
    <w:p>
      <w:pPr>
        <w:jc w:val="right"/>
      </w:pPr>
      <w:r>
        <w:t>جواہر تو کھائے نہیں جاتے۔"</w:t>
      </w:r>
    </w:p>
    <w:p>
      <w:r>
        <w:rPr>
          <w:b/>
        </w:rPr>
        <w:t xml:space="preserve">[37:07] </w:t>
      </w:r>
      <w:r>
        <w:t>Yeh bohat hi sangin baat hai jo aadmi ke liye sochna chahiye jis ko.</w:t>
      </w:r>
    </w:p>
    <w:p>
      <w:pPr>
        <w:jc w:val="right"/>
      </w:pPr>
      <w:r>
        <w:t>یہ بہت ہی سنگین بات ہے جو آدمی کے لیے سوچنا چاہیے جس کو۔</w:t>
      </w:r>
    </w:p>
    <w:p>
      <w:r>
        <w:rPr>
          <w:b/>
        </w:rPr>
        <w:t xml:space="preserve">[37:16] </w:t>
      </w:r>
      <w:r>
        <w:t>Yahan mein chand waqiat bataunga ke Rasool Allah ke jo companion the, sahabi, un ka tareeqa kya tha?</w:t>
      </w:r>
    </w:p>
    <w:p>
      <w:pPr>
        <w:jc w:val="right"/>
      </w:pPr>
      <w:r>
        <w:t>یہاں میں چند واقعات بتاؤں گا کہ رسول اللہ کے جو کمپینین تھے، صحابی، ان کا طریقہ کیا تھا؟</w:t>
      </w:r>
    </w:p>
    <w:p>
      <w:r>
        <w:rPr>
          <w:b/>
        </w:rPr>
        <w:t xml:space="preserve">[37:28] </w:t>
      </w:r>
      <w:r>
        <w:t>Kis tarah woh</w:t>
      </w:r>
    </w:p>
    <w:p>
      <w:pPr>
        <w:jc w:val="right"/>
      </w:pPr>
      <w:r>
        <w:t>کس طرح وہ</w:t>
      </w:r>
    </w:p>
    <w:p>
      <w:r>
        <w:rPr>
          <w:b/>
        </w:rPr>
        <w:t xml:space="preserve">[37:35] </w:t>
      </w:r>
      <w:r>
        <w:t>dunya mein rehte the jis ke nateejay mein Khuda ne ailaan kiya ke razi Allahu anhum wa ridwanuhum,</w:t>
      </w:r>
    </w:p>
    <w:p>
      <w:pPr>
        <w:jc w:val="right"/>
      </w:pPr>
      <w:r>
        <w:t>دنیا میں رہتے تھے جس کے نتیجے میں خدا نے اعلان کیا کہ رضی اللہ عنہم ورضوانہم،</w:t>
      </w:r>
    </w:p>
    <w:p>
      <w:r>
        <w:rPr>
          <w:b/>
        </w:rPr>
        <w:t xml:space="preserve">[37:45] </w:t>
      </w:r>
      <w:r>
        <w:t>un ke liye jannat ka ailaan farmaya. Misalan ek sahabi hain, un ko second caliph ne, yaani Umar Farooq ne, Syria ka governor banaya.</w:t>
      </w:r>
    </w:p>
    <w:p>
      <w:pPr>
        <w:jc w:val="right"/>
      </w:pPr>
      <w:r>
        <w:t>ان کے لیے جنت کا اعلان فرمایا۔ مثلاً ایک صحابہ ہیں، ان کو سیکنڈ کیلیف نے، یعنی عمر فاروق نے، سیریا کا گورنر بنایا۔</w:t>
      </w:r>
    </w:p>
    <w:p>
      <w:r>
        <w:rPr>
          <w:b/>
        </w:rPr>
        <w:t xml:space="preserve">[38:01] </w:t>
      </w:r>
      <w:r>
        <w:t>Syria ka governor. Woh Madina se rawana hue Syria ke liye. Raaste mein jab the abhi woh ke un ko dinar ki theli pahunchi.</w:t>
      </w:r>
    </w:p>
    <w:p>
      <w:pPr>
        <w:jc w:val="right"/>
      </w:pPr>
      <w:r>
        <w:t>سیریا کا گورنر۔ وہ مدینہ سے روانہ ہوئے سیریا کے لیے۔ راستے میں جب تھے ابھی وہ کہ ان کو دینار کی تھیلی پہنچی۔</w:t>
      </w:r>
    </w:p>
    <w:p>
      <w:r>
        <w:rPr>
          <w:b/>
        </w:rPr>
        <w:t xml:space="preserve">[38:17] </w:t>
      </w:r>
      <w:r>
        <w:t>Yaani Hazrat Umar ne un ko dinar theli, dinar ki theli bheji ke apni zarooraten poori karne ke liye. Un ki biwi bohat khush hui.</w:t>
      </w:r>
    </w:p>
    <w:p>
      <w:pPr>
        <w:jc w:val="right"/>
      </w:pPr>
      <w:r>
        <w:t>یعنی حضرت عمر نے ان کو دینار تھیلی، دینار کی تھیلی بھیجی کہ اپنی ضرورتیں پوری کرنے کے لیے۔ ان کی بیوی بہت خوش ہوئی۔</w:t>
      </w:r>
    </w:p>
    <w:p>
      <w:r>
        <w:rPr>
          <w:b/>
        </w:rPr>
        <w:t xml:space="preserve">[38:30] </w:t>
      </w:r>
      <w:r>
        <w:t>Us ke zehen mein diya tha ke main Syria mein governor ki biwi ban kar mujhe rehna hai to mere paas achhe kapde hone chahiye. Mere paas achha furniture hona chahiye.</w:t>
      </w:r>
    </w:p>
    <w:p>
      <w:pPr>
        <w:jc w:val="right"/>
      </w:pPr>
      <w:r>
        <w:t>اس کے ذہن میں دیا تھا کہ میں سیریا میں گورنر کی بیوی بن کر مجھے رہنا ہے تو میرے پاس اچھے کپڑے ہونے چاہییں۔ میرے پاس اچھا فرنیچر ہونا چاہیے۔</w:t>
      </w:r>
    </w:p>
    <w:p>
      <w:r>
        <w:rPr>
          <w:b/>
        </w:rPr>
        <w:t xml:space="preserve">[38:41] </w:t>
      </w:r>
      <w:r>
        <w:t>To us ne kaha ke bada achha yeh paisa aa gaya hai, ab aap is se yeh sab kar daliye. Taake wahan hum Syria mein hum rahein to lage bhai first lady yeh Syria ki hain.</w:t>
      </w:r>
    </w:p>
    <w:p>
      <w:pPr>
        <w:jc w:val="right"/>
      </w:pPr>
      <w:r>
        <w:t>تو اس نے کہا کہ بڑا اچھا یہ پیسہ آ گیا ہے، اب آپ اس سے یہ سب کر ڈالیے۔ تاکہ وہاں ہم سیریا میں ہم رہیں تو لگے بھئی فرسٹ لیڈی یہ سیریا کی ہیں۔</w:t>
      </w:r>
    </w:p>
    <w:p>
      <w:r>
        <w:rPr>
          <w:b/>
        </w:rPr>
        <w:t xml:space="preserve">[38:54] </w:t>
      </w:r>
      <w:r>
        <w:t>To unhone kaha</w:t>
      </w:r>
    </w:p>
    <w:p>
      <w:pPr>
        <w:jc w:val="right"/>
      </w:pPr>
      <w:r>
        <w:t>تو انہوں نے کہا</w:t>
      </w:r>
    </w:p>
    <w:p>
      <w:r>
        <w:rPr>
          <w:b/>
        </w:rPr>
        <w:t xml:space="preserve">[38:58] </w:t>
      </w:r>
      <w:r>
        <w:t>ke mere paas is dinar ka ek aur achha istemal bhi hai. Is se achha istemal.</w:t>
      </w:r>
    </w:p>
    <w:p>
      <w:pPr>
        <w:jc w:val="right"/>
      </w:pPr>
      <w:r>
        <w:t>کہ میرے پاس اس دینار کا ایک اور اچھا استعمال بھی ہے۔ اس سے اچھا استعمال۔</w:t>
      </w:r>
    </w:p>
    <w:p>
      <w:r>
        <w:rPr>
          <w:b/>
        </w:rPr>
        <w:t xml:space="preserve">[39:09] </w:t>
      </w:r>
      <w:r>
        <w:t>To us ne poocha ke woh kya? Us ne kaha ke unhone kaha ke main is ko Khuda ke raaste mein kharch kar doon.</w:t>
      </w:r>
    </w:p>
    <w:p>
      <w:pPr>
        <w:jc w:val="right"/>
      </w:pPr>
      <w:r>
        <w:t>تو اس نے پوچھا کہ وہ کیا؟ اس نے کہا کہ انہوں نے کہا کہ میں اس کو خدا کے راستے میں خرچ کر دوں۔</w:t>
      </w:r>
    </w:p>
    <w:p>
      <w:r>
        <w:rPr>
          <w:b/>
        </w:rPr>
        <w:t xml:space="preserve">[39:18] </w:t>
      </w:r>
      <w:r>
        <w:t>To rore chalane lagi woh. Kitab mein aata hai ke woh good looking lady thi woh.</w:t>
      </w:r>
    </w:p>
    <w:p>
      <w:pPr>
        <w:jc w:val="right"/>
      </w:pPr>
      <w:r>
        <w:t>تو روڑے چلانے لگی وہ۔ کتاب میں آتا ہے کہ وہ گڈ لوکنگ لیڈی تھی وہ۔</w:t>
      </w:r>
    </w:p>
    <w:p>
      <w:r>
        <w:rPr>
          <w:b/>
        </w:rPr>
        <w:t xml:space="preserve">[39:31] </w:t>
      </w:r>
      <w:r>
        <w:t>To aap jante hain ke good looking jo ladies hoti hain un mein jis ko kehte hain angrezi mein tantrum, to un ke andar tantrum bhi aa jata hai, naaz nakhre dikhati hain.</w:t>
      </w:r>
    </w:p>
    <w:p>
      <w:pPr>
        <w:jc w:val="right"/>
      </w:pPr>
      <w:r>
        <w:t>تو آپ جانتے ہیں کہ گڈ لوکنگ جو لیڈیز ہوتی ہیں ان میں جس کو کہتے ہیں انگریزی میں ٹینٹرم، تو ان کے اندر ٹینٹرم بھی آ جاتا ہے، ناز نخرے دکھاتی ہیں۔</w:t>
      </w:r>
    </w:p>
    <w:p>
      <w:r>
        <w:rPr>
          <w:b/>
        </w:rPr>
        <w:t xml:space="preserve">[39:45] </w:t>
      </w:r>
      <w:r>
        <w:t>To us ne naaz nakhra dikhaya, roye chalai. To us sahabi ne kaha ke sun lo,</w:t>
      </w:r>
    </w:p>
    <w:p>
      <w:pPr>
        <w:jc w:val="right"/>
      </w:pPr>
      <w:r>
        <w:t>تو اس نے ناز نخرہ دکھایا، روئی چلائی۔ تو اس صحابی نے کہا کہ سن لو،</w:t>
      </w:r>
    </w:p>
    <w:p>
      <w:r>
        <w:rPr>
          <w:b/>
        </w:rPr>
        <w:t xml:space="preserve">[39:56] </w:t>
      </w:r>
      <w:r>
        <w:t>main tumhari khatir jannat ko nahi chhod sakta.</w:t>
      </w:r>
    </w:p>
    <w:p>
      <w:pPr>
        <w:jc w:val="right"/>
      </w:pPr>
      <w:r>
        <w:t>میں تمہاری خاطر جنت کو نہیں چھوڑ سکتا۔</w:t>
      </w:r>
    </w:p>
    <w:p>
      <w:r>
        <w:rPr>
          <w:b/>
        </w:rPr>
        <w:t xml:space="preserve">[40:06] </w:t>
      </w:r>
      <w:r>
        <w:t>Yaani tumhare, main tumhari khatir jannat ko nahi chhod sakta. Mujhe is paise se jannat ka ticket lena hai. Tumhari khwahishen nahi poori karna hai.</w:t>
      </w:r>
    </w:p>
    <w:p>
      <w:pPr>
        <w:jc w:val="right"/>
      </w:pPr>
      <w:r>
        <w:t>یعنی تمہارے، میں تمہاری خاطر جنت کو نہیں چھوڑ سکتا۔ مجھے اس پیسے سے جنت کا ٹکٹ لینا ہے۔ تمہاری خواہشیں نہیں پوری کرنا ہے۔</w:t>
      </w:r>
    </w:p>
    <w:p>
      <w:r>
        <w:rPr>
          <w:b/>
        </w:rPr>
        <w:t xml:space="preserve">[40:19] </w:t>
      </w:r>
      <w:r>
        <w:t>Jab, jab is tarah se karapan dikhaya unhone to aata hai ke fasmat wa radhiyat. To woh naram pad gayi aur raazi ho gayi. Yeh tareeqa tha sahaba karam ka problem ko solve karne ka.</w:t>
      </w:r>
    </w:p>
    <w:p>
      <w:pPr>
        <w:jc w:val="right"/>
      </w:pPr>
      <w:r>
        <w:t>جب، جب اس طرح سے کڑاپن دکھایا انہوں نے تو آتا ہے کہ فسمت ورضیت۔ تو وہ نرم پڑ گئی اور راضی ہو گئی۔ یہ طریقہ تھا صحابہ کرام کا پرابلم کو سالو کرنے کا۔</w:t>
      </w:r>
    </w:p>
    <w:p>
      <w:r>
        <w:rPr>
          <w:b/>
        </w:rPr>
        <w:t xml:space="preserve">[40:37] </w:t>
      </w:r>
      <w:r>
        <w:t>Yaani jannat ka rasta aap chalein, jannat ke raste mein to problem aayenge. Problem aayenge.</w:t>
      </w:r>
    </w:p>
    <w:p>
      <w:pPr>
        <w:jc w:val="right"/>
      </w:pPr>
      <w:r>
        <w:t>یعنی جنت کا راستہ آپ چلیں، جنت کے راستے میں تو پرابلم آئیں گے۔ پرابلم آئیں گے۔</w:t>
      </w:r>
    </w:p>
    <w:p>
      <w:r>
        <w:rPr>
          <w:b/>
        </w:rPr>
        <w:t xml:space="preserve">[40:47] </w:t>
      </w:r>
      <w:r>
        <w:t>Is problem ko kaise solve kiya jaye?</w:t>
      </w:r>
    </w:p>
    <w:p>
      <w:pPr>
        <w:jc w:val="right"/>
      </w:pPr>
      <w:r>
        <w:t>اس پرابلم کو کیسے سالو کیا جائے؟</w:t>
      </w:r>
    </w:p>
    <w:p>
      <w:r>
        <w:rPr>
          <w:b/>
        </w:rPr>
        <w:t xml:space="preserve">[40:53] </w:t>
      </w:r>
      <w:r>
        <w:t>is ko agar aap ko janna hai to aap jaan sakte hain</w:t>
      </w:r>
    </w:p>
    <w:p>
      <w:pPr>
        <w:jc w:val="right"/>
      </w:pPr>
      <w:r>
        <w:t>اس کو اگر آپ کو جاننا ہے تو آپ جان سکتے ہیں</w:t>
      </w:r>
    </w:p>
    <w:p>
      <w:r>
        <w:rPr>
          <w:b/>
        </w:rPr>
        <w:t xml:space="preserve">[41:02] </w:t>
      </w:r>
      <w:r>
        <w:t>rasool allah ke sahaba ki zindagiun ka mutalea kar ke.</w:t>
      </w:r>
    </w:p>
    <w:p>
      <w:pPr>
        <w:jc w:val="right"/>
      </w:pPr>
      <w:r>
        <w:t>رسول اللہ کے صحابہ کی زندگیوں کا مطالعہ کر کے۔</w:t>
      </w:r>
    </w:p>
    <w:p>
      <w:r>
        <w:rPr>
          <w:b/>
        </w:rPr>
        <w:t xml:space="preserve">[41:12] </w:t>
      </w:r>
      <w:r>
        <w:t>aik sahabi thay jis zamanay mein hazrat omar farooqi ke zamanay ke waqea hai ke iran ka jo emperor tha, us se aap jante hain ke larai hui aur emperor ki fouj haar gayi aur musalmanun ko fateh hui.</w:t>
      </w:r>
    </w:p>
    <w:p>
      <w:pPr>
        <w:jc w:val="right"/>
      </w:pPr>
      <w:r>
        <w:t>ایک صحابی تھے جس زمانے میں حضرت عمر فاروقی کے زمانے کے واقعہ ہے کہ ایران کا جو ایمپرر تھا، اس سے آپ جانتے ہیں کہ لڑائی ہوئی اور ایمپرر کی فوج ہار گئی اور مسلمانوں کو فتح ہوئی۔</w:t>
      </w:r>
    </w:p>
    <w:p>
      <w:r>
        <w:rPr>
          <w:b/>
        </w:rPr>
        <w:t xml:space="preserve">[41:37] </w:t>
      </w:r>
      <w:r>
        <w:t>to emperor ka jo crown tha woh bhi is mein mare gaye thay, woh emperor bhi. to larai hotay hotay sham ho chuki thi.</w:t>
      </w:r>
    </w:p>
    <w:p>
      <w:pPr>
        <w:jc w:val="right"/>
      </w:pPr>
      <w:r>
        <w:t>تو ایمپرر کا جو کراؤن تھا وہ بھی اس میں مارے گئے تھے، وہ ایمپرر بھی۔ تو لڑائی ہوتے ہوتے شام ہو چکی تھی۔</w:t>
      </w:r>
    </w:p>
    <w:p>
      <w:r>
        <w:rPr>
          <w:b/>
        </w:rPr>
        <w:t xml:space="preserve">[41:50] </w:t>
      </w:r>
      <w:r>
        <w:t>to andhera chha chuka tha. to aik sahabi ko is tareeki mein aik jagah aik cheez chamakti hui dikhai di to unhun ne uthaya aur woh tha us ka crown,</w:t>
      </w:r>
    </w:p>
    <w:p>
      <w:pPr>
        <w:jc w:val="right"/>
      </w:pPr>
      <w:r>
        <w:t>تو اندھیرا چھا چکا تھا۔ تو ایک صحابی کو اس تاریکی میں ایک جگہ ایک چیز چمکتی ہوئی دکھائی دی تو انہوں نے اٹھایا اور وہ تھا اس کا کراؤن،</w:t>
      </w:r>
    </w:p>
    <w:p>
      <w:r>
        <w:rPr>
          <w:b/>
        </w:rPr>
        <w:t xml:space="preserve">[42:06] </w:t>
      </w:r>
      <w:r>
        <w:t>badshah crown jis mein diamond aur gold yeh sab cheezain theen.</w:t>
      </w:r>
    </w:p>
    <w:p>
      <w:pPr>
        <w:jc w:val="right"/>
      </w:pPr>
      <w:r>
        <w:t>بادشاہ کراؤن جس میں ڈائمنڈ اور گولڈ یہ سب چیزیں تھیں۔</w:t>
      </w:r>
    </w:p>
    <w:p>
      <w:r>
        <w:rPr>
          <w:b/>
        </w:rPr>
        <w:t xml:space="preserve">[42:15] </w:t>
      </w:r>
      <w:r>
        <w:t>to unhun ne kiya kiya?</w:t>
      </w:r>
    </w:p>
    <w:p>
      <w:pPr>
        <w:jc w:val="right"/>
      </w:pPr>
      <w:r>
        <w:t>تو انہوں نے کیا کیا؟</w:t>
      </w:r>
    </w:p>
    <w:p>
      <w:r>
        <w:rPr>
          <w:b/>
        </w:rPr>
        <w:t xml:space="preserve">[42:19] </w:t>
      </w:r>
      <w:r>
        <w:t>unhun ne socha ke agar is ko mera koi saathi dekh le, mera koi bhai dekh le to pata nahi kya kya mujhe mashware de ga. unhun ne is ko chupa kapray mein lapait liya.</w:t>
      </w:r>
    </w:p>
    <w:p>
      <w:pPr>
        <w:jc w:val="right"/>
      </w:pPr>
      <w:r>
        <w:t>انہوں نے سوچا کہ اگر اس کو میرا کوئی ساتھی دیکھ لے، میرا کوئی بھائی دیکھ لے تو پتہ نہیں کیا کیا مجھے مشورے دے گا۔ انہوں نے اس کو چھپا کپڑے میں لپیٹ لیا۔</w:t>
      </w:r>
    </w:p>
    <w:p>
      <w:r>
        <w:rPr>
          <w:b/>
        </w:rPr>
        <w:t xml:space="preserve">[42:33] </w:t>
      </w:r>
      <w:r>
        <w:t>kapray mein lapait kar ke rawana hue. rawana kahan hue? apne tent ki taraf nahi. kyunke unhun ne yeh bhi socha ke agar mein is ko le kar apne tent par jaunga ho sakta hai ke meri niyat badal jaye.</w:t>
      </w:r>
    </w:p>
    <w:p>
      <w:pPr>
        <w:jc w:val="right"/>
      </w:pPr>
      <w:r>
        <w:t>کپڑے میں لپیٹ کر کے روانہ ہوئے۔ روانہ کہاں ہوئے؟ اپنے ٹینٹ کی طرف نہیں۔ کیونکہ انہوں نے یہ بھی سوچا کہ اگر میں اس کو لے کر اپنے ٹینٹ پر جاؤں گا ہو سکتا ہے کہ میری نیت بدل جائے۔</w:t>
      </w:r>
    </w:p>
    <w:p>
      <w:r>
        <w:rPr>
          <w:b/>
        </w:rPr>
        <w:t xml:space="preserve">[42:48] </w:t>
      </w:r>
      <w:r>
        <w:t>ho sakta hai koi baat pesh aa jaye. isi waqt seedhe gaye woh sardar ke tent ki taraf. jo wahan army ka sardar tha.</w:t>
      </w:r>
    </w:p>
    <w:p>
      <w:pPr>
        <w:jc w:val="right"/>
      </w:pPr>
      <w:r>
        <w:t>ہو سکتا ہے کوئی بات پیش آ جائے۔ اسی وقت سیدھے گئے وہ سردار کے ٹینٹ کی طرف۔ جو وہاں آرمی کا سردار تھا۔</w:t>
      </w:r>
    </w:p>
    <w:p>
      <w:r>
        <w:rPr>
          <w:b/>
        </w:rPr>
        <w:t xml:space="preserve">[43:02] </w:t>
      </w:r>
      <w:r>
        <w:t>wahan par tent mein woh thay woh sardar. us ke andar dakhil hue. aur us ko nikal kar rakha sardar ke samnay.</w:t>
      </w:r>
    </w:p>
    <w:p>
      <w:pPr>
        <w:jc w:val="right"/>
      </w:pPr>
      <w:r>
        <w:t>وہاں پر ٹینٹ میں وہ تھے وہ سردار۔ اس کے اندر داخل ہوئے۔ اور اس کو نکال کر رکھا سردار کے سامنے۔</w:t>
      </w:r>
    </w:p>
    <w:p>
      <w:r>
        <w:rPr>
          <w:b/>
        </w:rPr>
        <w:t xml:space="preserve">[43:15] </w:t>
      </w:r>
      <w:r>
        <w:t>to wahan halki mom bati ki roshni shayad hogi. behral wahan jab rakha to woh jagmaga utha woh, woh saman jo ke crown tha king ka.</w:t>
      </w:r>
    </w:p>
    <w:p>
      <w:pPr>
        <w:jc w:val="right"/>
      </w:pPr>
      <w:r>
        <w:t>تو وہاں ہلکی موم بتی کی روشنی شاید ہوگی۔ بہرحال وہاں جب رکھا تو وہ جگمگا اٹھا وہ، وہ سامان جو کہ کراؤن تھا کنگ کا۔</w:t>
      </w:r>
    </w:p>
    <w:p>
      <w:r>
        <w:rPr>
          <w:b/>
        </w:rPr>
        <w:t xml:space="preserve">[43:26] </w:t>
      </w:r>
      <w:r>
        <w:t>phir aap dekhiye ke unhun ne kiya kiya.</w:t>
      </w:r>
    </w:p>
    <w:p>
      <w:pPr>
        <w:jc w:val="right"/>
      </w:pPr>
      <w:r>
        <w:t>پھر آپ دیکھیے کہ انہوں نے کیا کیا۔</w:t>
      </w:r>
    </w:p>
    <w:p>
      <w:r>
        <w:rPr>
          <w:b/>
        </w:rPr>
        <w:t xml:space="preserve">[43:31] </w:t>
      </w:r>
      <w:r>
        <w:t>ab bhi aakhri aik mauqa ho sakta tha koi problem paida ho jaye un ke liye. to foran unhun ne peeth pheri.</w:t>
      </w:r>
    </w:p>
    <w:p>
      <w:pPr>
        <w:jc w:val="right"/>
      </w:pPr>
      <w:r>
        <w:t>اب بھی آخری ایک موقع ہو سکتا تھا کوئی پرابلم پیدا ہو جائے ان کے لیے۔ تو فوراً انہوں نے پیٹھ پھیری۔</w:t>
      </w:r>
    </w:p>
    <w:p>
      <w:r>
        <w:rPr>
          <w:b/>
        </w:rPr>
        <w:t xml:space="preserve">[43:41] </w:t>
      </w:r>
      <w:r>
        <w:t>woh rakha ulti taraf ghoom kar ke tent ke bahar nikalne lagay. sardar ne poocha ke apna naam to bata do ke tum kon ho?</w:t>
      </w:r>
    </w:p>
    <w:p>
      <w:pPr>
        <w:jc w:val="right"/>
      </w:pPr>
      <w:r>
        <w:t>وہ رکھا الٹی طرف گھوم کر کے ٹینٹ کے باہر نکلنے لگے۔ سردار نے پوچھا کہ اپنا نام تو بتا دو کہ تم کون ہو؟</w:t>
      </w:r>
    </w:p>
    <w:p>
      <w:r>
        <w:rPr>
          <w:b/>
        </w:rPr>
        <w:t xml:space="preserve">[43:59] </w:t>
      </w:r>
      <w:r>
        <w:t>is aadmi ne kaha ke</w:t>
      </w:r>
    </w:p>
    <w:p>
      <w:pPr>
        <w:jc w:val="right"/>
      </w:pPr>
      <w:r>
        <w:t>اس آدمی نے کہا کہ</w:t>
      </w:r>
    </w:p>
    <w:p>
      <w:r>
        <w:rPr>
          <w:b/>
        </w:rPr>
        <w:t xml:space="preserve">[44:03] </w:t>
      </w:r>
      <w:r>
        <w:t>main ne jis ke liye kiya hai woh mera naam khoob janta hai.</w:t>
      </w:r>
    </w:p>
    <w:p>
      <w:pPr>
        <w:jc w:val="right"/>
      </w:pPr>
      <w:r>
        <w:t>میں نے جس کے لیے کیا ہے وہ میرا نام خوب جانتا ہے۔</w:t>
      </w:r>
    </w:p>
    <w:p>
      <w:r>
        <w:rPr>
          <w:b/>
        </w:rPr>
        <w:t xml:space="preserve">[44:12] </w:t>
      </w:r>
      <w:r>
        <w:t>main ne jis ke liye kiya hai woh mera naam khoob janta hai. is ke baad woh tareeki mein gum ho gaye. nikal gaye. aur aaj tak history mein un ke naam ka pata nahi.</w:t>
      </w:r>
    </w:p>
    <w:p>
      <w:pPr>
        <w:jc w:val="right"/>
      </w:pPr>
      <w:r>
        <w:t>میں نے جس کے لیے کیا ہے وہ میرا نام خوب جانتا ہے۔ اس کے بعد وہ تاریکی میں گم ہو گئے۔ نکل گئے۔ اور آج تک ہسٹری میں ان کے نام کا پتہ نہیں۔</w:t>
      </w:r>
    </w:p>
    <w:p>
      <w:r>
        <w:rPr>
          <w:b/>
        </w:rPr>
        <w:t xml:space="preserve">[44:23] </w:t>
      </w:r>
      <w:r>
        <w:t>yeh kon sahib thay? yeh waqea kitabon mein aata hai lekin un ke, un ka naam koi murakh nahi janta.</w:t>
      </w:r>
    </w:p>
    <w:p>
      <w:pPr>
        <w:jc w:val="right"/>
      </w:pPr>
      <w:r>
        <w:t>یہ کون صاحب تھے؟ یہ واقعہ کتابوں میں آتا ہے لیکن ان کے، ان کا نام کوئی مورخ نہیں جانتا۔</w:t>
      </w:r>
    </w:p>
    <w:p>
      <w:r>
        <w:rPr>
          <w:b/>
        </w:rPr>
        <w:t xml:space="preserve">[44:35] </w:t>
      </w:r>
      <w:r>
        <w:t>dekhiye. aap jante hain ke jab bhi koi kaam, koi bara kaam kiya jaye, akela koi aadmi koi bara kaam nahi kar sakta.</w:t>
      </w:r>
    </w:p>
    <w:p>
      <w:pPr>
        <w:jc w:val="right"/>
      </w:pPr>
      <w:r>
        <w:t>دیکھیے۔ آپ جانتے ہیں کہ جب بھی کوئی کام، کوئی بڑا کام کیا جائے، اکیلا کوئی آدمی کوئی بڑا کام نہیں کر سکتا۔</w:t>
      </w:r>
    </w:p>
    <w:p>
      <w:r>
        <w:rPr>
          <w:b/>
        </w:rPr>
        <w:t xml:space="preserve">[44:47] </w:t>
      </w:r>
      <w:r>
        <w:t>bara kaam karne ke liye kiya karna parta hai? bara kaam karne ke liye logon ko jorna parta hai.</w:t>
      </w:r>
    </w:p>
    <w:p>
      <w:pPr>
        <w:jc w:val="right"/>
      </w:pPr>
      <w:r>
        <w:t>بڑا کام کرنے کے لیے کیا کرنا پڑتا ہے؟ بڑا کام کرنے کے لیے لوگوں کو جوڑنا پڑتا ہے۔</w:t>
      </w:r>
    </w:p>
    <w:p>
      <w:r>
        <w:rPr>
          <w:b/>
        </w:rPr>
        <w:t xml:space="preserve">[44:58] </w:t>
      </w:r>
      <w:r>
        <w:t>sainkaron aadmi, hazaron aadmi jurtay hain tab koi bara kaam hota hai.</w:t>
      </w:r>
    </w:p>
    <w:p>
      <w:pPr>
        <w:jc w:val="right"/>
      </w:pPr>
      <w:r>
        <w:t>سینکڑوں آدمی، ہزاروں آدمی جڑتے ہیں تب کوئی بڑا کام ہوتا ہے۔</w:t>
      </w:r>
    </w:p>
    <w:p>
      <w:r>
        <w:rPr>
          <w:b/>
        </w:rPr>
        <w:t xml:space="preserve">[45:04] </w:t>
      </w:r>
      <w:r>
        <w:t>ab aap jante hain ke insanon mein har aik ka test alag, har aik ki soch alag. yaad hai ke mein ne aik book parhi is mein likha tha ke har insan ka aik aik cell alag hota hai doosre se.</w:t>
      </w:r>
    </w:p>
    <w:p>
      <w:pPr>
        <w:jc w:val="right"/>
      </w:pPr>
      <w:r>
        <w:t>اب آپ جانتے ہیں کہ انسانوں میں ہر ایک کا ٹیسٹ الگ، ہر ایک کی سوچ الگ۔ یاد ہے کہ میں نے ایک بک پڑھی اس میں لکھا تھا کہ ہر انسان کا ایک ایک سیل الگ ہوتا ہے دوسرے سے۔</w:t>
      </w:r>
    </w:p>
    <w:p>
      <w:r>
        <w:rPr>
          <w:b/>
        </w:rPr>
        <w:t xml:space="preserve">[45:18] </w:t>
      </w:r>
      <w:r>
        <w:t>mera cell jo hai aap ke cell se alag hai.</w:t>
      </w:r>
    </w:p>
    <w:p>
      <w:pPr>
        <w:jc w:val="right"/>
      </w:pPr>
      <w:r>
        <w:t>میرا سیل جو ہے آپ کے سیل سے الگ ہے۔</w:t>
      </w:r>
    </w:p>
    <w:p>
      <w:r>
        <w:rPr>
          <w:b/>
        </w:rPr>
        <w:t xml:space="preserve">[45:23] </w:t>
      </w:r>
      <w:r>
        <w:t>is mein tha ke har aankh alag dhang se dekhti hai cheezun ko. jis dhang se mein dekhta hoon usi dhang se duniya mein koi doosra insan nahi dekhta.</w:t>
      </w:r>
    </w:p>
    <w:p>
      <w:pPr>
        <w:jc w:val="right"/>
      </w:pPr>
      <w:r>
        <w:t>اس میں تھا کہ ہر آنکھ الگ ڈھنگ سے دیکھتی ہے چیزوں کو۔ جس ڈھنگ سے میں دیکھتا ہوں اسی ڈھنگ سے دنیا میں کوئی دوسرا انسان نہیں دیکھتا۔</w:t>
      </w:r>
    </w:p>
    <w:p>
      <w:r>
        <w:rPr>
          <w:b/>
        </w:rPr>
        <w:t xml:space="preserve">[45:34] </w:t>
      </w:r>
      <w:r>
        <w:t>har insan ka cell alag, har insan ke dekhne ke liye aankh alag, har cheez ka sab kuch alag. yani kehti hai ajeeb baat hai ke dunya mein trillion trillion insan paida hue lekin kabhi koi insan repeat nahi hua history mein.</w:t>
      </w:r>
    </w:p>
    <w:p>
      <w:pPr>
        <w:jc w:val="right"/>
      </w:pPr>
      <w:r>
        <w:t>ہر انسان کا سیل الگ، ہر انسان کے دیکھنے کے لیے آنکھ الگ، ہر چیز کا سب کچھ الگ۔ یعنی کہتی ہے عجیب بات ہے کہ دنیا میں ٹریلین ٹریلین انسان پیدا ہوئے لیکن کبھی کوئی انسان ریپیٹ نہیں ہوا ہسٹری میں۔</w:t>
      </w:r>
    </w:p>
    <w:p>
      <w:r>
        <w:rPr>
          <w:b/>
        </w:rPr>
        <w:t xml:space="preserve">[45:51] </w:t>
      </w:r>
      <w:r>
        <w:t>kaisi anokhi hai Khuda ki qudrat.</w:t>
      </w:r>
    </w:p>
    <w:p>
      <w:pPr>
        <w:jc w:val="right"/>
      </w:pPr>
      <w:r>
        <w:t>کیسی انوکھی ہے خدا کی قدرت۔</w:t>
      </w:r>
    </w:p>
    <w:p>
      <w:r>
        <w:rPr>
          <w:b/>
        </w:rPr>
        <w:t xml:space="preserve">[45:54] </w:t>
      </w:r>
      <w:r>
        <w:t>kabhi koi insan dunya mein kabhi repeat nahi hua. har insan alag hai, har insan mister different hai. is liye kya hota hai ke jab bhi aap koi machine chalayein, koi bara kaam karein to zaroor aisa hota hai ke differences aate hain.</w:t>
      </w:r>
    </w:p>
    <w:p>
      <w:pPr>
        <w:jc w:val="right"/>
      </w:pPr>
      <w:r>
        <w:t>کبھی کوئی انسان دنیا میں کبھی ریپیٹ نہیں ہوا۔ ہر انسان الگ ہے، ہر انسان مسٹر ڈفرنٹ ہے۔ اس لیے کیا ہوتا ہے کہ جب بھی آپ کوئی مشین چلائیں، کوئی بڑا کام کریں تو ضرور ایسا ہوتا ہے کہ ڈیفرنسز آتے ہیں۔</w:t>
      </w:r>
    </w:p>
    <w:p>
      <w:r>
        <w:rPr>
          <w:b/>
        </w:rPr>
        <w:t xml:space="preserve">[46:13] </w:t>
      </w:r>
      <w:r>
        <w:t>difference is part of nature, difference is part of life. koi yeh samjhe ke difference nahi aayenge to woh rehta hai,</w:t>
      </w:r>
    </w:p>
    <w:p>
      <w:pPr>
        <w:jc w:val="right"/>
      </w:pPr>
      <w:r>
        <w:t>ڈیفرنس از پارٹ آف نیچر، ڈیفرنس از پارٹ آف لائف۔ کوئی یہ سمجھے کہ ڈیفرنس نہیں آئیں گے تو وہ رہتا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