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Find Paradise 4 March 2006 - Maulana Wahiduddin Khan</w:t>
      </w:r>
    </w:p>
    <w:p>
      <w:r>
        <w:t>https://www.youtube.com/watch?v=ETQ3G-36wyI</w:t>
      </w:r>
    </w:p>
    <w:p>
      <w:r>
        <w:rPr>
          <w:b/>
        </w:rPr>
        <w:t xml:space="preserve">[00:14] </w:t>
      </w:r>
      <w:r>
        <w:t>bismillah rahman rahim, wa salli Allahu ala nabiyyi al-karim. rab ishrah li sadri, wa yassir li amri, wah 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[00:31] </w:t>
      </w:r>
      <w:r>
        <w:t>yaf qahu qawli.</w:t>
      </w:r>
    </w:p>
    <w:p>
      <w:pPr>
        <w:jc w:val="right"/>
      </w:pPr>
      <w:r>
        <w:t>یفقہ قولی.</w:t>
      </w:r>
    </w:p>
    <w:p>
      <w:r>
        <w:rPr>
          <w:b/>
        </w:rPr>
        <w:t xml:space="preserve">[00:36] </w:t>
      </w:r>
      <w:r>
        <w:t>aaj is shaam ke liye jo topic hai woh yeh hai ke how to find paradise.</w:t>
      </w:r>
    </w:p>
    <w:p>
      <w:pPr>
        <w:jc w:val="right"/>
      </w:pPr>
      <w:r>
        <w:t>آج اس شام کے لیے جو ٹاپک ہے وہ یہ ہے کہ ہاؤ ٹو فائنڈ پیراڈائز.</w:t>
      </w:r>
    </w:p>
    <w:p>
      <w:r>
        <w:rPr>
          <w:b/>
        </w:rPr>
        <w:t xml:space="preserve">[00:51] </w:t>
      </w:r>
      <w:r>
        <w:t>jannat ko paane ka rasta kya hai?</w:t>
      </w:r>
    </w:p>
    <w:p>
      <w:pPr>
        <w:jc w:val="right"/>
      </w:pPr>
      <w:r>
        <w:t>جنت کو پانے کا راستہ کیا ہے؟</w:t>
      </w:r>
    </w:p>
    <w:p>
      <w:r>
        <w:rPr>
          <w:b/>
        </w:rPr>
        <w:t xml:space="preserve">[00:59] </w:t>
      </w:r>
      <w:r>
        <w:t>jahan tak main samajhta hoon, how to paradise, how to find paradise ka jo question hai woh direct taur par juda hua hai how to find God se.</w:t>
      </w:r>
    </w:p>
    <w:p>
      <w:pPr>
        <w:jc w:val="right"/>
      </w:pPr>
      <w:r>
        <w:t>جہاں تک میں سمجھتا ہوں، ہاؤ ٹو پیراڈائز، ہاؤ ٹو فائنڈ پیراڈائز کا جو کوئسچن ہے وہ ڈائریکٹ طور پر جڑا ہوا ہے ہاؤ ٹو فائنڈ گاڈ سے۔</w:t>
      </w:r>
    </w:p>
    <w:p>
      <w:r>
        <w:rPr>
          <w:b/>
        </w:rPr>
        <w:t xml:space="preserve">[01:19] </w:t>
      </w:r>
      <w:r>
        <w:t>yani Khuda ko kaise paya jaye, isi se juda hua hai yeh sawal ke paradise ko kaise paya jaye.</w:t>
      </w:r>
    </w:p>
    <w:p>
      <w:pPr>
        <w:jc w:val="right"/>
      </w:pPr>
      <w:r>
        <w:t>یعنی خدا کو کیسے پایا جائے، اسی سے جڑا ہوا ہے یہ سوال کہ پیراڈائز کو کیسے پایا جائے۔</w:t>
      </w:r>
    </w:p>
    <w:p>
      <w:r>
        <w:rPr>
          <w:b/>
        </w:rPr>
        <w:t xml:space="preserve">[01:30] </w:t>
      </w:r>
      <w:r>
        <w:t>dono ek doosre se itna zyada jude hue hain ke aap dono ko alag nahi kar sakte.</w:t>
      </w:r>
    </w:p>
    <w:p>
      <w:pPr>
        <w:jc w:val="right"/>
      </w:pPr>
      <w:r>
        <w:t>دونوں ایک دوسرے سے اتنا زیادہ جڑے ہوئے ہیں کہ آپ دونوں کو الگ نہیں کر سکتے۔</w:t>
      </w:r>
    </w:p>
    <w:p>
      <w:r>
        <w:rPr>
          <w:b/>
        </w:rPr>
        <w:t xml:space="preserve">[01:39] </w:t>
      </w:r>
      <w:r>
        <w:t>kyun aisa hai? is liye ke paradise hai kya?</w:t>
      </w:r>
    </w:p>
    <w:p>
      <w:pPr>
        <w:jc w:val="right"/>
      </w:pPr>
      <w:r>
        <w:t>کیوں ایسا ہے؟ اس لیے کہ پیراڈائز ہے کیا؟</w:t>
      </w:r>
    </w:p>
    <w:p>
      <w:r>
        <w:rPr>
          <w:b/>
        </w:rPr>
        <w:t xml:space="preserve">[01:47] </w:t>
      </w:r>
      <w:r>
        <w:t>quran ke mutabiq paradise</w:t>
      </w:r>
    </w:p>
    <w:p>
      <w:pPr>
        <w:jc w:val="right"/>
      </w:pPr>
      <w:r>
        <w:t>قرآن کے مطابق پیراڈائز</w:t>
      </w:r>
    </w:p>
    <w:p>
      <w:r>
        <w:rPr>
          <w:b/>
        </w:rPr>
        <w:t xml:space="preserve">[01:54] </w:t>
      </w:r>
      <w:r>
        <w:t>Khuda ka paros hai.</w:t>
      </w:r>
    </w:p>
    <w:p>
      <w:pPr>
        <w:jc w:val="right"/>
      </w:pPr>
      <w:r>
        <w:t>خدا کا پڑوس ہے۔</w:t>
      </w:r>
    </w:p>
    <w:p>
      <w:r>
        <w:rPr>
          <w:b/>
        </w:rPr>
        <w:t xml:space="preserve">[01:59] </w:t>
      </w:r>
      <w:r>
        <w:t>Khuda ke neighborhood mein jeene hi ka naam hai paradise.</w:t>
      </w:r>
    </w:p>
    <w:p>
      <w:pPr>
        <w:jc w:val="right"/>
      </w:pPr>
      <w:r>
        <w:t>خدا کے نیبرہڈ میں جینے ہی کا نام ہے پیراڈائز۔</w:t>
      </w:r>
    </w:p>
    <w:p>
      <w:r>
        <w:rPr>
          <w:b/>
        </w:rPr>
        <w:t xml:space="preserve">[02:07] </w:t>
      </w:r>
      <w:r>
        <w:t>kai bar mujh se poocha jata hai ke aap paradise ki baat karte hain, yeh to lalach ki baat hui.</w:t>
      </w:r>
    </w:p>
    <w:p>
      <w:pPr>
        <w:jc w:val="right"/>
      </w:pPr>
      <w:r>
        <w:t>کئی بار مجھ سے پوچھا جاتا ہے کہ آپ پیراڈائز کی بات کرتے ہیں، یہ تو لالچ کی بات ہوئی۔</w:t>
      </w:r>
    </w:p>
    <w:p>
      <w:r>
        <w:rPr>
          <w:b/>
        </w:rPr>
        <w:t xml:space="preserve">[02:19] </w:t>
      </w:r>
      <w:r>
        <w:t>kuch system aise banaye gaye hain jinhone paradise ko lalach ka unwan de diya hai.</w:t>
      </w:r>
    </w:p>
    <w:p>
      <w:pPr>
        <w:jc w:val="right"/>
      </w:pPr>
      <w:r>
        <w:t>کچھ سسٹم ایسے بنائے گئے ہیں جنہوں نے پیراڈائز کو لالچ کا عنوان دے دیا ہے۔</w:t>
      </w:r>
    </w:p>
    <w:p>
      <w:r>
        <w:rPr>
          <w:b/>
        </w:rPr>
        <w:t xml:space="preserve">[02:33] </w:t>
      </w:r>
      <w:r>
        <w:t>un ke nazdeek selfless hona chahiye aadmi ko, yahan tak ke paradise bhi uska target nahi hona chahiye.</w:t>
      </w:r>
    </w:p>
    <w:p>
      <w:pPr>
        <w:jc w:val="right"/>
      </w:pPr>
      <w:r>
        <w:t>ان کے نزدیک سیلف لیس ہونا چاہیے آدمی کو، یہاں تک کہ پیراڈائز بھی اس کا ٹارگٹ نہیں ہونا چاہیے۔</w:t>
      </w:r>
    </w:p>
    <w:p>
      <w:r>
        <w:rPr>
          <w:b/>
        </w:rPr>
        <w:t xml:space="preserve">[02:44] </w:t>
      </w:r>
      <w:r>
        <w:t>yeh ek bilkul ek khayali baat hai, is ka reality se koi ta'alluq nahi hai.</w:t>
      </w:r>
    </w:p>
    <w:p>
      <w:pPr>
        <w:jc w:val="right"/>
      </w:pPr>
      <w:r>
        <w:t>یہ ایک بالکل ایک خیالی بات ہے، اس کا ریلیٹی سے کوئی تعلق نہیں ہے۔</w:t>
      </w:r>
    </w:p>
    <w:p>
      <w:r>
        <w:rPr>
          <w:b/>
        </w:rPr>
        <w:t xml:space="preserve">[02:59] </w:t>
      </w:r>
      <w:r>
        <w:t>dekhiye, quran mein main aap ko ek waqia bataoon. main Dubai gaya tha ek bar to wahan yahi sawal mujh se kiya gaya.</w:t>
      </w:r>
    </w:p>
    <w:p>
      <w:pPr>
        <w:jc w:val="right"/>
      </w:pPr>
      <w:r>
        <w:t>دیکھیے، قرآن میں میں آپ کو ایک واقعہ بتاؤں۔ میں دبئی گیا تھا ایک بار تو وہاں یہی سوال مجھ سے کیا گیا۔</w:t>
      </w:r>
    </w:p>
    <w:p>
      <w:r>
        <w:rPr>
          <w:b/>
        </w:rPr>
        <w:t xml:space="preserve">[03:14] </w:t>
      </w:r>
      <w:r>
        <w:t>ek buzurg aaye, unhone kaha: "main Khuda ko manta hoon lekin main paradise ko nahi manta kyun ke yeh to lalach ki baat hui."</w:t>
      </w:r>
    </w:p>
    <w:p>
      <w:pPr>
        <w:jc w:val="right"/>
      </w:pPr>
      <w:r>
        <w:t>ایک بزرگ آئے، انہوں نے کہا: "میں خدا کو مانتا ہوں لیکن میں پیراڈائز کو نہیں مانتا کیونکہ یہ تو لالچ کی بات ہوئی۔"</w:t>
      </w:r>
    </w:p>
    <w:p>
      <w:r>
        <w:rPr>
          <w:b/>
        </w:rPr>
        <w:t xml:space="preserve">[03:29] </w:t>
      </w:r>
      <w:r>
        <w:t>to main ne un ko quran ki ek ayat batai.</w:t>
      </w:r>
    </w:p>
    <w:p>
      <w:pPr>
        <w:jc w:val="right"/>
      </w:pPr>
      <w:r>
        <w:t>تو میں نے ان کو قرآن کی ایک آیت بتائی۔</w:t>
      </w:r>
    </w:p>
    <w:p>
      <w:r>
        <w:rPr>
          <w:b/>
        </w:rPr>
        <w:t xml:space="preserve">[03:37] </w:t>
      </w:r>
      <w:r>
        <w:t>dekhiye, quran mein</w:t>
      </w:r>
    </w:p>
    <w:p>
      <w:pPr>
        <w:jc w:val="right"/>
      </w:pPr>
      <w:r>
        <w:t>دیکھیے، قرآن میں</w:t>
      </w:r>
    </w:p>
    <w:p>
      <w:r>
        <w:rPr>
          <w:b/>
        </w:rPr>
        <w:t xml:space="preserve">[03:41] </w:t>
      </w:r>
      <w:r>
        <w:t>jannat walon ke kai qisse bataye gaye hain. un mein se ek yeh hai ke Hazrat Musa ke zamane mein jo king tha Misr ka,</w:t>
      </w:r>
    </w:p>
    <w:p>
      <w:pPr>
        <w:jc w:val="right"/>
      </w:pPr>
      <w:r>
        <w:t>جنت والوں کے کئی قصے بتائے گئے ہیں۔ ان میں سے ایک یہ ہے کہ حضرت موسیٰ کے زمانے میں جو کنگ تھا مصر کا،</w:t>
      </w:r>
    </w:p>
    <w:p>
      <w:r>
        <w:rPr>
          <w:b/>
        </w:rPr>
        <w:t xml:space="preserve">[04:02] </w:t>
      </w:r>
      <w:r>
        <w:t>faro ya fir'aun, to us ki jo biwi thi jinka naam Asiya tha, woh Hazrat Musa ke upar iman layi.</w:t>
      </w:r>
    </w:p>
    <w:p>
      <w:pPr>
        <w:jc w:val="right"/>
      </w:pPr>
      <w:r>
        <w:t>فیرو یا فرعون، تو اس کی جو بیوی تھی جن کا نام اسیہ تھا، وہ حضرت موسیٰ کے اوپر ایمان لائی۔</w:t>
      </w:r>
    </w:p>
    <w:p>
      <w:r>
        <w:rPr>
          <w:b/>
        </w:rPr>
        <w:t xml:space="preserve">[04:18] </w:t>
      </w:r>
      <w:r>
        <w:t>yani firon ne, yani un ke husband ne, to hazrat musa ka inkar kar diya, un ke message ko nahi mana.</w:t>
      </w:r>
    </w:p>
    <w:p>
      <w:pPr>
        <w:jc w:val="right"/>
      </w:pPr>
      <w:r>
        <w:t>یعنی فرعون نے، یعنی ان کے ہسبینڈ نے، تو حضرت موسیٰ کا انکار کر دیا، ان کے میسج کو نہیں مانا۔</w:t>
      </w:r>
    </w:p>
    <w:p>
      <w:r>
        <w:rPr>
          <w:b/>
        </w:rPr>
        <w:t xml:space="preserve">[04:28] </w:t>
      </w:r>
      <w:r>
        <w:t>lekin un ki jo biwi theen, asiya, un ki samajh mein baat aa gayi aur unhon ne hazrat musa ke deen ko ya un ke message ko maan liya, yahan tak ke us ko declare bhi kar diya.</w:t>
      </w:r>
    </w:p>
    <w:p>
      <w:pPr>
        <w:jc w:val="right"/>
      </w:pPr>
      <w:r>
        <w:t>لیکن ان کی جو بیوی تھیں، اسیہ، ان کی سمجھ میں بات آگئی اور انہوں نے حضرت موسیٰ کے دین کو یا ان کے میسج کو مان لیا، یہاں تک کہ اس کو ڈیکلیئر بھی کر دیا۔</w:t>
      </w:r>
    </w:p>
    <w:p>
      <w:r>
        <w:rPr>
          <w:b/>
        </w:rPr>
        <w:t xml:space="preserve">[04:48] </w:t>
      </w:r>
      <w:r>
        <w:t>to jab firon ko maloom hua ke khud un ki biwi ne musa ke deen ko maan liya hai, wo bohat ghusa hua.</w:t>
      </w:r>
    </w:p>
    <w:p>
      <w:pPr>
        <w:jc w:val="right"/>
      </w:pPr>
      <w:r>
        <w:t>تو جب فرعون کو معلوم ہوا کہ خود ان کی بیوی نے موسیٰ کے دین کو مان لیا ہے، وہ بہت غصہ ہوا۔</w:t>
      </w:r>
    </w:p>
    <w:p>
      <w:r>
        <w:rPr>
          <w:b/>
        </w:rPr>
        <w:t xml:space="preserve">[05:04] </w:t>
      </w:r>
      <w:r>
        <w:t>us ne kaha ke "main tum ko qatal kar doon ga,</w:t>
      </w:r>
    </w:p>
    <w:p>
      <w:pPr>
        <w:jc w:val="right"/>
      </w:pPr>
      <w:r>
        <w:t>اس نے کہا کہ "میں تم کو قتل کر دوں گا،</w:t>
      </w:r>
    </w:p>
    <w:p>
      <w:r>
        <w:rPr>
          <w:b/>
        </w:rPr>
        <w:t xml:space="preserve">[05:11] </w:t>
      </w:r>
      <w:r>
        <w:t>bohat zillat ke sath tum ko marwaoon ga."</w:t>
      </w:r>
    </w:p>
    <w:p>
      <w:pPr>
        <w:jc w:val="right"/>
      </w:pPr>
      <w:r>
        <w:t>بہت ذلت کے ساتھ تم کو مرواؤں گا۔"</w:t>
      </w:r>
    </w:p>
    <w:p>
      <w:r>
        <w:rPr>
          <w:b/>
        </w:rPr>
        <w:t xml:space="preserve">[05:17] </w:t>
      </w:r>
      <w:r>
        <w:t>to unhon ne kaha ke "theek hai, tum king ho, jo chahe faisla karo." to us waqt jab ke un ke samne ye aaya ke ya to musa ke deen ko len ya firon ki baat ko manen,</w:t>
      </w:r>
    </w:p>
    <w:p>
      <w:pPr>
        <w:jc w:val="right"/>
      </w:pPr>
      <w:r>
        <w:t>تو انہوں نے کہا کہ "ٹھیک ہے، تم کنگ ہو، جو چاہے فیصلہ کرو۔" تو اس وقت جب کہ ان کے سامنے یہ آیا کہ یا تو موسیٰ کے دین کو لیں یا فرعون کی بات کو مانیں،</w:t>
      </w:r>
    </w:p>
    <w:p>
      <w:r>
        <w:rPr>
          <w:b/>
        </w:rPr>
        <w:t xml:space="preserve">[05:37] </w:t>
      </w:r>
      <w:r>
        <w:t>unhon ne firon ki baat ka inkar kar diya, yani misr ke, egypt ke king ka, aur hazrat musa ki baat ko maan liya jo us waqt ek aam aadmi ki hesiyat rakhte the wahan.</w:t>
      </w:r>
    </w:p>
    <w:p>
      <w:pPr>
        <w:jc w:val="right"/>
      </w:pPr>
      <w:r>
        <w:t>انہوں نے فرعون کی بات کا انکار کر دیا، یعنی مصر کے، ایجپٹ کے کنگ کا، اور حضرت موسیٰ کی بات کو مان لیا جو اس وقت ایک عام آدمی کی حیثیت رکھتے تھے وہاں۔</w:t>
      </w:r>
    </w:p>
    <w:p>
      <w:r>
        <w:rPr>
          <w:b/>
        </w:rPr>
        <w:t xml:space="preserve">[05:51] </w:t>
      </w:r>
      <w:r>
        <w:t>to aakhir waqt mein un ki zaban se ek dua nikli, aakhir waqt mein jab ke wo is dunya ko chhodne wali theen aur firon ke talwar se qatal hone wali theen.</w:t>
      </w:r>
    </w:p>
    <w:p>
      <w:pPr>
        <w:jc w:val="right"/>
      </w:pPr>
      <w:r>
        <w:t>تو آخر وقت میں ان کی زبان سے ایک دعا نکلی، آخر وقت میں جب کہ وہ اس دنیا کو چھوڑنے والی تھیں اور فرعون کے تلوار سے قتل ہونے والی تھیں۔</w:t>
      </w:r>
    </w:p>
    <w:p>
      <w:r>
        <w:rPr>
          <w:b/>
        </w:rPr>
        <w:t xml:space="preserve">[06:08] </w:t>
      </w:r>
      <w:r>
        <w:t>un ki dua ye thi: "rab ibn li bait andaka fil jannah" jaise aakhri khwahish hoti hai insan ki maut se pehle.</w:t>
      </w:r>
    </w:p>
    <w:p>
      <w:pPr>
        <w:jc w:val="right"/>
      </w:pPr>
      <w:r>
        <w:t>ان کی دعا یہ تھی: "رب ابن لی بیت عندک فی الجنہ" جیسے آخری خواہش ہوتی ہے انسان کی موت سے پہلے۔</w:t>
      </w:r>
    </w:p>
    <w:p>
      <w:r>
        <w:rPr>
          <w:b/>
        </w:rPr>
        <w:t xml:space="preserve">[06:22] </w:t>
      </w:r>
      <w:r>
        <w:t>to unhon ne khuda se apni ye khwahish batai ke "rab ibn li andaka fil jannah"</w:t>
      </w:r>
    </w:p>
    <w:p>
      <w:pPr>
        <w:jc w:val="right"/>
      </w:pPr>
      <w:r>
        <w:t>تو انہوں نے خدا سے اپنی یہ خواہش بتائی کہ "رب ابن لی عندک فی الجنہ"</w:t>
      </w:r>
    </w:p>
    <w:p>
      <w:r>
        <w:rPr>
          <w:b/>
        </w:rPr>
        <w:t xml:space="preserve">[06:31] </w:t>
      </w:r>
      <w:r>
        <w:t>ae mere rab, mere liye</w:t>
      </w:r>
    </w:p>
    <w:p>
      <w:pPr>
        <w:jc w:val="right"/>
      </w:pPr>
      <w:r>
        <w:t>اے میرے رب، میرے لیے</w:t>
      </w:r>
    </w:p>
    <w:p>
      <w:r>
        <w:rPr>
          <w:b/>
        </w:rPr>
        <w:t xml:space="preserve">[06:36] </w:t>
      </w:r>
      <w:r>
        <w:t>jannat mein apne paros mein mere liye ghar bana de.</w:t>
      </w:r>
    </w:p>
    <w:p>
      <w:pPr>
        <w:jc w:val="right"/>
      </w:pPr>
      <w:r>
        <w:t>جنت میں اپنے پڑوس میں میرے لیے گھر بنا دے۔</w:t>
      </w:r>
    </w:p>
    <w:p>
      <w:r>
        <w:rPr>
          <w:b/>
        </w:rPr>
        <w:t xml:space="preserve">[06:44] </w:t>
      </w:r>
      <w:r>
        <w:t>ye dua quran mein naqal hui hai.</w:t>
      </w:r>
    </w:p>
    <w:p>
      <w:pPr>
        <w:jc w:val="right"/>
      </w:pPr>
      <w:r>
        <w:t>یہ دعا قرآن میں نقل ہوئی ہے۔</w:t>
      </w:r>
    </w:p>
    <w:p>
      <w:r>
        <w:rPr>
          <w:b/>
        </w:rPr>
        <w:t xml:space="preserve">[06:50] </w:t>
      </w:r>
      <w:r>
        <w:t>is ka matlab ye hai ke quran confirm kar raha hai ke ye dua sahi dua thi.</w:t>
      </w:r>
    </w:p>
    <w:p>
      <w:pPr>
        <w:jc w:val="right"/>
      </w:pPr>
      <w:r>
        <w:t>اس کا مطلب یہ ہے کہ قرآن کنفرم کر رہا ہے کہ یہ دعا صحیح دعا تھی۔</w:t>
      </w:r>
    </w:p>
    <w:p>
      <w:r>
        <w:rPr>
          <w:b/>
        </w:rPr>
        <w:t xml:space="preserve">[07:00] </w:t>
      </w:r>
      <w:r>
        <w:t>quran ka is ko endorse kar raha hai.</w:t>
      </w:r>
    </w:p>
    <w:p>
      <w:pPr>
        <w:jc w:val="right"/>
      </w:pPr>
      <w:r>
        <w:t>قرآن کا اس کو انڈورس کر رہا ہے۔</w:t>
      </w:r>
    </w:p>
    <w:p>
      <w:r>
        <w:rPr>
          <w:b/>
        </w:rPr>
        <w:t xml:space="preserve">[07:04] </w:t>
      </w:r>
      <w:r>
        <w:t>to is dua se maloom hua ke is dua mein jannat ki definition milti hai.</w:t>
      </w:r>
    </w:p>
    <w:p>
      <w:pPr>
        <w:jc w:val="right"/>
      </w:pPr>
      <w:r>
        <w:t>تو اس دعا سے معلوم ہوا کہ اس دعا میں جنت کی ڈیفینیشن ملتی ہے۔</w:t>
      </w:r>
    </w:p>
    <w:p>
      <w:r>
        <w:rPr>
          <w:b/>
        </w:rPr>
        <w:t xml:space="preserve">[07:11] </w:t>
      </w:r>
      <w:r>
        <w:t>wo definition ye hai ke jannat khuda ke paros mein jeene ka naam hai.</w:t>
      </w:r>
    </w:p>
    <w:p>
      <w:pPr>
        <w:jc w:val="right"/>
      </w:pPr>
      <w:r>
        <w:t>وہ ڈیفینیشن یہ ہے کہ جنت خدا کے پڑوس میں جینے کا نام ہے۔</w:t>
      </w:r>
    </w:p>
    <w:p>
      <w:r>
        <w:rPr>
          <w:b/>
        </w:rPr>
        <w:t xml:space="preserve">[07:25] </w:t>
      </w:r>
      <w:r>
        <w:t>to jab main ne ye kaha dubai ke wo sahib jo the, to foran wo maan gaye.</w:t>
      </w:r>
    </w:p>
    <w:p>
      <w:pPr>
        <w:jc w:val="right"/>
      </w:pPr>
      <w:r>
        <w:t>تو جب میں نے یہ کہا دبئی کے وہ صاحب جو تھے، تو فوراً وہ مان گئے۔</w:t>
      </w:r>
    </w:p>
    <w:p>
      <w:r>
        <w:rPr>
          <w:b/>
        </w:rPr>
        <w:t xml:space="preserve">[07:33] </w:t>
      </w:r>
      <w:r>
        <w:t>unhon ne kaha ke "mujhe jannat ka ye concept maloom nahi tha, main jannat ko sirf ek lalach ki cheez samajhta tha." to main ne kaha ke "dekhiye, agar aap kisi country ke president ke guest hon to kya hoga?</w:t>
      </w:r>
    </w:p>
    <w:p>
      <w:pPr>
        <w:jc w:val="right"/>
      </w:pPr>
      <w:r>
        <w:t>انہوں نے کہا کہ "مجھے جنت کا یہ کانسیپٹ معلوم نہیں تھا، میں جنت کو صرف ایک لالچ کی چیز سمجھتا تھا۔" تو میں نے کہا کہ "دیکھیے، اگر آپ کسی کنٹری کے پریزیڈنٹ کے گیسٹ ہوں تو کیا ہوگا؟</w:t>
      </w:r>
    </w:p>
    <w:p>
      <w:r>
        <w:rPr>
          <w:b/>
        </w:rPr>
        <w:t xml:space="preserve">[07:53] </w:t>
      </w:r>
      <w:r>
        <w:t>kya wahan ke aap jhugi jhopri mein rahen ge?</w:t>
      </w:r>
    </w:p>
    <w:p>
      <w:pPr>
        <w:jc w:val="right"/>
      </w:pPr>
      <w:r>
        <w:t>کیا وہاں کے آپ جھگی جھوپڑی میں رہیں گے؟</w:t>
      </w:r>
    </w:p>
    <w:p>
      <w:r>
        <w:rPr>
          <w:b/>
        </w:rPr>
        <w:t xml:space="preserve">[07:58] </w:t>
      </w:r>
      <w:r>
        <w:t>kya wahan aap ko footpath par sona pare ga?</w:t>
      </w:r>
    </w:p>
    <w:p>
      <w:pPr>
        <w:jc w:val="right"/>
      </w:pPr>
      <w:r>
        <w:t>کیا وہاں آپ کو فٹ پاتھ پر سونا پڑے گا؟</w:t>
      </w:r>
    </w:p>
    <w:p>
      <w:r>
        <w:rPr>
          <w:b/>
        </w:rPr>
        <w:t xml:space="preserve">[08:04] </w:t>
      </w:r>
      <w:r>
        <w:t>kya wahan aap bhooke rahen ge?" kisi mulk ke president ka guest hona apne aap mein ye baat rakhta hai, apne baat, apne aap mein ye baat shamil hai is mein ke aap wahan ke bohat hi achhe ghar mein rahen ge,</w:t>
      </w:r>
    </w:p>
    <w:p>
      <w:pPr>
        <w:jc w:val="right"/>
      </w:pPr>
      <w:r>
        <w:t>کیا وہاں آپ بھوکے رہیں گے؟" کسی ملک کے پریزیڈنٹ کا گیسٹ ہونا اپنے آپ میں یہ بات رکھتا ہے، اپنے بات، اپنے اپنے آپ میں یہ بات شامل ہے اس میں کہ آپ وہاں کے بہت ہی اچھے گھر میں رہیں گے،</w:t>
      </w:r>
    </w:p>
    <w:p>
      <w:r>
        <w:rPr>
          <w:b/>
        </w:rPr>
        <w:t xml:space="preserve">[08:23] </w:t>
      </w:r>
      <w:r>
        <w:t>sari facilities aap ko hasil rahen gi, yani is mulk ki jannat mein aap ka thikana hoga.</w:t>
      </w:r>
    </w:p>
    <w:p>
      <w:pPr>
        <w:jc w:val="right"/>
      </w:pPr>
      <w:r>
        <w:t>ساری فیسلیٹیز آپ کو حاصل رہیں گی، یعنی اس ملک کی جنت میں آپ کا ٹھکانہ ہوگا۔</w:t>
      </w:r>
    </w:p>
    <w:p>
      <w:r>
        <w:rPr>
          <w:b/>
        </w:rPr>
        <w:t xml:space="preserve">[08:31] </w:t>
      </w:r>
      <w:r>
        <w:t>to is se pata chalta hai ke jannat kya hai.</w:t>
      </w:r>
    </w:p>
    <w:p>
      <w:pPr>
        <w:jc w:val="right"/>
      </w:pPr>
      <w:r>
        <w:t>تو اس سے پتہ چلتا ہے کہ جنت کیا ہے۔</w:t>
      </w:r>
    </w:p>
    <w:p>
      <w:r>
        <w:rPr>
          <w:b/>
        </w:rPr>
        <w:t xml:space="preserve">[08:36] </w:t>
      </w:r>
      <w:r>
        <w:t>jannat khuda ke paros mein jeene ka naam hai. aur zahir hai ke is se achhi baat kya ho sakti hai ke aadmi is khuda ke paros mein rahe jis ne is universe ko banaya.</w:t>
      </w:r>
    </w:p>
    <w:p>
      <w:pPr>
        <w:jc w:val="right"/>
      </w:pPr>
      <w:r>
        <w:t>جنت خدا کے پڑوس میں جینے کا نام ہے۔ اور ظاہر ہے کہ اس سے اچھی بات کیا ہو سکتی ہے کہ آدمی اس خدا کے پڑوس میں رہے جس نے اس یونیورس کو بنایا۔</w:t>
      </w:r>
    </w:p>
    <w:p>
      <w:r>
        <w:rPr>
          <w:b/>
        </w:rPr>
        <w:t xml:space="preserve">[08:56] </w:t>
      </w:r>
      <w:r>
        <w:t>aap zara gour kijiye ke khuda ki krishn mein itni zyada beauty hai.</w:t>
      </w:r>
    </w:p>
    <w:p>
      <w:pPr>
        <w:jc w:val="right"/>
      </w:pPr>
      <w:r>
        <w:t>آپ ذرا غور کیجیے کہ خدا کی کریشن میں اتنی زیادہ بیوٹی ہے۔</w:t>
      </w:r>
    </w:p>
    <w:p>
      <w:r>
        <w:rPr>
          <w:b/>
        </w:rPr>
        <w:t xml:space="preserve">[09:04] </w:t>
      </w:r>
      <w:r>
        <w:t>hare bhare darakhton ko dekhiye, is ko dekh kar aap ki aankhein thandi hoti hain.</w:t>
      </w:r>
    </w:p>
    <w:p>
      <w:pPr>
        <w:jc w:val="right"/>
      </w:pPr>
      <w:r>
        <w:t>ہرے بھرے درختوں کو دیکھیے، اس کو دیکھ کر آپ کی آنکھیں ٹھنڈی ہوتی ہیں۔</w:t>
      </w:r>
    </w:p>
    <w:p>
      <w:r>
        <w:rPr>
          <w:b/>
        </w:rPr>
        <w:t xml:space="preserve">[09:11] </w:t>
      </w:r>
      <w:r>
        <w:t>aap phool ko dekhiye, kitna husn hai phool ke andar. aap darya ke rawani ko dekhiye, jab darya pahad se utar kar maidanon mein behta hai to kaisi ajeeb music is ke andar se nikalti hai.</w:t>
      </w:r>
    </w:p>
    <w:p>
      <w:pPr>
        <w:jc w:val="right"/>
      </w:pPr>
      <w:r>
        <w:t>آپ پھول کو دیکھیے، کتنا حسن ہے پھول کے اندر۔ آپ دریا کے روانی کو دیکھیے، جب دریا پہاڑ سے اتر کر میدانوں میں بہتا ہے تو کیسی عجیب میوزک اس کے اندر سے نکلتی ہے۔</w:t>
      </w:r>
    </w:p>
    <w:p>
      <w:r>
        <w:rPr>
          <w:b/>
        </w:rPr>
        <w:t xml:space="preserve">[09:32] </w:t>
      </w:r>
      <w:r>
        <w:t>aap chidiya ke chehchahon ko dekhiye, kitni sareeli aawaz hoti hai chidiyon ki.</w:t>
      </w:r>
    </w:p>
    <w:p>
      <w:pPr>
        <w:jc w:val="right"/>
      </w:pPr>
      <w:r>
        <w:t>آپ چڑیا کے چہچہوں کو دیکھیے، کتنی سریلی آواز ہوتی ہے چڑیاؤں کی۔</w:t>
      </w:r>
    </w:p>
    <w:p>
      <w:r>
        <w:rPr>
          <w:b/>
        </w:rPr>
        <w:t xml:space="preserve">[09:41] </w:t>
      </w:r>
      <w:r>
        <w:t>is se aap khuda ke, khuda ka test kya hai, is ko samajh sakte hain. khuda ka test kitna beautiful hai, is ko aap jaan sakte hain.</w:t>
      </w:r>
    </w:p>
    <w:p>
      <w:pPr>
        <w:jc w:val="right"/>
      </w:pPr>
      <w:r>
        <w:t>اس سے آپ خدا کے، خدا کا ٹیسٹ کیا ہے، اس کو سمجھ سکتے ہیں۔ خدا کا ٹیسٹ کتنا بیوٹی فل ہے، اس کو آپ جان سکتے ہیں۔</w:t>
      </w:r>
    </w:p>
    <w:p>
      <w:r>
        <w:rPr>
          <w:b/>
        </w:rPr>
        <w:t xml:space="preserve">[09:58] </w:t>
      </w:r>
      <w:r>
        <w:t>to yeh khuda ka, jo khuda ka test, khuda ki qualities, khuda ka attributes jo manifest hui hain is duniya mein, is se pata chalta hai ke khuda ka paros kitna zyada beautiful hoga.</w:t>
      </w:r>
    </w:p>
    <w:p>
      <w:pPr>
        <w:jc w:val="right"/>
      </w:pPr>
      <w:r>
        <w:t>تو یہ خدا کا، جو خدا کا ٹیسٹ، خدا کی کوالٹیز، خدا کا ایٹریبیوٹس جو مینیفیسٹ ہوئی ہیں اس دنیا میں، اس سے پتہ چلتا ہے کہ خدا کا پڑوس کتنا زیادہ بیوٹی فل ہوگا۔</w:t>
      </w:r>
    </w:p>
    <w:p>
      <w:r>
        <w:rPr>
          <w:b/>
        </w:rPr>
        <w:t xml:space="preserve">[10:13] </w:t>
      </w:r>
      <w:r>
        <w:t>to goya jannat khuda ke beautiful paros mein rehne ka naam hai.</w:t>
      </w:r>
    </w:p>
    <w:p>
      <w:pPr>
        <w:jc w:val="right"/>
      </w:pPr>
      <w:r>
        <w:t>تو گویا جنت خدا کے بیوٹی فل پڑوس میں رہنے کا نام ہے۔</w:t>
      </w:r>
    </w:p>
    <w:p>
      <w:r>
        <w:rPr>
          <w:b/>
        </w:rPr>
        <w:t xml:space="preserve">[10:20] </w:t>
      </w:r>
      <w:r>
        <w:t>khuda jin ko accept karega, khuda jin ko izzat dena chahega, khuda jin ko reward dena chahega, un ke bare mein khuda elaan karega ke "in ko mere paros mein basa do,</w:t>
      </w:r>
    </w:p>
    <w:p>
      <w:pPr>
        <w:jc w:val="right"/>
      </w:pPr>
      <w:r>
        <w:t>خدا جن کو ایکسیپٹ کرے گا، خدا جن کو عزت دینا چاہے گا، خدا جن کو ریوارڈ دینا چاہے گا، ان کے بارے میں خدا اعلان کرے گا کہ "ان کو میرے پڑوس میں بسا دو،</w:t>
      </w:r>
    </w:p>
    <w:p>
      <w:r>
        <w:rPr>
          <w:b/>
        </w:rPr>
        <w:t xml:space="preserve">[10:41] </w:t>
      </w:r>
      <w:r>
        <w:t>mere paros mein hamesha ke liye rahenge."</w:t>
      </w:r>
    </w:p>
    <w:p>
      <w:pPr>
        <w:jc w:val="right"/>
      </w:pPr>
      <w:r>
        <w:t>میرے پڑوس میں ہمیشہ کے لیے رہیں گے۔"</w:t>
      </w:r>
    </w:p>
    <w:p>
      <w:r>
        <w:rPr>
          <w:b/>
        </w:rPr>
        <w:t xml:space="preserve">[10:47] </w:t>
      </w:r>
      <w:r>
        <w:t>to jannat juri hui hai khuda se. yeh lalach ka sawal nahi hai, yeh khud direct taur par sachai ki jo aap discovery karte hain, is se juri hui hai.</w:t>
      </w:r>
    </w:p>
    <w:p>
      <w:pPr>
        <w:jc w:val="right"/>
      </w:pPr>
      <w:r>
        <w:t>تو جنت جڑی ہوئی ہے خدا سے۔ یہ لالچ کا سوال نہیں ہے، یہ خود ڈائریکٹ طور پر سچائی کی جو آپ ڈسکوری کرتے ہیں، اس سے جڑی ہوئی ہے۔</w:t>
      </w:r>
    </w:p>
    <w:p>
      <w:r>
        <w:rPr>
          <w:b/>
        </w:rPr>
        <w:t xml:space="preserve">[10:59] </w:t>
      </w:r>
      <w:r>
        <w:t>yeh cheez</w:t>
      </w:r>
    </w:p>
    <w:p>
      <w:pPr>
        <w:jc w:val="right"/>
      </w:pPr>
      <w:r>
        <w:t>یہ چیز</w:t>
      </w:r>
    </w:p>
    <w:p>
      <w:r>
        <w:rPr>
          <w:b/>
        </w:rPr>
        <w:t xml:space="preserve">[11:03] </w:t>
      </w:r>
      <w:r>
        <w:t>is ka taluq marifat se hai, is ka taluq realization se hai, is ka taluq truth se hai, is ka taluq khuda ko pane se hai.</w:t>
      </w:r>
    </w:p>
    <w:p>
      <w:pPr>
        <w:jc w:val="right"/>
      </w:pPr>
      <w:r>
        <w:t>اس کا تعلق معرفت سے ہے، اس کا تعلق ریلائزیشن سے ہے، اس کا تعلق ٹروتھ سے ہے، اس کا تعلق خدا کو پانے سے ہے۔</w:t>
      </w:r>
    </w:p>
    <w:p>
      <w:r>
        <w:rPr>
          <w:b/>
        </w:rPr>
        <w:t xml:space="preserve">[11:15] </w:t>
      </w:r>
      <w:r>
        <w:t>to yeh ek miss understanding hai ke galat taur par log paradise ko jod dete hain lalach se.</w:t>
      </w:r>
    </w:p>
    <w:p>
      <w:pPr>
        <w:jc w:val="right"/>
      </w:pPr>
      <w:r>
        <w:t>تو یہ ایک مس انڈرسٹینڈنگ ہے کہ غلط طور پر لوگ پیراڈائز کو جوڑ دیتے ہیں لالچ سے۔</w:t>
      </w:r>
    </w:p>
    <w:p>
      <w:r>
        <w:rPr>
          <w:b/>
        </w:rPr>
        <w:t xml:space="preserve">[11:25] </w:t>
      </w:r>
      <w:r>
        <w:t>is ka lalach se koi taluq nahi hai.</w:t>
      </w:r>
    </w:p>
    <w:p>
      <w:pPr>
        <w:jc w:val="right"/>
      </w:pPr>
      <w:r>
        <w:t>اس کا لالچ سے کوئی تعلق نہیں ہے۔</w:t>
      </w:r>
    </w:p>
    <w:p>
      <w:r>
        <w:rPr>
          <w:b/>
        </w:rPr>
        <w:t xml:space="preserve">[11:33] </w:t>
      </w:r>
      <w:r>
        <w:t>doosri cheez jo main kehna chahta hoon woh yeh ke paradise</w:t>
      </w:r>
    </w:p>
    <w:p>
      <w:pPr>
        <w:jc w:val="right"/>
      </w:pPr>
      <w:r>
        <w:t>دوسری چیز جو میں کہنا چاہتا ہوں وہ یہ کہ پیراڈائز</w:t>
      </w:r>
    </w:p>
    <w:p>
      <w:r>
        <w:rPr>
          <w:b/>
        </w:rPr>
        <w:t xml:space="preserve">[11:41] </w:t>
      </w:r>
      <w:r>
        <w:t>kisi mysterious cheez ka naam nahi hai. paradise kisi ko mysteriously nahi milegi.</w:t>
      </w:r>
    </w:p>
    <w:p>
      <w:pPr>
        <w:jc w:val="right"/>
      </w:pPr>
      <w:r>
        <w:t>کسی مسٹیریس چیز کا نام نہیں ہے۔ پیراڈائز کسی کو مسٹیریسلی نہیں ملے گی۔</w:t>
      </w:r>
    </w:p>
    <w:p>
      <w:r>
        <w:rPr>
          <w:b/>
        </w:rPr>
        <w:t xml:space="preserve">[11:54] </w:t>
      </w:r>
      <w:r>
        <w:t>paradise ek character ka naam hai, paradise ek culture ka naam hai, paradise ek spirit ka naam hai, paradise ek revolution ka naam hai.</w:t>
      </w:r>
    </w:p>
    <w:p>
      <w:pPr>
        <w:jc w:val="right"/>
      </w:pPr>
      <w:r>
        <w:t>پیراڈائز ایک کریکٹر کا نام ہے، پیراڈائز ایک کلچر کا نام ہے، پیراڈائز ایک اسپرٹ کا نام ہے، پیراڈائز ایک ریولیوشن کا نام ہے۔</w:t>
      </w:r>
    </w:p>
    <w:p>
      <w:r>
        <w:rPr>
          <w:b/>
        </w:rPr>
        <w:t xml:space="preserve">[12:12] </w:t>
      </w:r>
      <w:r>
        <w:t>main aap ko ek example deta hoon.</w:t>
      </w:r>
    </w:p>
    <w:p>
      <w:pPr>
        <w:jc w:val="right"/>
      </w:pPr>
      <w:r>
        <w:t>میں آپ کو ایک ایگزامپل دیتا ہوں۔</w:t>
      </w:r>
    </w:p>
    <w:p>
      <w:r>
        <w:rPr>
          <w:b/>
        </w:rPr>
        <w:t xml:space="preserve">[12:15] </w:t>
      </w:r>
      <w:r>
        <w:t>aaj ke, aaj ka jo time sofedia hai, aaj mani char april ka, is mein ek item chupa hai</w:t>
      </w:r>
    </w:p>
    <w:p>
      <w:pPr>
        <w:jc w:val="right"/>
      </w:pPr>
      <w:r>
        <w:t>آج کے، آج کا جو ٹائم سفیڈیا ہے، آج معنی چار اپریل کا، اس میں ایک آئٹم چھپا ہے</w:t>
      </w:r>
    </w:p>
    <w:p>
      <w:r>
        <w:rPr>
          <w:b/>
        </w:rPr>
        <w:t xml:space="preserve">[12:31] </w:t>
      </w:r>
      <w:r>
        <w:t>ke "unleash that anger".</w:t>
      </w:r>
    </w:p>
    <w:p>
      <w:pPr>
        <w:jc w:val="right"/>
      </w:pPr>
      <w:r>
        <w:t>کہ "انلیش دیٹ اینگر"۔</w:t>
      </w:r>
    </w:p>
    <w:p>
      <w:r>
        <w:rPr>
          <w:b/>
        </w:rPr>
        <w:t xml:space="preserve">[12:42] </w:t>
      </w:r>
      <w:r>
        <w:t>"unleash that anger"</w:t>
      </w:r>
    </w:p>
    <w:p>
      <w:pPr>
        <w:jc w:val="right"/>
      </w:pPr>
      <w:r>
        <w:t>"انلیش دیٹ اینگر"</w:t>
      </w:r>
    </w:p>
    <w:p>
      <w:r>
        <w:rPr>
          <w:b/>
        </w:rPr>
        <w:t xml:space="preserve">[12:46] </w:t>
      </w:r>
      <w:r>
        <w:t>aaj kal duniya mein aur india mein ek naya concept bahut phail raha hai, woh hai "unleash that anger".</w:t>
      </w:r>
    </w:p>
    <w:p>
      <w:pPr>
        <w:jc w:val="right"/>
      </w:pPr>
      <w:r>
        <w:t>آج کل دنیا میں اور انڈیا میں ایک نیا کانسیپٹ بہت پھیل رہا ہے، وہ ہے "انلیش دیٹ اینگر"۔</w:t>
      </w:r>
    </w:p>
    <w:p>
      <w:r>
        <w:rPr>
          <w:b/>
        </w:rPr>
        <w:t xml:space="preserve">[12:56] </w:t>
      </w:r>
      <w:r>
        <w:t>yani jab ghussa aaye to us ko phenk maro.</w:t>
      </w:r>
    </w:p>
    <w:p>
      <w:pPr>
        <w:jc w:val="right"/>
      </w:pPr>
      <w:r>
        <w:t>یعنی جب غصہ آئے تو اس کو پھینک مارو۔</w:t>
      </w:r>
    </w:p>
    <w:p>
      <w:r>
        <w:rPr>
          <w:b/>
        </w:rPr>
        <w:t xml:space="preserve">[13:05] </w:t>
      </w:r>
      <w:r>
        <w:t>misal ke taur par is mein bataya gaya hai ke jis tarah se punch bag hota hai aur boxers is par marte hain, ghisa punch bag par,</w:t>
      </w:r>
    </w:p>
    <w:p>
      <w:pPr>
        <w:jc w:val="right"/>
      </w:pPr>
      <w:r>
        <w:t>مثال کے طور پر اس میں بتایا گیا ہے کہ جس طرح سے پنچ بیگ ہوتا ہے اور باکسز اس پر مارتے ہیں، گھسا پنچ بیگ پر،</w:t>
      </w:r>
    </w:p>
    <w:p>
      <w:r>
        <w:rPr>
          <w:b/>
        </w:rPr>
        <w:t xml:space="preserve">[13:19] </w:t>
      </w:r>
      <w:r>
        <w:t>to is mein bataya gaya hai ke apne ghar mein ek punch bag rakh lo ya ghussa aaye to us pe ja ke maro. "unleash that anger"</w:t>
      </w:r>
    </w:p>
    <w:p>
      <w:pPr>
        <w:jc w:val="right"/>
      </w:pPr>
      <w:r>
        <w:t>تو اس میں بتایا گیا ہے کہ اپنے گھر میں ایک پنچ بیگ رکھ لو یا غصہ آئے تو اس پہ جا کے مارو۔ "انلیش دیٹ اینگر"</w:t>
      </w:r>
    </w:p>
    <w:p>
      <w:r>
        <w:rPr>
          <w:b/>
        </w:rPr>
        <w:t xml:space="preserve">[13:32] </w:t>
      </w:r>
      <w:r>
        <w:t>is tarah ki baatein logon ko bari achhi lagti hain kyunke is mein aik tamashe ki baat hai. bohat se log is par, is ko ikhtiyar kiye kar kar kar rahe hain.</w:t>
      </w:r>
    </w:p>
    <w:p>
      <w:pPr>
        <w:jc w:val="right"/>
      </w:pPr>
      <w:r>
        <w:t>اس طرح کی باتیں لوگوں کو بڑی اچھی لگتی ہیں کیونکہ اس میں ایک تماشے کی بات ہے۔ بہت سے لوگ اس پر، اس کو اختیار کیے کر کر کر رہے ہیں۔</w:t>
      </w:r>
    </w:p>
    <w:p>
      <w:r>
        <w:rPr>
          <w:b/>
        </w:rPr>
        <w:t xml:space="preserve">[13:47] </w:t>
      </w:r>
      <w:r>
        <w:t>dekhiye, yeh baat koi saada baat nahi hai.</w:t>
      </w:r>
    </w:p>
    <w:p>
      <w:pPr>
        <w:jc w:val="right"/>
      </w:pPr>
      <w:r>
        <w:t>دیکھیے، یہ بات کوئی سادہ بات نہیں ہے۔</w:t>
      </w:r>
    </w:p>
    <w:p>
      <w:r>
        <w:rPr>
          <w:b/>
        </w:rPr>
        <w:t xml:space="preserve">[13:56] </w:t>
      </w:r>
      <w:r>
        <w:t>yahan par is dunya mein do different culture hain.</w:t>
      </w:r>
    </w:p>
    <w:p>
      <w:pPr>
        <w:jc w:val="right"/>
      </w:pPr>
      <w:r>
        <w:t>یہاں پر اس دنیا میں دو ڈفرنٹ کلچر ہیں۔</w:t>
      </w:r>
    </w:p>
    <w:p>
      <w:r>
        <w:rPr>
          <w:b/>
        </w:rPr>
        <w:t xml:space="preserve">[14:01] </w:t>
      </w:r>
      <w:r>
        <w:t>aik hai paradise culture aur yeh kya hai? "unleash unleash that anger" culture. do different culture hain.</w:t>
      </w:r>
    </w:p>
    <w:p>
      <w:pPr>
        <w:jc w:val="right"/>
      </w:pPr>
      <w:r>
        <w:t>ایک ہے پیراڈائز کلچر اور یہ کیا ہے؟ "انلیش انلیش دیٹ اینگر" کلچر۔ دو ڈفرنٹ کلچر ہیں۔</w:t>
      </w:r>
    </w:p>
    <w:p>
      <w:r>
        <w:rPr>
          <w:b/>
        </w:rPr>
        <w:t xml:space="preserve">[14:13] </w:t>
      </w:r>
      <w:r>
        <w:t>anger aik aisi cheez hai jo sab mein hoti hai. koi, koi bhi insan anger se khali nahi. lekin sare log anger ko aik evil ke roop mein dekhte hain.</w:t>
      </w:r>
    </w:p>
    <w:p>
      <w:pPr>
        <w:jc w:val="right"/>
      </w:pPr>
      <w:r>
        <w:t>اینگر ایک ایسی چیز ہے جو سب میں ہوتی ہے۔ کوئی، کوئی بھی انسان اینگر سے خالی نہیں۔ لیکن سارے لوگ اینگر کو ایک ایول کے روپ میں دیکھتے ہیں۔</w:t>
      </w:r>
    </w:p>
    <w:p>
      <w:r>
        <w:rPr>
          <w:b/>
        </w:rPr>
        <w:t xml:space="preserve">[14:28] </w:t>
      </w:r>
      <w:r>
        <w:t>to "unleash that anger" ka jo concept hai, is mein bhi yahi samjha gaya hai ke anger aik aik evil hai, is ko phenk maro.</w:t>
      </w:r>
    </w:p>
    <w:p>
      <w:pPr>
        <w:jc w:val="right"/>
      </w:pPr>
      <w:r>
        <w:t>تو "انلیش دیٹ اینگر" کا جو کانسیپٹ ہے، اس میں بھی یہی سمجھا گیا ہے کہ اینگر ایک ایک ایول ہے، اس کو پھینک مارو۔</w:t>
      </w:r>
    </w:p>
    <w:p>
      <w:r>
        <w:rPr>
          <w:b/>
        </w:rPr>
        <w:t xml:space="preserve">[14:39] </w:t>
      </w:r>
      <w:r>
        <w:t>insan ke upar nahi maar sakte to punch bag ke upar maro, deewar par maro, pathar par maro.</w:t>
      </w:r>
    </w:p>
    <w:p>
      <w:pPr>
        <w:jc w:val="right"/>
      </w:pPr>
      <w:r>
        <w:t>انسان کے اوپر نہیں مار سکتے تو پنچ بیگ کے اوپر مارو، دیوار پر مارو، پتھر پر مارو۔</w:t>
      </w:r>
    </w:p>
    <w:p>
      <w:r>
        <w:rPr>
          <w:b/>
        </w:rPr>
        <w:t xml:space="preserve">[14:48] </w:t>
      </w:r>
      <w:r>
        <w:t>mein samajhta hoon ke yeh khuda ke creation plan, khuda ka jo creation plan hai, is ko na janne ki wajah se yeh baatein ho rahi hain.</w:t>
      </w:r>
    </w:p>
    <w:p>
      <w:pPr>
        <w:jc w:val="right"/>
      </w:pPr>
      <w:r>
        <w:t>میں سمجھتا ہوں کہ یہ خدا کے کریشن پلان، خدا کا جو کریشن پلان ہے، اس کو نہ جاننے کی وجہ سے یہ باتیں ہو رہی ہیں۔</w:t>
      </w:r>
    </w:p>
    <w:p>
      <w:r>
        <w:rPr>
          <w:b/>
        </w:rPr>
        <w:t xml:space="preserve">[15:01] </w:t>
      </w:r>
      <w:r>
        <w:t>khuda ne anger, anger kis ne paida kiya? khud creator ne paida kiya. anger is a part of nature.</w:t>
      </w:r>
    </w:p>
    <w:p>
      <w:pPr>
        <w:jc w:val="right"/>
      </w:pPr>
      <w:r>
        <w:t>خدا نے اینگر، اینگر کس نے پیدا کیا؟ خود کریٹر نے پیدا کیا۔ اینگر از اے پارٹ آف نیچر۔</w:t>
      </w:r>
    </w:p>
    <w:p>
      <w:r>
        <w:rPr>
          <w:b/>
        </w:rPr>
        <w:t xml:space="preserve">[15:12] </w:t>
      </w:r>
      <w:r>
        <w:t>anger hum ne kahin se export nahi kar liya hai. anger kahin se hum ne export ya import nahi kar liya hai.</w:t>
      </w:r>
    </w:p>
    <w:p>
      <w:pPr>
        <w:jc w:val="right"/>
      </w:pPr>
      <w:r>
        <w:t>اینگر ہم نے کہیں سے ایکسپورٹ نہیں کر لیا ہے۔ اینگر کہیں سے ہم نے ایکسپورٹ یا امپورٹ نہیں کر لیا ہے۔</w:t>
      </w:r>
    </w:p>
    <w:p>
      <w:r>
        <w:rPr>
          <w:b/>
        </w:rPr>
        <w:t xml:space="preserve">[15:25] </w:t>
      </w:r>
      <w:r>
        <w:t>woh khud hamare andar hai.</w:t>
      </w:r>
    </w:p>
    <w:p>
      <w:pPr>
        <w:jc w:val="right"/>
      </w:pPr>
      <w:r>
        <w:t>وہ خود ہمارے اندر ہے۔</w:t>
      </w:r>
    </w:p>
    <w:p>
      <w:r>
        <w:rPr>
          <w:b/>
        </w:rPr>
        <w:t xml:space="preserve">[15:30] </w:t>
      </w:r>
      <w:r>
        <w:t>anger kis liye hai? anger aik evil nahi hai, anger aik opportunity hai. paradise culture ke mutabiq Quran mein hai ke jannat wale kon hain?</w:t>
      </w:r>
    </w:p>
    <w:p>
      <w:pPr>
        <w:jc w:val="right"/>
      </w:pPr>
      <w:r>
        <w:t>اینگر کس لیے ہے؟ اینگر ایک ایول نہیں ہے، اینگر ایک اپرچونیٹی ہے۔ پیراڈائز کلچر کے مطابق قرآن میں ہے کہ جنت والے کون ہیں؟</w:t>
      </w:r>
    </w:p>
    <w:p>
      <w:r>
        <w:rPr>
          <w:b/>
        </w:rPr>
        <w:t xml:space="preserve">[15:48] </w:t>
      </w:r>
      <w:r>
        <w:t>"wa idha ma ghadibu hum yaghfiroon"</w:t>
      </w:r>
    </w:p>
    <w:p>
      <w:pPr>
        <w:jc w:val="right"/>
      </w:pPr>
      <w:r>
        <w:t>"وَإِذَا مَا غَضِبُوا هُمْ يَغْفِرُونَ"</w:t>
      </w:r>
    </w:p>
    <w:p>
      <w:r>
        <w:rPr>
          <w:b/>
        </w:rPr>
        <w:t xml:space="preserve">[15:56] </w:t>
      </w:r>
      <w:r>
        <w:t>jannat wale woh log hain ke jab unhein ghussa aata hai to woh maaf kar dete hain,</w:t>
      </w:r>
    </w:p>
    <w:p>
      <w:pPr>
        <w:jc w:val="right"/>
      </w:pPr>
      <w:r>
        <w:t>جنت والے وہ لوگ ہیں کہ جب انہیں غصہ آتا ہے تو وہ معاف کر دیتے ہیں،</w:t>
      </w:r>
    </w:p>
    <w:p>
      <w:r>
        <w:rPr>
          <w:b/>
        </w:rPr>
        <w:t xml:space="preserve">[16:06] </w:t>
      </w:r>
      <w:r>
        <w:t>jo gh</w:t>
      </w:r>
    </w:p>
    <w:p>
      <w:pPr>
        <w:jc w:val="right"/>
      </w:pPr>
      <w:r>
        <w:t>جو غ</w:t>
      </w:r>
    </w:p>
    <w:p>
      <w:r>
        <w:rPr>
          <w:b/>
        </w:rPr>
        <w:t xml:space="preserve">[16:07] </w:t>
      </w:r>
      <w:r>
        <w:t>usse ko pee jaate hain. yani paradise culture yeh hai ke aap anger ko convert karein aik aur behtar cheez mein, yani negative,</w:t>
      </w:r>
    </w:p>
    <w:p>
      <w:pPr>
        <w:jc w:val="right"/>
      </w:pPr>
      <w:r>
        <w:t>صے کو پی جاتے ہیں۔ یعنی پیراڈائز کلچر یہ ہے کہ آپ اینگر کو کنورٹ کریں ایک اور بہتر چیز میں، یعنی نیگیٹیو،</w:t>
      </w:r>
    </w:p>
    <w:p>
      <w:r>
        <w:rPr>
          <w:b/>
        </w:rPr>
        <w:t xml:space="preserve">[16:21] </w:t>
      </w:r>
      <w:r>
        <w:t>negativity ko positivity mein convert karein, anger ko convert karein forgiveness mein. to yeh aap ke liye rewardable ban jayega.</w:t>
      </w:r>
    </w:p>
    <w:p>
      <w:pPr>
        <w:jc w:val="right"/>
      </w:pPr>
      <w:r>
        <w:t>نیگیٹیوٹی کو پازیٹیوٹی میں کنورٹ کریں، اینگر کو کنورٹ کریں فارگیونس میں۔ تو یہ آپ کے لیے ریوارڈیبل بن جائے گا۔</w:t>
      </w:r>
    </w:p>
    <w:p>
      <w:r>
        <w:rPr>
          <w:b/>
        </w:rPr>
        <w:t xml:space="preserve">[16:34] </w:t>
      </w:r>
      <w:r>
        <w:t>kyun? is liye ke dekhiye, paradise ka sab se bara jo, sab se bari jo shart hai, woh kya hai?</w:t>
      </w:r>
    </w:p>
    <w:p>
      <w:pPr>
        <w:jc w:val="right"/>
      </w:pPr>
      <w:r>
        <w:t>کیوں؟ اس لیے کہ دیکھیے، پیراڈائز کا سب سے بڑا جو، سب سے بڑی جو شرط ہے، وہ کیا ہے؟</w:t>
      </w:r>
    </w:p>
    <w:p>
      <w:r>
        <w:rPr>
          <w:b/>
        </w:rPr>
        <w:t xml:space="preserve">[16:45] </w:t>
      </w:r>
      <w:r>
        <w:t>woh yahi hai ke jab aap ko, jab aap ke andar anger aaye, jab list aaye, jab koi negative thought ka toofan uthe aap ke andar,</w:t>
      </w:r>
    </w:p>
    <w:p>
      <w:pPr>
        <w:jc w:val="right"/>
      </w:pPr>
      <w:r>
        <w:t>وہ یہی ہے کہ جب آپ کو، جب آپ کے اندر اینگر آئے، جب لسٹ آئے، جب کوئی منفی تھاٹ کا طوفان اٹھے آپ کے اندر،</w:t>
      </w:r>
    </w:p>
    <w:p>
      <w:r>
        <w:rPr>
          <w:b/>
        </w:rPr>
        <w:t xml:space="preserve">[17:00] </w:t>
      </w:r>
      <w:r>
        <w:t>to isi wohi waqt hota hai jab ke aap paradise ko hasil kar kar sakte hain.</w:t>
      </w:r>
    </w:p>
    <w:p>
      <w:pPr>
        <w:jc w:val="right"/>
      </w:pPr>
      <w:r>
        <w:t>تو اسی وہی وقت ہوتا ہے جب کہ آپ پیراڈائز کو حاصل کر کر سکتے ہیں۔</w:t>
      </w:r>
    </w:p>
    <w:p>
      <w:r>
        <w:rPr>
          <w:b/>
        </w:rPr>
        <w:t xml:space="preserve">[17:06] </w:t>
      </w:r>
      <w:r>
        <w:t>to is tarah se aap is ko, aap is negative thought ko positive thought mein convert karein. yahi to paradise ka ki ki price hai.</w:t>
      </w:r>
    </w:p>
    <w:p>
      <w:pPr>
        <w:jc w:val="right"/>
      </w:pPr>
      <w:r>
        <w:t>تو اس طرح سے آپ اس کو، آپ اس نیگیٹیو تھاٹ کو پازیٹیو تھاٹ میں کنورٹ کریں۔ یہی تو پیراڈائز کا کی کی پرائس ہے۔</w:t>
      </w:r>
    </w:p>
    <w:p>
      <w:r>
        <w:rPr>
          <w:b/>
        </w:rPr>
        <w:t xml:space="preserve">[17:19] </w:t>
      </w:r>
      <w:r>
        <w:t>Quran mein hai</w:t>
      </w:r>
    </w:p>
    <w:p>
      <w:pPr>
        <w:jc w:val="right"/>
      </w:pPr>
      <w:r>
        <w:t>قرآن میں ہے</w:t>
      </w:r>
    </w:p>
    <w:p>
      <w:r>
        <w:rPr>
          <w:b/>
        </w:rPr>
        <w:t xml:space="preserve">[17:23] </w:t>
      </w:r>
      <w:r>
        <w:t>ke Surah Ankabut mein ke kya log samajhte hain ke unhein paradise mil jayegi sirf yeh kehne se ke hum Khuda par iman laye?</w:t>
      </w:r>
    </w:p>
    <w:p>
      <w:pPr>
        <w:jc w:val="right"/>
      </w:pPr>
      <w:r>
        <w:t>کہ سورہ عنکبوت میں کہ کیا لوگ سمجھتے ہیں کہ انہیں پیراڈائز مل جائے گی صرف یہ کہنے سے کہ ہم خدا پر ایمان لائے؟</w:t>
      </w:r>
    </w:p>
    <w:p>
      <w:r>
        <w:rPr>
          <w:b/>
        </w:rPr>
        <w:t xml:space="preserve">[17:37] </w:t>
      </w:r>
      <w:r>
        <w:t>nahi, unhein jaancha jayega. jaancha jayega. baghair jaanch ke kisi shakhs ko paradise milne wali nahi hai.</w:t>
      </w:r>
    </w:p>
    <w:p>
      <w:pPr>
        <w:jc w:val="right"/>
      </w:pPr>
      <w:r>
        <w:t>نہیں، انہیں جانچا جائے گا۔ جانچا جائے گا۔ بغیر جانچ کے کسی شخص کو پیراڈائز ملنے والی نہیں ہے۔</w:t>
      </w:r>
    </w:p>
    <w:p>
      <w:r>
        <w:rPr>
          <w:b/>
        </w:rPr>
        <w:t xml:space="preserve">[17:46] </w:t>
      </w:r>
      <w:r>
        <w:t>woh jaanch kya hai? zahir hai ke smooth condition mein kisi ki jaanch nahi hoti. jab tak aap ko jhatka na lage, jab tak aap ko ghussa na aaye, jab koi negative thought aap par attack na kare,</w:t>
      </w:r>
    </w:p>
    <w:p>
      <w:pPr>
        <w:jc w:val="right"/>
      </w:pPr>
      <w:r>
        <w:t>وہ جانچ کیا ہے؟ ظاہر ہے کہ سموتھ کنڈیشن میں کسی کی جانچ نہیں ہوتی۔ جب تک آپ کو جھٹکا نہ لگے، جب تک آپ کو غصہ نہ آئے، جب کوئی نیگیٹیو تھاٹ آپ پر اٹیک نہ کرے،</w:t>
      </w:r>
    </w:p>
    <w:p>
      <w:r>
        <w:rPr>
          <w:b/>
        </w:rPr>
        <w:t xml:space="preserve">[18:03] </w:t>
      </w:r>
      <w:r>
        <w:t>tab tak aap ki jaanch kahan hui? tab tak aap ki jaanch nahin hui.</w:t>
      </w:r>
    </w:p>
    <w:p>
      <w:pPr>
        <w:jc w:val="right"/>
      </w:pPr>
      <w:r>
        <w:t>تب تک آپ کی جانچ کہاں ہوئی؟ تب تک آپ کی جانچ نہیں ہوئی۔</w:t>
      </w:r>
    </w:p>
    <w:p>
      <w:r>
        <w:rPr>
          <w:b/>
        </w:rPr>
        <w:t xml:space="preserve">[18:15] </w:t>
      </w:r>
      <w:r>
        <w:t>main samajhta hoon ke aaj kal ki jo culture hai, woh chounke creation plan of God se waqif nahin hai, is liye woh aisi baatein karta hai ke "unleash that anger".</w:t>
      </w:r>
    </w:p>
    <w:p>
      <w:pPr>
        <w:jc w:val="right"/>
      </w:pPr>
      <w:r>
        <w:t>میں سمجھتا ہوں کہ آج کل کی جو کلچر ہے، وہ چونکہ کریشن پلان آف گاڈ سے واقف نہیں ہے، اس لیے وہ ایسی باتیں کرتا ہے کہ "انلیش دیٹ اینگر"۔</w:t>
      </w:r>
    </w:p>
    <w:p>
      <w:r>
        <w:rPr>
          <w:b/>
        </w:rPr>
        <w:t xml:space="preserve">[18:32] </w:t>
      </w:r>
      <w:r>
        <w:t>jo sahi culture hai, woh agar is ke samne ho to maloom ho ke yeh to ek opportunity hai.</w:t>
      </w:r>
    </w:p>
    <w:p>
      <w:pPr>
        <w:jc w:val="right"/>
      </w:pPr>
      <w:r>
        <w:t>جو صحیح کلچر ہے، وہ اگر اس کے سامنے ہو تو معلوم ہو کہ یہ تو ایک اپرچونیٹی ہے۔</w:t>
      </w:r>
    </w:p>
    <w:p>
      <w:r>
        <w:rPr>
          <w:b/>
        </w:rPr>
        <w:t xml:space="preserve">[18:40] </w:t>
      </w:r>
      <w:r>
        <w:t>yeh to ek opportunity hai.</w:t>
      </w:r>
    </w:p>
    <w:p>
      <w:pPr>
        <w:jc w:val="right"/>
      </w:pPr>
      <w:r>
        <w:t>یہ تو ایک اپرچونیٹی ہے۔</w:t>
      </w:r>
    </w:p>
    <w:p>
      <w:r>
        <w:rPr>
          <w:b/>
        </w:rPr>
        <w:t xml:space="preserve">[18:43] </w:t>
      </w:r>
      <w:r>
        <w:t>jis tarah se agar aap ek believer hain, aap khuda ki ibadat karne wale hain, azan ki awaz aai to aap ne samjha ke ab mujhe ibadat karna hai.</w:t>
      </w:r>
    </w:p>
    <w:p>
      <w:pPr>
        <w:jc w:val="right"/>
      </w:pPr>
      <w:r>
        <w:t>جس طرح سے اگر آپ ایک بیلیور ہیں، آپ خدا کی عبادت کرنے والے ہیں، اذان کی آواز آئی تو آپ نے سمجھا کہ اب مجھے عبادت کرنا ہے۔</w:t>
      </w:r>
    </w:p>
    <w:p>
      <w:r>
        <w:rPr>
          <w:b/>
        </w:rPr>
        <w:t xml:space="preserve">[18:59] </w:t>
      </w:r>
      <w:r>
        <w:t>woh ek call hai ibadat ki.</w:t>
      </w:r>
    </w:p>
    <w:p>
      <w:pPr>
        <w:jc w:val="right"/>
      </w:pPr>
      <w:r>
        <w:t>وہ ایک کال ہے عبادت کی۔</w:t>
      </w:r>
    </w:p>
    <w:p>
      <w:r>
        <w:rPr>
          <w:b/>
        </w:rPr>
        <w:t xml:space="preserve">[19:02] </w:t>
      </w:r>
      <w:r>
        <w:t>isi tarah jab aap ke andar koi negative thought ubhra, jab koi toofan aaya aap ke andar, koi storm aaya aap ke andar, anger ka, lalach ka,</w:t>
      </w:r>
    </w:p>
    <w:p>
      <w:pPr>
        <w:jc w:val="right"/>
      </w:pPr>
      <w:r>
        <w:t>اسی طرح جب آپ کے اندر کوئی نیگیٹیو تھاٹ ابھرا، جب کوئی طوفان آیا آپ کے اندر، کوئی سٹارم آیا آپ کے اندر، اینگر کا، لالچ کا،</w:t>
      </w:r>
    </w:p>
    <w:p>
      <w:r>
        <w:rPr>
          <w:b/>
        </w:rPr>
        <w:t xml:space="preserve">[19:19] </w:t>
      </w:r>
      <w:r>
        <w:t>malice ka, revenge ka, to woh bhi ek call hoti hai. yeh call ke aap is ko andar hi andar diffuse karen.</w:t>
      </w:r>
    </w:p>
    <w:p>
      <w:pPr>
        <w:jc w:val="right"/>
      </w:pPr>
      <w:r>
        <w:t>مائلس کا، ریونج کا، تو وہ بھی ایک کال ہوتی ہے۔ یہ کال کہ آپ اس کو اندر ہی اندر ڈیفیوز کریں۔</w:t>
      </w:r>
    </w:p>
    <w:p>
      <w:r>
        <w:rPr>
          <w:b/>
        </w:rPr>
        <w:t xml:space="preserve">[19:32] </w:t>
      </w:r>
      <w:r>
        <w:t>diffuse kar ke aap is malice ko plus banayein apne liye, is negative ko positive mein convert karen. yahi woh cheez hai jo aap ko jannat ke qabil banati hai.</w:t>
      </w:r>
    </w:p>
    <w:p>
      <w:pPr>
        <w:jc w:val="right"/>
      </w:pPr>
      <w:r>
        <w:t>ڈیفیوز کر کے آپ اس مائنس کو پلس بنائیں اپنے لیے، اس نیگیٹیو کو پازیٹیو میں کنورٹ کریں۔ یہی وہ چیز ہے جو آپ کو جنت کے قابل بناتی ہے۔</w:t>
      </w:r>
    </w:p>
    <w:p>
      <w:r>
        <w:rPr>
          <w:b/>
        </w:rPr>
        <w:t xml:space="preserve">[19:49] </w:t>
      </w:r>
      <w:r>
        <w:t>main yahan par kuch aur baatein karna chahunga.</w:t>
      </w:r>
    </w:p>
    <w:p>
      <w:pPr>
        <w:jc w:val="right"/>
      </w:pPr>
      <w:r>
        <w:t>میں یہاں پر کچھ اور باتیں کرنا چاہوں گا۔</w:t>
      </w:r>
    </w:p>
    <w:p>
      <w:r>
        <w:rPr>
          <w:b/>
        </w:rPr>
        <w:t xml:space="preserve">[19:57] </w:t>
      </w:r>
      <w:r>
        <w:t>ek bohat bari ghalat fehmi logon ko yeh hai ke koi samajhta hai ke jannat jo hai mil jayegi is tarah ke musalman ghar mein paida ho gaye to jannat mil jayegi.</w:t>
      </w:r>
    </w:p>
    <w:p>
      <w:pPr>
        <w:jc w:val="right"/>
      </w:pPr>
      <w:r>
        <w:t>ایک بہت بڑی غلط فہمی لوگوں کو یہ ہے کہ کوئی سمجھتا ہے کہ جنت جو ہے مل جائے گی اس طرح کہ مسلمان گھر میں پیدا ہوگئے تو جنت مل جائے گی۔</w:t>
      </w:r>
    </w:p>
    <w:p>
      <w:r>
        <w:rPr>
          <w:b/>
        </w:rPr>
        <w:t xml:space="preserve">[20:10] </w:t>
      </w:r>
      <w:r>
        <w:t>koi samajhta hai ke woh zuban se kuch alfaaz bol diye to jannat mil jayegi. kisi buzurg buzurg ka daman tham liya to jannat mil jayegi.</w:t>
      </w:r>
    </w:p>
    <w:p>
      <w:pPr>
        <w:jc w:val="right"/>
      </w:pPr>
      <w:r>
        <w:t>کوئی سمجھتا ہے کہ وہ زبان سے کچھ الفاظ بول دیے تو جنت مل جائے گی۔ کسی بزرگ بزرگ کا دامن تھام لیا تو جنت مل جائے گی۔</w:t>
      </w:r>
    </w:p>
    <w:p>
      <w:r>
        <w:rPr>
          <w:b/>
        </w:rPr>
        <w:t xml:space="preserve">[20:20] </w:t>
      </w:r>
      <w:r>
        <w:t>yeh sab cheezein jannat mein le jaane wali nahin hain.</w:t>
      </w:r>
    </w:p>
    <w:p>
      <w:pPr>
        <w:jc w:val="right"/>
      </w:pPr>
      <w:r>
        <w:t>یہ سب چیزیں جنت میں لے جانے والی نہیں ہیں۔</w:t>
      </w:r>
    </w:p>
    <w:p>
      <w:r>
        <w:rPr>
          <w:b/>
        </w:rPr>
        <w:t xml:space="preserve">[20:26] </w:t>
      </w:r>
      <w:r>
        <w:t>main yahan par apna ek ek waqia bayan karunga jo</w:t>
      </w:r>
    </w:p>
    <w:p>
      <w:pPr>
        <w:jc w:val="right"/>
      </w:pPr>
      <w:r>
        <w:t>میں یہاں پر اپنا ایک ایک واقعہ بیان کروں گا جو</w:t>
      </w:r>
    </w:p>
    <w:p>
      <w:r>
        <w:rPr>
          <w:b/>
        </w:rPr>
        <w:t xml:space="preserve">[20:37] </w:t>
      </w:r>
      <w:r>
        <w:t>mere sath pesh aaya azadi se bohat pehle. azadi se bohat pehle jab main chota tha,</w:t>
      </w:r>
    </w:p>
    <w:p>
      <w:pPr>
        <w:jc w:val="right"/>
      </w:pPr>
      <w:r>
        <w:t>میرے ساتھ پیش آیا آزادی سے بہت پہلے۔ آزادی سے بہت پہلے جب میں چھوٹا تھا،</w:t>
      </w:r>
    </w:p>
    <w:p>
      <w:r>
        <w:rPr>
          <w:b/>
        </w:rPr>
        <w:t xml:space="preserve">[20:48] </w:t>
      </w:r>
      <w:r>
        <w:t>bohat pehle ki baat hai.</w:t>
      </w:r>
    </w:p>
    <w:p>
      <w:pPr>
        <w:jc w:val="right"/>
      </w:pPr>
      <w:r>
        <w:t>بہت پہلے کی بات ہے۔</w:t>
      </w:r>
    </w:p>
    <w:p>
      <w:r>
        <w:rPr>
          <w:b/>
        </w:rPr>
        <w:t xml:space="preserve">[20:52] </w:t>
      </w:r>
      <w:r>
        <w:t>to us waqt main gaon mein rehta tha.</w:t>
      </w:r>
    </w:p>
    <w:p>
      <w:pPr>
        <w:jc w:val="right"/>
      </w:pPr>
      <w:r>
        <w:t>تو اس وقت میں گاؤں میں رہتا تھا۔</w:t>
      </w:r>
    </w:p>
    <w:p>
      <w:r>
        <w:rPr>
          <w:b/>
        </w:rPr>
        <w:t xml:space="preserve">[20:57] </w:t>
      </w:r>
      <w:r>
        <w:t>jab main choti umar mein tha, tab ki baat hai. to</w:t>
      </w:r>
    </w:p>
    <w:p>
      <w:pPr>
        <w:jc w:val="right"/>
      </w:pPr>
      <w:r>
        <w:t>جب میں چھوٹی عمر میں تھا، تب کی بات ہے۔ تو</w:t>
      </w:r>
    </w:p>
    <w:p>
      <w:r>
        <w:rPr>
          <w:b/>
        </w:rPr>
        <w:t xml:space="preserve">[21:07] </w:t>
      </w:r>
      <w:r>
        <w:t>shehar mein, adam garh shehar mein, ek roz main sarak par chal raha tha.</w:t>
      </w:r>
    </w:p>
    <w:p>
      <w:pPr>
        <w:jc w:val="right"/>
      </w:pPr>
      <w:r>
        <w:t>شہر میں، آدم گڑھ شہر میں، ایک روز میں سڑک پر چل رہا تھا۔</w:t>
      </w:r>
    </w:p>
    <w:p>
      <w:r>
        <w:rPr>
          <w:b/>
        </w:rPr>
        <w:t xml:space="preserve">[21:14] </w:t>
      </w:r>
      <w:r>
        <w:t>to wahan par hamare aziz the shehar mein, to hum jaya karte the kabhi kabhi. to ek din main shehar mein ek road par chal raha tha. to ek jagah pahuncha jahan naujawanon ki bheed dikhai di mujhe.</w:t>
      </w:r>
    </w:p>
    <w:p>
      <w:pPr>
        <w:jc w:val="right"/>
      </w:pPr>
      <w:r>
        <w:t>تو وہاں پر ہمارے عزیز تھے شہر میں، تو ہم جایا کرتے تھے کبھی کبھی۔ تو ایک دن میں شہر میں ایک روڈ پر چل رہا تھا۔ تو ایک جگہ پہنچا جہاں نوجوانوں کی بھیڑ دکھائی دی مجھے۔</w:t>
      </w:r>
    </w:p>
    <w:p>
      <w:r>
        <w:rPr>
          <w:b/>
        </w:rPr>
        <w:t xml:space="preserve">[21:28] </w:t>
      </w:r>
      <w:r>
        <w:t>wahan par ek building thi. to woh naujawan line lagaye hue khade the wahan par. woh tha wahan ka ek school, wesley school.</w:t>
      </w:r>
    </w:p>
    <w:p>
      <w:pPr>
        <w:jc w:val="right"/>
      </w:pPr>
      <w:r>
        <w:t>وہاں پر ایک بلڈنگ تھی۔ تو وہ نوجوان لائن لگائے ہوئے کھڑے تھے وہاں پر۔ وہ تھا وہاں کا ایک اسکول، ویسلی اسکول۔</w:t>
      </w:r>
    </w:p>
    <w:p>
      <w:r>
        <w:rPr>
          <w:b/>
        </w:rPr>
        <w:t xml:space="preserve">[21:44] </w:t>
      </w:r>
      <w:r>
        <w:t>to line lagaye hue the, maloom hua ke wahan par mithai baant rahi hai, sweet baant rahi hai.</w:t>
      </w:r>
    </w:p>
    <w:p>
      <w:pPr>
        <w:jc w:val="right"/>
      </w:pPr>
      <w:r>
        <w:t>تو لائن لگائے ہوئے تھے، معلوم ہوا کہ وہاں پر مٹھائی بٹ رہی ہے، سویٹ بٹ رہی ہے۔</w:t>
      </w:r>
    </w:p>
    <w:p>
      <w:r>
        <w:rPr>
          <w:b/>
        </w:rPr>
        <w:t xml:space="preserve">[21:50] </w:t>
      </w:r>
      <w:r>
        <w:t>woh naujawan jo hain, line mein khade hue hain, ek ek kar ke aage badhte hain, aur phir aage ja kar ke woh sweet lete hain, aur phir chale aate hain.</w:t>
      </w:r>
    </w:p>
    <w:p>
      <w:pPr>
        <w:jc w:val="right"/>
      </w:pPr>
      <w:r>
        <w:t>وہ نوجوان جو ہیں، لائن میں کھڑے ہوئے ہیں، ایک ایک کر کے آگے بڑھتے ہیں، اور پھر آگے جا کر کے وہ سویٹ لیتے ہیں، اور پھر چلے آتے ہیں۔</w:t>
      </w:r>
    </w:p>
    <w:p>
      <w:r>
        <w:rPr>
          <w:b/>
        </w:rPr>
        <w:t xml:space="preserve">[22:02] </w:t>
      </w:r>
      <w:r>
        <w:t>main us waqt chota tha. main bhi line mein khada ho gaya ke shayad jo bhi ho, sab ke liye mithai baant rahi hai yahan par.</w:t>
      </w:r>
    </w:p>
    <w:p>
      <w:pPr>
        <w:jc w:val="right"/>
      </w:pPr>
      <w:r>
        <w:t>میں اس وقت چھوٹا تھا۔ میں بھی لائن میں کھڑا ہو گیا کہ شاید جو بھی ہو، سب کے لیے مٹھائی بٹ رہی ہے یہاں پر۔</w:t>
      </w:r>
    </w:p>
    <w:p>
      <w:r>
        <w:rPr>
          <w:b/>
        </w:rPr>
        <w:t xml:space="preserve">[22:15] </w:t>
      </w:r>
      <w:r>
        <w:t>to jab main chalte chalte wahan pahuncha, yani window par pahuncha, window ki doosri taraf ek aadmi baitha hua tha.</w:t>
      </w:r>
    </w:p>
    <w:p>
      <w:pPr>
        <w:jc w:val="right"/>
      </w:pPr>
      <w:r>
        <w:t>تو جب میں چلتے چلتے وہاں پہنچا، یعنی ونڈو پر پہنچا، ونڈو کی دوسری طرف ایک آدمی بیٹھا ہوا تھا۔</w:t>
      </w:r>
    </w:p>
    <w:p>
      <w:r>
        <w:rPr>
          <w:b/>
        </w:rPr>
        <w:t xml:space="preserve">[22:25] </w:t>
      </w:r>
      <w:r>
        <w:t>us ne kaha ke "identity card". us waqt mein is lafz ke maani nahi janta tha, kya matlab hai identity card ka.</w:t>
      </w:r>
    </w:p>
    <w:p>
      <w:pPr>
        <w:jc w:val="right"/>
      </w:pPr>
      <w:r>
        <w:t>اس نے کہا کہ "آئیڈینٹیٹی کارڈ"۔ اس وقت میں اس لفظ کے معنی نہیں جانتا تھا، کیا مطلب ہے آئیڈینٹیٹی کارڈ کا۔</w:t>
      </w:r>
    </w:p>
    <w:p>
      <w:r>
        <w:rPr>
          <w:b/>
        </w:rPr>
        <w:t xml:space="preserve">[22:36] </w:t>
      </w:r>
      <w:r>
        <w:t>to meri samajh mein nahi aayi ke kya pooch raha hai mujh se.</w:t>
      </w:r>
    </w:p>
    <w:p>
      <w:pPr>
        <w:jc w:val="right"/>
      </w:pPr>
      <w:r>
        <w:t>تو میری سمجھ میں نہیں آئی کہ کیا پوچھ رہا ہے مجھ سے۔</w:t>
      </w:r>
    </w:p>
    <w:p>
      <w:r>
        <w:rPr>
          <w:b/>
        </w:rPr>
        <w:t xml:space="preserve">[22:40] </w:t>
      </w:r>
      <w:r>
        <w:t>to phir us ne kaha ke "apna identity card lao". to meri samajh mein kuch nahi aaya. phir mein khirki chhod kar chala gaya. us waqt mujhe ek sabaq mila.</w:t>
      </w:r>
    </w:p>
    <w:p>
      <w:pPr>
        <w:jc w:val="right"/>
      </w:pPr>
      <w:r>
        <w:t>تو پھر اس نے کہا کہ "اپنا آئیڈینٹیٹی کارڈ لاؤ"۔ تو میری سمجھ میں کچھ نہیں آیا۔ پھر میں کھڑکی چھوڑ کر چلا گیا۔ اس وقت مجھے ایک سبق ملا۔</w:t>
      </w:r>
    </w:p>
    <w:p>
      <w:r>
        <w:rPr>
          <w:b/>
        </w:rPr>
        <w:t xml:space="preserve">[22:55] </w:t>
      </w:r>
      <w:r>
        <w:t>woh aaj tak mujhe woh yaad hai, woh scene. aur us waqt mere unconscious mind mein ek baat aayi thi, jo baat ko conscious mind, mere conscious mind mein aayi.</w:t>
      </w:r>
    </w:p>
    <w:p>
      <w:pPr>
        <w:jc w:val="right"/>
      </w:pPr>
      <w:r>
        <w:t>وہ آج تک مجھے وہ یاد ہے، وہ سین۔ اور اس وقت میرے انکانشیس مائنڈ میں ایک بات آئی تھی، جو بات کو کانشیس مائنڈ، میرے کانشیس مائنڈ میں آئی۔</w:t>
      </w:r>
    </w:p>
    <w:p>
      <w:r>
        <w:rPr>
          <w:b/>
        </w:rPr>
        <w:t xml:space="preserve">[23:09] </w:t>
      </w:r>
      <w:r>
        <w:t>yaani us waqt mein ne la-shaoor ki satah par ek baat jani thi. baat ko mein ne shaoor ki satah par ek baat daryaft ki.</w:t>
      </w:r>
    </w:p>
    <w:p>
      <w:pPr>
        <w:jc w:val="right"/>
      </w:pPr>
      <w:r>
        <w:t>یعنی اس وقت میں نے لاشعور کی سطح پر ایک بات جانی تھی۔ بات کو میں نے شعور کی سطح پر ایک بات دریافت کی۔</w:t>
      </w:r>
    </w:p>
    <w:p>
      <w:r>
        <w:rPr>
          <w:b/>
        </w:rPr>
        <w:t xml:space="preserve">[23:20] </w:t>
      </w:r>
      <w:r>
        <w:t>woh kya?</w:t>
      </w:r>
    </w:p>
    <w:p>
      <w:pPr>
        <w:jc w:val="right"/>
      </w:pPr>
      <w:r>
        <w:t>وہ کیا؟</w:t>
      </w:r>
    </w:p>
    <w:p>
      <w:r>
        <w:rPr>
          <w:b/>
        </w:rPr>
        <w:t xml:space="preserve">[23:24] </w:t>
      </w:r>
      <w:r>
        <w:t>jannat ki khirki par se khada ho jaye aadmi, is se kisi ko paradise nahi milne wali hai.</w:t>
      </w:r>
    </w:p>
    <w:p>
      <w:pPr>
        <w:jc w:val="right"/>
      </w:pPr>
      <w:r>
        <w:t>جنت کی کھڑکی پر سے کھڑا ہو جائیں آدمی، اس سے کسی کو پیراڈائز نہیں ملنے والی ہے۔</w:t>
      </w:r>
    </w:p>
    <w:p>
      <w:r>
        <w:rPr>
          <w:b/>
        </w:rPr>
        <w:t xml:space="preserve">[23:34] </w:t>
      </w:r>
      <w:r>
        <w:t>ek line lagi hui hai, log candidate bane hue hain paradise ke. is ka matlab yeh nahi hai ke is line mein jo khada ho jaye to us ko paradise mil jayegi.</w:t>
      </w:r>
    </w:p>
    <w:p>
      <w:pPr>
        <w:jc w:val="right"/>
      </w:pPr>
      <w:r>
        <w:t>ایک لائن لگی ہوئی ہے، لوگ کینڈیڈیٹ بنے ہوئے ہیں پیراڈائز کے۔ اس کا مطلب یہ نہیں ہے کہ اس لائن میں جو کھڑا ہو جائے تو اس کو پیراڈائز مل جائے گی۔</w:t>
      </w:r>
    </w:p>
    <w:p>
      <w:r>
        <w:rPr>
          <w:b/>
        </w:rPr>
        <w:t xml:space="preserve">[23:47] </w:t>
      </w:r>
      <w:r>
        <w:t>jab woh khirki mein pahunchega to is se woh farishta, woh angel jo wahan baitha hua hai, woh poochega ke "apna identity card le aao".</w:t>
      </w:r>
    </w:p>
    <w:p>
      <w:pPr>
        <w:jc w:val="right"/>
      </w:pPr>
      <w:r>
        <w:t>جب وہ کھڑکی میں پہنچے گا تو اس سے وہ فرشتہ، وہ اینجل جو وہاں بیٹھا ہوا ہے، وہ پوچھے گا کہ "اپنا آئیڈینٹیٹی کارڈ لے آؤ"۔</w:t>
      </w:r>
    </w:p>
    <w:p>
      <w:r>
        <w:rPr>
          <w:b/>
        </w:rPr>
        <w:t xml:space="preserve">[24:02] </w:t>
      </w:r>
      <w:r>
        <w:t>to jo aadmi apna identity card pesh kar sakega, us ke liye jannat hai.</w:t>
      </w:r>
    </w:p>
    <w:p>
      <w:pPr>
        <w:jc w:val="right"/>
      </w:pPr>
      <w:r>
        <w:t>تو جو آدمی اپنا آئیڈینٹیٹی کارڈ پیش کر سکے گا، اس کے لیے جنت ہے۔</w:t>
      </w:r>
    </w:p>
    <w:p>
      <w:r>
        <w:rPr>
          <w:b/>
        </w:rPr>
        <w:t xml:space="preserve">[24:12] </w:t>
      </w:r>
      <w:r>
        <w:t>aur identity card jo pesh na kar payega, us ko jannat ka gate us ke liye nahi khola jayega.</w:t>
      </w:r>
    </w:p>
    <w:p>
      <w:pPr>
        <w:jc w:val="right"/>
      </w:pPr>
      <w:r>
        <w:t>اور آئیڈینٹیٹی کارڈ جو پیش نہ کر پائے گا، اس کو جنت کا گیٹ اس کے لیے نہیں کھولا جائے گا۔</w:t>
      </w:r>
    </w:p>
    <w:p>
      <w:r>
        <w:rPr>
          <w:b/>
        </w:rPr>
        <w:t xml:space="preserve">[24:24] </w:t>
      </w:r>
      <w:r>
        <w:t>yeh card kahan banta hai?</w:t>
      </w:r>
    </w:p>
    <w:p>
      <w:pPr>
        <w:jc w:val="right"/>
      </w:pPr>
      <w:r>
        <w:t>یہ کارڈ کہاں بنتا ہے؟</w:t>
      </w:r>
    </w:p>
    <w:p>
      <w:r>
        <w:rPr>
          <w:b/>
        </w:rPr>
        <w:t xml:space="preserve">[24:31] </w:t>
      </w:r>
      <w:r>
        <w:t>yeh card isi zindagi mein banta hai. aap jante hain ke hamari jo zindagi hai, woh 60, 70, 60 saal ki nahi hai.</w:t>
      </w:r>
    </w:p>
    <w:p>
      <w:pPr>
        <w:jc w:val="right"/>
      </w:pPr>
      <w:r>
        <w:t>یہ کارڈ اسی زندگی میں بنتا ہے۔ آپ جانتے ہیں کہ ہماری جو زندگی ہے، وہ 60، 70، 60 سال کی نہیں ہے۔</w:t>
      </w:r>
    </w:p>
    <w:p>
      <w:r>
        <w:rPr>
          <w:b/>
        </w:rPr>
        <w:t xml:space="preserve">[24:45] </w:t>
      </w:r>
      <w:r>
        <w:t>har insaan, mard ya aurat, jo paida hua hai, woh eternal life le kar paida hua hai. to yeh jo zindagi hai hamari, maut se pehle wali,</w:t>
      </w:r>
    </w:p>
    <w:p>
      <w:pPr>
        <w:jc w:val="right"/>
      </w:pPr>
      <w:r>
        <w:t>ہر انسان، مرد یا عورت، جو پیدا ہوا ہے، وہ ایٹرنل لائف لے کر پیدا ہوا ہے۔ تو یہ جو زندگی ہے ہماری، موت سے پہلے والی،</w:t>
      </w:r>
    </w:p>
    <w:p>
      <w:r>
        <w:rPr>
          <w:b/>
        </w:rPr>
        <w:t xml:space="preserve">[24:58] </w:t>
      </w:r>
      <w:r>
        <w:t>is mein jo hum karte hain, jis jo hamara record banta hai, hamare bol ka, hamari soch ka, hamare action ka, hamare behavior ka, is se jo hamara record banta hai, wohi hamara card hai.</w:t>
      </w:r>
    </w:p>
    <w:p>
      <w:pPr>
        <w:jc w:val="right"/>
      </w:pPr>
      <w:r>
        <w:t>اس میں جو ہم کرتے ہیں، جس جو ہمارا ریکارڈ بنتا ہے، ہمارے بول کا، ہماری سوچ کا، ہمارے ایکشن کا، ہمارے بیہیویئر کا، اس سے جو ہمارا ریکارڈ بنتا ہے، وہی ہمارا کارڈ ہے۔</w:t>
      </w:r>
    </w:p>
    <w:p>
      <w:r>
        <w:rPr>
          <w:b/>
        </w:rPr>
        <w:t xml:space="preserve">[25:17] </w:t>
      </w:r>
      <w:r>
        <w:t>isi card ko pesh karne par paradise milegi.</w:t>
      </w:r>
    </w:p>
    <w:p>
      <w:pPr>
        <w:jc w:val="right"/>
      </w:pPr>
      <w:r>
        <w:t>اسی کارڈ کو پیش کرنے پر پیراڈائز ملے گی۔</w:t>
      </w:r>
    </w:p>
    <w:p>
      <w:r>
        <w:rPr>
          <w:b/>
        </w:rPr>
        <w:t xml:space="preserve">[25:22] </w:t>
      </w:r>
      <w:r>
        <w:t>aur jis ke paas yeh card na ho, to line mein khada ho jane se koi paradise mein dakhil nahi ho sakta hai.</w:t>
      </w:r>
    </w:p>
    <w:p>
      <w:pPr>
        <w:jc w:val="right"/>
      </w:pPr>
      <w:r>
        <w:t>اور جس کے پاس یہ کارڈ نہ ہو، تو لائن میں کھڑا ہو جانے سے کوئی پیراڈائز میں داخل نہیں ہو سکتا ہے۔</w:t>
      </w:r>
    </w:p>
    <w:p>
      <w:r>
        <w:rPr>
          <w:b/>
        </w:rPr>
        <w:t xml:space="preserve">[25:38] </w:t>
      </w:r>
      <w:r>
        <w:t>yaani aaj kal ki zuban mein mein kahunga ke jo deserve karega, woh paradise mein jayega.</w:t>
      </w:r>
    </w:p>
    <w:p>
      <w:pPr>
        <w:jc w:val="right"/>
      </w:pPr>
      <w:r>
        <w:t>یعنی آج کل کی زبان میں میں کہوں گا کہ جو ڈیزرو کرے گا، وہ پیراڈائز میں جائے گا۔</w:t>
      </w:r>
    </w:p>
    <w:p>
      <w:r>
        <w:rPr>
          <w:b/>
        </w:rPr>
        <w:t xml:space="preserve">[25:44] </w:t>
      </w:r>
      <w:r>
        <w:t>jo deserve nahi karega, woh paradise mein jane wala nahi hai.</w:t>
      </w:r>
    </w:p>
    <w:p>
      <w:pPr>
        <w:jc w:val="right"/>
      </w:pPr>
      <w:r>
        <w:t>جو ڈیزرو نہیں کرے گا، وہ پیراڈائز میں جانے والا نہیں ہے۔</w:t>
      </w:r>
    </w:p>
    <w:p>
      <w:r>
        <w:rPr>
          <w:b/>
        </w:rPr>
        <w:t xml:space="preserve">[25:54] </w:t>
      </w:r>
      <w:r>
        <w:t>aur yeh yeh sara maamla isi duniya mein hona hai. yaani maut se pehle ki jo duniya hai, isi mein yeh sara hona hai.</w:t>
      </w:r>
    </w:p>
    <w:p>
      <w:pPr>
        <w:jc w:val="right"/>
      </w:pPr>
      <w:r>
        <w:t>اور یہ یہ سارا معاملہ اسی دنیا میں ہونا ہے۔ یعنی موت سے پہلے کی جو دنیا ہے، اسی میں یہ سارا ہونا ہے۔</w:t>
      </w:r>
    </w:p>
    <w:p>
      <w:r>
        <w:rPr>
          <w:b/>
        </w:rPr>
        <w:t xml:space="preserve">[26:06] </w:t>
      </w:r>
      <w:r>
        <w:t>is ke baad to faisla hai. is ke baad to day of judgment hai.</w:t>
      </w:r>
    </w:p>
    <w:p>
      <w:pPr>
        <w:jc w:val="right"/>
      </w:pPr>
      <w:r>
        <w:t>اس کے بعد تو فیصلہ ہے۔ اس کے بعد تو ڈے آف ججمنٹ ہے۔</w:t>
      </w:r>
    </w:p>
    <w:p>
      <w:r>
        <w:rPr>
          <w:b/>
        </w:rPr>
        <w:t xml:space="preserve">[26:13] </w:t>
      </w:r>
      <w:r>
        <w:t>hadees mein aata hai ke aaj tum ek aisi duniya mein ho jahan karna hai magar</w:t>
      </w:r>
    </w:p>
    <w:p>
      <w:pPr>
        <w:jc w:val="right"/>
      </w:pPr>
      <w:r>
        <w:t>حدیث میں آتا ہے کہ آج تم ایک ایسی دنیا میں ہو جہاں کرنا ہے مگر</w:t>
      </w:r>
    </w:p>
    <w:p>
      <w:r>
        <w:rPr>
          <w:b/>
        </w:rPr>
        <w:t xml:space="preserve">[26:29] </w:t>
      </w:r>
      <w:r>
        <w:t>milna nahi hai.</w:t>
      </w:r>
    </w:p>
    <w:p>
      <w:pPr>
        <w:jc w:val="right"/>
      </w:pPr>
      <w:r>
        <w:t>ملنا نہیں ہے۔</w:t>
      </w:r>
    </w:p>
    <w:p>
      <w:r>
        <w:rPr>
          <w:b/>
        </w:rPr>
        <w:t xml:space="preserve">[26:36] </w:t>
      </w:r>
      <w:r>
        <w:t>ek koi duniya aur aayegi jahan tum ke liye tum ko milna hai, wahan par milne wali cheez milegi, wahan wahan phir karna nahi hoga.</w:t>
      </w:r>
    </w:p>
    <w:p>
      <w:pPr>
        <w:jc w:val="right"/>
      </w:pPr>
      <w:r>
        <w:t>ایک کوئی دنیا اور آئے گی جہاں تم کے لیے تم کو ملنا ہے، وہاں پر ملنے والی چیز ملے گی، وہاں وہاں پھر کرنا نہیں ہوگا۔</w:t>
      </w:r>
    </w:p>
    <w:p>
      <w:r>
        <w:rPr>
          <w:b/>
        </w:rPr>
        <w:t xml:space="preserve">[26:46] </w:t>
      </w:r>
      <w:r>
        <w:t>to yeh duniya karne ki duniya hai, aur maut ke baad wali duniya paani ki duniya hai. is baat ko achi tarah samajh lena chahiye.</w:t>
      </w:r>
    </w:p>
    <w:p>
      <w:pPr>
        <w:jc w:val="right"/>
      </w:pPr>
      <w:r>
        <w:t>تو یہ دنیا کرنے کی دنیا ہے، اور موت کے بعد والی دنیا پانی کی دنیا ہے۔ اس بات کو اچھی طرح سمجھ لینا چاہیے۔</w:t>
      </w:r>
    </w:p>
    <w:p>
      <w:r>
        <w:rPr>
          <w:b/>
        </w:rPr>
        <w:t xml:space="preserve">[26:57] </w:t>
      </w:r>
      <w:r>
        <w:t>kai log yeh samajhte hain ke maut ke baad wahan jab hum pahunchenge to hamare buzurg ya hamare paighambar wahan khade honge, asaa le kar ke, aur saare farishton ko bhaga denge, aur kahenge hum ko yeh hamara hamare group ke log hain, unhein paradise mein dakhil karo.</w:t>
      </w:r>
    </w:p>
    <w:p>
      <w:pPr>
        <w:jc w:val="right"/>
      </w:pPr>
      <w:r>
        <w:t>کئی لوگ یہ سمجھتے ہیں کہ موت کے بعد وہاں جب ہم پہنچیں گے تو ہمارے بزرگ یا ہمارے پیغمبر وہاں کھڑے ہوں گے، عصا لے کر کے، اور سارے فرشتوں کو بھگا دیں گے، اور کہیں گے ہم کو یہ ہمارا ہمارے گروپ کے لوگ ہیں، انہیں پیراڈائز میں داخل کرو۔</w:t>
      </w:r>
    </w:p>
    <w:p>
      <w:r>
        <w:rPr>
          <w:b/>
        </w:rPr>
        <w:t xml:space="preserve">[27:16] </w:t>
      </w:r>
      <w:r>
        <w:t>is qism ki baatein bilkul</w:t>
      </w:r>
    </w:p>
    <w:p>
      <w:pPr>
        <w:jc w:val="right"/>
      </w:pPr>
      <w:r>
        <w:t>اس قسم کی باتیں بالکل</w:t>
      </w:r>
    </w:p>
    <w:p>
      <w:r>
        <w:rPr>
          <w:b/>
        </w:rPr>
        <w:t xml:space="preserve">[27:21] </w:t>
      </w:r>
      <w:r>
        <w:t>baseless hain.</w:t>
      </w:r>
    </w:p>
    <w:p>
      <w:pPr>
        <w:jc w:val="right"/>
      </w:pPr>
      <w:r>
        <w:t>بیسلیس ہیں۔</w:t>
      </w:r>
    </w:p>
    <w:p>
      <w:r>
        <w:rPr>
          <w:b/>
        </w:rPr>
        <w:t xml:space="preserve">[27:26] </w:t>
      </w:r>
      <w:r>
        <w:t>ab mein aap ko quran ki aik aik surah</w:t>
      </w:r>
    </w:p>
    <w:p>
      <w:pPr>
        <w:jc w:val="right"/>
      </w:pPr>
      <w:r>
        <w:t>اب میں آپ کو قرآن کی ایک ایک سورہ</w:t>
      </w:r>
    </w:p>
    <w:p>
      <w:r>
        <w:rPr>
          <w:b/>
        </w:rPr>
        <w:t xml:space="preserve">[27:35] </w:t>
      </w:r>
      <w:r>
        <w:t>ki taraf le jana chahta hoon. yeh hai quran ki surah number 95, at-teen.</w:t>
      </w:r>
    </w:p>
    <w:p>
      <w:pPr>
        <w:jc w:val="right"/>
      </w:pPr>
      <w:r>
        <w:t>کی طرف لے جانا چاہتا ہوں۔ یہ ہے قرآن کی سورہ نمبر 95، التین۔</w:t>
      </w:r>
    </w:p>
    <w:p>
      <w:r>
        <w:rPr>
          <w:b/>
        </w:rPr>
        <w:t xml:space="preserve">[27:47] </w:t>
      </w:r>
      <w:r>
        <w:t>is surah mein bataya gaya hai ke laqad khalaqna al-insana fi ahsani taqwim thumma radadnahu asfala safileen is ka translation yeh hai</w:t>
      </w:r>
    </w:p>
    <w:p>
      <w:pPr>
        <w:jc w:val="right"/>
      </w:pPr>
      <w:r>
        <w:t>اس سورہ میں بتایا گیا ہے کہ لقد خلق لقد خلقنا الانسان فی احسن تقویم ثم رددناه اسفل سافرین اس کا ٹرانسلیشن یہ ہے</w:t>
      </w:r>
    </w:p>
    <w:p>
      <w:r>
        <w:rPr>
          <w:b/>
        </w:rPr>
        <w:t xml:space="preserve">[28:02] </w:t>
      </w:r>
      <w:r>
        <w:t>ke Allah taala farmate hain "We created man in the best mold, then we cast him down to the lowest of the low."</w:t>
      </w:r>
    </w:p>
    <w:p>
      <w:pPr>
        <w:jc w:val="right"/>
      </w:pPr>
      <w:r>
        <w:t>کہ اللہ تعالی فرماتے ہیں "We created man in the best mold, then we cast him down to the lowest of the low."</w:t>
      </w:r>
    </w:p>
    <w:p>
      <w:r>
        <w:rPr>
          <w:b/>
        </w:rPr>
        <w:t xml:space="preserve">[28:23] </w:t>
      </w:r>
      <w:r>
        <w:t>yeh tamseel ki zaban hai. is ka matlab yeh hai ke</w:t>
      </w:r>
    </w:p>
    <w:p>
      <w:pPr>
        <w:jc w:val="right"/>
      </w:pPr>
      <w:r>
        <w:t>یہ تمثیل کی زبان ہے۔ اس کا مطلب یہ ہے کہ</w:t>
      </w:r>
    </w:p>
    <w:p>
      <w:r>
        <w:rPr>
          <w:b/>
        </w:rPr>
        <w:t xml:space="preserve">[28:32] </w:t>
      </w:r>
      <w:r>
        <w:t>"We created man with with with great potentials."</w:t>
      </w:r>
    </w:p>
    <w:p>
      <w:pPr>
        <w:jc w:val="right"/>
      </w:pPr>
      <w:r>
        <w:t>"We created man with with with great potentials."</w:t>
      </w:r>
    </w:p>
    <w:p>
      <w:r>
        <w:rPr>
          <w:b/>
        </w:rPr>
        <w:t xml:space="preserve">[28:40] </w:t>
      </w:r>
      <w:r>
        <w:t>hum ne insaan ko behtareen potential ke sath paida kiya.</w:t>
      </w:r>
    </w:p>
    <w:p>
      <w:pPr>
        <w:jc w:val="right"/>
      </w:pPr>
      <w:r>
        <w:t>ہم نے انسان کو بہترین پوٹینشل کے ساتھ پیدا کیا۔</w:t>
      </w:r>
    </w:p>
    <w:p>
      <w:r>
        <w:rPr>
          <w:b/>
        </w:rPr>
        <w:t xml:space="preserve">[28:50] </w:t>
      </w:r>
      <w:r>
        <w:t>insaan ko hum ne, insaan ko Khuda ne behtareen potential ke sath paida kiya. is ke baad kya hota hai ke insaan apne potential ko under utilize kar ke apne ko gadhe mein daal leta hai.</w:t>
      </w:r>
    </w:p>
    <w:p>
      <w:pPr>
        <w:jc w:val="right"/>
      </w:pPr>
      <w:r>
        <w:t>انسان کو ہم نے، انسان کو خدا نے بہترین پوٹینشل کے ساتھ پیدا کیا۔ اس کے بعد کیا ہوتا ہے کہ انسان اپنے پوٹینشل کو انڈر یوٹیلائز کر کے اپنے کو گڑھے میں ڈال لیتا ہے۔</w:t>
      </w:r>
    </w:p>
    <w:p>
      <w:r>
        <w:rPr>
          <w:b/>
        </w:rPr>
        <w:t xml:space="preserve">[29:10] </w:t>
      </w:r>
      <w:r>
        <w:t>yeh hai majority ka maamla.</w:t>
      </w:r>
    </w:p>
    <w:p>
      <w:pPr>
        <w:jc w:val="right"/>
      </w:pPr>
      <w:r>
        <w:t>یہ ہے میجورٹی کا معاملہ۔</w:t>
      </w:r>
    </w:p>
    <w:p>
      <w:r>
        <w:rPr>
          <w:b/>
        </w:rPr>
        <w:t xml:space="preserve">[29:16] </w:t>
      </w:r>
      <w:r>
        <w:t>potential har aik le kar aata hai. potential mein kami nahi hai. potential mein farq nahi hai. lekin</w:t>
      </w:r>
    </w:p>
    <w:p>
      <w:pPr>
        <w:jc w:val="right"/>
      </w:pPr>
      <w:r>
        <w:t>پوٹینشل ہر ایک لے کر آتا ہے۔ پوٹینشل میں کمی نہیں ہے۔ پوٹینشل میں فرق نہیں ہے۔ لیکن</w:t>
      </w:r>
    </w:p>
    <w:p>
      <w:r>
        <w:rPr>
          <w:b/>
        </w:rPr>
        <w:t xml:space="preserve">[29:26] </w:t>
      </w:r>
      <w:r>
        <w:t>insaan kya karta hai ke is ko ghalat istemal karta hai, under utilize karta hai.</w:t>
      </w:r>
    </w:p>
    <w:p>
      <w:pPr>
        <w:jc w:val="right"/>
      </w:pPr>
      <w:r>
        <w:t>انسان کیا کرتا ہے کہ اس کو غلط استعمال کرتا ہے، انڈر یوٹیلائز کرتا ہے۔</w:t>
      </w:r>
    </w:p>
    <w:p>
      <w:r>
        <w:rPr>
          <w:b/>
        </w:rPr>
        <w:t xml:space="preserve">[29:34] </w:t>
      </w:r>
      <w:r>
        <w:t>is tarah se woh apne ko mehroom kar leta hai, is se ke us ko woh bara inaam diya jaye jis ke liye woh banaya gaya hai.</w:t>
      </w:r>
    </w:p>
    <w:p>
      <w:pPr>
        <w:jc w:val="right"/>
      </w:pPr>
      <w:r>
        <w:t>اس طرح سے وہ اپنے کو محروم کر لیتا ہے، اس سے کہ اس کو وہ بڑا انعام دیا جائے جس کے لیے وہ بنایا گیا ہے۔</w:t>
      </w:r>
    </w:p>
    <w:p>
      <w:r>
        <w:rPr>
          <w:b/>
        </w:rPr>
        <w:t xml:space="preserve">[29:48] </w:t>
      </w:r>
      <w:r>
        <w:t>to yeh kamtar istemal kiya hai? woh kamtar istemal yeh hai ke jo cheez, jo potential ya jo salahiyat di gayi hai,</w:t>
      </w:r>
    </w:p>
    <w:p>
      <w:pPr>
        <w:jc w:val="right"/>
      </w:pPr>
      <w:r>
        <w:t>تو یہ کمتر استعمال کیا ہے؟ وہ کمتر استعمال یہ ہے کہ جو چیز، جو پوٹینشل یا جو صلاحیت دی گئی ہے،</w:t>
      </w:r>
    </w:p>
    <w:p>
      <w:r>
        <w:rPr>
          <w:b/>
        </w:rPr>
        <w:t xml:space="preserve">[30:04] </w:t>
      </w:r>
      <w:r>
        <w:t>is death period mein apna future banane ke liye, us ko aap pre-death period mein apni zindagi banane mein laga dein.</w:t>
      </w:r>
    </w:p>
    <w:p>
      <w:pPr>
        <w:jc w:val="right"/>
      </w:pPr>
      <w:r>
        <w:t>اس ڈیتھ پیریڈ میں اپنا فیوچر بنانے کے لیے، اس کو آپ پری ڈیتھ پیریڈ میں اپنی زندگی بنانے میں لگا دیں۔</w:t>
      </w:r>
    </w:p>
    <w:p>
      <w:r>
        <w:rPr>
          <w:b/>
        </w:rPr>
        <w:t xml:space="preserve">[30:16] </w:t>
      </w:r>
      <w:r>
        <w:t>jise quran mein kaha gaya hai</w:t>
      </w:r>
    </w:p>
    <w:p>
      <w:pPr>
        <w:jc w:val="right"/>
      </w:pPr>
      <w:r>
        <w:t>جسے قرآن میں کہا گیا ہے</w:t>
      </w:r>
    </w:p>
    <w:p>
      <w:r>
        <w:rPr>
          <w:b/>
        </w:rPr>
        <w:t xml:space="preserve">[30:21] </w:t>
      </w:r>
      <w:r>
        <w:t>aajilatan</w:t>
      </w:r>
    </w:p>
    <w:p>
      <w:pPr>
        <w:jc w:val="right"/>
      </w:pPr>
      <w:r>
        <w:t>عاجلاً</w:t>
      </w:r>
    </w:p>
    <w:p>
      <w:r>
        <w:rPr>
          <w:b/>
        </w:rPr>
        <w:t xml:space="preserve">[30:25] </w:t>
      </w:r>
      <w:r>
        <w:t>fa-hibu al-aajilata yani immediate gain. Khuda ne jo potential diya hai, jo salahiyat di hai, us ko immediate gain ko hasil karne mein laga dein.</w:t>
      </w:r>
    </w:p>
    <w:p>
      <w:pPr>
        <w:jc w:val="right"/>
      </w:pPr>
      <w:r>
        <w:t>فَهِبْ بُونَ الْعَاجِلَةَ یعنی امیڈیٹ گین۔ خدا نے جو پوٹینشل دیا ہے، جو صلاحیت دی ہے، اس کو امیڈیٹ گین کو حاصل کرنے میں لگا دیں۔</w:t>
      </w:r>
    </w:p>
    <w:p>
      <w:r>
        <w:rPr>
          <w:b/>
        </w:rPr>
        <w:t xml:space="preserve">[30:39] </w:t>
      </w:r>
      <w:r>
        <w:t>aur woh cheez jo milti hai maut ke baad ki eternal life mein, us ka koi dhyan na dein. us ke liye kuch na karein.</w:t>
      </w:r>
    </w:p>
    <w:p>
      <w:pPr>
        <w:jc w:val="right"/>
      </w:pPr>
      <w:r>
        <w:t>اور وہ چیز جو ملتی ہے موت کے بعد کی ایٹرنل لائف میں، اس کا کوئی دھیان نہ دیں۔ اس کے لیے کچھ نہ کریں۔</w:t>
      </w:r>
    </w:p>
    <w:p>
      <w:r>
        <w:rPr>
          <w:b/>
        </w:rPr>
        <w:t xml:space="preserve">[30:49] </w:t>
      </w:r>
      <w:r>
        <w:t>to aise logon ke sath kya pesh aayega?</w:t>
      </w:r>
    </w:p>
    <w:p>
      <w:pPr>
        <w:jc w:val="right"/>
      </w:pPr>
      <w:r>
        <w:t>تو ایسے لوگوں کے ساتھ کیا پیش آئے گا؟</w:t>
      </w:r>
    </w:p>
    <w:p>
      <w:r>
        <w:rPr>
          <w:b/>
        </w:rPr>
        <w:t xml:space="preserve">[30:55] </w:t>
      </w:r>
      <w:r>
        <w:t>aise logon ke sath yeh pesh aayega ke dunya mein to bari shandar zindagi unhon ne bana li thi,</w:t>
      </w:r>
    </w:p>
    <w:p>
      <w:pPr>
        <w:jc w:val="right"/>
      </w:pPr>
      <w:r>
        <w:t>ایسے لوگوں کے ساتھ یہ پیش آئے گا کہ دنیا میں تو بڑی شاندار زندگی انہوں نے بنا لی تھی،</w:t>
      </w:r>
    </w:p>
    <w:p>
      <w:r>
        <w:rPr>
          <w:b/>
        </w:rPr>
        <w:t xml:space="preserve">[31:05] </w:t>
      </w:r>
      <w:r>
        <w:t>lekin jab woh maut ke baad agle period mein dakhil honge to woh khali haath honge.</w:t>
      </w:r>
    </w:p>
    <w:p>
      <w:pPr>
        <w:jc w:val="right"/>
      </w:pPr>
      <w:r>
        <w:t>لیکن جب وہ موت کے بعد اگلے پیریڈ میں داخل ہوں گے تو وہ خالی ہاتھ ہوں گے۔</w:t>
      </w:r>
    </w:p>
    <w:p>
      <w:r>
        <w:rPr>
          <w:b/>
        </w:rPr>
        <w:t xml:space="preserve">[31:16] </w:t>
      </w:r>
      <w:r>
        <w:t>saari shaan khatam ho chuki hogi.</w:t>
      </w:r>
    </w:p>
    <w:p>
      <w:pPr>
        <w:jc w:val="right"/>
      </w:pPr>
      <w:r>
        <w:t>ساری شان ختم ہو چکی ہوگی۔</w:t>
      </w:r>
    </w:p>
    <w:p>
      <w:r>
        <w:rPr>
          <w:b/>
        </w:rPr>
        <w:t xml:space="preserve">[31:23] </w:t>
      </w:r>
      <w:r>
        <w:t>sari shan khatm ho chuki hogi.</w:t>
      </w:r>
    </w:p>
    <w:p>
      <w:pPr>
        <w:jc w:val="right"/>
      </w:pPr>
      <w:r>
        <w:t>ساری شان ختم ہو چکی ہوگی۔</w:t>
      </w:r>
    </w:p>
    <w:p>
      <w:r>
        <w:rPr>
          <w:b/>
        </w:rPr>
        <w:t xml:space="preserve">[31:28] </w:t>
      </w:r>
      <w:r>
        <w:t>to yeh yeh yeh mamla, wahi jo maine kaha hai, ghusse wali baat, is se aap is ko samajh sakte hain ke temptation se ladna immediate immediate gain mein kyun aadmi istemal karta hai apni apni salahiyaton ko?</w:t>
      </w:r>
    </w:p>
    <w:p>
      <w:pPr>
        <w:jc w:val="right"/>
      </w:pPr>
      <w:r>
        <w:t>تو یہ یہ یہ معاملہ، وہی جو میں نے کہا ہے، غصے والی بات، اس سے آپ اس کو سمجھ سکتے ہیں کہ ٹیمپٹیشن سے لڑنا امیڈیٹ امیڈیٹ گین میں کیوں آدمی استعمال کرتا ہے اپنی اپنی صلاحیتوں کو؟</w:t>
      </w:r>
    </w:p>
    <w:p>
      <w:r>
        <w:rPr>
          <w:b/>
        </w:rPr>
        <w:t xml:space="preserve">[31:45] </w:t>
      </w:r>
      <w:r>
        <w:t>kyun ke woh temptation se lad nahi pata.</w:t>
      </w:r>
    </w:p>
    <w:p>
      <w:pPr>
        <w:jc w:val="right"/>
      </w:pPr>
      <w:r>
        <w:t>کیونکہ وہ ٹیمپٹیشن سے لڑ نہیں پاتا۔</w:t>
      </w:r>
    </w:p>
    <w:p>
      <w:r>
        <w:rPr>
          <w:b/>
        </w:rPr>
        <w:t xml:space="preserve">[31:51] </w:t>
      </w:r>
      <w:r>
        <w:t>aadmi ko</w:t>
      </w:r>
    </w:p>
    <w:p>
      <w:pPr>
        <w:jc w:val="right"/>
      </w:pPr>
      <w:r>
        <w:t>آدمی کو</w:t>
      </w:r>
    </w:p>
    <w:p>
      <w:r>
        <w:rPr>
          <w:b/>
        </w:rPr>
        <w:t xml:space="preserve">[31:57] </w:t>
      </w:r>
      <w:r>
        <w:t>bohat achhe potential ke sath paida kiya gaya hai, behtareen salahiyat ke sath paida kiya gaya hai, lekin sath sath temptation rakh di gayi hai is ke andar.</w:t>
      </w:r>
    </w:p>
    <w:p>
      <w:pPr>
        <w:jc w:val="right"/>
      </w:pPr>
      <w:r>
        <w:t>بہت اچھے پوٹینشل کے ساتھ پیدا کیا گیا ہے، بہترین صلاحیت کے ساتھ پیدا کیا گیا ہے، لیکن ساتھ ساتھ ٹیمپٹیشن رکھ دی گئی ہے اس کے اندر۔</w:t>
      </w:r>
    </w:p>
    <w:p>
      <w:r>
        <w:rPr>
          <w:b/>
        </w:rPr>
        <w:t xml:space="preserve">[32:08] </w:t>
      </w:r>
      <w:r>
        <w:t>is ke andar khud creation plan ke mutabiq anger rakh diya gaya, lalach rakh di gayi, miles rakh diya gaya, hasad rakh diya gaya,</w:t>
      </w:r>
    </w:p>
    <w:p>
      <w:pPr>
        <w:jc w:val="right"/>
      </w:pPr>
      <w:r>
        <w:t>اس کے اندر خود کریشن پلان کے مطابق اینگر رکھ دیا گیا، لالچ رکھ دی گئی، مائلس رکھ دیا گیا، حسد رکھ دیا گیا،</w:t>
      </w:r>
    </w:p>
    <w:p>
      <w:r>
        <w:rPr>
          <w:b/>
        </w:rPr>
        <w:t xml:space="preserve">[32:23] </w:t>
      </w:r>
      <w:r>
        <w:t>worldly cheezon ki taraf mohabbat rakh di gayi. Yeh sab rakh diya gaya.</w:t>
      </w:r>
    </w:p>
    <w:p>
      <w:pPr>
        <w:jc w:val="right"/>
      </w:pPr>
      <w:r>
        <w:t>ورلڈلی چیزوں کی طرف محبت رکھ دی گئی۔ یہ سب رکھ دیا گیا۔</w:t>
      </w:r>
    </w:p>
    <w:p>
      <w:r>
        <w:rPr>
          <w:b/>
        </w:rPr>
        <w:t xml:space="preserve">[32:31] </w:t>
      </w:r>
      <w:r>
        <w:t>to</w:t>
      </w:r>
    </w:p>
    <w:p>
      <w:pPr>
        <w:jc w:val="right"/>
      </w:pPr>
      <w:r>
        <w:t>تو</w:t>
      </w:r>
    </w:p>
    <w:p>
      <w:r>
        <w:rPr>
          <w:b/>
        </w:rPr>
        <w:t xml:space="preserve">[32:32] </w:t>
      </w:r>
      <w:r>
        <w:t>ab is ka jo test hai, woh yeh hai ke apne aap ko</w:t>
      </w:r>
    </w:p>
    <w:p>
      <w:pPr>
        <w:jc w:val="right"/>
      </w:pPr>
      <w:r>
        <w:t>اب اس کا جو ٹیسٹ ہے، وہ یہ ہے کہ اپنے آپ کو</w:t>
      </w:r>
    </w:p>
    <w:p>
      <w:r>
        <w:rPr>
          <w:b/>
        </w:rPr>
        <w:t xml:space="preserve">[32:40] </w:t>
      </w:r>
      <w:r>
        <w:t>worldly temptation se oopar uthaye.</w:t>
      </w:r>
    </w:p>
    <w:p>
      <w:pPr>
        <w:jc w:val="right"/>
      </w:pPr>
      <w:r>
        <w:t>ورلڈلی ٹیمپٹیشن سے اوپر اٹھائے۔</w:t>
      </w:r>
    </w:p>
    <w:p>
      <w:r>
        <w:rPr>
          <w:b/>
        </w:rPr>
        <w:t xml:space="preserve">[32:46] </w:t>
      </w:r>
      <w:r>
        <w:t>woh apna tazkiya kare. Is ko quran mein tazkiya kaha gaya hai. Zalik jaza wa man tazaka yani paradise milegi un ko jinhon ne apna tazkiya kiya.</w:t>
      </w:r>
    </w:p>
    <w:p>
      <w:pPr>
        <w:jc w:val="right"/>
      </w:pPr>
      <w:r>
        <w:t>وہ اپنا تزکیہ کرے۔ اس کو قرآن میں تزکیہ کہا گیا ہے۔ ذالک جزا ومن تزکا یعنی پیراڈائز ملے گی ان کو جنہوں نے اپنا تزکیہ کیا۔</w:t>
      </w:r>
    </w:p>
    <w:p>
      <w:r>
        <w:rPr>
          <w:b/>
        </w:rPr>
        <w:t xml:space="preserve">[33:00] </w:t>
      </w:r>
      <w:r>
        <w:t>tazkiya ka matlab hota hai purification.</w:t>
      </w:r>
    </w:p>
    <w:p>
      <w:pPr>
        <w:jc w:val="right"/>
      </w:pPr>
      <w:r>
        <w:t>تزکیہ کا مطلب ہوتا ہے پیوریفیکیشن۔</w:t>
      </w:r>
    </w:p>
    <w:p>
      <w:r>
        <w:rPr>
          <w:b/>
        </w:rPr>
        <w:t xml:space="preserve">[33:07] </w:t>
      </w:r>
      <w:r>
        <w:t>purification</w:t>
      </w:r>
    </w:p>
    <w:p>
      <w:pPr>
        <w:jc w:val="right"/>
      </w:pPr>
      <w:r>
        <w:t>پیوریفیکیشن</w:t>
      </w:r>
    </w:p>
    <w:p>
      <w:r>
        <w:rPr>
          <w:b/>
        </w:rPr>
        <w:t xml:space="preserve">[33:11] </w:t>
      </w:r>
      <w:r>
        <w:t>yani jab dunya ki zindagi mein in ko in ke sath aisa ho ke negative thought aayen, anger aaye,</w:t>
      </w:r>
    </w:p>
    <w:p>
      <w:pPr>
        <w:jc w:val="right"/>
      </w:pPr>
      <w:r>
        <w:t>یعنی جب دنیا کی زندگی میں ان کو ان کے ساتھ ایسا ہو کہ نیگیٹیو تھاٹ آئیں، اینگر آئے،</w:t>
      </w:r>
    </w:p>
    <w:p>
      <w:r>
        <w:rPr>
          <w:b/>
        </w:rPr>
        <w:t xml:space="preserve">[33:25] </w:t>
      </w:r>
      <w:r>
        <w:t>lalach aaye, arrogance aaye,</w:t>
      </w:r>
    </w:p>
    <w:p>
      <w:pPr>
        <w:jc w:val="right"/>
      </w:pPr>
      <w:r>
        <w:t>لالچ آئے، اروگنس آئے،</w:t>
      </w:r>
    </w:p>
    <w:p>
      <w:r>
        <w:rPr>
          <w:b/>
        </w:rPr>
        <w:t xml:space="preserve">[33:33] </w:t>
      </w:r>
      <w:r>
        <w:t>is tarah ki cheezen aayen jo aadmi ko sarkash banati hain, jo aadmi ko sachai se door karti hain, to woh apni woh us waqt is ka ehsas jaag uthe ke yeh to mera test ka time aa gaya,</w:t>
      </w:r>
    </w:p>
    <w:p>
      <w:pPr>
        <w:jc w:val="right"/>
      </w:pPr>
      <w:r>
        <w:t>اس طرح کی چیزیں آئیں جو آدمی کو سرکش بناتی ہیں، جو آدمی کو سچائی سے دور کرتی ہیں، تو وہ اپنی وہ اس وقت اس کا احساس جاگ اٹھے کہ یہ تو میرا ٹیسٹ کا ٹائم آ گیا،</w:t>
      </w:r>
    </w:p>
    <w:p>
      <w:r>
        <w:rPr>
          <w:b/>
        </w:rPr>
        <w:t xml:space="preserve">[33:55] </w:t>
      </w:r>
      <w:r>
        <w:t>yeh mera test ka time aa gaya,</w:t>
      </w:r>
    </w:p>
    <w:p>
      <w:pPr>
        <w:jc w:val="right"/>
      </w:pPr>
      <w:r>
        <w:t>یہ میرا ٹیسٹ کا ٹائم آ گیا،</w:t>
      </w:r>
    </w:p>
    <w:p>
      <w:r>
        <w:rPr>
          <w:b/>
        </w:rPr>
        <w:t xml:space="preserve">[33:59] </w:t>
      </w:r>
      <w:r>
        <w:t>aur phir woh apna purification kare, apne aap ko purify kare.</w:t>
      </w:r>
    </w:p>
    <w:p>
      <w:pPr>
        <w:jc w:val="right"/>
      </w:pPr>
      <w:r>
        <w:t>اور پھر وہ اپنا پیوریفیکیشن کرے، اپنے آپ کو پیوریفائی کرے۔</w:t>
      </w:r>
    </w:p>
    <w:p>
      <w:r>
        <w:rPr>
          <w:b/>
        </w:rPr>
        <w:t xml:space="preserve">[34:11] </w:t>
      </w:r>
      <w:r>
        <w:t>yahi yani jo woh surah jo maine parhi aap ke samne jis mein ek insan ko hum ne paida kiya behtareen banawat ke sath, phir is ko is ko daal diya bohat neeche garhe mein.</w:t>
      </w:r>
    </w:p>
    <w:p>
      <w:pPr>
        <w:jc w:val="right"/>
      </w:pPr>
      <w:r>
        <w:t>یہی یعنی جو وہ سورہ جو میں نے پڑھی آپ کے سامنے جس میں ایک انسان کو ہم نے پیدا کیا بہترین بناوٹ کے ساتھ، پھر اس کو اس کو ڈال دیا بہت نیچے گڑھے میں۔</w:t>
      </w:r>
    </w:p>
    <w:p>
      <w:r>
        <w:rPr>
          <w:b/>
        </w:rPr>
        <w:t xml:space="preserve">[34:26] </w:t>
      </w:r>
      <w:r>
        <w:t>is ka matlab ek garhe mein daalne ka matlab kya hai? Is ko aisi aise negative thought ke sath paida kiya, aise temptation de kar paida kiya ke is ke asar mein aa kar ke woh sachai se door chala jata hai.</w:t>
      </w:r>
    </w:p>
    <w:p>
      <w:pPr>
        <w:jc w:val="right"/>
      </w:pPr>
      <w:r>
        <w:t>اس کا مطلب ایک گڑھے میں ڈالنے کا مطلب کیا ہے؟ اس کو ایسی ایسے نیگیٹیو تھاٹ کے ساتھ پیدا کیا، ایسے ٹیمپٹیشن دے کر پیدا کیا کہ اس کے اثر میں آ کر کے وہ سچائی سے دور چلا جاتا ہے۔</w:t>
      </w:r>
    </w:p>
    <w:p>
      <w:r>
        <w:rPr>
          <w:b/>
        </w:rPr>
        <w:t xml:space="preserve">[34:46] </w:t>
      </w:r>
      <w:r>
        <w:t>lekin jo apni freedom ko sahi istemal kare, jo temptation se ladde, jo apne negative thought ko positive thought mein convert kare, to woh is se bach jayega.</w:t>
      </w:r>
    </w:p>
    <w:p>
      <w:pPr>
        <w:jc w:val="right"/>
      </w:pPr>
      <w:r>
        <w:t>لیکن جو اپنی فریڈم کو صحیح استعمال کرے، جو ٹیمپٹیشن سے لڑے، جو اپنے نیگیٹیو تھاٹ کو پازیٹیو تھاٹ میں کنورٹ کرے، تو وہ اس سے بچ جائے گا۔</w:t>
      </w:r>
    </w:p>
    <w:p>
      <w:r>
        <w:rPr>
          <w:b/>
        </w:rPr>
        <w:t xml:space="preserve">[35:01] </w:t>
      </w:r>
      <w:r>
        <w:t>Allazina amanu wa salihat magar woh log bach jayenge jo Khuda par yaqeen kiya, jinhon ne jo Khuda se dare, aur Khuda ki khatir jinhon ne apna apne aap ko purify kiya.</w:t>
      </w:r>
    </w:p>
    <w:p>
      <w:pPr>
        <w:jc w:val="right"/>
      </w:pPr>
      <w:r>
        <w:t>الذین آمنوا الصالحات مگر وہ لوگ بچ جائیں گے جو خدا پر یقین کیا، جنہوں نے جو خدا سے ڈرے، اور خدا کی خاطر جنہوں نے اپنا اپنے آپ کو پیوریفائی کیا۔</w:t>
      </w:r>
    </w:p>
    <w:p>
      <w:r>
        <w:rPr>
          <w:b/>
        </w:rPr>
        <w:t xml:space="preserve">[35:17] </w:t>
      </w:r>
      <w:r>
        <w:t>to yeh woh log hain jo bach gaye is se ke woh asfal safreen mein in ka anjam ho. Bach gaye is se.</w:t>
      </w:r>
    </w:p>
    <w:p>
      <w:pPr>
        <w:jc w:val="right"/>
      </w:pPr>
      <w:r>
        <w:t>تو یہ وہ لوگ ہیں جو بچ گئے اس سے کہ وہ اسفل سافرین میں ان کا انجام ہو۔ بچ گئے اس سے۔</w:t>
      </w:r>
    </w:p>
    <w:p>
      <w:r>
        <w:rPr>
          <w:b/>
        </w:rPr>
        <w:t xml:space="preserve">[35:29] </w:t>
      </w:r>
      <w:r>
        <w:t>to yeh yeh jo mamla hai, yeh kahan shuru hota hai? Sab se pehle shuru hota hai yeh realization se jis ko hum marifat kaha jata hai.</w:t>
      </w:r>
    </w:p>
    <w:p>
      <w:pPr>
        <w:jc w:val="right"/>
      </w:pPr>
      <w:r>
        <w:t>تو یہ یہ جو معاملہ ہے، یہ کہاں شروع ہوتا ہے؟ سب سے پہلے شروع ہوتا ہے یہ ریلائزیشن سے جس کو ہم معرفت کہا جاتا ہے۔</w:t>
      </w:r>
    </w:p>
    <w:p>
      <w:r>
        <w:rPr>
          <w:b/>
        </w:rPr>
        <w:t xml:space="preserve">[35:41] </w:t>
      </w:r>
      <w:r>
        <w:t>yani insan is dunya mein paida hua, yahan par tarah tarah ke khayalat hain, tarah tarah ke thought hain, tarah tarah ki philosophy hai.</w:t>
      </w:r>
    </w:p>
    <w:p>
      <w:pPr>
        <w:jc w:val="right"/>
      </w:pPr>
      <w:r>
        <w:t>یعنی انسان اس دنیا میں پیدا ہوا، یہاں پر طرح طرح کے خیالات ہیں، طرح طرح کے تھاٹ ہیں، طرح طرح کی فلاسفی ہے۔</w:t>
      </w:r>
    </w:p>
    <w:p>
      <w:r>
        <w:rPr>
          <w:b/>
        </w:rPr>
        <w:t xml:space="preserve">[35:52] </w:t>
      </w:r>
      <w:r>
        <w:t>in sab mein insan ko yeh karna hai ke woh sachai ko discover kare. lekin sachai kabhi bhi chalaye gi nahin.</w:t>
      </w:r>
    </w:p>
    <w:p>
      <w:pPr>
        <w:jc w:val="right"/>
      </w:pPr>
      <w:r>
        <w:t>ان سب میں انسان کو یہ کرنا ہے کہ وہ سچائی کو ڈسکور کرے۔ لیکن سچائی کبھی بھی چلائے گی نہیں۔</w:t>
      </w:r>
    </w:p>
    <w:p>
      <w:r>
        <w:rPr>
          <w:b/>
        </w:rPr>
        <w:t xml:space="preserve">[36:04] </w:t>
      </w:r>
      <w:r>
        <w:t>koi angel la kar ke elaan nahin kare ga ke dekho yeh sachai hai, is ko pakro.</w:t>
      </w:r>
    </w:p>
    <w:p>
      <w:pPr>
        <w:jc w:val="right"/>
      </w:pPr>
      <w:r>
        <w:t>کوئی اینجی لا کر کے اعلان نہیں کرے گا کہ دیکھو یہ سچائی ہے، اس کو پکڑو۔</w:t>
      </w:r>
    </w:p>
    <w:p>
      <w:r>
        <w:rPr>
          <w:b/>
        </w:rPr>
        <w:t xml:space="preserve">[36:10] </w:t>
      </w:r>
      <w:r>
        <w:t>humein khud sachai ko discover karna hai. maine is se pehle arz kiya tha ke yeh mamla woh hai jis ko kehte hain education mein discovery method.</w:t>
      </w:r>
    </w:p>
    <w:p>
      <w:pPr>
        <w:jc w:val="right"/>
      </w:pPr>
      <w:r>
        <w:t>ہمیں خود سچائی کو ڈسکور کرنا ہے۔ میں نے اس سے پہلے عرض کیا تھا کہ یہ معاملہ وہ ہے جس کو کہتے ہیں ایجوکیشن میں ڈسکوری میتھڈ۔</w:t>
      </w:r>
    </w:p>
    <w:p>
      <w:r>
        <w:rPr>
          <w:b/>
        </w:rPr>
        <w:t xml:space="preserve">[36:24] </w:t>
      </w:r>
      <w:r>
        <w:t>discovery method ka matlab yeh hai ke cheezein bikhair di jati hain</w:t>
      </w:r>
    </w:p>
    <w:p>
      <w:pPr>
        <w:jc w:val="right"/>
      </w:pPr>
      <w:r>
        <w:t>ڈسکوری میتھڈ کا مطلب یہ ہے کہ چیزیں بکھیر دی جاتی ہیں</w:t>
      </w:r>
    </w:p>
    <w:p>
      <w:r>
        <w:rPr>
          <w:b/>
        </w:rPr>
        <w:t xml:space="preserve">[36:31] </w:t>
      </w:r>
      <w:r>
        <w:t>at random tareeqe se. phir yeh student ko kaha gaya, kaha jata hai ke is ko talash kar ke nikalo.</w:t>
      </w:r>
    </w:p>
    <w:p>
      <w:pPr>
        <w:jc w:val="right"/>
      </w:pPr>
      <w:r>
        <w:t>ایٹ رینڈم طریقے سے۔ پھر یہ سٹوڈنٹ کو کہا گیا، کہا جاتا ہے کہ اس کو تلاش کر کے نکالو۔</w:t>
      </w:r>
    </w:p>
    <w:p>
      <w:r>
        <w:rPr>
          <w:b/>
        </w:rPr>
        <w:t xml:space="preserve">[36:38] </w:t>
      </w:r>
      <w:r>
        <w:t>to dunya mein Khuda ne har qism ki cheezon ko bikhair diya hai, yahan tak ke yahan satan bhi hai, yahan aap ka yahan nafs bhi hai, yahan pe evil bhi hai, yahan burai bhi hai, aur phir aap ko chun chun kar, chun chun kar ke truth ko nikalna hai.</w:t>
      </w:r>
    </w:p>
    <w:p>
      <w:pPr>
        <w:jc w:val="right"/>
      </w:pPr>
      <w:r>
        <w:t>تو دنیا میں خدا نے ہر قسم کی چیزوں کو بکھیر دیا ہے، یہاں تک کہ یہاں سیٹن بھی ہے، یہاں آپ کا یہاں نفس بھی ہے، یہاں پہ ایول بھی ہے، یہاں برائی بھی ہے، اور پھر آپ کو چن چن کر، چن چن کر کے ٹی ار یو ٹی ایچ کو نکالنا ہے۔</w:t>
      </w:r>
    </w:p>
    <w:p>
      <w:r>
        <w:rPr>
          <w:b/>
        </w:rPr>
        <w:t xml:space="preserve">[36:57] </w:t>
      </w:r>
      <w:r>
        <w:t>yun samajh lein ke A se Z tak sare huroof jo hain, hazaron, lakhon, billion, million ki tadad mein bikhare hue hain. A A se Z tak.</w:t>
      </w:r>
    </w:p>
    <w:p>
      <w:pPr>
        <w:jc w:val="right"/>
      </w:pPr>
      <w:r>
        <w:t>یوں سمجھ لیں کہ اے سے زیڈ تک سارے حروف جو ہیں، ہزاروں، لاکھوں، بلین، ملین کی تعداد میں بکھیرے ہوئے ہیں۔ اے اے سے زیڈ تک۔</w:t>
      </w:r>
    </w:p>
    <w:p>
      <w:r>
        <w:rPr>
          <w:b/>
        </w:rPr>
        <w:t xml:space="preserve">[37:07] </w:t>
      </w:r>
      <w:r>
        <w:t>ab ek bachay se kaha tha ke is mein se nikal ke truth banao, truth likho. woh dhoonde ga. dhoond dhoond kar kya kare ga?</w:t>
      </w:r>
    </w:p>
    <w:p>
      <w:pPr>
        <w:jc w:val="right"/>
      </w:pPr>
      <w:r>
        <w:t>اب ایک بچے سے کہا تھا کہ اس میں سے نکال کے ٹروتھ بناؤ، ٹروتھ لکھو۔ وہ ڈھونڈے گا۔ ڈھونڈ ڈھونڈ کر کیا کرے گا؟</w:t>
      </w:r>
    </w:p>
    <w:p>
      <w:r>
        <w:rPr>
          <w:b/>
        </w:rPr>
        <w:t xml:space="preserve">[37:16] </w:t>
      </w:r>
      <w:r>
        <w:t>A ko chora, us ne B ko chora, C ko chora. chorte chorte phir T mile ga us ko. phir T uthaye ga woh. phir bohat cheezon ko eliminate kare ga.</w:t>
      </w:r>
    </w:p>
    <w:p>
      <w:pPr>
        <w:jc w:val="right"/>
      </w:pPr>
      <w:r>
        <w:t>اے کو چھوڑا، اس نے بی کو چھوڑا، سی کو چھوڑا۔ چھوڑتے چھوڑتے پھر ٹی ملے گا اس کو۔ پھر ٹی اٹھائے گا وہ۔ پھر بہت چیزوں کو ایلیمینیٹ کرے گا۔</w:t>
      </w:r>
    </w:p>
    <w:p>
      <w:r>
        <w:rPr>
          <w:b/>
        </w:rPr>
        <w:t xml:space="preserve">[37:25] </w:t>
      </w:r>
      <w:r>
        <w:t>phir us ko R mile ga. phir R ko uthaye ga. phir aur bohat cheezon ko eliminate kare ga. phir us ko U mile ga. to letters ke jangall mein dhoond dhoond kar woh truth nikale ga.</w:t>
      </w:r>
    </w:p>
    <w:p>
      <w:pPr>
        <w:jc w:val="right"/>
      </w:pPr>
      <w:r>
        <w:t>پھر اس کو ار ملے گا۔ پھر ار کو اٹھائے گا۔ پھر اور بہت چیزوں کو ایلیمینیٹ کرے گا۔ پھر اس کو یو ملے گا۔ تو لیٹرز کے جنگل میں ڈھونڈ ڈھونڈ کر وہ ٹروتھ نکالے گا۔</w:t>
      </w:r>
    </w:p>
    <w:p>
      <w:r>
        <w:rPr>
          <w:b/>
        </w:rPr>
        <w:t xml:space="preserve">[37:38] </w:t>
      </w:r>
      <w:r>
        <w:t>aisa nahin ho sakta ke koi angel laye aur woh T R U T H de de, utha kar ke dekho bhai yeh truth hai. aisa nahin ho sakta hai.</w:t>
      </w:r>
    </w:p>
    <w:p>
      <w:pPr>
        <w:jc w:val="right"/>
      </w:pPr>
      <w:r>
        <w:t>ایسا نہیں ہو سکتا کہ کوئی اینجی لائے اور وہ ٹی ار یو ٹی ایچ دے دے، اٹھا کر کے دیکھو بھئی یہ ٹروتھ ہے۔ ایسا نہیں ہو سکتا ہے۔</w:t>
      </w:r>
    </w:p>
    <w:p>
      <w:r>
        <w:rPr>
          <w:b/>
        </w:rPr>
        <w:t xml:space="preserve">[37:49] </w:t>
      </w:r>
      <w:r>
        <w:t>yeh hai marifat. yeh hai realization. yeh hai discovery.</w:t>
      </w:r>
    </w:p>
    <w:p>
      <w:pPr>
        <w:jc w:val="right"/>
      </w:pPr>
      <w:r>
        <w:t>یہ ہے معرفت۔ یہ ہے ریلائزیشن۔ یہ ہے ڈسکوری۔</w:t>
      </w:r>
    </w:p>
    <w:p>
      <w:r>
        <w:rPr>
          <w:b/>
        </w:rPr>
        <w:t xml:space="preserve">[37:58] </w:t>
      </w:r>
      <w:r>
        <w:t>to jo log is ke liye tayyar na hon ke is discovery method mein apne ko daal kar ke letters ke jangall mein se letters ko nikal kar truth ko likhein,</w:t>
      </w:r>
    </w:p>
    <w:p>
      <w:pPr>
        <w:jc w:val="right"/>
      </w:pPr>
      <w:r>
        <w:t>تو جو لوگ اس کے لیے تیار نہ ہوں کہ اس ڈسکوری میتھڈ میں اپنے کو ڈال کر کے لیٹرز کے جنگل میں سے لیٹرز کو نکال کر ٹروتھ کو لکھیں،</w:t>
      </w:r>
    </w:p>
    <w:p>
      <w:r>
        <w:rPr>
          <w:b/>
        </w:rPr>
        <w:t xml:space="preserve">[38:16] </w:t>
      </w:r>
      <w:r>
        <w:t>unhein kabhi sachai nahin mile gi. is test se to baharhal aadmi ko guzarna hi guzarna hai.</w:t>
      </w:r>
    </w:p>
    <w:p>
      <w:pPr>
        <w:jc w:val="right"/>
      </w:pPr>
      <w:r>
        <w:t>انہیں کبھی سچائی نہیں ملے گی۔ اس ٹیسٹ سے تو بہرحال آدمی کو گزرنا ہی گزرنا ہے۔</w:t>
      </w:r>
    </w:p>
    <w:p>
      <w:r>
        <w:rPr>
          <w:b/>
        </w:rPr>
        <w:t xml:space="preserve">[38:23] </w:t>
      </w:r>
      <w:r>
        <w:t>har aadmi ko, har aadmi ko, har aurat ko, har mard ko is test se guzarna hai ke use khud dhoond dhoond kar T R U T H nikalna hai aur phir truth ko likhna hai is ko.</w:t>
      </w:r>
    </w:p>
    <w:p>
      <w:pPr>
        <w:jc w:val="right"/>
      </w:pPr>
      <w:r>
        <w:t>ہر آدمی کو، ہر آدمی کو، ہر عورت کو، ہر مرد کو اس ٹیسٹ سے گزرنا ہے کہ اسے خود ڈھونڈ ڈھونڈ کر ٹی ار یو ٹی ایچ نکالنا ہے اور پھر ٹروتھ کو لکھنا ہے اس کو۔</w:t>
      </w:r>
    </w:p>
    <w:p>
      <w:r>
        <w:rPr>
          <w:b/>
        </w:rPr>
        <w:t xml:space="preserve">[38:39] </w:t>
      </w:r>
      <w:r>
        <w:t>phir jab us ne truth ko discover kar liya to phir kya karna hai? is ko surrender karna hai. Khuda ke aage surrender kar dena hai.</w:t>
      </w:r>
    </w:p>
    <w:p>
      <w:pPr>
        <w:jc w:val="right"/>
      </w:pPr>
      <w:r>
        <w:t>پھر جب اس نے ٹروتھ کو ڈسکور کر لیا تو پھر کیا کرنا ہے؟ اس کو سرینڈر کرنا ہے۔ خدا کے آگے سرینڈر کر دینا ہے۔</w:t>
      </w:r>
    </w:p>
    <w:p>
      <w:r>
        <w:rPr>
          <w:b/>
        </w:rPr>
        <w:t xml:space="preserve">[38:51] </w:t>
      </w:r>
      <w:r>
        <w:t>sachai ko sirf sachai ko ya Khuda ko sirf daryaft karna kafi nahin hai. jis tarah se aap rasta chal rahe hain, kahin aap daryaft karein ke yahan ek bhediya khara hua hai,</w:t>
      </w:r>
    </w:p>
    <w:p>
      <w:pPr>
        <w:jc w:val="right"/>
      </w:pPr>
      <w:r>
        <w:t>سچائی کو صرف سچائی کو یا خدا کو صرف دریافت کرنا کافی نہیں ہے۔ جس طرح سے آپ راستہ چل رہے ہیں، کہیں آپ دریافت کریں کہ یہاں ایک بھیڑیا کھڑا ہوا ہے،</w:t>
      </w:r>
    </w:p>
    <w:p>
      <w:r>
        <w:rPr>
          <w:b/>
        </w:rPr>
        <w:t xml:space="preserve">[39:06] </w:t>
      </w:r>
      <w:r>
        <w:t>ek alf khara hua hai, yahan par ek tiger khara hua hai, yahan ek saanp maujood hai. to sirf daryaft karna kafi nahin hai.</w:t>
      </w:r>
    </w:p>
    <w:p>
      <w:pPr>
        <w:jc w:val="right"/>
      </w:pPr>
      <w:r>
        <w:t>ایک الف کھڑا ہوا ہے، یہاں پر ایک ٹائیگر کھڑا ہوا ہے، یہاں ایک سانپ موجود ہے۔ تو صرف دریافت کرنا کافی نہیں ہے۔</w:t>
      </w:r>
    </w:p>
    <w:p>
      <w:r>
        <w:rPr>
          <w:b/>
        </w:rPr>
        <w:t xml:space="preserve">[39:17] </w:t>
      </w:r>
      <w:r>
        <w:t>discovery ke maani yeh hain ke woh action mein aa jaye. aap ke</w:t>
      </w:r>
    </w:p>
    <w:p>
      <w:pPr>
        <w:jc w:val="right"/>
      </w:pPr>
      <w:r>
        <w:t>ڈسکوری کے معنی یہ ہیں کہ وہ ایکشن میں آ جائے۔ آپ کے</w:t>
      </w:r>
    </w:p>
    <w:p>
      <w:r>
        <w:rPr>
          <w:b/>
        </w:rPr>
        <w:t xml:space="preserve">[39:25] </w:t>
      </w:r>
      <w:r>
        <w:t>maine ek baar to Hyderabad mein ek ki speech thi, jo tarah tarah ki boliyaan bol rahe the. to maine kaha ke dekhiye, agar yahan par saanp jaisi ek cheez padi hui ho</w:t>
      </w:r>
    </w:p>
    <w:p>
      <w:pPr>
        <w:jc w:val="right"/>
      </w:pPr>
      <w:r>
        <w:t>میں نے ایک بار تو حیدرآباد میں ایک کی سپیچ تھی، جو طرح طرح کی بولیاں بول رہے تھے۔ تو میں نے کہا کہ دیکھیے، اگر یہاں پر سانپ جیسی ایک چیز پڑی ہوئی ہو</w:t>
      </w:r>
    </w:p>
    <w:p>
      <w:r>
        <w:rPr>
          <w:b/>
        </w:rPr>
        <w:t xml:space="preserve">[39:40] </w:t>
      </w:r>
      <w:r>
        <w:t>aur woh ho plastic ka, to aap tarah tarah ke baatein karein ge ke yeh factory mein bana hua hai, kisi kaha ke yeh kisi ghar kisi karigar ne banaya hai ya export kiya hua hai ya port kiya hua hai.</w:t>
      </w:r>
    </w:p>
    <w:p>
      <w:pPr>
        <w:jc w:val="right"/>
      </w:pPr>
      <w:r>
        <w:t>اور وہ ہو پلاسٹک کا، تو آپ طرح طرح کے باتیں کریں گے کہ یہ فیکٹری میں بنا ہوا ہے، کسی کہا کہ یہ کسی گھر کسی کاریگر نے بنایا ہے یا ایکسپورٹ کیا ہوا ہے یا پورٹ کیا ہوا ہے۔</w:t>
      </w:r>
    </w:p>
    <w:p>
      <w:r>
        <w:rPr>
          <w:b/>
        </w:rPr>
        <w:t xml:space="preserve">[39:54] </w:t>
      </w:r>
      <w:r>
        <w:t>tarah tarah ki baatein karein ge aap.</w:t>
      </w:r>
    </w:p>
    <w:p>
      <w:pPr>
        <w:jc w:val="right"/>
      </w:pPr>
      <w:r>
        <w:t>طرح طرح کی باتیں کریں گے آپ۔</w:t>
      </w:r>
    </w:p>
    <w:p>
      <w:r>
        <w:rPr>
          <w:b/>
        </w:rPr>
        <w:t xml:space="preserve">[39:57] </w:t>
      </w:r>
      <w:r>
        <w:t>lekin agar sach much saanp ho, sach much woh khara ho kar ke phan nikal kar khara ho jaye, tab aap baatein bhool jayein ge.</w:t>
      </w:r>
    </w:p>
    <w:p>
      <w:pPr>
        <w:jc w:val="right"/>
      </w:pPr>
      <w:r>
        <w:t>لیکن اگر سچ مچ سانپ ہو، سچ مچ وہ کھڑا ہو کر کے پھن نکال کر کھڑا ہو جائے، تب آپ باتیں بھول جائیں گے۔</w:t>
      </w:r>
    </w:p>
    <w:p>
      <w:r>
        <w:rPr>
          <w:b/>
        </w:rPr>
        <w:t xml:space="preserve">[40:07] </w:t>
      </w:r>
      <w:r>
        <w:t>yani saanp agar plastic wala saanp hai, tabhi baatein banate hain log</w:t>
      </w:r>
    </w:p>
    <w:p>
      <w:pPr>
        <w:jc w:val="right"/>
      </w:pPr>
      <w:r>
        <w:t>یعنی سانپ اگر پلاسٹک والا سانپ ہے، تبھی باتیں بناتے ہیں لوگ</w:t>
      </w:r>
    </w:p>
    <w:p>
      <w:r>
        <w:rPr>
          <w:b/>
        </w:rPr>
        <w:t xml:space="preserve">[40:17] </w:t>
      </w:r>
      <w:r>
        <w:t>ke dekho bhai kitna beautiful hai, kis karigar ne banaya hai, yeh to lagta hai ke importer hai, yeh to lagta hai ke Japan se aaya hai.</w:t>
      </w:r>
    </w:p>
    <w:p>
      <w:pPr>
        <w:jc w:val="right"/>
      </w:pPr>
      <w:r>
        <w:t>کہ دیکھو بھئی کتنا بیوٹی فل ہے، کس کاریگر نے بنایا ہے، یہ تو لگتا ہے کہ امپورٹر ہے، یہ تو لگتا ہے کہ جاپان سے آیا ہے۔</w:t>
      </w:r>
    </w:p>
    <w:p>
      <w:r>
        <w:rPr>
          <w:b/>
        </w:rPr>
        <w:t xml:space="preserve">[40:25] </w:t>
      </w:r>
      <w:r>
        <w:t>yeh baat, woh baat, tarah tarah ki baatein nikalega aadmi. Agar is mein is ko lagta hai ke is mein koi sacha saanp nahi hai, lekin sach mach saanp agar ho, wahan kala naag ho,</w:t>
      </w:r>
    </w:p>
    <w:p>
      <w:pPr>
        <w:jc w:val="right"/>
      </w:pPr>
      <w:r>
        <w:t>یہ بات، وہ بات، طرح طرح کی باتیں نکالے گا آدمی۔ اگر اس میں اس کو لگتا ہے کہ اس میں کوئی سچا سانپ نہیں ہے، لیکن سچ مچ سانپ اگر ہو، وہاں کالا ناگ ہو،</w:t>
      </w:r>
    </w:p>
    <w:p>
      <w:r>
        <w:rPr>
          <w:b/>
        </w:rPr>
        <w:t xml:space="preserve">[40:39] </w:t>
      </w:r>
      <w:r>
        <w:t>to aadmi baatein bhool jata hai. Phir kya ho jata hai? Dekho bhai, saanp hai, apne ko bachao is se, bacho saanp se. To discovery jo hai, ful fur action mein aati hai.</w:t>
      </w:r>
    </w:p>
    <w:p>
      <w:pPr>
        <w:jc w:val="right"/>
      </w:pPr>
      <w:r>
        <w:t>تو آدمی باتیں بھول جاتا ہے۔ پھر کیا ہو جاتا ہے؟ دیکھو بھئی، سانپ ہے، اپنے کو بچاؤ اس سے، بچو سانپ سے۔ تو ڈسکوری جو ہے، فل فور ایکشن میں آتی ہے۔</w:t>
      </w:r>
    </w:p>
    <w:p>
      <w:r>
        <w:rPr>
          <w:b/>
        </w:rPr>
        <w:t xml:space="preserve">[40:53] </w:t>
      </w:r>
      <w:r>
        <w:t>yeh nahi ho sakta ke aap Khuda ko discover karein aap aur phir wahin ka wahin rahein. Aap us ki pehchan Quran mein yeh di gayi hai ke jo aadmi Khuda ko discover karta hai,</w:t>
      </w:r>
    </w:p>
    <w:p>
      <w:pPr>
        <w:jc w:val="right"/>
      </w:pPr>
      <w:r>
        <w:t>یہ نہیں ہو سکتا کہ آپ خدا کو دریافت کریں آپ اور پھر وہیں کا وہیں رہیں۔ آپ اس کی پہچان قرآن میں یہ دی گئی ہے کہ جو آدمی خدا کو ڈسکور کرتا ہے،</w:t>
      </w:r>
    </w:p>
    <w:p>
      <w:r>
        <w:rPr>
          <w:b/>
        </w:rPr>
        <w:t xml:space="preserve">[41:08] </w:t>
      </w:r>
      <w:r>
        <w:t>to us ke andar do sifatain paida hoti hain.</w:t>
      </w:r>
    </w:p>
    <w:p>
      <w:pPr>
        <w:jc w:val="right"/>
      </w:pPr>
      <w:r>
        <w:t>تو اس کے اندر دو صفتیں پیدا ہوتی ہیں۔</w:t>
      </w:r>
    </w:p>
    <w:p>
      <w:r>
        <w:rPr>
          <w:b/>
        </w:rPr>
        <w:t xml:space="preserve">[41:14] </w:t>
      </w:r>
      <w:r>
        <w:t>do sifatain. Ek yeh</w:t>
      </w:r>
    </w:p>
    <w:p>
      <w:pPr>
        <w:jc w:val="right"/>
      </w:pPr>
      <w:r>
        <w:t>دو صفتیں۔ ایک یہ</w:t>
      </w:r>
    </w:p>
    <w:p>
      <w:r>
        <w:rPr>
          <w:b/>
        </w:rPr>
        <w:t xml:space="preserve">[41:21] </w:t>
      </w:r>
      <w:r>
        <w:t>ke ashadd hubanllah alladhina amanu ashadd hubanllah</w:t>
      </w:r>
    </w:p>
    <w:p>
      <w:pPr>
        <w:jc w:val="right"/>
      </w:pPr>
      <w:r>
        <w:t>کہ اشد حبا لله الذین آمنوا اشد حبا لله</w:t>
      </w:r>
    </w:p>
    <w:p>
      <w:r>
        <w:rPr>
          <w:b/>
        </w:rPr>
        <w:t xml:space="preserve">[41:32] </w:t>
      </w:r>
      <w:r>
        <w:t>aur doosri jagah hai walam yakhsha illa Allah yeh do sifatain hain. Yani sab se zyada Khuda se mohabbat karna aur sab se zyada Khuda se darna,</w:t>
      </w:r>
    </w:p>
    <w:p>
      <w:pPr>
        <w:jc w:val="right"/>
      </w:pPr>
      <w:r>
        <w:t>اور دوسری جگہ ہے ولم یکش الا اللہ یہ دو صفتیں ہیں۔ یعنی سب سے زیادہ خدا سے محبت کرنا اور سب سے زیادہ خدا سے ڈرنا،</w:t>
      </w:r>
    </w:p>
    <w:p>
      <w:r>
        <w:rPr>
          <w:b/>
        </w:rPr>
        <w:t xml:space="preserve">[41:48] </w:t>
      </w:r>
      <w:r>
        <w:t>yeh pehchan hai ke discovery hui aap ko ya nahi hui.</w:t>
      </w:r>
    </w:p>
    <w:p>
      <w:pPr>
        <w:jc w:val="right"/>
      </w:pPr>
      <w:r>
        <w:t>یہ پہچان ہے کہ ڈسکوری ہوئی آپ کو یا نہیں ہوئی۔</w:t>
      </w:r>
    </w:p>
    <w:p>
      <w:r>
        <w:rPr>
          <w:b/>
        </w:rPr>
        <w:t xml:space="preserve">[42:00] </w:t>
      </w:r>
      <w:r>
        <w:t>Khuda se sab se zyada mohabbat karna kyunke wahi dene wala hai. Khuda se sab se zyada darna kyunke wahi chheenene wala hai.</w:t>
      </w:r>
    </w:p>
    <w:p>
      <w:pPr>
        <w:jc w:val="right"/>
      </w:pPr>
      <w:r>
        <w:t>خدا سے سب سے زیادہ محبت کرنا کیونکہ وہی دینے والا ہے۔ خدا سے سب سے زیادہ ڈرنا کیونکہ وہی چھیننے والا ہے۔</w:t>
      </w:r>
    </w:p>
    <w:p>
      <w:r>
        <w:rPr>
          <w:b/>
        </w:rPr>
        <w:t xml:space="preserve">[42:12] </w:t>
      </w:r>
      <w:r>
        <w:t>wahi hisab lega. Wahi day of judgment ka malik hai.</w:t>
      </w:r>
    </w:p>
    <w:p>
      <w:pPr>
        <w:jc w:val="right"/>
      </w:pPr>
      <w:r>
        <w:t>وہی حساب لے گا۔ وہی ڈے آف ججمنٹ کا مالک ہے۔</w:t>
      </w:r>
    </w:p>
    <w:p>
      <w:r>
        <w:rPr>
          <w:b/>
        </w:rPr>
        <w:t xml:space="preserve">[42:18] </w:t>
      </w:r>
      <w:r>
        <w:t>to jab aap Khuda ko discover karte hain to us ke baad</w:t>
      </w:r>
    </w:p>
    <w:p>
      <w:pPr>
        <w:jc w:val="right"/>
      </w:pPr>
      <w:r>
        <w:t>تو جب آپ خدا کو ڈسکور کرتے ہیں تو اس کے بعد</w:t>
      </w:r>
    </w:p>
    <w:p>
      <w:r>
        <w:rPr>
          <w:b/>
        </w:rPr>
        <w:t xml:space="preserve">[42:29] </w:t>
      </w:r>
      <w:r>
        <w:t>zarur aisa hota hai, lazmi taur par aisa hota hai ke aap ke andar Khuda se bepanah ta'alluq paida ho jata hai. Isi ta'alluq ke do aspect hain: ek mohabbat ka aspect, ek khauf ka aspect.</w:t>
      </w:r>
    </w:p>
    <w:p>
      <w:pPr>
        <w:jc w:val="right"/>
      </w:pPr>
      <w:r>
        <w:t>ضرور ایسا ہوتا ہے، لازمی طور پر ایسا ہوتا ہے کہ آپ کے اندر خدا سے بے پناہ تعلق پیدا ہو جاتا ہے۔ اسی تعلق کے دو اسپیکٹ ہیں: ایک محبت کا اسپیکٹ، ایک خوف کا اسپیکٹ۔</w:t>
      </w:r>
    </w:p>
    <w:p>
      <w:r>
        <w:rPr>
          <w:b/>
        </w:rPr>
        <w:t xml:space="preserve">[42:47] </w:t>
      </w:r>
      <w:r>
        <w:t>Phir saath saath yeh hota hai ke aap ke andar rabbani character paida hota hai. Quran mein hai ke kaun rabbanin rabb wale bano.</w:t>
      </w:r>
    </w:p>
    <w:p>
      <w:pPr>
        <w:jc w:val="right"/>
      </w:pPr>
      <w:r>
        <w:t>پھر ساتھ ساتھ یہ ہوتا ہے کہ آپ کے اندر ربانی کریکٹر پیدا ہوتا ہے۔ قرآن میں ہے کہ کون ربانین رب والے بنو۔</w:t>
      </w:r>
    </w:p>
    <w:p>
      <w:r>
        <w:rPr>
          <w:b/>
        </w:rPr>
        <w:t xml:space="preserve">[43:01] </w:t>
      </w:r>
      <w:r>
        <w:t>rabb wale bano ka matlab kya hai? Rabb oriented character tumhare andar aa jaye.</w:t>
      </w:r>
    </w:p>
    <w:p>
      <w:pPr>
        <w:jc w:val="right"/>
      </w:pPr>
      <w:r>
        <w:t>رب والے بنو کا مطلب کیا ہے؟ رب اورینٹڈ کریکٹر تمہارے اندر آ جائے۔</w:t>
      </w:r>
    </w:p>
    <w:p>
      <w:r>
        <w:rPr>
          <w:b/>
        </w:rPr>
        <w:t xml:space="preserve">[43:10] </w:t>
      </w:r>
      <w:r>
        <w:t>Rabb oriented thinking, rabb oriented character, rabb oriented behavior, yeh tumhare andar aa jaye.</w:t>
      </w:r>
    </w:p>
    <w:p>
      <w:pPr>
        <w:jc w:val="right"/>
      </w:pPr>
      <w:r>
        <w:t>رب اورینٹڈ تھنکنگ، رب اورینٹڈ کریکٹر، رب اورینٹڈ بیہیویئر، یہ تمہارے اندر آ جائے۔</w:t>
      </w:r>
    </w:p>
    <w:p>
      <w:r>
        <w:rPr>
          <w:b/>
        </w:rPr>
        <w:t xml:space="preserve">[43:22] </w:t>
      </w:r>
      <w:r>
        <w:t>to Khuda ko daryaft karte hi, Khuda ko discover karte hi aisa hota hai ke aadmi yeh poori zindagi ka orientation badal jata hai.</w:t>
      </w:r>
    </w:p>
    <w:p>
      <w:pPr>
        <w:jc w:val="right"/>
      </w:pPr>
      <w:r>
        <w:t>تو خدا کو دریافت کرتے ہی، خدا کو ڈسکور کرتے ہی ایسا ہوتا ہے کہ آدمی یہ پوری زندگی کا اورینٹیشن بدل جاتا ہے۔</w:t>
      </w:r>
    </w:p>
    <w:p>
      <w:r>
        <w:rPr>
          <w:b/>
        </w:rPr>
        <w:t xml:space="preserve">[43:34] </w:t>
      </w:r>
      <w:r>
        <w:t>poori zindagi ka orientation badal jata hai.</w:t>
      </w:r>
    </w:p>
    <w:p>
      <w:pPr>
        <w:jc w:val="right"/>
      </w:pPr>
      <w:r>
        <w:t>پوری زندگی کا اورینٹیشن بدل جاتا ہے۔</w:t>
      </w:r>
    </w:p>
    <w:p>
      <w:r>
        <w:rPr>
          <w:b/>
        </w:rPr>
        <w:t xml:space="preserve">[43:42] </w:t>
      </w:r>
      <w:r>
        <w:t>kyun? Is liye ke Khuda sab se bari cheez hai. Jab aap Khuda ko discover karte hain to kya hota hai? Har doosri cheez aap ke liye secondary ban jati hai.</w:t>
      </w:r>
    </w:p>
    <w:p>
      <w:pPr>
        <w:jc w:val="right"/>
      </w:pPr>
      <w:r>
        <w:t>کیوں؟ اس لیے کہ خدا سب سے بڑی چیز ہے۔ جب آپ خدا کو ڈسکور کرتے ہیں تو کیا ہوتا ہے؟ ہر دوسری چیز آپ کے لیے سیکنڈری بن جاتی ہے۔</w:t>
      </w:r>
    </w:p>
    <w:p>
      <w:r>
        <w:rPr>
          <w:b/>
        </w:rPr>
        <w:t xml:space="preserve">[44:00] </w:t>
      </w:r>
      <w:r>
        <w:t>har doosri cheez aap ke liye secondary ban jati hai.</w:t>
      </w:r>
    </w:p>
    <w:p>
      <w:pPr>
        <w:jc w:val="right"/>
      </w:pPr>
      <w:r>
        <w:t>ہر دوسری چیز آپ کے لیے سیکنڈری بن جاتی ہے۔</w:t>
      </w:r>
    </w:p>
    <w:p>
      <w:r>
        <w:rPr>
          <w:b/>
        </w:rPr>
        <w:t xml:space="preserve">[44:09] </w:t>
      </w:r>
      <w:r>
        <w:t>Khuda hi pehli cheez ban jata hai. Aap ka sab ka concern ban jata hai.</w:t>
      </w:r>
    </w:p>
    <w:p>
      <w:pPr>
        <w:jc w:val="right"/>
      </w:pPr>
      <w:r>
        <w:t>خدا ہی پہلی چیز بن جاتا ہے۔ آپ کا سب کا کنسرن بن جاتا ہے۔</w:t>
      </w:r>
    </w:p>
    <w:p>
      <w:r>
        <w:rPr>
          <w:b/>
        </w:rPr>
        <w:t xml:space="preserve">[44:16] </w:t>
      </w:r>
      <w:r>
        <w:t>Is se pehle ek baar mein ne arz kiya tha ke ek American writer ne Islam ka mutala kiya. Us ne ek kitaab likhi to us mein woh kehta hai ke</w:t>
      </w:r>
    </w:p>
    <w:p>
      <w:pPr>
        <w:jc w:val="right"/>
      </w:pPr>
      <w:r>
        <w:t>اس سے پہلے ایک بار میں نے عرض کیا تھا کہ ایک امریکن رائٹر نے اسلام کا مطالعہ کیا۔ اس نے ایک کتاب لکھی تو اس میں وہ کہتا ہے کہ</w:t>
      </w:r>
    </w:p>
    <w:p>
      <w:r>
        <w:rPr>
          <w:b/>
        </w:rPr>
        <w:t xml:space="preserve">[44:31] </w:t>
      </w:r>
      <w:r>
        <w:t>the greatest concern of Islam is Allah. To Khuda ko jab aadmi discover karta hai to wahi uska sab se bara concern ban jata hai.</w:t>
      </w:r>
    </w:p>
    <w:p>
      <w:pPr>
        <w:jc w:val="right"/>
      </w:pPr>
      <w:r>
        <w:t>the greatest concern of Islam is اللہ۔ تو خدا کو جب آدمی ڈسکور کرتا ہے تو وہی اس کا سب سے بڑا کنسرن بن جاتا ہے۔</w:t>
      </w:r>
    </w:p>
    <w:p>
      <w:r>
        <w:rPr>
          <w:b/>
        </w:rPr>
        <w:t xml:space="preserve">[44:49] </w:t>
      </w:r>
      <w:r>
        <w:t>sab se bara concern. Aur zahir hai ke jab Khuda sab se bara concern ban jaye to us ke baad kya hoga?</w:t>
      </w:r>
    </w:p>
    <w:p>
      <w:pPr>
        <w:jc w:val="right"/>
      </w:pPr>
      <w:r>
        <w:t>سب سے بڑا کنسرن۔ اور ظاہر ہے کہ جب خدا سب سے بڑا کنسرن بن جائے تو اس کے بعد کیا ہوگا؟</w:t>
      </w:r>
    </w:p>
    <w:p>
      <w:r>
        <w:rPr>
          <w:b/>
        </w:rPr>
        <w:t xml:space="preserve">[44:58] </w:t>
      </w:r>
      <w:r>
        <w:t>aap ki soch badlegi, aap ki speech badlegi, aap ka character badlega, aap ka behavior badlega.</w:t>
      </w:r>
    </w:p>
    <w:p>
      <w:pPr>
        <w:jc w:val="right"/>
      </w:pPr>
      <w:r>
        <w:t>آپ کی سوچ بدلے گی، آپ کی سپیچ بدلے گی، آپ کا کریکٹر بدلے گا، آپ کا بیہیویئر بدلے گا۔</w:t>
      </w:r>
    </w:p>
    <w:p>
      <w:r>
        <w:rPr>
          <w:b/>
        </w:rPr>
        <w:t xml:space="preserve">[45:05] </w:t>
      </w:r>
      <w:r>
        <w:t>poori zindagi aap ki ek nayi zindagi ban jayegi. Aur ek bohat bari baat yeh hogi ke aap aaj mein jeene ki bajaye kal mein jeene lagenge.</w:t>
      </w:r>
    </w:p>
    <w:p>
      <w:pPr>
        <w:jc w:val="right"/>
      </w:pPr>
      <w:r>
        <w:t>پوری زندگی آپ کی ایک نئی زندگی بن جائے گی۔ اور ایک بہت بڑی بات یہ ہوگی کہ آپ آج میں جینے کی بجائے کل میں جینے لگیں گے۔</w:t>
      </w:r>
    </w:p>
    <w:p>
      <w:r>
        <w:rPr>
          <w:b/>
        </w:rPr>
        <w:t xml:space="preserve">[45:22] </w:t>
      </w:r>
      <w:r>
        <w:t>present mein jeene ki bajaye future mein jeene lagenge.</w:t>
      </w:r>
    </w:p>
    <w:p>
      <w:pPr>
        <w:jc w:val="right"/>
      </w:pPr>
      <w:r>
        <w:t>پریزنٹ میں جینے کی بجائے فیوچر میں جینے لگیں گے۔</w:t>
      </w:r>
    </w:p>
    <w:p>
      <w:r>
        <w:rPr>
          <w:b/>
        </w:rPr>
        <w:t xml:space="preserve">[45:27] </w:t>
      </w:r>
      <w:r>
        <w:t>is liye ke khuda ne apni kitab mein ailan kiya hai ke yeh duniya ki zindagi jo hai, bohat thori zindagi hai.</w:t>
      </w:r>
    </w:p>
    <w:p>
      <w:pPr>
        <w:jc w:val="right"/>
      </w:pPr>
      <w:r>
        <w:t>اس لیے کہ خدا نے اپنی کتاب میں اعلان کیا ہے کہ یہ دنیا کی زندگی جو ہے، بہت تھوڑی زندگی ہے۔</w:t>
      </w:r>
    </w:p>
    <w:p>
      <w:r>
        <w:rPr>
          <w:b/>
        </w:rPr>
        <w:t xml:space="preserve">[45:38] </w:t>
      </w:r>
      <w:r>
        <w:t>aur asal zindagi to woh hai jo maut ke baad shuru hogi. wahan par day of judgment hoga. wahan par har aadmi ka hisab liya jayega.</w:t>
      </w:r>
    </w:p>
    <w:p>
      <w:pPr>
        <w:jc w:val="right"/>
      </w:pPr>
      <w:r>
        <w:t>اور اصل زندگی تو وہ ہے جو موت کے بعد شروع ہوگی۔ وہاں پر ڈے آف ججمنٹ ہوگا۔ وہاں پر ہر آدمی کا حساب لیا جائے گا۔</w:t>
      </w:r>
    </w:p>
    <w:p>
      <w:r>
        <w:rPr>
          <w:b/>
        </w:rPr>
        <w:t xml:space="preserve">[45:51] </w:t>
      </w:r>
      <w:r>
        <w:t>to bilkul fitri baat hai, bilkul it is but natural ke aadmi present mein jeene ki bajaye future mein jeene lage. aaj mein jeene ki bajaye kal mein jeene lage.</w:t>
      </w:r>
    </w:p>
    <w:p>
      <w:pPr>
        <w:jc w:val="right"/>
      </w:pPr>
      <w:r>
        <w:t>تو بالکل فطری بات ہے، بالکل اٹ از بٹ نیچرل کہ آدمی پریزنٹ میں جینے کی بجائے فیوچر میں جینے لگے۔ آج میں جینے کی بجائے کل میں جینے لگے۔</w:t>
      </w:r>
    </w:p>
    <w:p>
      <w:r>
        <w:rPr>
          <w:b/>
        </w:rPr>
        <w:t xml:space="preserve">[46:02] </w:t>
      </w:r>
      <w:r>
        <w:t>yani is din mein woh jeene lage jab ke uska samna khuda se hoga. jab ke woh samna khuda se hoga.</w:t>
      </w:r>
    </w:p>
    <w:p>
      <w:pPr>
        <w:jc w:val="right"/>
      </w:pPr>
      <w:r>
        <w:t>یعنی اس دن میں وہ جینے لگے جب کہ اس کا سامنا خدا سے ہوگا۔ جب کہ وہ سامنا خدا سے ہوگا۔</w:t>
      </w:r>
    </w:p>
    <w:p>
      <w:r>
        <w:rPr>
          <w:b/>
        </w:rPr>
        <w:t xml:space="preserve">[46:16] </w:t>
      </w:r>
      <w:r>
        <w:t>to yeh zindagi mein ek revolution aata hai. revolution. yeh koi saada baat nahi hai.</w:t>
      </w:r>
    </w:p>
    <w:p>
      <w:pPr>
        <w:jc w:val="right"/>
      </w:pPr>
      <w:r>
        <w:t>تو یہ زندگی میں ایک ریولوشن آتا ہے۔ ریولوشن۔ یہ کوئی سادہ بات نہیں ہے۔</w:t>
      </w:r>
    </w:p>
    <w:p>
      <w:r>
        <w:rPr>
          <w:b/>
        </w:rPr>
        <w:t xml:space="preserve">[46:28] </w:t>
      </w:r>
      <w:r>
        <w:t>koi saada baat nahi hai. yeh bohat bari baat hai.</w:t>
      </w:r>
    </w:p>
    <w:p>
      <w:pPr>
        <w:jc w:val="right"/>
      </w:pPr>
      <w:r>
        <w:t>کوئی سادہ بات نہیں ہے۔ یہ بہت بڑی بات ہے۔</w:t>
      </w:r>
    </w:p>
    <w:p>
      <w:r>
        <w:rPr>
          <w:b/>
        </w:rPr>
        <w:t xml:space="preserve">[46:35] </w:t>
      </w:r>
      <w:r>
        <w:t>ab dekhiye,</w:t>
      </w:r>
    </w:p>
    <w:p>
      <w:pPr>
        <w:jc w:val="right"/>
      </w:pPr>
      <w:r>
        <w:t>اب دیکھیے،</w:t>
      </w:r>
    </w:p>
    <w:p>
      <w:r>
        <w:rPr>
          <w:b/>
        </w:rPr>
        <w:t xml:space="preserve">[46:40] </w:t>
      </w:r>
      <w:r>
        <w:t>aap jante hain ke aadmi ka ki jo personality hai, woh ek dual personality hai.</w:t>
      </w:r>
    </w:p>
    <w:p>
      <w:pPr>
        <w:jc w:val="right"/>
      </w:pPr>
      <w:r>
        <w:t>آپ جانتے ہیں کہ آدمی کا کی جو پرسنیلٹی ہے، وہ ایک ڈول پرسنیلٹی ہے۔</w:t>
      </w:r>
    </w:p>
    <w:p>
      <w:r>
        <w:rPr>
          <w:b/>
        </w:rPr>
        <w:t xml:space="preserve">[46:50] </w:t>
      </w:r>
      <w:r>
        <w:t>body aur mind. ya body aur soul. jism aur rooh.</w:t>
      </w:r>
    </w:p>
    <w:p>
      <w:pPr>
        <w:jc w:val="right"/>
      </w:pPr>
      <w:r>
        <w:t>باڈی اور مائنڈ۔ یا باڈی اور سول۔ جسم اور روح۔</w:t>
      </w:r>
    </w:p>
    <w:p>
      <w:r>
        <w:rPr>
          <w:b/>
        </w:rPr>
        <w:t xml:space="preserve">[46:59] </w:t>
      </w:r>
      <w:r>
        <w:t>body kya hai? body ki requirements ab woh hoti hain jo material requirement.</w:t>
      </w:r>
    </w:p>
    <w:p>
      <w:pPr>
        <w:jc w:val="right"/>
      </w:pPr>
      <w:r>
        <w:t>باڈی کیا ہے؟ باڈی کی ریکوائرمنٹس اب وہ ہوتی ہیں جو مٹیریل ریکوائرمنٹ۔</w:t>
      </w:r>
    </w:p>
    <w:p>
      <w:r>
        <w:rPr>
          <w:b/>
        </w:rPr>
        <w:t xml:space="preserve">[47:08] </w:t>
      </w:r>
      <w:r>
        <w:t>jab aap khuda ko na paye hue hon, khuda ko na payi hon to aap body ke level par jeete hain. body ki satah par jeete hain.</w:t>
      </w:r>
    </w:p>
    <w:p>
      <w:pPr>
        <w:jc w:val="right"/>
      </w:pPr>
      <w:r>
        <w:t>جب آپ خدا کو نہ پائے ہوئے ہوں، خدا کو نہ پائی ہوں تو آپ باڈی کے لیول پر جیتے ہیں۔ باڈی کی سطح پر جیتے ہیں۔</w:t>
      </w:r>
    </w:p>
    <w:p>
      <w:r>
        <w:rPr>
          <w:b/>
        </w:rPr>
        <w:t xml:space="preserve">[47:18] </w:t>
      </w:r>
      <w:r>
        <w:t>yani body ki requirement ko pura karna. body ko, body jis ko kehte hain body display, apne jism ko khoobsurat banana.</w:t>
      </w:r>
    </w:p>
    <w:p>
      <w:pPr>
        <w:jc w:val="right"/>
      </w:pPr>
      <w:r>
        <w:t>یعنی باڈی کی ریکوائرمنٹ کو پورا کرنا۔ باڈی کو، باڈی جس کو کہتے ہیں باڈی ڈسپلے، اپنے جسم کو خوبصورت بنانا۔</w:t>
      </w:r>
    </w:p>
    <w:p>
      <w:r>
        <w:rPr>
          <w:b/>
        </w:rPr>
        <w:t xml:space="preserve">[47:31] </w:t>
      </w:r>
      <w:r>
        <w:t>apne body ki khwahishon ko pura karna. yani puri zindagi body oriented hoti hai. lekin jab aap khuda ko daryaft kar lete hain to sara mamla badal jata hai.</w:t>
      </w:r>
    </w:p>
    <w:p>
      <w:pPr>
        <w:jc w:val="right"/>
      </w:pPr>
      <w:r>
        <w:t>اپنے باڈی کی خواہشوں کو پورا کرنا۔ یعنی پوری زندگی باڈی اورینٹڈ ہوتی ہے۔ لیکن جب آپ خدا کو دریافت کر لیتے ہیں تو سارا معاملہ بدل جاتا ہے۔</w:t>
      </w:r>
    </w:p>
    <w:p>
      <w:r>
        <w:rPr>
          <w:b/>
        </w:rPr>
        <w:t xml:space="preserve">[47:46] </w:t>
      </w:r>
      <w:r>
        <w:t>ab aap ka sara direction ho jata hai intellectual development ki taraf. spiritual development ki taraf. kyunke aap ka jo body hai, maut ke baad, maut ke sath woh aap ko sath chhod deta hai.</w:t>
      </w:r>
    </w:p>
    <w:p>
      <w:pPr>
        <w:jc w:val="right"/>
      </w:pPr>
      <w:r>
        <w:t>اب آپ کا سارا ڈائریکشن ہو جاتا ہے انٹلیکچول ڈیولپمنٹ کی طرف۔ اسپریچول ڈیولپمنٹ کی طرف۔ کیونکہ آپ کا جو باڈی ہے، موت کے بعد، موت کے ساتھ وہ آپ کو ساتھ چھوڑ دیتا ہے۔</w:t>
      </w:r>
    </w:p>
    <w:p>
      <w:r>
        <w:rPr>
          <w:b/>
        </w:rPr>
        <w:t xml:space="preserve">[48:01] </w:t>
      </w:r>
      <w:r>
        <w:t>maut aayi, ab body se aap alag ho gaye. maut ke baad aap ki jo personality khuda ki taraf aage badhti hai, woh aap ke soul wali personality hai.</w:t>
      </w:r>
    </w:p>
    <w:p>
      <w:pPr>
        <w:jc w:val="right"/>
      </w:pPr>
      <w:r>
        <w:t>موت آئی، اب باڈی سے آپ الگ ہو گئے۔ موت کے بعد آپ کی جو پرسنیلٹی خدا کی طرف آگے بڑھتی ہے، وہ آپ کے سول والی پرسنیلٹی ہے۔</w:t>
      </w:r>
    </w:p>
    <w:p>
      <w:r>
        <w:rPr>
          <w:b/>
        </w:rPr>
        <w:t xml:space="preserve">[48:13] </w:t>
      </w:r>
      <w:r>
        <w:t>tab bhi ek body rahega aap ke paas, aap ke sath. woh body alag alag body hoga. yeh jis body ke sath hum duniya mein jeete hain, woh ek aur body hai.</w:t>
      </w:r>
    </w:p>
    <w:p>
      <w:pPr>
        <w:jc w:val="right"/>
      </w:pPr>
      <w:r>
        <w:t>تب بھی ایک باڈی رہے گا آپ کے پاس، آپ کے ساتھ۔ وہ باڈی الگ الگ باڈی ہوگا۔ یہ جس باڈی کے ساتھ ہم دنیا میں جیتے ہیں، وہ ایک اور باڈی ہے۔</w:t>
      </w:r>
    </w:p>
    <w:p>
      <w:r>
        <w:rPr>
          <w:b/>
        </w:rPr>
        <w:t xml:space="preserve">[48:25] </w:t>
      </w:r>
      <w:r>
        <w:t>woh body fani body hai. woh woh toot phoot ho jati hai is ki. woh khatam hone wala hai. lekin maut ke baad aap ki jo spiritual journey hai, woh ek aur body ke sath shuru hoti hai.</w:t>
      </w:r>
    </w:p>
    <w:p>
      <w:pPr>
        <w:jc w:val="right"/>
      </w:pPr>
      <w:r>
        <w:t>وہ باڈی فانی باڈی ہے۔ وہ وہ ٹوٹ پھوٹ ہو جاتی ہے اس کی۔ وہ ختم ہونے والا ہے۔ لیکن موت کے بعد آپ کی جو اسپریچول جرنی ہے، وہ ایک اور باڈی کے ساتھ شروع ہوتی ہے۔</w:t>
      </w:r>
    </w:p>
    <w:p>
      <w:r>
        <w:rPr>
          <w:b/>
        </w:rPr>
        <w:t xml:space="preserve">[48:43] </w:t>
      </w:r>
      <w:r>
        <w:t>to aap ka sara, aap ki sari tawajjuh</w:t>
      </w:r>
    </w:p>
    <w:p>
      <w:pPr>
        <w:jc w:val="right"/>
      </w:pPr>
      <w:r>
        <w:t>تو آپ کا سارا، آپ کی ساری توجہ</w:t>
      </w:r>
    </w:p>
    <w:p>
      <w:r>
        <w:rPr>
          <w:b/>
        </w:rPr>
        <w:t xml:space="preserve">[48:51] </w:t>
      </w:r>
      <w:r>
        <w:t>lag jati hai. agar aap khuda ko discover kar lete hain jab, to spiritual development mein aur intellectual development mein,</w:t>
      </w:r>
    </w:p>
    <w:p>
      <w:pPr>
        <w:jc w:val="right"/>
      </w:pPr>
      <w:r>
        <w:t>لگ جاتی ہے۔ اگر آپ خدا کو ڈسکور کر لیتے ہیں جب، تو اسپریچول ڈیولپمنٹ میں اور انٹلیکچول ڈیولپمنٹ میں،</w:t>
      </w:r>
    </w:p>
    <w:p>
      <w:r>
        <w:rPr>
          <w:b/>
        </w:rPr>
        <w:t xml:space="preserve">[49:07] </w:t>
      </w:r>
      <w:r>
        <w:t>mein samajhta hoon ke yeh ek pehchan hai.</w:t>
      </w:r>
    </w:p>
    <w:p>
      <w:pPr>
        <w:jc w:val="right"/>
      </w:pPr>
      <w:r>
        <w:t>میں سمجھتا ہوں کہ یہ ایک پہچان ہے۔</w:t>
      </w:r>
    </w:p>
    <w:p>
      <w:r>
        <w:rPr>
          <w:b/>
        </w:rPr>
        <w:t xml:space="preserve">[49:09] </w:t>
      </w:r>
      <w:r>
        <w:t>yani kisi aadmi ko yeh janna ho ke us ne khuda ko discover kiya hai ya nahi kiya hai, to yeh dekhiye ke uska orientation kidhar hai.</w:t>
      </w:r>
    </w:p>
    <w:p>
      <w:pPr>
        <w:jc w:val="right"/>
      </w:pPr>
      <w:r>
        <w:t>یعنی کسی آدمی کو یہ جاننا ہو کہ اس نے خدا کو ڈسکور کیا ہے یا نہیں کیا ہے، تو یہ دیکھیے کہ اس کا اورینٹیشن کدھر ہے۔</w:t>
      </w:r>
    </w:p>
    <w:p>
      <w:r>
        <w:rPr>
          <w:b/>
        </w:rPr>
        <w:t xml:space="preserve">[49:24] </w:t>
      </w:r>
      <w:r>
        <w:t>uski dilchaspiyan kahan hain. uska sab se zyada interest kis cheez mein aata hai. woh apne waqt ko, apni salahiyat ko kahan sab se zyada lagaye hue hai.</w:t>
      </w:r>
    </w:p>
    <w:p>
      <w:pPr>
        <w:jc w:val="right"/>
      </w:pPr>
      <w:r>
        <w:t>اس کی دلچسپیاں کہاں ہیں۔ اس کا سب سے زیادہ انٹرسٹ کس چیز میں آتا ہے۔ وہ اپنے وقت کو، اپنی صلاحیت کو کہاں سب سے زیادہ لگائے ہوئے ہے۔</w:t>
      </w:r>
    </w:p>
    <w:p>
      <w:r>
        <w:rPr>
          <w:b/>
        </w:rPr>
        <w:t xml:space="preserve">[49:38] </w:t>
      </w:r>
      <w:r>
        <w:t>agar woh body display mein laga hua hai, body ki need pura karne mein laga hua hai, body ko comfort dene mein laga hua hai, samajh lijiye ke us ne abhi tak God ko, khuda ko abhi tak discover nahi kiya.</w:t>
      </w:r>
    </w:p>
    <w:p>
      <w:pPr>
        <w:jc w:val="right"/>
      </w:pPr>
      <w:r>
        <w:t>اگر وہ باڈی ڈسپلے میں لگا ہوا ہے، باڈی کی نیڈ پورا کرنے میں لگا ہوا ہے، باڈی کو کمفرٹ دینے میں لگا ہوا ہے، سمجھ لیجئے کہ اس نے ابھی تک گاڈ کو، خدا کو ابھی تک ڈسکور نہیں کیا۔</w:t>
      </w:r>
    </w:p>
    <w:p>
      <w:r>
        <w:rPr>
          <w:b/>
        </w:rPr>
        <w:t xml:space="preserve">[49:56] </w:t>
      </w:r>
      <w:r>
        <w:t>agar aap yeh payein ke uska sara dhyan jo hai, spiritual development mein hai, intellectual development mein hai, apni personality ko purify karne mein hai, to samajh lijiye ke us ne khuda ko pa liya hai.</w:t>
      </w:r>
    </w:p>
    <w:p>
      <w:pPr>
        <w:jc w:val="right"/>
      </w:pPr>
      <w:r>
        <w:t>اگر آپ یہ پائیں کہ اس کا سارا دھیان جو ہے، اسپریچول ڈیولپمنٹ میں ہے، انٹلیکچول ڈیولپمنٹ میں ہے، اپنی پرسنیلٹی کو پیوریفائی کرنے میں ہے، تو سمجھ لیجئے کہ اس نے خدا کو پا لیا ہے۔</w:t>
      </w:r>
    </w:p>
    <w:p>
      <w:r>
        <w:rPr>
          <w:b/>
        </w:rPr>
        <w:t xml:space="preserve">[50:18] </w:t>
      </w:r>
      <w:r>
        <w:t>aur phir yahi log hain woh jin ko, jin ko, jin ka selection jannat ke liye hoga.</w:t>
      </w:r>
    </w:p>
    <w:p>
      <w:pPr>
        <w:jc w:val="right"/>
      </w:pPr>
      <w:r>
        <w:t>اور پھر یہی لوگ ہیں وہ جن کو، جن کو، جن کا سلیکشن جنت کے لیے ہوگا۔</w:t>
      </w:r>
    </w:p>
    <w:p>
      <w:r>
        <w:rPr>
          <w:b/>
        </w:rPr>
        <w:t xml:space="preserve">[50:27] </w:t>
      </w:r>
      <w:r>
        <w:t>ek sahab se meri baat ho rahi thi jannat ke sawal par. to unhein shakk tha jannat ke bare mein.</w:t>
      </w:r>
    </w:p>
    <w:p>
      <w:pPr>
        <w:jc w:val="right"/>
      </w:pPr>
      <w:r>
        <w:t>ایک صاحب سے میری بات ہو رہی تھی جنت کے سوال پر۔ تو انہیں شک تھا جنت کے بارے میں۔</w:t>
      </w:r>
    </w:p>
    <w:p>
      <w:r>
        <w:rPr>
          <w:b/>
        </w:rPr>
        <w:t xml:space="preserve">[50:38] </w:t>
      </w:r>
      <w:r>
        <w:t>paradise ke bare mein.</w:t>
      </w:r>
    </w:p>
    <w:p>
      <w:pPr>
        <w:jc w:val="right"/>
      </w:pPr>
      <w:r>
        <w:t>پیراڈائز کے بارے میں۔</w:t>
      </w:r>
    </w:p>
    <w:p>
      <w:r>
        <w:rPr>
          <w:b/>
        </w:rPr>
        <w:t xml:space="preserve">[50:42] </w:t>
      </w:r>
      <w:r>
        <w:t>to maine kaha ke paradise to aaj hi exist kar rahi hai. aaj hi aap paradise ko dekh rahe hain. is mein shakk ki kya baat hai.</w:t>
      </w:r>
    </w:p>
    <w:p>
      <w:pPr>
        <w:jc w:val="right"/>
      </w:pPr>
      <w:r>
        <w:t>تو میں نے کہا کہ پیراڈائز تو آج ہی ایگزسٹ کر رہی ہے۔ آج ہی آپ پیراڈائز کو دیکھ رہے ہیں۔ اس میں شک کی کیا بات ہے۔</w:t>
      </w:r>
    </w:p>
    <w:p>
      <w:r>
        <w:rPr>
          <w:b/>
        </w:rPr>
        <w:t xml:space="preserve">[50:52] </w:t>
      </w:r>
      <w:r>
        <w:t>aap samajhte hain ke paradise koi kal ki cheez hai. paradise ko abhi aaj hi dekh rahe hain. to phir shakk ki kya baat hai is mein. to unhein achambha hua ke bhai aaj kahan dekh rahe hain.</w:t>
      </w:r>
    </w:p>
    <w:p>
      <w:pPr>
        <w:jc w:val="right"/>
      </w:pPr>
      <w:r>
        <w:t>آپ سمجھتے ہیں کہ پیراڈائز کوئی کل کی چیز ہے۔ پیراڈائز کو ابھی آج ہی دیکھ رہے ہیں۔ تو پھر شک کی کیا بات ہے اس میں۔ تو انہیں اچنبہ ہوا کہ بھئی آج کہاں دیکھ رہے ہیں۔</w:t>
      </w:r>
    </w:p>
    <w:p>
      <w:r>
        <w:rPr>
          <w:b/>
        </w:rPr>
        <w:t xml:space="preserve">[51:04] </w:t>
      </w:r>
      <w:r>
        <w:t>maine kaha yeh jis duniya mein aap hain, yeh main ek scientist ka, maine dohrraya, ek scientist ne likha hai ke imperfect world ka maujood hona apne aap mein is baat ka proof hai ke perfect world bhi maujood ho sakta hai.</w:t>
      </w:r>
    </w:p>
    <w:p>
      <w:pPr>
        <w:jc w:val="right"/>
      </w:pPr>
      <w:r>
        <w:t>میں نے کہا یہ جس دنیا میں آپ ہیں، یہ میں ایک سائنٹسٹ کا، میں نے دہرایا، ایک سائنٹسٹ نے لکھا ہے کہ ام پرفیکٹ ورلڈ کا موجود ہونا اپنے آپ میں اس بات کا پروف ہے کہ پرفیکٹ ورلڈ بھی موجود ہو سکتا ہے۔</w:t>
      </w:r>
    </w:p>
    <w:p>
      <w:r>
        <w:rPr>
          <w:b/>
        </w:rPr>
        <w:t xml:space="preserve">[51:29] </w:t>
      </w:r>
      <w:r>
        <w:t>yeh bohat hi ajeeb baat hai. imperfect world ka maujood hona apne aap mein is baat ka proof hai ke perfect world bhi maujood ho sakta hai.</w:t>
      </w:r>
    </w:p>
    <w:p>
      <w:pPr>
        <w:jc w:val="right"/>
      </w:pPr>
      <w:r>
        <w:t>یہ بہت ہی عجیب بات ہے۔ ام پرفیکٹ ورلڈ کا موجود ہونا اپنے آپ میں اس بات کا پروف ہے کہ پرفیکٹ ورلڈ بھی موجود ہو سکتا ہے۔</w:t>
      </w:r>
    </w:p>
    <w:p>
      <w:r>
        <w:rPr>
          <w:b/>
        </w:rPr>
        <w:t xml:space="preserve">[51:43] </w:t>
      </w:r>
      <w:r>
        <w:t>ab aap dekhiye, jis duniya mein hum hain, yeh imperfect paradise hi to hai</w:t>
      </w:r>
    </w:p>
    <w:p>
      <w:pPr>
        <w:jc w:val="right"/>
      </w:pPr>
      <w:r>
        <w:t>اب آپ دیکھیے، جس دنیا میں ہم ہیں، یہ ام پرفیکٹ پیراڈائز ہی تو ہے</w:t>
      </w:r>
    </w:p>
    <w:p>
      <w:r>
        <w:rPr>
          <w:b/>
        </w:rPr>
        <w:t xml:space="preserve">[51:48] </w:t>
      </w:r>
      <w:r>
        <w:t>yeh. quran mein hai ke wa utubihi bitashabih paradise mein isi duniya ke se milti julti cheezein di jayengi.</w:t>
      </w:r>
    </w:p>
    <w:p>
      <w:pPr>
        <w:jc w:val="right"/>
      </w:pPr>
      <w:r>
        <w:t>یہ۔ قرآن میں ہے کہ وَأُوتُوبِهِ بَتَشَابِهَ پیراڈائز میں اسی دنیا کے سے ملتی جلتی چیزیں دی جائیں گی۔</w:t>
      </w:r>
    </w:p>
    <w:p>
      <w:r>
        <w:rPr>
          <w:b/>
        </w:rPr>
        <w:t xml:space="preserve">[52:04] </w:t>
      </w:r>
      <w:r>
        <w:t>jaise duniya mein ghar hota hai, duniya mein meway hote hain, phal hote hain, khana peena hota hai, milna julna hota hai, khushi aur masarrat hoti hai.</w:t>
      </w:r>
    </w:p>
    <w:p>
      <w:pPr>
        <w:jc w:val="right"/>
      </w:pPr>
      <w:r>
        <w:t>جیسے دنیا میں گھر ہوتا ہے، دنیا میں میوے ہوتے ہیں، پھل ہوتے ہیں، کھانا پینا ہوتا ہے، ملنا جلنا ہوتا ہے، خوشی اور مسرت ہوتی ہے۔</w:t>
      </w:r>
    </w:p>
    <w:p>
      <w:r>
        <w:rPr>
          <w:b/>
        </w:rPr>
        <w:t xml:space="preserve">[52:15] </w:t>
      </w:r>
      <w:r>
        <w:t>to quran mein hai ke wa utubihi bitashabih ke duniya mein jo nematein tum ko milti hain, jin nematon se tum enjoy karte ho duniya mein, isi se milti julti cheezein wahan milengi.</w:t>
      </w:r>
    </w:p>
    <w:p>
      <w:pPr>
        <w:jc w:val="right"/>
      </w:pPr>
      <w:r>
        <w:t>تو قرآن میں ہے کہ وَأُوتُوبِهِ بَتَشَابِهَ کہ دنیا میں جو نعمتیں تم کو ملتی ہیں، جن نعمتوں سے تم انجوائے کرتے ہو دنیا میں، اسی سے ملتی جلتی چیزیں وہاں ملیں گی۔</w:t>
      </w:r>
    </w:p>
    <w:p>
      <w:r>
        <w:rPr>
          <w:b/>
        </w:rPr>
        <w:t xml:space="preserve">[52:28] </w:t>
      </w:r>
      <w:r>
        <w:t>lekin woh hogi bohat hi aala shakal ki, perfect shakal ki.</w:t>
      </w:r>
    </w:p>
    <w:p>
      <w:pPr>
        <w:jc w:val="right"/>
      </w:pPr>
      <w:r>
        <w:t>لیکن وہ ہوگی بہت ہی اعلیٰ شکل کی، پرفیکٹ شکل کی۔</w:t>
      </w:r>
    </w:p>
    <w:p>
      <w:r>
        <w:rPr>
          <w:b/>
        </w:rPr>
        <w:t xml:space="preserve">[52:35] </w:t>
      </w:r>
      <w:r>
        <w:t>yaani quran ke mutabiq aaj bhi hum imperfect paradise mein jee rahe hain. yeh quran ka jo concept hai ke pre death period mein aap imperfect paradise mein jee rahe hain,</w:t>
      </w:r>
    </w:p>
    <w:p>
      <w:pPr>
        <w:jc w:val="right"/>
      </w:pPr>
      <w:r>
        <w:t>یعنی قرآن کے مطابق آج بھی ہم ام پرفیکٹ پیراڈائز میں جی رہے ہیں۔ یہ قرآن کا جو کانسیپٹ ہے کہ پری ڈیتھ پیریڈ میں آپ ام پرفیکٹ پیراڈائز میں جی رہے ہیں،</w:t>
      </w:r>
    </w:p>
    <w:p>
      <w:r>
        <w:rPr>
          <w:b/>
        </w:rPr>
        <w:t xml:space="preserve">[52:52] </w:t>
      </w:r>
      <w:r>
        <w:t>aur post death period mein aap perfect paradise mein jiyenge. agar khuda ki taraf se aap ke liye faisla hua to.</w:t>
      </w:r>
    </w:p>
    <w:p>
      <w:pPr>
        <w:jc w:val="right"/>
      </w:pPr>
      <w:r>
        <w:t>اور پوسٹ ڈیتھ پیریڈ میں آپ پرفیکٹ پیراڈائز میں جیئیں گے۔ اگر خدا کی طرف سے آپ کے لیے فیصلہ ہوا تو۔</w:t>
      </w:r>
    </w:p>
    <w:p>
      <w:r>
        <w:rPr>
          <w:b/>
        </w:rPr>
        <w:t xml:space="preserve">[53:04] </w:t>
      </w:r>
      <w:r>
        <w:t>to logically yeh cheez bilkul understandable hai. kyunke aap dekhiye,</w:t>
      </w:r>
    </w:p>
    <w:p>
      <w:pPr>
        <w:jc w:val="right"/>
      </w:pPr>
      <w:r>
        <w:t>تو لاجیکلی یہ چیز بالکل انڈرسٹینڈیبل ہے۔ کیونکہ آپ دیکھیے،</w:t>
      </w:r>
    </w:p>
    <w:p>
      <w:r>
        <w:rPr>
          <w:b/>
        </w:rPr>
        <w:t xml:space="preserve">[53:15] </w:t>
      </w:r>
      <w:r>
        <w:t>ek misaal main deta hoon aap ko ke yeh jo jis ko ab main imperfect world keh raha hoon, ek waqt tha ke yeh nahi thi.</w:t>
      </w:r>
    </w:p>
    <w:p>
      <w:pPr>
        <w:jc w:val="right"/>
      </w:pPr>
      <w:r>
        <w:t>ایک مثال میں دیتا ہوں آپ کو کہ یہ جو جس کو اب میں ام پرفیکٹ ورلڈ کہہ رہا ہوں، ایک وقت تھا کہ یہ نہیں تھی۔</w:t>
      </w:r>
    </w:p>
    <w:p>
      <w:r>
        <w:rPr>
          <w:b/>
        </w:rPr>
        <w:t xml:space="preserve">[53:27] </w:t>
      </w:r>
      <w:r>
        <w:t>to nothing se is ko wajood mein laya gaya.</w:t>
      </w:r>
    </w:p>
    <w:p>
      <w:pPr>
        <w:jc w:val="right"/>
      </w:pPr>
      <w:r>
        <w:t>تو نتھنگ سے اس کو وجود میں لایا گیا۔</w:t>
      </w:r>
    </w:p>
    <w:p>
      <w:r>
        <w:rPr>
          <w:b/>
        </w:rPr>
        <w:t xml:space="preserve">[53:32] </w:t>
      </w:r>
      <w:r>
        <w:t>yeh jo imperfect world hamari hai,</w:t>
      </w:r>
    </w:p>
    <w:p>
      <w:pPr>
        <w:jc w:val="right"/>
      </w:pPr>
      <w:r>
        <w:t>یہ جو ام پرفیکٹ ورلڈ ہماری ہے،</w:t>
      </w:r>
    </w:p>
    <w:p>
      <w:r>
        <w:rPr>
          <w:b/>
        </w:rPr>
        <w:t xml:space="preserve">[53:38] </w:t>
      </w:r>
      <w:r>
        <w:t>ek waqt tha ke woh nahi thi, phir is ka wajood hua. out of nothing is ko create kiya gaya hai. ab aap soch sakte hain ke nothing se ek cheez create karna bohat zyada mushkil hai, is se ke is ka ek improved form ban</w:t>
      </w:r>
    </w:p>
    <w:p>
      <w:pPr>
        <w:jc w:val="right"/>
      </w:pPr>
      <w:r>
        <w:t>ایک وقت تھا کہ وہ نہیں تھی، پھر اس کا وجود ہوا۔ آؤٹ آف نتھنگ اس کو کریٹ کیا گیا ہے۔ اب آپ سوچ سکتے ہیں کہ نتھنگ سے ایک چیز کریٹ کرنا بہت زیادہ مشکل ہے، اس سے کہ اس کا ایک امپرووڈ فارم بن</w:t>
      </w:r>
    </w:p>
    <w:p>
      <w:r>
        <w:rPr>
          <w:b/>
        </w:rPr>
        <w:t xml:space="preserve">[53:57] </w:t>
      </w:r>
      <w:r>
        <w:t>aya jaye. is ka paradise, jis ko hum kehte hain, woh improved form hai imperfect world ka.</w:t>
      </w:r>
    </w:p>
    <w:p>
      <w:pPr>
        <w:jc w:val="right"/>
      </w:pPr>
      <w:r>
        <w:t>ایا جائے۔ اس کا پیراڈائز، جس کو ہم کہتے ہیں، وہ امپرووڈ فارم ہے ام پرفیکٹ ورلڈ کا۔</w:t>
      </w:r>
    </w:p>
    <w:p>
      <w:r>
        <w:rPr>
          <w:b/>
        </w:rPr>
        <w:t xml:space="preserve">[54:05] </w:t>
      </w:r>
      <w:r>
        <w:t>jis ne pehli baar yeh socha ke motor car banai jaye, to use bohat mushkil tha us ke liye sochna. lekin ab jo improved model is ke bante hain, woh to bohat aasan hain.</w:t>
      </w:r>
    </w:p>
    <w:p>
      <w:pPr>
        <w:jc w:val="right"/>
      </w:pPr>
      <w:r>
        <w:t>جس نے پہلی بار یہ سوچا کہ موٹر کار بنائی جائے، تو اسے بہت مشکل تھا اس کے لیے سوچنا۔ لیکن اب جو امپرووڈ ماڈل اس کے بنتے ہیں، وہ تو بہت آسان ہیں۔</w:t>
      </w:r>
    </w:p>
    <w:p>
      <w:r>
        <w:rPr>
          <w:b/>
        </w:rPr>
        <w:t xml:space="preserve">[54:17] </w:t>
      </w:r>
      <w:r>
        <w:t>koi bhi bana sakta hai woh.</w:t>
      </w:r>
    </w:p>
    <w:p>
      <w:pPr>
        <w:jc w:val="right"/>
      </w:pPr>
      <w:r>
        <w:t>کوئی بھی بنا سکتا ہے وہ۔</w:t>
      </w:r>
    </w:p>
    <w:p>
      <w:r>
        <w:rPr>
          <w:b/>
        </w:rPr>
        <w:t xml:space="preserve">[54:21] </w:t>
      </w:r>
      <w:r>
        <w:t>koi bhi cheez aap dekh lijiye, mobile telephone aaj ghar har jeb mein hai, har aadmi ke. pehli baar jis ne socha ke mobile telephone banaya ja sakta hai, to kitna mushkil tha sochna.</w:t>
      </w:r>
    </w:p>
    <w:p>
      <w:pPr>
        <w:jc w:val="right"/>
      </w:pPr>
      <w:r>
        <w:t>کوئی بھی چیز آپ دیکھ لیجئے، موبائل ٹیلی فون آج گھر ہر جیب میں ہے، ہر آدمی کے۔ پہلی بار جس نے سوچا کہ موبائل ٹیلی فون بنایا جا سکتا ہے، تو کتنا مشکل تھا سوچنا۔</w:t>
      </w:r>
    </w:p>
    <w:p>
      <w:r>
        <w:rPr>
          <w:b/>
        </w:rPr>
        <w:t xml:space="preserve">[54:32] </w:t>
      </w:r>
      <w:r>
        <w:t>lekin jab ban gaya, ab is ka improved form to bohat aasan hai banana. to hum jahan jee rahe hain, yeh duniya imperfect world hai.</w:t>
      </w:r>
    </w:p>
    <w:p>
      <w:pPr>
        <w:jc w:val="right"/>
      </w:pPr>
      <w:r>
        <w:t>لیکن جب بن گیا، اب اس کا امپرووڈ فارم تو بہت آسان ہے بنانا۔ تو ہم جہاں جی رہے ہیں، یہ دنیا ام پرفیکٹ ورلڈ ہے۔</w:t>
      </w:r>
    </w:p>
    <w:p>
      <w:r>
        <w:rPr>
          <w:b/>
        </w:rPr>
        <w:t xml:space="preserve">[54:44] </w:t>
      </w:r>
      <w:r>
        <w:t>dusre lafzon mein, imperfect paradise hai.</w:t>
      </w:r>
    </w:p>
    <w:p>
      <w:pPr>
        <w:jc w:val="right"/>
      </w:pPr>
      <w:r>
        <w:t>دوسرے لفظوں میں، ام پرفیکٹ پیراڈائز ہے۔</w:t>
      </w:r>
    </w:p>
    <w:p>
      <w:r>
        <w:rPr>
          <w:b/>
        </w:rPr>
        <w:t xml:space="preserve">[54:48] </w:t>
      </w:r>
      <w:r>
        <w:t>yahan woh sari lazzaten hain, woh sari rahten hain, woh sare comfort hain, jo zyada improved form mein hum ko paradise milenge.</w:t>
      </w:r>
    </w:p>
    <w:p>
      <w:pPr>
        <w:jc w:val="right"/>
      </w:pPr>
      <w:r>
        <w:t>یہاں وہ ساری لذتیں ہیں، وہ ساری راحتیں ہیں، وہ سارے کمفرٹ ہیں، جو زیادہ امپرووڈ فارم میں ہم کو پیراڈائز ملیں گے۔</w:t>
      </w:r>
    </w:p>
    <w:p>
      <w:r>
        <w:rPr>
          <w:b/>
        </w:rPr>
        <w:t xml:space="preserve">[54:58] </w:t>
      </w:r>
      <w:r>
        <w:t>wa otubihi batashabih jannat mein milega un ko wahi cheez jo dunya mein.</w:t>
      </w:r>
    </w:p>
    <w:p>
      <w:pPr>
        <w:jc w:val="right"/>
      </w:pPr>
      <w:r>
        <w:t>وَأُوتُوبِهِ بَتَشَابِهَ جنت میں ملے گا ان کو وہی چیز جو دنیا میں۔</w:t>
      </w:r>
    </w:p>
    <w:p>
      <w:r>
        <w:rPr>
          <w:b/>
        </w:rPr>
        <w:t xml:space="preserve">[55:05] </w:t>
      </w:r>
      <w:r>
        <w:t>yahan tak ke hai ke woh kahenge hadha alladhi ruziqna min qabl yeh test to hum ko dunya mein mil chuka tha. yeh lazzaten hum dunya mein chakh chuke the.</w:t>
      </w:r>
    </w:p>
    <w:p>
      <w:pPr>
        <w:jc w:val="right"/>
      </w:pPr>
      <w:r>
        <w:t>یہاں تک کہ ہے کہ وہ کہیں گے هَذَا الَّذِي رُزِقْنَا مِنْ قَبْلٍ یہ ٹیسٹ تو ہم کو دنیا میں مل چکا تھا۔ یہ لذتیں ہم دنیا میں چکھ چکے تھے۔</w:t>
      </w:r>
    </w:p>
    <w:p>
      <w:r>
        <w:rPr>
          <w:b/>
        </w:rPr>
        <w:t xml:space="preserve">[55:16] </w:t>
      </w:r>
      <w:r>
        <w:t>yeh rahten hum ko dunya mein dekh chuke the. ab hum ko woh cheez mil rahi hai, zyada improved form mein, zyada refined way mein mil rahi hai.</w:t>
      </w:r>
    </w:p>
    <w:p>
      <w:pPr>
        <w:jc w:val="right"/>
      </w:pPr>
      <w:r>
        <w:t>یہ راحتیں ہم کو دنیا میں دیکھ چکے تھے۔ اب ہم کو وہ چیز مل رہی ہے، زیادہ امپرووڈ فارم میں، زیادہ ریفائنڈ وے میں مل رہی ہے۔</w:t>
      </w:r>
    </w:p>
    <w:p>
      <w:r>
        <w:rPr>
          <w:b/>
        </w:rPr>
        <w:t xml:space="preserve">[55:32] </w:t>
      </w:r>
      <w:r>
        <w:t>to aap soch sakte hain, main ne un se kaha ke ek cheez nothing se thing, jis ka wajood na ho, aur us ko wajood mein lana, yeh to bohat mushkil kaam hai.</w:t>
      </w:r>
    </w:p>
    <w:p>
      <w:pPr>
        <w:jc w:val="right"/>
      </w:pPr>
      <w:r>
        <w:t>تو آپ سوچ سکتے ہیں، میں نے ان سے کہا کہ ایک چیز نتھنگ سے تھنگ، جس کا وجود نہ ہو، اور اس کو وجود میں لانا، یہ تو بہت مشکل کام ہے۔</w:t>
      </w:r>
    </w:p>
    <w:p>
      <w:r>
        <w:rPr>
          <w:b/>
        </w:rPr>
        <w:t xml:space="preserve">[55:45] </w:t>
      </w:r>
      <w:r>
        <w:t>aur jab woh cheez wajood mein aa gayi, to phir us ko improve karna to bohat asan ho jata hai.</w:t>
      </w:r>
    </w:p>
    <w:p>
      <w:pPr>
        <w:jc w:val="right"/>
      </w:pPr>
      <w:r>
        <w:t>اور جب وہ چیز وجود میں آ گئی، تو پھر اس کو امپروو کرنا تو بہت آسان ہو جاتا ہے۔</w:t>
      </w:r>
    </w:p>
    <w:p>
      <w:r>
        <w:rPr>
          <w:b/>
        </w:rPr>
        <w:t xml:space="preserve">[55:52] </w:t>
      </w:r>
      <w:r>
        <w:t>chanaanche science ki history mein kaha jata hai ke sab se, yaani pehli jo invention kisi insan ne ki, bohat bari, woh thi wheel, pehye ko banana.</w:t>
      </w:r>
    </w:p>
    <w:p>
      <w:pPr>
        <w:jc w:val="right"/>
      </w:pPr>
      <w:r>
        <w:t>چنانچہ سائنس کی ہسٹری میں کہا جاتا ہے کہ سب سے، یعنی پہلی جو انوینشن کسی انسان نے کی، بہت بڑی، وہ تھی ویل، پہیہ کو بنانا۔</w:t>
      </w:r>
    </w:p>
    <w:p>
      <w:r>
        <w:rPr>
          <w:b/>
        </w:rPr>
        <w:t xml:space="preserve">[56:08] </w:t>
      </w:r>
      <w:r>
        <w:t>wheel jab nahi thi, to yeh sochna ke wheel banai jaye, us par gari chal sakti hai, to bohat mushkil kaam</w:t>
      </w:r>
    </w:p>
    <w:p>
      <w:pPr>
        <w:jc w:val="right"/>
      </w:pPr>
      <w:r>
        <w:t>ویل جب نہیں تھی، تو یہ سوچنا کہ ویل بنائی جائے، اس پر گاڑی چل سکتی ہے، تو بہت مشکل کام</w:t>
      </w:r>
    </w:p>
    <w:p>
      <w:r>
        <w:rPr>
          <w:b/>
        </w:rPr>
        <w:t xml:space="preserve">[56:15] </w:t>
      </w:r>
      <w:r>
        <w:t>tha. jab wheel ban gayi, to ab kya hai? bail gari ban rahi hai. ab ghoda gari ban rahi hai. ab car ban rahi hai.</w:t>
      </w:r>
    </w:p>
    <w:p>
      <w:pPr>
        <w:jc w:val="right"/>
      </w:pPr>
      <w:r>
        <w:t>تھا۔ جب ویل بن گئی، تو اب کیا ہے؟ بیل گاڑی بن رہی ہے۔ اب گھوڑا گاڑی بن رہی ہے۔ اب کار بن رہی ہے۔</w:t>
      </w:r>
    </w:p>
    <w:p>
      <w:r>
        <w:rPr>
          <w:b/>
        </w:rPr>
        <w:t xml:space="preserve">[56:23] </w:t>
      </w:r>
      <w:r>
        <w:t>ab yeh gari, woh gari, dunya bhar ki gariyan ban rahi hain. is wajah se paradise par shak karne ki koi gunjaish nahi kisi ke liye nahi hai. kyunke jab imperfect paradise aaj hi hum dekh rahe hain, to ab hum yaqeen kar sakte hain ke isi ka improved form jo hai,</w:t>
      </w:r>
    </w:p>
    <w:p>
      <w:pPr>
        <w:jc w:val="right"/>
      </w:pPr>
      <w:r>
        <w:t>اب یہ گاڑی، وہ گاڑی، دنیا بھر کی گاڑیاں بن رہی ہیں۔ اس وجہ سے پیراڈائز پر شک کرنے کی کوئی گنجائش نہیں کسی کے لیے نہیں ہے۔ کیونکہ جب ام پرفیکٹ پیراڈائز آج ہی ہم دیکھ رہے ہیں، تو اب ہم یقین کر سکتے ہیں کہ اسی کا امپرووڈ فارم جو ہے،</w:t>
      </w:r>
    </w:p>
    <w:p>
      <w:r>
        <w:rPr>
          <w:b/>
        </w:rPr>
        <w:t xml:space="preserve">[56:41] </w:t>
      </w:r>
      <w:r>
        <w:t>woh to bohat asan hai.</w:t>
      </w:r>
    </w:p>
    <w:p>
      <w:pPr>
        <w:jc w:val="right"/>
      </w:pPr>
      <w:r>
        <w:t>وہ تو بہت آسان ہے۔</w:t>
      </w:r>
    </w:p>
    <w:p>
      <w:r>
        <w:rPr>
          <w:b/>
        </w:rPr>
        <w:t xml:space="preserve">[56:45] </w:t>
      </w:r>
      <w:r>
        <w:t>to beharhal, woh woh baat un ki samajh mein aayi, aur us ko unhon ne maan liya.</w:t>
      </w:r>
    </w:p>
    <w:p>
      <w:pPr>
        <w:jc w:val="right"/>
      </w:pPr>
      <w:r>
        <w:t>تو بہرحال، وہ وہ بات ان کی سمجھ میں آئی، اور اس کو انہوں نے مان لیا۔</w:t>
      </w:r>
    </w:p>
    <w:p>
      <w:r>
        <w:rPr>
          <w:b/>
        </w:rPr>
        <w:t xml:space="preserve">[56:53] </w:t>
      </w:r>
      <w:r>
        <w:t>to agar aadmi apni aqal ko istemal kare, agar woh soche, to kuch bhi mushkil nahi hai paradise ke mamle ko samajhna.</w:t>
      </w:r>
    </w:p>
    <w:p>
      <w:pPr>
        <w:jc w:val="right"/>
      </w:pPr>
      <w:r>
        <w:t>تو اگر آدمی اپنی عقل کو استعمال کرے، اگر وہ سوچے، تو کچھ بھی مشکل نہیں ہے پیراڈائز کے معاملے کو سمجھنا۔</w:t>
      </w:r>
    </w:p>
    <w:p>
      <w:r>
        <w:rPr>
          <w:b/>
        </w:rPr>
        <w:t xml:space="preserve">[57:12] </w:t>
      </w:r>
      <w:r>
        <w:t>yeh koi bhi, yeh koi speculation ki baat nahi hai. yeh koi khayali baat nahi hai. yeh bilkul aqal mein aane wali baat hai. aqal ke aitbar se poori tarah woh understandable hai, woh baat.</w:t>
      </w:r>
    </w:p>
    <w:p>
      <w:pPr>
        <w:jc w:val="right"/>
      </w:pPr>
      <w:r>
        <w:t>یہ کوئی بھی، یہ کوئی سپریسیشن کی بات نہیں ہے۔ یہ کوئی خیالی بات نہیں ہے۔ یہ بالکل عقل میں آنے والی بات ہے۔ عقل کے اعتبار سے پوری طرح وہ انڈرسٹینڈیبل ہے، وہ بات۔</w:t>
      </w:r>
    </w:p>
    <w:p>
      <w:r>
        <w:rPr>
          <w:b/>
        </w:rPr>
        <w:t xml:space="preserve">[57:28] </w:t>
      </w:r>
      <w:r>
        <w:t>hum jo desire le kar paida hote hain dunya mein, in sare desire ka imperfect</w:t>
      </w:r>
    </w:p>
    <w:p>
      <w:pPr>
        <w:jc w:val="right"/>
      </w:pPr>
      <w:r>
        <w:t>ہم جو ڈیزائر لے کر پیدا ہوتے ہیں دنیا میں، ان سارے ڈیزائر کا ام پرفیکٹ</w:t>
      </w:r>
    </w:p>
    <w:p>
      <w:r>
        <w:rPr>
          <w:b/>
        </w:rPr>
        <w:t xml:space="preserve">[57:40] </w:t>
      </w:r>
      <w:r>
        <w:t>saman is dunya mein, aaj hi ki dunya mein maujood hai. sari desires ka, koi bhi desire aap sochiye, us ko imperfect form us ka maujood hai, us ki, us ki taskeen ka.</w:t>
      </w:r>
    </w:p>
    <w:p>
      <w:pPr>
        <w:jc w:val="right"/>
      </w:pPr>
      <w:r>
        <w:t>سامان اس دنیا میں، آج ہی کی دنیا میں موجود ہے۔ ساری ڈیزائرز کا، کوئی بھی ڈیزائر آپ سوچیے، اس کو ام پرفیکٹ فارم اس کا موجود ہے، اس کی، اس کی تسکین کا۔</w:t>
      </w:r>
    </w:p>
    <w:p>
      <w:r>
        <w:rPr>
          <w:b/>
        </w:rPr>
        <w:t xml:space="preserve">[57:53] </w:t>
      </w:r>
      <w:r>
        <w:t>to paradise ke concept ka matlab yeh hai ke yahi jo saman is dunya mein aap ko imperfect way mein mil raha hai, wahi zyada perfect surat mein milega.</w:t>
      </w:r>
    </w:p>
    <w:p>
      <w:pPr>
        <w:jc w:val="right"/>
      </w:pPr>
      <w:r>
        <w:t>تو پیراڈائز کے کانسیپٹ کا مطلب یہ ہے کہ یہی جو سامان اس دنیا میں آپ کو ام پرفیکٹ وے میں مل رہا ہے، وہی زیادہ پرفیکٹ صورت میں ملے گا۔</w:t>
      </w:r>
    </w:p>
    <w:p>
      <w:r>
        <w:rPr>
          <w:b/>
        </w:rPr>
        <w:t xml:space="preserve">[58:06] </w:t>
      </w:r>
      <w:r>
        <w:t>ya maujooda dunya ka zyada tarqi yafta surat, maujooda dunya ki zyada tarqi yafta surat.</w:t>
      </w:r>
    </w:p>
    <w:p>
      <w:pPr>
        <w:jc w:val="right"/>
      </w:pPr>
      <w:r>
        <w:t>یا موجودہ دنیا کا زیادہ ترقی یافتہ صورت، موجودہ دنیا کی زیادہ ترقی یافتہ صورت۔</w:t>
      </w:r>
    </w:p>
    <w:p>
      <w:r>
        <w:rPr>
          <w:b/>
        </w:rPr>
        <w:t xml:space="preserve">[58:16] </w:t>
      </w:r>
      <w:r>
        <w:t>to main to samajhta hoon ke is mein zara bhi shak ki gunjaish nahi hai ke ek din aane wala hai jab ke paradise samne aaye.</w:t>
      </w:r>
    </w:p>
    <w:p>
      <w:pPr>
        <w:jc w:val="right"/>
      </w:pPr>
      <w:r>
        <w:t>تو میں تو سمجھتا ہوں کہ اس میں ذرا بھی شک کی گنجائش نہیں ہے کہ ایک دن آنے والا ہے جب کہ پیراڈائز سامنے آئے۔</w:t>
      </w:r>
    </w:p>
    <w:p>
      <w:r>
        <w:rPr>
          <w:b/>
        </w:rPr>
        <w:t xml:space="preserve">[58:28] </w:t>
      </w:r>
      <w:r>
        <w:t>lekin paradise mein woh log jayenge jo paradise ko isi dunya mein discover kar chuke hon.</w:t>
      </w:r>
    </w:p>
    <w:p>
      <w:pPr>
        <w:jc w:val="right"/>
      </w:pPr>
      <w:r>
        <w:t>لیکن پیراڈائز میں وہ لوگ جائیں گے جو پیراڈائز کو اسی دنیا میں ڈسکور کر چکے ہوں۔</w:t>
      </w:r>
    </w:p>
    <w:p>
      <w:r>
        <w:rPr>
          <w:b/>
        </w:rPr>
        <w:t xml:space="preserve">[58:35] </w:t>
      </w:r>
      <w:r>
        <w:t>yaad rakhiye, paradise milne ki satah par to maut ke baad milegi, lekin daryaft ki satah par aap ko aaj hi ki dunya mein us ki daryaft honi chahiye.</w:t>
      </w:r>
    </w:p>
    <w:p>
      <w:pPr>
        <w:jc w:val="right"/>
      </w:pPr>
      <w:r>
        <w:t>یاد رکھیے، پیراڈائز ملنے کی سطح پر تو موت کے بعد ملے گی، لیکن دریافت کی سطح پر آپ کو آج ہی کی دنیا میں اس کی دریافت ہونی چاہیے۔</w:t>
      </w:r>
    </w:p>
    <w:p>
      <w:r>
        <w:rPr>
          <w:b/>
        </w:rPr>
        <w:t xml:space="preserve">[58:49] </w:t>
      </w:r>
      <w:r>
        <w:t>to jin logon ne aaj hi discover kar liya paradise ko, wahi kal paradise, wahi woh log hain jin ke liye kal paradise ke gate khole jayenge.</w:t>
      </w:r>
    </w:p>
    <w:p>
      <w:pPr>
        <w:jc w:val="right"/>
      </w:pPr>
      <w:r>
        <w:t>تو جن لوگوں نے آج ہی ڈسکور کر لیا پیراڈائز کو، وہی کل پیراڈائز، وہی وہ لوگ ہیں جن کے لیے کل پیراڈائز کے گیٹ کھولے جائیں گے۔</w:t>
      </w:r>
    </w:p>
    <w:p>
      <w:r>
        <w:rPr>
          <w:b/>
        </w:rPr>
        <w:t xml:space="preserve">[59:00] </w:t>
      </w:r>
      <w:r>
        <w:t>aqool qawli haza wastaghfirullaha li walakum ajmaeen.</w:t>
      </w:r>
    </w:p>
    <w:p>
      <w:pPr>
        <w:jc w:val="right"/>
      </w:pPr>
      <w:r>
        <w:t>أقول قولي هذا واستغفر الله لي ولكم اجمعين.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