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 Search of Truth 6 Aug 2006 - Maulana Wahiduddin Khan</w:t>
      </w:r>
    </w:p>
    <w:p>
      <w:r>
        <w:t>https://www.youtube.com/watch?v=f8sqv7h-V4o</w:t>
      </w:r>
    </w:p>
    <w:p>
      <w:r>
        <w:rPr>
          <w:b/>
        </w:rPr>
        <w:t xml:space="preserve">[00:13] </w:t>
      </w:r>
      <w:r>
        <w:t>bismillah rahman rahim, wasallallahu ala nabiyil kareem. rab ishrah li sadri, wa yassir li amri, wah 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[00:30] </w:t>
      </w:r>
      <w:r>
        <w:t>yaf qahu qawli.</w:t>
      </w:r>
    </w:p>
    <w:p>
      <w:pPr>
        <w:jc w:val="right"/>
      </w:pPr>
      <w:r>
        <w:t>یفقہ قولی۔</w:t>
      </w:r>
    </w:p>
    <w:p>
      <w:r>
        <w:rPr>
          <w:b/>
        </w:rPr>
        <w:t xml:space="preserve">[00:34] </w:t>
      </w:r>
      <w:r>
        <w:t>aaj ka topic</w:t>
      </w:r>
    </w:p>
    <w:p>
      <w:pPr>
        <w:jc w:val="right"/>
      </w:pPr>
      <w:r>
        <w:t>آج کا ٹاپک</w:t>
      </w:r>
    </w:p>
    <w:p>
      <w:r>
        <w:rPr>
          <w:b/>
        </w:rPr>
        <w:t xml:space="preserve">[00:39] </w:t>
      </w:r>
      <w:r>
        <w:t>"in search of truth" hai. sachai ki talash.</w:t>
      </w:r>
    </w:p>
    <w:p>
      <w:pPr>
        <w:jc w:val="right"/>
      </w:pPr>
      <w:r>
        <w:t>"ان سرچ آف ٹروتھ" ہے۔ سچائی کی تلاش۔</w:t>
      </w:r>
    </w:p>
    <w:p>
      <w:r>
        <w:rPr>
          <w:b/>
        </w:rPr>
        <w:t xml:space="preserve">[00:50] </w:t>
      </w:r>
      <w:r>
        <w:t>sachai ki talash aik aisa phenomena hai jo sirf insan mein paya jata hai.</w:t>
      </w:r>
    </w:p>
    <w:p>
      <w:pPr>
        <w:jc w:val="right"/>
      </w:pPr>
      <w:r>
        <w:t>سچائی کی تلاش ایک ایسا فیناومینا ہے جو صرف انسان میں پایا جاتا ہے۔</w:t>
      </w:r>
    </w:p>
    <w:p>
      <w:r>
        <w:rPr>
          <w:b/>
        </w:rPr>
        <w:t xml:space="preserve">[01:01] </w:t>
      </w:r>
      <w:r>
        <w:t>aap</w:t>
      </w:r>
    </w:p>
    <w:p>
      <w:pPr>
        <w:jc w:val="right"/>
      </w:pPr>
      <w:r>
        <w:t>آپ</w:t>
      </w:r>
    </w:p>
    <w:p>
      <w:r>
        <w:rPr>
          <w:b/>
        </w:rPr>
        <w:t xml:space="preserve">[01:02] </w:t>
      </w:r>
      <w:r>
        <w:t>jante hain ke jo animals hain, unka mind sirf do baton par chalta hai: food aur security.</w:t>
      </w:r>
    </w:p>
    <w:p>
      <w:pPr>
        <w:jc w:val="right"/>
      </w:pPr>
      <w:r>
        <w:t>جانتے ہیں کہ جو اینیملز ہیں، ان کا مائنڈ صرف دو باتوں پر چلتا ہے: فوڈ اور سیکیورٹی۔</w:t>
      </w:r>
    </w:p>
    <w:p>
      <w:r>
        <w:rPr>
          <w:b/>
        </w:rPr>
        <w:t xml:space="preserve">[01:14] </w:t>
      </w:r>
      <w:r>
        <w:t>bas. aur koi teesra problem unke mind ko pareshan nahi karta.</w:t>
      </w:r>
    </w:p>
    <w:p>
      <w:pPr>
        <w:jc w:val="right"/>
      </w:pPr>
      <w:r>
        <w:t>بس۔ اور کوئی تیسرا پرابلم ان کے مائنڈ کو پریشان نہیں کرتا۔</w:t>
      </w:r>
    </w:p>
    <w:p>
      <w:r>
        <w:rPr>
          <w:b/>
        </w:rPr>
        <w:t xml:space="preserve">[01:23] </w:t>
      </w:r>
      <w:r>
        <w:t>misalan, koi bakri yeh nahi sochti ke sher kyon non vegetarian hai, ya koi sher yeh nahi sochta ke koi bakri vegetarian kyon hai.</w:t>
      </w:r>
    </w:p>
    <w:p>
      <w:pPr>
        <w:jc w:val="right"/>
      </w:pPr>
      <w:r>
        <w:t>مثلاً، کوئی بکری یہ نہیں سوچتی کہ شیر کیوں نان ویجیٹیرین ہے، یا کوئی شیر یہ نہیں سوچتا کہ کوئی بکری ویجیٹیرین کیوں ہے۔</w:t>
      </w:r>
    </w:p>
    <w:p>
      <w:r>
        <w:rPr>
          <w:b/>
        </w:rPr>
        <w:t xml:space="preserve">[01:39] </w:t>
      </w:r>
      <w:r>
        <w:t>yeh sawal unke mind ko pareshan nahi karta.</w:t>
      </w:r>
    </w:p>
    <w:p>
      <w:pPr>
        <w:jc w:val="right"/>
      </w:pPr>
      <w:r>
        <w:t>یہ سوال ان کے مائنڈ کو پادر نہیں کرتا۔</w:t>
      </w:r>
    </w:p>
    <w:p>
      <w:r>
        <w:rPr>
          <w:b/>
        </w:rPr>
        <w:t xml:space="preserve">[01:45] </w:t>
      </w:r>
      <w:r>
        <w:t>koi mountain kabhi yeh nahi sochta ke main toh thehra hua hoon aur darya kyon flow karta hai, behta hai.</w:t>
      </w:r>
    </w:p>
    <w:p>
      <w:pPr>
        <w:jc w:val="right"/>
      </w:pPr>
      <w:r>
        <w:t>کوئی ماؤنٹین کبھی یہ نہیں سوچتا کہ میں تو ٹھہرا ہوا ہوں اور دریا کیوں فلو کرتا ہے، بہتا ہے۔</w:t>
      </w:r>
    </w:p>
    <w:p>
      <w:r>
        <w:rPr>
          <w:b/>
        </w:rPr>
        <w:t xml:space="preserve">[01:55] </w:t>
      </w:r>
      <w:r>
        <w:t>yeh darya kabhi yeh nahi sochti ke main toh behti hoon, mountain khara hua kyon hai. yeh sab question insan ke siwa jo rest of the world hai, us mein kisi ko pareshan nahi karte.</w:t>
      </w:r>
    </w:p>
    <w:p>
      <w:pPr>
        <w:jc w:val="right"/>
      </w:pPr>
      <w:r>
        <w:t>یہ دریا کبھی یہ نہیں سوچتی کہ میں تو بہتی ہوں، ماؤنٹین کھڑا ہوا کیوں ہے۔ یہ سب کوئسچن انسان کے سوا جو ریسٹ آف دا ورلڈ ہے، اس میں کسی کو پادر نہیں کرتے۔</w:t>
      </w:r>
    </w:p>
    <w:p>
      <w:r>
        <w:rPr>
          <w:b/>
        </w:rPr>
        <w:t xml:space="preserve">[02:11] </w:t>
      </w:r>
      <w:r>
        <w:t>yeh sirf insan hai jo is tarah ke baton ko sochta hai.</w:t>
      </w:r>
    </w:p>
    <w:p>
      <w:pPr>
        <w:jc w:val="right"/>
      </w:pPr>
      <w:r>
        <w:t>یہ صرف انسان ہے جو اس طرح کے باتوں کو سوچتا ہے۔</w:t>
      </w:r>
    </w:p>
    <w:p>
      <w:r>
        <w:rPr>
          <w:b/>
        </w:rPr>
        <w:t xml:space="preserve">[02:16] </w:t>
      </w:r>
      <w:r>
        <w:t>woh zindagi ko, universe ko, explain karna chahta hai. isi liye kaha gaya hai ke "man is an explanation seeking animal".</w:t>
      </w:r>
    </w:p>
    <w:p>
      <w:pPr>
        <w:jc w:val="right"/>
      </w:pPr>
      <w:r>
        <w:t>وہ زندگی کو، یونیورس کو، ایکسپلین کرنا چاہتا ہے۔ اسی لیے کہا گیا ہے کہ "مین از ا مین از این ایکسپلینیشن سیکنگ اینیمل"۔</w:t>
      </w:r>
    </w:p>
    <w:p>
      <w:r>
        <w:rPr>
          <w:b/>
        </w:rPr>
        <w:t xml:space="preserve">[02:36] </w:t>
      </w:r>
      <w:r>
        <w:t>toh isi question ke bare mein is waqt mein kuch baat karna chahta hoon.</w:t>
      </w:r>
    </w:p>
    <w:p>
      <w:pPr>
        <w:jc w:val="right"/>
      </w:pPr>
      <w:r>
        <w:t>تو اسی کوئسچن کے بارے میں اس وقت میں کچھ بات کرنا چاہتا ہوں۔</w:t>
      </w:r>
    </w:p>
    <w:p>
      <w:r>
        <w:rPr>
          <w:b/>
        </w:rPr>
        <w:t xml:space="preserve">[02:44] </w:t>
      </w:r>
      <w:r>
        <w:t>dekhiye, yeh jo soch hai, yani explanation dhoondne ki jo koshish hai, yeh sab se pehle philosophy mein shuru hui.</w:t>
      </w:r>
    </w:p>
    <w:p>
      <w:pPr>
        <w:jc w:val="right"/>
      </w:pPr>
      <w:r>
        <w:t>دیکھیے، یہ جو سوچ ہے، یعنی ایکسپلینیشن ڈھونڈنے کی جو کوشش ہے، یہ سب سے پہلے فلاسفی میں شروع ہوئی۔</w:t>
      </w:r>
    </w:p>
    <w:p>
      <w:r>
        <w:rPr>
          <w:b/>
        </w:rPr>
        <w:t xml:space="preserve">[02:57] </w:t>
      </w:r>
      <w:r>
        <w:t>philosophy mein.</w:t>
      </w:r>
    </w:p>
    <w:p>
      <w:pPr>
        <w:jc w:val="right"/>
      </w:pPr>
      <w:r>
        <w:t>فلاسفی میں۔</w:t>
      </w:r>
    </w:p>
    <w:p>
      <w:r>
        <w:rPr>
          <w:b/>
        </w:rPr>
        <w:t xml:space="preserve">[03:03] </w:t>
      </w:r>
      <w:r>
        <w:t>phir philosophy ki history kaha jata hai ke paanch hazar saal tak jati hai.</w:t>
      </w:r>
    </w:p>
    <w:p>
      <w:pPr>
        <w:jc w:val="right"/>
      </w:pPr>
      <w:r>
        <w:t>پھر فلاسفی کی ہسٹری کہا جاتا ہے کہ پانچ ہزار سال تک جاتی ہے۔</w:t>
      </w:r>
    </w:p>
    <w:p>
      <w:r>
        <w:rPr>
          <w:b/>
        </w:rPr>
        <w:t xml:space="preserve">[03:12] </w:t>
      </w:r>
      <w:r>
        <w:t>yunan mein baray baray paida hue philosophers, koi dhai hazar saal pehle. is se pehle bhi philosophy maujood thi duniya mein.</w:t>
      </w:r>
    </w:p>
    <w:p>
      <w:pPr>
        <w:jc w:val="right"/>
      </w:pPr>
      <w:r>
        <w:t>یونان میں بڑے بڑے پیدا ہوئے فلاسفرز، کوئی ڈھائی ہزار سال پہلے۔ اس سے پہلے بھی فلاسفی موجود تھی دنیا میں۔</w:t>
      </w:r>
    </w:p>
    <w:p>
      <w:r>
        <w:rPr>
          <w:b/>
        </w:rPr>
        <w:t xml:space="preserve">[03:22] </w:t>
      </w:r>
      <w:r>
        <w:t>toh Plato aur Aristotle log is line mein top ke samjhate hain. aur hazaron log paida hue.</w:t>
      </w:r>
    </w:p>
    <w:p>
      <w:pPr>
        <w:jc w:val="right"/>
      </w:pPr>
      <w:r>
        <w:t>تو پلیٹو اور اسٹارٹل لوگ اس لائن میں ٹاپ کے سمجھاتے ہیں۔ اور ہزاروں لوگ پیدا ہوئے۔</w:t>
      </w:r>
    </w:p>
    <w:p>
      <w:r>
        <w:rPr>
          <w:b/>
        </w:rPr>
        <w:t xml:space="preserve">[03:31] </w:t>
      </w:r>
      <w:r>
        <w:t>main samajhta hoon ke yeh kehna galat nahi hoga ke pichle paanch hazar saal mein duniya ke top most brain philosophy mein engage rahe hain.</w:t>
      </w:r>
    </w:p>
    <w:p>
      <w:pPr>
        <w:jc w:val="right"/>
      </w:pPr>
      <w:r>
        <w:t>میں سمجھتا ہوں کہ یہ کہنا غلط نہیں ہوگا کہ پچھلے پانچ ہزار سال میں دنیا کے ٹاپ موسٹ برین فلاسفی میں انگیج رہے ہیں۔</w:t>
      </w:r>
    </w:p>
    <w:p>
      <w:r>
        <w:rPr>
          <w:b/>
        </w:rPr>
        <w:t xml:space="preserve">[03:50] </w:t>
      </w:r>
      <w:r>
        <w:t>top most brain. aap jante hain ke yeh Plato aur Aristotle, Socrates, yeh bohat hi baray dimagh</w:t>
      </w:r>
    </w:p>
    <w:p>
      <w:pPr>
        <w:jc w:val="right"/>
      </w:pPr>
      <w:r>
        <w:t>ٹاپ موسٹ برین۔ آپ جانتے ہیں کہ یہ پلیٹو اور ارسٹوٹل، ساکریٹیز، یہ بہت ہی بڑے دما</w:t>
      </w:r>
    </w:p>
    <w:p>
      <w:r>
        <w:rPr>
          <w:b/>
        </w:rPr>
        <w:t xml:space="preserve">[04:01] </w:t>
      </w:r>
      <w:r>
        <w:t>gh the yeh log. toh is tarah ke hazaron hazar log philosophy mein lage rahe hain. philosophy ke bare mein kaha jata hai ke "philosophy is thought about thought".</w:t>
      </w:r>
    </w:p>
    <w:p>
      <w:pPr>
        <w:jc w:val="right"/>
      </w:pPr>
      <w:r>
        <w:t>غ تھے یہ لوگ۔ تو اس طرح کے ہزاروں ہزار لوگ فلاسفی میں لگے رہے ہیں۔ فلاسفی کے بارے میں کہا جاتا ہے کہ "فلاسفی از تھاٹ اباؤٹ تھاٹ"۔</w:t>
      </w:r>
    </w:p>
    <w:p>
      <w:r>
        <w:rPr>
          <w:b/>
        </w:rPr>
        <w:t xml:space="preserve">[04:18] </w:t>
      </w:r>
      <w:r>
        <w:t>isi tarah kaha jata hai ke philosophy ka matlab kya hai? ultimate truth ke liye rational pursuit.</w:t>
      </w:r>
    </w:p>
    <w:p>
      <w:pPr>
        <w:jc w:val="right"/>
      </w:pPr>
      <w:r>
        <w:t>اسی طرح کہا جاتا ہے کہ فلاسفی کا مطلب کیا ہے؟ الٹیمیٹ ٹروتھ کے لیے ریشنل پرسوٹ۔</w:t>
      </w:r>
    </w:p>
    <w:p>
      <w:r>
        <w:rPr>
          <w:b/>
        </w:rPr>
        <w:t xml:space="preserve">[04:31] </w:t>
      </w:r>
      <w:r>
        <w:t>yeh hai definition philosophy ki.</w:t>
      </w:r>
    </w:p>
    <w:p>
      <w:pPr>
        <w:jc w:val="right"/>
      </w:pPr>
      <w:r>
        <w:t>یہ ہے ڈیفینیشن فلاسفی کی۔</w:t>
      </w:r>
    </w:p>
    <w:p>
      <w:r>
        <w:rPr>
          <w:b/>
        </w:rPr>
        <w:t xml:space="preserve">[04:36] </w:t>
      </w:r>
      <w:r>
        <w:t>observation ke baghair sirf reason ki base par cheezon ko janne ki koshish karta karna, yeh hai philosophy.</w:t>
      </w:r>
    </w:p>
    <w:p>
      <w:pPr>
        <w:jc w:val="right"/>
      </w:pPr>
      <w:r>
        <w:t>ابزرویشن کے بغیر صرف ریزن کی بیس پر چیزوں کو جاننے کی کوشش کرتا کرنا، یہ ہے فلاسفی۔</w:t>
      </w:r>
    </w:p>
    <w:p>
      <w:r>
        <w:rPr>
          <w:b/>
        </w:rPr>
        <w:t xml:space="preserve">[04:48] </w:t>
      </w:r>
      <w:r>
        <w:t>sochne ki baat hai ke top most brain paanch hazar saal se</w:t>
      </w:r>
    </w:p>
    <w:p>
      <w:pPr>
        <w:jc w:val="right"/>
      </w:pPr>
      <w:r>
        <w:t>سوچنے کی بات ہے کہ ٹاپ موسٹ برین پانچ ہزار سال سے</w:t>
      </w:r>
    </w:p>
    <w:p>
      <w:r>
        <w:rPr>
          <w:b/>
        </w:rPr>
        <w:t xml:space="preserve">[04:57] </w:t>
      </w:r>
      <w:r>
        <w:t>flask philosophical question mein mehnat kar rahe hain, lekin aaj tak</w:t>
      </w:r>
    </w:p>
    <w:p>
      <w:pPr>
        <w:jc w:val="right"/>
      </w:pPr>
      <w:r>
        <w:t>فلاسک فلاسفیکل کوئسچن میں محنت کر رہے ہیں، لیکن آج تک</w:t>
      </w:r>
    </w:p>
    <w:p>
      <w:r>
        <w:rPr>
          <w:b/>
        </w:rPr>
        <w:t xml:space="preserve">[05:08] </w:t>
      </w:r>
      <w:r>
        <w:t>kuch bhi woh achieve nahi kar sake.</w:t>
      </w:r>
    </w:p>
    <w:p>
      <w:pPr>
        <w:jc w:val="right"/>
      </w:pPr>
      <w:r>
        <w:t>کچھ بھی وہ اچیو نہیں کر سکے۔</w:t>
      </w:r>
    </w:p>
    <w:p>
      <w:r>
        <w:rPr>
          <w:b/>
        </w:rPr>
        <w:t xml:space="preserve">[05:13] </w:t>
      </w:r>
      <w:r>
        <w:t>philosophy ka jo word hai, literal meaning to iska hai ke "love of wisdom".</w:t>
      </w:r>
    </w:p>
    <w:p>
      <w:pPr>
        <w:jc w:val="right"/>
      </w:pPr>
      <w:r>
        <w:t>فلاسفی کا جو ورڈ ہے، لٹرل میننگ تو اس کا ہے کہ "لو آف وزڈم"۔ لٹرل میننگ "لو آف وزڈم"۔</w:t>
      </w:r>
    </w:p>
    <w:p>
      <w:r>
        <w:rPr>
          <w:b/>
        </w:rPr>
        <w:t xml:space="preserve">[05:25] </w:t>
      </w:r>
      <w:r>
        <w:t>lekin jahan tak mein janta hoon, philosophy jo hai, iske siwa kuch nahi ke woh hai "art of confusion".</w:t>
      </w:r>
    </w:p>
    <w:p>
      <w:pPr>
        <w:jc w:val="right"/>
      </w:pPr>
      <w:r>
        <w:t>لیکن جہاں تک میں جانتا ہوں، فلاسفی جو ہے، اس کے سوا کچھ نہیں کہ وہ ہے "ارٹ آف کنفیوژن"۔</w:t>
      </w:r>
    </w:p>
    <w:p>
      <w:r>
        <w:rPr>
          <w:b/>
        </w:rPr>
        <w:t xml:space="preserve">[05:37] </w:t>
      </w:r>
      <w:r>
        <w:t>"art of confusion".</w:t>
      </w:r>
    </w:p>
    <w:p>
      <w:pPr>
        <w:jc w:val="right"/>
      </w:pPr>
      <w:r>
        <w:t>"ارٹ آف کنفیوژن"۔ میں پورا سوچ سمجھ کے یہ بات کہہ رہا ہوں کہ فلاسفی جو ہے، اس کے سوا کچھ نہیں ہے کہ وہ "ارٹ آف کنفیوژن" ہے۔</w:t>
      </w:r>
    </w:p>
    <w:p>
      <w:r>
        <w:rPr>
          <w:b/>
        </w:rPr>
        <w:t xml:space="preserve">[05:49] </w:t>
      </w:r>
      <w:r>
        <w:t>abhi maine britannica mein jo philosophy par jo article hai, woh 28 pages ka hai.</w:t>
      </w:r>
    </w:p>
    <w:p>
      <w:pPr>
        <w:jc w:val="right"/>
      </w:pPr>
      <w:r>
        <w:t>ابھی میں نے بیٹیکا بیٹانیکا میں جو فلاسفی پر جو آرٹیکل ہے، وہ 28 پیجز کا ہے۔ 28 پیجز کا۔</w:t>
      </w:r>
    </w:p>
    <w:p>
      <w:r>
        <w:rPr>
          <w:b/>
        </w:rPr>
        <w:t xml:space="preserve">[06:02] </w:t>
      </w:r>
      <w:r>
        <w:t>abhi maine isko dekha, 28 pages ka just kya hai ke aaj tak philosophers ke beech mein kisi baat par agreement nahi ho saka.</w:t>
      </w:r>
    </w:p>
    <w:p>
      <w:pPr>
        <w:jc w:val="right"/>
      </w:pPr>
      <w:r>
        <w:t>ابھی میں نے اس کو دیکھا، 28 پیجز کا جسٹ کیا ہے کہ آج تک فلاسفرز کے بیچ میں کسی بات پر ایگریمنٹ نہیں ہو سکا۔</w:t>
      </w:r>
    </w:p>
    <w:p>
      <w:r>
        <w:rPr>
          <w:b/>
        </w:rPr>
        <w:t xml:space="preserve">[06:17] </w:t>
      </w:r>
      <w:r>
        <w:t>hata ke is par bhi agreement nahi hai ke iska kya proof hai ke insan mein hoon, mein exist karta hoon, iska kya proof hai.</w:t>
      </w:r>
    </w:p>
    <w:p>
      <w:pPr>
        <w:jc w:val="right"/>
      </w:pPr>
      <w:r>
        <w:t>حتیٰ کہ اس پر بھی ایگریمنٹ نہیں ہے کہ اس کا کیا پروف ہے کہ انسان میں ہوں، میں ایگزسٹ کرتا ہوں، اس کا کیا پروف ہے۔ اس پر بھی فلاسفر کا ایگریمنٹ نہیں ہے۔</w:t>
      </w:r>
    </w:p>
    <w:p>
      <w:r>
        <w:rPr>
          <w:b/>
        </w:rPr>
        <w:t xml:space="preserve">[06:28] </w:t>
      </w:r>
      <w:r>
        <w:t>kisi baat par bhi nahi.</w:t>
      </w:r>
    </w:p>
    <w:p>
      <w:pPr>
        <w:jc w:val="right"/>
      </w:pPr>
      <w:r>
        <w:t>کسی بات پر بھی نہیں۔</w:t>
      </w:r>
    </w:p>
    <w:p>
      <w:r>
        <w:rPr>
          <w:b/>
        </w:rPr>
        <w:t xml:space="preserve">[06:32] </w:t>
      </w:r>
      <w:r>
        <w:t>to maine socha ke aisa kyun hua</w:t>
      </w:r>
    </w:p>
    <w:p>
      <w:pPr>
        <w:jc w:val="right"/>
      </w:pPr>
      <w:r>
        <w:t>تو میں نے سوچا کہ ایسا کیوں ہوا</w:t>
      </w:r>
    </w:p>
    <w:p>
      <w:r>
        <w:rPr>
          <w:b/>
        </w:rPr>
        <w:t xml:space="preserve">[06:37] </w:t>
      </w:r>
      <w:r>
        <w:t>ke philosophers ke beech mein agreement na ho saka? aisa kyun hua? dekhiye, iska bohat simple reason hai.</w:t>
      </w:r>
    </w:p>
    <w:p>
      <w:pPr>
        <w:jc w:val="right"/>
      </w:pPr>
      <w:r>
        <w:t>کہ فلاسفرز کے بیچ میں ایگریمنٹ نہ ہو سکا؟ ایسا کیوں ہوا؟ دیکھیے، اس کا بہت سمپل ریزن ہے۔</w:t>
      </w:r>
    </w:p>
    <w:p>
      <w:r>
        <w:rPr>
          <w:b/>
        </w:rPr>
        <w:t xml:space="preserve">[06:46] </w:t>
      </w:r>
      <w:r>
        <w:t>woh kya? philosophy mein koi external criteria nahi hai baat ko judge karne ka.</w:t>
      </w:r>
    </w:p>
    <w:p>
      <w:pPr>
        <w:jc w:val="right"/>
      </w:pPr>
      <w:r>
        <w:t>وہ کیا؟ فلاسفی میں کوئی ایکسٹرنل کرائٹیریا نہیں ہے بات کو جج کرنے کا۔</w:t>
      </w:r>
    </w:p>
    <w:p>
      <w:r>
        <w:rPr>
          <w:b/>
        </w:rPr>
        <w:t xml:space="preserve">[06:57] </w:t>
      </w:r>
      <w:r>
        <w:t>har aadmi apne mind se sochta hai.</w:t>
      </w:r>
    </w:p>
    <w:p>
      <w:pPr>
        <w:jc w:val="right"/>
      </w:pPr>
      <w:r>
        <w:t>ہر آدمی اپنے مائنڈ سے سوچتا ہے۔</w:t>
      </w:r>
    </w:p>
    <w:p>
      <w:r>
        <w:rPr>
          <w:b/>
        </w:rPr>
        <w:t xml:space="preserve">[07:00] </w:t>
      </w:r>
      <w:r>
        <w:t>agar log sirf apne mind se sochein to kabhi bhi agreement nahi hoga.</w:t>
      </w:r>
    </w:p>
    <w:p>
      <w:pPr>
        <w:jc w:val="right"/>
      </w:pPr>
      <w:r>
        <w:t>اگر لوگ صرف اپنے مائنڈ سے سوچیں تو کبھی بھی ایگریمنٹ نہیں ہوگا۔ ایگریمنٹ کے لیے مجھ سے باہر ایک کرائٹیریا ہونا چاہیے جس پر ہم جج کر سکیں۔</w:t>
      </w:r>
    </w:p>
    <w:p>
      <w:r>
        <w:rPr>
          <w:b/>
        </w:rPr>
        <w:t xml:space="preserve">[07:14] </w:t>
      </w:r>
      <w:r>
        <w:t>jaise ke ab meter hai hamare haan, meter hota hai, sab log meter se napte hain.</w:t>
      </w:r>
    </w:p>
    <w:p>
      <w:pPr>
        <w:jc w:val="right"/>
      </w:pPr>
      <w:r>
        <w:t>جیسے کہ اب میٹر ہے ہمارے ہاں، میٹر ہوتا ہے، سب لوگ میٹر سے ناپتے ہیں۔ اس میٹر کا ایک کرائٹیریا ہے۔ پیرس کے میوزیم میں ایک رکھا ہوا ہے میٹر۔</w:t>
      </w:r>
    </w:p>
    <w:p>
      <w:r>
        <w:rPr>
          <w:b/>
        </w:rPr>
        <w:t xml:space="preserve">[07:26] </w:t>
      </w:r>
      <w:r>
        <w:t>isi ke nap se dekha jata hai.</w:t>
      </w:r>
    </w:p>
    <w:p>
      <w:pPr>
        <w:jc w:val="right"/>
      </w:pPr>
      <w:r>
        <w:t>اسی کے ناپ سے دیکھا جاتا ہے۔ اس سے نہ بڑا نہ اس سے چھوٹا۔</w:t>
      </w:r>
    </w:p>
    <w:p>
      <w:r>
        <w:rPr>
          <w:b/>
        </w:rPr>
        <w:t xml:space="preserve">[07:32] </w:t>
      </w:r>
      <w:r>
        <w:t>agar yeh na ho to log koi chota banayein, koi bada banayein ge.</w:t>
      </w:r>
    </w:p>
    <w:p>
      <w:pPr>
        <w:jc w:val="right"/>
      </w:pPr>
      <w:r>
        <w:t>اگر یہ نہ ہو تو لوگ کوئی چھوٹا بنائیں، کوئی بڑا بنائیں گے۔ اپنے اپنے سمجھ سے۔ تو ایگریمنٹ کے لیے دیکھیے، ضروری ہے کہ مجھ سے باہر، آپ سے باہر ایک کرائٹیریا ہو۔</w:t>
      </w:r>
    </w:p>
    <w:p>
      <w:r>
        <w:rPr>
          <w:b/>
        </w:rPr>
        <w:t xml:space="preserve">[07:50] </w:t>
      </w:r>
      <w:r>
        <w:t>jis par hum judge kar sakein, kisi agreement par pahunch sakein.</w:t>
      </w:r>
    </w:p>
    <w:p>
      <w:pPr>
        <w:jc w:val="right"/>
      </w:pPr>
      <w:r>
        <w:t>جس پر ہم جج کر سکیں، کسی ایگریمنٹ پر پہنچ سکیں۔ چونکہ فلاسفی میں کوئی ایکسٹرنل کرائٹیریا نہیں ہے، اس لیے وہاں ایگریمنٹ بھی نہ ہو سکا۔</w:t>
      </w:r>
    </w:p>
    <w:p>
      <w:r>
        <w:rPr>
          <w:b/>
        </w:rPr>
        <w:t xml:space="preserve">[08:05] </w:t>
      </w:r>
      <w:r>
        <w:t>yeh baat bohat dinon ke sochne ke baad mein keh raha hoon aap ke samne.</w:t>
      </w:r>
    </w:p>
    <w:p>
      <w:pPr>
        <w:jc w:val="right"/>
      </w:pPr>
      <w:r>
        <w:t>یہ بات بہت دنوں کے سوچنے کے بعد میں کہہ رہا ہوں آپ کے سامنے۔</w:t>
      </w:r>
    </w:p>
    <w:p>
      <w:r>
        <w:rPr>
          <w:b/>
        </w:rPr>
        <w:t xml:space="preserve">[08:13] </w:t>
      </w:r>
      <w:r>
        <w:t>achanak nahi keh raha hoon.</w:t>
      </w:r>
    </w:p>
    <w:p>
      <w:pPr>
        <w:jc w:val="right"/>
      </w:pPr>
      <w:r>
        <w:t>اچانک نہیں کہہ رہا ہوں۔</w:t>
      </w:r>
    </w:p>
    <w:p>
      <w:r>
        <w:rPr>
          <w:b/>
        </w:rPr>
        <w:t xml:space="preserve">[08:16] </w:t>
      </w:r>
      <w:r>
        <w:t>chunanche kya hua? bohat lambi koshish ke baad jab insan ne dekha ke philosophical method jo hai, woh hum ko kahin pahunchata nahi hai,</w:t>
      </w:r>
    </w:p>
    <w:p>
      <w:pPr>
        <w:jc w:val="right"/>
      </w:pPr>
      <w:r>
        <w:t>چنانچہ کیا ہوا؟ بہت لمبی کوشش کے بعد جب انسان نے دیکھا کہ فلاسفیکل میتھڈ جو ہے، وہ ہم کو کہیں پہنچاتا نہیں ہے،</w:t>
      </w:r>
    </w:p>
    <w:p>
      <w:r>
        <w:rPr>
          <w:b/>
        </w:rPr>
        <w:t xml:space="preserve">[08:31] </w:t>
      </w:r>
      <w:r>
        <w:t>to kya hua? wahi hua jo aap doosri journey mein karte hain.</w:t>
      </w:r>
    </w:p>
    <w:p>
      <w:pPr>
        <w:jc w:val="right"/>
      </w:pPr>
      <w:r>
        <w:t>تو کیا ہوا؟ وہی ہوا جو آپ دوسری جرنی میں کرتے ہیں۔</w:t>
      </w:r>
    </w:p>
    <w:p>
      <w:r>
        <w:rPr>
          <w:b/>
        </w:rPr>
        <w:t xml:space="preserve">[08:37] </w:t>
      </w:r>
      <w:r>
        <w:t>aap ko jana hai yahan se paris.</w:t>
      </w:r>
    </w:p>
    <w:p>
      <w:pPr>
        <w:jc w:val="right"/>
      </w:pPr>
      <w:r>
        <w:t>آپ کو جانا ہے یہاں سے پیرس۔ جہاز لے جائے گا آپ کو لندن۔ وہاں سے آپ کیا کریں گے؟ وہاں سے پلین بدلیں گے آپ۔</w:t>
      </w:r>
    </w:p>
    <w:p>
      <w:r>
        <w:rPr>
          <w:b/>
        </w:rPr>
        <w:t xml:space="preserve">[08:48] </w:t>
      </w:r>
      <w:r>
        <w:t>us plane se is plane mein jayenge.</w:t>
      </w:r>
    </w:p>
    <w:p>
      <w:pPr>
        <w:jc w:val="right"/>
      </w:pPr>
      <w:r>
        <w:t>اس پلین سے اس پلین میں جائیں گے۔ اگر آپ اسی بیٹھے رہیں، بیٹھے رہیں، بیٹھے رہیں تو آپ پیرس نہیں پہنچ سکیں گے۔</w:t>
      </w:r>
    </w:p>
    <w:p>
      <w:r>
        <w:rPr>
          <w:b/>
        </w:rPr>
        <w:t xml:space="preserve">[08:58] </w:t>
      </w:r>
      <w:r>
        <w:t>isko kehte hain shift.</w:t>
      </w:r>
    </w:p>
    <w:p>
      <w:pPr>
        <w:jc w:val="right"/>
      </w:pPr>
      <w:r>
        <w:t>اس کو کہتے ہیں شفٹ۔</w:t>
      </w:r>
    </w:p>
    <w:p>
      <w:r>
        <w:rPr>
          <w:b/>
        </w:rPr>
        <w:t xml:space="preserve">[09:01] </w:t>
      </w:r>
      <w:r>
        <w:t>to phir ek shift hua history mein. aadmi philosophy se aaya science par.</w:t>
      </w:r>
    </w:p>
    <w:p>
      <w:pPr>
        <w:jc w:val="right"/>
      </w:pPr>
      <w:r>
        <w:t>تو پھر ایک شفٹ ہوا ہسٹری میں۔ آدمی فلاسفی سے آیا سائنس پر۔</w:t>
      </w:r>
    </w:p>
    <w:p>
      <w:r>
        <w:rPr>
          <w:b/>
        </w:rPr>
        <w:t xml:space="preserve">[09:10] </w:t>
      </w:r>
      <w:r>
        <w:t>deen san ke baad ek shift hua hai, yani history of thought mein. ke aadmi ne dekha ke philosophy mein hamare paas koi criteria hota nahi hai, is liye hum kisi agreement par pounchte nahi hain.</w:t>
      </w:r>
    </w:p>
    <w:p>
      <w:pPr>
        <w:jc w:val="right"/>
      </w:pPr>
      <w:r>
        <w:t>دین سان کے بعد ایک شفٹ ہوا ہے، یعنی ہسٹری آف تھاٹ میں۔ کہ آدمی نے دیکھا کہ فلاسفی میں ہمارے پاس کوئی کرائٹیریا ہوتا نہیں ہے، اس لیے ہم کسی ایگریمنٹ پر پہنچتے نہیں ہیں۔</w:t>
      </w:r>
    </w:p>
    <w:p>
      <w:r>
        <w:rPr>
          <w:b/>
        </w:rPr>
        <w:t xml:space="preserve">[09:26] </w:t>
      </w:r>
      <w:r>
        <w:t>to woh aa gaya kis par? physical sciences par.</w:t>
      </w:r>
    </w:p>
    <w:p>
      <w:pPr>
        <w:jc w:val="right"/>
      </w:pPr>
      <w:r>
        <w:t>تو وہ آ گیا کس پر؟ فزیکل سائنسز پر۔</w:t>
      </w:r>
    </w:p>
    <w:p>
      <w:r>
        <w:rPr>
          <w:b/>
        </w:rPr>
        <w:t xml:space="preserve">[09:30] </w:t>
      </w:r>
      <w:r>
        <w:t>yahan is ko maloom hua ke yahan par to ek criteria maujood hai, mujh se bahar. lekin woh criteria kab mila in ko?</w:t>
      </w:r>
    </w:p>
    <w:p>
      <w:pPr>
        <w:jc w:val="right"/>
      </w:pPr>
      <w:r>
        <w:t>یہاں اس کو معلوم ہوا کہ یہاں پر تو ایک کرائٹیریا موجود ہے، مجھ سے باہر۔ لیکن وہ کرائٹیریا کب ملا ان کو؟</w:t>
      </w:r>
    </w:p>
    <w:p>
      <w:r>
        <w:rPr>
          <w:b/>
        </w:rPr>
        <w:t xml:space="preserve">[09:41] </w:t>
      </w:r>
      <w:r>
        <w:t>undemonstratable criteria. woh kab mila? yahan par ek shift ke zariye mila woh.</w:t>
      </w:r>
    </w:p>
    <w:p>
      <w:pPr>
        <w:jc w:val="right"/>
      </w:pPr>
      <w:r>
        <w:t>ان ڈیمونسٹریٹیبل کرائٹیریا۔ وہ کب ملا؟ یہاں پر ایک شفٹ کے ذریعے ملا وہ۔</w:t>
      </w:r>
    </w:p>
    <w:p>
      <w:r>
        <w:rPr>
          <w:b/>
        </w:rPr>
        <w:t xml:space="preserve">[09:50] </w:t>
      </w:r>
      <w:r>
        <w:t>woh yeh mila ke insaan ne</w:t>
      </w:r>
    </w:p>
    <w:p>
      <w:pPr>
        <w:jc w:val="right"/>
      </w:pPr>
      <w:r>
        <w:t>وہ یہ ملا کہ انسان نے</w:t>
      </w:r>
    </w:p>
    <w:p>
      <w:r>
        <w:rPr>
          <w:b/>
        </w:rPr>
        <w:t xml:space="preserve">[09:57] </w:t>
      </w:r>
      <w:r>
        <w:t>phool se us ki khushbu ko alag kar diya. yani flower aur fragrant alag kar diya us ne. us ne kaha ke mujhe khushbu par nahi apna mind istemal karna hai.</w:t>
      </w:r>
    </w:p>
    <w:p>
      <w:pPr>
        <w:jc w:val="right"/>
      </w:pPr>
      <w:r>
        <w:t>پھول سے اس کی خوشبو کو الگ کر دیا۔ یعنی فلاور اور فریگرنٹ الگ کر دیا اس نے۔ اس نے کہا کہ مجھے خوشبو پر نہیں اپنا مائنڈ استعمال کرنا ہے۔</w:t>
      </w:r>
    </w:p>
    <w:p>
      <w:r>
        <w:rPr>
          <w:b/>
        </w:rPr>
        <w:t xml:space="preserve">[10:11] </w:t>
      </w:r>
      <w:r>
        <w:t>mujhe sirf phool ki chemistry ko janna hai.</w:t>
      </w:r>
    </w:p>
    <w:p>
      <w:pPr>
        <w:jc w:val="right"/>
      </w:pPr>
      <w:r>
        <w:t>مجھے صرف پھول کی کیمسٹری کو جاننا ہے۔</w:t>
      </w:r>
    </w:p>
    <w:p>
      <w:r>
        <w:rPr>
          <w:b/>
        </w:rPr>
        <w:t xml:space="preserve">[10:15] </w:t>
      </w:r>
      <w:r>
        <w:t>yani ek hi entity hai, is mein phool hai. ek hai phool ki chemistry, ek hai phool ki khushbu.</w:t>
      </w:r>
    </w:p>
    <w:p>
      <w:pPr>
        <w:jc w:val="right"/>
      </w:pPr>
      <w:r>
        <w:t>یعنی ایک ہی اینٹیٹی ہے، اس میں پھول ہے۔ ایک ہے پھول کی کیمسٹری، ایک ہے پھول کی خوشبو۔</w:t>
      </w:r>
    </w:p>
    <w:p>
      <w:r>
        <w:rPr>
          <w:b/>
        </w:rPr>
        <w:t xml:space="preserve">[10:25] </w:t>
      </w:r>
      <w:r>
        <w:t>to chounke phool ki khushbu ke baray mein koi external criteria available nahi tha, is liye unhon ne kiya kiya? us ko chhor diya.</w:t>
      </w:r>
    </w:p>
    <w:p>
      <w:pPr>
        <w:jc w:val="right"/>
      </w:pPr>
      <w:r>
        <w:t>تو چونکہ پھول کی خوشبو کے بارے میں کوئی ایکسٹرنل کرائٹیریا اویلیبل نہیں تھا، اس لیے انہوں نے کیا کیا؟ اس کو چھوڑ دیا۔</w:t>
      </w:r>
    </w:p>
    <w:p>
      <w:r>
        <w:rPr>
          <w:b/>
        </w:rPr>
        <w:t xml:space="preserve">[10:36] </w:t>
      </w:r>
      <w:r>
        <w:t>aur phool ki chemistry par apne mind ko lagaya. to unhein ek external criteria mil gaya judge karne ke liye ke un ki soch theek hai ke nahi theek hai.</w:t>
      </w:r>
    </w:p>
    <w:p>
      <w:pPr>
        <w:jc w:val="right"/>
      </w:pPr>
      <w:r>
        <w:t>اور پھول کی کیمسٹری پر اپنے مائنڈ کو لگایا۔ تو انہیں ایک ایکسٹرنل کرائٹیریا مل گیا جج کرنے کے لیے کہ ان کی سوچ ٹھیک ہے کہ نہیں ٹھیک ہے۔</w:t>
      </w:r>
    </w:p>
    <w:p>
      <w:r>
        <w:rPr>
          <w:b/>
        </w:rPr>
        <w:t xml:space="preserve">[10:46] </w:t>
      </w:r>
      <w:r>
        <w:t>is tarah science mein pichhle char sau saal ke andar ek bohat bara revolution aaya.</w:t>
      </w:r>
    </w:p>
    <w:p>
      <w:pPr>
        <w:jc w:val="right"/>
      </w:pPr>
      <w:r>
        <w:t>اس طرح سائنس میں پچھلے چار سو سال کے اندر ایک بہت بڑا ریولوشن آیا۔</w:t>
      </w:r>
    </w:p>
    <w:p>
      <w:r>
        <w:rPr>
          <w:b/>
        </w:rPr>
        <w:t xml:space="preserve">[10:55] </w:t>
      </w:r>
      <w:r>
        <w:t>insaan ne bohat sari cheezon ko discover kiya. yahan tak ke ek industrial civilization wajood mein aa gayi. yani philosophy jo thi, woh kisi civilization ko wajood mein nahi la saki thi.</w:t>
      </w:r>
    </w:p>
    <w:p>
      <w:pPr>
        <w:jc w:val="right"/>
      </w:pPr>
      <w:r>
        <w:t>انسان نے بہت ساری چیزوں کو ڈسکور کیا۔ یہاں تک کہ ایک انڈسٹریل سویلائزیشن وجود میں آ گئی۔ یعنی فلاسفی جو تھی، وہ کسی سویلائزیشن کو وجود میں نہیں لا سکی تھی۔</w:t>
      </w:r>
    </w:p>
    <w:p>
      <w:r>
        <w:rPr>
          <w:b/>
        </w:rPr>
        <w:t xml:space="preserve">[11:10] </w:t>
      </w:r>
      <w:r>
        <w:t>siwaye confusion ke.</w:t>
      </w:r>
    </w:p>
    <w:p>
      <w:pPr>
        <w:jc w:val="right"/>
      </w:pPr>
      <w:r>
        <w:t>سوائے کنفیوژن کے۔</w:t>
      </w:r>
    </w:p>
    <w:p>
      <w:r>
        <w:rPr>
          <w:b/>
        </w:rPr>
        <w:t xml:space="preserve">[11:12] </w:t>
      </w:r>
      <w:r>
        <w:t>lekin yeh jo kiya unhon ne? shift kiya jo unhon ne.</w:t>
      </w:r>
    </w:p>
    <w:p>
      <w:pPr>
        <w:jc w:val="right"/>
      </w:pPr>
      <w:r>
        <w:t>لیکن یہ جو کیا انہوں نے؟ شفٹ کیا جو انہوں نے۔</w:t>
      </w:r>
    </w:p>
    <w:p>
      <w:r>
        <w:rPr>
          <w:b/>
        </w:rPr>
        <w:t xml:space="preserve">[11:18] </w:t>
      </w:r>
      <w:r>
        <w:t>to ek poori aap jante hain ke industrial civilization wajood mein aa gayi. nai nai cheezen, maslan car, hawai jahaz, city planning, aur mobile, yani million cheezen wajood mein aa gayeen.</w:t>
      </w:r>
    </w:p>
    <w:p>
      <w:pPr>
        <w:jc w:val="right"/>
      </w:pPr>
      <w:r>
        <w:t>تو ایک پوری آپ جانتے ہیں کہ انڈسٹریل سویلائزیشن وجود میں آ گئی۔ نئی نئی چیزیں، مثلاً کار، ہوائی جہاز، سٹی پلاننگ، اور موبائل، یعنی ملین چیزیں وجود میں آ گئیں۔</w:t>
      </w:r>
    </w:p>
    <w:p>
      <w:r>
        <w:rPr>
          <w:b/>
        </w:rPr>
        <w:t xml:space="preserve">[11:36] </w:t>
      </w:r>
      <w:r>
        <w:t>is tarah se insaan ka safar, yani jis tarah se aap hawai jahaz mein London mein badal kar ke chale aate hain Paris ki gaari par, Paris ke plane par, to aap ka safar jari ho jata hai.</w:t>
      </w:r>
    </w:p>
    <w:p>
      <w:pPr>
        <w:jc w:val="right"/>
      </w:pPr>
      <w:r>
        <w:t>اس طرح سے انسان کا سفر، یعنی جس طرح سے آپ ہوائی جہاز میں لندن میں بدل کر کے چلے آتے ہیں پیرس کی گاڑی پر، پیرس کے پلین پر، تو آپ کا سفر جاری ہو جاتا ہے۔</w:t>
      </w:r>
    </w:p>
    <w:p>
      <w:r>
        <w:rPr>
          <w:b/>
        </w:rPr>
        <w:t xml:space="preserve">[11:47] </w:t>
      </w:r>
      <w:r>
        <w:t>tezi se. aise hi insaan ka jo safar tha, ilmi safar, journey of thought, woh chal pada.</w:t>
      </w:r>
    </w:p>
    <w:p>
      <w:pPr>
        <w:jc w:val="right"/>
      </w:pPr>
      <w:r>
        <w:t>تیزی سے۔ ایسے ہی انسان کا جو سفر تھا، علمی سفر، جرنی آف تھاٹ، وہ چل پڑا۔</w:t>
      </w:r>
    </w:p>
    <w:p>
      <w:r>
        <w:rPr>
          <w:b/>
        </w:rPr>
        <w:t xml:space="preserve">[11:58] </w:t>
      </w:r>
      <w:r>
        <w:t>chalta raha, chalta raha, chalta raha. yahan tak ke phir is ko ek dead lock aaya.</w:t>
      </w:r>
    </w:p>
    <w:p>
      <w:pPr>
        <w:jc w:val="right"/>
      </w:pPr>
      <w:r>
        <w:t>چلتا رہا، چلتا رہا، چلتا رہا۔ یہاں تک کہ پھر اس کو ایک ڈیڈ لاک آیا۔</w:t>
      </w:r>
    </w:p>
    <w:p>
      <w:r>
        <w:rPr>
          <w:b/>
        </w:rPr>
        <w:t xml:space="preserve">[12:05] </w:t>
      </w:r>
      <w:r>
        <w:t>woh dead lock kab aa gaya? Newton ke baad. yeh safar Newton tak chalta raha. jab insaan ka safar jari tha micro world ke upar,</w:t>
      </w:r>
    </w:p>
    <w:p>
      <w:pPr>
        <w:jc w:val="right"/>
      </w:pPr>
      <w:r>
        <w:t>وہ ڈیڈ لاک کب آ گیا؟ نیوٹن کے بعد۔ یہ سفر نیوٹن تک چلتا رہا۔ جب انسان کا سفر جاری تھا مائیکرو ورلڈ کے اوپر،</w:t>
      </w:r>
    </w:p>
    <w:p>
      <w:r>
        <w:rPr>
          <w:b/>
        </w:rPr>
        <w:t xml:space="preserve">[12:21] </w:t>
      </w:r>
      <w:r>
        <w:t>yani physical world ka woh part jo dikhai de sakta hai, jis ko aap measure kar sakte hain, micro world, tab tak yeh safar chalta raha.</w:t>
      </w:r>
    </w:p>
    <w:p>
      <w:pPr>
        <w:jc w:val="right"/>
      </w:pPr>
      <w:r>
        <w:t>یعنی فزیکل ورلڈ کا وہ پارٹ جو دکھائی دے سکتا ہے، جس کو آپ میژر کر سکتے ہیں، مائیکرو ورلڈ، تب تک یہ سفر چلتا رہا۔</w:t>
      </w:r>
    </w:p>
    <w:p>
      <w:r>
        <w:rPr>
          <w:b/>
        </w:rPr>
        <w:t xml:space="preserve">[12:31] </w:t>
      </w:r>
      <w:r>
        <w:t>kyunke wahan par aap ko demonstrable argument mil raha tha.</w:t>
      </w:r>
    </w:p>
    <w:p>
      <w:pPr>
        <w:jc w:val="right"/>
      </w:pPr>
      <w:r>
        <w:t>کیونکہ وہاں پر آپ کو ڈیمونسٹریٹیبل آرگیومنٹ مل رہا تھا۔</w:t>
      </w:r>
    </w:p>
    <w:p>
      <w:r>
        <w:rPr>
          <w:b/>
        </w:rPr>
        <w:t xml:space="preserve">[12:38] </w:t>
      </w:r>
      <w:r>
        <w:t>ab pata chala jab atom toot gaya to maloom hua ke yahan aage jo cheez aa rahi hai, micro world jo hai, is mein koi cheez demonstrable nahi hai.</w:t>
      </w:r>
    </w:p>
    <w:p>
      <w:pPr>
        <w:jc w:val="right"/>
      </w:pPr>
      <w:r>
        <w:t>اب پتہ چلا جب ایٹم ٹوٹ گیا تو معلوم ہوا کہ یہاں آگے جو چیز آ رہی ہے، مائیکرو ورلڈ جو ہے، اس میں کوئی چیز ڈیمونسٹریٹیبل نہیں ہے۔</w:t>
      </w:r>
    </w:p>
    <w:p>
      <w:r>
        <w:rPr>
          <w:b/>
        </w:rPr>
        <w:t xml:space="preserve">[12:50] </w:t>
      </w:r>
      <w:r>
        <w:t>yahan se phir ek shift hua.</w:t>
      </w:r>
    </w:p>
    <w:p>
      <w:pPr>
        <w:jc w:val="right"/>
      </w:pPr>
      <w:r>
        <w:t>یہاں سے پھر ایک شفٹ ہوا۔</w:t>
      </w:r>
    </w:p>
    <w:p>
      <w:r>
        <w:rPr>
          <w:b/>
        </w:rPr>
        <w:t xml:space="preserve">[12:55] </w:t>
      </w:r>
      <w:r>
        <w:t>ek shift hua. yani is se pehle yeh maan liya gaya tha ke jo cheez demonstrable ho, wohi sachai hai, wohi haqeeqat hai.</w:t>
      </w:r>
    </w:p>
    <w:p>
      <w:pPr>
        <w:jc w:val="right"/>
      </w:pPr>
      <w:r>
        <w:t>ایک شفٹ ہوا۔ یعنی اس سے پہلے یہ مان لیا گیا تھا کہ جو چیز ڈیمونسٹریٹیبل ہو، وہی سچائی ہے، وہی حقیقت ہے۔</w:t>
      </w:r>
    </w:p>
    <w:p>
      <w:r>
        <w:rPr>
          <w:b/>
        </w:rPr>
        <w:t xml:space="preserve">[13:07] </w:t>
      </w:r>
      <w:r>
        <w:t>lekin jab maloom hua ke is ke aage bhi kuch cheezein hain, electron hai jo dikhai nahi deta, woh sirf waves hain.</w:t>
      </w:r>
    </w:p>
    <w:p>
      <w:pPr>
        <w:jc w:val="right"/>
      </w:pPr>
      <w:r>
        <w:t>لیکن جب معلوم ہوا کہ اس کے آگے بھی کچھ چیزیں ہیں، الیکٹران ہے جو دکھائی نہیں دیتا، وہ صرف ویوز ہیں۔</w:t>
      </w:r>
    </w:p>
    <w:p>
      <w:r>
        <w:rPr>
          <w:b/>
        </w:rPr>
        <w:t xml:space="preserve">[13:19] </w:t>
      </w:r>
      <w:r>
        <w:t>scientist kehte hain ke woh kya hai? waves of probability. probabilities.</w:t>
      </w:r>
    </w:p>
    <w:p>
      <w:pPr>
        <w:jc w:val="right"/>
      </w:pPr>
      <w:r>
        <w:t>سائنٹسٹ کہتے ہیں کہ وہ کیا ہے؟ ویوز آف پروبیبلیٹی۔ پروبیبلیٹیز۔</w:t>
      </w:r>
    </w:p>
    <w:p>
      <w:r>
        <w:rPr>
          <w:b/>
        </w:rPr>
        <w:t xml:space="preserve">[13:28] </w:t>
      </w:r>
      <w:r>
        <w:t>toh yahan par phir ek shift hua. woh yeh hai ke woh cheez jo jiska demonstration hum na de sakein, woh bhi sachai hai, woh bhi haqeeqat hai.</w:t>
      </w:r>
    </w:p>
    <w:p>
      <w:pPr>
        <w:jc w:val="right"/>
      </w:pPr>
      <w:r>
        <w:t>تو یہاں پر پھر ایک شفٹ ہوا۔ وہ یہ ہے کہ وہ چیز جو جس کا ڈیمونسٹریشن ہم نہ دے سکیں، وہ بھی سچائی ہے، وہ بھی حقیقت ہے۔</w:t>
      </w:r>
    </w:p>
    <w:p>
      <w:r>
        <w:rPr>
          <w:b/>
        </w:rPr>
        <w:t xml:space="preserve">[13:41] </w:t>
      </w:r>
      <w:r>
        <w:t>toh non-demonstrable cheezein bhi ab sachai mein dakhil ho gayi hain. lekin kis tarah? logic badal kar ke.</w:t>
      </w:r>
    </w:p>
    <w:p>
      <w:pPr>
        <w:jc w:val="right"/>
      </w:pPr>
      <w:r>
        <w:t>تو نان ڈیمونسٹریٹیبل چیزیں بھی اب سچائی میں داخل ہو گئی ہیں۔ لیکن کس طرح؟ لاجک بدل کر کے۔</w:t>
      </w:r>
    </w:p>
    <w:p>
      <w:r>
        <w:rPr>
          <w:b/>
        </w:rPr>
        <w:t xml:space="preserve">[13:51] </w:t>
      </w:r>
      <w:r>
        <w:t>is se pehle jo logic thi, woh chal rahi thi is tarah se ke jo cheez dikhai de, jisko hum measure kar sakein, wahi haqeeqat hai.</w:t>
      </w:r>
    </w:p>
    <w:p>
      <w:pPr>
        <w:jc w:val="right"/>
      </w:pPr>
      <w:r>
        <w:t>اس سے پہلے جو لاجک تھی، وہ چل رہی تھی اس طرح سے کہ جو چیز دکھائی دے، جس کو ہم میژر کر سکیں، وہی حقیقت ہے۔</w:t>
      </w:r>
    </w:p>
    <w:p>
      <w:r>
        <w:rPr>
          <w:b/>
        </w:rPr>
        <w:t xml:space="preserve">[14:02] </w:t>
      </w:r>
      <w:r>
        <w:t>ab yeh maloom hua ke nahi. kisi cheez ke effect se, yaani effect hum ne dekha, us effect se jo hum infer karein, woh bhi ek valid argument hai.</w:t>
      </w:r>
    </w:p>
    <w:p>
      <w:pPr>
        <w:jc w:val="right"/>
      </w:pPr>
      <w:r>
        <w:t>اب یہ معلوم ہوا کہ نہیں۔ کسی چیز کے ایفیکٹ سے، یعنی ایفیکٹ ہم نے دیکھا، اس ایفیکٹ سے جو ہم انفر کریں، وہ بھی ایک ویلڈ آرگیومنٹ ہے۔</w:t>
      </w:r>
    </w:p>
    <w:p>
      <w:r>
        <w:rPr>
          <w:b/>
        </w:rPr>
        <w:t xml:space="preserve">[14:15] </w:t>
      </w:r>
      <w:r>
        <w:t>toh yahan par jo shift kiya unhone, toh micro world mein journey phir aage badh gayi.</w:t>
      </w:r>
    </w:p>
    <w:p>
      <w:pPr>
        <w:jc w:val="right"/>
      </w:pPr>
      <w:r>
        <w:t>تو یہاں پر جو شفٹ کیا انہوں نے، تو مائیکرو ورلڈ میں جرنی پھر آگے بڑھ گئی۔</w:t>
      </w:r>
    </w:p>
    <w:p>
      <w:r>
        <w:rPr>
          <w:b/>
        </w:rPr>
        <w:t xml:space="preserve">[14:22] </w:t>
      </w:r>
      <w:r>
        <w:t>agar woh insist karte ke nahi, hum toh demonstrable cheezon hi ko manenge, is ke ilawa is ke ilawa kuch nahi manenge. agar yeh insist karte toh insaan ka ilmi safar ruk jata.</w:t>
      </w:r>
    </w:p>
    <w:p>
      <w:pPr>
        <w:jc w:val="right"/>
      </w:pPr>
      <w:r>
        <w:t>اگر وہ انسسٹ کرتے کہ نہیں، ہم تو ڈیمونسٹریٹیبل چیزوں ہی کو مانیں گے، اس کے علاوہ اس کے علاوہ کچھ نہیں مانیں گے۔ اگر یہ انسسٹ کرتے تو انسان کا علمی سفر رک جاتا۔</w:t>
      </w:r>
    </w:p>
    <w:p>
      <w:r>
        <w:rPr>
          <w:b/>
        </w:rPr>
        <w:t xml:space="preserve">[14:36] </w:t>
      </w:r>
      <w:r>
        <w:t>journey of thought jo hai, wohin ruk jati. micro world ke bare mein aap ko koi discovery na hoti.</w:t>
      </w:r>
    </w:p>
    <w:p>
      <w:pPr>
        <w:jc w:val="right"/>
      </w:pPr>
      <w:r>
        <w:t>جرنی آف تھاٹ جو ہے، وہیں رک جاتی۔ مائیکرو ورلڈ کے بارے میں آپ کو کوئی ڈسکوری نہ ہوتی۔</w:t>
      </w:r>
    </w:p>
    <w:p>
      <w:r>
        <w:rPr>
          <w:b/>
        </w:rPr>
        <w:t xml:space="preserve">[14:45] </w:t>
      </w:r>
      <w:r>
        <w:t>lekin unhone yahan par,</w:t>
      </w:r>
    </w:p>
    <w:p>
      <w:pPr>
        <w:jc w:val="right"/>
      </w:pPr>
      <w:r>
        <w:t>لیکن انہوں نے یہاں پر،</w:t>
      </w:r>
    </w:p>
    <w:p>
      <w:r>
        <w:rPr>
          <w:b/>
        </w:rPr>
        <w:t xml:space="preserve">[14:51] </w:t>
      </w:r>
      <w:r>
        <w:t>unhone shift kar ke yahan par yeh kiya ke unhone yeh mana ke ek hai knowledge of things, ek hai knowledge of truth.</w:t>
      </w:r>
    </w:p>
    <w:p>
      <w:pPr>
        <w:jc w:val="right"/>
      </w:pPr>
      <w:r>
        <w:t>انہوں نے شفٹ کر کے یہاں پر یہ کیا کہ انہوں نے یہ مانا کہ ایک ہے نالج آف تھنگز، ایک ہے نالج آف ٹروتھ۔</w:t>
      </w:r>
    </w:p>
    <w:p>
      <w:r>
        <w:rPr>
          <w:b/>
        </w:rPr>
        <w:t xml:space="preserve">[15:03] </w:t>
      </w:r>
      <w:r>
        <w:t>toh knowledge of things mein toh demonstrable data available hai, lekin knowledge of truth mein demonstrable data available nahi</w:t>
      </w:r>
    </w:p>
    <w:p>
      <w:pPr>
        <w:jc w:val="right"/>
      </w:pPr>
      <w:r>
        <w:t>تو نالج آف تھنگز میں تو ڈیمونسٹریٹیبل ڈیٹا اویلیبل ہے، لیکن نالج آف ٹروتھ میں ڈیمونسٹریٹیبل ڈیٹا اویلیبل نہیں</w:t>
      </w:r>
    </w:p>
    <w:p>
      <w:r>
        <w:rPr>
          <w:b/>
        </w:rPr>
        <w:t xml:space="preserve">[15:13] </w:t>
      </w:r>
      <w:r>
        <w:t>hai. is liye hum inference par yahan par base kar ke baaton ko samjhenge. is tarah se phir chal pada safar.</w:t>
      </w:r>
    </w:p>
    <w:p>
      <w:pPr>
        <w:jc w:val="right"/>
      </w:pPr>
      <w:r>
        <w:t>ہے۔ اس لیے ہم انفرنس پر یہاں پر بیس کر کے باتوں کو سمجھیں گے۔ اس طرح سے پھر چل پڑا سفر۔</w:t>
      </w:r>
    </w:p>
    <w:p>
      <w:r>
        <w:rPr>
          <w:b/>
        </w:rPr>
        <w:t xml:space="preserve">[15:22] </w:t>
      </w:r>
      <w:r>
        <w:t>lekin yeh safar bohat door tak nahi ja saka. kyunke pata chala ke yeh jo waves hain, electron jo hai, woh toh is ke siwa kuch nahi hai ke waves of probabilities hain.</w:t>
      </w:r>
    </w:p>
    <w:p>
      <w:pPr>
        <w:jc w:val="right"/>
      </w:pPr>
      <w:r>
        <w:t>لیکن یہ سفر بہت دور تک نہیں جا سکا۔ کیونکہ پتہ چلا کہ یہ جو ویوز ہیں، الیکٹران جو ہے، وہ تو اس کے سوا کچھ نہیں ہے کہ ویوز آف پروبیبلیٹیز ہیں۔</w:t>
      </w:r>
    </w:p>
    <w:p>
      <w:r>
        <w:rPr>
          <w:b/>
        </w:rPr>
        <w:t xml:space="preserve">[15:36] </w:t>
      </w:r>
      <w:r>
        <w:t>in ko hum measure nahi kar sakte, in ko hum dekh nahi sakte.</w:t>
      </w:r>
    </w:p>
    <w:p>
      <w:pPr>
        <w:jc w:val="right"/>
      </w:pPr>
      <w:r>
        <w:t>ان کو ہم میژر نہیں کر سکتے، ان کو ہم دیکھ نہیں سکتے۔</w:t>
      </w:r>
    </w:p>
    <w:p>
      <w:r>
        <w:rPr>
          <w:b/>
        </w:rPr>
        <w:t xml:space="preserve">[15:41] </w:t>
      </w:r>
      <w:r>
        <w:t>toh yeh phir ek dead lock tha. kyunke is ke baad aap jante hain ke Darwinism aaya. Darwinism ne life ke phenomena par research kiya.</w:t>
      </w:r>
    </w:p>
    <w:p>
      <w:pPr>
        <w:jc w:val="right"/>
      </w:pPr>
      <w:r>
        <w:t>تو یہ پھر ایک ڈیڈ لاک تھا۔ کیونکہ اس کے بعد آپ جانتے ہیں کہ ڈارونزم آیا۔ ڈارونزم نے لائف کے فیناومینا پر ریسرچ کیا۔</w:t>
      </w:r>
    </w:p>
    <w:p>
      <w:r>
        <w:rPr>
          <w:b/>
        </w:rPr>
        <w:t xml:space="preserve">[15:57] </w:t>
      </w:r>
      <w:r>
        <w:t>ke different species jo hain, woh kaise banti hain? million, billion qism ki cheezein kaise banti hain? kya hota hai? is par unhone research</w:t>
      </w:r>
    </w:p>
    <w:p>
      <w:pPr>
        <w:jc w:val="right"/>
      </w:pPr>
      <w:r>
        <w:t>کہ ڈفرنٹ اسپیشیز جو ہیں، وہ کیسے بنتی ہیں؟ ملین، بلین قسم کی چیزیں کیسے بنتی ہیں؟ کیا ہوتا ہے؟ اس پر انہوں نے ریسرچ</w:t>
      </w:r>
    </w:p>
    <w:p>
      <w:r>
        <w:rPr>
          <w:b/>
        </w:rPr>
        <w:t xml:space="preserve">[16:06] </w:t>
      </w:r>
      <w:r>
        <w:t>kiya. toh unhe kya mil gaya? ek demonstrable cheez, woh hai fossils. fossils ko aap demonstrate kar sakte the.</w:t>
      </w:r>
    </w:p>
    <w:p>
      <w:pPr>
        <w:jc w:val="right"/>
      </w:pPr>
      <w:r>
        <w:t>کیا۔ تو انہیں کیا مل گیا؟ ایک ڈیمونسٹریٹیبل چیز، وہ ہے فاسلز۔ فاسلز کو آپ ڈیمونسٹریٹ کر سکتے تھے۔</w:t>
      </w:r>
    </w:p>
    <w:p>
      <w:r>
        <w:rPr>
          <w:b/>
        </w:rPr>
        <w:t xml:space="preserve">[16:15] </w:t>
      </w:r>
      <w:r>
        <w:t>is par base kar ke unhone ek ek edifice khada kiya.</w:t>
      </w:r>
    </w:p>
    <w:p>
      <w:pPr>
        <w:jc w:val="right"/>
      </w:pPr>
      <w:r>
        <w:t>اس پر بیس کر کے انہوں نے ایک ایک ایڈیفس کھڑا کیا۔</w:t>
      </w:r>
    </w:p>
    <w:p>
      <w:r>
        <w:rPr>
          <w:b/>
        </w:rPr>
        <w:t xml:space="preserve">[16:21] </w:t>
      </w:r>
      <w:r>
        <w:t>lekin phir yahan bhi ek dead lock aa gaya. unhone apni samajh se successfully ek ek woh bana liya,</w:t>
      </w:r>
    </w:p>
    <w:p>
      <w:pPr>
        <w:jc w:val="right"/>
      </w:pPr>
      <w:r>
        <w:t>لیکن پھر یہاں بھی ایک ڈیڈ لاک آ گیا۔ انہوں نے اپنی سمجھ سے سکسیس فلی ایک ایک وہ بنا لیا،</w:t>
      </w:r>
    </w:p>
    <w:p>
      <w:r>
        <w:rPr>
          <w:b/>
        </w:rPr>
        <w:t xml:space="preserve">[16:36] </w:t>
      </w:r>
      <w:r>
        <w:t>yaani ek ek naqsha bana liya ke kis tarah se cheezein bani. yaani machhli se kis tarah se chidiya ban gayi, bakri se kis tarah zaroa ban gaya.</w:t>
      </w:r>
    </w:p>
    <w:p>
      <w:pPr>
        <w:jc w:val="right"/>
      </w:pPr>
      <w:r>
        <w:t>یعنی ایک ایک نقشہ بنا لیا کہ کس طرح سے چیزیں بنی۔ یعنی مچھلی سے کس طرح سے چڑیا بن گئی، بکری سے کس طرح زراؤ بن گیا۔</w:t>
      </w:r>
    </w:p>
    <w:p>
      <w:r>
        <w:rPr>
          <w:b/>
        </w:rPr>
        <w:t xml:space="preserve">[16:48] </w:t>
      </w:r>
      <w:r>
        <w:t>toh is tarah se unhone ek naqsha banaya fossils ke base par. ab samjhein ke hum dobara demonstration ke is mein aa gaye hain.</w:t>
      </w:r>
    </w:p>
    <w:p>
      <w:pPr>
        <w:jc w:val="right"/>
      </w:pPr>
      <w:r>
        <w:t>تو اس طرح سے انہوں نے ایک نقشہ بنایا فاسلز کے بیس پر۔ اب سمجھیں کہ ہم دوبارہ ڈیمونسٹریشن کے اس میں آ گئے ہیں۔</w:t>
      </w:r>
    </w:p>
    <w:p>
      <w:r>
        <w:rPr>
          <w:b/>
        </w:rPr>
        <w:t xml:space="preserve">[16:58] </w:t>
      </w:r>
      <w:r>
        <w:t>lekin Darwin ke samne yeh sawal tha ke zindagi shuru kaise hui? beginning kaise hui zindagi ki?</w:t>
      </w:r>
    </w:p>
    <w:p>
      <w:pPr>
        <w:jc w:val="right"/>
      </w:pPr>
      <w:r>
        <w:t>لیکن ڈارون کے سامنے یہ سوال تھا کہ زندگی شروع کیسے ہوئی؟ بگننگ کیسے ہوئی زندگی کی؟</w:t>
      </w:r>
    </w:p>
    <w:p>
      <w:r>
        <w:rPr>
          <w:b/>
        </w:rPr>
        <w:t xml:space="preserve">[17:07] </w:t>
      </w:r>
      <w:r>
        <w:t>yahan is ke paas koi demonstrable data nahi tha.</w:t>
      </w:r>
    </w:p>
    <w:p>
      <w:pPr>
        <w:jc w:val="right"/>
      </w:pPr>
      <w:r>
        <w:t>یہاں اس کے پاس کوئی ڈیمونسٹریٹیبل ڈیٹا نہیں تھا۔</w:t>
      </w:r>
    </w:p>
    <w:p>
      <w:r>
        <w:rPr>
          <w:b/>
        </w:rPr>
        <w:t xml:space="preserve">[17:12] </w:t>
      </w:r>
      <w:r>
        <w:t>aap is ki kitaab padhiye, origin of species. is mein is ne kam az kam teen jagah God ka etraf kiya hai. is ke jo</w:t>
      </w:r>
    </w:p>
    <w:p>
      <w:pPr>
        <w:jc w:val="right"/>
      </w:pPr>
      <w:r>
        <w:t>آپ اس کی کتاب پڑھیے، اوریجن آف اسپیشیز۔ اس میں اس نے کم از کم تین جگہ گاٹ کا اعتراف کیا ہے۔ اس کے جو</w:t>
      </w:r>
    </w:p>
    <w:p>
      <w:r>
        <w:rPr>
          <w:b/>
        </w:rPr>
        <w:t xml:space="preserve">[17:24] </w:t>
      </w:r>
      <w:r>
        <w:t>last paragraph hai, origin of species ka, is ne woh saaf tor par yeh kaha hai ke zindagi ko shuru karne wala ek creator tha.</w:t>
      </w:r>
    </w:p>
    <w:p>
      <w:pPr>
        <w:jc w:val="right"/>
      </w:pPr>
      <w:r>
        <w:t>لاسٹ پیراگراف ہے، اوریجن آف اسپیشیز کا، اس نے وہ صاف طور پر یہ کہا ہے کہ زندگی کو شروع کرنے والا ایک کریٹر تھا۔</w:t>
      </w:r>
    </w:p>
    <w:p>
      <w:r>
        <w:rPr>
          <w:b/>
        </w:rPr>
        <w:t xml:space="preserve">[17:40] </w:t>
      </w:r>
      <w:r>
        <w:t>is tarah is ne likha hai ke yeh concept kitna zyada beautiful hai ke shuru mein ek ibtidai life ko ek creator ne create kar ke duniya mein rakha.</w:t>
      </w:r>
    </w:p>
    <w:p>
      <w:pPr>
        <w:jc w:val="right"/>
      </w:pPr>
      <w:r>
        <w:t>اس طرح اس نے لکھا ہے کہ یہ کانسیپٹ کتنا زیادہ بیوٹی فل ہے کہ شروع میں ایک ابتدائی لائف کو ایک کریٹر نے کریٹ کر کے دنیا میں رکھا۔</w:t>
      </w:r>
    </w:p>
    <w:p>
      <w:r>
        <w:rPr>
          <w:b/>
        </w:rPr>
        <w:t xml:space="preserve">[17:56] </w:t>
      </w:r>
      <w:r>
        <w:t>aur phir is se species barhti chali gayeen aur itni sari cheezein paida ho gayeen.</w:t>
      </w:r>
    </w:p>
    <w:p>
      <w:pPr>
        <w:jc w:val="right"/>
      </w:pPr>
      <w:r>
        <w:t>اور پھر اس سے اسپیشیز بڑھتی چلی گئیں اور اتنی ساری چیزیں پیدا ہوگئیں۔</w:t>
      </w:r>
    </w:p>
    <w:p>
      <w:r>
        <w:rPr>
          <w:b/>
        </w:rPr>
        <w:t xml:space="preserve">[18:02] </w:t>
      </w:r>
      <w:r>
        <w:t>to kya ke yahan par phir ek shift hua</w:t>
      </w:r>
    </w:p>
    <w:p>
      <w:pPr>
        <w:jc w:val="right"/>
      </w:pPr>
      <w:r>
        <w:t>تو کیا کہ یہاں پر پھر ایک شفٹ ہوا</w:t>
      </w:r>
    </w:p>
    <w:p>
      <w:r>
        <w:rPr>
          <w:b/>
        </w:rPr>
        <w:t xml:space="preserve">[18:08] </w:t>
      </w:r>
      <w:r>
        <w:t>ke zindagi kaise, is ka evolution kaise hua? to evolution ke liye to unhein fossils ki soorat mein demonstrable data mil gaya tha.</w:t>
      </w:r>
    </w:p>
    <w:p>
      <w:pPr>
        <w:jc w:val="right"/>
      </w:pPr>
      <w:r>
        <w:t>کہ زندگی کیسے، اس کا ایولوشن کیسے ہوا؟ تو ایولوشن کے لیے تو انہیں فاسلز کی صورت میں ڈیمونسٹریٹیبل ڈیٹا مل گیا تھا۔</w:t>
      </w:r>
    </w:p>
    <w:p>
      <w:r>
        <w:rPr>
          <w:b/>
        </w:rPr>
        <w:t xml:space="preserve">[18:21] </w:t>
      </w:r>
      <w:r>
        <w:t>lekin zindagi shuru kaise hui? yahan par woh mehsoos kiya ke woh helpless</w:t>
      </w:r>
    </w:p>
    <w:p>
      <w:pPr>
        <w:jc w:val="right"/>
      </w:pPr>
      <w:r>
        <w:t>لیکن زندگی شروع کیسے ہوئی؟ یہاں پر وہ محسوس کیا کہ وہ ہیلپ لیس</w:t>
      </w:r>
    </w:p>
    <w:p>
      <w:r>
        <w:rPr>
          <w:b/>
        </w:rPr>
        <w:t xml:space="preserve">[18:26] </w:t>
      </w:r>
      <w:r>
        <w:t>hai. to chunancha unhon ne yeh maan liya ke shuru karne wala jo hai, yaani prime mover jo hai, woh ek creator tha jis ne create kiya.</w:t>
      </w:r>
    </w:p>
    <w:p>
      <w:pPr>
        <w:jc w:val="right"/>
      </w:pPr>
      <w:r>
        <w:t>ہے۔ تو چنانچہ انہوں نے یہ مان لیا کہ شروع کرنے والا جو ہے، یعنی پرائم موور جو ہے، وہ ایک کریٹر تھا جس نے کریٹ کیا۔</w:t>
      </w:r>
    </w:p>
    <w:p>
      <w:r>
        <w:rPr>
          <w:b/>
        </w:rPr>
        <w:t xml:space="preserve">[18:39] </w:t>
      </w:r>
      <w:r>
        <w:t>yahan par dekhiye, phir unhon ne hawai jahaz badla. yaani ek aisi cheez ko maan liya jis ko maanne ke liye un ke paas woh argument maujood nahi tha jis ko is se pehle woh use kar rahe thay.</w:t>
      </w:r>
    </w:p>
    <w:p>
      <w:pPr>
        <w:jc w:val="right"/>
      </w:pPr>
      <w:r>
        <w:t>یہاں پر دیکھیے، پھر انہوں نے ہوائی جہاز بدلا۔ یعنی ایک ایسی چیز کو مان لیا جس کو ماننے کے لیے ان کے پاس وہ آرگیومنٹ موجود نہیں تھا جس کو اس سے پہلے وہ یوز کر رہے تھے۔</w:t>
      </w:r>
    </w:p>
    <w:p>
      <w:r>
        <w:rPr>
          <w:b/>
        </w:rPr>
        <w:t xml:space="preserve">[18:53] </w:t>
      </w:r>
      <w:r>
        <w:t>to main yeh kahunga ke zindagi ke safar is tarah jo chal raha hai ke bar bar hum shift kar rahe hain, shift kar ke hamara safar aage barh jata hai.</w:t>
      </w:r>
    </w:p>
    <w:p>
      <w:pPr>
        <w:jc w:val="right"/>
      </w:pPr>
      <w:r>
        <w:t>تو میں یہ کہوں گا کہ زندگی کے سفر اس طرح جو چل رہا ہے کہ بار بار ہم شفٹ کر رہے ہیں، شفٹ کر کے ہمارا سفر آگے بڑھ جاتا ہے۔</w:t>
      </w:r>
    </w:p>
    <w:p>
      <w:r>
        <w:rPr>
          <w:b/>
        </w:rPr>
        <w:t xml:space="preserve">[19:07] </w:t>
      </w:r>
      <w:r>
        <w:t>yaani shift karne ki jo policy hai, us ko hum ne bar bar mazi mein istemal kiya hai. aur aakhir mein Darwin ne is tarah istemal kiya ke seedhe seedhe creator ko</w:t>
      </w:r>
    </w:p>
    <w:p>
      <w:pPr>
        <w:jc w:val="right"/>
      </w:pPr>
      <w:r>
        <w:t>یعنی شفٹ کرنے کی جو پالیسی ہے، اس کو ہم نے بار بار ماضی میں استعمال کیا ہے۔ اور آخر میں ڈارون نے اس طرح استعمال کیا کہ سیدھے سیدھے کریٹر کو</w:t>
      </w:r>
    </w:p>
    <w:p>
      <w:r>
        <w:rPr>
          <w:b/>
        </w:rPr>
        <w:t xml:space="preserve">[19:16] </w:t>
      </w:r>
      <w:r>
        <w:t>maan liya us ne. main samajhta hoon ke here is the starting point hamare liye ke sachai ko agar hum janna chahte hain to hamein phir ek shift karna hai.</w:t>
      </w:r>
    </w:p>
    <w:p>
      <w:pPr>
        <w:jc w:val="right"/>
      </w:pPr>
      <w:r>
        <w:t>مان لیا اس نے۔ میں سمجھتا ہوں کہ ہیر از دی سٹارٹنگ پوائنٹ ہمارے لیے کہ سچائی کو اگر ہم جاننا چاہتے ہیں تو ہمیں پھر ایک شفٹ کرنا ہے۔</w:t>
      </w:r>
    </w:p>
    <w:p>
      <w:r>
        <w:rPr>
          <w:b/>
        </w:rPr>
        <w:t xml:space="preserve">[19:30] </w:t>
      </w:r>
      <w:r>
        <w:t>woh shift kya hai? woh shift yeh hai ke ab tak hum apne jo chala rahe thay, apna survey, woh chal raha tha book of nature par.</w:t>
      </w:r>
    </w:p>
    <w:p>
      <w:pPr>
        <w:jc w:val="right"/>
      </w:pPr>
      <w:r>
        <w:t>وہ شفٹ کیا ہے؟ وہ شفٹ یہ ہے کہ اب تک ہم اپنے جو چلا رہے تھے، اپنا سروے، وہ چل رہا تھا بک آف نیچر پر۔</w:t>
      </w:r>
    </w:p>
    <w:p>
      <w:r>
        <w:rPr>
          <w:b/>
        </w:rPr>
        <w:t xml:space="preserve">[19:45] </w:t>
      </w:r>
      <w:r>
        <w:t>nature mein jo phenomena tha, nature mein jo cheezein hamare dekhne mein aati theen, us ko main book of nature keh raha hoon ya law of nature keh lijiye, law of nature ya book of nature, us par chal raha tha hamari hamari research chal rahi thi.</w:t>
      </w:r>
    </w:p>
    <w:p>
      <w:pPr>
        <w:jc w:val="right"/>
      </w:pPr>
      <w:r>
        <w:t>نیچر میں جو فیناومینا تھا، نیچر میں جو چیزیں ہمارے دیکھنے میں آتی تھیں، اس کو میں بک آف نیچر کہہ رہا ہوں یا لاء آف نیچر کہہ لیجئے، لاء آف نیچر یا بک آف نیچر، اس پر چل رہا تھا ہماری ہماری ریسرچ چل رہی تھی۔</w:t>
      </w:r>
    </w:p>
    <w:p>
      <w:r>
        <w:rPr>
          <w:b/>
        </w:rPr>
        <w:t xml:space="preserve">[20:02] </w:t>
      </w:r>
      <w:r>
        <w:t>ab main kahunga ke phir ek shift chahiye ke aap book of nature se shift kar ke aayen book of God par.</w:t>
      </w:r>
    </w:p>
    <w:p>
      <w:pPr>
        <w:jc w:val="right"/>
      </w:pPr>
      <w:r>
        <w:t>اب میں کہوں گا کہ پھر ایک شفٹ چاہیے کہ آپ بک آف نیچر سے شفٹ کر کے آئیں بک آف گاڈ پر۔</w:t>
      </w:r>
    </w:p>
    <w:p>
      <w:r>
        <w:rPr>
          <w:b/>
        </w:rPr>
        <w:t xml:space="preserve">[20:12] </w:t>
      </w:r>
      <w:r>
        <w:t>tab aage ka safar chalega. warna aap kuch jaan nahi payenge. phir dead lock jo aa gaya hai ke hum explain nahi kar sake.</w:t>
      </w:r>
    </w:p>
    <w:p>
      <w:pPr>
        <w:jc w:val="right"/>
      </w:pPr>
      <w:r>
        <w:t>تب آگے کا سفر چلے گا۔ ورنہ آپ کچھ جان نہیں پائیں گے۔ پھر ڈیڈ لاک جو آ گیا ہے کہ ہم ایکسپلین نہیں کر سکے۔</w:t>
      </w:r>
    </w:p>
    <w:p>
      <w:r>
        <w:rPr>
          <w:b/>
        </w:rPr>
        <w:t xml:space="preserve">[20:21] </w:t>
      </w:r>
      <w:r>
        <w:t>itni sari tarqqiyan huien, itni sari baatein hum ne jani, lekin phir bhi life ko hum explain nahi kar sake is tarah se ke hum yaani poori tarah mutma'in ho saken.</w:t>
      </w:r>
    </w:p>
    <w:p>
      <w:pPr>
        <w:jc w:val="right"/>
      </w:pPr>
      <w:r>
        <w:t>اتنی ساری ترقیاں ہوئیں، اتنی ساری باتیں ہم نے جانیں، لیکن پھر بھی لائف کو ہم ایکسپلین نہیں کر سکے اس طرح سے کہ ہم یعنی پوری طرح مطمئن ہو سکیں۔</w:t>
      </w:r>
    </w:p>
    <w:p>
      <w:r>
        <w:rPr>
          <w:b/>
        </w:rPr>
        <w:t xml:space="preserve">[20:36] </w:t>
      </w:r>
      <w:r>
        <w:t>main yahan par ek aap ko do example dunga. ek Tagore ka aur ek Bertrand Russell ka.</w:t>
      </w:r>
    </w:p>
    <w:p>
      <w:pPr>
        <w:jc w:val="right"/>
      </w:pPr>
      <w:r>
        <w:t>میں یہاں پر ایک آپ کو دو ایگزامپل دوں گا۔ ایک ٹیگور کا اور ایک بارٹن رسل کا۔</w:t>
      </w:r>
    </w:p>
    <w:p>
      <w:r>
        <w:rPr>
          <w:b/>
        </w:rPr>
        <w:t xml:space="preserve">[20:48] </w:t>
      </w:r>
      <w:r>
        <w:t>Tagore ko 88, 88 saal ki umar mili. 88 yaani bohat lambi umar.</w:t>
      </w:r>
    </w:p>
    <w:p>
      <w:pPr>
        <w:jc w:val="right"/>
      </w:pPr>
      <w:r>
        <w:t>ٹیگور کو 88، 88 سال کی عمر ملی۔ 88 یعنی بہت لمبی عمر۔</w:t>
      </w:r>
    </w:p>
    <w:p>
      <w:r>
        <w:rPr>
          <w:b/>
        </w:rPr>
        <w:t xml:space="preserve">[20:58] </w:t>
      </w:r>
      <w:r>
        <w:t>bohat parha likha aadmi tha. Nobel prize mila us ko. aur 88 saal duniya mein raha.</w:t>
      </w:r>
    </w:p>
    <w:p>
      <w:pPr>
        <w:jc w:val="right"/>
      </w:pPr>
      <w:r>
        <w:t>بہت پڑھا لکھا آدمی تھا۔ نوبل پرائز ملا اس کو۔ اور 88 سال دنیا میں رہا۔</w:t>
      </w:r>
    </w:p>
    <w:p>
      <w:r>
        <w:rPr>
          <w:b/>
        </w:rPr>
        <w:t xml:space="preserve">[21:05] </w:t>
      </w:r>
      <w:r>
        <w:t>lekin Tagore kehte hain ke sari umar bina ke taaron ko suljhane mein beet gayi.</w:t>
      </w:r>
    </w:p>
    <w:p>
      <w:pPr>
        <w:jc w:val="right"/>
      </w:pPr>
      <w:r>
        <w:t>لیکن ٹیگور کہتے ہیں کہ ساری عمر بینا کے تاروں کو سلجھانے میں بیت گئی۔</w:t>
      </w:r>
    </w:p>
    <w:p>
      <w:r>
        <w:rPr>
          <w:b/>
        </w:rPr>
        <w:t xml:space="preserve">[21:19] </w:t>
      </w:r>
      <w:r>
        <w:t>jo antim geet main gana chahta tha, woh geet main na ga saka.</w:t>
      </w:r>
    </w:p>
    <w:p>
      <w:pPr>
        <w:jc w:val="right"/>
      </w:pPr>
      <w:r>
        <w:t>جو अंतिم گیت میں گانا چاہتا تھا، وہ گیت میں نہ گا سکا۔</w:t>
      </w:r>
    </w:p>
    <w:p>
      <w:r>
        <w:rPr>
          <w:b/>
        </w:rPr>
        <w:t xml:space="preserve">[21:28] </w:t>
      </w:r>
      <w:r>
        <w:t>. yeh kya cheez hai? yeh kya cheez hai? 28 saal ki umar bataiye, kyun insufficient ho gayi? balkeh paanch hazar saal ki muddat kyun kaafi nahi hui?</w:t>
      </w:r>
    </w:p>
    <w:p>
      <w:pPr>
        <w:jc w:val="right"/>
      </w:pPr>
      <w:r>
        <w:t>یہ ٹیگور نے اپنی ایک نظم میں کہا کہ ساری عمر بینا کے تاروں کو سلجھانے میں بیت گئی، لیکن جو अंतिم گیت میں گانا چاہتا تھا، وہ میں نہ گا سکا</w:t>
      </w:r>
    </w:p>
    <w:p>
      <w:r>
        <w:rPr>
          <w:b/>
        </w:rPr>
        <w:t xml:space="preserve">[21:41] </w:t>
      </w:r>
      <w:r>
        <w:t>kyun? is liye ke jis cheez, jis jis data par base kar ke hum ab tak apne ilm ko chalate rahe hain, woh data aap ab yahan par help, woh data aap kaafi nahi hai, woh sufficient nahi hai.</w:t>
      </w:r>
    </w:p>
    <w:p>
      <w:pPr>
        <w:jc w:val="right"/>
      </w:pPr>
      <w:r>
        <w:t>۔ یہ کیا چیز ہے؟ یہ کیا چیز ہے؟ 28 سال کی عمر بتائیے، کیوں انسفیشنٹ ہو گئی؟ بلکہ پانچ ہزار سال کی مدت کیوں کافی نہیں ہوئی؟</w:t>
      </w:r>
    </w:p>
    <w:p>
      <w:r>
        <w:rPr>
          <w:b/>
        </w:rPr>
        <w:t xml:space="preserve">[21:56] </w:t>
      </w:r>
      <w:r>
        <w:t>ek shift darkar hai yahan par. woh shift nahi kiya Tagore ne. yaani apne mind hi ke base par chahte thay koi explain karein sari zindagi ko, life ko, lekin insaan ki limitations yahan record ban gayeen.</w:t>
      </w:r>
    </w:p>
    <w:p>
      <w:pPr>
        <w:jc w:val="right"/>
      </w:pPr>
      <w:r>
        <w:t>کیوں؟ اس لیے کہ جس چیز، جس جس ڈیٹا پر بیس کر کے ہم اب تک اپنے علم کو چلاتے رہے ہیں، وہ ڈیٹا آپ اب یہاں پر ہیلپ، وہ ڈیٹا آپ کافی نہیں ہے، وہ سفیشنٹ نہیں ہے۔</w:t>
      </w:r>
    </w:p>
    <w:p>
      <w:r>
        <w:rPr>
          <w:b/>
        </w:rPr>
        <w:t xml:space="preserve">[22:12] </w:t>
      </w:r>
      <w:r>
        <w:t>aik shift darkaar hai yahan par. woh shift nahi kiya tagore ne. yaani apnay mind hi ke base par chahtay thay koi explain karein sari zindagi ko, life ko, lekin insaan ki limitations yahan record ban gayeen.</w:t>
      </w:r>
    </w:p>
    <w:p>
      <w:pPr>
        <w:jc w:val="right"/>
      </w:pPr>
      <w:r>
        <w:t>ایک شفٹ درکار ہے یہاں پر۔ وہ شفٹ نہیں کیا ٹیگور نے۔ یعنی اپنے مائنڈ ہی کے بیس پر چاہتے تھے کوئی ایکسپلین کریں ساری زندگی کو، لائف کو، لیکن انسان کی لیمیٹیشنز یہاں ریکارڈ بن گئیں۔</w:t>
      </w:r>
    </w:p>
    <w:p>
      <w:r>
        <w:rPr>
          <w:b/>
        </w:rPr>
        <w:t xml:space="preserve">[22:35] </w:t>
      </w:r>
      <w:r>
        <w:t>science ne, aap jante hain ke science ne apni limitations ko mana, tab science ka safar aage barha.</w:t>
      </w:r>
    </w:p>
    <w:p>
      <w:pPr>
        <w:jc w:val="right"/>
      </w:pPr>
      <w:r>
        <w:t>سائنس نے، آپ جانتے ہیں کہ سائنس نے اپنی لیمیٹیشنز کو مانا، تب سائنس کا سفر آگے بڑھا۔</w:t>
      </w:r>
    </w:p>
    <w:p>
      <w:r>
        <w:rPr>
          <w:b/>
        </w:rPr>
        <w:t xml:space="preserve">[22:44] </w:t>
      </w:r>
      <w:r>
        <w:t>main ne ek kitab parhi jis ka naam hi hai "limitations of science"۔ is kitab ka naam hi hai yeh "limitations of science"۔</w:t>
      </w:r>
    </w:p>
    <w:p>
      <w:pPr>
        <w:jc w:val="right"/>
      </w:pPr>
      <w:r>
        <w:t>میں نے ایک کتاب پڑھی جس کا نام ہی ہے "لمیٹیشنز آف سائنس"۔ اس کتاب کا نام ہی ہے یہ "لمیٹیشنز آف سائنس"۔</w:t>
      </w:r>
    </w:p>
    <w:p>
      <w:r>
        <w:rPr>
          <w:b/>
        </w:rPr>
        <w:t xml:space="preserve">[22:54] </w:t>
      </w:r>
      <w:r>
        <w:t>is mein woh kehta hai ke science give us but a partial knowledge of reality۔ to science ne jab apni limitations ko mana ke main, ke hum khushbu ke bare mein kuch jaan nahi sakte,</w:t>
      </w:r>
    </w:p>
    <w:p>
      <w:pPr>
        <w:jc w:val="right"/>
      </w:pPr>
      <w:r>
        <w:t>اس میں وہ کہتا ہے کہ سائنس گیو اس بٹ اے پارشل نالج آف ریلیٹی۔ تو سائنس نے جب اپنی لیمیٹیشنز کو مانا کہ میں، کہ ہم خوشبو کے بارے میں کچھ جان نہیں سکتے،</w:t>
      </w:r>
    </w:p>
    <w:p>
      <w:r>
        <w:rPr>
          <w:b/>
        </w:rPr>
        <w:t xml:space="preserve">[23:08] </w:t>
      </w:r>
      <w:r>
        <w:t>haan phool ki chemistry ke bare mein hum jaan sakte hain, yeh yeh yeh mana is ne, to science ka safar aage barha۔</w:t>
      </w:r>
    </w:p>
    <w:p>
      <w:pPr>
        <w:jc w:val="right"/>
      </w:pPr>
      <w:r>
        <w:t>ہاں پھول کی کیمسٹری کے بارے میں ہم جان سکتے ہیں، یہ یہ یہ مانا اس نے، تو سائنس کا سفر آگے بڑھ گیا۔</w:t>
      </w:r>
    </w:p>
    <w:p>
      <w:r>
        <w:rPr>
          <w:b/>
        </w:rPr>
        <w:t xml:space="preserve">[23:15] </w:t>
      </w:r>
      <w:r>
        <w:t>philosophy ne dekhiye, kabhi yeh nahi mana tha ke in ki limitations hain۔ sab se bari ghalati jo philosophy mein hui, woh yeh ke unhon ne apni limitations ko acknowledge nahi kiya۔</w:t>
      </w:r>
    </w:p>
    <w:p>
      <w:pPr>
        <w:jc w:val="right"/>
      </w:pPr>
      <w:r>
        <w:t>فلاسفی نے دیکھیے، کبھی یہ نہیں مانا تھا کہ ان کی لیمیٹیشنز ہیں۔ سب سے بڑی غلطی جو فلاسفی میں ہوئی، وہ یہ کہ انہوں نے اپنی لیمیٹیشنز کو اکنالج نہیں کیا۔</w:t>
      </w:r>
    </w:p>
    <w:p>
      <w:r>
        <w:rPr>
          <w:b/>
        </w:rPr>
        <w:t xml:space="preserve">[23:28] </w:t>
      </w:r>
      <w:r>
        <w:t>woh yeh samajhte rahe ke hum sab kuch jaan sakte hain, sab kuch jaan sakte hain, sab kuch jaan sakte hain۔ ultimate truth ko apne mind se hum discover kar sakte hain۔</w:t>
      </w:r>
    </w:p>
    <w:p>
      <w:pPr>
        <w:jc w:val="right"/>
      </w:pPr>
      <w:r>
        <w:t>وہ یہ سمجھتے رہے کہ ہم سب کچھ جان سکتے ہیں، سب کچھ جان سکتے ہیں، سب کچھ جان سکتے ہیں۔ الٹیمیٹ ٹروتھ کو اپنے مائنڈ سے ہم ڈسکور کر سکتے ہیں۔</w:t>
      </w:r>
    </w:p>
    <w:p>
      <w:r>
        <w:rPr>
          <w:b/>
        </w:rPr>
        <w:t xml:space="preserve">[23:38] </w:t>
      </w:r>
      <w:r>
        <w:t>to is obsession se nikli science۔ is ne maan liya ke hamari limitations hain ke fragrance ke bare mein hum apna mind nahi chala sakte۔</w:t>
      </w:r>
    </w:p>
    <w:p>
      <w:pPr>
        <w:jc w:val="right"/>
      </w:pPr>
      <w:r>
        <w:t>تو اس ابسیشن سے نکلی سائنس۔ اس نے مان لیا کہ ہماری لیمیٹیشنز ہیں کہ فریگرنس کے بارے میں ہم اپنا مائنڈ نہیں چلا سکتے۔</w:t>
      </w:r>
    </w:p>
    <w:p>
      <w:r>
        <w:rPr>
          <w:b/>
        </w:rPr>
        <w:t xml:space="preserve">[23:51] </w:t>
      </w:r>
      <w:r>
        <w:t>haan, phool ki jo chemistry hai, wahan hum hamari pohanch hai, wahan tak۔ to yeh jo main ne arz kiya ke Rabindranath Tagore ne kaha ke sari umar bina ke taaron ko suljhane mein beet gayi, jo antim geet mein gana chahta</w:t>
      </w:r>
    </w:p>
    <w:p>
      <w:pPr>
        <w:jc w:val="right"/>
      </w:pPr>
      <w:r>
        <w:t>ہاں، پھول کی جو کیمسٹری ہے، وہاں ہم ہماری پہنچ ہے، وہاں تک۔ تو یہ جو میں نے عرض کیا کہ رامین رتار ٹیگور نے کہا کہ ساری عمر بینا کے تاروں کو سلجھانے میں بیت گئی، جو अंतिم گیت میں گانا چاہتا</w:t>
      </w:r>
    </w:p>
    <w:p>
      <w:r>
        <w:rPr>
          <w:b/>
        </w:rPr>
        <w:t xml:space="preserve">[24:05] </w:t>
      </w:r>
      <w:r>
        <w:t>tha, woh na ga saka, to kyun tha؟ is liye ke jo shift darkar tha, woh un ko nahi mila۔ shift kiya tha؟ book of nature se book of God par aana۔</w:t>
      </w:r>
    </w:p>
    <w:p>
      <w:pPr>
        <w:jc w:val="right"/>
      </w:pPr>
      <w:r>
        <w:t>تھا، وہ نہ گا سکا، تو کیوں تھا؟ اس لیے کہ جو شفٹ درکار تھا، وہ ان کو نہیں ملا۔ شفٹ کیا تھا؟ بک آف نیچر سے بک آف گاڈ پر آنا۔</w:t>
      </w:r>
    </w:p>
    <w:p>
      <w:r>
        <w:rPr>
          <w:b/>
        </w:rPr>
        <w:t xml:space="preserve">[24:17] </w:t>
      </w:r>
      <w:r>
        <w:t>book of nature se book of God par aana۔ is tarah se Bertrand Russell jo hai, is ki umar hui thi 98, 98 saal۔</w:t>
      </w:r>
    </w:p>
    <w:p>
      <w:pPr>
        <w:jc w:val="right"/>
      </w:pPr>
      <w:r>
        <w:t>بک آف نیچر سے بک آف گاڈ پر آنا۔ اس طرح سے برٹن رسل جو ہے، اس کی عمر ہوئی تھی 98، 98 سال۔</w:t>
      </w:r>
    </w:p>
    <w:p>
      <w:r>
        <w:rPr>
          <w:b/>
        </w:rPr>
        <w:t xml:space="preserve">[24:28] </w:t>
      </w:r>
      <w:r>
        <w:t>bohat parha is ne, bohat parha is ne, bohat parha is ne۔</w:t>
      </w:r>
    </w:p>
    <w:p>
      <w:pPr>
        <w:jc w:val="right"/>
      </w:pPr>
      <w:r>
        <w:t>بہت پڑھا اس نے، بہت پڑھا اس نے، بہت پڑھا اس نے۔</w:t>
      </w:r>
    </w:p>
    <w:p>
      <w:r>
        <w:rPr>
          <w:b/>
        </w:rPr>
        <w:t xml:space="preserve">[24:31] </w:t>
      </w:r>
      <w:r>
        <w:t>lekin aap jante hain ke is ke bare mein, is ke ek commentator ne likha hai ke Bertrand Russell jo tha, woh philosopher of no philosophy tha۔</w:t>
      </w:r>
    </w:p>
    <w:p>
      <w:pPr>
        <w:jc w:val="right"/>
      </w:pPr>
      <w:r>
        <w:t>لیکن آپ جانتے ہیں کہ اس کے بارے میں، اس کے ایک کمنٹیٹر نے لکھا ہے کہ برٹن رسل جو تھا، وہ فلاسفر آف نو فلاسفی تھا۔</w:t>
      </w:r>
    </w:p>
    <w:p>
      <w:r>
        <w:rPr>
          <w:b/>
        </w:rPr>
        <w:t xml:space="preserve">[24:44] </w:t>
      </w:r>
      <w:r>
        <w:t>koi philosophy nahi bana paya woh aur mar gaya 98 years ke</w:t>
      </w:r>
    </w:p>
    <w:p>
      <w:pPr>
        <w:jc w:val="right"/>
      </w:pPr>
      <w:r>
        <w:t>کوئی فلاسفی نہیں بنا پایا وہ اور مر گیا 98 ایئرز کے</w:t>
      </w:r>
    </w:p>
    <w:p>
      <w:r>
        <w:rPr>
          <w:b/>
        </w:rPr>
        <w:t xml:space="preserve">[24:49] </w:t>
      </w:r>
      <w:r>
        <w:t>ba wajood۔ to yahan bhi kiya hai؟ woh shift ko discover nahi kar saka ke book of nature par main sari research karta chala raha hoon, ab shift karna hai hamein, wahin ke book of God par mujhe aana hai۔</w:t>
      </w:r>
    </w:p>
    <w:p>
      <w:pPr>
        <w:jc w:val="right"/>
      </w:pPr>
      <w:r>
        <w:t>باوجود۔ تو یہاں بھی کیا ہے؟ وہ شفٹ کو ڈسکور نہیں کر سکا کہ بک آف نیچر پر میں ساری ریسرچ کرتا چلا رہا ہوں، اب شفٹ کرنا ہے ہمیں، وہیں کہ بک آف گاڈ پر مجھے آنا ہے۔</w:t>
      </w:r>
    </w:p>
    <w:p>
      <w:r>
        <w:rPr>
          <w:b/>
        </w:rPr>
        <w:t xml:space="preserve">[25:06] </w:t>
      </w:r>
      <w:r>
        <w:t>yahan par main kehna chahunga ke book of God ka matlab kiya hai؟ dekhiye, Khuda ne jo creator hai is universe ka, us ne prophet bheje۔</w:t>
      </w:r>
    </w:p>
    <w:p>
      <w:pPr>
        <w:jc w:val="right"/>
      </w:pPr>
      <w:r>
        <w:t>یہاں پر میں کہنا چاہوں گا کہ بک آف گاڈ کا مطلب کیا ہے؟ دیکھیے، خدا نے جو کریٹر ہے اس یونیورس کا، اس نے پرافٹ بھیجے۔</w:t>
      </w:r>
    </w:p>
    <w:p>
      <w:r>
        <w:rPr>
          <w:b/>
        </w:rPr>
        <w:t xml:space="preserve">[25:25] </w:t>
      </w:r>
      <w:r>
        <w:t>har age mein, har maqam par prophet bheje۔</w:t>
      </w:r>
    </w:p>
    <w:p>
      <w:pPr>
        <w:jc w:val="right"/>
      </w:pPr>
      <w:r>
        <w:t>ہر ایج میں، ہر مقام پر پرافٹ بھیجے۔</w:t>
      </w:r>
    </w:p>
    <w:p>
      <w:r>
        <w:rPr>
          <w:b/>
        </w:rPr>
        <w:t xml:space="preserve">[25:30] </w:t>
      </w:r>
      <w:r>
        <w:t>yeh prophet Khuda ka revelation le kar aaye۔ lekin pichhle zamane mein jo prophet aaye, jin ki jin ka number</w:t>
      </w:r>
    </w:p>
    <w:p>
      <w:pPr>
        <w:jc w:val="right"/>
      </w:pPr>
      <w:r>
        <w:t>یہ پرافٹ خدا کا ریولیشن لے کر آئے۔ لیکن پچھلے زمانے میں جو پرافٹ آئے، جن کی جن کا نمبر</w:t>
      </w:r>
    </w:p>
    <w:p>
      <w:r>
        <w:rPr>
          <w:b/>
        </w:rPr>
        <w:t xml:space="preserve">[25:48] </w:t>
      </w:r>
      <w:r>
        <w:t>ek lakh se bhi ziyada hai۔</w:t>
      </w:r>
    </w:p>
    <w:p>
      <w:pPr>
        <w:jc w:val="right"/>
      </w:pPr>
      <w:r>
        <w:t>ایک لاکھ سے بھی زیادہ ہے۔</w:t>
      </w:r>
    </w:p>
    <w:p>
      <w:r>
        <w:rPr>
          <w:b/>
        </w:rPr>
        <w:t xml:space="preserve">[25:52] </w:t>
      </w:r>
      <w:r>
        <w:t>lekin kiya hua؟ pichhle zamane mein woh sadhan nahi the preservation ke۔ yahan jo koi bhi kitab paida nahi hui, religious book hi ki baat nahi hai, pichhle zamane ki koi bhi baat, koi bhi kitab jo likhi thi logon ne kisi tukre par, kisi cheez par, woh preserve nahi reh saki۔</w:t>
      </w:r>
    </w:p>
    <w:p>
      <w:pPr>
        <w:jc w:val="right"/>
      </w:pPr>
      <w:r>
        <w:t>لیکن کیا ہوا؟ پچھلے زمانے میں وہ سادھن نہیں تھے پریزرویشن کے۔ یہاں جو کوئی بھی کتاب پیدا نہیں ہوئی، ریلیجس بک ہی کی بات نہیں ہے، پچھلے زمانے کی کوئی بھی بات، کوئی بھی کتاب جو لکھی تھی لوگوں نے کسی ٹکڑے پر، کسی چیز پر، وہ پریزرو نہیں رہ سکی۔</w:t>
      </w:r>
    </w:p>
    <w:p>
      <w:r>
        <w:rPr>
          <w:b/>
        </w:rPr>
        <w:t xml:space="preserve">[26:13] </w:t>
      </w:r>
      <w:r>
        <w:t>woh preserve nahi reh s</w:t>
      </w:r>
    </w:p>
    <w:p>
      <w:pPr>
        <w:jc w:val="right"/>
      </w:pPr>
      <w:r>
        <w:t>وہ پریزرو نہیں رہ س</w:t>
      </w:r>
    </w:p>
    <w:p>
      <w:r>
        <w:rPr>
          <w:b/>
        </w:rPr>
        <w:t xml:space="preserve">[26:16] </w:t>
      </w:r>
      <w:r>
        <w:t>ki۔ woh to religious books mein ya revealed books mein Quran, jis ko main book of God keh raha hoon, jis ke liye keh raha hoon ke haan shift kar ke hamein yahan aana pare ga,</w:t>
      </w:r>
    </w:p>
    <w:p>
      <w:pPr>
        <w:jc w:val="right"/>
      </w:pPr>
      <w:r>
        <w:t>کی۔ وہ تو ریلیجس بکس میں یا ریویلڈ بکس میں قرآن، جس کو میں بک آف گاڈ کہہ رہا ہوں، جس کے لیے کہہ رہا ہوں کہ ہاں شفٹ کر کے ہمیں یہاں آنا پڑے گا،</w:t>
      </w:r>
    </w:p>
    <w:p>
      <w:r>
        <w:rPr>
          <w:b/>
        </w:rPr>
        <w:t xml:space="preserve">[26:30] </w:t>
      </w:r>
      <w:r>
        <w:t>to religious books mein pehli baar aisa hua ke ek kitab preserve ho gayi۔ kyun ke prophet of Islam ko kuch aise advantage mile jo doosron ko nahi mile the۔</w:t>
      </w:r>
    </w:p>
    <w:p>
      <w:pPr>
        <w:jc w:val="right"/>
      </w:pPr>
      <w:r>
        <w:t>تو ریلیجس بکس میں پہلی بار ایسا ہوا کہ ایک کتاب پریزرو ہو گئی۔ کیونکہ پرافٹ آف اسلام کو کچھ ایسے ایڈوانٹیج ملے جو دوسروں کو نہیں ملے تھے۔</w:t>
      </w:r>
    </w:p>
    <w:p>
      <w:r>
        <w:rPr>
          <w:b/>
        </w:rPr>
        <w:t xml:space="preserve">[26:43] </w:t>
      </w:r>
      <w:r>
        <w:t>ek to yeh ke doosre prophet ke sath team ikatha nahi hui thi۔ team! aap jante hain, koi ek aadmi jo hai, sara kaam nahi kar sakta hai۔</w:t>
      </w:r>
    </w:p>
    <w:p>
      <w:pPr>
        <w:jc w:val="right"/>
      </w:pPr>
      <w:r>
        <w:t>ایک تو یہ کہ دوسرے پرافٹ کے ساتھ ٹیم اکٹھا نہیں ہوئی تھی۔ ٹیم! آپ جانتے ہیں، کوئی ایک آدمی جو ہے، سارا کام نہیں کر سکتا ہے۔</w:t>
      </w:r>
    </w:p>
    <w:p>
      <w:r>
        <w:rPr>
          <w:b/>
        </w:rPr>
        <w:t xml:space="preserve">[26:56] </w:t>
      </w:r>
      <w:r>
        <w:t>koi bhi bara kaam karne ke liye hamein hath paon chahiye, team chahiye۔</w:t>
      </w:r>
    </w:p>
    <w:p>
      <w:pPr>
        <w:jc w:val="right"/>
      </w:pPr>
      <w:r>
        <w:t>کوئی بھی بڑا کام کرنے کے لیے ہمیں ہاتھ پاؤں چاہیے، ٹیم چاہیے۔</w:t>
      </w:r>
    </w:p>
    <w:p>
      <w:r>
        <w:rPr>
          <w:b/>
        </w:rPr>
        <w:t xml:space="preserve">[27:02] </w:t>
      </w:r>
      <w:r>
        <w:t>to prophet of Islam jo the, yeh un ke sath, jaisa ke hum jante hain, ek lakh pachis hazar aadmi un ke sath the jis waqt unhon ne Hajj kiya۔</w:t>
      </w:r>
    </w:p>
    <w:p>
      <w:pPr>
        <w:jc w:val="right"/>
      </w:pPr>
      <w:r>
        <w:t>تو پرافٹ آف اسلام جو تھے، یہ ان کے ساتھ، جیسا کہ ہم جانتے ہیں، ایک لاکھ پچیس ہزار آدمی ان کے ساتھ تھے جس وقت انہوں نے حج کیا۔</w:t>
      </w:r>
    </w:p>
    <w:p>
      <w:r>
        <w:rPr>
          <w:b/>
        </w:rPr>
        <w:t xml:space="preserve">[27:15] </w:t>
      </w:r>
      <w:r>
        <w:t>aur kuch aur log jo madina mein thay, un ke ilawa hain. to itni bari team aap ko mil gai.</w:t>
      </w:r>
    </w:p>
    <w:p>
      <w:pPr>
        <w:jc w:val="right"/>
      </w:pPr>
      <w:r>
        <w:t>اور کچھ اور لوگ جو مدینہ میں تھے، ان کے علاوہ ہیں۔ تو اتنی بڑی ٹیم آپ کو مل گئی۔</w:t>
      </w:r>
    </w:p>
    <w:p>
      <w:r>
        <w:rPr>
          <w:b/>
        </w:rPr>
        <w:t xml:space="preserve">[27:24] </w:t>
      </w:r>
      <w:r>
        <w:t>aur doosri baat kya? is waqt jo hai, paper ban chuka tha. banne ke mani ek industrial paper nahi, natural paper.</w:t>
      </w:r>
    </w:p>
    <w:p>
      <w:pPr>
        <w:jc w:val="right"/>
      </w:pPr>
      <w:r>
        <w:t>اور دوسری بات کیا؟ اس وقت جو ہے، پیپر بن چکا تھا۔ بننے کے معنی ایک انڈسٹریل پیپر نہیں، نیچرل پیپر۔</w:t>
      </w:r>
    </w:p>
    <w:p>
      <w:r>
        <w:rPr>
          <w:b/>
        </w:rPr>
        <w:t xml:space="preserve">[27:35] </w:t>
      </w:r>
      <w:r>
        <w:t>is waqt jo tha, Egypt mein ek ek peR hua karta tha jis ke andar layer hua karte thay, paper ki manind.</w:t>
      </w:r>
    </w:p>
    <w:p>
      <w:pPr>
        <w:jc w:val="right"/>
      </w:pPr>
      <w:r>
        <w:t>اس وقت جو تھا، ایجپٹ میں ایک ایک پیڑ ہوا کرتا تھا جس کے اندر لیئر ہوا کرتے تھے، پیپر کی مانند۔</w:t>
      </w:r>
    </w:p>
    <w:p>
      <w:r>
        <w:rPr>
          <w:b/>
        </w:rPr>
        <w:t xml:space="preserve">[27:44] </w:t>
      </w:r>
      <w:r>
        <w:t>main ne is se pehle arz kiya tha ke Khuda ne yeh kiya hai ke mechanical revolution se pehle Khuda ne nature mein woh woh cheez rakh di jis se hum apna kaam karte reh gaye.</w:t>
      </w:r>
    </w:p>
    <w:p>
      <w:pPr>
        <w:jc w:val="right"/>
      </w:pPr>
      <w:r>
        <w:t>میں نے اس سے پہلے عرض کیا تھا کہ خدا نے یہ کیا ہے کہ مکینیکل ریولوشن سے پہلے خدا نے نیچر میں وہ وہ چیز رکھ دی جس سے ہم اپنا کام کرتے رہیں۔</w:t>
      </w:r>
    </w:p>
    <w:p>
      <w:r>
        <w:rPr>
          <w:b/>
        </w:rPr>
        <w:t xml:space="preserve">[27:55] </w:t>
      </w:r>
      <w:r>
        <w:t>jaise motor car se pehle Khuda ne ghoda rakh diya.</w:t>
      </w:r>
    </w:p>
    <w:p>
      <w:pPr>
        <w:jc w:val="right"/>
      </w:pPr>
      <w:r>
        <w:t>جیسے موٹر کار سے پہلے خدا نے گھوڑا رکھ دیا۔</w:t>
      </w:r>
    </w:p>
    <w:p>
      <w:r>
        <w:rPr>
          <w:b/>
        </w:rPr>
        <w:t xml:space="preserve">[28:01] </w:t>
      </w:r>
      <w:r>
        <w:t>is tarah se industrial paper se pehle Khuda ne beR ke andar, drakht ke andar aisi layer daal di ke us ko nikaal kar hum paper ki jagah istemaal kar saken.</w:t>
      </w:r>
    </w:p>
    <w:p>
      <w:pPr>
        <w:jc w:val="right"/>
      </w:pPr>
      <w:r>
        <w:t>اس طرح سے انڈسٹریل پیپر سے پہلے خدا نے بیڑ کے اندر، درخت کے اندر ایسی لیئر ڈال دی کہ اس کو نکال کر ہم پیپر کی جگہ استعمال کر سکیں۔</w:t>
      </w:r>
    </w:p>
    <w:p>
      <w:r>
        <w:rPr>
          <w:b/>
        </w:rPr>
        <w:t xml:space="preserve">[28:11] </w:t>
      </w:r>
      <w:r>
        <w:t>us ko to prophet of Islam ko ek team mili. woh zamana mila jab ke paper dunya mein aa chuka tha.</w:t>
      </w:r>
    </w:p>
    <w:p>
      <w:pPr>
        <w:jc w:val="right"/>
      </w:pPr>
      <w:r>
        <w:t>اس کو تو پرافٹ آف اسلام کو ایک ٹیم ملی۔ وہ زمانہ ملا جب کہ پیپر دنیا میں آ چکا تھا۔</w:t>
      </w:r>
    </w:p>
    <w:p>
      <w:r>
        <w:rPr>
          <w:b/>
        </w:rPr>
        <w:t xml:space="preserve">[28:20] </w:t>
      </w:r>
      <w:r>
        <w:t>aur bohat sari cheezain. is wajah se yeh mumkin hua, yeh possible hua ke aap ki jo book hai, jo revealed book, woh preserve rakhi ja saki.</w:t>
      </w:r>
    </w:p>
    <w:p>
      <w:pPr>
        <w:jc w:val="right"/>
      </w:pPr>
      <w:r>
        <w:t>اور بہت ساری چیزیں۔ اس وجہ سے یہ ممکن ہوا، یہ پاسیبل ہوا کہ آپ کی جو بک ہے، جو ریویلڈ بک، وہ پریزرو رکھی جا سکے۔</w:t>
      </w:r>
    </w:p>
    <w:p>
      <w:r>
        <w:rPr>
          <w:b/>
        </w:rPr>
        <w:t xml:space="preserve">[28:31] </w:t>
      </w:r>
      <w:r>
        <w:t>aur yeh bhi hua ke aap ko ek political power mil gaya. pichhle prophet jo thay, un ke sath political power ikattha nahi hua.</w:t>
      </w:r>
    </w:p>
    <w:p>
      <w:pPr>
        <w:jc w:val="right"/>
      </w:pPr>
      <w:r>
        <w:t>اور یہ بھی ہوا کہ آپ کو ایک پولیٹیکل پاور مل گیا۔ پچھلے پرافٹ جو تھے، ان کے ساتھ پولیٹیکل پاور اکٹھا نہیں ہوا۔</w:t>
      </w:r>
    </w:p>
    <w:p>
      <w:r>
        <w:rPr>
          <w:b/>
        </w:rPr>
        <w:t xml:space="preserve">[28:40] </w:t>
      </w:r>
      <w:r>
        <w:t>baghair political power ke kitab ko preserve karna bohat hi mushkil kaam tha, balkeh impossible tha. yani Khuda ki kitab, jis ke hazaron log mukhalif hon,</w:t>
      </w:r>
    </w:p>
    <w:p>
      <w:pPr>
        <w:jc w:val="right"/>
      </w:pPr>
      <w:r>
        <w:t>بغیر پولیٹیکل پاور کے کتاب کو پریزرو کرنا بہت ہی مشکل کام تھا، بلکہ امپاسیبل تھا۔ یعنی خدا کی کتاب، جس کے ہزاروں لوگ مخالف ہوں،</w:t>
      </w:r>
    </w:p>
    <w:p>
      <w:r>
        <w:rPr>
          <w:b/>
        </w:rPr>
        <w:t xml:space="preserve">[28:55] </w:t>
      </w:r>
      <w:r>
        <w:t>us ko preserve rakhne ke liye ek taqat chahiye, ek force chahiye, political power. nahi to us ko kya karte hain? log maar daalte hain, kaat daalte hain, jala dete hain, phoonk dete hain.</w:t>
      </w:r>
    </w:p>
    <w:p>
      <w:pPr>
        <w:jc w:val="right"/>
      </w:pPr>
      <w:r>
        <w:t>اس کو پریزرو رکھنے کے لیے ایک طاقت چاہیے، ایک فورس چاہیے، پولیٹیکل پاور۔ نہیں تو اس کو کیا کرتے ہیں؟ لوگ مار ڈالتے ہیں، کاٹ ڈالتے ہیں، جلا دیتے ہیں، پھونک دیتے ہیں۔</w:t>
      </w:r>
    </w:p>
    <w:p>
      <w:r>
        <w:rPr>
          <w:b/>
        </w:rPr>
        <w:t xml:space="preserve">[29:06] </w:t>
      </w:r>
      <w:r>
        <w:t>pichhle zamane mein kitabein jalai gayeen, phoonk di gayeen.</w:t>
      </w:r>
    </w:p>
    <w:p>
      <w:pPr>
        <w:jc w:val="right"/>
      </w:pPr>
      <w:r>
        <w:t>پچھلے زمانے میں کتابیں جلائی گئیں، پھینک دی گئیں۔</w:t>
      </w:r>
    </w:p>
    <w:p>
      <w:r>
        <w:rPr>
          <w:b/>
        </w:rPr>
        <w:t xml:space="preserve">[29:11] </w:t>
      </w:r>
      <w:r>
        <w:t>to prophet of Islam ke sath kya hua? aap ke sath team bani, aap ko paper mila, aap ko political power mila. woh political power jo hai, political umbrella ban gaya.</w:t>
      </w:r>
    </w:p>
    <w:p>
      <w:pPr>
        <w:jc w:val="right"/>
      </w:pPr>
      <w:r>
        <w:t>تو پرافٹ آف اسلام کے ساتھ کیا ہوا؟ آپ کے ساتھ ٹیم بنی، آپ کو پیپر ملا، آپ کو پولیٹیکل پاور ملا۔ وہ پولیٹیکل پاور جو ہے، پولیٹیکل امبریلا بن گیا۔</w:t>
      </w:r>
    </w:p>
    <w:p>
      <w:r>
        <w:rPr>
          <w:b/>
        </w:rPr>
        <w:t xml:space="preserve">[29:24] </w:t>
      </w:r>
      <w:r>
        <w:t>kisi ki himmat nahi thi ke Quran ko jalaye, Quran ko khatam kare, Quran ko mitaaye. kyunke ek bohat bara empire, bohat hi bara empire tha jo Asia se Africa tak phaila hua tha.</w:t>
      </w:r>
    </w:p>
    <w:p>
      <w:pPr>
        <w:jc w:val="right"/>
      </w:pPr>
      <w:r>
        <w:t>کسی کی ہمت نہیں تھی کہ قرآن کو جلائے، قرآن کو ختم کرے، قرآن کو مٹائے۔ کیونکہ ایک بہت بڑا ایمپائر، بہت ہی بڑا ایمپائر تھا جو ایشیا سے افریقہ تک پھیلا ہوا تھا۔</w:t>
      </w:r>
    </w:p>
    <w:p>
      <w:r>
        <w:rPr>
          <w:b/>
        </w:rPr>
        <w:t xml:space="preserve">[29:37] </w:t>
      </w:r>
      <w:r>
        <w:t>woh us ko shelter kar raha tha.</w:t>
      </w:r>
    </w:p>
    <w:p>
      <w:pPr>
        <w:jc w:val="right"/>
      </w:pPr>
      <w:r>
        <w:t>وہ اس کو شلٹر کر رہا تھا۔</w:t>
      </w:r>
    </w:p>
    <w:p>
      <w:r>
        <w:rPr>
          <w:b/>
        </w:rPr>
        <w:t xml:space="preserve">[29:41] </w:t>
      </w:r>
      <w:r>
        <w:t>is tarah se Quran mehfooz raha. ab main yeh kahunga ke Quran ko book of reference, book of reference yaqeen karne ke liye ke Quran hamare liye book of reference hai, Quran hamare liye criterion hai,</w:t>
      </w:r>
    </w:p>
    <w:p>
      <w:pPr>
        <w:jc w:val="right"/>
      </w:pPr>
      <w:r>
        <w:t>اس طرح سے قرآن محفوظ رہا۔ اب میں یہ کہوں گا کہ قرآن کو بک آف ریفرنس، بک آف ریفرنس یقین کرنے کے لیے کہ قرآن ہمارے لیے بک آف ریفرنس ہے، قرآن ہمارے لیے کرائٹیرین ہے،</w:t>
      </w:r>
    </w:p>
    <w:p>
      <w:r>
        <w:rPr>
          <w:b/>
        </w:rPr>
        <w:t xml:space="preserve">[29:58] </w:t>
      </w:r>
      <w:r>
        <w:t>us ke liye kya karna hai? humein yahan mein yeh kahunga ke yeh mamla bohat aasan hai.</w:t>
      </w:r>
    </w:p>
    <w:p>
      <w:pPr>
        <w:jc w:val="right"/>
      </w:pPr>
      <w:r>
        <w:t>اس کے لیے کیا کرنا ہے؟ ہمیں یہاں میں یہ کہوں گا کہ یہ معاملہ بہت آسان ہے۔</w:t>
      </w:r>
    </w:p>
    <w:p>
      <w:r>
        <w:rPr>
          <w:b/>
        </w:rPr>
        <w:t xml:space="preserve">[30:06] </w:t>
      </w:r>
      <w:r>
        <w:t>yeh bohat aasan hai mamla. kyun? Quran khud apne bare mein kehta hai ke aisi kitab koi insan nahi likh sakta.</w:t>
      </w:r>
    </w:p>
    <w:p>
      <w:pPr>
        <w:jc w:val="right"/>
      </w:pPr>
      <w:r>
        <w:t>یہ بہت آسان ہے معاملہ۔ کیوں؟ قرآن خود اپنے بارے میں کہتا ہے کہ ایسی کتاب کوئی انسان نہیں لکھ سکتا۔</w:t>
      </w:r>
    </w:p>
    <w:p>
      <w:r>
        <w:rPr>
          <w:b/>
        </w:rPr>
        <w:t xml:space="preserve">[30:16] </w:t>
      </w:r>
      <w:r>
        <w:t>yani Quran mein aisi qualities hain, aisi kuch baatein hain, aise kuch evidence milte hain is mein humein jo apne aap mein is baat ka proof hain ke Quran Khuda ki kitab hai.</w:t>
      </w:r>
    </w:p>
    <w:p>
      <w:pPr>
        <w:jc w:val="right"/>
      </w:pPr>
      <w:r>
        <w:t>یعنی قرآن میں ایسی کوالٹیز ہیں، ایسی کچھ باتیں ہیں، ایسے کچھ ایویڈنس ملتے ہیں اس میں ہمیں جو اپنے آپ میں اس بات کا پروف ہیں کہ قرآن خدا کی کتاب ہے۔</w:t>
      </w:r>
    </w:p>
    <w:p>
      <w:r>
        <w:rPr>
          <w:b/>
        </w:rPr>
        <w:t xml:space="preserve">[30:29] </w:t>
      </w:r>
      <w:r>
        <w:t>kyunke koi bhi insan apni limitations ki wajah se aisi book likh nahi sakta hai.</w:t>
      </w:r>
    </w:p>
    <w:p>
      <w:pPr>
        <w:jc w:val="right"/>
      </w:pPr>
      <w:r>
        <w:t>کیونکہ کوئی بھی انسان اپنی لیمیٹیشنز کی وجہ سے ایسی بک لکھ نہیں سکتا ہے۔</w:t>
      </w:r>
    </w:p>
    <w:p>
      <w:r>
        <w:rPr>
          <w:b/>
        </w:rPr>
        <w:t xml:space="preserve">[30:37] </w:t>
      </w:r>
      <w:r>
        <w:t>to ab aap yeh karein ke book of nature se shift kar ke aaiye book of God par. aur yahan par aap lijiye Quran ko.</w:t>
      </w:r>
    </w:p>
    <w:p>
      <w:pPr>
        <w:jc w:val="right"/>
      </w:pPr>
      <w:r>
        <w:t>تو اب آپ یہ کریں کہ بک آف نیچر سے شفٹ کر کے آئیے بک آف گاڈ پر۔ اور یہاں پر آپ لیجئے قرآن کو۔</w:t>
      </w:r>
    </w:p>
    <w:p>
      <w:r>
        <w:rPr>
          <w:b/>
        </w:rPr>
        <w:t xml:space="preserve">[30:47] </w:t>
      </w:r>
      <w:r>
        <w:t>aur phir Quran ko aap is lihaaz se dekhiye ke kya is mein aisi evidence milte hain, aisi baatein milti hain jis se aap yaqeen kar saken ke yeh sach much book of God hai.</w:t>
      </w:r>
    </w:p>
    <w:p>
      <w:pPr>
        <w:jc w:val="right"/>
      </w:pPr>
      <w:r>
        <w:t>اور پھر قرآن کو آپ اس لحاظ سے دیکھیے کہ کیا اس میں ایسے ایویڈنس ملتے ہیں، ایسی باتیں ملتی ہیں جس سے آپ یقین کر سکیں کہ یہ سچ مچ بک آف گاڈ ہے۔</w:t>
      </w:r>
    </w:p>
    <w:p>
      <w:r>
        <w:rPr>
          <w:b/>
        </w:rPr>
        <w:t xml:space="preserve">[31:00] </w:t>
      </w:r>
      <w:r>
        <w:t>to yahan mera jawab affirmative mein hai. main aap ko chand baaton ki</w:t>
      </w:r>
    </w:p>
    <w:p>
      <w:pPr>
        <w:jc w:val="right"/>
      </w:pPr>
      <w:r>
        <w:t>تو یہاں میرا جواب افرمیٹیو میں ہے۔ میں آپ کو چند باتوں کی</w:t>
      </w:r>
    </w:p>
    <w:p>
      <w:r>
        <w:rPr>
          <w:b/>
        </w:rPr>
        <w:t xml:space="preserve">[31:05] </w:t>
      </w:r>
      <w:r>
        <w:t>taraf ishara karta hoon. yeh baatein main ne likhi hain apni books mein. meri kai books hain is topic par. detail aap is mein dekh sakte hain.</w:t>
      </w:r>
    </w:p>
    <w:p>
      <w:pPr>
        <w:jc w:val="right"/>
      </w:pPr>
      <w:r>
        <w:t>طرف اشارہ کرتا ہوں۔ یہ باتیں میں نے لکھی ہیں اپنی بکس میں۔ میری کئی بکس ہیں اس ٹاپک پر۔ ڈیٹیل آپ اس میں دیکھ سکتے ہیں۔</w:t>
      </w:r>
    </w:p>
    <w:p>
      <w:r>
        <w:rPr>
          <w:b/>
        </w:rPr>
        <w:t xml:space="preserve">[31:15] </w:t>
      </w:r>
      <w:r>
        <w:t>mera manna yeh hai ke scientific age mein</w:t>
      </w:r>
    </w:p>
    <w:p>
      <w:pPr>
        <w:jc w:val="right"/>
      </w:pPr>
      <w:r>
        <w:t>میرا ماننا یہ ہے کہ سائنٹیفک ایج میں</w:t>
      </w:r>
    </w:p>
    <w:p>
      <w:r>
        <w:rPr>
          <w:b/>
        </w:rPr>
        <w:t xml:space="preserve">[31:21] </w:t>
      </w:r>
      <w:r>
        <w:t>yeh baat confirm ho gayi hai, confirm ke quran jo hai, insani kitaab nahi hai, yeh khudai kitaab hai.</w:t>
      </w:r>
    </w:p>
    <w:p>
      <w:pPr>
        <w:jc w:val="right"/>
      </w:pPr>
      <w:r>
        <w:t>یہ بات کنفرم ہو گئی ہے، کنفرم کہ قرآن جو ہے، انسانی کتاب نہیں ہے، یہ خدائی کتاب ہے۔</w:t>
      </w:r>
    </w:p>
    <w:p>
      <w:r>
        <w:rPr>
          <w:b/>
        </w:rPr>
        <w:t xml:space="preserve">[31:30] </w:t>
      </w:r>
      <w:r>
        <w:t>woh kaise? main aap ko chand darkhwastain deta hoon.</w:t>
      </w:r>
    </w:p>
    <w:p>
      <w:pPr>
        <w:jc w:val="right"/>
      </w:pPr>
      <w:r>
        <w:t>وہ کیسے؟ میں آپ کو چند درخواستیں دیتا ہوں۔</w:t>
      </w:r>
    </w:p>
    <w:p>
      <w:r>
        <w:rPr>
          <w:b/>
        </w:rPr>
        <w:t xml:space="preserve">[31:36] </w:t>
      </w:r>
      <w:r>
        <w:t>dekhiye, quran jo hai, kab utra tha? seven century ke first quarter mein. seven century ke first quarter mein.</w:t>
      </w:r>
    </w:p>
    <w:p>
      <w:pPr>
        <w:jc w:val="right"/>
      </w:pPr>
      <w:r>
        <w:t>دیکھیے، قرآن جو ہے، کب اترا تھا؟ سیون سینچری کے فرسٹ کوارٹر میں۔ سیون سینچری کے فرسٹ کوارٹر میں۔</w:t>
      </w:r>
    </w:p>
    <w:p>
      <w:r>
        <w:rPr>
          <w:b/>
        </w:rPr>
        <w:t xml:space="preserve">[31:50] </w:t>
      </w:r>
      <w:r>
        <w:t>toh wahan us waqt kya tha? us waqt do bari empire theen: irani empire aur roman empire.</w:t>
      </w:r>
    </w:p>
    <w:p>
      <w:pPr>
        <w:jc w:val="right"/>
      </w:pPr>
      <w:r>
        <w:t>تو وہاں اس وقت کیا تھا؟ اس وقت دو بڑی ایمپائر تھیں: ایرانی ایمپائر اور رومن ایمپائر۔</w:t>
      </w:r>
    </w:p>
    <w:p>
      <w:r>
        <w:rPr>
          <w:b/>
        </w:rPr>
        <w:t xml:space="preserve">[31:58] </w:t>
      </w:r>
      <w:r>
        <w:t>yani arab ke bahir jo countries thay, un par chhaye hue thay do power. is ko rome kehte thay aur is ko fars kehte thay.</w:t>
      </w:r>
    </w:p>
    <w:p>
      <w:pPr>
        <w:jc w:val="right"/>
      </w:pPr>
      <w:r>
        <w:t>یعنی عرب کے باہر جو کنٹریز تھے، ان پر چھائے ہوئے تھے دو پاور۔ اس کو روم کہتے تھے اور اس کو فارس کہتے تھے۔</w:t>
      </w:r>
    </w:p>
    <w:p>
      <w:r>
        <w:rPr>
          <w:b/>
        </w:rPr>
        <w:t xml:space="preserve">[32:09] </w:t>
      </w:r>
      <w:r>
        <w:t>toh history mein in ko kaha jata hai ke byzantine empire aur roman empire.</w:t>
      </w:r>
    </w:p>
    <w:p>
      <w:pPr>
        <w:jc w:val="right"/>
      </w:pPr>
      <w:r>
        <w:t>تو ہسٹری میں ان کو کہا جاتا ہے کہ بازنطینی ایمپائر اور رومن ایمپائر۔</w:t>
      </w:r>
    </w:p>
    <w:p>
      <w:r>
        <w:rPr>
          <w:b/>
        </w:rPr>
        <w:t xml:space="preserve">[32:21] </w:t>
      </w:r>
      <w:r>
        <w:t>toh ek taraf roman empire thi, ek taraf irani empire thi.</w:t>
      </w:r>
    </w:p>
    <w:p>
      <w:pPr>
        <w:jc w:val="right"/>
      </w:pPr>
      <w:r>
        <w:t>تو ایک طرف رومن ایمپائر تھی، ایک طرف ایرانی ایمپائر تھی۔</w:t>
      </w:r>
    </w:p>
    <w:p>
      <w:r>
        <w:rPr>
          <w:b/>
        </w:rPr>
        <w:t xml:space="preserve">[32:25] </w:t>
      </w:r>
      <w:r>
        <w:t>kya hua? in mein larai hui. larai hoti rehti thi. toh in mein larai hui prophet ke zamane mein, jab ke prophet makkah mein thay aur bohat hi, yani helpless halat mein thay.</w:t>
      </w:r>
    </w:p>
    <w:p>
      <w:pPr>
        <w:jc w:val="right"/>
      </w:pPr>
      <w:r>
        <w:t>کیا ہوا؟ ان میں لڑائی ہوئی۔ لڑائی ہوتی رہتی تھی۔ تو ان میں لڑائی ہوئی پرافٹ کے زمانے میں، جب کہ پرافٹ مکہ میں تھے اور بہت ہی، یعنی ہیلپ لیس حالت میں تھے۔</w:t>
      </w:r>
    </w:p>
    <w:p>
      <w:r>
        <w:rPr>
          <w:b/>
        </w:rPr>
        <w:t xml:space="preserve">[32:41] </w:t>
      </w:r>
      <w:r>
        <w:t>us waqt tak na toh team bani thi, na rasool Allah ka state qaim hua tha, kuch bhi nahi tha.</w:t>
      </w:r>
    </w:p>
    <w:p>
      <w:pPr>
        <w:jc w:val="right"/>
      </w:pPr>
      <w:r>
        <w:t>اس وقت تک نہ تو ٹیم بنی تھی، نہ رسول اللہ کا اسٹیٹ قائم ہوا تھا، کچھ بھی نہیں تھا۔</w:t>
      </w:r>
    </w:p>
    <w:p>
      <w:r>
        <w:rPr>
          <w:b/>
        </w:rPr>
        <w:t xml:space="preserve">[32:50] </w:t>
      </w:r>
      <w:r>
        <w:t>toh wahan par larai shuru hui dono empire mein: irani empire mein aur roman empire mein. larai shuru hui.</w:t>
      </w:r>
    </w:p>
    <w:p>
      <w:pPr>
        <w:jc w:val="right"/>
      </w:pPr>
      <w:r>
        <w:t>تو وہاں پر لڑائی شروع ہوئی دونوں ایمپائر میں: ایرانی ایمپائر میں اور رومن ایمپائر میں۔ لڑائی شروع ہوئی۔</w:t>
      </w:r>
    </w:p>
    <w:p>
      <w:r>
        <w:rPr>
          <w:b/>
        </w:rPr>
        <w:t xml:space="preserve">[32:59] </w:t>
      </w:r>
      <w:r>
        <w:t>aur kya hua ke iran, irani empire jo tha, us ne rome ko bohat zyada defeat de di. sara uska jo area tha, qabza kar liya.</w:t>
      </w:r>
    </w:p>
    <w:p>
      <w:pPr>
        <w:jc w:val="right"/>
      </w:pPr>
      <w:r>
        <w:t>اور کیا ہوا کہ ایران، ایرانی ایمپائر جو تھا، اس نے روم کو بہت زیادہ ڈیفیٹ دے دی۔ سارا اس کا جو ایریا تھا، قبضہ کر لیا۔</w:t>
      </w:r>
    </w:p>
    <w:p>
      <w:r>
        <w:rPr>
          <w:b/>
        </w:rPr>
        <w:t xml:space="preserve">[33:09] </w:t>
      </w:r>
      <w:r>
        <w:t>aur romi king jo tha, romi emperor, woh turkey mein jo city hai, jis ko hum qastuntuniya kehte hain, wahan ja kar ke woh refuge le liya.</w:t>
      </w:r>
    </w:p>
    <w:p>
      <w:pPr>
        <w:jc w:val="right"/>
      </w:pPr>
      <w:r>
        <w:t>اور رومی کنگ جو تھا، رومی ایمپرر، وہ ترکی میں جو سٹی ہے، جس کو ہم قسطنطنیہ کہتے ہیں، وہاں جا کر کے وہ ریفیوج لے لیا۔</w:t>
      </w:r>
    </w:p>
    <w:p>
      <w:r>
        <w:rPr>
          <w:b/>
        </w:rPr>
        <w:t xml:space="preserve">[33:22] </w:t>
      </w:r>
      <w:r>
        <w:t>us ne yani ek hi city tha jahan ja kar ke jo ek ek fort tha, bohat bara, woh wahan ja kar ke us ne panah le li aur poora empression gaya uska.</w:t>
      </w:r>
    </w:p>
    <w:p>
      <w:pPr>
        <w:jc w:val="right"/>
      </w:pPr>
      <w:r>
        <w:t>اس نے یعنی ایک ہی سٹی تھا جہاں جا کر کے جو ایک ایک فورٹ تھا، بہت بڑا، وہ وہاں جا کر کے اس نے پناہ لے لی اور پورا ایمپارشن گیا اس کا۔</w:t>
      </w:r>
    </w:p>
    <w:p>
      <w:r>
        <w:rPr>
          <w:b/>
        </w:rPr>
        <w:t xml:space="preserve">[33:35] </w:t>
      </w:r>
      <w:r>
        <w:t>yeh hua. us waqt quran mein yeh ayat utri: "ghalabat al-rum fi adna al-ard ba'da ghalabihi fi bughayhim"</w:t>
      </w:r>
    </w:p>
    <w:p>
      <w:pPr>
        <w:jc w:val="right"/>
      </w:pPr>
      <w:r>
        <w:t>یہ ہوا۔ اس وقت قرآن میں یہ آیت اتری: "غلبۃ الروح فی ادن الارض بعد غلبہ فی بجنین"</w:t>
      </w:r>
    </w:p>
    <w:p>
      <w:r>
        <w:rPr>
          <w:b/>
        </w:rPr>
        <w:t xml:space="preserve">[33:49] </w:t>
      </w:r>
      <w:r>
        <w:t>ke romi maghloob ho gaye. romi romi ne defeat kha li. romiyon ko defeat ho gayi hai. irani jo hai, woh woh unhon ne qabza kar liya un ke sare empire par.</w:t>
      </w:r>
    </w:p>
    <w:p>
      <w:pPr>
        <w:jc w:val="right"/>
      </w:pPr>
      <w:r>
        <w:t>کہ رومی مغلوب ہو گئے۔ رومی رومی نے ڈیفیٹ کھا لی۔ رومیوں کو ڈیفیٹ ہو گئی ہے۔ ایرانی جو ہے، وہ وہ انہوں نے قبضہ کر لیا ان کے سارے ایمپائر پر۔</w:t>
      </w:r>
    </w:p>
    <w:p>
      <w:r>
        <w:rPr>
          <w:b/>
        </w:rPr>
        <w:t xml:space="preserve">[34:06] </w:t>
      </w:r>
      <w:r>
        <w:t>lekin das saal ke andar andar woh phir regain kar len ge apni empire ko.</w:t>
      </w:r>
    </w:p>
    <w:p>
      <w:pPr>
        <w:jc w:val="right"/>
      </w:pPr>
      <w:r>
        <w:t>لیکن دس سال کے اندر اندر وہ پھر ریگین کر لیں گے اپنی ایمپائر کو۔</w:t>
      </w:r>
    </w:p>
    <w:p>
      <w:r>
        <w:rPr>
          <w:b/>
        </w:rPr>
        <w:t xml:space="preserve">[34:16] </w:t>
      </w:r>
      <w:r>
        <w:t>us waqt yeh ka prediction aaya quran mein. toh mashhoor kitaab hai jo gibbon ki: "rise and fall of roman empire".</w:t>
      </w:r>
    </w:p>
    <w:p>
      <w:pPr>
        <w:jc w:val="right"/>
      </w:pPr>
      <w:r>
        <w:t>اس وقت یہ کا پریڈکشن آیا قرآن میں۔ تو مشہور کتاب ہے جو گیون کی: "رائز اینڈ فال آف رومن ایمپائر"۔</w:t>
      </w:r>
    </w:p>
    <w:p>
      <w:r>
        <w:rPr>
          <w:b/>
        </w:rPr>
        <w:t xml:space="preserve">[34:30] </w:t>
      </w:r>
      <w:r>
        <w:t>is mein detail ke sath ek qissa likha hai us ne. gibbon ne, jo british historian tha, aur yeh kitaab bohat important mani jati hai.</w:t>
      </w:r>
    </w:p>
    <w:p>
      <w:pPr>
        <w:jc w:val="right"/>
      </w:pPr>
      <w:r>
        <w:t>اس میں ڈیٹیل کے ساتھ ایک قصہ لکھا ہے اس نے۔ گیون نے، جو برٹش ہسٹورین تھا، اور یہ کتاب بہت امپورٹنٹ مانی جاتی ہے۔</w:t>
      </w:r>
    </w:p>
    <w:p>
      <w:r>
        <w:rPr>
          <w:b/>
        </w:rPr>
        <w:t xml:space="preserve">[34:39] </w:t>
      </w:r>
      <w:r>
        <w:t>is mein likha us ne ke yeh jo quran mein aayi prediction, yeh intehai had tak situation jo us waqt thi, us ke lehaz se unthinkable thi ke koi soch nahi sakta tha ke itna zyada defeat kha chuke hain jo romi aur bhaag kar ke panah li unhon ne qastuntuniya mein.</w:t>
      </w:r>
    </w:p>
    <w:p>
      <w:pPr>
        <w:jc w:val="right"/>
      </w:pPr>
      <w:r>
        <w:t>اس میں لکھا اس نے کہ یہ جو قرآن میں آئی پریڈکشن، یہ انتہائی حد تک سچوئیشن جو اس وقت تھی، اس کے لحاظ سے ان تھنک ایبل تھی کہ کوئی سوچ نہیں سکتا تھا کہ اتنا زیادہ ڈیفیٹ کھا چکے ہیں جو رومی اور بھاگ کر کے پناہ لیا انہوں نے قسطنطنیہ میں۔</w:t>
      </w:r>
    </w:p>
    <w:p>
      <w:r>
        <w:rPr>
          <w:b/>
        </w:rPr>
        <w:t xml:space="preserve">[35:03] </w:t>
      </w:r>
      <w:r>
        <w:t>woh phir se apne empire ko regain kar len ge aur woh iraniyon ko ko woh defeat de den ge.</w:t>
      </w:r>
    </w:p>
    <w:p>
      <w:pPr>
        <w:jc w:val="right"/>
      </w:pPr>
      <w:r>
        <w:t>وہ پھر سے اپنے ایمپائر کو ریگین کر لیں گے اور وہ ایرانیوں کو کو وہ ڈیفیٹ دے دیں گے۔</w:t>
      </w:r>
    </w:p>
    <w:p>
      <w:r>
        <w:rPr>
          <w:b/>
        </w:rPr>
        <w:t xml:space="preserve">[35:13] </w:t>
      </w:r>
      <w:r>
        <w:t>aap parh sakte hain is ki kitaab, gibbon ki kitaab. woh kaha tha ke intehai had tak unthinkable tha aisa sochna.</w:t>
      </w:r>
    </w:p>
    <w:p>
      <w:pPr>
        <w:jc w:val="right"/>
      </w:pPr>
      <w:r>
        <w:t>آپ پڑھ سکتے ہیں اس کی کتاب، گیون کی کتاب۔ وہ کہا تھا کہ انتہائی حد تک ان تھنکیبل تھا ایسا سوچنا۔</w:t>
      </w:r>
    </w:p>
    <w:p>
      <w:r>
        <w:rPr>
          <w:b/>
        </w:rPr>
        <w:t xml:space="preserve">[35:23] </w:t>
      </w:r>
      <w:r>
        <w:t>ab bataiye ke jab woh baat jo koi insan nahi soch sakta tha, woh quran mein aaya. aap gibbon ki kitaab parh lijiyey.</w:t>
      </w:r>
    </w:p>
    <w:p>
      <w:pPr>
        <w:jc w:val="right"/>
      </w:pPr>
      <w:r>
        <w:t>اب بتائیے کہ جب وہ بات جو کوئی انسان نہیں سوچ سکتا تھا، وہ قرآن میں آیا۔ آپ گیون کی کتاب پڑھ لیجئے۔</w:t>
      </w:r>
    </w:p>
    <w:p>
      <w:r>
        <w:rPr>
          <w:b/>
        </w:rPr>
        <w:t xml:space="preserve">[35:33] </w:t>
      </w:r>
      <w:r>
        <w:t>aur is ke baad theek no saal mein, yani das saal ke andar andar, jaisa quran mein aaya tha, yeh hua ke heraclius, jo uska aakhri jo yani roman dynasty ka jo aakhri aadmi tha, heraclius,</w:t>
      </w:r>
    </w:p>
    <w:p>
      <w:pPr>
        <w:jc w:val="right"/>
      </w:pPr>
      <w:r>
        <w:t>اور اس کے بعد ٹھیک نو سال میں، یعنی دس سال کے اندر اندر، جیسا قرآن میں آیا تھا، یہ ہوا کہ ہریکلیس، جو اس کا آخری جو یعنی رومن ڈائنسٹی کا جو آخری آدمی تھا، ہریکلیس،</w:t>
      </w:r>
    </w:p>
    <w:p>
      <w:r>
        <w:rPr>
          <w:b/>
        </w:rPr>
        <w:t xml:space="preserve">[35:50] </w:t>
      </w:r>
      <w:r>
        <w:t>jis ko hum arabic mein herkal kehte hain, us ne bohat hi khamosh tayyari ki qastuntuniya mein.</w:t>
      </w:r>
    </w:p>
    <w:p>
      <w:pPr>
        <w:jc w:val="right"/>
      </w:pPr>
      <w:r>
        <w:t>جس کو ہم عربک میں ہرکل کہتے ہیں، اس نے بہت ہی خاموش تیاری کی قسطنطنیہ میں۔</w:t>
      </w:r>
    </w:p>
    <w:p>
      <w:r>
        <w:rPr>
          <w:b/>
        </w:rPr>
        <w:t xml:space="preserve">[36:01] </w:t>
      </w:r>
      <w:r>
        <w:t>aur tayyari kar ke us ne bohat zabardast un ki planning ke sath attack kiya aur sara apna ilaaqa chheen liya. sara area jo tha, woh chheen liya iraniyon se.</w:t>
      </w:r>
    </w:p>
    <w:p>
      <w:pPr>
        <w:jc w:val="right"/>
      </w:pPr>
      <w:r>
        <w:t>اور تیاری کر کے اس نے بہت زبردست ان کی پلاننگ کے ساتھ اٹیک کیا اور سارا اپنا علاقہ چھین لیا۔ سارا ایریا جو تھا، وہ چھین لیا ایرانیوں سے۔</w:t>
      </w:r>
    </w:p>
    <w:p>
      <w:r>
        <w:rPr>
          <w:b/>
        </w:rPr>
        <w:t xml:space="preserve">[36:13] </w:t>
      </w:r>
      <w:r>
        <w:t>phir se apna empire khara kar diya.</w:t>
      </w:r>
    </w:p>
    <w:p>
      <w:pPr>
        <w:jc w:val="right"/>
      </w:pPr>
      <w:r>
        <w:t>پھر سے اپنا ایمپائر کھڑا کر دیا۔</w:t>
      </w:r>
    </w:p>
    <w:p>
      <w:r>
        <w:rPr>
          <w:b/>
        </w:rPr>
        <w:t xml:space="preserve">[36:17] </w:t>
      </w:r>
      <w:r>
        <w:t>to given kehta hai ke yeh aik aisa anokha waqia hai jo historically understandable nahi hai. to yeh baat jo quran mein hai, yeh aik is baat ka aik aik proof hai ke jo is ka author hai, is kitab ka, woh present aur future dono ko jaanta hai.</w:t>
      </w:r>
    </w:p>
    <w:p>
      <w:pPr>
        <w:jc w:val="right"/>
      </w:pPr>
      <w:r>
        <w:t>تو گیون کہتا ہے کہ یہ ایک ایسا انوکھا واقعہ ہے جو ہسٹوریکلی انڈرسٹینڈیبل نہیں ہے۔ تو یہ بات جو قرآن میں ہے، یہ ایک اس بات کا ایک ایک پروف ہے کہ جو اس کا اتھر ہے، اس کتاب کا، وہ پریزنٹ اور فیوچر دونوں کو جانتا ہے۔</w:t>
      </w:r>
    </w:p>
    <w:p>
      <w:r>
        <w:rPr>
          <w:b/>
        </w:rPr>
        <w:t xml:space="preserve">[36:41] </w:t>
      </w:r>
      <w:r>
        <w:t>insaan to future ko nahi jaanta. aap jaantay hain, aap ko pata hai, insaan future ko nahi jaanta.</w:t>
      </w:r>
    </w:p>
    <w:p>
      <w:pPr>
        <w:jc w:val="right"/>
      </w:pPr>
      <w:r>
        <w:t>انسان تو فیوچر کو نہیں جانتا۔ آپ جانتے ہیں، آپ کو پتہ ہے، انسان فیوچر کو نہیں جانتا۔</w:t>
      </w:r>
    </w:p>
    <w:p>
      <w:r>
        <w:rPr>
          <w:b/>
        </w:rPr>
        <w:t xml:space="preserve">[36:50] </w:t>
      </w:r>
      <w:r>
        <w:t>jaise ke america ne attack kiya tha jab iraq par aur afghanistan par, to un ko yeh yaqeen tha ke bohat jald woh is par control apna qaim kar lengay.</w:t>
      </w:r>
    </w:p>
    <w:p>
      <w:pPr>
        <w:jc w:val="right"/>
      </w:pPr>
      <w:r>
        <w:t>جیسے کہ امریکہ نے اٹیک کیا تھا جب عراق پر اور افغانستان پر، تو ان کو یہ یقین تھا کہ بہت جلد وہ اس پر کنٹرول اپنا قائم کر لیں گے۔</w:t>
      </w:r>
    </w:p>
    <w:p>
      <w:r>
        <w:rPr>
          <w:b/>
        </w:rPr>
        <w:t xml:space="preserve">[37:00] </w:t>
      </w:r>
      <w:r>
        <w:t>lekin aaj tak un ka control nahi ho saka wahan par. to jo un ke woh thay prediction, woh ghalat sabit ho gaye.</w:t>
      </w:r>
    </w:p>
    <w:p>
      <w:pPr>
        <w:jc w:val="right"/>
      </w:pPr>
      <w:r>
        <w:t>لیکن آج تک ان کا کنٹرول نہیں ہو سکا وہاں پر۔ تو جو ان کے وہ تھے پریڈکشن، وہ غلط ثابت ہو گئے۔</w:t>
      </w:r>
    </w:p>
    <w:p>
      <w:r>
        <w:rPr>
          <w:b/>
        </w:rPr>
        <w:t xml:space="preserve">[37:10] </w:t>
      </w:r>
      <w:r>
        <w:t>hitler ne jab attack kiya tha, jab sukkhar nawar shuru hui aur poland par us ne jab qabza kar liya, to woh samajhta tha ke poore europe par mein qabza karne ja raha hoon.</w:t>
      </w:r>
    </w:p>
    <w:p>
      <w:pPr>
        <w:jc w:val="right"/>
      </w:pPr>
      <w:r>
        <w:t>ہٹلر نے جب اٹیک کیا تھا، جب سکھر نولوار شروع ہوئی اور پولینڈ پر اس نے جب قبضہ کر لیا، تو وہ سمجھتا تھا کہ پورے یورپ پر میں قبضہ کرنے جا رہا ہوں۔</w:t>
      </w:r>
    </w:p>
    <w:p>
      <w:r>
        <w:rPr>
          <w:b/>
        </w:rPr>
        <w:t xml:space="preserve">[37:21] </w:t>
      </w:r>
      <w:r>
        <w:t>poore europe par mein ab apna german, yaani nazi rule khara karne ja raha hoon. lekin kya hua? kuch nahi hua.</w:t>
      </w:r>
    </w:p>
    <w:p>
      <w:pPr>
        <w:jc w:val="right"/>
      </w:pPr>
      <w:r>
        <w:t>پورے یورپ پر میں اب اپنا جرمن، یعنی نازی رول کھڑا کرنے جا رہا ہوں۔ لیکن کیا ہوا؟ کچھ نہیں ہوا۔</w:t>
      </w:r>
    </w:p>
    <w:p>
      <w:r>
        <w:rPr>
          <w:b/>
        </w:rPr>
        <w:t xml:space="preserve">[37:32] </w:t>
      </w:r>
      <w:r>
        <w:t>marx ne kaha tha ke yaani sab se pehle jo revolution hai, woh aaye ga paris mein ya un jo developed countries hain, industrial sense mein, wahan aaye ga.</w:t>
      </w:r>
    </w:p>
    <w:p>
      <w:pPr>
        <w:jc w:val="right"/>
      </w:pPr>
      <w:r>
        <w:t>مارس نے کہا تھا کہ یعنی سب سے پہلے جو ریولوشن ہے، وہ آئے گا پیرس میں یا ان جو ڈیولپ کنٹریز ہیں، انڈسٹریل سینس میں، وہاں آئے گا۔</w:t>
      </w:r>
    </w:p>
    <w:p>
      <w:r>
        <w:rPr>
          <w:b/>
        </w:rPr>
        <w:t xml:space="preserve">[37:49] </w:t>
      </w:r>
      <w:r>
        <w:t>lekin kahan aaya? aik aisay mulk pe aaya jahan ke agriculture tha, abhi tak agriculture period pe tha, yaani russia mein.</w:t>
      </w:r>
    </w:p>
    <w:p>
      <w:pPr>
        <w:jc w:val="right"/>
      </w:pPr>
      <w:r>
        <w:t>لیکن کہاں آیا؟ ایک ایسے ملک پہ آیا جہاں کہ ایگریکلچر تھا، ابھی تک ایگریکلچر پیریڈ پہ تھا، یعنی رشیا میں۔</w:t>
      </w:r>
    </w:p>
    <w:p>
      <w:r>
        <w:rPr>
          <w:b/>
        </w:rPr>
        <w:t xml:space="preserve">[37:58] </w:t>
      </w:r>
      <w:r>
        <w:t>to jis ne bhi kabhi koi prediction kiya hai history mein, to koi aik bhi aisa aisa example nahi hai ke is ka prediction sahi nikla ho.</w:t>
      </w:r>
    </w:p>
    <w:p>
      <w:pPr>
        <w:jc w:val="right"/>
      </w:pPr>
      <w:r>
        <w:t>تو جس نے بھی کبھی کوئی پریڈکشن کیا ہے ہسٹری میں، تو کوئی ایک بھی ایسا ایسا ایگزامپل نہیں ہے کہ اس کا پریڈکشن صحیح نکلا ہو۔</w:t>
      </w:r>
    </w:p>
    <w:p>
      <w:r>
        <w:rPr>
          <w:b/>
        </w:rPr>
        <w:t xml:space="preserve">[38:11] </w:t>
      </w:r>
      <w:r>
        <w:t>koi aik bhi nahi.</w:t>
      </w:r>
    </w:p>
    <w:p>
      <w:pPr>
        <w:jc w:val="right"/>
      </w:pPr>
      <w:r>
        <w:t>کوئی ایک بھی نہیں۔</w:t>
      </w:r>
    </w:p>
    <w:p>
      <w:r>
        <w:rPr>
          <w:b/>
        </w:rPr>
        <w:t xml:space="preserve">[38:16] </w:t>
      </w:r>
      <w:r>
        <w:t>lenin ne kaha tha ke ke britain ka woh rasta, unhon ne kaha tha lenin ne ke london ka woh rasta qareeb hai jo india ho kar jaata hai.</w:t>
      </w:r>
    </w:p>
    <w:p>
      <w:pPr>
        <w:jc w:val="right"/>
      </w:pPr>
      <w:r>
        <w:t>لینن نے کہا تھا کہ کہ برٹن کا وہ راستہ، انہوں نے کہا تھا لینن نے کہ لندن کا وہ راستہ قریب ہے جو انڈیا ہو کر جاتا ہے۔</w:t>
      </w:r>
    </w:p>
    <w:p>
      <w:r>
        <w:rPr>
          <w:b/>
        </w:rPr>
        <w:t xml:space="preserve">[38:29] </w:t>
      </w:r>
      <w:r>
        <w:t>yaani hum pehle india ko capture karein ge, phir hum london pohnchein ge.</w:t>
      </w:r>
    </w:p>
    <w:p>
      <w:pPr>
        <w:jc w:val="right"/>
      </w:pPr>
      <w:r>
        <w:t>یعنی ہم پہلے انڈیا کو کیپچر کریں گے، پھر ہم لندن پہنچیں گے۔</w:t>
      </w:r>
    </w:p>
    <w:p>
      <w:r>
        <w:rPr>
          <w:b/>
        </w:rPr>
        <w:t xml:space="preserve">[38:35] </w:t>
      </w:r>
      <w:r>
        <w:t>koi british rule ke tehat woh hamein ab mil jaye ga. to lenin ne kaha tha ke london ka woh rasta qareeb hai jo india ho kar</w:t>
      </w:r>
    </w:p>
    <w:p>
      <w:pPr>
        <w:jc w:val="right"/>
      </w:pPr>
      <w:r>
        <w:t>کوئی برٹش رول کے تحت وہ ہمیں اب مل جائے گا۔ تو لینن نے کہا تھا کہ لندن کا وہ راستہ قریب ہے جو انڈیا ہو کر</w:t>
      </w:r>
    </w:p>
    <w:p>
      <w:r>
        <w:rPr>
          <w:b/>
        </w:rPr>
        <w:t xml:space="preserve">[38:43] </w:t>
      </w:r>
      <w:r>
        <w:t>jaata hai. yeh sab aap jaantay hain ke bilkul yaani kuch bhi nahi tha, nothing tha. to jis ne bhi koi prediction kiya hai history mein, hamesha ghalat sabit hua hai.</w:t>
      </w:r>
    </w:p>
    <w:p>
      <w:pPr>
        <w:jc w:val="right"/>
      </w:pPr>
      <w:r>
        <w:t>جاتا ہے۔ یہ سب آپ جانتے ہیں کہ بالکل یعنی کچھ بھی نہیں تھا، نتھنگ تھا۔ تو جس نے بھی کوئی پریڈکشن کیا ہے ہسٹری میں، ہمیشہ غلط ثابت ہوا ہے۔</w:t>
      </w:r>
    </w:p>
    <w:p>
      <w:r>
        <w:rPr>
          <w:b/>
        </w:rPr>
        <w:t xml:space="preserve">[38:54] </w:t>
      </w:r>
      <w:r>
        <w:t>ab yahan par aap dekhiye, quran ne predict kiya is waqt jab ke bilkul unthinkable tha aisa waqia hona. aur theek isi tarah se hua aur das saal ke andar andar hua.</w:t>
      </w:r>
    </w:p>
    <w:p>
      <w:pPr>
        <w:jc w:val="right"/>
      </w:pPr>
      <w:r>
        <w:t>اب یہاں پر آپ دیکھیے، قرآن نے پریڈکٹ کیا اس وقت جب کہ بالکل ان تھنکیبل تھا ایسا واقعہ ہونا۔ اور ٹھیک اسی طرح سے ہوا اور دس سال کے اندر اندر ہوا۔</w:t>
      </w:r>
    </w:p>
    <w:p>
      <w:r>
        <w:rPr>
          <w:b/>
        </w:rPr>
        <w:t xml:space="preserve">[39:08] </w:t>
      </w:r>
      <w:r>
        <w:t>to mein samajhta hoon ke yeh aik khula hua proof hai is baat ka ke quran ka jo author hai, woh human mind nahi hai. aisi bohat aik anokhi baat quran mein utari gayi.</w:t>
      </w:r>
    </w:p>
    <w:p>
      <w:pPr>
        <w:jc w:val="right"/>
      </w:pPr>
      <w:r>
        <w:t>تو میں سمجھتا ہوں کہ یہ ایک کھلا ہوا پروف ہے اس بات کا کہ قرآن کا جو اتھر ہے، وہ ہیومن مائنڈ نہیں ہے۔ ایسی بہت ایک انوکھی بات قرآن میں اتاری گئی۔</w:t>
      </w:r>
    </w:p>
    <w:p>
      <w:r>
        <w:rPr>
          <w:b/>
        </w:rPr>
        <w:t xml:space="preserve">[39:24] </w:t>
      </w:r>
      <w:r>
        <w:t>mozes jo thay, prophet mozes, un ke zabaan mein jo firo tha, jis ko hum firoun kehte hain, to hazrat bible mein detail mein aaya hai, quran mein bhi aaya hai ke firo ne apne army ke sath esa kiya had musa ka jo ja rahe thay is se egypt se bahar</w:t>
      </w:r>
    </w:p>
    <w:p>
      <w:pPr>
        <w:jc w:val="right"/>
      </w:pPr>
      <w:r>
        <w:t>موزز جو تھے، پرافٹ موزز، ان کے زبان میں جو فیرو تھا، جس کو ہم فرعون کہتے ہیں، تو حضرت بائبل میں ڈیٹیل میں آیا ہے، قرآن میں بھی آیا ہے کہ فیرو نے اپنے آرمی کے ساتھ عیسیٰ کیا حد موسیٰ کا جو جا رہے تھے اس سے ایجپٹ سے باہر</w:t>
      </w:r>
    </w:p>
    <w:p>
      <w:r>
        <w:rPr>
          <w:b/>
        </w:rPr>
        <w:t xml:space="preserve">[39:51] </w:t>
      </w:r>
      <w:r>
        <w:t>۔ lekin khuda ne kya kiya ke un ko samandar mein doba diya. musa aur un ke sath jo children of israel thay, woh to chale gaye bahar, lekin firoun jo tha, apni army ke sath doob gaya is mein.</w:t>
      </w:r>
    </w:p>
    <w:p>
      <w:pPr>
        <w:jc w:val="right"/>
      </w:pPr>
      <w:r>
        <w:t>۔ لیکن خدا نے کیا کیا کہ ان کو سمندر میں ڈوبا دیا۔ موسیٰ اور ان کے ساتھ جو چلڈرن آف عزرائیل تھے، وہ تو چلے گئے باہر، لیکن فرعون جو تھا، اپنی آرمی کے ساتھ ڈوب گیا اس میں۔</w:t>
      </w:r>
    </w:p>
    <w:p>
      <w:r>
        <w:rPr>
          <w:b/>
        </w:rPr>
        <w:t xml:space="preserve">[40:09] </w:t>
      </w:r>
      <w:r>
        <w:t>to quran mein aaya hai ke khuda ne kaha ke "alyawm nunajji bibadanika litakuna man khalfika" ke aaj hum firoun ke body ko, firo ke body ko preserve rakhein ge taake baad walon ke liye nishani ho.</w:t>
      </w:r>
    </w:p>
    <w:p>
      <w:pPr>
        <w:jc w:val="right"/>
      </w:pPr>
      <w:r>
        <w:t>تو قرآن میں آیا ہے کہ خدا نے کہا کہ "الیوم ننجی بے بدنکا لتکون من خلفک" کہ آج ہم فرعون کے باڈی کو، فیرو کے باڈی کو پریزرو رکھیں گے تاکہ بعد والوں کے لیے نشانی ہو۔</w:t>
      </w:r>
    </w:p>
    <w:p>
      <w:r>
        <w:rPr>
          <w:b/>
        </w:rPr>
        <w:t xml:space="preserve">[40:29] </w:t>
      </w:r>
      <w:r>
        <w:t>yeh waqia, yeh yeh ayat quran mein utri aur is ke hazar saal tak kisi ko kuch pata nahi tha.</w:t>
      </w:r>
    </w:p>
    <w:p>
      <w:pPr>
        <w:jc w:val="right"/>
      </w:pPr>
      <w:r>
        <w:t>یہ واقعہ، یہ یہ آیت قرآن میں اتری اور اس کے ہزار سال تک کسی کو کچھ پتہ نہیں تھا۔</w:t>
      </w:r>
    </w:p>
    <w:p>
      <w:r>
        <w:rPr>
          <w:b/>
        </w:rPr>
        <w:t xml:space="preserve">[40:38] </w:t>
      </w:r>
      <w:r>
        <w:t>jab quran mein ayat utri ke firoun ka body kahin preserve hai, to sari duniya mein koi bhi nahi jaanta tha ke firoun ka body kahin hai preserve.</w:t>
      </w:r>
    </w:p>
    <w:p>
      <w:pPr>
        <w:jc w:val="right"/>
      </w:pPr>
      <w:r>
        <w:t>جب قرآن میں آیت اتری کہ فرعون کا باڈی کہیں پریزرو ہے، تو ساری دنیا میں کوئی بھی نہیں جانتا تھا کہ فرعون کا باڈی کہیں ہے پریزرو۔</w:t>
      </w:r>
    </w:p>
    <w:p>
      <w:r>
        <w:rPr>
          <w:b/>
        </w:rPr>
        <w:t xml:space="preserve">[40:48] </w:t>
      </w:r>
      <w:r>
        <w:t>khud rasool allah ko nahi maloom tha, sahaba ko nahi maloom tha. lekin yeh ayat, yeh word utri quran mein. koi aik bhi insaan nahi tha us waqt poori duniya mein jo yeh jaane ke firo ka body kahin preserve hai.</w:t>
      </w:r>
    </w:p>
    <w:p>
      <w:pPr>
        <w:jc w:val="right"/>
      </w:pPr>
      <w:r>
        <w:t>خود رسول اللہ کو نہیں معلوم تھا، صحابہ کو نہیں معلوم تھا۔ لیکن یہ آیت، یہ ورث اتری قرآن میں۔ کوئی ایک بھی انسان نہیں تھا اس وقت پوری دنیا میں جو یہ جانے کہ فیرو کا باڈی کہیں پریزرو ہے۔</w:t>
      </w:r>
    </w:p>
    <w:p>
      <w:r>
        <w:rPr>
          <w:b/>
        </w:rPr>
        <w:t xml:space="preserve">[41:03] </w:t>
      </w:r>
      <w:r>
        <w:t>aur hazar saal tak isi tarah se woh unknown pada raha.</w:t>
      </w:r>
    </w:p>
    <w:p>
      <w:pPr>
        <w:jc w:val="right"/>
      </w:pPr>
      <w:r>
        <w:t>اور ہزار سال تک اسی طرح سے وہ ان نون پڑا رہا۔</w:t>
      </w:r>
    </w:p>
    <w:p>
      <w:r>
        <w:rPr>
          <w:b/>
        </w:rPr>
        <w:t xml:space="preserve">[41:07] </w:t>
      </w:r>
      <w:r>
        <w:t>yahan tak ke france aur germany ke kuch scholars the, unhon ne research ki aur is ki lambi kahani hai.</w:t>
      </w:r>
    </w:p>
    <w:p>
      <w:pPr>
        <w:jc w:val="right"/>
      </w:pPr>
      <w:r>
        <w:t>یہاں تک کہ فرانس اور جرمنی کے کچھ اسکالرز تھے، انہوں نے ریسرچ کی اور اس کی لمبی کہانی ہے۔</w:t>
      </w:r>
    </w:p>
    <w:p>
      <w:r>
        <w:rPr>
          <w:b/>
        </w:rPr>
        <w:t xml:space="preserve">[41:15] </w:t>
      </w:r>
      <w:r>
        <w:t>main ne likhi hai apni kitab mein, aap parh sakte hain is ko ke ja kar discover kiya unhon ne ke egypt ke jo ahraam hain, pyramids, us ke andar woh maujood tha.</w:t>
      </w:r>
    </w:p>
    <w:p>
      <w:pPr>
        <w:jc w:val="right"/>
      </w:pPr>
      <w:r>
        <w:t>میں نے لکھی ہے اپنی کتاب میں، آپ پڑھ سکتے ہیں اس کو کہ جا کر ڈسکور کیا انہوں نے کہ ایجپٹ کے جو احرام ہیں، پیرامڈز، اس کے اندر وہ موجود تھی۔</w:t>
      </w:r>
    </w:p>
    <w:p>
      <w:r>
        <w:rPr>
          <w:b/>
        </w:rPr>
        <w:t xml:space="preserve">[41:25] </w:t>
      </w:r>
      <w:r>
        <w:t>woh is ki body mummy ki hui, woh nikali gai.</w:t>
      </w:r>
    </w:p>
    <w:p>
      <w:pPr>
        <w:jc w:val="right"/>
      </w:pPr>
      <w:r>
        <w:t>وہ اس کی باڈی ممی کی ہوئی، وہ نکالی گئی۔</w:t>
      </w:r>
    </w:p>
    <w:p>
      <w:r>
        <w:rPr>
          <w:b/>
        </w:rPr>
        <w:t xml:space="preserve">[41:32] </w:t>
      </w:r>
      <w:r>
        <w:t>nikal kar is par aap jante hain ke is zamane mein science ne aise tareeqe nikale hain ke jis se aap is ke age ko pata kar sakte hain, umar ko pata kar sakte hain.</w:t>
      </w:r>
    </w:p>
    <w:p>
      <w:pPr>
        <w:jc w:val="right"/>
      </w:pPr>
      <w:r>
        <w:t>نکال کر اس پر آپ جانتے ہیں کہ اس زمانے میں سائنس نے ایسے طریقے نکالے ہیں کہ جس سے آپ اس کے ایج کو پتہ کر سکتے ہیں، عمر کو پتہ کر سکتے ہیں۔</w:t>
      </w:r>
    </w:p>
    <w:p>
      <w:r>
        <w:rPr>
          <w:b/>
        </w:rPr>
        <w:t xml:space="preserve">[41:45] </w:t>
      </w:r>
      <w:r>
        <w:t>jaise carbon 14 dating, is ko apply kiya gaya. pata hua ke yeh wohi same pharaoh hai jo moses ka contemporary tha.</w:t>
      </w:r>
    </w:p>
    <w:p>
      <w:pPr>
        <w:jc w:val="right"/>
      </w:pPr>
      <w:r>
        <w:t>جیسے کاربن 14 ڈیٹنگ، اس کو اپلائی کیا گیا۔ پتہ ہوا کہ یہ وہی سیم فیرو ہے جو موزز کا کنٹیمپریری تھا۔</w:t>
      </w:r>
    </w:p>
    <w:p>
      <w:r>
        <w:rPr>
          <w:b/>
        </w:rPr>
        <w:t xml:space="preserve">[41:57] </w:t>
      </w:r>
      <w:r>
        <w:t>ab aap zara ghor kijiye ke quran ki yeh baat hazar saal ke baad, hazar saal tak unknown pari rahe, phir pata chale ke ek waqai woh maujood tha.</w:t>
      </w:r>
    </w:p>
    <w:p>
      <w:pPr>
        <w:jc w:val="right"/>
      </w:pPr>
      <w:r>
        <w:t>اب آپ ذرا غور کیجئے کہ قرآن کی یہ بات ہزار سال کے بعد، ہزار سال تک ان نون پڑی رہے، پھر پتہ چلے کہ ایک واقعتا وہ موجود تھا۔</w:t>
      </w:r>
    </w:p>
    <w:p>
      <w:r>
        <w:rPr>
          <w:b/>
        </w:rPr>
        <w:t xml:space="preserve">[42:13] </w:t>
      </w:r>
      <w:r>
        <w:t>to yeh kitna bara proof hai is baat ka ke quran ka author jo hai, woh insan nahi hai, kyun ke insan ke bas se bahar hai.</w:t>
      </w:r>
    </w:p>
    <w:p>
      <w:pPr>
        <w:jc w:val="right"/>
      </w:pPr>
      <w:r>
        <w:t>تو یہ کتنا بڑا پروف ہے اس بات کا کہ قرآن کا اتھر جو ہے، وہ انسان نہیں ہے، کیونکہ انسان کے بس سے باہر ہے۔</w:t>
      </w:r>
    </w:p>
    <w:p>
      <w:r>
        <w:rPr>
          <w:b/>
        </w:rPr>
        <w:t xml:space="preserve">[42:25] </w:t>
      </w:r>
      <w:r>
        <w:t>insan ke bas se bahar hai. aisi baat kehna, aise bohat sare references quran majeed mein hain. main aap ko chand ek aur bataunga. jaise quran mein hai ke "wajalna min al-maa'i kull shay'in".</w:t>
      </w:r>
    </w:p>
    <w:p>
      <w:pPr>
        <w:jc w:val="right"/>
      </w:pPr>
      <w:r>
        <w:t>انسان کے بس سے باہر ہے۔ ایسی بات کہنا، ایسے بہت سارے ریفرنسز قرآن مجید میں ہیں۔ میں آپ کو چند ایک اور بتاؤں گا۔ جیسے قرآن میں ہے کہ "وجعلنا من الماء کل شین"۔</w:t>
      </w:r>
    </w:p>
    <w:p>
      <w:r>
        <w:rPr>
          <w:b/>
        </w:rPr>
        <w:t xml:space="preserve">[42:40] </w:t>
      </w:r>
      <w:r>
        <w:t>hum ne banai har cheez pani se, har zinda cheez, har zinda cheez hum ne banai pani se.</w:t>
      </w:r>
    </w:p>
    <w:p>
      <w:pPr>
        <w:jc w:val="right"/>
      </w:pPr>
      <w:r>
        <w:t>ہم نے بنائی ہر چیز پانی سے، ہر زندہ چیز، ہر زندہ چیز ہم نے بنائی پانی سے۔</w:t>
      </w:r>
    </w:p>
    <w:p>
      <w:r>
        <w:rPr>
          <w:b/>
        </w:rPr>
        <w:t xml:space="preserve">[42:50] </w:t>
      </w:r>
      <w:r>
        <w:t>jab quran mein ayat utri, koi janta nahi tha ke yeh sab pani hai. koi nahi janta tha is baat ko.</w:t>
      </w:r>
    </w:p>
    <w:p>
      <w:pPr>
        <w:jc w:val="right"/>
      </w:pPr>
      <w:r>
        <w:t>جب قرآن میں آیت اتری، کوئی جانتا نہیں تھا کہ یہ سب پانی ہے۔ کوئی نہیں جانتا تھا اس بات کو۔</w:t>
      </w:r>
    </w:p>
    <w:p>
      <w:r>
        <w:rPr>
          <w:b/>
        </w:rPr>
        <w:t xml:space="preserve">[43:01] </w:t>
      </w:r>
      <w:r>
        <w:t>yeh to jab microscope bani, yani developed jo microscope hai, woh 1904 mein bani hai.</w:t>
      </w:r>
    </w:p>
    <w:p>
      <w:pPr>
        <w:jc w:val="right"/>
      </w:pPr>
      <w:r>
        <w:t>یہ تو جب مائیک مائیکروسکوپ بنی، یعنی ڈیولپڈ جو مائیکروسکوپ ہے، وہ 1904 میں بنی ہے۔</w:t>
      </w:r>
    </w:p>
    <w:p>
      <w:r>
        <w:rPr>
          <w:b/>
        </w:rPr>
        <w:t xml:space="preserve">[43:12] </w:t>
      </w:r>
      <w:r>
        <w:t>1904 mein it</w:t>
      </w:r>
    </w:p>
    <w:p>
      <w:pPr>
        <w:jc w:val="right"/>
      </w:pPr>
      <w:r>
        <w:t>1904 میں ات</w:t>
      </w:r>
    </w:p>
    <w:p>
      <w:r>
        <w:rPr>
          <w:b/>
        </w:rPr>
        <w:t xml:space="preserve">[43:14] </w:t>
      </w:r>
      <w:r>
        <w:t>ne itne baad, itne baad tab jab is ko dekha gaya, micro plasma ko jab dekha gaya to maloom hua ke yeh to 82 feesad pani hai insan ke body ka.</w:t>
      </w:r>
    </w:p>
    <w:p>
      <w:pPr>
        <w:jc w:val="right"/>
      </w:pPr>
      <w:r>
        <w:t>نے اتنے بعد، اتنے بعد تب جب اس کو دیکھا گیا، مائیکرو پلازم کو جب دیکھا گیا تو معلوم ہوا کہ یہ تو 82 فیصد پانی ہے انسان کے باڈی کا۔</w:t>
      </w:r>
    </w:p>
    <w:p>
      <w:r>
        <w:rPr>
          <w:b/>
        </w:rPr>
        <w:t xml:space="preserve">[43:36] </w:t>
      </w:r>
      <w:r>
        <w:t>hamare cell ko nikal kar ke jab is ke neeche rakha gaya, microscope ke sheeshe ke neeche to pata chala ke yeh to taqreeban 82 feesad pani hai.</w:t>
      </w:r>
    </w:p>
    <w:p>
      <w:pPr>
        <w:jc w:val="right"/>
      </w:pPr>
      <w:r>
        <w:t>ہمارے سیل کو نکال کر کے جب اس کے نیچے رکھا گیا، مائیکروسکوپ کے شیشے کے نیچے تو پتہ چلا کہ یہ تو تقریباً 82 فیصد پانی ہے۔</w:t>
      </w:r>
    </w:p>
    <w:p>
      <w:r>
        <w:rPr>
          <w:b/>
        </w:rPr>
        <w:t xml:space="preserve">[43:52] </w:t>
      </w:r>
      <w:r>
        <w:t>ji, ab ghor kijiye ke yeh quran ke zamane mein to kisi ko kuch bhi pata nahi tha. to hum samajhte hain gosht hai, khoon hai, haddi hai, baal hai, naakhun hai, yeh hum samajhte the.</w:t>
      </w:r>
    </w:p>
    <w:p>
      <w:pPr>
        <w:jc w:val="right"/>
      </w:pPr>
      <w:r>
        <w:t>جی، اب غور کیجئے کہ یہ قرآن کے زمانے میں تو کسی کو کچھ بھی پتہ نہیں تھا۔ تو ہم سمجھتے ہیں گوشت ہے، خون ہے، ہڈی ہے، بال ہے، ناخن ہے، یہ ہم سمجھتے تھے۔</w:t>
      </w:r>
    </w:p>
    <w:p>
      <w:r>
        <w:rPr>
          <w:b/>
        </w:rPr>
        <w:t xml:space="preserve">[44:04] </w:t>
      </w:r>
      <w:r>
        <w:t>to is is zamane mein aisa kaha gaya jab ke koi insan janta nahi tha, koi ek bhi insan. tab quran mein ayat utri, khud musalman bhi is ko jante nahi the hazar saal tak, kyun ke microscope tha nahi un ke paas.</w:t>
      </w:r>
    </w:p>
    <w:p>
      <w:pPr>
        <w:jc w:val="right"/>
      </w:pPr>
      <w:r>
        <w:t>تو اس اس زمانے میں ایسا کہا گیا جب کہ کوئی انسان جانتا نہیں تھا، کوئی ایک بھی انسان۔ تب قرآن میں آیت اتری، خود مسلمان بھی اس کو جانتے نہیں تھے ہزار سال تک، کیونکہ مائیکروسکوپ تھا نہیں ان کے پاس۔</w:t>
      </w:r>
    </w:p>
    <w:p>
      <w:r>
        <w:rPr>
          <w:b/>
        </w:rPr>
        <w:t xml:space="preserve">[44:20] </w:t>
      </w:r>
      <w:r>
        <w:t>yeh khula hua is baat ka proof hai ke quran khuda ki kitab hai.</w:t>
      </w:r>
    </w:p>
    <w:p>
      <w:pPr>
        <w:jc w:val="right"/>
      </w:pPr>
      <w:r>
        <w:t>یہ کھلا ہوا اس بات کا پروف ہے کہ قرآن خدا کی کتاب ہے۔</w:t>
      </w:r>
    </w:p>
    <w:p>
      <w:r>
        <w:rPr>
          <w:b/>
        </w:rPr>
        <w:t xml:space="preserve">[44:27] </w:t>
      </w:r>
      <w:r>
        <w:t>is tarah dekhiye,</w:t>
      </w:r>
    </w:p>
    <w:p>
      <w:pPr>
        <w:jc w:val="right"/>
      </w:pPr>
      <w:r>
        <w:t>اس طرح دیکھیے،</w:t>
      </w:r>
    </w:p>
    <w:p>
      <w:r>
        <w:rPr>
          <w:b/>
        </w:rPr>
        <w:t xml:space="preserve">[44:31] </w:t>
      </w:r>
      <w:r>
        <w:t>quran mein ek ayat thi ke insan ka jo pait ke andar hota hai, aap jante hain ke no mahine tak pait ke andar insan hota hai, phir bahar aata hai.</w:t>
      </w:r>
    </w:p>
    <w:p>
      <w:pPr>
        <w:jc w:val="right"/>
      </w:pPr>
      <w:r>
        <w:t>قرآن میں ایک آیت تھی کہ انسان کا جو پیٹ کے اندر ہوتا ہے، آپ جانتے ہیں کہ نو مہینے تک پیٹ کے اندر انسان ہوتا ہے، پھر باہر آتا ہے۔</w:t>
      </w:r>
    </w:p>
    <w:p>
      <w:r>
        <w:rPr>
          <w:b/>
        </w:rPr>
        <w:t xml:space="preserve">[44:43] </w:t>
      </w:r>
      <w:r>
        <w:t>woh</w:t>
      </w:r>
    </w:p>
    <w:p>
      <w:pPr>
        <w:jc w:val="right"/>
      </w:pPr>
      <w:r>
        <w:t>وہ</w:t>
      </w:r>
    </w:p>
    <w:p>
      <w:r>
        <w:rPr>
          <w:b/>
        </w:rPr>
        <w:t xml:space="preserve">[44:44] </w:t>
      </w:r>
      <w:r>
        <w:t>to is ke bare mein lafz hai ke "fi zulumaatin thalaath". woh woh jo zindagi hai, choti si, woh rehti hai</w:t>
      </w:r>
    </w:p>
    <w:p>
      <w:pPr>
        <w:jc w:val="right"/>
      </w:pPr>
      <w:r>
        <w:t>تو اس کے بارے میں لفظ ہے کہ "فی ظلمات ثلاث"۔ وہ وہ جو زندگی ہے، چھوٹی سی، وہ رہتی ہے</w:t>
      </w:r>
    </w:p>
    <w:p>
      <w:r>
        <w:rPr>
          <w:b/>
        </w:rPr>
        <w:t xml:space="preserve">[45:00] </w:t>
      </w:r>
      <w:r>
        <w:t>teen pardo mein, teen tareek pardo mein.</w:t>
      </w:r>
    </w:p>
    <w:p>
      <w:pPr>
        <w:jc w:val="right"/>
      </w:pPr>
      <w:r>
        <w:t>تین پردوں میں، تین تاریک پردوں میں۔</w:t>
      </w:r>
    </w:p>
    <w:p>
      <w:r>
        <w:rPr>
          <w:b/>
        </w:rPr>
        <w:t xml:space="preserve">[45:04] </w:t>
      </w:r>
      <w:r>
        <w:t>yeh koi insan nahi janta tha ke pait ke andar jo hai, jo insan hai, woh teen pardo ke andar dhaka hua hai.</w:t>
      </w:r>
    </w:p>
    <w:p>
      <w:pPr>
        <w:jc w:val="right"/>
      </w:pPr>
      <w:r>
        <w:t>یہ کوئی انسان نہیں جانتا تھا کہ پیٹ کے اندر جو ہے، جو انسان ہے، وہ تین پردوں کے اندر ڈھکا ہوا ہے۔</w:t>
      </w:r>
    </w:p>
    <w:p>
      <w:r>
        <w:rPr>
          <w:b/>
        </w:rPr>
        <w:t xml:space="preserve">[45:14] </w:t>
      </w:r>
      <w:r>
        <w:t>koi bhi nahi janta tha is baat ko.</w:t>
      </w:r>
    </w:p>
    <w:p>
      <w:pPr>
        <w:jc w:val="right"/>
      </w:pPr>
      <w:r>
        <w:t>کوئی بھی نہیں جانتا تھا اس بات کو۔</w:t>
      </w:r>
    </w:p>
    <w:p>
      <w:r>
        <w:rPr>
          <w:b/>
        </w:rPr>
        <w:t xml:space="preserve">[45:18] </w:t>
      </w:r>
      <w:r>
        <w:t>is ke baad kya hua ke doctor Keith Moore, M O O R E, doctor Keith Moore ne in ko bulaya gaya wahan par,</w:t>
      </w:r>
    </w:p>
    <w:p>
      <w:pPr>
        <w:jc w:val="right"/>
      </w:pPr>
      <w:r>
        <w:t>اس کے بعد کیا ہوا کہ ڈاکٹر کیتھ مور، ایم ڈبل او آر ای، ڈاکٹر کیتھ مور نے ان کو بلایا گیا وہاں پر،</w:t>
      </w:r>
    </w:p>
    <w:p>
      <w:r>
        <w:rPr>
          <w:b/>
        </w:rPr>
        <w:t xml:space="preserve">[45:36] </w:t>
      </w:r>
      <w:r>
        <w:t>saudi arab mein bulaya gaya. is pe research kar rahe the woh.</w:t>
      </w:r>
    </w:p>
    <w:p>
      <w:pPr>
        <w:jc w:val="right"/>
      </w:pPr>
      <w:r>
        <w:t>سعودی عرب میں بلایا گیا۔ اس پہ ریسرچ کر رہے تھے وہ۔</w:t>
      </w:r>
    </w:p>
    <w:p>
      <w:r>
        <w:rPr>
          <w:b/>
        </w:rPr>
        <w:t xml:space="preserve">[45:39] </w:t>
      </w:r>
      <w:r>
        <w:t>toh wahan par unko quran ki sab references bataye gaye aur unhone is ko is ko baqayeda research kiya aur tehqeeq ki.</w:t>
      </w:r>
    </w:p>
    <w:p>
      <w:pPr>
        <w:jc w:val="right"/>
      </w:pPr>
      <w:r>
        <w:t>تو وہاں پر ان کو قرآن کی سب ریفرنسز بتائے گئے اور انہوں نے اس کو اس کو باقاعدہ ریسرچ کیا اور تحقیق کی۔</w:t>
      </w:r>
    </w:p>
    <w:p>
      <w:r>
        <w:rPr>
          <w:b/>
        </w:rPr>
        <w:t xml:space="preserve">[45:49] </w:t>
      </w:r>
      <w:r>
        <w:t>toh unhone kaha ke yeh ayat jo quran mein hai, yeh apne aap is baat ka proof hai ke yeh kitab khuda ki kitab hai.</w:t>
      </w:r>
    </w:p>
    <w:p>
      <w:pPr>
        <w:jc w:val="right"/>
      </w:pPr>
      <w:r>
        <w:t>تو انہوں نے کہا کہ یہ آیت جو قرآن میں ہے، یہ اپنے آپ اس بات کا پروف ہے کہ یہ کتاب خدا کی کتاب ہے۔</w:t>
      </w:r>
    </w:p>
    <w:p>
      <w:r>
        <w:rPr>
          <w:b/>
        </w:rPr>
        <w:t xml:space="preserve">[45:58] </w:t>
      </w:r>
      <w:r>
        <w:t>is in sab ka reference aur unka jo woh jo hai, mere paas hai yahin mere office mein. main woh is ka photocopy bhi karwaya hai.</w:t>
      </w:r>
    </w:p>
    <w:p>
      <w:pPr>
        <w:jc w:val="right"/>
      </w:pPr>
      <w:r>
        <w:t>اس ان سب کا ریفرنس اور ان کا جو وہ جو ہے، میرے پاس ہے یہیں میرے آفس میں۔ میں وہ اس کا فوٹو کاپی بھی کروایا ہے۔</w:t>
      </w:r>
    </w:p>
    <w:p>
      <w:r>
        <w:rPr>
          <w:b/>
        </w:rPr>
        <w:t xml:space="preserve">[46:11] </w:t>
      </w:r>
      <w:r>
        <w:t>maine jo chaha, aa kar mujhe le sakta hai mujh se ke un ke jo exact wording jo un ki hai ke yeh baat unhone jab pata kiya ke quran mein yeh likha hua hai ke teen pardo ke neeche hota hai,</w:t>
      </w:r>
    </w:p>
    <w:p>
      <w:pPr>
        <w:jc w:val="right"/>
      </w:pPr>
      <w:r>
        <w:t>میں نے جو چاہا، آ کر مجھے لے سکتا ہے مجھ سے کہ ان کے جو ایگزیکٹ ورڈنگ جو ان کی ہے کہ یہ بات انہوں نے جب پتہ کیا کہ قرآن میں یہ لکھا ہوا ہے کہ تین پردوں کے نیچے ہوتا ہے،</w:t>
      </w:r>
    </w:p>
    <w:p>
      <w:r>
        <w:rPr>
          <w:b/>
        </w:rPr>
        <w:t xml:space="preserve">[46:24] </w:t>
      </w:r>
      <w:r>
        <w:t>neeche teen pardo dhaka hua hota hai is ibtidai insaan ka</w:t>
      </w:r>
    </w:p>
    <w:p>
      <w:pPr>
        <w:jc w:val="right"/>
      </w:pPr>
      <w:r>
        <w:t>نیچے تین پردوں ڈھکا ہوا ہوتا ہے اس ابتدائی انسان کا</w:t>
      </w:r>
    </w:p>
    <w:p>
      <w:r>
        <w:rPr>
          <w:b/>
        </w:rPr>
        <w:t xml:space="preserve">[46:29] </w:t>
      </w:r>
      <w:r>
        <w:t>jism. toh unhone kaha ke yeh toh bohat baat ke aaj is zamane mein insaan ko pata chala hai, science ne pata kiya hai. jab jo yeh operation kar ke dekha gaya toh unhone kaha ke yeh itni baat ko jo cheez discover hui science mein, woh itne pehle kaise pata ho gayi kisi ko?</w:t>
      </w:r>
    </w:p>
    <w:p>
      <w:pPr>
        <w:jc w:val="right"/>
      </w:pPr>
      <w:r>
        <w:t>جسم۔ تو انہوں نے کہا کہ یہ تو بہت بات کہ آج اس زمانے میں انسان کو پتہ چلا ہے، سائنس نے پتہ کیا ہے۔ جب جو یہ آپریشن کر کے دیکھا گیا تو انہوں نے کہا کہ یہ اتنی بات کو جو چیز ڈسکور ہوئی سائنس میں، وہ اتنے پہلے کیسے پتہ ہو گئی کسی کو؟</w:t>
      </w:r>
    </w:p>
    <w:p>
      <w:r>
        <w:rPr>
          <w:b/>
        </w:rPr>
        <w:t xml:space="preserve">[46:51] </w:t>
      </w:r>
      <w:r>
        <w:t>zarur yeh kitab khuda ki kitab hai aur khuda ne apne ilm se aisa quran mein aisa utara tha.</w:t>
      </w:r>
    </w:p>
    <w:p>
      <w:pPr>
        <w:jc w:val="right"/>
      </w:pPr>
      <w:r>
        <w:t>ضرور یہ کتاب خدا کی کتاب ہے اور خدا نے اپنے علم سے ایسا قرآن میں ایسا اتارا تھا۔</w:t>
      </w:r>
    </w:p>
    <w:p>
      <w:r>
        <w:rPr>
          <w:b/>
        </w:rPr>
        <w:t xml:space="preserve">[46:59] </w:t>
      </w:r>
      <w:r>
        <w:t>is ki exact wording mere paas hai yahin par, aap le sakte hain mujh se. aur agar aap chahein toh yeh sab kitabein available hain, woh bhi aap ko mil sakti hain.</w:t>
      </w:r>
    </w:p>
    <w:p>
      <w:pPr>
        <w:jc w:val="right"/>
      </w:pPr>
      <w:r>
        <w:t>اس کی ایگزیکٹ ورڈنگ میرے پاس ہے یہیں پر، آپ لے سکتے ہیں مجھ سے۔ اور اگر آپ چاہیں تو یہ سب کتابیں اویلیبل ہیں، وہ بھی آپ کو مل سکتی ہیں۔</w:t>
      </w:r>
    </w:p>
    <w:p>
      <w:r>
        <w:rPr>
          <w:b/>
        </w:rPr>
        <w:t xml:space="preserve">[47:16] </w:t>
      </w:r>
      <w:r>
        <w:t>isi tarah dekhiye, quran mein hai ke "inna al-samawati wal-ardi ratqan fafataqnahuma".</w:t>
      </w:r>
    </w:p>
    <w:p>
      <w:pPr>
        <w:jc w:val="right"/>
      </w:pPr>
      <w:r>
        <w:t>اسی طرح دیکھیے، قرآن میں ہے کہ "إن السماوات والارض رتقا ففتقنا"۔</w:t>
      </w:r>
    </w:p>
    <w:p>
      <w:r>
        <w:rPr>
          <w:b/>
        </w:rPr>
        <w:t xml:space="preserve">[47:26] </w:t>
      </w:r>
      <w:r>
        <w:t>zameen o aasman sab aapas mein jure hue the, jaise is tarah se the. woh ratq is ko kehte hain ke woh kehte hain "munzami al-ajzaa", yaani sab aapas mein jure hue hain.</w:t>
      </w:r>
    </w:p>
    <w:p>
      <w:pPr>
        <w:jc w:val="right"/>
      </w:pPr>
      <w:r>
        <w:t>زمین و آسمان سب آپس میں جڑے ہوئے تھے، جیسے اس طرح سے تھے۔ وہ رتق اس کو کہتے ہیں کہ وہ کہتے ہیں "منزم الاجزاء"، یعنی سب آپس میں جڑے ہوئے ہیں۔</w:t>
      </w:r>
    </w:p>
    <w:p>
      <w:r>
        <w:rPr>
          <w:b/>
        </w:rPr>
        <w:t xml:space="preserve">[47:38] </w:t>
      </w:r>
      <w:r>
        <w:t>toh zameen o aasman, yaani poora jo universe hai, woh aapas mein is tarah se jura hua tha. phir khuda ne is ko phaad diya.</w:t>
      </w:r>
    </w:p>
    <w:p>
      <w:pPr>
        <w:jc w:val="right"/>
      </w:pPr>
      <w:r>
        <w:t>تو زمین و آسمان، یعنی پورا جو یونیورس ہے، وہ آپس میں اس طرح سے جڑا ہوا تھا۔ پھر خدا نے اس کو پھاڑ دیا۔</w:t>
      </w:r>
    </w:p>
    <w:p>
      <w:r>
        <w:rPr>
          <w:b/>
        </w:rPr>
        <w:t xml:space="preserve">[47:46] </w:t>
      </w:r>
      <w:r>
        <w:t>yeh exactly wohi baat hai jo aaj hum big bang ke naam se jante hain. main washington gaya toh wahan planetarium mein main gaya toh wahan dekha maine ke cosmic ball jis ko kehte hain,</w:t>
      </w:r>
    </w:p>
    <w:p>
      <w:pPr>
        <w:jc w:val="right"/>
      </w:pPr>
      <w:r>
        <w:t>یہ ایگزیکٹلی وہی بات ہے جو آج ہم بگ بینگ کے نام سے جانتے ہیں۔ میں واشنگٹن گیا تو وہاں پلینیٹیرین میں میں گیا تو وہاں دیکھا میں نے کہ کاسمک بال جس کو کہتے ہیں،</w:t>
      </w:r>
    </w:p>
    <w:p>
      <w:r>
        <w:rPr>
          <w:b/>
        </w:rPr>
        <w:t xml:space="preserve">[47:59] </w:t>
      </w:r>
      <w:r>
        <w:t>ke hum dekh rahe hain bohat bara parda hai, screen. is par achaanak ek ball aata hai, itna bara sa ball, woh ghoomta hai aur phir is mein explosion hota hai aur phir is ke particle bikharte hain.</w:t>
      </w:r>
    </w:p>
    <w:p>
      <w:pPr>
        <w:jc w:val="right"/>
      </w:pPr>
      <w:r>
        <w:t>کہ ہم دیکھ رہے ہیں بہت بڑا پردہ ہے، سکرین۔ اس پر اچانک ایک بال آتا ہے، اتنا بڑا سا بال، وہ گھومتا ہے اور پھر اس میں ایکسپلوژن ہوتا ہے اور پھر اس کے پارٹیکل بکھرتے ہیں۔</w:t>
      </w:r>
    </w:p>
    <w:p>
      <w:r>
        <w:rPr>
          <w:b/>
        </w:rPr>
        <w:t xml:space="preserve">[48:13] </w:t>
      </w:r>
      <w:r>
        <w:t>yahan tak ke poori universe ban jati hai: stars, planet, solar system, zameen, sab kuch.</w:t>
      </w:r>
    </w:p>
    <w:p>
      <w:pPr>
        <w:jc w:val="right"/>
      </w:pPr>
      <w:r>
        <w:t>یہاں تک کہ پوری یونیورس بن جاتی ہے: سٹارز، پلینٹ، سولر سسٹم، زمین، سب کچھ۔</w:t>
      </w:r>
    </w:p>
    <w:p>
      <w:r>
        <w:rPr>
          <w:b/>
        </w:rPr>
        <w:t xml:space="preserve">[48:18] </w:t>
      </w:r>
      <w:r>
        <w:t>ab bataiye ke yeh kaun janta tha is waqt ke zameen o aasman jo hai, woh ek se cosmic ball ki surat mein the? woh phir in mein, phir in mein explosion hua aur poori universe ban gayi.</w:t>
      </w:r>
    </w:p>
    <w:p>
      <w:pPr>
        <w:jc w:val="right"/>
      </w:pPr>
      <w:r>
        <w:t>اب بتائیے کہ یہ کون جانتا تھا اس وقت کہ زمین و آسمان جو ہے، وہ ایک سے کاسمک بال کی صورت میں تھے؟ وہ پھر ان میں، پھر ان میں ایکسپلوژن ہوا اور پوری یونیورس بن گئی۔</w:t>
      </w:r>
    </w:p>
    <w:p>
      <w:r>
        <w:rPr>
          <w:b/>
        </w:rPr>
        <w:t xml:space="preserve">[48:30] </w:t>
      </w:r>
      <w:r>
        <w:t>koi bhi nahi janta tha, koi ek bhi insaan nahi tha jo nahi tha jo janta ho is b</w:t>
      </w:r>
    </w:p>
    <w:p>
      <w:pPr>
        <w:jc w:val="right"/>
      </w:pPr>
      <w:r>
        <w:t>کوئی بھی نہیں جانتا تھا، کوئی ایک بھی انسان نہیں تھا جو نہیں تھا جو جانتا ہو اس ب</w:t>
      </w:r>
    </w:p>
    <w:p>
      <w:r>
        <w:rPr>
          <w:b/>
        </w:rPr>
        <w:t xml:space="preserve">[48:37] </w:t>
      </w:r>
      <w:r>
        <w:t>aat ko. us waqt quran mein yeh ayat utri, yeh verse jo hai, reveal ki gayi quran mein ke zameen o aasman is tarah the, jure hue the.</w:t>
      </w:r>
    </w:p>
    <w:p>
      <w:pPr>
        <w:jc w:val="right"/>
      </w:pPr>
      <w:r>
        <w:t>ات کو۔ اس وقت قرآن میں یہ آیت اتری، یہ ورث جو ہے، ریویل کی گئی قرآن میں کہ زمین و آسمان اس طرح تھے، جڑے ہوئے تھے۔</w:t>
      </w:r>
    </w:p>
    <w:p>
      <w:r>
        <w:rPr>
          <w:b/>
        </w:rPr>
        <w:t xml:space="preserve">[48:47] </w:t>
      </w:r>
      <w:r>
        <w:t>phir khuda ne is ko phaad diya. yeh theek wohi cheez hai jis ko aaj hum big bang ke naam se jante hain. toh main samajhta hoon ke yeh itna khula khula</w:t>
      </w:r>
    </w:p>
    <w:p>
      <w:pPr>
        <w:jc w:val="right"/>
      </w:pPr>
      <w:r>
        <w:t>پھر خدا نے اس کو پھاڑ دیا۔ یہ ٹھیک وہی چیز ہے جس کو آج ہم بگ بینگ کے نام سے جانتے ہیں۔ تو میں سمجھتا ہوں کہ یہ اتنا کھلا کھلا</w:t>
      </w:r>
    </w:p>
    <w:p>
      <w:r>
        <w:rPr>
          <w:b/>
        </w:rPr>
        <w:t xml:space="preserve">[48:59] </w:t>
      </w:r>
      <w:r>
        <w:t>proof hai is baat ka ke quran khuda ki kitab hai ke is mein kisi ke liye deny karne ki gunjaish nahi.</w:t>
      </w:r>
    </w:p>
    <w:p>
      <w:pPr>
        <w:jc w:val="right"/>
      </w:pPr>
      <w:r>
        <w:t>پروف ہے اس بات کا کہ قرآن خدا کی کتاب ہے کہ اس میں کسی کے لیے ڈینائی کرنے کی گنجائش نہیں۔</w:t>
      </w:r>
    </w:p>
    <w:p>
      <w:r>
        <w:rPr>
          <w:b/>
        </w:rPr>
        <w:t xml:space="preserve">[49:06] </w:t>
      </w:r>
      <w:r>
        <w:t>ek bohat hi interesting story yeh hai ke</w:t>
      </w:r>
    </w:p>
    <w:p>
      <w:pPr>
        <w:jc w:val="right"/>
      </w:pPr>
      <w:r>
        <w:t>ایک بہت ہی انٹرسٹنگ سٹوری یہ ہے کہ</w:t>
      </w:r>
    </w:p>
    <w:p>
      <w:r>
        <w:rPr>
          <w:b/>
        </w:rPr>
        <w:t xml:space="preserve">[49:12] </w:t>
      </w:r>
      <w:r>
        <w:t>saudi arab ke king faisal, jinka ab death ho chuki hai,</w:t>
      </w:r>
    </w:p>
    <w:p>
      <w:pPr>
        <w:jc w:val="right"/>
      </w:pPr>
      <w:r>
        <w:t>سعودی عرب کے کنگ فیصل، جن کا اب ڈیتھ ہو چکی ہے،</w:t>
      </w:r>
    </w:p>
    <w:p>
      <w:r>
        <w:rPr>
          <w:b/>
        </w:rPr>
        <w:t xml:space="preserve">[49:20] </w:t>
      </w:r>
      <w:r>
        <w:t>woh paris gaye apne treatment ke liye. toh un ko jo treatment karwana tha, is ka expert tha us waqt paris mein doctor maurice bukai</w:t>
      </w:r>
    </w:p>
    <w:p>
      <w:pPr>
        <w:jc w:val="right"/>
      </w:pPr>
      <w:r>
        <w:t>وہ پیرس گئے اپنے ٹریٹمنٹ کے لیے۔ تو ان کو جو ٹریٹمنٹ کروانا تھا، اس کا ایکسپرٹ تھا اس وقت پیرس میں ڈاکٹر مورس بک</w:t>
      </w:r>
    </w:p>
    <w:p>
      <w:r>
        <w:rPr>
          <w:b/>
        </w:rPr>
        <w:t xml:space="preserve">[49:32] </w:t>
      </w:r>
      <w:r>
        <w:t>ai. toh kya hua ke woh is ne un ka</w:t>
      </w:r>
    </w:p>
    <w:p>
      <w:pPr>
        <w:jc w:val="right"/>
      </w:pPr>
      <w:r>
        <w:t>ائی۔ تو کیا ہوا کہ وہ اس نے ان کا</w:t>
      </w:r>
    </w:p>
    <w:p>
      <w:r>
        <w:rPr>
          <w:b/>
        </w:rPr>
        <w:t xml:space="preserve">[49:43] </w:t>
      </w:r>
      <w:r>
        <w:t>operation kiya. toh doctor maurice bukai jo the, woh islam ke bohat against mein hote the. koi bhi jo milta tha un se, us se kuch na kuch islam ke khilaf bolte the.</w:t>
      </w:r>
    </w:p>
    <w:p>
      <w:pPr>
        <w:jc w:val="right"/>
      </w:pPr>
      <w:r>
        <w:t>آپریشن کیا۔ تو ڈاکٹر مورس بکائی جو تھے، وہ اسلام کے بہت اگینسٹ میں ہوتے تھے۔ کوئی بھی جو ملتا تھا ان سے، اس سے کچھ نہ کچھ اسلام کے خلاف بولتے تھے۔</w:t>
      </w:r>
    </w:p>
    <w:p>
      <w:r>
        <w:rPr>
          <w:b/>
        </w:rPr>
        <w:t xml:space="preserve">[49:57] </w:t>
      </w:r>
      <w:r>
        <w:t>to king faisal se bhi unhon ne kaha aisa</w:t>
      </w:r>
    </w:p>
    <w:p>
      <w:pPr>
        <w:jc w:val="right"/>
      </w:pPr>
      <w:r>
        <w:t>تو کنگ فیصل سے بھی انہوں نے کہا ایسا</w:t>
      </w:r>
    </w:p>
    <w:p>
      <w:r>
        <w:rPr>
          <w:b/>
        </w:rPr>
        <w:t xml:space="preserve">[50:02] </w:t>
      </w:r>
      <w:r>
        <w:t>ke king faisal ne un se poocha ke aap ne quran ko kahan parha hai?</w:t>
      </w:r>
    </w:p>
    <w:p>
      <w:pPr>
        <w:jc w:val="right"/>
      </w:pPr>
      <w:r>
        <w:t>کہ کنگ فیصل نے ان سے پوچھا کہ آپ نے قرآن کو کہاں پڑھا ہے؟</w:t>
      </w:r>
    </w:p>
    <w:p>
      <w:r>
        <w:rPr>
          <w:b/>
        </w:rPr>
        <w:t xml:space="preserve">[50:11] </w:t>
      </w:r>
      <w:r>
        <w:t>kya quran ko parh kar aap aisa keh rahe hain? kaha haan, maine parha hai. to unhon ne kaha kahan parha hai? unhon ne kaha ke transition french mein jo quran ka transition hai, us ko maine parha hai.</w:t>
      </w:r>
    </w:p>
    <w:p>
      <w:pPr>
        <w:jc w:val="right"/>
      </w:pPr>
      <w:r>
        <w:t>کیا قرآن کو پڑھ کر آپ ایسا کہہ رہے ہیں؟ کہا ہاں، میں نے پڑھا ہے۔ تو انہوں نے کہا کہاں پڑھا ہے؟ انہوں نے کہا کہ ٹرانسیشن فرینچ میں جو قرآن کا ٹرانسیشن ہے، اس کو میں نے پڑھا ہے۔</w:t>
      </w:r>
    </w:p>
    <w:p>
      <w:r>
        <w:rPr>
          <w:b/>
        </w:rPr>
        <w:t xml:space="preserve">[50:30] </w:t>
      </w:r>
      <w:r>
        <w:t>to king faisal ne kaha ke aap ek scholar hain. scholarship ka ek standard hota hai ke kisi kitab ke baray mein agar aap comment karein to zaroori hai ke aap ne us ko us ke original language mein parha ho,</w:t>
      </w:r>
    </w:p>
    <w:p>
      <w:pPr>
        <w:jc w:val="right"/>
      </w:pPr>
      <w:r>
        <w:t>تو کنگ فیصل نے کہا کہ آپ ایک اسکالر ہیں۔ اسکالرشپ کا ایک اسٹینڈرڈ ہوتا ہے کہ کسی کتاب کے بارے میں اگر آپ کمنٹ کریں تو ضروری ہے کہ آپ نے اس کو اس کے اوریجنل لینگویج میں پڑھا ہو،</w:t>
      </w:r>
    </w:p>
    <w:p>
      <w:r>
        <w:rPr>
          <w:b/>
        </w:rPr>
        <w:t xml:space="preserve">[50:50] </w:t>
      </w:r>
      <w:r>
        <w:t>warna aap aap scholar nahi maane jayenge.</w:t>
      </w:r>
    </w:p>
    <w:p>
      <w:pPr>
        <w:jc w:val="right"/>
      </w:pPr>
      <w:r>
        <w:t>ورنہ آپ آپ اسکالر نہیں مانے جائیں گے۔</w:t>
      </w:r>
    </w:p>
    <w:p>
      <w:r>
        <w:rPr>
          <w:b/>
        </w:rPr>
        <w:t xml:space="preserve">[50:55] </w:t>
      </w:r>
      <w:r>
        <w:t>yani modern scholarship jo hai, us mein yeh zaroori samjha jata hai ke aadmi agar kisi kitab par comment kar raha hai, critical comment, to zaroori hai ke us kitab ko us ne us ke original language mein parha ho,</w:t>
      </w:r>
    </w:p>
    <w:p>
      <w:pPr>
        <w:jc w:val="right"/>
      </w:pPr>
      <w:r>
        <w:t>یعنی ماڈرن اسکالرشپ جو ہے، اس میں یہ ضروری سمجھا جاتا ہے کہ آدمی اگر کسی کتاب پر کمنٹ کر رہا ہے، کریٹیکل کمنٹ، تو ضروری ہے کہ اس کتاب کو اس نے اس کے اوریجنل لینگویج میں پڑھا ہو،</w:t>
      </w:r>
    </w:p>
    <w:p>
      <w:r>
        <w:rPr>
          <w:b/>
        </w:rPr>
        <w:t xml:space="preserve">[51:08] </w:t>
      </w:r>
      <w:r>
        <w:t>warna us ko right nahi hai ke woh bolay us ke upar. yani transition parh kar ke aap comment nahi de sakte. to unhon ne kaha ke aap kaise aadmi hain?</w:t>
      </w:r>
    </w:p>
    <w:p>
      <w:pPr>
        <w:jc w:val="right"/>
      </w:pPr>
      <w:r>
        <w:t>ورنہ اس کو رائٹ نہیں ہے کہ وہ بولے اس کے اوپر۔ یعنی ٹرانسیشن پڑھ کر کے آپ کمنٹ نہیں دے سکتے۔ تو انہوں نے کہا کہ آپ کیسے آدمی ہیں؟</w:t>
      </w:r>
    </w:p>
    <w:p>
      <w:r>
        <w:rPr>
          <w:b/>
        </w:rPr>
        <w:t xml:space="preserve">[51:21] </w:t>
      </w:r>
      <w:r>
        <w:t>ek aisa kaam karein jo scholarship jo hai, us ko accept nahi karegi.</w:t>
      </w:r>
    </w:p>
    <w:p>
      <w:pPr>
        <w:jc w:val="right"/>
      </w:pPr>
      <w:r>
        <w:t>ایک ایسا کام کریں جو اسکالرشپ جو ہے، اس کو ایکسیپٹ نہیں کرے گی۔</w:t>
      </w:r>
    </w:p>
    <w:p>
      <w:r>
        <w:rPr>
          <w:b/>
        </w:rPr>
        <w:t xml:space="preserve">[51:26] </w:t>
      </w:r>
      <w:r>
        <w:t>to unhon ne kaha ke aap ko chahiye ke sab se pehle aap arabic language parhein.</w:t>
      </w:r>
    </w:p>
    <w:p>
      <w:pPr>
        <w:jc w:val="right"/>
      </w:pPr>
      <w:r>
        <w:t>تو انہوں نے کہا کہ آپ کو چاہیے کہ سب سے پہلے آپ عربک لینگویج پڑھیں۔</w:t>
      </w:r>
    </w:p>
    <w:p>
      <w:r>
        <w:rPr>
          <w:b/>
        </w:rPr>
        <w:t xml:space="preserve">[51:33] </w:t>
      </w:r>
      <w:r>
        <w:t>to woh aadmi bohat hi sincere tha. us ne kaha ke theek hai. unhon ne baqayda admission le kar ke arabic language parhi.</w:t>
      </w:r>
    </w:p>
    <w:p>
      <w:pPr>
        <w:jc w:val="right"/>
      </w:pPr>
      <w:r>
        <w:t>تو وہ آدمی بہت ہی سنسیئر تھا۔ اس نے کہا کہ ٹھیک ہے۔ انہوں نے باقاعدہ ایڈمیشن لے کر کے عربک لینگویج پڑھی۔</w:t>
      </w:r>
    </w:p>
    <w:p>
      <w:r>
        <w:rPr>
          <w:b/>
        </w:rPr>
        <w:t xml:space="preserve">[51:43] </w:t>
      </w:r>
      <w:r>
        <w:t>arabic language parh kar ke phir unhon ne quran ki study ki. arab countries mein gaye. woh kai saal ke survey ke baad phir unhon ne quran ko arabic language mein parha.</w:t>
      </w:r>
    </w:p>
    <w:p>
      <w:pPr>
        <w:jc w:val="right"/>
      </w:pPr>
      <w:r>
        <w:t>عربک لینگویج پڑھ کر کے پھر انہوں نے قرآن کی سٹڈی کی۔ عرب کنٹریز میں گئے۔ وہ کئی سال کے سروے کے بعد پھر انہوں نے قرآن کو عربک لینگویج میں پڑھا۔</w:t>
      </w:r>
    </w:p>
    <w:p>
      <w:r>
        <w:rPr>
          <w:b/>
        </w:rPr>
        <w:t xml:space="preserve">[51:56] </w:t>
      </w:r>
      <w:r>
        <w:t>apni ek kitab likhi</w:t>
      </w:r>
    </w:p>
    <w:p>
      <w:pPr>
        <w:jc w:val="right"/>
      </w:pPr>
      <w:r>
        <w:t>اپنی ایک کتاب لکھی</w:t>
      </w:r>
    </w:p>
    <w:p>
      <w:r>
        <w:rPr>
          <w:b/>
        </w:rPr>
        <w:t xml:space="preserve">[51:58] </w:t>
      </w:r>
      <w:r>
        <w:t>unhon ne. yani maurice bucaille ne. is ka naam hai "the bible the quran and science".</w:t>
      </w:r>
    </w:p>
    <w:p>
      <w:pPr>
        <w:jc w:val="right"/>
      </w:pPr>
      <w:r>
        <w:t>انہوں نے۔ یعنی مورس بکائی نے۔ اس کا نام ہے "دا بائبل دا قرآن اینڈ سائنس"۔</w:t>
      </w:r>
    </w:p>
    <w:p>
      <w:r>
        <w:rPr>
          <w:b/>
        </w:rPr>
        <w:t xml:space="preserve">[52:11] </w:t>
      </w:r>
      <w:r>
        <w:t>yeh kitab originally likhi gayi thi french language mein. phir woh english mein transition hua, arabic mein hua, aur dunya ki taqreeban 12 zabanon mein shayad ho chuka hai ya aur zyada.</w:t>
      </w:r>
    </w:p>
    <w:p>
      <w:pPr>
        <w:jc w:val="right"/>
      </w:pPr>
      <w:r>
        <w:t>یہ کتاب اوریجنلی لکھی گئی تھی فرینچ لینگویج میں۔ پھر وہ انگلش میں ٹرانسیشن ہوا، عربک میں ہوا، اور دنیا کی تقریباً 12 زبانوں میں شاید ہو چکا ہے یا اور زیادہ۔</w:t>
      </w:r>
    </w:p>
    <w:p>
      <w:r>
        <w:rPr>
          <w:b/>
        </w:rPr>
        <w:t xml:space="preserve">[52:31] </w:t>
      </w:r>
      <w:r>
        <w:t>is kitab mein unhon ne likha hai ke quran mein jo references hain science se mutaliq, dekhein quran jo hai koi science ki kitab nahi hai,</w:t>
      </w:r>
    </w:p>
    <w:p>
      <w:pPr>
        <w:jc w:val="right"/>
      </w:pPr>
      <w:r>
        <w:t>اس کتاب میں انہوں نے لکھا ہے کہ قرآن میں جو ریفرنسز ہیں سائنس سے متعلق، دیکھیں قرآن جو ہے کوئی سائنس کی کتاب نہیں ہے،</w:t>
      </w:r>
    </w:p>
    <w:p>
      <w:r>
        <w:rPr>
          <w:b/>
        </w:rPr>
        <w:t xml:space="preserve">[52:45] </w:t>
      </w:r>
      <w:r>
        <w:t>lekin is mein jagah jagah references hain</w:t>
      </w:r>
    </w:p>
    <w:p>
      <w:pPr>
        <w:jc w:val="right"/>
      </w:pPr>
      <w:r>
        <w:t>لیکن اس میں جگہ جگہ ریفرنسز ہیں</w:t>
      </w:r>
    </w:p>
    <w:p>
      <w:r>
        <w:rPr>
          <w:b/>
        </w:rPr>
        <w:t xml:space="preserve">[52:51] </w:t>
      </w:r>
      <w:r>
        <w:t>is ke baray mein, science ke baray mein, jaise maine arz kiya ke pani ke baray mein quran mein aaya hai aur bohat si cheezein.</w:t>
      </w:r>
    </w:p>
    <w:p>
      <w:pPr>
        <w:jc w:val="right"/>
      </w:pPr>
      <w:r>
        <w:t>اس کے بارے میں، سائنس کے بارے میں، جیسے میں نے عرض کیا کہ پانی کے بارے میں قرآن میں آیا ہے اور بہت سی چیزیں۔</w:t>
      </w:r>
    </w:p>
    <w:p>
      <w:r>
        <w:rPr>
          <w:b/>
        </w:rPr>
        <w:t xml:space="preserve">[53:03] </w:t>
      </w:r>
      <w:r>
        <w:t>to history ke baray mein references hain, science ke baray mein references hain.</w:t>
      </w:r>
    </w:p>
    <w:p>
      <w:pPr>
        <w:jc w:val="right"/>
      </w:pPr>
      <w:r>
        <w:t>تو ہسٹری کے بارے میں ریفرنسز ہیں، سائنس کے بارے میں ریفرنسز ہیں۔</w:t>
      </w:r>
    </w:p>
    <w:p>
      <w:r>
        <w:rPr>
          <w:b/>
        </w:rPr>
        <w:t xml:space="preserve">[53:08] </w:t>
      </w:r>
      <w:r>
        <w:t>to is ko maurice bucaille ne parha aur is ka unhon ne jo available data tha, jo available jo available record tha, us se unhon ne compare kiya.</w:t>
      </w:r>
    </w:p>
    <w:p>
      <w:pPr>
        <w:jc w:val="right"/>
      </w:pPr>
      <w:r>
        <w:t>تو اس کو مورس بکائی نے پڑھا اور اس کا انہوں نے جو اویلیبل ڈیٹا تھا، جو اویلیبل جو اویلیبل ریکارڈ تھا، اس سے انہوں نے کمپیئر کیا۔</w:t>
      </w:r>
    </w:p>
    <w:p>
      <w:r>
        <w:rPr>
          <w:b/>
        </w:rPr>
        <w:t xml:space="preserve">[53:21] </w:t>
      </w:r>
      <w:r>
        <w:t>phir yeh kitab likhi. is kitab ko</w:t>
      </w:r>
    </w:p>
    <w:p>
      <w:pPr>
        <w:jc w:val="right"/>
      </w:pPr>
      <w:r>
        <w:t>پھر یہ کتاب لکھی۔ اس کتاب کو</w:t>
      </w:r>
    </w:p>
    <w:p>
      <w:r>
        <w:rPr>
          <w:b/>
        </w:rPr>
        <w:t xml:space="preserve">[53:29] </w:t>
      </w:r>
      <w:r>
        <w:t>mere paas maujood hai, aap dekh sakte hain is ko aur yahan market mein bhi available hai.</w:t>
      </w:r>
    </w:p>
    <w:p>
      <w:pPr>
        <w:jc w:val="right"/>
      </w:pPr>
      <w:r>
        <w:t>میرے پاس موجود ہے، آپ دیکھ سکتے ہیں اس کو اور یہاں مارکیٹ میں بھی اویلیبل ہے۔</w:t>
      </w:r>
    </w:p>
    <w:p>
      <w:r>
        <w:rPr>
          <w:b/>
        </w:rPr>
        <w:t xml:space="preserve">[53:36] </w:t>
      </w:r>
      <w:r>
        <w:t>is kitab ka khatma unhon ne is tarah kiya hai ke quran mein science ke baray mein jo references hain ya history ke baray mein jo references hain, woh undeniable ability,</w:t>
      </w:r>
    </w:p>
    <w:p>
      <w:pPr>
        <w:jc w:val="right"/>
      </w:pPr>
      <w:r>
        <w:t>اس کتاب کا خاتمہ انہوں نے اس طرح کیا ہے کہ قرآن میں سائنس کے بارے میں جو ریفرنسز ہیں یا ہسٹری کے بارے میں جو ریفرنسز ہیں، وہ ان ڈینائی ایبیلیبلی،</w:t>
      </w:r>
    </w:p>
    <w:p>
      <w:r>
        <w:rPr>
          <w:b/>
        </w:rPr>
        <w:t xml:space="preserve">[53:52] </w:t>
      </w:r>
      <w:r>
        <w:t>undeniable ability yeh bata rahe hain ke hum yeh quran jo hai insaan ki book nahi hai. hum inkar nahi kar sakte is ka.</w:t>
      </w:r>
    </w:p>
    <w:p>
      <w:pPr>
        <w:jc w:val="right"/>
      </w:pPr>
      <w:r>
        <w:t>ان ڈینائی ایبیلیبلی یہ بتا رہے ہیں کہ ہم یہ قرآن جو ہے انسان کی بک نہیں ہے۔ ہم انکار نہیں کر سکتے اس کا۔</w:t>
      </w:r>
    </w:p>
    <w:p>
      <w:r>
        <w:rPr>
          <w:b/>
        </w:rPr>
        <w:t xml:space="preserve">[54:01] </w:t>
      </w:r>
      <w:r>
        <w:t>agar hum inkar karein to hum facts se defy karenge, facts se ladenge, facts se kashti ladenge.</w:t>
      </w:r>
    </w:p>
    <w:p>
      <w:pPr>
        <w:jc w:val="right"/>
      </w:pPr>
      <w:r>
        <w:t>اگر ہم انکار کریں تو ہم فیکٹس سے ڈیفائی کریں گے، فیکٹس سے لڑیں گے، فیکٹس سے کشتی لڑیں گے۔</w:t>
      </w:r>
    </w:p>
    <w:p>
      <w:r>
        <w:rPr>
          <w:b/>
        </w:rPr>
        <w:t xml:space="preserve">[54:08] </w:t>
      </w:r>
      <w:r>
        <w:t>is ka last paragraph yeh hai ke quran ki study ne woh shakhs keh raha hai jo quran ka koi ridicule karta tha, koi us ke khilaf bolta tha.</w:t>
      </w:r>
    </w:p>
    <w:p>
      <w:pPr>
        <w:jc w:val="right"/>
      </w:pPr>
      <w:r>
        <w:t>اس کا لاسٹ پیراگراف یہ ہے کہ قرآن کی سٹڈی نے وہ شخص کہہ رہا ہے جو قرآن کا کوئی ریڈیکول کرتا تھا، کوئی اس کے خلاف بولتا تھا۔</w:t>
      </w:r>
    </w:p>
    <w:p>
      <w:r>
        <w:rPr>
          <w:b/>
        </w:rPr>
        <w:t xml:space="preserve">[54:21] </w:t>
      </w:r>
      <w:r>
        <w:t>lekin jab is ne english arabic language seekhi, is ki study ki, phir is ne is ki cheezon ka examine kiya jo available data tha, available record tha, use examine kiya is ne to is ne paya ke ye baatein jo quran mein seven century ke first quarter mein kahi gayi thin, koi insan keh nahi sakta.</w:t>
      </w:r>
    </w:p>
    <w:p>
      <w:pPr>
        <w:jc w:val="right"/>
      </w:pPr>
      <w:r>
        <w:t>لیکن جب اس نے انگلش عربک لینگویج سیکھی، اس کی سٹڈی کی، پھر اس نے اس کی چیزوں کا ایگزیمن کیا جو اویلیبل ڈیٹا تھا، اویلیبل ریکارڈ تھا، اسے ایگزیمن کیا اس نے تو اس نے پایا کہ یہ باتیں جو قرآن میں سیون سینچری کے فرسٹ کوارٹر میں کہی گئی تھیں، کوئی انسان کہہ نہیں سکتا۔</w:t>
      </w:r>
    </w:p>
    <w:p>
      <w:r>
        <w:rPr>
          <w:b/>
        </w:rPr>
        <w:t xml:space="preserve">[54:43] </w:t>
      </w:r>
      <w:r>
        <w:t>wo</w:t>
      </w:r>
    </w:p>
    <w:p>
      <w:pPr>
        <w:jc w:val="right"/>
      </w:pPr>
      <w:r>
        <w:t>وہ</w:t>
      </w:r>
    </w:p>
    <w:p>
      <w:r>
        <w:rPr>
          <w:b/>
        </w:rPr>
        <w:t xml:space="preserve">[54:46] </w:t>
      </w:r>
      <w:r>
        <w:t>is ke liye zaroori hai ke aadmi ke paas future ki knowledge ho, wo knowledge ho jo aam insan jaan hi nahi sakta.</w:t>
      </w:r>
    </w:p>
    <w:p>
      <w:pPr>
        <w:jc w:val="right"/>
      </w:pPr>
      <w:r>
        <w:t>اس کے لیے ضروری ہے کہ آدمی کے پاس فیوچر کی نالج ہو، وہ نالج ہو جو عام انسان جان ہی نہیں سکتا۔</w:t>
      </w:r>
    </w:p>
    <w:p>
      <w:r>
        <w:rPr>
          <w:b/>
        </w:rPr>
        <w:t xml:space="preserve">[54:58] </w:t>
      </w:r>
      <w:r>
        <w:t>wo knowledge ho, yani scientific discovery se pehle bhi j</w:t>
      </w:r>
    </w:p>
    <w:p>
      <w:pPr>
        <w:jc w:val="right"/>
      </w:pPr>
      <w:r>
        <w:t>وہ نالج ہو، یعنی سائنٹیفک ڈسکوری سے پہلے بھی ج</w:t>
      </w:r>
    </w:p>
    <w:p>
      <w:r>
        <w:rPr>
          <w:b/>
        </w:rPr>
        <w:t xml:space="preserve">[55:03] </w:t>
      </w:r>
      <w:r>
        <w:t>inta ho scientific discoveries ko, nature ke exploration se pehle wo janta ho ke nature ke secret kya hain.</w:t>
      </w:r>
    </w:p>
    <w:p>
      <w:pPr>
        <w:jc w:val="right"/>
      </w:pPr>
      <w:r>
        <w:t>انتا ہو سائنٹیفک ڈسکوریز کو، نیچر کے ایکسپلوریشن سے پہلے وہ جانتا ہو کہ نیچر کے سیکرٹ کیا 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