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Matter July 30, 2006 Maulana Wahiduddin Khan</w:t>
      </w:r>
    </w:p>
    <w:p>
      <w:r>
        <w:t>https://www.youtube.com/watch?v=86wN7coqa94</w:t>
      </w:r>
    </w:p>
    <w:p>
      <w:r>
        <w:rPr>
          <w:b/>
        </w:rPr>
        <w:t xml:space="preserve">[00:13] </w:t>
      </w:r>
      <w:r>
        <w:t>bismillah rahman rahim, wa salallahu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wahlul uqdata min lisani yafqahu qawli.</w:t>
      </w:r>
    </w:p>
    <w:p>
      <w:pPr>
        <w:jc w:val="right"/>
      </w:pPr>
      <w:r>
        <w:t>واحل العقدۃ من لسانی یفقہ قولی.</w:t>
      </w:r>
    </w:p>
    <w:p>
      <w:r>
        <w:rPr>
          <w:b/>
        </w:rPr>
        <w:t xml:space="preserve">[00:35] </w:t>
      </w:r>
      <w:r>
        <w:t>aaj ka jo topic hai wo hai "man and matter".</w:t>
      </w:r>
    </w:p>
    <w:p>
      <w:pPr>
        <w:jc w:val="right"/>
      </w:pPr>
      <w:r>
        <w:t>آج کا جو ٹاپک ہے وہ ہے "مین اینڈ میٹر"۔</w:t>
      </w:r>
    </w:p>
    <w:p>
      <w:r>
        <w:rPr>
          <w:b/>
        </w:rPr>
        <w:t xml:space="preserve">[00:43] </w:t>
      </w:r>
      <w:r>
        <w:t>aap jante hain ke is dunya mein do tarah ki cheezein hain: ek taraf insan hai, doosri taraf maada yani matter.</w:t>
      </w:r>
    </w:p>
    <w:p>
      <w:pPr>
        <w:jc w:val="right"/>
      </w:pPr>
      <w:r>
        <w:t>آپ جانتے ہیں کہ اس دنیا میں دو طرح کی چیزیں ہیں: ایک طرف انسان ہے، دوسری طرف مادہ یعنی میٹر۔</w:t>
      </w:r>
    </w:p>
    <w:p>
      <w:r>
        <w:rPr>
          <w:b/>
        </w:rPr>
        <w:t xml:space="preserve">[00:55] </w:t>
      </w:r>
      <w:r>
        <w:t>donon ke laws alag alag hain.</w:t>
      </w:r>
    </w:p>
    <w:p>
      <w:pPr>
        <w:jc w:val="right"/>
      </w:pPr>
      <w:r>
        <w:t>دونوں کے لاز الگ الگ ہیں۔</w:t>
      </w:r>
    </w:p>
    <w:p>
      <w:r>
        <w:rPr>
          <w:b/>
        </w:rPr>
        <w:t xml:space="preserve">[01:00] </w:t>
      </w:r>
      <w:r>
        <w:t>insan</w:t>
      </w:r>
    </w:p>
    <w:p>
      <w:pPr>
        <w:jc w:val="right"/>
      </w:pPr>
      <w:r>
        <w:t>انسان</w:t>
      </w:r>
    </w:p>
    <w:p>
      <w:r>
        <w:rPr>
          <w:b/>
        </w:rPr>
        <w:t xml:space="preserve">[01:04] </w:t>
      </w:r>
      <w:r>
        <w:t>ek thinking creature hai, wo sochta hai, is ke andar self thinking hai. to</w:t>
      </w:r>
    </w:p>
    <w:p>
      <w:pPr>
        <w:jc w:val="right"/>
      </w:pPr>
      <w:r>
        <w:t>ایک تھنکنگ کریچر ہے، وہ سوچتا ہے، اس کے اندر سیلف تھنکنگ ہے۔ تو</w:t>
      </w:r>
    </w:p>
    <w:p>
      <w:r>
        <w:rPr>
          <w:b/>
        </w:rPr>
        <w:t xml:space="preserve">[01:13] </w:t>
      </w:r>
      <w:r>
        <w:t>apne aap ko wo khud control karta hai. lekin matter jo hai wo law of nature se govern hota hai.</w:t>
      </w:r>
    </w:p>
    <w:p>
      <w:pPr>
        <w:jc w:val="right"/>
      </w:pPr>
      <w:r>
        <w:t>اپنے آپ کو وہ خود کنٹرول کرتا ہے۔ لیکن میٹر جو ہے وہ لاء آف نیچر سے گورن ہوتا ہے۔</w:t>
      </w:r>
    </w:p>
    <w:p>
      <w:r>
        <w:rPr>
          <w:b/>
        </w:rPr>
        <w:t xml:space="preserve">[01:26] </w:t>
      </w:r>
      <w:r>
        <w:t>jaise aap lijiye river ko. aap jante hain ke river pahad se nikalti hai, mountain ke upar ice hoti hai,</w:t>
      </w:r>
    </w:p>
    <w:p>
      <w:pPr>
        <w:jc w:val="right"/>
      </w:pPr>
      <w:r>
        <w:t>جیسے آپ لیجیے ریور کو۔ آپ جانتے ہیں کہ ریور پہاڑ سے نکلتی ہے، ماؤنٹین کے اوپر آئس ہوتی ہے،</w:t>
      </w:r>
    </w:p>
    <w:p>
      <w:r>
        <w:rPr>
          <w:b/>
        </w:rPr>
        <w:t xml:space="preserve">[01:44] </w:t>
      </w:r>
      <w:r>
        <w:t>wo sunlight se pighalti hai, pani behta hai, aur is tarah se river ya darya banta hai jo behta chala jata hai.</w:t>
      </w:r>
    </w:p>
    <w:p>
      <w:pPr>
        <w:jc w:val="right"/>
      </w:pPr>
      <w:r>
        <w:t>وہ سن لائٹ سے پگھلتی ہے، پانی بہتا ہے، اور اس طرح سے ریور یا دریا بنتا ہے جو بہتا چلا جاتا ہے۔</w:t>
      </w:r>
    </w:p>
    <w:p>
      <w:r>
        <w:rPr>
          <w:b/>
        </w:rPr>
        <w:t xml:space="preserve">[01:57] </w:t>
      </w:r>
      <w:r>
        <w:t>to darya bhi ek journey, is ki bhi ek journey hai jaise insan ki journey hoti hai. lekin aap jante hain ke darya ki journey, ya darya ka jo flow hai,</w:t>
      </w:r>
    </w:p>
    <w:p>
      <w:pPr>
        <w:jc w:val="right"/>
      </w:pPr>
      <w:r>
        <w:t>تو دریا بھی ایک جرنی، اس کی بھی ایک جرنی ہے جیسے انسان کی جرنی ہوتی ہے۔ لیکن آپ جانتے ہیں کہ دریا کی جرنی، یا دریا کا جو فلو ہے،</w:t>
      </w:r>
    </w:p>
    <w:p>
      <w:r>
        <w:rPr>
          <w:b/>
        </w:rPr>
        <w:t xml:space="preserve">[02:13] </w:t>
      </w:r>
      <w:r>
        <w:t>us ko control karta hai zameen ka oonch neech.</w:t>
      </w:r>
    </w:p>
    <w:p>
      <w:pPr>
        <w:jc w:val="right"/>
      </w:pPr>
      <w:r>
        <w:t>اس کو کنٹرول کرتا ہے زمین کا اونچ نیچ۔</w:t>
      </w:r>
    </w:p>
    <w:p>
      <w:r>
        <w:rPr>
          <w:b/>
        </w:rPr>
        <w:t xml:space="preserve">[02:20] </w:t>
      </w:r>
      <w:r>
        <w:t>yani jidhar wo necha payega, jidhar gravity use le jana chahegi, udhar wo jayega wo.</w:t>
      </w:r>
    </w:p>
    <w:p>
      <w:pPr>
        <w:jc w:val="right"/>
      </w:pPr>
      <w:r>
        <w:t>یعنی جدھر وہ نیچا پائے گا، جدھر گریویٹی اسے لے جانا چاہے گی، ادھر وہ جائے گا وہ۔</w:t>
      </w:r>
    </w:p>
    <w:p>
      <w:r>
        <w:rPr>
          <w:b/>
        </w:rPr>
        <w:t xml:space="preserve">[02:28] </w:t>
      </w:r>
      <w:r>
        <w:t>to zameen mein aap jante hain ke ooncha necha hota hai, kai tarah ke shape hote hain zameen ke. to zameen ka shape darya ko shape karta hai.</w:t>
      </w:r>
    </w:p>
    <w:p>
      <w:pPr>
        <w:jc w:val="right"/>
      </w:pPr>
      <w:r>
        <w:t>تو زمین میں آپ جانتے ہیں کہ اونچا نیچا ہوتا ہے، کئی طرح کے شیپ ہوتے ہیں زمین کے۔ تو زمین کا شیپ دریا کو شیپ کرتا ہے۔</w:t>
      </w:r>
    </w:p>
    <w:p>
      <w:r>
        <w:rPr>
          <w:b/>
        </w:rPr>
        <w:t xml:space="preserve">[02:41] </w:t>
      </w:r>
      <w:r>
        <w:t>jaise jaise zameen chahegi, waise waise wo aage badhega. magar insan ka mamla aisa nahi hai.</w:t>
      </w:r>
    </w:p>
    <w:p>
      <w:pPr>
        <w:jc w:val="right"/>
      </w:pPr>
      <w:r>
        <w:t>جیسے جیسے زمین چاہے گی، ویسے ویسے وہ آگے بڑھے گا۔ مگر انسان کا معاملہ ایسا نہیں ہے۔</w:t>
      </w:r>
    </w:p>
    <w:p>
      <w:r>
        <w:rPr>
          <w:b/>
        </w:rPr>
        <w:t xml:space="preserve">[02:52] </w:t>
      </w:r>
      <w:r>
        <w:t>insan apne aap ko khud control karta hai.</w:t>
      </w:r>
    </w:p>
    <w:p>
      <w:pPr>
        <w:jc w:val="right"/>
      </w:pPr>
      <w:r>
        <w:t>انسان اپنے آپ کو خود کنٹرول کرتا ہے۔</w:t>
      </w:r>
    </w:p>
    <w:p>
      <w:r>
        <w:rPr>
          <w:b/>
        </w:rPr>
        <w:t xml:space="preserve">[03:01] </w:t>
      </w:r>
      <w:r>
        <w:t>insan khud soch kar aage badhta hai.</w:t>
      </w:r>
    </w:p>
    <w:p>
      <w:pPr>
        <w:jc w:val="right"/>
      </w:pPr>
      <w:r>
        <w:t>انسان خود سوچ کر آگے بڑھتا ہے۔</w:t>
      </w:r>
    </w:p>
    <w:p>
      <w:r>
        <w:rPr>
          <w:b/>
        </w:rPr>
        <w:t xml:space="preserve">[03:07] </w:t>
      </w:r>
      <w:r>
        <w:t>to ye jo self thinking hai,</w:t>
      </w:r>
    </w:p>
    <w:p>
      <w:pPr>
        <w:jc w:val="right"/>
      </w:pPr>
      <w:r>
        <w:t>تو یہ جو سیلف تھنکنگ ہے،</w:t>
      </w:r>
    </w:p>
    <w:p>
      <w:r>
        <w:rPr>
          <w:b/>
        </w:rPr>
        <w:t xml:space="preserve">[03:12] </w:t>
      </w:r>
      <w:r>
        <w:t>isi ko hum kehte hain "reason".</w:t>
      </w:r>
    </w:p>
    <w:p>
      <w:pPr>
        <w:jc w:val="right"/>
      </w:pPr>
      <w:r>
        <w:t>اسی کو ہم کہتے ہیں "ریزن"۔</w:t>
      </w:r>
    </w:p>
    <w:p>
      <w:r>
        <w:rPr>
          <w:b/>
        </w:rPr>
        <w:t xml:space="preserve">[03:19] </w:t>
      </w:r>
      <w:r>
        <w:t>insan ke andar aap jante hain ke mind hai.</w:t>
      </w:r>
    </w:p>
    <w:p>
      <w:pPr>
        <w:jc w:val="right"/>
      </w:pPr>
      <w:r>
        <w:t>انسان کے اندر آپ جانتے ہیں کہ مائنڈ ہے۔</w:t>
      </w:r>
    </w:p>
    <w:p>
      <w:r>
        <w:rPr>
          <w:b/>
        </w:rPr>
        <w:t xml:space="preserve">[03:27] </w:t>
      </w:r>
      <w:r>
        <w:t>mind sochta hai. soch kar woh</w:t>
      </w:r>
    </w:p>
    <w:p>
      <w:pPr>
        <w:jc w:val="right"/>
      </w:pPr>
      <w:r>
        <w:t>مائنڈ سوچتا ہے۔ سوچ کر وہ</w:t>
      </w:r>
    </w:p>
    <w:p>
      <w:r>
        <w:rPr>
          <w:b/>
        </w:rPr>
        <w:t xml:space="preserve">[03:35] </w:t>
      </w:r>
      <w:r>
        <w:t>apna rasta banata hai. lekin yeh bohat hi difficult task hai.</w:t>
      </w:r>
    </w:p>
    <w:p>
      <w:pPr>
        <w:jc w:val="right"/>
      </w:pPr>
      <w:r>
        <w:t>اپنا راستہ بناتا ہے۔ لیکن یہ بہت ہی ڈیفیکلٹ ٹاسک ہے۔</w:t>
      </w:r>
    </w:p>
    <w:p>
      <w:r>
        <w:rPr>
          <w:b/>
        </w:rPr>
        <w:t xml:space="preserve">[03:45] </w:t>
      </w:r>
      <w:r>
        <w:t>nature chuki aik flawless system hai, nature mein koi fault nahi, is liye jo matter hai, woh matter theek theek apne raste par chalta hai, wahan par koi corruption nahi hota.</w:t>
      </w:r>
    </w:p>
    <w:p>
      <w:pPr>
        <w:jc w:val="right"/>
      </w:pPr>
      <w:r>
        <w:t>نیچر چونکہ ایک فلا لیس سسٹم ہے، نیچر میں کوئی فالٹ نہیں، اس لیے جو میٹر ہے، وہ میٹر ٹھیک ٹھیک اپنے راستے پر چلتا ہے، وہاں پر کوئی کرپشن نہیں ہوتا۔</w:t>
      </w:r>
    </w:p>
    <w:p>
      <w:r>
        <w:rPr>
          <w:b/>
        </w:rPr>
        <w:t xml:space="preserve">[04:01] </w:t>
      </w:r>
      <w:r>
        <w:t>lekin insan ka jo mind hai,</w:t>
      </w:r>
    </w:p>
    <w:p>
      <w:pPr>
        <w:jc w:val="right"/>
      </w:pPr>
      <w:r>
        <w:t>لیکن انسان کا جو مائنڈ ہے،</w:t>
      </w:r>
    </w:p>
    <w:p>
      <w:r>
        <w:rPr>
          <w:b/>
        </w:rPr>
        <w:t xml:space="preserve">[04:07] </w:t>
      </w:r>
      <w:r>
        <w:t>isko bohat sari cheezon ke beech mein sochna parta hai.</w:t>
      </w:r>
    </w:p>
    <w:p>
      <w:pPr>
        <w:jc w:val="right"/>
      </w:pPr>
      <w:r>
        <w:t>اس کو بہت ساری چیزوں کے بیچ میں سوچنا پڑتا ہے۔</w:t>
      </w:r>
    </w:p>
    <w:p>
      <w:r>
        <w:rPr>
          <w:b/>
        </w:rPr>
        <w:t xml:space="preserve">[04:14] </w:t>
      </w:r>
      <w:r>
        <w:t>is liye sahi, right thinking aik bohat hi, bohat hi difficult cheez hai. reason to har aik ke paas hai, lekin reason out karna yeh aik alag cheez hai jo har aik nahi kar pata.</w:t>
      </w:r>
    </w:p>
    <w:p>
      <w:pPr>
        <w:jc w:val="right"/>
      </w:pPr>
      <w:r>
        <w:t>اس لیے صحیح، رائٹ تھنکنگ ایک بہت ہی، بہت ہی ڈیفیکلٹ چیز ہے۔ ریزن تو ہر ایک کے پاس ہے، لیکن ریزن آؤٹ کرنا یہ ایک الگ چیز ہے جو ہر ایک نہیں کر پاتا۔</w:t>
      </w:r>
    </w:p>
    <w:p>
      <w:r>
        <w:rPr>
          <w:b/>
        </w:rPr>
        <w:t xml:space="preserve">[04:31] </w:t>
      </w:r>
      <w:r>
        <w:t>mein aap ko aaj hi ka aik example deta hoon, apna</w:t>
      </w:r>
    </w:p>
    <w:p>
      <w:pPr>
        <w:jc w:val="right"/>
      </w:pPr>
      <w:r>
        <w:t>میں آپ کو آج ہی کا ایک ایگزامپل دیتا ہوں، اپنا</w:t>
      </w:r>
    </w:p>
    <w:p>
      <w:r>
        <w:rPr>
          <w:b/>
        </w:rPr>
        <w:t xml:space="preserve">[04:39] </w:t>
      </w:r>
      <w:r>
        <w:t>. yahan jo mera ghar hai, Nizamuddin West mein, to is ke samne aik balcony hai. charon taraf haray haray peṛ dikhai dete hain.</w:t>
      </w:r>
    </w:p>
    <w:p>
      <w:pPr>
        <w:jc w:val="right"/>
      </w:pPr>
      <w:r>
        <w:t>۔ یہاں جو میرا گھر ہے، نظام الدین ویسٹ میں، تو اس کے سامنے ایک بالکنی ہے۔ چاروں طرف ہرے ہرے پیڑ دکھائی دیتے ہیں۔</w:t>
      </w:r>
    </w:p>
    <w:p>
      <w:r>
        <w:rPr>
          <w:b/>
        </w:rPr>
        <w:t xml:space="preserve">[04:50] </w:t>
      </w:r>
      <w:r>
        <w:t>aur aik peṛ aisa hai jo meri balcony ke corner par jhuka hua hai.</w:t>
      </w:r>
    </w:p>
    <w:p>
      <w:pPr>
        <w:jc w:val="right"/>
      </w:pPr>
      <w:r>
        <w:t>اور ایک پیڑ ایسا ہے جو میری بالکنی کے کارنر پر جھکا ہوا ہے۔</w:t>
      </w:r>
    </w:p>
    <w:p>
      <w:r>
        <w:rPr>
          <w:b/>
        </w:rPr>
        <w:t xml:space="preserve">[04:57] </w:t>
      </w:r>
      <w:r>
        <w:t>woh mere liye aik green chhatri banata hai, green umbrella.</w:t>
      </w:r>
    </w:p>
    <w:p>
      <w:pPr>
        <w:jc w:val="right"/>
      </w:pPr>
      <w:r>
        <w:t>وہ میرے لیے ایک گرین چھتری بناتا ہے، گرین امبریلا۔</w:t>
      </w:r>
    </w:p>
    <w:p>
      <w:r>
        <w:rPr>
          <w:b/>
        </w:rPr>
        <w:t xml:space="preserve">[05:04] </w:t>
      </w:r>
      <w:r>
        <w:t>mein is se itna zyada familiar hoon ke mein is ko kehta hoon ke yeh mere liye,</w:t>
      </w:r>
    </w:p>
    <w:p>
      <w:pPr>
        <w:jc w:val="right"/>
      </w:pPr>
      <w:r>
        <w:t>میں اس سے اتنا زیادہ فیمیلیر ہوں کہ میں اس کو کہتا ہوں کہ یہ میرے لیے،</w:t>
      </w:r>
    </w:p>
    <w:p>
      <w:r>
        <w:rPr>
          <w:b/>
        </w:rPr>
        <w:t xml:space="preserve">[05:12] </w:t>
      </w:r>
      <w:r>
        <w:t>mere liye paradise ka aik corner hai. kyunke wahan baith kar mein daily morning mein wahan baithta hoon, bohat der tak.</w:t>
      </w:r>
    </w:p>
    <w:p>
      <w:pPr>
        <w:jc w:val="right"/>
      </w:pPr>
      <w:r>
        <w:t>میرے لیے پیراڈائز کا ایک کارنر ہے۔ کیونکہ وہاں بیٹھ کر میں ڈیلی مارننگ میں وہاں بیٹھتا ہوں، بہت دیر تک۔</w:t>
      </w:r>
    </w:p>
    <w:p>
      <w:r>
        <w:rPr>
          <w:b/>
        </w:rPr>
        <w:t xml:space="preserve">[05:22] </w:t>
      </w:r>
      <w:r>
        <w:t>wahan mujhe inspiration milta hai.</w:t>
      </w:r>
    </w:p>
    <w:p>
      <w:pPr>
        <w:jc w:val="right"/>
      </w:pPr>
      <w:r>
        <w:t>وہاں مجھے انسپیریشن ملتا ہے۔</w:t>
      </w:r>
    </w:p>
    <w:p>
      <w:r>
        <w:rPr>
          <w:b/>
        </w:rPr>
        <w:t xml:space="preserve">[05:26] </w:t>
      </w:r>
      <w:r>
        <w:t>mein sochta rehta hoon is peṛ ke neeche baith kar. ke mein nature mein chala jata hoon. jab mein is peṛ ke neeche apni kursi par baithta hoon to mein nature mein chala jata hoon.</w:t>
      </w:r>
    </w:p>
    <w:p>
      <w:pPr>
        <w:jc w:val="right"/>
      </w:pPr>
      <w:r>
        <w:t>میں سوچتا رہتا ہوں اس پیڑ کے نیچے بیٹھ کر۔ کہ میں نیچر میں چلا جاتا ہوں۔ جب میں اس پیڑ کے نیچے اپنی کرسی پر بیٹھتا ہوں تو میں نیچر میں چلا جاتا ہوں۔</w:t>
      </w:r>
    </w:p>
    <w:p>
      <w:r>
        <w:rPr>
          <w:b/>
        </w:rPr>
        <w:t xml:space="preserve">[05:37] </w:t>
      </w:r>
      <w:r>
        <w:t>puri universe se mera contact ho jata hai. aaj kya hua? aap jante hain ke pichle kai din se badal chhaye hue the.</w:t>
      </w:r>
    </w:p>
    <w:p>
      <w:pPr>
        <w:jc w:val="right"/>
      </w:pPr>
      <w:r>
        <w:t>پوری یونیورس سے میرا کنٹیکٹ ہو جاتا ہے۔ آج کیا ہوا؟ آپ جانتے ہیں کہ پچھلے کئی دن سے بادل چھائے ہوئے تھے۔</w:t>
      </w:r>
    </w:p>
    <w:p>
      <w:r>
        <w:rPr>
          <w:b/>
        </w:rPr>
        <w:t xml:space="preserve">[05:49] </w:t>
      </w:r>
      <w:r>
        <w:t>sooraj dikhai nahi deta tha.</w:t>
      </w:r>
    </w:p>
    <w:p>
      <w:pPr>
        <w:jc w:val="right"/>
      </w:pPr>
      <w:r>
        <w:t>سورج دکھائی نہیں دیتا تھا۔</w:t>
      </w:r>
    </w:p>
    <w:p>
      <w:r>
        <w:rPr>
          <w:b/>
        </w:rPr>
        <w:t xml:space="preserve">[05:52] </w:t>
      </w:r>
      <w:r>
        <w:t>aaj badal hat gaye aur sooraj saaf dikhai dene laga. mere mind mein aya ke cloud jo the, woh chand din se hamare liye wahi kaam kar rahe the jo jis ko hum kehte hain "solar eclipse".</w:t>
      </w:r>
    </w:p>
    <w:p>
      <w:pPr>
        <w:jc w:val="right"/>
      </w:pPr>
      <w:r>
        <w:t>آج بادل ہٹ گئے اور سورج صاف دکھائی دینے لگا۔ میرے مائنڈ میں آیا کہ کلاؤڈ جو تھے، وہ چند دن سے ہمارے لیے وہی کام کر رہے تھے جو جس کو ہم کہتے ہیں "سولر ایکلپس"۔</w:t>
      </w:r>
    </w:p>
    <w:p>
      <w:r>
        <w:rPr>
          <w:b/>
        </w:rPr>
        <w:t xml:space="preserve">[06:10] </w:t>
      </w:r>
      <w:r>
        <w:t>grahhan.</w:t>
      </w:r>
    </w:p>
    <w:p>
      <w:pPr>
        <w:jc w:val="right"/>
      </w:pPr>
      <w:r>
        <w:t>گرہن۔</w:t>
      </w:r>
    </w:p>
    <w:p>
      <w:r>
        <w:rPr>
          <w:b/>
        </w:rPr>
        <w:t xml:space="preserve">[06:14] </w:t>
      </w:r>
      <w:r>
        <w:t>sooraj grahan is tarah hota hai ke zameen aur sooraj ke beech mein chand aa jata hai.</w:t>
      </w:r>
    </w:p>
    <w:p>
      <w:pPr>
        <w:jc w:val="right"/>
      </w:pPr>
      <w:r>
        <w:t>سورج گرہن اس طرح ہوتا ہے کہ زمین اور سورج کے بیچ میں چاند آ جاتا ہے۔</w:t>
      </w:r>
    </w:p>
    <w:p>
      <w:r>
        <w:rPr>
          <w:b/>
        </w:rPr>
        <w:t xml:space="preserve">[06:19] </w:t>
      </w:r>
      <w:r>
        <w:t>to mere mind ne socha ke zameen aur sooraj ke beech mein cloud aa gaye the, is liye yeh goya ke aik qism ka solar eclipse ho gaya, jis mein hum ne kai din tak jeeta raha.</w:t>
      </w:r>
    </w:p>
    <w:p>
      <w:pPr>
        <w:jc w:val="right"/>
      </w:pPr>
      <w:r>
        <w:t>تو میرے مائنڈ نے سوچا کہ زمین اور سورج کے بیچ میں کلاؤڈ آ گئے تھے، اس لیے یہ گویا کہ ایک قسم کا سولر ایکلپس ہو گیا، جس میں ہم نے کئی دن تک جیتا رہا۔</w:t>
      </w:r>
    </w:p>
    <w:p>
      <w:r>
        <w:rPr>
          <w:b/>
        </w:rPr>
        <w:t xml:space="preserve">[06:33] </w:t>
      </w:r>
      <w:r>
        <w:t>ab yeh mind mein aya.</w:t>
      </w:r>
    </w:p>
    <w:p>
      <w:pPr>
        <w:jc w:val="right"/>
      </w:pPr>
      <w:r>
        <w:t>اب یہ مائنڈ میں آیا۔</w:t>
      </w:r>
    </w:p>
    <w:p>
      <w:r>
        <w:rPr>
          <w:b/>
        </w:rPr>
        <w:t xml:space="preserve">[06:37] </w:t>
      </w:r>
      <w:r>
        <w:t>lekin phir mein ne socha. phir mein ne socha. to mere mind mein yeh baat ayi ke yeh, yeh allegory ya yeh misaal sahi nahi hai.</w:t>
      </w:r>
    </w:p>
    <w:p>
      <w:pPr>
        <w:jc w:val="right"/>
      </w:pPr>
      <w:r>
        <w:t>لیکن پھر میں نے سوچا۔ پھر میں نے سوچا۔ تو میرے مائنڈ میں یہ بات آئی کہ یہ، یہ الیگری یا یہ مثال صحیح نہیں ہے۔</w:t>
      </w:r>
    </w:p>
    <w:p>
      <w:r>
        <w:rPr>
          <w:b/>
        </w:rPr>
        <w:t xml:space="preserve">[06:53] </w:t>
      </w:r>
      <w:r>
        <w:t>is liye ke jo distance zameen se chand ka hota hai eclipse ke waqt, agar wahi distance zameen se cloud ka ho, to kabhi bhi yeh grahan nahi hoga.</w:t>
      </w:r>
    </w:p>
    <w:p>
      <w:pPr>
        <w:jc w:val="right"/>
      </w:pPr>
      <w:r>
        <w:t>اس لیے کہ جو ڈسٹنس زمین سے چاند کا ہوتا ہے ایکلپس کے وقت، اگر وہی ڈسٹنس زمین سے کلاؤڈ کا ہو، تو کبھی بھی یہ گرہن نہیں ہوگا۔</w:t>
      </w:r>
    </w:p>
    <w:p>
      <w:r>
        <w:rPr>
          <w:b/>
        </w:rPr>
        <w:t xml:space="preserve">[07:09] </w:t>
      </w:r>
      <w:r>
        <w:t>kyunke is distance par ja kar ke cloud jo hai, yeh badal, gas ban kar urr jayega.</w:t>
      </w:r>
    </w:p>
    <w:p>
      <w:pPr>
        <w:jc w:val="right"/>
      </w:pPr>
      <w:r>
        <w:t>کیونکہ اس ڈسٹنس پر جا کر کے کلاؤڈ جو ہے، یہ بادل، گیس بن کر اڑ جائے گا۔</w:t>
      </w:r>
    </w:p>
    <w:p>
      <w:r>
        <w:rPr>
          <w:b/>
        </w:rPr>
        <w:t xml:space="preserve">[07:19] </w:t>
      </w:r>
      <w:r>
        <w:t>is heat mein theher nahi sakta badal. badal to bohat neeche hota hai, zameen se mila hua. is liye woh cloud banta hai.</w:t>
      </w:r>
    </w:p>
    <w:p>
      <w:pPr>
        <w:jc w:val="right"/>
      </w:pPr>
      <w:r>
        <w:t>اس ہیٹ میں ٹھہر نہیں سکتا بادل۔ بادل تو بہت نیچے ہوتا ہے، زمین سے ملا ہوا۔ اس لیے وہ کلاؤڈ بنتا ہے۔</w:t>
      </w:r>
    </w:p>
    <w:p>
      <w:r>
        <w:rPr>
          <w:b/>
        </w:rPr>
        <w:t xml:space="preserve">[07:30] </w:t>
      </w:r>
      <w:r>
        <w:t>agar zyada oper chala jaye to suraj ki heat is ko khatam kar de gi. gas ban kar ur jaye ga woh.</w:t>
      </w:r>
    </w:p>
    <w:p>
      <w:pPr>
        <w:jc w:val="right"/>
      </w:pPr>
      <w:r>
        <w:t>اگر زیادہ اوپر چلا جائے تو سورج کی ہیٹ اس کو ختم کر دے گی۔ گیس بن کر اڑ جائے گا وہ۔</w:t>
      </w:r>
    </w:p>
    <w:p>
      <w:r>
        <w:rPr>
          <w:b/>
        </w:rPr>
        <w:t xml:space="preserve">[07:40] </w:t>
      </w:r>
      <w:r>
        <w:t>is ko sochte hue mujhe einstein ki theory of relativity yaad aai.</w:t>
      </w:r>
    </w:p>
    <w:p>
      <w:pPr>
        <w:jc w:val="right"/>
      </w:pPr>
      <w:r>
        <w:t>اس کو سوچتے ہوئے مجھے آئن سٹین کی تھیوری آف ریلیٹیوٹی یاد آئی۔</w:t>
      </w:r>
    </w:p>
    <w:p>
      <w:r>
        <w:rPr>
          <w:b/>
        </w:rPr>
        <w:t xml:space="preserve">[07:46] </w:t>
      </w:r>
      <w:r>
        <w:t>main ne kaha ke is dunya mein hum hamesha relative term mein sochte hain. sab se bara masla yeh hai ke hum samajhte hain ke hamare paas reason hai, hamara mind hai.</w:t>
      </w:r>
    </w:p>
    <w:p>
      <w:pPr>
        <w:jc w:val="right"/>
      </w:pPr>
      <w:r>
        <w:t>میں نے کہا کہ اس دنیا میں ہم ہمیشہ ریلیٹیو ٹرم میں سوچتے ہیں۔ سب سے بڑا مسئلہ یہ ہے کہ ہم سمجھتے ہیں کہ ہمارے پاس ریزن ہے، ہمارا مائنڈ ہے۔</w:t>
      </w:r>
    </w:p>
    <w:p>
      <w:r>
        <w:rPr>
          <w:b/>
        </w:rPr>
        <w:t xml:space="preserve">[08:01] </w:t>
      </w:r>
      <w:r>
        <w:t>lekin yaad rakhiye, yeh ek fact hai ke hum hamesha relative term mein sochte hain. relative term mein.</w:t>
      </w:r>
    </w:p>
    <w:p>
      <w:pPr>
        <w:jc w:val="right"/>
      </w:pPr>
      <w:r>
        <w:t>لیکن یاد رکھیے، یہ ایک فیکٹ ہے کہ ہم ہمیشہ ریلیٹیو ٹرم میں سوچتے ہیں۔ ریلیٹیو ٹرم میں۔</w:t>
      </w:r>
    </w:p>
    <w:p>
      <w:r>
        <w:rPr>
          <w:b/>
        </w:rPr>
        <w:t xml:space="preserve">[08:13] </w:t>
      </w:r>
      <w:r>
        <w:t>ke agar main is ko zyada na sochta, is ko reason out na karta, to main samajh leta ke yeh bhi ek qism ka gahan hai. aur is par main ho sakta hai ke ek theory bana leta apni.</w:t>
      </w:r>
    </w:p>
    <w:p>
      <w:pPr>
        <w:jc w:val="right"/>
      </w:pPr>
      <w:r>
        <w:t>کہ اگر میں اس کو زیادہ نہ سوچتا، اس کو ریزن آؤٹ نہ کرتا، تو میں سمجھ لیتا کہ یہ بھی ایک قسم کا گرہن ہے۔ اور اس پر میں ہو سکتا ہے کہ ایک تھیوری بنا لیتا اپنی۔</w:t>
      </w:r>
    </w:p>
    <w:p>
      <w:r>
        <w:rPr>
          <w:b/>
        </w:rPr>
        <w:t xml:space="preserve">[08:27] </w:t>
      </w:r>
      <w:r>
        <w:t>lekin jab main ne socha to maloom hua ke yeh is sense mein gahan nahi hai.</w:t>
      </w:r>
    </w:p>
    <w:p>
      <w:pPr>
        <w:jc w:val="right"/>
      </w:pPr>
      <w:r>
        <w:t>لیکن جب میں نے سوچا تو معلوم ہوا کہ یہ اس سینس میں گرہن نہیں ہے۔</w:t>
      </w:r>
    </w:p>
    <w:p>
      <w:r>
        <w:rPr>
          <w:b/>
        </w:rPr>
        <w:t xml:space="preserve">[08:33] </w:t>
      </w:r>
      <w:r>
        <w:t>kyun ke jis distance par chand hai, us distance par agar cloud ho, to phir aisa ho hi ke nahi.</w:t>
      </w:r>
    </w:p>
    <w:p>
      <w:pPr>
        <w:jc w:val="right"/>
      </w:pPr>
      <w:r>
        <w:t>کیونکہ جس ڈسٹنس پر چاند ہے، اس ڈسٹنس پر اگر کلاؤڈ ہو، تو پھر ایسا ہو ہی کہ نہیں۔</w:t>
      </w:r>
    </w:p>
    <w:p>
      <w:r>
        <w:rPr>
          <w:b/>
        </w:rPr>
        <w:t xml:space="preserve">[08:43] </w:t>
      </w:r>
      <w:r>
        <w:t>woh hamare gahan nahi laye ga hamare oper. to yeh bohat bari, bohat bara problem hai ke insan hamesha sochta hai relative term mein.</w:t>
      </w:r>
    </w:p>
    <w:p>
      <w:pPr>
        <w:jc w:val="right"/>
      </w:pPr>
      <w:r>
        <w:t>وہ ہمارے گرہن نہیں لائے گا ہمارے اوپر۔ تو یہ بہت بڑی، بہت بڑا پرابلم ہے کہ انسان ہمیشہ سوچتا ہے ریلیٹیو ٹرم میں۔</w:t>
      </w:r>
    </w:p>
    <w:p>
      <w:r>
        <w:rPr>
          <w:b/>
        </w:rPr>
        <w:t xml:space="preserve">[08:57] </w:t>
      </w:r>
      <w:r>
        <w:t>isi liye kisi ne kaha hai, bohat acha ek kisi ki saying hai ke "A wise man is one who knows the relative value of things."</w:t>
      </w:r>
    </w:p>
    <w:p>
      <w:pPr>
        <w:jc w:val="right"/>
      </w:pPr>
      <w:r>
        <w:t>اسی لیے کسی نے کہا ہے، بہت اچھا ایک کسی کی سیئنگ ہے کہ "A wise man is one who knows the relative value of things."</w:t>
      </w:r>
    </w:p>
    <w:p>
      <w:r>
        <w:rPr>
          <w:b/>
        </w:rPr>
        <w:t xml:space="preserve">[09:12] </w:t>
      </w:r>
      <w:r>
        <w:t>"A wise man is one who knows the relative value of things." dekhiye, jab tak aap is relativity ko discover na karein, aap bilkul blindness mein hote hain.</w:t>
      </w:r>
    </w:p>
    <w:p>
      <w:pPr>
        <w:jc w:val="right"/>
      </w:pPr>
      <w:r>
        <w:t>"A wise man is one who knows the relative value of things." دیکھیے، جب تک آپ اس ریلیٹیوٹی کو ڈسکور نہ کریں، آپ بالکل بلائنڈنس میں ہوتے ہیں۔</w:t>
      </w:r>
    </w:p>
    <w:p>
      <w:r>
        <w:rPr>
          <w:b/>
        </w:rPr>
        <w:t xml:space="preserve">[09:27] </w:t>
      </w:r>
      <w:r>
        <w:t>jaise main thori dair ke liye blindness mein ho gaya tha. ke main ne samjha ke jis tarah se chand zameen par eclipse lata hai, usi tarah cloud bhi zameen par eclipse late hain.</w:t>
      </w:r>
    </w:p>
    <w:p>
      <w:pPr>
        <w:jc w:val="right"/>
      </w:pPr>
      <w:r>
        <w:t>جیسے میں تھوڑی دیر کے لیے بلائنڈنس میں ہو گیا تھا۔ کہ میں نے سمجھا کہ جس طرح سے چاند زمین پر ایکلپس لاتا ہے، اسی طرح کلاؤڈ بھی زمین پر ایکلپس لاتے ہیں۔</w:t>
      </w:r>
    </w:p>
    <w:p>
      <w:r>
        <w:rPr>
          <w:b/>
        </w:rPr>
        <w:t xml:space="preserve">[09:41] </w:t>
      </w:r>
      <w:r>
        <w:t>halanke yeh misaal sahi nahi thi. yeh parallel sahi nahi tha.</w:t>
      </w:r>
    </w:p>
    <w:p>
      <w:pPr>
        <w:jc w:val="right"/>
      </w:pPr>
      <w:r>
        <w:t>حالانکہ یہ مثال صحیح نہیں تھی۔ یہ پیرلل صحیح نہیں تھا۔</w:t>
      </w:r>
    </w:p>
    <w:p>
      <w:r>
        <w:rPr>
          <w:b/>
        </w:rPr>
        <w:t xml:space="preserve">[09:50] </w:t>
      </w:r>
      <w:r>
        <w:t>to aadmi ke paas is mein shaq nahi ke reason ek bohat bari cheez ki surat mein di gayi hai.</w:t>
      </w:r>
    </w:p>
    <w:p>
      <w:pPr>
        <w:jc w:val="right"/>
      </w:pPr>
      <w:r>
        <w:t>تو آدمی کے پاس اس میں شک نہیں کہ ریزن ایک بہت بڑی چیز کی صورت میں دی گئی ہے۔</w:t>
      </w:r>
    </w:p>
    <w:p>
      <w:r>
        <w:rPr>
          <w:b/>
        </w:rPr>
        <w:t xml:space="preserve">[10:00] </w:t>
      </w:r>
      <w:r>
        <w:t>poori universe mein kisi ke paas reason nahi hai. sun ke paas nahi, moon ke paas nahi, stars aur planet ke paas nahi, ocean aur mountain ke paas nahi.</w:t>
      </w:r>
    </w:p>
    <w:p>
      <w:pPr>
        <w:jc w:val="right"/>
      </w:pPr>
      <w:r>
        <w:t>پوری یونیورس میں کسی کے پاس ریزن نہیں ہے۔ سن کے پاس نہیں، مون کے پاس نہیں، اسٹارز اور پلینٹ کے پاس نہیں، اوشن اور ماؤنٹین کے پاس نہیں۔</w:t>
      </w:r>
    </w:p>
    <w:p>
      <w:r>
        <w:rPr>
          <w:b/>
        </w:rPr>
        <w:t xml:space="preserve">[10:16] </w:t>
      </w:r>
      <w:r>
        <w:t>reason sirf insan ke paas hai.</w:t>
      </w:r>
    </w:p>
    <w:p>
      <w:pPr>
        <w:jc w:val="right"/>
      </w:pPr>
      <w:r>
        <w:t>ریزن صرف انسان کے پاس ہے۔</w:t>
      </w:r>
    </w:p>
    <w:p>
      <w:r>
        <w:rPr>
          <w:b/>
        </w:rPr>
        <w:t xml:space="preserve">[10:18] </w:t>
      </w:r>
      <w:r>
        <w:t>to yeh bohat bari cheez hai. lekin hamesha is ko samajhna chahiye ke reason, ek bohat hi, reasons ka mamla bohat hi ek difficult task hai yeh.</w:t>
      </w:r>
    </w:p>
    <w:p>
      <w:pPr>
        <w:jc w:val="right"/>
      </w:pPr>
      <w:r>
        <w:t>تو یہ بہت بڑی چیز ہے۔ لیکن ہمیشہ اس کو سمجھنا چاہیے کہ ریزن، ایک بہت ہی، ریزنز کا معاملہ بہت ہی ایک ڈیفیکلٹ ٹاسک ہے یہ۔</w:t>
      </w:r>
    </w:p>
    <w:p>
      <w:r>
        <w:rPr>
          <w:b/>
        </w:rPr>
        <w:t xml:space="preserve">[10:30] </w:t>
      </w:r>
      <w:r>
        <w:t>kyun? hota yeh hai ke framework hamara jo hai, generally kya hota hai ke hamara framework ek ek limited framework hota hai.</w:t>
      </w:r>
    </w:p>
    <w:p>
      <w:pPr>
        <w:jc w:val="right"/>
      </w:pPr>
      <w:r>
        <w:t>کیوں؟ ہوتا یہ ہے کہ فریم ورک ہمارا جو ہے، جنرلی کیا ہوتا ہے کہ ہمارا فریم ورک ایک ایک لمیٹڈ فریم ورک ہوتا ہے۔</w:t>
      </w:r>
    </w:p>
    <w:p>
      <w:r>
        <w:rPr>
          <w:b/>
        </w:rPr>
        <w:t xml:space="preserve">[10:41] </w:t>
      </w:r>
      <w:r>
        <w:t>hum ek limited dunya mein rehte hain.</w:t>
      </w:r>
    </w:p>
    <w:p>
      <w:pPr>
        <w:jc w:val="right"/>
      </w:pPr>
      <w:r>
        <w:t>ہم ایک لمیٹڈ دنیا میں رہتے ہیں۔</w:t>
      </w:r>
    </w:p>
    <w:p>
      <w:r>
        <w:rPr>
          <w:b/>
        </w:rPr>
        <w:t xml:space="preserve">[10:45] </w:t>
      </w:r>
      <w:r>
        <w:t>to is limited framework mein jo baat hamare samne aa rahi hai, hum samajhte hain yahi reason ki baat hai. halanke woh reason ki baat nahi hoti hai.</w:t>
      </w:r>
    </w:p>
    <w:p>
      <w:pPr>
        <w:jc w:val="right"/>
      </w:pPr>
      <w:r>
        <w:t>تو اس لمیٹڈ فریم ورک میں جو بات ہمارے سامنے آ رہی ہے، ہم سمجھتے ہیں یہی ریزن کی بات ہے۔ حالانکہ وہ ریزن کی بات نہیں ہوتی ہے۔</w:t>
      </w:r>
    </w:p>
    <w:p>
      <w:r>
        <w:rPr>
          <w:b/>
        </w:rPr>
        <w:t xml:space="preserve">[10:53] </w:t>
      </w:r>
      <w:r>
        <w:t>woh limited framework ki baat hoti hai. aap framework ko jitna badhayenge, utna badhayenge, utna badhayenge, utna badhayenge, utna nahi, aap ka reason zyada kaam kare ga.</w:t>
      </w:r>
    </w:p>
    <w:p>
      <w:pPr>
        <w:jc w:val="right"/>
      </w:pPr>
      <w:r>
        <w:t>وہ لمیٹڈ فریم ورک کی بات ہوتی ہے۔ آپ فریم ورک کو جتنا بڑھائیں گے، اتنا بڑھائیں گے، اتنا بڑھائیں گے، اتنا بڑھائیں گے، اتنا نہیں، آپ کا ریزن زیادہ کام کرے گا۔</w:t>
      </w:r>
    </w:p>
    <w:p>
      <w:r>
        <w:rPr>
          <w:b/>
        </w:rPr>
        <w:t xml:space="preserve">[11:05] </w:t>
      </w:r>
      <w:r>
        <w:t>to generally kya hota hai? logon ne ek job kar liya, usi job mein jee rahe hain. ek business kar liya, aap business mein jee rahe hain. kuch paisa kama liya, paise mein jee rahe hain.</w:t>
      </w:r>
    </w:p>
    <w:p>
      <w:pPr>
        <w:jc w:val="right"/>
      </w:pPr>
      <w:r>
        <w:t>تو جنرلی کیا ہوتا ہے؟ لوگوں نے ایک جاب کر لیا، اسی جاب میں جی رہے ہیں۔ ایک بزنس کر لیا، آپ بزنس میں جی رہے ہیں۔ کچھ پیسہ کما لیا، پیسے میں جی رہے ہیں۔</w:t>
      </w:r>
    </w:p>
    <w:p>
      <w:r>
        <w:rPr>
          <w:b/>
        </w:rPr>
        <w:t xml:space="preserve">[11:16] </w:t>
      </w:r>
      <w:r>
        <w:t>bohat se logon ko main dekhta hoon ke un ke haan bachcha agar paida ho gaya to bas subah shaam bachche mein jee rahe hain.</w:t>
      </w:r>
    </w:p>
    <w:p>
      <w:pPr>
        <w:jc w:val="right"/>
      </w:pPr>
      <w:r>
        <w:t>بہت سے لوگوں کو میں دیکھتا ہوں کہ ان کے ہاں بچہ اگر پیدا ہو گیا تو بس صبح شام بچے میں جی رہے ہیں۔</w:t>
      </w:r>
    </w:p>
    <w:p>
      <w:r>
        <w:rPr>
          <w:b/>
        </w:rPr>
        <w:t xml:space="preserve">[11:21] </w:t>
      </w:r>
      <w:r>
        <w:t>bas bachcha bachcha, beta beta beta, beti beti. to logon ka more than 99 percent kya hota hai ke bohat hi limited framework rehta hai un ka.</w:t>
      </w:r>
    </w:p>
    <w:p>
      <w:pPr>
        <w:jc w:val="right"/>
      </w:pPr>
      <w:r>
        <w:t>بس بچہ بچہ، بیٹا بیٹا بیٹا، بیٹی بیٹی۔ تو لوگوں کا مور دین 99 فیصد کیا ہوتا ہے کہ بہت ہی لمیٹڈ فریم ورک رہتا ہے ان کا۔</w:t>
      </w:r>
    </w:p>
    <w:p>
      <w:r>
        <w:rPr>
          <w:b/>
        </w:rPr>
        <w:t xml:space="preserve">[11:35] </w:t>
      </w:r>
      <w:r>
        <w:t>to reason to hai sab ke paas, equally. lekin framework sab ka bohat hi limited hota hai. is limited framework mein woh sochte hain, is liye baaton ko samajh nahi paate hain.</w:t>
      </w:r>
    </w:p>
    <w:p>
      <w:pPr>
        <w:jc w:val="right"/>
      </w:pPr>
      <w:r>
        <w:t>تو ریزن تو ہے سب کے پاس، ایکولی۔ لیکن فریم ورک سب کا بہت ہی لمیٹڈ ہوتا ہے۔ اس لمیٹڈ فریم ورک میں وہ سوچتے ہیں، اس لیے باتوں کو سمجھ نہیں پاتے۔</w:t>
      </w:r>
    </w:p>
    <w:p>
      <w:r>
        <w:rPr>
          <w:b/>
        </w:rPr>
        <w:t xml:space="preserve">[11:49] </w:t>
      </w:r>
      <w:r>
        <w:t>is ki ek bohat hi interesting misaal main aaj ki deta hoon, aaj ke paper ki. dekhiye, yeh hai Times of India ka aaj ka edition.</w:t>
      </w:r>
    </w:p>
    <w:p>
      <w:pPr>
        <w:jc w:val="right"/>
      </w:pPr>
      <w:r>
        <w:t>اس کی ایک بہت ہی انٹرسٹنگ مثال میں آج کی دیتا ہوں، آج کے پیپر کی۔ دیکھیے، یہ ہے ٹائمز آف انڈیا کا آج کا ایڈیشن۔</w:t>
      </w:r>
    </w:p>
    <w:p>
      <w:r>
        <w:rPr>
          <w:b/>
        </w:rPr>
        <w:t xml:space="preserve">[11:59] </w:t>
      </w:r>
      <w:r>
        <w:t>yani july 30, 2006. july 30, 2006 ka yeh times of india hai.</w:t>
      </w:r>
    </w:p>
    <w:p>
      <w:pPr>
        <w:jc w:val="right"/>
      </w:pPr>
      <w:r>
        <w:t>یعنی جولائی 30، 2006۔ جولائی 30، 2006 کا یہ ٹائمز آف انڈیا ہے۔</w:t>
      </w:r>
    </w:p>
    <w:p>
      <w:r>
        <w:rPr>
          <w:b/>
        </w:rPr>
        <w:t xml:space="preserve">[12:12] </w:t>
      </w:r>
      <w:r>
        <w:t>is ka sunday times jo page hota hai, woh hai yeh.</w:t>
      </w:r>
    </w:p>
    <w:p>
      <w:pPr>
        <w:jc w:val="right"/>
      </w:pPr>
      <w:r>
        <w:t>اس کا سنڈے ٹائمز جو پیج ہوتا ہے، وہ ہے یہ۔</w:t>
      </w:r>
    </w:p>
    <w:p>
      <w:r>
        <w:rPr>
          <w:b/>
        </w:rPr>
        <w:t xml:space="preserve">[12:17] </w:t>
      </w:r>
      <w:r>
        <w:t>is ke page six par aik bohat hi detailed report aai hai.</w:t>
      </w:r>
    </w:p>
    <w:p>
      <w:pPr>
        <w:jc w:val="right"/>
      </w:pPr>
      <w:r>
        <w:t>اس کے پیج سکس پر ایک بہت ہی ڈیٹیلڈ رپورٹ آئی ہے۔</w:t>
      </w:r>
    </w:p>
    <w:p>
      <w:r>
        <w:rPr>
          <w:b/>
        </w:rPr>
        <w:t xml:space="preserve">[12:26] </w:t>
      </w:r>
      <w:r>
        <w:t>professors se, aik party ne professors se contact kiya, intellectuals se contact kiya, aur baray baray logon se contact kiya.</w:t>
      </w:r>
    </w:p>
    <w:p>
      <w:pPr>
        <w:jc w:val="right"/>
      </w:pPr>
      <w:r>
        <w:t>پروفیسروں سے، ایک پارٹی نے پروفیسروں سے کنٹیکٹ کیا، انٹلیکچولز سے کنٹیکٹ کیا، اور بڑے بڑے لوگوں سے کنٹیکٹ کیا۔</w:t>
      </w:r>
    </w:p>
    <w:p>
      <w:r>
        <w:rPr>
          <w:b/>
        </w:rPr>
        <w:t xml:space="preserve">[12:39] </w:t>
      </w:r>
      <w:r>
        <w:t>yani educated logon se. aur survey kiya. survey kar ke unhon ne chapai hai, unhon ne.</w:t>
      </w:r>
    </w:p>
    <w:p>
      <w:pPr>
        <w:jc w:val="right"/>
      </w:pPr>
      <w:r>
        <w:t>یعنی ایجوکیٹڈ لوگوں سے۔ اور سروے کیا۔ سروے کر کے انہوں نے چھاپا ہے، انہوں نے۔</w:t>
      </w:r>
    </w:p>
    <w:p>
      <w:r>
        <w:rPr>
          <w:b/>
        </w:rPr>
        <w:t xml:space="preserve">[12:46] </w:t>
      </w:r>
      <w:r>
        <w:t>halankay is survey ka jo result hai, main samajhta hoon ke woh sahi nahi hai. is mein kya bataya unhon ne? is ka caption hai "God's Comeback".</w:t>
      </w:r>
    </w:p>
    <w:p>
      <w:pPr>
        <w:jc w:val="right"/>
      </w:pPr>
      <w:r>
        <w:t>حالانکہ اس سروے کا جو رزلٹ ہے، میں سمجھتا ہوں کہ وہ صحیح نہیں ہے۔ اس میں کیا بتایا انہوں نے؟ اس کا کیپشن ہے "God's Comeback"۔</w:t>
      </w:r>
    </w:p>
    <w:p>
      <w:r>
        <w:rPr>
          <w:b/>
        </w:rPr>
        <w:t xml:space="preserve">[13:00] </w:t>
      </w:r>
      <w:r>
        <w:t>khuda ki wapsi. "God's Comeback". is mein likha ke, doosra word use kiya unhon ne, "Resurgence of Religion".</w:t>
      </w:r>
    </w:p>
    <w:p>
      <w:pPr>
        <w:jc w:val="right"/>
      </w:pPr>
      <w:r>
        <w:t>خدا کی واپسی۔ "God's Comeback"۔ اس میں لکھا کہ، دوسرا ورڈ یوز کیا انہوں نے، "Resurgence of Religion"۔</w:t>
      </w:r>
    </w:p>
    <w:p>
      <w:r>
        <w:rPr>
          <w:b/>
        </w:rPr>
        <w:t xml:space="preserve">[13:13] </w:t>
      </w:r>
      <w:r>
        <w:t>"Resurgence of Religion". mazhab ki wapsi.</w:t>
      </w:r>
    </w:p>
    <w:p>
      <w:pPr>
        <w:jc w:val="right"/>
      </w:pPr>
      <w:r>
        <w:t>"Resurgence of Religion"۔ مذہب کی واپسی۔</w:t>
      </w:r>
    </w:p>
    <w:p>
      <w:r>
        <w:rPr>
          <w:b/>
        </w:rPr>
        <w:t xml:space="preserve">[13:17] </w:t>
      </w:r>
      <w:r>
        <w:t>to woh keh rahe hain ke, is ko, is ko aap ghor kijiye zara sa. ke dunya bhar ke intellectuals, dunya bhar ke educated log yeh soch rahe thay ke globalization jo ho raha hai,</w:t>
      </w:r>
    </w:p>
    <w:p>
      <w:pPr>
        <w:jc w:val="right"/>
      </w:pPr>
      <w:r>
        <w:t>تو وہ کہہ رہے ہیں کہ، اس کو، اس کو آپ غور کیجیے ذرا سا۔ کہ دنیا بھر کے انٹلیکچولز، دنیا بھر کے ایجوکیٹڈ لوگ یہ سوچ رہے تھے کہ گلوبلائزیشن جو ہو رہا ہے،</w:t>
      </w:r>
    </w:p>
    <w:p>
      <w:r>
        <w:rPr>
          <w:b/>
        </w:rPr>
        <w:t xml:space="preserve">[13:32] </w:t>
      </w:r>
      <w:r>
        <w:t>aur de-secularization jo ho raha hai, yeh mazhab ko khatam kar de ga.</w:t>
      </w:r>
    </w:p>
    <w:p>
      <w:pPr>
        <w:jc w:val="right"/>
      </w:pPr>
      <w:r>
        <w:t>اور ڈیولائزیشن جو ہو رہا ہے، یہ مذہب کو ختم کر دے گا۔</w:t>
      </w:r>
    </w:p>
    <w:p>
      <w:r>
        <w:rPr>
          <w:b/>
        </w:rPr>
        <w:t xml:space="preserve">[13:40] </w:t>
      </w:r>
      <w:r>
        <w:t>mazhab ko khatam kar de ga.</w:t>
      </w:r>
    </w:p>
    <w:p>
      <w:pPr>
        <w:jc w:val="right"/>
      </w:pPr>
      <w:r>
        <w:t>مذہب کو ختم کر دے گا۔</w:t>
      </w:r>
    </w:p>
    <w:p>
      <w:r>
        <w:rPr>
          <w:b/>
        </w:rPr>
        <w:t xml:space="preserve">[13:43] </w:t>
      </w:r>
      <w:r>
        <w:t>lekin log bohat hairan hain ke aisa nahi hua. mazhab zinda ho gaya phir se. jagah jagah log dekhte hain ke religion ke naam par bohat si activities ho rahi hain.</w:t>
      </w:r>
    </w:p>
    <w:p>
      <w:pPr>
        <w:jc w:val="right"/>
      </w:pPr>
      <w:r>
        <w:t>لیکن لوگ بہت حیران ہیں کہ ایسا نہیں ہوا۔ مذہب زندہ ہو گیا پھر سے۔ جگہ جگہ لوگ دیکھتے ہیں کہ ریلیجن کے نام پر بہت سی ایکٹیویٹیز ہو رہی ہیں۔</w:t>
      </w:r>
    </w:p>
    <w:p>
      <w:r>
        <w:rPr>
          <w:b/>
        </w:rPr>
        <w:t xml:space="preserve">[13:55] </w:t>
      </w:r>
      <w:r>
        <w:t>to isi liye unhon ne is ka, is ka title banaya hai "God's Comeback". ya "Resurgence of Religion". "Resurgence of Religion". halankay baat kuch bhi nahi hai.</w:t>
      </w:r>
    </w:p>
    <w:p>
      <w:pPr>
        <w:jc w:val="right"/>
      </w:pPr>
      <w:r>
        <w:t>تو اسی لیے انہوں نے اس کا، اس کا ٹائٹل بنایا ہے "God's Comeback"۔ یا "Resurgence of Religion"۔ "Resurgence of Religion"۔ حالانکہ بات کچھ بھی نہیں ہے۔</w:t>
      </w:r>
    </w:p>
    <w:p>
      <w:r>
        <w:rPr>
          <w:b/>
        </w:rPr>
        <w:t xml:space="preserve">[14:07] </w:t>
      </w:r>
      <w:r>
        <w:t>aik bohat hi limited framework unhon ne dekha, aisa unhon ne likha.</w:t>
      </w:r>
    </w:p>
    <w:p>
      <w:pPr>
        <w:jc w:val="right"/>
      </w:pPr>
      <w:r>
        <w:t>ایک بہت ہی لمیٹڈ فریم ورک انہوں نے دیکھا، ایسا انہوں نے لکھا۔</w:t>
      </w:r>
    </w:p>
    <w:p>
      <w:r>
        <w:rPr>
          <w:b/>
        </w:rPr>
        <w:t xml:space="preserve">[14:12] </w:t>
      </w:r>
      <w:r>
        <w:t>broader framework bhi dekhen to yeh baat bilkul sahi nahi hai. cheez kya hai dekhiye? agar mazhab wapas aaya ho, ya khuda wapas aaya ho, in its true sense, in its true spirit,</w:t>
      </w:r>
    </w:p>
    <w:p>
      <w:pPr>
        <w:jc w:val="right"/>
      </w:pPr>
      <w:r>
        <w:t>براڈر فریم ورک بھی دیکھیں تو یہ بات بالکل صحیح نہیں ہے۔ چیز کیا ہے دیکھیے؟ اگر مذہب واپس آیا ہو، یا خدا واپس آیا ہو، ان اس ٹرو سینس، ان اس ٹرو اسپرٹ،</w:t>
      </w:r>
    </w:p>
    <w:p>
      <w:r>
        <w:rPr>
          <w:b/>
        </w:rPr>
        <w:t xml:space="preserve">[14:29] </w:t>
      </w:r>
      <w:r>
        <w:t>to kya hona chahiye?</w:t>
      </w:r>
    </w:p>
    <w:p>
      <w:pPr>
        <w:jc w:val="right"/>
      </w:pPr>
      <w:r>
        <w:t>تو کیا ہونا چاہیے؟</w:t>
      </w:r>
    </w:p>
    <w:p>
      <w:r>
        <w:rPr>
          <w:b/>
        </w:rPr>
        <w:t xml:space="preserve">[14:32] </w:t>
      </w:r>
      <w:r>
        <w:t>corruption khatam hona chahiye jo pehle ho gaya tha. corruption aur barh raha hai. log jhoot bolna, jhoot bolna chhod dena chahiye.</w:t>
      </w:r>
    </w:p>
    <w:p>
      <w:pPr>
        <w:jc w:val="right"/>
      </w:pPr>
      <w:r>
        <w:t>کرپشن ختم ہونا چاہیے جو پہلے ہو گیا تھا۔ کرپشن اور بڑھ رہا ہے۔ لوگ جھوٹ بولنا، جھوٹ بولنا چھوڑ دینا چاہیے۔</w:t>
      </w:r>
    </w:p>
    <w:p>
      <w:r>
        <w:rPr>
          <w:b/>
        </w:rPr>
        <w:t xml:space="preserve">[14:41] </w:t>
      </w:r>
      <w:r>
        <w:t>log khoob jhoot bol rahe hain. logon ke andar sense of responsibility aana chahiye. woh kahin nahi dikhai deta.</w:t>
      </w:r>
    </w:p>
    <w:p>
      <w:pPr>
        <w:jc w:val="right"/>
      </w:pPr>
      <w:r>
        <w:t>لوگ خوب جھوٹ بول رہے ہیں۔ لوگوں کے اندر سینس آف ریسپانسبیلٹی آنا چاہیے۔ وہ کہیں نہیں دکھائی دیتا۔</w:t>
      </w:r>
    </w:p>
    <w:p>
      <w:r>
        <w:rPr>
          <w:b/>
        </w:rPr>
        <w:t xml:space="preserve">[14:51] </w:t>
      </w:r>
      <w:r>
        <w:t>yani poori poori society hamari right conscious bani hui hai. jabke khuda ko mannay walay aur religion ko mannay walay woh hotay hain jinka, jinke zariye bannay wali society jo hai, woh hai duty conscious society.</w:t>
      </w:r>
    </w:p>
    <w:p>
      <w:pPr>
        <w:jc w:val="right"/>
      </w:pPr>
      <w:r>
        <w:t>یعنی پوری پوری سوسائٹی ہماری رائٹ کانشیس بنی ہوئی ہے۔ جبکہ خدا کو ماننے والے اور ریلیجن کو ماننے والے وہ ہوتے ہیں جن کا، جن کے ذریعے بننے والی سوسائٹی جو ہے، وہ ہے ڈیوٹی کانشیس سوسائٹی۔</w:t>
      </w:r>
    </w:p>
    <w:p>
      <w:r>
        <w:rPr>
          <w:b/>
        </w:rPr>
        <w:t xml:space="preserve">[15:10] </w:t>
      </w:r>
      <w:r>
        <w:t>to where the reason, where the reason resurgence of religion? where the comeback of god? to hua kya hai dekhiye?</w:t>
      </w:r>
    </w:p>
    <w:p>
      <w:pPr>
        <w:jc w:val="right"/>
      </w:pPr>
      <w:r>
        <w:t>تو ویر دا ریزن، ویر دا ریزن ریسرجنس آف ریلیجن؟ ویر دا کم بیک آف گاڈ؟ تو ہوا کیا ہے دیکھیے؟</w:t>
      </w:r>
    </w:p>
    <w:p>
      <w:r>
        <w:rPr>
          <w:b/>
        </w:rPr>
        <w:t xml:space="preserve">[15:20] </w:t>
      </w:r>
      <w:r>
        <w:t>hona yeh chahiye ke aap, jis ko kehte hain ke "In Comparison That We Understand". yani compare kar ke hum baton ko samajhte hain.</w:t>
      </w:r>
    </w:p>
    <w:p>
      <w:pPr>
        <w:jc w:val="right"/>
      </w:pPr>
      <w:r>
        <w:t>ہونا یہ چاہیے کہ آپ، جس کو کہتے ہیں کہ "In Comparison That We Understand"۔ یعنی کمپیئر کر کے ہم باتوں کو سمجھتے ہیں۔</w:t>
      </w:r>
    </w:p>
    <w:p>
      <w:r>
        <w:rPr>
          <w:b/>
        </w:rPr>
        <w:t xml:space="preserve">[15:31] </w:t>
      </w:r>
      <w:r>
        <w:t>best formula baton ko samajhnay ka yeh hai ke aap compare kijiye. isi ko arabi zaban mein bhi kaha gaya hai ke "taarif al-ashya".</w:t>
      </w:r>
    </w:p>
    <w:p>
      <w:pPr>
        <w:jc w:val="right"/>
      </w:pPr>
      <w:r>
        <w:t>بیسٹ فارمولا باتوں کو سمجھنے کا یہ ہے کہ آپ کمپیئر کیجیے۔ اسی کو عربی زبان میں بھی کہا گیا ہے کہ "طائف الاشیاء"۔</w:t>
      </w:r>
    </w:p>
    <w:p>
      <w:r>
        <w:rPr>
          <w:b/>
        </w:rPr>
        <w:t xml:space="preserve">[15:42] </w:t>
      </w:r>
      <w:r>
        <w:t>cheezein apni zid se pehchani jati hain.</w:t>
      </w:r>
    </w:p>
    <w:p>
      <w:pPr>
        <w:jc w:val="right"/>
      </w:pPr>
      <w:r>
        <w:t>چیزیں اپنی ضد سے پہچانی جاتی ہیں۔</w:t>
      </w:r>
    </w:p>
    <w:p>
      <w:r>
        <w:rPr>
          <w:b/>
        </w:rPr>
        <w:t xml:space="preserve">[15:46] </w:t>
      </w:r>
      <w:r>
        <w:t>isi ko english mein kehte hain ke "In Comparison That We Understand". to aap ne jab yeh formula banaya ke khuda wapas aa gaya hai, religion zinda ho gaya hai,</w:t>
      </w:r>
    </w:p>
    <w:p>
      <w:pPr>
        <w:jc w:val="right"/>
      </w:pPr>
      <w:r>
        <w:t>اسی کو انگلش میں کہتے ہیں کہ "In Comparison That We Understand"۔ تو آپ نے جب یہ فارمولا بنایا کہ خدا واپس آ گیا ہے، ریلیجن زندہ ہو گیا ہے،</w:t>
      </w:r>
    </w:p>
    <w:p>
      <w:r>
        <w:rPr>
          <w:b/>
        </w:rPr>
        <w:t xml:space="preserve">[16:00] </w:t>
      </w:r>
      <w:r>
        <w:t>to doosri taraf aap ko yeh dekhna chahiye ke kya wajah hai ke corruption khoob barh raha hai. log self-interest mein jeenay lagay hain, zyada aur pehle se bhi zyada.</w:t>
      </w:r>
    </w:p>
    <w:p>
      <w:pPr>
        <w:jc w:val="right"/>
      </w:pPr>
      <w:r>
        <w:t>تو دوسری طرف آپ کو یہ دیکھنا چاہیے کہ کیا وجہ ہے کہ کرپشن خوب بڑھ رہا ہے۔ لوگ سیلف انٹرسٹ میں جینے لگے ہیں، زیادہ اور پہلے سے بھی زیادہ۔</w:t>
      </w:r>
    </w:p>
    <w:p>
      <w:r>
        <w:rPr>
          <w:b/>
        </w:rPr>
        <w:t xml:space="preserve">[16:14] </w:t>
      </w:r>
      <w:r>
        <w:t>kisi ko kisi ki parwah nahin. apne interest ko hasil karna, khoob exploit karna, bas yahi maqsad hai logon ka. to yeh dono ko jab aap compare karte hain to aap ko maloom hota hai ke yeh wapsi jo hui hai kisi aur cheez ki hui hai.</w:t>
      </w:r>
    </w:p>
    <w:p>
      <w:pPr>
        <w:jc w:val="right"/>
      </w:pPr>
      <w:r>
        <w:t>کسی کو کسی کی پرواہ نہیں۔ اپنے انٹرسٹ کو حاصل کرنا، خوب ایکسپلائٹ کرنا، بس یہی مقصد ہے لوگوں کا۔ تو یہ دونوں کو جب آپ کمپیئر کرتے ہیں تو آپ کو معلوم ہوتا ہے کہ یہ واپسی جو ہوئی ہے کسی اور چیز کی ہوئی ہے۔</w:t>
      </w:r>
    </w:p>
    <w:p>
      <w:r>
        <w:rPr>
          <w:b/>
        </w:rPr>
        <w:t xml:space="preserve">[16:32] </w:t>
      </w:r>
      <w:r>
        <w:t>god ki aur religion ki nahin hui hai. tab aap sochte sochte pohnchte ek aur haqeeqat par. woh kya hai? dekhiye, is zamane mein kya hua hai?</w:t>
      </w:r>
    </w:p>
    <w:p>
      <w:pPr>
        <w:jc w:val="right"/>
      </w:pPr>
      <w:r>
        <w:t>گاڈ کی اور ریلیجن کی نہیں ہوئی ہے۔ تب آپ سوچتے سوچتے پہنچتے ایک اور حقیقت پر۔ وہ کیا ہے؟ دیکھیے، اس زمانے میں کیا ہوا ہے؟</w:t>
      </w:r>
    </w:p>
    <w:p>
      <w:r>
        <w:rPr>
          <w:b/>
        </w:rPr>
        <w:t xml:space="preserve">[16:46] </w:t>
      </w:r>
      <w:r>
        <w:t>jis cheez ko aap kehte hain globalization, woh kya hai? woh hai globalization in terms of business. in terms of soul nahin hai.</w:t>
      </w:r>
    </w:p>
    <w:p>
      <w:pPr>
        <w:jc w:val="right"/>
      </w:pPr>
      <w:r>
        <w:t>جس چیز کو آپ کہتے ہیں گلوبلائزیشن، وہ کیا ہے؟ وہ ہے گلوبلائزیشن ان ٹرم آف بزنس۔ ان ٹرم آف سول نہیں ہے۔</w:t>
      </w:r>
    </w:p>
    <w:p>
      <w:r>
        <w:rPr>
          <w:b/>
        </w:rPr>
        <w:t xml:space="preserve">[17:00] </w:t>
      </w:r>
      <w:r>
        <w:t>soul ka to individualization hua hai. aur economic activities jis ko aap kehte hain, woh globalization in ka hua hai.</w:t>
      </w:r>
    </w:p>
    <w:p>
      <w:pPr>
        <w:jc w:val="right"/>
      </w:pPr>
      <w:r>
        <w:t>سول کا تو انڈیویجولائزیشن ہوا ہے۔ اور اکنامک ایکٹیویٹیز جس کو آپ کہتے ہیں، وہ گلوبلائزیشن ان کا ہوا ہے۔</w:t>
      </w:r>
    </w:p>
    <w:p>
      <w:r>
        <w:rPr>
          <w:b/>
        </w:rPr>
        <w:t xml:space="preserve">[17:10] </w:t>
      </w:r>
      <w:r>
        <w:t>to is ka matlab kya hua? ke yeh zamana jis ko hum kehte hain ke sari dunya ek ho gayi hai, woh kis sense mein? koi yeh material sense mein ek hui hai.</w:t>
      </w:r>
    </w:p>
    <w:p>
      <w:pPr>
        <w:jc w:val="right"/>
      </w:pPr>
      <w:r>
        <w:t>تو اس کا مطلب کیا ہوا؟ کہ یہ زمانہ جس کو ہم کہتے ہیں کہ ساری دنیا ایک ہو گئی ہے، وہ کس سینس میں؟ کوئی یہ مٹیریل سینس میں ایک ہوئی ہے۔</w:t>
      </w:r>
    </w:p>
    <w:p>
      <w:r>
        <w:rPr>
          <w:b/>
        </w:rPr>
        <w:t xml:space="preserve">[17:18] </w:t>
      </w:r>
      <w:r>
        <w:t>physical sense mein ek hui hai. aur insan ke andar ek aur jo cheez hai, us ki soul, us ki psychological being, us ki andar ki personality, woh to waisi ki waisi hi hai.</w:t>
      </w:r>
    </w:p>
    <w:p>
      <w:pPr>
        <w:jc w:val="right"/>
      </w:pPr>
      <w:r>
        <w:t>فزیکل سینس میں ایک ہوئی ہے۔ اور انسان کے اندر ایک اور جو چیز ہے، اس کی سول، اس کی سائیکلوجیکل بینگ، اس کی اندر کی پرسنیلٹی، وہ تو ویسی کی ویسی ہی ہے۔</w:t>
      </w:r>
    </w:p>
    <w:p>
      <w:r>
        <w:rPr>
          <w:b/>
        </w:rPr>
        <w:t xml:space="preserve">[17:32] </w:t>
      </w:r>
      <w:r>
        <w:t>woh to star kar rahi hai. woh star kar rahi hai.</w:t>
      </w:r>
    </w:p>
    <w:p>
      <w:pPr>
        <w:jc w:val="right"/>
      </w:pPr>
      <w:r>
        <w:t>وہ تو اسٹار کر رہی ہے۔ وہ اسٹار کر رہی ہے۔</w:t>
      </w:r>
    </w:p>
    <w:p>
      <w:r>
        <w:rPr>
          <w:b/>
        </w:rPr>
        <w:t xml:space="preserve">[17:38] </w:t>
      </w:r>
      <w:r>
        <w:t>to industrial age mein kya hua hai ke ek taraf to physical sense mein, ya material sense mein dunya ek ho gayi hai. lekin spiritual sense mein kya hua hai ke log akele akele ho gaye hain.</w:t>
      </w:r>
    </w:p>
    <w:p>
      <w:pPr>
        <w:jc w:val="right"/>
      </w:pPr>
      <w:r>
        <w:t>تو انڈسٹریل ایج میں کیا ہوا ہے کہ ایک طرف تو فزیکل سینس میں، یا مٹیریل سینس میں دنیا ایک ہو گئی ہے۔ لیکن اسپریچول سینس میں کیا ہوا ہے کہ لوگ اکیلے اکیلے ہو گئے ہیں۔</w:t>
      </w:r>
    </w:p>
    <w:p>
      <w:r>
        <w:rPr>
          <w:b/>
        </w:rPr>
        <w:t xml:space="preserve">[17:53] </w:t>
      </w:r>
      <w:r>
        <w:t>jahan jahan aap jante hain ke industrialization ho raha hai, wahan wahan loneliness phail raha hai. logon se milna julna nahin.</w:t>
      </w:r>
    </w:p>
    <w:p>
      <w:pPr>
        <w:jc w:val="right"/>
      </w:pPr>
      <w:r>
        <w:t>جہاں جہاں آپ جانتے ہیں کہ انڈسٹریلائزیشن ہو رہا ہے، وہاں وہاں لونلیس پھیل رہا ہے۔ لوگوں سے ملنا جلنا نہیں۔</w:t>
      </w:r>
    </w:p>
    <w:p>
      <w:r>
        <w:rPr>
          <w:b/>
        </w:rPr>
        <w:t xml:space="preserve">[18:02] </w:t>
      </w:r>
      <w:r>
        <w:t>gharon mein rehna. aur apni qabron mein TV dekhna.</w:t>
      </w:r>
    </w:p>
    <w:p>
      <w:pPr>
        <w:jc w:val="right"/>
      </w:pPr>
      <w:r>
        <w:t>گھروں میں رہنا۔ اور اپنی قبروں میں ٹی وی دیکھنا۔</w:t>
      </w:r>
    </w:p>
    <w:p>
      <w:r>
        <w:rPr>
          <w:b/>
        </w:rPr>
        <w:t xml:space="preserve">[18:07] </w:t>
      </w:r>
      <w:r>
        <w:t>europe america mein bhi yahi hai ke wahan koi kisi ko jaanta nahin. ek gali mein ek aadmi doosre aadmi ko nahin jaanta. kuch khabar nahin hai in ko.</w:t>
      </w:r>
    </w:p>
    <w:p>
      <w:pPr>
        <w:jc w:val="right"/>
      </w:pPr>
      <w:r>
        <w:t>یورپ امریکہ میں بھی یہی ہے کہ وہاں کوئی کسی کو جانتا نہیں۔ ایک کالی میں ایک آدمی دوسرے آدمی کو نہیں جانتا۔ کچھ خبر نہیں ہے ان کو۔</w:t>
      </w:r>
    </w:p>
    <w:p>
      <w:r>
        <w:rPr>
          <w:b/>
        </w:rPr>
        <w:t xml:space="preserve">[18:16] </w:t>
      </w:r>
      <w:r>
        <w:t>main ek martaba aa gaya birmingham mein to ek ghar mein kuch ghus gaye chor aur bahut sare chor utha le gaye. aur bilkul paas ghar walon ko kuch pata nahin.</w:t>
      </w:r>
    </w:p>
    <w:p>
      <w:pPr>
        <w:jc w:val="right"/>
      </w:pPr>
      <w:r>
        <w:t>میں ایک مرتبہ آ گیا برمنگھم میں تو ایک گھر میں کچھ گھس گئے چور اور بہت سارے چور اٹھا لے گئے۔ اور بالکل پاس گھر والوں کو کچھ پتہ نہیں۔</w:t>
      </w:r>
    </w:p>
    <w:p>
      <w:r>
        <w:rPr>
          <w:b/>
        </w:rPr>
        <w:t xml:space="preserve">[18:27] </w:t>
      </w:r>
      <w:r>
        <w:t>kyun ke woh apne ghar mein apna TV dekh rahe the woh. hamare bachpan mein hum gaon mein rehte the to ek hungama khara hota tha koi baat hoti to.</w:t>
      </w:r>
    </w:p>
    <w:p>
      <w:pPr>
        <w:jc w:val="right"/>
      </w:pPr>
      <w:r>
        <w:t>کیوں کہ وہ اپنے گھر میں اپنا ٹی وی دیکھ رہے تھے وہ۔ ہمارے بچپن میں ہم گاؤں میں رہتے تھے تو ایک ہنگامہ کھڑا ہوتا تھا کوئی بات ہوتی تو۔</w:t>
      </w:r>
    </w:p>
    <w:p>
      <w:r>
        <w:rPr>
          <w:b/>
        </w:rPr>
        <w:t xml:space="preserve">[18:36] </w:t>
      </w:r>
      <w:r>
        <w:t>kyun? log ek doosre ke bare mein sochte the. ek doosre ke dukh dukh sukh mein woh share karte the. aaj kya hai? aaj kisi ko yeh fikr nahin hai.</w:t>
      </w:r>
    </w:p>
    <w:p>
      <w:pPr>
        <w:jc w:val="right"/>
      </w:pPr>
      <w:r>
        <w:t>کیوں؟ لوگ ایک دوسرے کے بارے میں سوچتے تھے۔ ایک دوسرے کے دکھ دکھ سکھ میں وہ شیئر کرتے تھے۔ آج کیا ہے؟ آج کسی کو یہ فکر نہیں ہے۔</w:t>
      </w:r>
    </w:p>
    <w:p>
      <w:r>
        <w:rPr>
          <w:b/>
        </w:rPr>
        <w:t xml:space="preserve">[18:47] </w:t>
      </w:r>
      <w:r>
        <w:t>to jis cheez ko aap kehte hain globalization, woh sirf hai material sense mein. aur jahan tak soul ki baat hai insan ke, woh to individualization hua hai.</w:t>
      </w:r>
    </w:p>
    <w:p>
      <w:pPr>
        <w:jc w:val="right"/>
      </w:pPr>
      <w:r>
        <w:t>تو جس چیز کو آپ کہتے ہیں گلوبلائزیشن، وہ صرف ہے مٹیریل سینس میں۔ اور جہاں تک سول کی بات ہے انسان کے، وہ تو انڈیویجولائزیشن ہوا ہے۔</w:t>
      </w:r>
    </w:p>
    <w:p>
      <w:r>
        <w:rPr>
          <w:b/>
        </w:rPr>
        <w:t xml:space="preserve">[18:59] </w:t>
      </w:r>
      <w:r>
        <w:t>log akele akele ho gaye hain.</w:t>
      </w:r>
    </w:p>
    <w:p>
      <w:pPr>
        <w:jc w:val="right"/>
      </w:pPr>
      <w:r>
        <w:t>لوگ اکیلے اکیلے ہو گئے ہیں۔</w:t>
      </w:r>
    </w:p>
    <w:p>
      <w:r>
        <w:rPr>
          <w:b/>
        </w:rPr>
        <w:t xml:space="preserve">[19:02] </w:t>
      </w:r>
      <w:r>
        <w:t>is ki wajah se kya hua? ek naya phenomenon jo history mein pehle nahin tha. woh hai</w:t>
      </w:r>
    </w:p>
    <w:p>
      <w:pPr>
        <w:jc w:val="right"/>
      </w:pPr>
      <w:r>
        <w:t>اس کی وجہ سے کیا ہوا؟ ایک نیا فیناومینا جو ہسٹری میں پہلے نہیں تھا۔ وہ ہے</w:t>
      </w:r>
    </w:p>
    <w:p>
      <w:r>
        <w:rPr>
          <w:b/>
        </w:rPr>
        <w:t xml:space="preserve">[19:10] </w:t>
      </w:r>
      <w:r>
        <w:t>crisis of identity. crisis of identity</w:t>
      </w:r>
    </w:p>
    <w:p>
      <w:pPr>
        <w:jc w:val="right"/>
      </w:pPr>
      <w:r>
        <w:t>کرائسس آف آئیڈینٹیٹی۔ کرائسس آف آئیڈین</w:t>
      </w:r>
    </w:p>
    <w:p>
      <w:r>
        <w:rPr>
          <w:b/>
        </w:rPr>
        <w:t xml:space="preserve">[19:17] </w:t>
      </w:r>
      <w:r>
        <w:t>ty. Europe America mein yeh cheez bahut zyada hai. Kyun ke idhar udhar se log aaye hain. Ab wahan jo main jab jata hoon logon se poochta hoon ke yahan ki society mein kuch aap mile jule hain?</w:t>
      </w:r>
    </w:p>
    <w:p>
      <w:pPr>
        <w:jc w:val="right"/>
      </w:pPr>
      <w:r>
        <w:t>ٹیٹی۔ یورپ امریکہ میں یہ چیز بہت زیادہ ہے۔ کیوں کہ ادھر ادھر سے لوگ آئے ہیں۔ اب وہاں جو میں جب جاتا ہوں لوگوں سے پوچھتا ہوں کہ یہاں کی سوسائٹی میں کچھ آپ ملے جلے ہیں؟</w:t>
      </w:r>
    </w:p>
    <w:p>
      <w:r>
        <w:rPr>
          <w:b/>
        </w:rPr>
        <w:t xml:space="preserve">[19:29] </w:t>
      </w:r>
      <w:r>
        <w:t>yahan ki society aap ko kuch samajhti hai? maloom hai aap kuch bhi nahin. wahan ki society ne social haisiyat pe koi is se contact nahin.</w:t>
      </w:r>
    </w:p>
    <w:p>
      <w:pPr>
        <w:jc w:val="right"/>
      </w:pPr>
      <w:r>
        <w:t>یہاں کی سوسائٹی آپ کو کچھ سمجھتی ہے؟ معلوم ہے آپ کچھ بھی نہیں۔ وہاں کی سوسائٹی نے سوشل حیثیت پہ کوئی اس سے کنٹیکٹ نہیں۔</w:t>
      </w:r>
    </w:p>
    <w:p>
      <w:r>
        <w:rPr>
          <w:b/>
        </w:rPr>
        <w:t xml:space="preserve">[19:41] </w:t>
      </w:r>
      <w:r>
        <w:t>sirf in ke office mein jaiye, job kijiye aur salary le lijiye.</w:t>
      </w:r>
    </w:p>
    <w:p>
      <w:pPr>
        <w:jc w:val="right"/>
      </w:pPr>
      <w:r>
        <w:t>صرف ان کے آفس میں جائیے، جاب کیجیے اور سیلری لے لیجیے۔</w:t>
      </w:r>
    </w:p>
    <w:p>
      <w:r>
        <w:rPr>
          <w:b/>
        </w:rPr>
        <w:t xml:space="preserve">[19:48] </w:t>
      </w:r>
      <w:r>
        <w:t>yeh ek phenomenon hai ke aadmi apni identity ko kho baitha hai. to logon ne kya kiya? jo immediate jo cheez thi woh thi religious traditions.</w:t>
      </w:r>
    </w:p>
    <w:p>
      <w:pPr>
        <w:jc w:val="right"/>
      </w:pPr>
      <w:r>
        <w:t>یہ ایک فیناومینا ہے کہ آدمی اپنی آئیڈینٹیٹی کو کھو بیٹھا ہے۔ تو لوگوں نے کیا کیا؟ جو امیڈیٹ جو چیز تھی وہ تھی ریلیجیس ٹریڈیشنز۔</w:t>
      </w:r>
    </w:p>
    <w:p>
      <w:r>
        <w:rPr>
          <w:b/>
        </w:rPr>
        <w:t xml:space="preserve">[20:03] </w:t>
      </w:r>
      <w:r>
        <w:t>jo hamare dada tak poori tarah se thi. ab ab dheere dheere kam ho gayi thi. to logon ne kuch religious function kar ke is ko poora karna chaha.</w:t>
      </w:r>
    </w:p>
    <w:p>
      <w:pPr>
        <w:jc w:val="right"/>
      </w:pPr>
      <w:r>
        <w:t>جو ہمارے دادا تک پوری طرح سے تھی۔ اب اب دھیرے دھیرے کم ہو گئی تھی۔ تو لوگوں نے کچھ ریلیجیس فنکشن کر کے اس کو پورا کرنا چاہا۔</w:t>
      </w:r>
    </w:p>
    <w:p>
      <w:r>
        <w:rPr>
          <w:b/>
        </w:rPr>
        <w:t xml:space="preserve">[20:15] </w:t>
      </w:r>
      <w:r>
        <w:t>yeh hai get together ke liye ek ek bahana. get together kaise karein? to to kis kis tarah karein get together?</w:t>
      </w:r>
    </w:p>
    <w:p>
      <w:pPr>
        <w:jc w:val="right"/>
      </w:pPr>
      <w:r>
        <w:t>یہ ہے گیٹ ٹوگیدر کے لیے ایک ایک بہانہ۔ گیٹ ٹوگیدر کیسے کریں؟ تو تو کس کس طرح کریں گیٹ ٹوگیدر؟</w:t>
      </w:r>
    </w:p>
    <w:p>
      <w:r>
        <w:rPr>
          <w:b/>
        </w:rPr>
        <w:t xml:space="preserve">[20:25] </w:t>
      </w:r>
      <w:r>
        <w:t>to jab aap ek religious function karte hain, ek religious ceremony karte hain, to is ke naam par log ikattha ho jate hain. aur aap kuch der tak is mein ho ho kar ke khush hote hain ke maine apni identity ko regain kar liya.</w:t>
      </w:r>
    </w:p>
    <w:p>
      <w:pPr>
        <w:jc w:val="right"/>
      </w:pPr>
      <w:r>
        <w:t>تو جب آپ ایک ریلیجیس فنکشن کرتے ہیں، ایک ریلیجیس سیریمنی کرتے ہیں، تو اس کے نام پر لوگ اکٹھا ہو جاتے ہیں۔ اور آپ کچھ دیر تک اس میں ہو ہو کر کے خوش ہوتے ہیں کہ میں نے اپنی آئیڈینٹیٹی کو ری گین کر لیا۔</w:t>
      </w:r>
    </w:p>
    <w:p>
      <w:r>
        <w:rPr>
          <w:b/>
        </w:rPr>
        <w:t xml:space="preserve">[20:41] </w:t>
      </w:r>
      <w:r>
        <w:t>yeh sara mamla hai identity crisis ka.</w:t>
      </w:r>
    </w:p>
    <w:p>
      <w:pPr>
        <w:jc w:val="right"/>
      </w:pPr>
      <w:r>
        <w:t>یہ سارا معاملہ ہے آئیڈینٹیٹی کرائسس کا۔</w:t>
      </w:r>
    </w:p>
    <w:p>
      <w:r>
        <w:rPr>
          <w:b/>
        </w:rPr>
        <w:t xml:space="preserve">[20:46] </w:t>
      </w:r>
      <w:r>
        <w:t>is ki waja se yeh aya hai ke aaj kal religious function ho rahe hain. jabke religious spirit khatam hai. god fearing khatam hai.</w:t>
      </w:r>
    </w:p>
    <w:p>
      <w:pPr>
        <w:jc w:val="right"/>
      </w:pPr>
      <w:r>
        <w:t>اس کی وجہ سے یہ آیا ہے کہ آج کل ریلیجیس فنکشن ہو رہے ہیں۔ جبکہ ریلیجیس اسپرٹ ختم ہے۔ گاڈ فیئرنگ ختم ہے۔</w:t>
      </w:r>
    </w:p>
    <w:p>
      <w:r>
        <w:rPr>
          <w:b/>
        </w:rPr>
        <w:t xml:space="preserve">[20:58] </w:t>
      </w:r>
      <w:r>
        <w:t>to jis cheez ki dhoom hai wo haqeeqat mein ek culture hai us ki dhoom hai. religion nahi.</w:t>
      </w:r>
    </w:p>
    <w:p>
      <w:pPr>
        <w:jc w:val="right"/>
      </w:pPr>
      <w:r>
        <w:t>تو جس چیز کی دھوم ہے وہ حقیقت میں ایک کلچر ہے اس کی دھوم ہے۔ ریلیجن نہیں۔</w:t>
      </w:r>
    </w:p>
    <w:p>
      <w:r>
        <w:rPr>
          <w:b/>
        </w:rPr>
        <w:t xml:space="preserve">[21:06] </w:t>
      </w:r>
      <w:r>
        <w:t>ab bataiye ke sare bare bare professoron ka interview le kar ke unhone banaya hai yeh, aur wo is qism ka adhoora survey hai.</w:t>
      </w:r>
    </w:p>
    <w:p>
      <w:pPr>
        <w:jc w:val="right"/>
      </w:pPr>
      <w:r>
        <w:t>اب بتائیے کہ سارے بڑے بڑے پروفیسروں کا انٹرویو لے کر کے انہوں نے بنایا ہے یہ، اور وہ اس قسم کا ادھورا سروے ہے۔</w:t>
      </w:r>
    </w:p>
    <w:p>
      <w:r>
        <w:rPr>
          <w:b/>
        </w:rPr>
        <w:t xml:space="preserve">[21:18] </w:t>
      </w:r>
      <w:r>
        <w:t>to yeh kehna ke, yani rationalism ki baat karna itna aasan nahi hai. rationalism ki baat karna itna aasan nahi hai.</w:t>
      </w:r>
    </w:p>
    <w:p>
      <w:pPr>
        <w:jc w:val="right"/>
      </w:pPr>
      <w:r>
        <w:t>تو یہ کہنا کہ، یعنی ریشنلزم کی بات کرنا اتنا آسان نہیں ہے۔ ریشنلزم کی بات کرنا اتنا آسان نہیں ہے۔</w:t>
      </w:r>
    </w:p>
    <w:p>
      <w:r>
        <w:rPr>
          <w:b/>
        </w:rPr>
        <w:t xml:space="preserve">[21:30] </w:t>
      </w:r>
      <w:r>
        <w:t>itne sare logon ne samjha ke khuda wapas aa gaya hai. halanke jo cheez wapas aai hai wo khuda nahi hai. itne sare logon ne kaha ke religion wapas aa gaya hai.</w:t>
      </w:r>
    </w:p>
    <w:p>
      <w:pPr>
        <w:jc w:val="right"/>
      </w:pPr>
      <w:r>
        <w:t>اتنے سارے لوگوں نے سمجھا کہ خدا واپس آ گیا ہے۔ حالانکہ جو چیز واپس آئی ہے وہ خدا نہیں ہے۔ اتنے سارے لوگوں نے کہا کہ ریلیجن واپس آ گیا ہے۔</w:t>
      </w:r>
    </w:p>
    <w:p>
      <w:r>
        <w:rPr>
          <w:b/>
        </w:rPr>
        <w:t xml:space="preserve">[21:39] </w:t>
      </w:r>
      <w:r>
        <w:t>jo cheez wapas aai hai wo religion nahi hai. wo sirf kuch zahiri cheezein hain. kuch social, kuch social functions hain.</w:t>
      </w:r>
    </w:p>
    <w:p>
      <w:pPr>
        <w:jc w:val="right"/>
      </w:pPr>
      <w:r>
        <w:t>جو چیز واپس آئی ہے وہ ریلیجن نہیں ہے۔ وہ صرف کچھ ظاہری چیزیں ہیں۔ کچھ سوشل، کچھ سوشل فنکشنز ہیں۔</w:t>
      </w:r>
    </w:p>
    <w:p>
      <w:r>
        <w:rPr>
          <w:b/>
        </w:rPr>
        <w:t xml:space="preserve">[21:48] </w:t>
      </w:r>
      <w:r>
        <w:t>kuch social phenomena ek hai.</w:t>
      </w:r>
    </w:p>
    <w:p>
      <w:pPr>
        <w:jc w:val="right"/>
      </w:pPr>
      <w:r>
        <w:t>کچھ سوشل فیناومینا ایک ہے۔</w:t>
      </w:r>
    </w:p>
    <w:p>
      <w:r>
        <w:rPr>
          <w:b/>
        </w:rPr>
        <w:t xml:space="preserve">[21:52] </w:t>
      </w:r>
      <w:r>
        <w:t>to cheezon ko read out karna, religion ke ke zariye baaton ko samajhna itna aasan nahi hai.</w:t>
      </w:r>
    </w:p>
    <w:p>
      <w:pPr>
        <w:jc w:val="right"/>
      </w:pPr>
      <w:r>
        <w:t>تو چیزوں کو ریڈ آؤٹ کرنا، ریلیجن کے کے ذریعے باتوں کو سمجھنا اتنا آسان نہیں ہے۔</w:t>
      </w:r>
    </w:p>
    <w:p>
      <w:r>
        <w:rPr>
          <w:b/>
        </w:rPr>
        <w:t xml:space="preserve">[22:03] </w:t>
      </w:r>
      <w:r>
        <w:t>is mein apne aap ko khapana parta hai. is mein apne aap ko, yani khud apne aap ko kuchal dalna parta hai.</w:t>
      </w:r>
    </w:p>
    <w:p>
      <w:pPr>
        <w:jc w:val="right"/>
      </w:pPr>
      <w:r>
        <w:t>اس میں اپنے آپ کو کھپانا پڑتا ہے۔ اس میں اپنے آپ کو، یعنی خود اپنے آپ کو کچل ڈالنا پڑتا ہے۔</w:t>
      </w:r>
    </w:p>
    <w:p>
      <w:r>
        <w:rPr>
          <w:b/>
        </w:rPr>
        <w:t xml:space="preserve">[22:13] </w:t>
      </w:r>
      <w:r>
        <w:t>tab aap ke andar wo reason banti hai, wo rational, wo rational framework banta hai jis se aap cheezon ko samajh saken.</w:t>
      </w:r>
    </w:p>
    <w:p>
      <w:pPr>
        <w:jc w:val="right"/>
      </w:pPr>
      <w:r>
        <w:t>تب آپ کے اندر وہ ریزن بنتی ہے، وہ ریشنل، وہ ریشنل فریم ورک بنتا ہے جس سے آپ چیزوں کو سمجھ سکیں۔</w:t>
      </w:r>
    </w:p>
    <w:p>
      <w:r>
        <w:rPr>
          <w:b/>
        </w:rPr>
        <w:t xml:space="preserve">[22:21] </w:t>
      </w:r>
      <w:r>
        <w:t>misal ke taur par har aadmi ka mind conditioned hai. jab tak conditioning ko na nikalein aap, aap kaise cheezon ko read out karenge?</w:t>
      </w:r>
    </w:p>
    <w:p>
      <w:pPr>
        <w:jc w:val="right"/>
      </w:pPr>
      <w:r>
        <w:t>مثلاً ہر آدمی کا مائنڈ کنڈیشنڈ ہے۔ جب تک کنڈیشننگ کو نہ نکالیں آپ، آپ کیسے چیزوں کو ریڈ آؤٹ کریں گے؟</w:t>
      </w:r>
    </w:p>
    <w:p>
      <w:r>
        <w:rPr>
          <w:b/>
        </w:rPr>
        <w:t xml:space="preserve">[22:32] </w:t>
      </w:r>
      <w:r>
        <w:t>to sab se pehle apni apne aap ko decondition karna parta hai. decondition karna parta hai. tab aap bahar ja kar ke, tab ja kar ke cheezon ko as it is dekh sakte hain aap.</w:t>
      </w:r>
    </w:p>
    <w:p>
      <w:pPr>
        <w:jc w:val="right"/>
      </w:pPr>
      <w:r>
        <w:t>تو سب سے پہلے اپنی اپنے آپ کو ڈی کنڈیشن کرنا پڑتا ہے۔ ڈی کنڈیشن کرنا پڑتا ہے۔ تب آپ باہر جا کر کے، تب جا کر کے چیزوں کو ایز اٹ از دیکھ سکتے ہیں آپ۔</w:t>
      </w:r>
    </w:p>
    <w:p>
      <w:r>
        <w:rPr>
          <w:b/>
        </w:rPr>
        <w:t xml:space="preserve">[22:43] </w:t>
      </w:r>
      <w:r>
        <w:t>jis tarah sare log tension mein, stress mein jeete hain.</w:t>
      </w:r>
    </w:p>
    <w:p>
      <w:pPr>
        <w:jc w:val="right"/>
      </w:pPr>
      <w:r>
        <w:t>جس طرح سارے لوگ ٹینشن میں، اسٹریس میں جیتے ہیں۔</w:t>
      </w:r>
    </w:p>
    <w:p>
      <w:r>
        <w:rPr>
          <w:b/>
        </w:rPr>
        <w:t xml:space="preserve">[22:47] </w:t>
      </w:r>
      <w:r>
        <w:t>aap sochiye ke jo aadmi tension mein ho, stress mein ho, wo objective raah kaise kaam karega? koi objective raah kaise banayega?</w:t>
      </w:r>
    </w:p>
    <w:p>
      <w:pPr>
        <w:jc w:val="right"/>
      </w:pPr>
      <w:r>
        <w:t>آپ سوچیے کہ جو آدمی ٹینشن میں ہو، اسٹریس میں ہو، وہ آبجیکٹو راہ کیسے کام کرے گا؟ کوئی آبجیکٹو راہ کیسے بنائے گا؟</w:t>
      </w:r>
    </w:p>
    <w:p>
      <w:r>
        <w:rPr>
          <w:b/>
        </w:rPr>
        <w:t xml:space="preserve">[22:56] </w:t>
      </w:r>
      <w:r>
        <w:t>is ka matlab yeh bhi hua ke aap sab se pehle apni apni apni de-stressing kijiye. jab tak aap apne aap ko tension se, stress se bahar nahi layenge, tab tak aap objective raah nahi bana payenge.</w:t>
      </w:r>
    </w:p>
    <w:p>
      <w:pPr>
        <w:jc w:val="right"/>
      </w:pPr>
      <w:r>
        <w:t>اس کا مطلب یہ بھی ہوا کہ آپ سب سے پہلے اپنی اپنی اپنی ڈی اسٹریسنگ کیجیے۔ جب تک آپ اپنے آپ کو ٹینشن سے، اسٹریس سے باہر نہیں لائیں گے، تب تک آپ آبجیکٹو راہ نہیں بنا پائیں گے۔</w:t>
      </w:r>
    </w:p>
    <w:p>
      <w:r>
        <w:rPr>
          <w:b/>
        </w:rPr>
        <w:t xml:space="preserve">[23:12] </w:t>
      </w:r>
      <w:r>
        <w:t>is tarah se history hai, bohat si baatein janni parti hain.</w:t>
      </w:r>
    </w:p>
    <w:p>
      <w:pPr>
        <w:jc w:val="right"/>
      </w:pPr>
      <w:r>
        <w:t>اس طرح سے ہسٹری ہے، بہت سی باتیں جاننی پڑتی ہیں۔</w:t>
      </w:r>
    </w:p>
    <w:p>
      <w:r>
        <w:rPr>
          <w:b/>
        </w:rPr>
        <w:t xml:space="preserve">[23:17] </w:t>
      </w:r>
      <w:r>
        <w:t>to reason se baat ko samajhna itna aasan nahi hai. is ki maine aaj ke paper se ek misal di aap ki khidmat mein.</w:t>
      </w:r>
    </w:p>
    <w:p>
      <w:pPr>
        <w:jc w:val="right"/>
      </w:pPr>
      <w:r>
        <w:t>تو ریزن سے بات کو سمجھنا اتنا آسان نہیں ہے۔ اس کی میں نے آج کے پیپر سے ایک مثال دی آپ کی خدمت میں۔</w:t>
      </w:r>
    </w:p>
    <w:p>
      <w:r>
        <w:rPr>
          <w:b/>
        </w:rPr>
        <w:t xml:space="preserve">[23:29] </w:t>
      </w:r>
      <w:r>
        <w:t>isi tarah se main aap ko</w:t>
      </w:r>
    </w:p>
    <w:p>
      <w:pPr>
        <w:jc w:val="right"/>
      </w:pPr>
      <w:r>
        <w:t>اسی طرح سے میں آپ کو</w:t>
      </w:r>
    </w:p>
    <w:p>
      <w:r>
        <w:rPr>
          <w:b/>
        </w:rPr>
        <w:t xml:space="preserve">[23:34] </w:t>
      </w:r>
      <w:r>
        <w:t>kuch aur baatein arz karunga jis se ke right thinking</w:t>
      </w:r>
    </w:p>
    <w:p>
      <w:pPr>
        <w:jc w:val="right"/>
      </w:pPr>
      <w:r>
        <w:t>کچھ اور باتیں عرض کروں گا جس سے کہ رائٹ تھنکنگ</w:t>
      </w:r>
    </w:p>
    <w:p>
      <w:r>
        <w:rPr>
          <w:b/>
        </w:rPr>
        <w:t xml:space="preserve">[23:40] </w:t>
      </w:r>
      <w:r>
        <w:t>se kaise aati hai aadmi ke andar</w:t>
      </w:r>
    </w:p>
    <w:p>
      <w:pPr>
        <w:jc w:val="right"/>
      </w:pPr>
      <w:r>
        <w:t>سے کیسے آتی ہے آدمی کے اندر</w:t>
      </w:r>
    </w:p>
    <w:p>
      <w:r>
        <w:rPr>
          <w:b/>
        </w:rPr>
        <w:t xml:space="preserve">[23:42] </w:t>
      </w:r>
      <w:r>
        <w:t>. ya aadmi ko kaise yeh aata hai ke wo sahi sahi tareeqe se cheezon ko read out kar sake. main samajhta hoon ke sab se pehli cheez hai sincerity.</w:t>
      </w:r>
    </w:p>
    <w:p>
      <w:pPr>
        <w:jc w:val="right"/>
      </w:pPr>
      <w:r>
        <w:t>۔ یا آدمی کو کیسے یہ آتا ہے کہ وہ صحیح صحیح طریقے سے چیزوں کو ریڈ آؤٹ کر سکے۔ میں سمجھتا ہوں کہ سب سے پہلی چیز ہے سنسیرٹی۔</w:t>
      </w:r>
    </w:p>
    <w:p>
      <w:r>
        <w:rPr>
          <w:b/>
        </w:rPr>
        <w:t xml:space="preserve">[23:54] </w:t>
      </w:r>
      <w:r>
        <w:t>sincerity jab tak bharpoor na ho, tab tak aap baaton ko samajh nahi sakte. sincerity bohat hi zaroori hai.</w:t>
      </w:r>
    </w:p>
    <w:p>
      <w:pPr>
        <w:jc w:val="right"/>
      </w:pPr>
      <w:r>
        <w:t>سنسیرٹی جب تک بھرپور نہ ہو، تب تک آپ باتوں کو سمجھ نہیں سکتے۔ سنسیرٹی بہت ہی ضروری ہے۔</w:t>
      </w:r>
    </w:p>
    <w:p>
      <w:r>
        <w:rPr>
          <w:b/>
        </w:rPr>
        <w:t xml:space="preserve">[24:04] </w:t>
      </w:r>
      <w:r>
        <w:t>ek percha aata tha America se, mujhe nahi maloom ke ab bhi wo nikalta hai ke nahi nikalta hai.</w:t>
      </w:r>
    </w:p>
    <w:p>
      <w:pPr>
        <w:jc w:val="right"/>
      </w:pPr>
      <w:r>
        <w:t>ایک پرچہ آتا تھا امریکہ سے، مجھے نہیں معلوم کہ اب بھی وہ نکلتا ہے کہ نہیں نکلتا ہے۔</w:t>
      </w:r>
    </w:p>
    <w:p>
      <w:r>
        <w:rPr>
          <w:b/>
        </w:rPr>
        <w:t xml:space="preserve">[24:10] </w:t>
      </w:r>
      <w:r>
        <w:t>main bohat pehle parha karta tha is ko. is ka naam tha "Plain Truth". "Plain Truth". to kuch kuch wo religious type ka percha hota tha wo.</w:t>
      </w:r>
    </w:p>
    <w:p>
      <w:pPr>
        <w:jc w:val="right"/>
      </w:pPr>
      <w:r>
        <w:t>میں بہت پہلے پڑھا کرتا تھا اس کو۔ اس کا نام تھا "پلین ٹروتھ"۔ "پلین ٹروتھ"۔ تو کچھ کچھ وہ ریلیجیس ٹائپ کا پرچہ ہوتا تھا وہ۔</w:t>
      </w:r>
    </w:p>
    <w:p>
      <w:r>
        <w:rPr>
          <w:b/>
        </w:rPr>
        <w:t xml:space="preserve">[24:23] </w:t>
      </w:r>
      <w:r>
        <w:t>to khair is ka editor jo tha us ne isi saal ki umar mein ek likha tha apna ek editorial.</w:t>
      </w:r>
    </w:p>
    <w:p>
      <w:pPr>
        <w:jc w:val="right"/>
      </w:pPr>
      <w:r>
        <w:t>تو خیر اس کا ایڈیٹر جو تھا اس نے اسی سال کی عمر میں ایک لکھا تھا اپنا ایک ایڈیٹوریل۔</w:t>
      </w:r>
    </w:p>
    <w:p>
      <w:r>
        <w:rPr>
          <w:b/>
        </w:rPr>
        <w:t xml:space="preserve">[24:32] </w:t>
      </w:r>
      <w:r>
        <w:t>us ne kaha ke main eighty years ka ho chuka hoon. aur main keh sakta hoon ke poori zindagi mein sab se kam jo cheez maine dekhi woh thi sincerity.</w:t>
      </w:r>
    </w:p>
    <w:p>
      <w:pPr>
        <w:jc w:val="right"/>
      </w:pPr>
      <w:r>
        <w:t>اس نے کہا کہ میں ایٹی ایئرز کا ہو چکا ہوں۔ اور میں کہہ سکتا ہوں کہ پوری زندگی میں سب سے کم جو چیز میں نے دیکھی وہ تھی سنسیرٹی۔</w:t>
      </w:r>
    </w:p>
    <w:p>
      <w:r>
        <w:rPr>
          <w:b/>
        </w:rPr>
        <w:t xml:space="preserve">[24:43] </w:t>
      </w:r>
      <w:r>
        <w:t>apni poori zindagi mein, yaani eighty saal tak main active raha hoon. lekin apni zindagi mein sab se kam jo cheez paai woh maine woh sincerity hai.</w:t>
      </w:r>
    </w:p>
    <w:p>
      <w:pPr>
        <w:jc w:val="right"/>
      </w:pPr>
      <w:r>
        <w:t>اپنی پوری زندگی میں، یعنی ایٹی سال تک میں ایکٹیو رہا ہوں۔ لیکن اپنی زندگی میں سب سے کم جو چیز پائی وہ میں نے وہ سنسیرٹی ہے۔</w:t>
      </w:r>
    </w:p>
    <w:p>
      <w:r>
        <w:rPr>
          <w:b/>
        </w:rPr>
        <w:t xml:space="preserve">[24:54] </w:t>
      </w:r>
      <w:r>
        <w:t>main ek misaal deta hoon aap ko. ek ek sahib ne bataya ke mumbai mein woh ek ek ek businessman se mile.</w:t>
      </w:r>
    </w:p>
    <w:p>
      <w:pPr>
        <w:jc w:val="right"/>
      </w:pPr>
      <w:r>
        <w:t>میں ایک مثال دیتا ہوں آپ کو۔ ایک ایک صاحب نے بتایا کہ ممبئی میں وہ ایک ایک ایک بزنس مین سے ملے۔</w:t>
      </w:r>
    </w:p>
    <w:p>
      <w:r>
        <w:rPr>
          <w:b/>
        </w:rPr>
        <w:t xml:space="preserve">[25:05] </w:t>
      </w:r>
      <w:r>
        <w:t>aur un se unhon ne mazhab ki baat ki. to woh businessman jo the woh apna wahi woh woh jo religion jis ko bataya ke resurgence of religion jo kaha unhon ne, us type ke religion mein woh all ready us ko follow kar rahe the</w:t>
      </w:r>
    </w:p>
    <w:p>
      <w:pPr>
        <w:jc w:val="right"/>
      </w:pPr>
      <w:r>
        <w:t>اور ان سے انہوں نے مذہب کی بات کی۔ تو وہ بزنس مین جو تھے وہ اپنا وہی وہ وہ جو ریلیجن جس کو بتایا کہ ریسرجنس آف ریلیجن جو کہا انہوں نے، اس ٹائپ کے ریلیجن میں وہ آل ریڈی اس کو فالو کر رہے تھے</w:t>
      </w:r>
    </w:p>
    <w:p>
      <w:r>
        <w:rPr>
          <w:b/>
        </w:rPr>
        <w:t xml:space="preserve">[25:21] </w:t>
      </w:r>
      <w:r>
        <w:t>woh. kuch matlab kuch kuch kuch ceremony, kuch function, kuch cultural activities, woh yeh sab kar rahe the woh.</w:t>
      </w:r>
    </w:p>
    <w:p>
      <w:pPr>
        <w:jc w:val="right"/>
      </w:pPr>
      <w:r>
        <w:t>وہ۔ کچھ مطلب کچھ کچھ کچھ سیریمنی، کچھ فنکشن، کچھ کلچرل ایکٹیویٹیز، وہ یہ سب کر رہے تھے وہ۔</w:t>
      </w:r>
    </w:p>
    <w:p>
      <w:r>
        <w:rPr>
          <w:b/>
        </w:rPr>
        <w:t xml:space="preserve">[25:31] </w:t>
      </w:r>
      <w:r>
        <w:t>to unhon ne jo mile un se unhon ne kaha ke bhai dekho yeh religion nahi hai. yeh to kuch oopar oopar ki cheezein hain.</w:t>
      </w:r>
    </w:p>
    <w:p>
      <w:pPr>
        <w:jc w:val="right"/>
      </w:pPr>
      <w:r>
        <w:t>تو انہوں نے جو ملے ان سے انہوں نے کہا کہ بھئی دیکھو یہ ریلیجن نہیں ہے۔ یہ تو کچھ اوپر اوپر کی چیزیں ہیں۔</w:t>
      </w:r>
    </w:p>
    <w:p>
      <w:r>
        <w:rPr>
          <w:b/>
        </w:rPr>
        <w:t xml:space="preserve">[25:40] </w:t>
      </w:r>
      <w:r>
        <w:t>to us ne kya kaha? are bhai tum itna deep mein kyun jaate ho? us businessman ne kaha ke are bhai tum itna deep mein kyun jaate ho?</w:t>
      </w:r>
    </w:p>
    <w:p>
      <w:pPr>
        <w:jc w:val="right"/>
      </w:pPr>
      <w:r>
        <w:t>تو اس نے کیا کہا؟ ارے بھائی تم اتنا ڈیپ میں کیوں جاتے ہو؟ اس بزنس مین نے کہا کہ ارے بھائی تم اتنا ڈیپ میں کیوں جاتے ہو؟</w:t>
      </w:r>
    </w:p>
    <w:p>
      <w:r>
        <w:rPr>
          <w:b/>
        </w:rPr>
        <w:t xml:space="preserve">[25:51] </w:t>
      </w:r>
      <w:r>
        <w:t>halanke theek theek usi waqt woh in comparis ke paper mein deep mein gaya hua tha. us ke saamne in comparis ke paper phailay hue the woh kisi se consult kar raha tha woh.</w:t>
      </w:r>
    </w:p>
    <w:p>
      <w:pPr>
        <w:jc w:val="right"/>
      </w:pPr>
      <w:r>
        <w:t>حالانکہ ٹھیک اسی وقت وہ ان کمپیریز کے پیپر میں ڈیپ میں گیا ہوا تھا۔ اس کے سامنے ان کمپیریز کے پیپر پھیلے ہوئے تھے۔ وہ کسی سے کنسلٹ کر رہا تھا وہ۔</w:t>
      </w:r>
    </w:p>
    <w:p>
      <w:r>
        <w:rPr>
          <w:b/>
        </w:rPr>
        <w:t xml:space="preserve">[26:01] </w:t>
      </w:r>
      <w:r>
        <w:t>us mein khoob deep mein ja kar baaton ko samajhna chahta tha woh. lekin religion mein us ne kaha ke bhai tum itna deep mein kyun jaate ho?</w:t>
      </w:r>
    </w:p>
    <w:p>
      <w:pPr>
        <w:jc w:val="right"/>
      </w:pPr>
      <w:r>
        <w:t>اس میں خوب ڈیپ میں جا کر باتوں کو سمجھنا چاہتا تھا وہ۔ لیکن ریلیجن میں اس نے کہا کہ بھائی تم اتنا ڈیپ میں کیوں جاتے ہو؟</w:t>
      </w:r>
    </w:p>
    <w:p>
      <w:r>
        <w:rPr>
          <w:b/>
        </w:rPr>
        <w:t xml:space="preserve">[26:10] </w:t>
      </w:r>
      <w:r>
        <w:t>is ka matlab kya hua? ke in comparis ke masle mein, in comparis ki baat mein woh poori poori tarah sincere tha.</w:t>
      </w:r>
    </w:p>
    <w:p>
      <w:pPr>
        <w:jc w:val="right"/>
      </w:pPr>
      <w:r>
        <w:t>اس کا مطلب کیا ہوا؟ کہ ان کمپیریز کے مسئلے میں، ان کمپیریز کی بات میں وہ پوری پوری طرح سنسیر تھا۔</w:t>
      </w:r>
    </w:p>
    <w:p>
      <w:r>
        <w:rPr>
          <w:b/>
        </w:rPr>
        <w:t xml:space="preserve">[26:20] </w:t>
      </w:r>
      <w:r>
        <w:t>lekin religious matter mein woh sincere nahi tha. yeh hai duality jo logon ke andar hai.</w:t>
      </w:r>
    </w:p>
    <w:p>
      <w:pPr>
        <w:jc w:val="right"/>
      </w:pPr>
      <w:r>
        <w:t>لیکن ریلیجیس میٹر میں وہ سنسیر نہیں تھا۔ یہ ہے ڈوئلٹی جو لوگوں کے اندر ہے۔</w:t>
      </w:r>
    </w:p>
    <w:p>
      <w:r>
        <w:rPr>
          <w:b/>
        </w:rPr>
        <w:t xml:space="preserve">[26:30] </w:t>
      </w:r>
      <w:r>
        <w:t>to agar aap chahte hain ke cheezon ko reason se samjhein to sab se pehle apne andar sincerity laani pare gi.</w:t>
      </w:r>
    </w:p>
    <w:p>
      <w:pPr>
        <w:jc w:val="right"/>
      </w:pPr>
      <w:r>
        <w:t>تو اگر آپ چاہتے ہیں کہ چیزوں کو ریزن سے سمجھیں تو سب سے پہلے اپنے اندر سنسیرٹی لانی پڑے گی۔</w:t>
      </w:r>
    </w:p>
    <w:p>
      <w:r>
        <w:rPr>
          <w:b/>
        </w:rPr>
        <w:t xml:space="preserve">[26:44] </w:t>
      </w:r>
      <w:r>
        <w:t>sincerity laani pare gi. is ke baghair nahi ho sakta. aaj kal dekhein kya culture chal raha hai hamare haan, hamari society mein. log kehte hain, ek lafz bola jata hai "enjoy life".</w:t>
      </w:r>
    </w:p>
    <w:p>
      <w:pPr>
        <w:jc w:val="right"/>
      </w:pPr>
      <w:r>
        <w:t>سنسیرٹی لانی پڑے گی۔ اس کے بغیر نہیں ہو سکتا۔ آج کل دیکھیں کیا کلچر چل رہا ہے ہمارے ہاں، ہماری سوسائٹی میں۔ لوگ کہتے ہیں، ایک لفظ بولا جاتا ہے "انجوائے لائف"۔</w:t>
      </w:r>
    </w:p>
    <w:p>
      <w:r>
        <w:rPr>
          <w:b/>
        </w:rPr>
        <w:t xml:space="preserve">[26:58] </w:t>
      </w:r>
      <w:r>
        <w:t>"enjoy life". life ko enjoy karo. ab ghor kijiye jis society mein majority logon ki yeh ka yeh mind ban gaya ho ke life ko enjoy karo, to wahan sincerity bhaag jaye gi.</w:t>
      </w:r>
    </w:p>
    <w:p>
      <w:pPr>
        <w:jc w:val="right"/>
      </w:pPr>
      <w:r>
        <w:t>"انجوائے لائف"۔ لائف کو انجوائے کرو۔ اب غور کیجیے جس سوسائٹی میں میجورٹی لوگوں کی یہ کا یہ مائنڈ بن گیا ہو کہ لائف کو انجوائے کرو، تو وہاں سنسیرٹی بھاگ جائے گی۔</w:t>
      </w:r>
    </w:p>
    <w:p>
      <w:r>
        <w:rPr>
          <w:b/>
        </w:rPr>
        <w:t xml:space="preserve">[27:14] </w:t>
      </w:r>
      <w:r>
        <w:t>jahan yeh baat aai ke zindagi ko enjoy karo, wahan sincerity chali gayi wahan se. sincerity to bohat deep thinking ka naam hai.</w:t>
      </w:r>
    </w:p>
    <w:p>
      <w:pPr>
        <w:jc w:val="right"/>
      </w:pPr>
      <w:r>
        <w:t>جہاں یہ بات آئی کہ زندگی کو انجوائے کرو، وہاں سنسیرٹی چلی گئی وہاں سے۔ سنسیرٹی تو بہت ڈیپ تھنکنگ کا نام ہے۔</w:t>
      </w:r>
    </w:p>
    <w:p>
      <w:r>
        <w:rPr>
          <w:b/>
        </w:rPr>
        <w:t xml:space="preserve">[27:24] </w:t>
      </w:r>
      <w:r>
        <w:t>enjoyment of life nahi hai. yaani jo sincere log hote hain woh yeh nahi kahain ke life ko enjoy karo. woh kahain ke enjoy life ko discover karo.</w:t>
      </w:r>
    </w:p>
    <w:p>
      <w:pPr>
        <w:jc w:val="right"/>
      </w:pPr>
      <w:r>
        <w:t>انجوائے آف لائف نہیں ہے۔ یعنی جو سنسیر لوگ ہوتے ہیں وہ یہ نہیں کہیں کہ لائف کو انجوائے کرو۔ وہ کہیں کہ انجوائے لائف کو ڈسکور کرو۔</w:t>
      </w:r>
    </w:p>
    <w:p>
      <w:r>
        <w:rPr>
          <w:b/>
        </w:rPr>
        <w:t xml:space="preserve">[27:36] </w:t>
      </w:r>
      <w:r>
        <w:t>yaani un ka formula yeh nahi hoga ke enjoy life. un ka formula hoga ke discover life.</w:t>
      </w:r>
    </w:p>
    <w:p>
      <w:pPr>
        <w:jc w:val="right"/>
      </w:pPr>
      <w:r>
        <w:t>یعنی ان کا فارمولا یہ نہیں ہوگا کہ انجوائے لائف۔ ان کا فارمولا ہوگا کہ ڈسکور لائف۔</w:t>
      </w:r>
    </w:p>
    <w:p>
      <w:r>
        <w:rPr>
          <w:b/>
        </w:rPr>
        <w:t xml:space="preserve">[27:41] </w:t>
      </w:r>
      <w:r>
        <w:t>life ko jano. samjho. khuda ka creation plan kya hai us ko samjho. gehrai mein ja kar baaton ko samjho.</w:t>
      </w:r>
    </w:p>
    <w:p>
      <w:pPr>
        <w:jc w:val="right"/>
      </w:pPr>
      <w:r>
        <w:t>لائف کو جانو۔ سمجھو۔ خدا کا کریشن پلان کیا ہے اس کو سمجھو۔ گہرائی میں جا کر باتوں کو سمجھو۔</w:t>
      </w:r>
    </w:p>
    <w:p>
      <w:r>
        <w:rPr>
          <w:b/>
        </w:rPr>
        <w:t xml:space="preserve">[27:52] </w:t>
      </w:r>
      <w:r>
        <w:t>yeh enjoy life jo hai yeh nazariya jo hai yeh to un logon ka hota hai jo cheezon ko bilkul superficial way mein dekhte hain. un ka na reason hai na un ke haan woh subjective thinking hai.</w:t>
      </w:r>
    </w:p>
    <w:p>
      <w:pPr>
        <w:jc w:val="right"/>
      </w:pPr>
      <w:r>
        <w:t>یہ انجوائے لائف جو ہے یہ نظریہ جو ہے یہ تو ان لوگوں کا ہوتا ہے جو چیزوں کو بالکل سپرفلس وے میں دیکھتے ہیں۔ ان کا نہ ریزن ہے نہ ان کے ہاں وہ سبجیکٹو تھنکنگ ہے۔</w:t>
      </w:r>
    </w:p>
    <w:p>
      <w:r>
        <w:rPr>
          <w:b/>
        </w:rPr>
        <w:t xml:space="preserve">[28:05] </w:t>
      </w:r>
      <w:r>
        <w:t>na un ke haan sincerity hai. to aaj kal ki society mein aise hi logon ka haal ho raha hai.</w:t>
      </w:r>
    </w:p>
    <w:p>
      <w:pPr>
        <w:jc w:val="right"/>
      </w:pPr>
      <w:r>
        <w:t>نہ ان کے ہاں سنسیرٹی ہے۔ تو آج کل کی سوسائٹی میں ایسے ہی لوگوں کا حال ہو رہا ہے۔</w:t>
      </w:r>
    </w:p>
    <w:p>
      <w:r>
        <w:rPr>
          <w:b/>
        </w:rPr>
        <w:t xml:space="preserve">[28:15] </w:t>
      </w:r>
      <w:r>
        <w:t>to main samajhta hoon ke sab se pehle logon ke andar jo cheez chahiye woh sincerity hai. spirit of inquiry hai.</w:t>
      </w:r>
    </w:p>
    <w:p>
      <w:pPr>
        <w:jc w:val="right"/>
      </w:pPr>
      <w:r>
        <w:t>تو میں سمجھتا ہوں کہ سب سے پہلے لوگوں کے اندر جو چیز چاہیے وہ سنسیرٹی ہے۔ اسپرٹ آف انکوائری ہے۔</w:t>
      </w:r>
    </w:p>
    <w:p>
      <w:r>
        <w:rPr>
          <w:b/>
        </w:rPr>
        <w:t xml:space="preserve">[28:24] </w:t>
      </w:r>
      <w:r>
        <w:t>true spirit of inquiry.</w:t>
      </w:r>
    </w:p>
    <w:p>
      <w:pPr>
        <w:jc w:val="right"/>
      </w:pPr>
      <w:r>
        <w:t>ٹرو اسپرٹ آف انکوائری۔</w:t>
      </w:r>
    </w:p>
    <w:p>
      <w:r>
        <w:rPr>
          <w:b/>
        </w:rPr>
        <w:t xml:space="preserve">[28:30] </w:t>
      </w:r>
      <w:r>
        <w:t>true spirit of inquiry.</w:t>
      </w:r>
    </w:p>
    <w:p>
      <w:pPr>
        <w:jc w:val="right"/>
      </w:pPr>
      <w:r>
        <w:t>ٹرو اسپرٹ آف انکوائری۔</w:t>
      </w:r>
    </w:p>
    <w:p>
      <w:r>
        <w:rPr>
          <w:b/>
        </w:rPr>
        <w:t xml:space="preserve">[28:35] </w:t>
      </w:r>
      <w:r>
        <w:t>aur ek baat main yeh kahun ga ke aap ko har aadmi ke paas koi criterion hota hai us par woh judge karta hai cheezon ko.</w:t>
      </w:r>
    </w:p>
    <w:p>
      <w:pPr>
        <w:jc w:val="right"/>
      </w:pPr>
      <w:r>
        <w:t>اور ایک بات میں یہ کہوں گا کہ آپ کو ہر آدمی کے پاس کوئی کرائٹیرین ہوتا ہے اس پر وہ جج کرتا ہے چیزوں کو۔</w:t>
      </w:r>
    </w:p>
    <w:p>
      <w:r>
        <w:rPr>
          <w:b/>
        </w:rPr>
        <w:t xml:space="preserve">[28:46] </w:t>
      </w:r>
      <w:r>
        <w:t>lekin aap ke paas jo criterion hai woh workable criterion hona chahiye.</w:t>
      </w:r>
    </w:p>
    <w:p>
      <w:pPr>
        <w:jc w:val="right"/>
      </w:pPr>
      <w:r>
        <w:t>لیکن آپ کے پاس جو کرائٹیرین ہے وہ ورک ایبل کرائٹیرین ہونا چاہیے۔</w:t>
      </w:r>
    </w:p>
    <w:p>
      <w:r>
        <w:rPr>
          <w:b/>
        </w:rPr>
        <w:t xml:space="preserve">[28:53] </w:t>
      </w:r>
      <w:r>
        <w:t>workable criterion. yaani jo work kar sake. jaise misaal ke taur par agar aap yeh kahein ke main isi cheez ko maanoonga jo observable ho, jo measurable ho,</w:t>
      </w:r>
    </w:p>
    <w:p>
      <w:pPr>
        <w:jc w:val="right"/>
      </w:pPr>
      <w:r>
        <w:t>ورک ایبل کرائٹیرین۔ یعنی جو ورک کر سکے۔ جیسے مثال کے طور پر اگر آپ یہ کہیں کہ میں اسی چیز کو مانوں گا جو آبزرویبل ہو، جو میژریبل ہو،</w:t>
      </w:r>
    </w:p>
    <w:p>
      <w:r>
        <w:rPr>
          <w:b/>
        </w:rPr>
        <w:t xml:space="preserve">[29:07] </w:t>
      </w:r>
      <w:r>
        <w:t>jo demonstrable ho, isi ko maanoonga main. toh aap ne ek criterion banaya. lekin sawaal yeh hai ke yeh criterion jo hai yeh toh work nahi karne wala hai.</w:t>
      </w:r>
    </w:p>
    <w:p>
      <w:pPr>
        <w:jc w:val="right"/>
      </w:pPr>
      <w:r>
        <w:t>جو ڈیمونسٹریٹیبل ہو، اسی کو مانوں گا میں۔ تو آپ نے ایک کرائٹیرین بنایا۔ لیکن سوال یہ ہے کہ یہ کرائٹیرین جو ہے یہ تو ورک نہیں کرنے والا ہے۔</w:t>
      </w:r>
    </w:p>
    <w:p>
      <w:r>
        <w:rPr>
          <w:b/>
        </w:rPr>
        <w:t xml:space="preserve">[29:19] </w:t>
      </w:r>
      <w:r>
        <w:t>ab jab science ki field mein utrenge toh kahin bhi yeh nahi chalega. kyunke science yeh kehti hai ke kisi bhi cheez mein hum sirf probability tak pahunchte hain.</w:t>
      </w:r>
    </w:p>
    <w:p>
      <w:pPr>
        <w:jc w:val="right"/>
      </w:pPr>
      <w:r>
        <w:t>اب جب سائنس کی فیلڈ میں اتریں گے تو کہیں بھی یہ نہیں چلے گا۔ کیونکہ سائنس یہ کہتی ہے کہ کسی بھی چیز میں ہم صرف پروبیبلیٹی تک پہنچتے ہیں۔</w:t>
      </w:r>
    </w:p>
    <w:p>
      <w:r>
        <w:rPr>
          <w:b/>
        </w:rPr>
        <w:t xml:space="preserve">[29:31] </w:t>
      </w:r>
      <w:r>
        <w:t>probability.</w:t>
      </w:r>
    </w:p>
    <w:p>
      <w:pPr>
        <w:jc w:val="right"/>
      </w:pPr>
      <w:r>
        <w:t>پروبیبلیٹی۔</w:t>
      </w:r>
    </w:p>
    <w:p>
      <w:r>
        <w:rPr>
          <w:b/>
        </w:rPr>
        <w:t xml:space="preserve">[29:35] </w:t>
      </w:r>
      <w:r>
        <w:t>cheezon ko hum is tarah nahi samajh paate jis tarah se hum ek aam aadmi pehle samjha karta tha.</w:t>
      </w:r>
    </w:p>
    <w:p>
      <w:pPr>
        <w:jc w:val="right"/>
      </w:pPr>
      <w:r>
        <w:t>چیزوں کو ہم اس طرح نہیں سمجھ پاتے جس طرح سے ہم ایک عام آدمی پہلے سمجھا کرتا تھا۔</w:t>
      </w:r>
    </w:p>
    <w:p>
      <w:r>
        <w:rPr>
          <w:b/>
        </w:rPr>
        <w:t xml:space="preserve">[29:44] </w:t>
      </w:r>
      <w:r>
        <w:t>ab scientific daur mein jabke insaan ka ilm micro world tak pahunch chuka hai. toh us waqt yeh science mein yeh maan liya gaya hai ke hum sirf probability tak pahunch sakte hain.</w:t>
      </w:r>
    </w:p>
    <w:p>
      <w:pPr>
        <w:jc w:val="right"/>
      </w:pPr>
      <w:r>
        <w:t>اب سائنٹیفک دور میں جبکہ انسان کا علم مائیکرو ورلڈ تک پہنچ چکا ہے۔ تو اس وقت یہ سائنس میں یہ مان لیا گیا ہے کہ ہم صرف پروبیبلیٹی تک پہنچ سکتے ہیں۔</w:t>
      </w:r>
    </w:p>
    <w:p>
      <w:r>
        <w:rPr>
          <w:b/>
        </w:rPr>
        <w:t xml:space="preserve">[29:58] </w:t>
      </w:r>
      <w:r>
        <w:t>jaise jaise theory of relativity woh woh jo hai woh yeh evolution theory.</w:t>
      </w:r>
    </w:p>
    <w:p>
      <w:pPr>
        <w:jc w:val="right"/>
      </w:pPr>
      <w:r>
        <w:t>جیسے جیسے تھیوری آف ریلیٹیوٹی وہ وہ جو ہے وہ یہ ایولوشن تھیوری۔</w:t>
      </w:r>
    </w:p>
    <w:p>
      <w:r>
        <w:rPr>
          <w:b/>
        </w:rPr>
        <w:t xml:space="preserve">[30:08] </w:t>
      </w:r>
      <w:r>
        <w:t>organic evolution ki jo theory hai woh sarasar probability base karti hai. kyunke laakhon saal pehle ke baare mein woh baat karte hain kaun kis ne dekha hai is laakhon saal pehle ke cheezon ko?</w:t>
      </w:r>
    </w:p>
    <w:p>
      <w:pPr>
        <w:jc w:val="right"/>
      </w:pPr>
      <w:r>
        <w:t>آرگینک ایولوشن کی جو تھیوری ہے وہ سرتا سر پروبیبلیٹی بیس کرتی ہے۔ کیونکہ لاکھوں سال پہلے کے بارے میں وہ بات کرتے ہیں کون کس نے دیکھا ہے اس لاکھوں سال پہلے کے چیزوں کو؟</w:t>
      </w:r>
    </w:p>
    <w:p>
      <w:r>
        <w:rPr>
          <w:b/>
        </w:rPr>
        <w:t xml:space="preserve">[30:24] </w:t>
      </w:r>
      <w:r>
        <w:t>koi nahi jaanta.</w:t>
      </w:r>
    </w:p>
    <w:p>
      <w:pPr>
        <w:jc w:val="right"/>
      </w:pPr>
      <w:r>
        <w:t>کوئی نہیں جانتا۔</w:t>
      </w:r>
    </w:p>
    <w:p>
      <w:r>
        <w:rPr>
          <w:b/>
        </w:rPr>
        <w:t xml:space="preserve">[30:26] </w:t>
      </w:r>
      <w:r>
        <w:t>toh jis cheez ko woh pahunch paaye hain woh hai probability. matlab yeh ek probabili probabili aisa hua ya aisa ho sakta hai.</w:t>
      </w:r>
    </w:p>
    <w:p>
      <w:pPr>
        <w:jc w:val="right"/>
      </w:pPr>
      <w:r>
        <w:t>تو جس چیز کو وہ پہنچ پائے ہیں وہ ہے پروبیبلیٹی۔ مطلب یہ ایک پروبیبلی پروبیبلی ایسا ہوا یا ایسا ہو سکتا ہے۔</w:t>
      </w:r>
    </w:p>
    <w:p>
      <w:r>
        <w:rPr>
          <w:b/>
        </w:rPr>
        <w:t xml:space="preserve">[30:39] </w:t>
      </w:r>
      <w:r>
        <w:t>toh aap jab criterion banayein apne criterion toh yeh soch lein ke kya mera criterion jo hai mere mind jo criterion woh chal sakta hai bahar ki duniya mein?</w:t>
      </w:r>
    </w:p>
    <w:p>
      <w:pPr>
        <w:jc w:val="right"/>
      </w:pPr>
      <w:r>
        <w:t>تو آپ جب کرائٹیرین بنائیں اپنے کرائٹیرین تو یہ سوچ لیں کہ کیا میرا کرائٹیرین جو ہے میرے مائنڈ جو کرائٹیرین وہ چل سکتا ہے باہر کی دنیا میں؟</w:t>
      </w:r>
    </w:p>
    <w:p>
      <w:r>
        <w:rPr>
          <w:b/>
        </w:rPr>
        <w:t xml:space="preserve">[30:52] </w:t>
      </w:r>
      <w:r>
        <w:t>yaani woh base karta hai is par ke mujhe cheezon ko woh dikhai dena chahiye. jaise kisi ne kaha hai ke yebnuna yebnuna bil tajribah wal shuhood.</w:t>
      </w:r>
    </w:p>
    <w:p>
      <w:pPr>
        <w:jc w:val="right"/>
      </w:pPr>
      <w:r>
        <w:t>یعنی وہ بیس کرتا ہے اس پر کہ مجھے چیزوں کو وہ دکھائی دینا چاہیے۔ جیسے کسی نے کہا ہے کہ یبنون یبنون بالتجربۃ والشہود۔</w:t>
      </w:r>
    </w:p>
    <w:p>
      <w:r>
        <w:rPr>
          <w:b/>
        </w:rPr>
        <w:t xml:space="preserve">[31:06] </w:t>
      </w:r>
      <w:r>
        <w:t>ke aaj ke log jo hai shuhood aur tajrube ko par yaqeen karte hain. jo dikhai de jis ko hum explain kar sakein.</w:t>
      </w:r>
    </w:p>
    <w:p>
      <w:pPr>
        <w:jc w:val="right"/>
      </w:pPr>
      <w:r>
        <w:t>کہ آج کے لوگ جو ہے شہود اور تجربے کو پر یقین کرتے ہیں۔ جو دکھائی دے جس کو ہم ایکسپلین کر سکیں۔</w:t>
      </w:r>
    </w:p>
    <w:p>
      <w:r>
        <w:rPr>
          <w:b/>
        </w:rPr>
        <w:t xml:space="preserve">[31:16] </w:t>
      </w:r>
      <w:r>
        <w:t>toh yeh nahi chalega aaj aaj ke zamane mein.</w:t>
      </w:r>
    </w:p>
    <w:p>
      <w:pPr>
        <w:jc w:val="right"/>
      </w:pPr>
      <w:r>
        <w:t>تو یہ نہیں چلے گا آج آج کے زمانے میں۔</w:t>
      </w:r>
    </w:p>
    <w:p>
      <w:r>
        <w:rPr>
          <w:b/>
        </w:rPr>
        <w:t xml:space="preserve">[31:21] </w:t>
      </w:r>
      <w:r>
        <w:t>toh main samajhta hoon ke doosra jo zaroori shart hai, zaroori condition hai woh yeh hai ke aap yeh keh sakein ke I was wrong.</w:t>
      </w:r>
    </w:p>
    <w:p>
      <w:pPr>
        <w:jc w:val="right"/>
      </w:pPr>
      <w:r>
        <w:t>تو میں سمجھتا ہوں کہ دوسرا جو ضروری شرط ہے، ضروری کنڈیشن ہے وہ یہ ہے کہ آپ یہ کہہ سکیں کہ آئی واز رونگ۔</w:t>
      </w:r>
    </w:p>
    <w:p>
      <w:r>
        <w:rPr>
          <w:b/>
        </w:rPr>
        <w:t xml:space="preserve">[31:32] </w:t>
      </w:r>
      <w:r>
        <w:t>I was wrong. maslan aap ne agar apne andar, agar apne mind mein yeh criterion bitha liya tha ke cheezon ko dikhai dena chahiye.</w:t>
      </w:r>
    </w:p>
    <w:p>
      <w:pPr>
        <w:jc w:val="right"/>
      </w:pPr>
      <w:r>
        <w:t>آئی واز رونگ۔ مثلاً آپ نے اگر اپنے اندر، اگر اپنے مائنڈ میں یہ کرائٹیرین بٹھا لیا تھا کہ چیزوں کو دکھائی دینا چاہیے۔</w:t>
      </w:r>
    </w:p>
    <w:p>
      <w:r>
        <w:rPr>
          <w:b/>
        </w:rPr>
        <w:t xml:space="preserve">[31:45] </w:t>
      </w:r>
      <w:r>
        <w:t>cheezon ko dikhai dena chahiye. jaise ke logic logical positivism mein aise hi tha pehle.</w:t>
      </w:r>
    </w:p>
    <w:p>
      <w:pPr>
        <w:jc w:val="right"/>
      </w:pPr>
      <w:r>
        <w:t>چیزوں کو دکھائی دینا چاہیے۔ جیسے کہ لاجک لاجیکل پازیٹیوزم میں ایسے ہی تھا پہلے۔</w:t>
      </w:r>
    </w:p>
    <w:p>
      <w:r>
        <w:rPr>
          <w:b/>
        </w:rPr>
        <w:t xml:space="preserve">[31:52] </w:t>
      </w:r>
      <w:r>
        <w:t>ek zamana yeh tha ke aap jaante hain ke logical positivism ki badi dhoom thi Einstein se pehle. woh samajhte the ke jo cheez dikhai de wahi haqeeqat hai.</w:t>
      </w:r>
    </w:p>
    <w:p>
      <w:pPr>
        <w:jc w:val="right"/>
      </w:pPr>
      <w:r>
        <w:t>ایک زمانہ یہ تھا کہ آپ جانتے ہیں کہ لاجیکل پازیٹیوزم کی بڑی دھوم تھی آئنسٹین سے پہلے۔ وہ سمجھتے تھے کہ جو چیز دکھائی دے وہی حقیقت ہے۔</w:t>
      </w:r>
    </w:p>
    <w:p>
      <w:r>
        <w:rPr>
          <w:b/>
        </w:rPr>
        <w:t xml:space="preserve">[32:01] </w:t>
      </w:r>
      <w:r>
        <w:t>ab agar hum, agar ab agar yeh prove ho jaye ke dikhai toh koi cheez deti hi nahi.</w:t>
      </w:r>
    </w:p>
    <w:p>
      <w:pPr>
        <w:jc w:val="right"/>
      </w:pPr>
      <w:r>
        <w:t>اب اگر ہم، اگر اب اگر یہ پروف ہو جائے کہ دکھائے تو کوئی چیز دیتی ہی نہیں۔</w:t>
      </w:r>
    </w:p>
    <w:p>
      <w:r>
        <w:rPr>
          <w:b/>
        </w:rPr>
        <w:t xml:space="preserve">[32:10] </w:t>
      </w:r>
      <w:r>
        <w:t>saari cheezein unseen views hain sab kuch jo kuch hai unseen views. toh aap ke andar ek courage hona chahiye ke aap yeh keh sakein ke I was wrong. I was wrong.</w:t>
      </w:r>
    </w:p>
    <w:p>
      <w:pPr>
        <w:jc w:val="right"/>
      </w:pPr>
      <w:r>
        <w:t>ساری چیزیں ان سین ویوز ہیں سب کچھ جو کچھ ہے ان سین ویوز۔ تو آپ کے اندر ایک کرج ہونا چاہیے کہ آپ یہ کہہ سکیں کہ آئی واز رونگ۔ آئی واز رونگ۔</w:t>
      </w:r>
    </w:p>
    <w:p>
      <w:r>
        <w:rPr>
          <w:b/>
        </w:rPr>
        <w:t xml:space="preserve">[32:20] </w:t>
      </w:r>
      <w:r>
        <w:t>agar aap I</w:t>
      </w:r>
    </w:p>
    <w:p>
      <w:pPr>
        <w:jc w:val="right"/>
      </w:pPr>
      <w:r>
        <w:t>اگر آپ آئی</w:t>
      </w:r>
    </w:p>
    <w:p>
      <w:r>
        <w:rPr>
          <w:b/>
        </w:rPr>
        <w:t xml:space="preserve">[32:21] </w:t>
      </w:r>
      <w:r>
        <w:t>was wrong keh sakein toh phir aap ko aap ko ek ek starting point milega. sahi starting point.</w:t>
      </w:r>
    </w:p>
    <w:p>
      <w:pPr>
        <w:jc w:val="right"/>
      </w:pPr>
      <w:r>
        <w:t>واز رونگ کہہ سکیں تو پھر آپ کو آپ کو ایک ایک اسٹارٹنگ پوائنٹ ملے گا۔ صحیح اسٹارٹنگ پوائنٹ۔</w:t>
      </w:r>
    </w:p>
    <w:p>
      <w:r>
        <w:rPr>
          <w:b/>
        </w:rPr>
        <w:t xml:space="preserve">[32:32] </w:t>
      </w:r>
      <w:r>
        <w:t>aur agar aap na keh sakein toh kya hoga? starting point hi nahi milega. agle agle ka safar hi shuru nahi hoga.</w:t>
      </w:r>
    </w:p>
    <w:p>
      <w:pPr>
        <w:jc w:val="right"/>
      </w:pPr>
      <w:r>
        <w:t>اور اگر آپ نہ کہہ سکیں تو کیا ہوگا؟ اسٹارٹنگ پوائنٹ ہی نہیں ملے گا۔ اگلے اگلے کا سفر ہی شروع نہیں ہوگا۔</w:t>
      </w:r>
    </w:p>
    <w:p>
      <w:r>
        <w:rPr>
          <w:b/>
        </w:rPr>
        <w:t xml:space="preserve">[32:41] </w:t>
      </w:r>
      <w:r>
        <w:t>aap isi past mein jeete rahenge.</w:t>
      </w:r>
    </w:p>
    <w:p>
      <w:pPr>
        <w:jc w:val="right"/>
      </w:pPr>
      <w:r>
        <w:t>آپ اسی پاسٹ میں جیتے رہیں گے۔</w:t>
      </w:r>
    </w:p>
    <w:p>
      <w:r>
        <w:rPr>
          <w:b/>
        </w:rPr>
        <w:t xml:space="preserve">[32:51] </w:t>
      </w:r>
      <w:r>
        <w:t>yeh bohat ziyada</w:t>
      </w:r>
    </w:p>
    <w:p>
      <w:pPr>
        <w:jc w:val="right"/>
      </w:pPr>
      <w:r>
        <w:t>یہ بہت زیادہ</w:t>
      </w:r>
    </w:p>
    <w:p>
      <w:r>
        <w:rPr>
          <w:b/>
        </w:rPr>
        <w:t xml:space="preserve">[32:56] </w:t>
      </w:r>
      <w:r>
        <w:t>sochne ki baat hai. jahan tak mera tajurba hai, mera jo experience hai, main samajhta hoon ke i was wrong kehna yahi</w:t>
      </w:r>
    </w:p>
    <w:p>
      <w:pPr>
        <w:jc w:val="right"/>
      </w:pPr>
      <w:r>
        <w:t>سوچنے کی بات ہے۔ جہاں تک میرا تجربہ ہے، میرا جو ایکسپیرینس ہے، میں سمجھتا ہوں کہ آئی واز رونگ کہنا یہی</w:t>
      </w:r>
    </w:p>
    <w:p>
      <w:r>
        <w:rPr>
          <w:b/>
        </w:rPr>
        <w:t xml:space="preserve">[33:08] </w:t>
      </w:r>
      <w:r>
        <w:t>apne apne liye knowledge ka darwaza kholna hai.</w:t>
      </w:r>
    </w:p>
    <w:p>
      <w:pPr>
        <w:jc w:val="right"/>
      </w:pPr>
      <w:r>
        <w:t>اپنے اپنے لیے نالج کا دروازہ کھولنا ہے۔</w:t>
      </w:r>
    </w:p>
    <w:p>
      <w:r>
        <w:rPr>
          <w:b/>
        </w:rPr>
        <w:t xml:space="preserve">[33:11] </w:t>
      </w:r>
      <w:r>
        <w:t>jab tak aadmi ke andar yeh spirit na ho ke apni ghalti ko mannay ki spirit, tab tak us ke andar, tab tak us ke liye ilm ka darwaza nahi khul sakta.</w:t>
      </w:r>
    </w:p>
    <w:p>
      <w:pPr>
        <w:jc w:val="right"/>
      </w:pPr>
      <w:r>
        <w:t>جب تک آدمی کے اندر یہ اسپرٹ نہ ہو کہ اپنی غلطی کو ماننے کی اسپرٹ، تب تک اس کے اندر، تب تک اس کے لیے علم کا دروازہ نہیں کھل سکتا۔</w:t>
      </w:r>
    </w:p>
    <w:p>
      <w:r>
        <w:rPr>
          <w:b/>
        </w:rPr>
        <w:t xml:space="preserve">[33:23] </w:t>
      </w:r>
      <w:r>
        <w:t>tab tak ilm ka darwaza us ke band rahega us ke liye. woh spirit mein jo yani i was wrong kehne ki jo spirit hai us ki main aik jo misaal deta hoon aap ko kya cheez hai woh.</w:t>
      </w:r>
    </w:p>
    <w:p>
      <w:pPr>
        <w:jc w:val="right"/>
      </w:pPr>
      <w:r>
        <w:t>تب تک علم کا دروازہ اس کے بند رہے گا اس کے لیے۔ وہ اسپرٹ میں جو یعنی آئی واز رونگ کہنے کی جو اسپرٹ ہے اس کی میں ایک جو مثال دیتا ہوں آپ کو کیا چیز ہے وہ۔</w:t>
      </w:r>
    </w:p>
    <w:p>
      <w:r>
        <w:rPr>
          <w:b/>
        </w:rPr>
        <w:t xml:space="preserve">[33:36] </w:t>
      </w:r>
      <w:r>
        <w:t>aik sahib ne bataya woh dilli mein azadi se pehle ka aik waqia ke azadi se pehle dilli mein aik army ka aik afsar tha jis mein angrez afsar tha to woh us mein kaam karte thay.</w:t>
      </w:r>
    </w:p>
    <w:p>
      <w:pPr>
        <w:jc w:val="right"/>
      </w:pPr>
      <w:r>
        <w:t>ایک صاحب نے بتایا وہ دلی میں آزادی سے پہلے کا ایک واقعہ کہ آزادی سے پہلے دلی میں ایک آرمی کا ایک افسر تھا جس میں انگریز افسر تھا تو وہ اس میں کام کرتے تھے۔</w:t>
      </w:r>
    </w:p>
    <w:p>
      <w:r>
        <w:rPr>
          <w:b/>
        </w:rPr>
        <w:t xml:space="preserve">[33:52] </w:t>
      </w:r>
      <w:r>
        <w:t>yeh sahib jinho ne bataya mujhe yeh buland shirk rehne walay thay. to us mein woh clerk thay, afsar angrez tha.</w:t>
      </w:r>
    </w:p>
    <w:p>
      <w:pPr>
        <w:jc w:val="right"/>
      </w:pPr>
      <w:r>
        <w:t>یہ صاحب جنہوں نے بتایا مجھے یہ بلند شرک رہنے والے تھے۔ تو اس میں وہ کلرک تھے، افسر انگریز تھا۔</w:t>
      </w:r>
    </w:p>
    <w:p>
      <w:r>
        <w:rPr>
          <w:b/>
        </w:rPr>
        <w:t xml:space="preserve">[34:00] </w:t>
      </w:r>
      <w:r>
        <w:t>to angrez ne un se kaha ke mujhe aik paper is ko chahiye tha ke woh paper mujhe woh file bhejo jis mein woh paper hai.</w:t>
      </w:r>
    </w:p>
    <w:p>
      <w:pPr>
        <w:jc w:val="right"/>
      </w:pPr>
      <w:r>
        <w:t>تو انگریز نے ان سے کہا کہ مجھے ایک پیپر اس کو چاہیے تھا کہ وہ پیپر مجھے وہ فائل بھیجو جس میں وہ پیپر ہے۔</w:t>
      </w:r>
    </w:p>
    <w:p>
      <w:r>
        <w:rPr>
          <w:b/>
        </w:rPr>
        <w:t xml:space="preserve">[34:11] </w:t>
      </w:r>
      <w:r>
        <w:t>unhon ne aik file bhej diya. us mein us ne dekha idhar udhar to us ko woh paper us mein nahi mila. to woh woh file le kar laya un ki mez par patak diya us ne ke tum se main ne kaha tha jis paper jis paper ke liye woh to us mein hai hi nahi.</w:t>
      </w:r>
    </w:p>
    <w:p>
      <w:pPr>
        <w:jc w:val="right"/>
      </w:pPr>
      <w:r>
        <w:t>انہوں نے ایک فائل بھیج دیا۔ اس میں اس نے دیکھا ادھر ادھر تو اس کو وہ پیپر اس میں نہیں ملا۔ تو وہ وہ فائل لے کر لایا ان کی میز پر پٹک دیا اس نے کہ تم سے میں نے کہا تھا جس پیپر جس پیپر کے لیے وہ تو اس میں ہے ہی نہیں۔</w:t>
      </w:r>
    </w:p>
    <w:p>
      <w:r>
        <w:rPr>
          <w:b/>
        </w:rPr>
        <w:t xml:space="preserve">[34:31] </w:t>
      </w:r>
      <w:r>
        <w:t>to</w:t>
      </w:r>
    </w:p>
    <w:p>
      <w:pPr>
        <w:jc w:val="right"/>
      </w:pPr>
      <w:r>
        <w:t>تو</w:t>
      </w:r>
    </w:p>
    <w:p>
      <w:r>
        <w:rPr>
          <w:b/>
        </w:rPr>
        <w:t xml:space="preserve">[34:32] </w:t>
      </w:r>
      <w:r>
        <w:t>unhon ne dobara ghor dekha to us mein hi woh paper maujood tha. to wahan par unhon ne aik aik nishan aisa rakh kar ke dobara wohi file us ke paas bhej diya.</w:t>
      </w:r>
    </w:p>
    <w:p>
      <w:pPr>
        <w:jc w:val="right"/>
      </w:pPr>
      <w:r>
        <w:t>انہوں نے دوبارہ غور دیکھا تو اس میں ہی وہ پیپر موجود تھا۔ تو وہاں پر انہوں نے ایک ایک نشان ایسا رکھ کر کے دوبارہ وہی فائل اس کے پاس بھیج دیا۔</w:t>
      </w:r>
    </w:p>
    <w:p>
      <w:r>
        <w:rPr>
          <w:b/>
        </w:rPr>
        <w:t xml:space="preserve">[34:46] </w:t>
      </w:r>
      <w:r>
        <w:t>ab dekha us ne to waqayatan isi file mein woh paper maujood tha. to us ne kiya kiya? aisa nahi kaha ke woh patch up kar le chup chap ho jaye acha bhai theek hai nahi.</w:t>
      </w:r>
    </w:p>
    <w:p>
      <w:pPr>
        <w:jc w:val="right"/>
      </w:pPr>
      <w:r>
        <w:t>اب دیکھا اس نے تو واقعتا اسی فائل میں وہ پیپر موجود تھا۔ تو اس نے کیا کیا؟ ایسا نہیں کہا کہ وہ پیچ اپ کر لے چپ چاپ ہو جائے اچھا بھئی ٹھیک ہے نہیں۔</w:t>
      </w:r>
    </w:p>
    <w:p>
      <w:r>
        <w:rPr>
          <w:b/>
        </w:rPr>
        <w:t xml:space="preserve">[35:02] </w:t>
      </w:r>
      <w:r>
        <w:t>pehlay zamanay mein laal rang ki pencil hua karti thi ab shayad woh nahi hoti pencil. woh mota likhti thi woh.</w:t>
      </w:r>
    </w:p>
    <w:p>
      <w:pPr>
        <w:jc w:val="right"/>
      </w:pPr>
      <w:r>
        <w:t>پہلے زمانے میں لال رنگ کی پینسل ہوا کرتی تھی اب شاید وہ نہیں ہوتی پینسل۔ وہ موٹا لکھتی تھی وہ۔</w:t>
      </w:r>
    </w:p>
    <w:p>
      <w:r>
        <w:rPr>
          <w:b/>
        </w:rPr>
        <w:t xml:space="preserve">[35:10] </w:t>
      </w:r>
      <w:r>
        <w:t>mota. to woh motay laal rang ke pencil se likha us ne isi isi jagah file mein. i was blind then. i was blind then.</w:t>
      </w:r>
    </w:p>
    <w:p>
      <w:pPr>
        <w:jc w:val="right"/>
      </w:pPr>
      <w:r>
        <w:t>موٹا۔ تو وہ موٹے لال رنگ کے پینسل سے لکھا اس نے اسی اسی جگہ فائل میں۔ آئی واز بلائنڈ دین۔ آئی واز بلائنڈ دین۔</w:t>
      </w:r>
    </w:p>
    <w:p>
      <w:r>
        <w:rPr>
          <w:b/>
        </w:rPr>
        <w:t xml:space="preserve">[35:23] </w:t>
      </w:r>
      <w:r>
        <w:t>main us waqt andha tha. yeh hai etraaf. yeh hai acknowledge karna. yeh hai i was wrong kehna.</w:t>
      </w:r>
    </w:p>
    <w:p>
      <w:pPr>
        <w:jc w:val="right"/>
      </w:pPr>
      <w:r>
        <w:t>میں اس وقت اندھا تھا۔ یہ ہے اعتراف۔ یہ ہے ایکنالج کرنا۔ یہ ہے آئی واز رونگ کہنا۔</w:t>
      </w:r>
    </w:p>
    <w:p>
      <w:r>
        <w:rPr>
          <w:b/>
        </w:rPr>
        <w:t xml:space="preserve">[35:32] </w:t>
      </w:r>
      <w:r>
        <w:t>main samajhta hoon ke jis aadmi ko sachai ki talash ho, jo seeker ho, us ke liye zaroori hai ke yeh spirit us ke andar ho.</w:t>
      </w:r>
    </w:p>
    <w:p>
      <w:pPr>
        <w:jc w:val="right"/>
      </w:pPr>
      <w:r>
        <w:t>میں سمجھتا ہوں کہ جس آدمی کو سچائی کی تلاش ہو، جو سیکھر ہو، اس کے لیے ضروری ہے کہ یہ اسپرٹ اس کے اندر ہو۔</w:t>
      </w:r>
    </w:p>
    <w:p>
      <w:r>
        <w:rPr>
          <w:b/>
        </w:rPr>
        <w:t xml:space="preserve">[35:42] </w:t>
      </w:r>
      <w:r>
        <w:t>kyun ke bar bar aisa aye ga ke us ko pata chalega ke main past ki kuch baatein theen jo main apne mind mein liye hue tha woh sahi nahi theen. bar bar us ko nai discovery hogi.</w:t>
      </w:r>
    </w:p>
    <w:p>
      <w:pPr>
        <w:jc w:val="right"/>
      </w:pPr>
      <w:r>
        <w:t>کیونکہ بار بار ایسا آئے گا کہ اس کو پتہ چلے گا کہ میں پاسٹ کی کچھ باتیں تھیں جو میں اپنے مائنڈ میں لی ہوئے تھا وہ صحیح نہیں تھیں۔ بار بار اس کو نئی ڈسکوری ہوگی۔</w:t>
      </w:r>
    </w:p>
    <w:p>
      <w:r>
        <w:rPr>
          <w:b/>
        </w:rPr>
        <w:t xml:space="preserve">[35:54] </w:t>
      </w:r>
      <w:r>
        <w:t>bar bar us ko naya realization hoga</w:t>
      </w:r>
    </w:p>
    <w:p>
      <w:pPr>
        <w:jc w:val="right"/>
      </w:pPr>
      <w:r>
        <w:t>بار بار اس کو نیا ریلائزیشن ہوگ</w:t>
      </w:r>
    </w:p>
    <w:p>
      <w:r>
        <w:rPr>
          <w:b/>
        </w:rPr>
        <w:t xml:space="preserve">[35:57] </w:t>
      </w:r>
      <w:r>
        <w:t>a. us waqt us ko yeh yeh courage hona chahiye ke kehne ki ke i was wrong main ghalti par tha. tab aglay darwazay usay khultay rahengay.</w:t>
      </w:r>
    </w:p>
    <w:p>
      <w:pPr>
        <w:jc w:val="right"/>
      </w:pPr>
      <w:r>
        <w:t>ا۔ اس وقت اس کو یہ یہ کرج ہونا چاہیے کہ کہنے کی کہ آئی واز رونگ میں غلطی پر تھا۔ تب اگلے دروازے اسے کھلتے رہیں گے۔</w:t>
      </w:r>
    </w:p>
    <w:p>
      <w:r>
        <w:rPr>
          <w:b/>
        </w:rPr>
        <w:t xml:space="preserve">[36:08] </w:t>
      </w:r>
      <w:r>
        <w:t>warna aglay darwazay us ke liye band rahengay. aise hi mere sagay bhai hain a.m. khan woh woh fiza abad mein rehte hain. to unhon ne bataya ke jab woh banaras hindi aur muslim parhte thay to wahan par aik professor sen hua karte thay.</w:t>
      </w:r>
    </w:p>
    <w:p>
      <w:pPr>
        <w:jc w:val="right"/>
      </w:pPr>
      <w:r>
        <w:t>ورنہ اگلے دروازے اس کے لیے بند رہیں گے۔ ایسے ہی میرے سگے بھائی ہیں اے ایم خان وہ وہ فضا آباد میں رہتے ہیں۔ تو انہوں نے بتایا کہ جب وہ بنارس ہندی اور مسلم پڑھتے تھے تو وہاں پر ایک پروفیسر سین ہوا کرتے تھے۔</w:t>
      </w:r>
    </w:p>
    <w:p>
      <w:r>
        <w:rPr>
          <w:b/>
        </w:rPr>
        <w:t xml:space="preserve">[36:24] </w:t>
      </w:r>
      <w:r>
        <w:t>professor sen ne waqia bataya apna wahan ka ke glasgow parhne ke liye. to glasgow mein aisa hua ke wahan ka jo british professor tha to aik mathematical problem ko woh solve kar raha tha black board par.</w:t>
      </w:r>
    </w:p>
    <w:p>
      <w:pPr>
        <w:jc w:val="right"/>
      </w:pPr>
      <w:r>
        <w:t>پروفیسر سین نے واقعہ بتایا اپنا وہاں کا کہ گلیسگو پڑھنے کے لیے۔ تو گلیسگو میں ایسا ہوا کہ وہاں کا جو برٹش پروفیسر تھا تو ایک میتھمیٹیکل پرابلم کو وہ سالو کر رہا تھا بلیک بورڈ پر۔</w:t>
      </w:r>
    </w:p>
    <w:p>
      <w:r>
        <w:rPr>
          <w:b/>
        </w:rPr>
        <w:t xml:space="preserve">[36:43] </w:t>
      </w:r>
      <w:r>
        <w:t>to solve kiya us ne to poora black board bhar gaya.</w:t>
      </w:r>
    </w:p>
    <w:p>
      <w:pPr>
        <w:jc w:val="right"/>
      </w:pPr>
      <w:r>
        <w:t>تو سالو کیا اس نے تو پورا بلیک بورڈ بھر گیا۔</w:t>
      </w:r>
    </w:p>
    <w:p>
      <w:r>
        <w:rPr>
          <w:b/>
        </w:rPr>
        <w:t xml:space="preserve">[36:48] </w:t>
      </w:r>
      <w:r>
        <w:t>to mr. sen kharay hue unhon ne kaha ke sir agar yahan laplace transform ko apply kiya jaye. agar yahan par last laplace transform ko apply kiya jaye to bohat aasani se hum is ka answer pa sakte hain.</w:t>
      </w:r>
    </w:p>
    <w:p>
      <w:pPr>
        <w:jc w:val="right"/>
      </w:pPr>
      <w:r>
        <w:t>تو مسٹر سین کھڑے ہوئے انہوں نے کہا کہ سر اگر یہاں لا پلاس ٹرانسفارم کو اپلائی کیا جائے۔ اگر یہاں پر لاسٹ لا پلاس ٹرانسفارم کو اپلائی کیا جائے تو بہت اسانی سے ہم اس کا انسر پا سکتے ہیں۔</w:t>
      </w:r>
    </w:p>
    <w:p>
      <w:r>
        <w:rPr>
          <w:b/>
        </w:rPr>
        <w:t xml:space="preserve">[37:06] </w:t>
      </w:r>
      <w:r>
        <w:t>to us ne apply kiya us ko to do line mein answer aa gaya.</w:t>
      </w:r>
    </w:p>
    <w:p>
      <w:pPr>
        <w:jc w:val="right"/>
      </w:pPr>
      <w:r>
        <w:t>تو اس نے اپلائی کیا اس کو تو دو لائن میں انسر آ گیا۔</w:t>
      </w:r>
    </w:p>
    <w:p>
      <w:r>
        <w:rPr>
          <w:b/>
        </w:rPr>
        <w:t xml:space="preserve">[37:10] </w:t>
      </w:r>
      <w:r>
        <w:t>to agarchay jawab aik tha. us ne jo das method ko apply kiya tha woh method se bhar gaya tha sara baray black board. aur doosray method se woh bohat kam mein wohi same answer aa gaya tha.</w:t>
      </w:r>
    </w:p>
    <w:p>
      <w:pPr>
        <w:jc w:val="right"/>
      </w:pPr>
      <w:r>
        <w:t>تو اگرچہ جواب ایک تھا۔ اس نے جو دس میتھڈ کو اپلائی کیا تھا وہ میتھڈ سے بھر گیا تھا سارا بڑے بلیک بورڈ۔ اور دوسرے میتھڈ سے وہ بہت کم میں وہی سیم انسر آ گیا تھا۔</w:t>
      </w:r>
    </w:p>
    <w:p>
      <w:r>
        <w:rPr>
          <w:b/>
        </w:rPr>
        <w:t xml:space="preserve">[37:24] </w:t>
      </w:r>
      <w:r>
        <w:t>lekin is professor ne kya kiya? is ne sab ke samne kaha ke das iz da only method. yeh nahi kaha ke haan haan yeh bhi theek hai yeh bhi theek hai yeh bhi theek hai.</w:t>
      </w:r>
    </w:p>
    <w:p>
      <w:pPr>
        <w:jc w:val="right"/>
      </w:pPr>
      <w:r>
        <w:t>لیکن اس پروفیسر نے کیا کیا؟ اس نے سب کے سامنے کہا کہ دس از دا اونلی میتھڈ۔ یہ نہیں کہا کہ ہاں ہاں یہ بھی ٹھیک ہے یہ بھی ٹھیک ہے یہ بھی ٹھیک ہے۔</w:t>
      </w:r>
    </w:p>
    <w:p>
      <w:r>
        <w:rPr>
          <w:b/>
        </w:rPr>
        <w:t xml:space="preserve">[37:36] </w:t>
      </w:r>
      <w:r>
        <w:t>das iz da only method. yeh</w:t>
      </w:r>
    </w:p>
    <w:p>
      <w:pPr>
        <w:jc w:val="right"/>
      </w:pPr>
      <w:r>
        <w:t>دس از دا اونلی میتھڈ۔ یہ</w:t>
      </w:r>
    </w:p>
    <w:p>
      <w:r>
        <w:rPr>
          <w:b/>
        </w:rPr>
        <w:t xml:space="preserve">[37:38] </w:t>
      </w:r>
      <w:r>
        <w:t>hai spirit of inquiry. yeh hai spirit of acknowledgment. to jo aadmi dekhiye sachai ko pana chahta ho</w:t>
      </w:r>
    </w:p>
    <w:p>
      <w:pPr>
        <w:jc w:val="right"/>
      </w:pPr>
      <w:r>
        <w:t>ہے اسپرٹ آف انکوائری۔ یہ ہے اسپرٹ آف ایکنالجمنٹ۔ تو جو آدمی دیکھیے سچائی کو پانا چاہتا ہو</w:t>
      </w:r>
    </w:p>
    <w:p>
      <w:r>
        <w:rPr>
          <w:b/>
        </w:rPr>
        <w:t xml:space="preserve">[37:51] </w:t>
      </w:r>
      <w:r>
        <w:t>is ke andar yeh bhi hona chahiye i was wrong kehne ki. warna is ko starting point hi nahi milega. atka rahega atka rahega atka rahega.</w:t>
      </w:r>
    </w:p>
    <w:p>
      <w:pPr>
        <w:jc w:val="right"/>
      </w:pPr>
      <w:r>
        <w:t>اس کے اندر یہ بھی ہونا چاہیے آئی واز رونگ کہنے کی۔ ورنہ اس کو اسٹارٹنگ پوائنٹ ہی نہیں ملے گا۔ اٹکا رہے گا اٹکا رہے گا اٹکا رہے گا۔</w:t>
      </w:r>
    </w:p>
    <w:p>
      <w:r>
        <w:rPr>
          <w:b/>
        </w:rPr>
        <w:t xml:space="preserve">[38:02] </w:t>
      </w:r>
      <w:r>
        <w:t>jab hum yeh keh dete hain ke i was wrong to hum starting point pa</w:t>
      </w:r>
    </w:p>
    <w:p>
      <w:pPr>
        <w:jc w:val="right"/>
      </w:pPr>
      <w:r>
        <w:t>جب ہم یہ کہہ دیتے ہیں کہ آئی واز رونگ تو ہم اسٹارٹنگ پوائنٹ پ</w:t>
      </w:r>
    </w:p>
    <w:p>
      <w:r>
        <w:rPr>
          <w:b/>
        </w:rPr>
        <w:t xml:space="preserve">[38:07] </w:t>
      </w:r>
      <w:r>
        <w:t>lete hain. hum aage barhne ka darwaza khul jata hai hamare liye.</w:t>
      </w:r>
    </w:p>
    <w:p>
      <w:pPr>
        <w:jc w:val="right"/>
      </w:pPr>
      <w:r>
        <w:t>ا لیتے ہیں۔ ہم اگے بڑھنے کا دروازہ کھل جاتا ہے ہمارے لیے۔</w:t>
      </w:r>
    </w:p>
    <w:p>
      <w:r>
        <w:rPr>
          <w:b/>
        </w:rPr>
        <w:t xml:space="preserve">[38:13] </w:t>
      </w:r>
      <w:r>
        <w:t>aise hi dekhiye ek cheez aur bohat zaroori hai ke aap aap ke andar un bias thinking paida ho. un bias thinking aap ke andar ho.</w:t>
      </w:r>
    </w:p>
    <w:p>
      <w:pPr>
        <w:jc w:val="right"/>
      </w:pPr>
      <w:r>
        <w:t>ایسے ہی دیکھیے ایک چیز اور بہت ضروری ہے کہ آپ آپ کے اندر ان بائس تھنکنگ پیدا ہو۔ ان بائس تھنکنگ آپ کے اندر ہو۔</w:t>
      </w:r>
    </w:p>
    <w:p>
      <w:r>
        <w:rPr>
          <w:b/>
        </w:rPr>
        <w:t xml:space="preserve">[38:22] </w:t>
      </w:r>
      <w:r>
        <w:t>yeh bohat zaroori hai.</w:t>
      </w:r>
    </w:p>
    <w:p>
      <w:pPr>
        <w:jc w:val="right"/>
      </w:pPr>
      <w:r>
        <w:t>یہ بہت ضروری ہے۔</w:t>
      </w:r>
    </w:p>
    <w:p>
      <w:r>
        <w:rPr>
          <w:b/>
        </w:rPr>
        <w:t xml:space="preserve">[38:28] </w:t>
      </w:r>
      <w:r>
        <w:t>ek bar mein ek sahib ke ghar gaya yeh sacha waqia hai. to</w:t>
      </w:r>
    </w:p>
    <w:p>
      <w:pPr>
        <w:jc w:val="right"/>
      </w:pPr>
      <w:r>
        <w:t>ایک بار میں ایک صاحب کے گھر گیا یہ سچا واقعہ ہے۔ تو</w:t>
      </w:r>
    </w:p>
    <w:p>
      <w:r>
        <w:rPr>
          <w:b/>
        </w:rPr>
        <w:t xml:space="preserve">[38:36] </w:t>
      </w:r>
      <w:r>
        <w:t>wo ghar is tarah tha. yeh wo dilli ka waqia hai ke un ke ghar se mila hua doosra ghar tha.</w:t>
      </w:r>
    </w:p>
    <w:p>
      <w:pPr>
        <w:jc w:val="right"/>
      </w:pPr>
      <w:r>
        <w:t>وہ گھر اس طرح تھا۔ یہ وہ دلی کا واقعہ ہے کہ ان کے گھر سے ملا ہوا دوسرا گھر تھا۔</w:t>
      </w:r>
    </w:p>
    <w:p>
      <w:r>
        <w:rPr>
          <w:b/>
        </w:rPr>
        <w:t xml:space="preserve">[38:47] </w:t>
      </w:r>
      <w:r>
        <w:t>to purane dilli mein sab ghar mile mile rehte hain aise hi tha wo. to ek ladka mili hui ghar ki chhat par charh gaya aur patang urhane laga.</w:t>
      </w:r>
    </w:p>
    <w:p>
      <w:pPr>
        <w:jc w:val="right"/>
      </w:pPr>
      <w:r>
        <w:t>تو پرانے دلی میں سب گھر ملے ملے رہتے ہیں ایسے ہی تھا وہ۔ تو ایک لڑکا ملی ہوئی گھر کی چھت پر چڑھ گیا اور پتنگ اڑانے لگا۔</w:t>
      </w:r>
    </w:p>
    <w:p>
      <w:r>
        <w:rPr>
          <w:b/>
        </w:rPr>
        <w:t xml:space="preserve">[39:01] </w:t>
      </w:r>
      <w:r>
        <w:t>to yeh baithe hue the aur wo samne patang urha raha tha. to danta is ko unhon ne kyunke doosra koi kaam nahi hai parhte likhte nahi ho patang urha rahe ho.</w:t>
      </w:r>
    </w:p>
    <w:p>
      <w:pPr>
        <w:jc w:val="right"/>
      </w:pPr>
      <w:r>
        <w:t>تو یہ بیٹھے ہوئے تھے اور وہ سامنے پتنگ اڑا رہا تھا۔ تو ڈانٹا اس کو انہوں نے کیونکہ دوسرا کوئی کام نہیں ہے پڑھتے لکھتے نہیں ہو پتنگ اڑا رہے ہو۔</w:t>
      </w:r>
    </w:p>
    <w:p>
      <w:r>
        <w:rPr>
          <w:b/>
        </w:rPr>
        <w:t xml:space="preserve">[39:14] </w:t>
      </w:r>
      <w:r>
        <w:t>to is ko dantne lage is tarike se wo. is ke baad kya hua? kuch der ke baad un ke baad apna beta aya.</w:t>
      </w:r>
    </w:p>
    <w:p>
      <w:pPr>
        <w:jc w:val="right"/>
      </w:pPr>
      <w:r>
        <w:t>تو اس کو ڈانٹنے لگے اس طریقے سے وہ۔ اس کے بعد کیا ہوا؟ کچھ دیر کے بعد ان کے بعد اپنا بیٹا آیا۔</w:t>
      </w:r>
    </w:p>
    <w:p>
      <w:r>
        <w:rPr>
          <w:b/>
        </w:rPr>
        <w:t xml:space="preserve">[39:24] </w:t>
      </w:r>
      <w:r>
        <w:t>yeh meri ankhon ne dekha waqia hai yeh.</w:t>
      </w:r>
    </w:p>
    <w:p>
      <w:pPr>
        <w:jc w:val="right"/>
      </w:pPr>
      <w:r>
        <w:t>یہ میری آنکھوں نے دیکھا واقعہ ہے یہ۔</w:t>
      </w:r>
    </w:p>
    <w:p>
      <w:r>
        <w:rPr>
          <w:b/>
        </w:rPr>
        <w:t xml:space="preserve">[39:26] </w:t>
      </w:r>
      <w:r>
        <w:t>apna beta aya. aa kar ke khamoshi se kamre ke andar gaya un un ke kamre mein. wahan is ne ek patang rakhi thi.</w:t>
      </w:r>
    </w:p>
    <w:p>
      <w:pPr>
        <w:jc w:val="right"/>
      </w:pPr>
      <w:r>
        <w:t>اپنا بیٹا آیا۔ آ کر کے خاموشی سے کمرے کے اندر گیا ان ان کے کمرے میں۔ وہاں اس نے ایک پتنگ رکھی تھی۔</w:t>
      </w:r>
    </w:p>
    <w:p>
      <w:r>
        <w:rPr>
          <w:b/>
        </w:rPr>
        <w:t xml:space="preserve">[39:35] </w:t>
      </w:r>
      <w:r>
        <w:t>patang nikali nikal kar ke aur khoob urhane laga wo. inhi ke samne. wo to urha raha tha apni chhat par. yeh inhi ke samne urhane laga.</w:t>
      </w:r>
    </w:p>
    <w:p>
      <w:pPr>
        <w:jc w:val="right"/>
      </w:pPr>
      <w:r>
        <w:t>پتنگ نکالی نکال کر کے اور خوب اڑانے لگا وہ۔ انہی کے سامنے۔ وہ تو اڑا رہا تھا اپنی چھت پر۔ یہ انہی کے سامنے اڑانے لگا۔</w:t>
      </w:r>
    </w:p>
    <w:p>
      <w:r>
        <w:rPr>
          <w:b/>
        </w:rPr>
        <w:t xml:space="preserve">[39:45] </w:t>
      </w:r>
      <w:r>
        <w:t>ab dekh dekh khush ho rahe hain wo. ke mera beta khoob kamyabi ke sath patang urha raha hai. yeh hai bias thinking.</w:t>
      </w:r>
    </w:p>
    <w:p>
      <w:pPr>
        <w:jc w:val="right"/>
      </w:pPr>
      <w:r>
        <w:t>اب دیکھ دیکھ خوش ہو رہے ہیں وہ۔ کہ میرا بیٹا خوب کامیابی کے ساتھ پتنگ اڑا رہا ہے۔ یہ ہے بائس تھنکنگ۔</w:t>
      </w:r>
    </w:p>
    <w:p>
      <w:r>
        <w:rPr>
          <w:b/>
        </w:rPr>
        <w:t xml:space="preserve">[39:54] </w:t>
      </w:r>
      <w:r>
        <w:t>yani apne bete ko kisi aur nazar se dekhna. aur doosre bete ko kisi aur nazar se dekhna. dekhiye yeh bias thinking itni zyada hai ke bohat kam log is se bache hain.</w:t>
      </w:r>
    </w:p>
    <w:p>
      <w:pPr>
        <w:jc w:val="right"/>
      </w:pPr>
      <w:r>
        <w:t>یعنی اپنے بیٹے کو کسی اور نظر سے دیکھنا۔ اور دوسرے بیٹے کو کسی اور نظر سے دیکھنا۔ دیکھیے یہ بائس تھنکنگ اتنی زیادہ ہے کہ بہت کم لوگ اس سے بچے ہیں۔</w:t>
      </w:r>
    </w:p>
    <w:p>
      <w:r>
        <w:rPr>
          <w:b/>
        </w:rPr>
        <w:t xml:space="preserve">[40:08] </w:t>
      </w:r>
      <w:r>
        <w:t>kisi na kisi qism ka bias hota hai koi na koi bias. is mein log phanse rehte hain. bias jo hai wo aap ki nigah par ek rangeen aaink daal deta hai.</w:t>
      </w:r>
    </w:p>
    <w:p>
      <w:pPr>
        <w:jc w:val="right"/>
      </w:pPr>
      <w:r>
        <w:t>کسی نہ کسی قسم کا بائس ہوتا ہے کوئی نہ کوئی بائس۔ اس میں لوگ پھنسے رہتے ہیں۔ بائس جو ہے وہ آپ کی نگاہ پر ایک رنگین عینک ڈال دیتا ہے۔</w:t>
      </w:r>
    </w:p>
    <w:p>
      <w:r>
        <w:rPr>
          <w:b/>
        </w:rPr>
        <w:t xml:space="preserve">[40:18] </w:t>
      </w:r>
      <w:r>
        <w:t>rangeen rangeen chashma rangeen aaink.</w:t>
      </w:r>
    </w:p>
    <w:p>
      <w:pPr>
        <w:jc w:val="right"/>
      </w:pPr>
      <w:r>
        <w:t>رنگین رنگین چشمہ رنگین عینک۔</w:t>
      </w:r>
    </w:p>
    <w:p>
      <w:r>
        <w:rPr>
          <w:b/>
        </w:rPr>
        <w:t xml:space="preserve">[40:22] </w:t>
      </w:r>
      <w:r>
        <w:t>to cheezein aap ko waisi dikhai dene lagti hain jis rang ka aap ka glass hai.</w:t>
      </w:r>
    </w:p>
    <w:p>
      <w:pPr>
        <w:jc w:val="right"/>
      </w:pPr>
      <w:r>
        <w:t>تو چیزیں آپ کو ویسی دکھائی دینے لگتی ہیں جس رنگ کا آپ کا گلاس ہے۔</w:t>
      </w:r>
    </w:p>
    <w:p>
      <w:r>
        <w:rPr>
          <w:b/>
        </w:rPr>
        <w:t xml:space="preserve">[40:31] </w:t>
      </w:r>
      <w:r>
        <w:t>mein samajhta hoon ke bohat hi zaroori hai ke aadmi ke andar bias thinking na ho.</w:t>
      </w:r>
    </w:p>
    <w:p>
      <w:pPr>
        <w:jc w:val="right"/>
      </w:pPr>
      <w:r>
        <w:t>میں سمجھتا ہوں کہ بہت ہی ضروری ہے کہ آدمی کے اندر بائس تھنکنگ نہ ہو۔</w:t>
      </w:r>
    </w:p>
    <w:p>
      <w:r>
        <w:rPr>
          <w:b/>
        </w:rPr>
        <w:t xml:space="preserve">[40:42] </w:t>
      </w:r>
      <w:r>
        <w:t>ek cheez aap ghar mein dekh har ghar mein dekh sakte hain. ke ek aurat apni bahu ke liye yani doosre ki beti ke liye khush hoti hai aur khud apni beti ke liye khush hoti hai.</w:t>
      </w:r>
    </w:p>
    <w:p>
      <w:pPr>
        <w:jc w:val="right"/>
      </w:pPr>
      <w:r>
        <w:t>ایک چیز آپ گھر میں دیکھ ہر گھر میں دیکھ سکتے ہیں۔ کہ ایک عورت اپنی بہو کے لیے یعنی دوسرے کی بیٹی کے لیے خوش ہوتی ہے اور خود اپنی بیٹی کے لیے خوش ہوتی ہے۔</w:t>
      </w:r>
    </w:p>
    <w:p>
      <w:r>
        <w:rPr>
          <w:b/>
        </w:rPr>
        <w:t xml:space="preserve">[40:57] </w:t>
      </w:r>
      <w:r>
        <w:t>jis ghar mein dekh lijiye yeh qissa. ke saas ke hasiyat se wo kuch aur hai. maa ke hasiyat se wo kuch aur hai.</w:t>
      </w:r>
    </w:p>
    <w:p>
      <w:pPr>
        <w:jc w:val="right"/>
      </w:pPr>
      <w:r>
        <w:t>جس گھر میں دیکھ لیجیے یہ قصہ۔ کہ ساس کے حیثیت سے وہ کچھ اور ہے۔ ماں کے حیثیت سے وہ کچھ اور ہے۔</w:t>
      </w:r>
    </w:p>
    <w:p>
      <w:r>
        <w:rPr>
          <w:b/>
        </w:rPr>
        <w:t xml:space="preserve">[41:06] </w:t>
      </w:r>
      <w:r>
        <w:t>yani apni beti agar hai to jo kuch bhi kare wo sab theek hai. aur doosre ki beti jo hai jo bahu ban kar aayi hai us ke ghar mein.</w:t>
      </w:r>
    </w:p>
    <w:p>
      <w:pPr>
        <w:jc w:val="right"/>
      </w:pPr>
      <w:r>
        <w:t>یعنی اپنی بیٹی اگر ہے تو جو کچھ بھی کرے وہ سب ٹھیک ہے۔ اور دوسرے کی بیٹی جو ہے جو بہو بن کر آئی ہے اس کے گھر میں۔</w:t>
      </w:r>
    </w:p>
    <w:p>
      <w:r>
        <w:rPr>
          <w:b/>
        </w:rPr>
        <w:t xml:space="preserve">[41:16] </w:t>
      </w:r>
      <w:r>
        <w:t>to us ko woh aik aur nazar se dekhti hai. us ki har baat mein us ko aik na aik aik na aik defect dikhai dene lagta hai. yeh hai bias thinking.</w:t>
      </w:r>
    </w:p>
    <w:p>
      <w:pPr>
        <w:jc w:val="right"/>
      </w:pPr>
      <w:r>
        <w:t>تو اس کو وہ ایک اور نظر سے دیکھتی ہے۔ اس کی ہر بات میں اس کو ایک نہ ایک ایک نہ ایک ڈیفیکٹ دکھائی دینے لگتا ہے۔ یہ ہے بائس تھنکنگ۔</w:t>
      </w:r>
    </w:p>
    <w:p>
      <w:r>
        <w:rPr>
          <w:b/>
        </w:rPr>
        <w:t xml:space="preserve">[41:27] </w:t>
      </w:r>
      <w:r>
        <w:t>jis ko hum urdu mein kehte hain mutaassibana nazar.</w:t>
      </w:r>
    </w:p>
    <w:p>
      <w:pPr>
        <w:jc w:val="right"/>
      </w:pPr>
      <w:r>
        <w:t>جس کو ہم اردو میں کہتے ہیں متعصبانہ نظر۔</w:t>
      </w:r>
    </w:p>
    <w:p>
      <w:r>
        <w:rPr>
          <w:b/>
        </w:rPr>
        <w:t xml:space="preserve">[41:32] </w:t>
      </w:r>
      <w:r>
        <w:t>to yeh ilm mein jab aati hai yeh yani daily life mein bhi yeh hoti hai. lekin jab ilm mein aaye ga woh ilm ki line mein. to bohat ziyada wahan gadbad ho jata hai.</w:t>
      </w:r>
    </w:p>
    <w:p>
      <w:pPr>
        <w:jc w:val="right"/>
      </w:pPr>
      <w:r>
        <w:t>تو یہ علم میں جب آتی ہے یہ یعنی ڈیلی لائف میں بھی یہ ہوتی ہے۔ لیکن جب علم میں آئے گا وہ علم کی لائن میں۔ تو بہت زیادہ وہاں گڑبڑ ہو جاتا ہے۔</w:t>
      </w:r>
    </w:p>
    <w:p>
      <w:r>
        <w:rPr>
          <w:b/>
        </w:rPr>
        <w:t xml:space="preserve">[41:44] </w:t>
      </w:r>
      <w:r>
        <w:t>kyun ke aap right thinking aap se chhin jati hai. right thinking baqi nahin rehti.</w:t>
      </w:r>
    </w:p>
    <w:p>
      <w:pPr>
        <w:jc w:val="right"/>
      </w:pPr>
      <w:r>
        <w:t>کیونکہ آپ رائٹ تھنکنگ آپ سے چھن جاتی ہے۔ رائٹ تھنکنگ باقی نہیں رہتی۔</w:t>
      </w:r>
    </w:p>
    <w:p>
      <w:r>
        <w:rPr>
          <w:b/>
        </w:rPr>
        <w:t xml:space="preserve">[41:55] </w:t>
      </w:r>
      <w:r>
        <w:t>aise hi dekhiye aik misaal jo aap ghar ghar ghar mein dekh sakte hain. ke aaj kal larkiyan jo hain woh job karti hain aap jante hain.</w:t>
      </w:r>
    </w:p>
    <w:p>
      <w:pPr>
        <w:jc w:val="right"/>
      </w:pPr>
      <w:r>
        <w:t>ایسے ہی دیکھیے ایک مثال جو آپ گھر گھر گھر میں دیکھ سکتے ہیں۔ کہ آج کل لڑکیاں جو ہیں وہ جاب کرتی ہیں آپ جانتے ہیں۔</w:t>
      </w:r>
    </w:p>
    <w:p>
      <w:r>
        <w:rPr>
          <w:b/>
        </w:rPr>
        <w:t xml:space="preserve">[42:08] </w:t>
      </w:r>
      <w:r>
        <w:t>kisi office mein. har office mein aik boss hota hai. boss se difference bhi aata hai. wahan par woh difference ko manage karti hai.</w:t>
      </w:r>
    </w:p>
    <w:p>
      <w:pPr>
        <w:jc w:val="right"/>
      </w:pPr>
      <w:r>
        <w:t>کسی آفس میں۔ ہر آفس میں ایک باس ہوتا ہے۔ باس سے ڈیفرنس بھی آتا ہے۔ وہاں پر وہ ڈیفرنس کو مینج کرتی ہے۔</w:t>
      </w:r>
    </w:p>
    <w:p>
      <w:r>
        <w:rPr>
          <w:b/>
        </w:rPr>
        <w:t xml:space="preserve">[42:19] </w:t>
      </w:r>
      <w:r>
        <w:t>har larki apne job mein jis office mein jati hai wahan ke boss se woh manage karti hai.</w:t>
      </w:r>
    </w:p>
    <w:p>
      <w:pPr>
        <w:jc w:val="right"/>
      </w:pPr>
      <w:r>
        <w:t>ہر لڑکی اپنے جاب میں جس آفس میں جاتی ہے وہاں کے باس سے وہ مینج کرتی ہے۔</w:t>
      </w:r>
    </w:p>
    <w:p>
      <w:r>
        <w:rPr>
          <w:b/>
        </w:rPr>
        <w:t xml:space="preserve">[42:28] </w:t>
      </w:r>
      <w:r>
        <w:t>aur ghar mein apne husband se koi difference aa jaye to wahan manage nahin karti. woh lad jati hai. yahan tak ke separation tak mamla pahunch jata hai.</w:t>
      </w:r>
    </w:p>
    <w:p>
      <w:pPr>
        <w:jc w:val="right"/>
      </w:pPr>
      <w:r>
        <w:t>اور گھر میں اپنے ہسبینڈ سے کوئی ڈیفرنس آ جائے تو وہاں مینج نہیں کرتی۔ وہ لڑ جاتی ہے۔ یہاں تک کہ سیپریشن تک معاملہ پہنچ جاتا ہے۔</w:t>
      </w:r>
    </w:p>
    <w:p>
      <w:r>
        <w:rPr>
          <w:b/>
        </w:rPr>
        <w:t xml:space="preserve">[42:42] </w:t>
      </w:r>
      <w:r>
        <w:t>aap ghor kijiye ke ghar ke aadmi se manage na karna difference ko aur bahar ke aadmi se manage karna yeh kya hai? yeh kya hai?</w:t>
      </w:r>
    </w:p>
    <w:p>
      <w:pPr>
        <w:jc w:val="right"/>
      </w:pPr>
      <w:r>
        <w:t>آپ غور کیجیے کہ گھر کے آدمی سے مینج نہ کرنا ڈیفرنس کو اور باہر کے آدمی سے مینج کرنا یہ کیا ہے؟ یہ کیا ہے؟</w:t>
      </w:r>
    </w:p>
    <w:p>
      <w:r>
        <w:rPr>
          <w:b/>
        </w:rPr>
        <w:t xml:space="preserve">[42:51] </w:t>
      </w:r>
      <w:r>
        <w:t>yeh tanzad nahin contradiction nahin hai?</w:t>
      </w:r>
    </w:p>
    <w:p>
      <w:pPr>
        <w:jc w:val="right"/>
      </w:pPr>
      <w:r>
        <w:t>یہ تضاد نہیں کنٹراڈکشن نہیں ہے؟</w:t>
      </w:r>
    </w:p>
    <w:p>
      <w:r>
        <w:rPr>
          <w:b/>
        </w:rPr>
        <w:t xml:space="preserve">[42:56] </w:t>
      </w:r>
      <w:r>
        <w:t>is zehan ke sath aap sachai ko nahin pa sakte.</w:t>
      </w:r>
    </w:p>
    <w:p>
      <w:pPr>
        <w:jc w:val="right"/>
      </w:pPr>
      <w:r>
        <w:t>اس ذہن کے ساتھ آپ سچائی کو نہیں پا سکتے۔</w:t>
      </w:r>
    </w:p>
    <w:p>
      <w:r>
        <w:rPr>
          <w:b/>
        </w:rPr>
        <w:t xml:space="preserve">[43:01] </w:t>
      </w:r>
      <w:r>
        <w:t>yani ghar ke difference ko aap dono jagah manage karna chahiye.</w:t>
      </w:r>
    </w:p>
    <w:p>
      <w:pPr>
        <w:jc w:val="right"/>
      </w:pPr>
      <w:r>
        <w:t>یعنی گھر کے ڈیفرنس کو آپ دونوں جگہ مینج کرنا چاہیے۔</w:t>
      </w:r>
    </w:p>
    <w:p>
      <w:r>
        <w:rPr>
          <w:b/>
        </w:rPr>
        <w:t xml:space="preserve">[43:09] </w:t>
      </w:r>
      <w:r>
        <w:t>yani art of difference management ko aap ko dono jagah apply karen ge to aap ke andar strong personality banegi. agar aap aisa karenge ke art of difference management ko bahar to aap ne apply kiya ghar mein apply nahin kiya to aap ke andar weak personality banegi.</w:t>
      </w:r>
    </w:p>
    <w:p>
      <w:pPr>
        <w:jc w:val="right"/>
      </w:pPr>
      <w:r>
        <w:t>یعنی آرٹ آف ڈیفرنس مینجمنٹ کو آپ کو دونوں جگہ اپلائی کریں گے تو آپ کے اندر سٹرانگ پرسنیلٹی بنے گی۔ اگر آپ ایسا کریں گے کہ آرٹ آف ڈیفرنس مینجمنٹ کو باہر تو آپ نے اپلائی کیا گھر میں اپلائی نہیں کیا تو آپ کے اندر ویک پرسنیلٹی بنے گی۔</w:t>
      </w:r>
    </w:p>
    <w:p>
      <w:r>
        <w:rPr>
          <w:b/>
        </w:rPr>
        <w:t xml:space="preserve">[43:24] </w:t>
      </w:r>
      <w:r>
        <w:t>weak. to aap bataiye sachai ka safar kaise tay karenge aap? baaton ko kaise janenge aap? scientific thinking kaise aayegi aap ke andar?</w:t>
      </w:r>
    </w:p>
    <w:p>
      <w:pPr>
        <w:jc w:val="right"/>
      </w:pPr>
      <w:r>
        <w:t>ویک۔ تو آپ بتائیے سچائی کا سفر کیسے طے کریں گے آپ؟ باتوں کو کیسے جانیں گے آپ؟ سائنٹیفک تھنکنگ کیسے آئے گی آپ کے اندر؟</w:t>
      </w:r>
    </w:p>
    <w:p>
      <w:r>
        <w:rPr>
          <w:b/>
        </w:rPr>
        <w:t xml:space="preserve">[43:37] </w:t>
      </w:r>
      <w:r>
        <w:t>woh cheez jis ko nehru kaha karte the the scientific temper. scientific temper kahan se aayega?</w:t>
      </w:r>
    </w:p>
    <w:p>
      <w:pPr>
        <w:jc w:val="right"/>
      </w:pPr>
      <w:r>
        <w:t>وہ چیز جس کو نہرو کہا کرتے تھے تھے سائنٹیفک ٹیمپر۔ سائنٹیفک ٹیمپر کہاں سے آئے گا؟</w:t>
      </w:r>
    </w:p>
    <w:p>
      <w:r>
        <w:rPr>
          <w:b/>
        </w:rPr>
        <w:t xml:space="preserve">[43:47] </w:t>
      </w:r>
      <w:r>
        <w:t>aise hi maine bohat se naujawanon ko dekha hai ke america ki burai karte hain. bohat bura hai america bohat bura hai america. aur jaise hi un ko wahan se mil jata hai koi admission foran bhagte hain wahan ja kar.</w:t>
      </w:r>
    </w:p>
    <w:p>
      <w:pPr>
        <w:jc w:val="right"/>
      </w:pPr>
      <w:r>
        <w:t>ایسے ہی میں نے بہت سے نوجوانوں کو دیکھا ہے کہ امریکہ کی برائی کرتے ہیں۔ بہت برا ہے امریکہ بہت برا ہے امریکہ۔ اور جیسے ہی ان کو وہاں سے مل جاتا ہے کوئی ایڈمیشن فوراً بھاگتے ہیں وہاں جا کر۔</w:t>
      </w:r>
    </w:p>
    <w:p>
      <w:r>
        <w:rPr>
          <w:b/>
        </w:rPr>
        <w:t xml:space="preserve">[44:02] </w:t>
      </w:r>
      <w:r>
        <w:t>wahan ja kar khoob theek se rehte hain.</w:t>
      </w:r>
    </w:p>
    <w:p>
      <w:pPr>
        <w:jc w:val="right"/>
      </w:pPr>
      <w:r>
        <w:t>وہاں جا کر خوب ٹھیک سے رہتے ہیں۔</w:t>
      </w:r>
    </w:p>
    <w:p>
      <w:r>
        <w:rPr>
          <w:b/>
        </w:rPr>
        <w:t xml:space="preserve">[44:05] </w:t>
      </w:r>
      <w:r>
        <w:t>yani apne desh mein bura batayen ge america ko. aur jaise hi mauqa mil gaya un ko america jane ka.</w:t>
      </w:r>
    </w:p>
    <w:p>
      <w:pPr>
        <w:jc w:val="right"/>
      </w:pPr>
      <w:r>
        <w:t>یعنی اپنے دیش میں برا بتائیں گے امریکہ کو۔ اور جیسے ہی موقع مل گیا ان کو امریکہ جانے کا۔</w:t>
      </w:r>
    </w:p>
    <w:p>
      <w:r>
        <w:rPr>
          <w:b/>
        </w:rPr>
        <w:t xml:space="preserve">[44:13] </w:t>
      </w:r>
      <w:r>
        <w:t>to wahan ja kar ke daud foran wahan jate hain wahan ja kar ke khoob theek thak se rehte hain. yeh kya hai? double standard.</w:t>
      </w:r>
    </w:p>
    <w:p>
      <w:pPr>
        <w:jc w:val="right"/>
      </w:pPr>
      <w:r>
        <w:t>تو وہاں جا کر کے دوڑ فوراً وہاں جاتے ہیں وہاں جا کر کے خوب ٹھیک ٹھاک سے رہتے ہیں۔ یہ کیا ہے؟ ڈبل اسٹینڈرڈ۔</w:t>
      </w:r>
    </w:p>
    <w:p>
      <w:r>
        <w:rPr>
          <w:b/>
        </w:rPr>
        <w:t xml:space="preserve">[44:23] </w:t>
      </w:r>
      <w:r>
        <w:t>contradiction.</w:t>
      </w:r>
    </w:p>
    <w:p>
      <w:pPr>
        <w:jc w:val="right"/>
      </w:pPr>
      <w:r>
        <w:t>کنٹراڈکشن۔</w:t>
      </w:r>
    </w:p>
    <w:p>
      <w:r>
        <w:rPr>
          <w:b/>
        </w:rPr>
        <w:t xml:space="preserve">[44:26] </w:t>
      </w:r>
      <w:r>
        <w:t>to log</w:t>
      </w:r>
    </w:p>
    <w:p>
      <w:pPr>
        <w:jc w:val="right"/>
      </w:pPr>
      <w:r>
        <w:t>تو لوگ</w:t>
      </w:r>
    </w:p>
    <w:p>
      <w:r>
        <w:rPr>
          <w:b/>
        </w:rPr>
        <w:t xml:space="preserve">[44:31] </w:t>
      </w:r>
      <w:r>
        <w:t>log jeete hain isi qism ki cheezon mein. to aise log jo hain woh woh kuch yani kuch earning kar len ge koi ghar bana len ge kuch paisa ikattha kar len ge yeh to kar len ge woh.</w:t>
      </w:r>
    </w:p>
    <w:p>
      <w:pPr>
        <w:jc w:val="right"/>
      </w:pPr>
      <w:r>
        <w:t>لوگ جیتے ہیں اسی قسم کی چیزوں میں۔ تو ایسے لوگ جو ہیں وہ وہ کچھ یعنی کچھ ارننگ کر لیں گے کوئی گھر بنا لیں گے کچھ پیسہ اکٹھا کر لیں گے یہ تو کر لیں گے وہ۔</w:t>
      </w:r>
    </w:p>
    <w:p>
      <w:r>
        <w:rPr>
          <w:b/>
        </w:rPr>
        <w:t xml:space="preserve">[44:47] </w:t>
      </w:r>
      <w:r>
        <w:t>kyun ke wahan par jahan un ka personal interest ho wahan woh theek thak ho jate hain.</w:t>
      </w:r>
    </w:p>
    <w:p>
      <w:pPr>
        <w:jc w:val="right"/>
      </w:pPr>
      <w:r>
        <w:t>کیونکہ وہاں پر جہاں ان کا پرسنل انٹرسٹ ہو وہاں وہ ٹھیک ٹھاک ہو جاتے ہیں۔</w:t>
      </w:r>
    </w:p>
    <w:p>
      <w:r>
        <w:rPr>
          <w:b/>
        </w:rPr>
        <w:t xml:space="preserve">[44:53] </w:t>
      </w:r>
      <w:r>
        <w:t>jahan personal interest na ho wahan to ladte phirte hain. lekin jahan personal interest ho wahan theek thak ho jate hain. adjust karte hain. to kuch paisa to kama len ge woh.</w:t>
      </w:r>
    </w:p>
    <w:p>
      <w:pPr>
        <w:jc w:val="right"/>
      </w:pPr>
      <w:r>
        <w:t>جہاں پرسنل انٹرسٹ نہ ہو وہاں تو لڑتے پھرتے ہیں۔ لیکن جہاں پرسنل انٹرسٹ ہو وہاں ٹھیک ٹھاک ہو جاتے ہیں۔ ایڈجسٹ کرتے ہیں۔ تو کچھ پیسہ تو کما لیں گے وہ۔</w:t>
      </w:r>
    </w:p>
    <w:p>
      <w:r>
        <w:rPr>
          <w:b/>
        </w:rPr>
        <w:t xml:space="preserve">[45:05] </w:t>
      </w:r>
      <w:r>
        <w:t>lekin yaad rakhiye aise log sachai tak nahin pahunch sakte. kyun ke sachai tak pahunchne ke liye strong personality darkar hai.</w:t>
      </w:r>
    </w:p>
    <w:p>
      <w:pPr>
        <w:jc w:val="right"/>
      </w:pPr>
      <w:r>
        <w:t>لیکن یاد رکھیے ایسے لوگ سچائی تک نہیں پہنچ سکتے۔ کیونکہ سچائی تک پہنچنے کے لیے سٹرانگ پرسنیلٹی درکار ہے۔</w:t>
      </w:r>
    </w:p>
    <w:p>
      <w:r>
        <w:rPr>
          <w:b/>
        </w:rPr>
        <w:t xml:space="preserve">[45:15] </w:t>
      </w:r>
      <w:r>
        <w:t>week personality jo hai woh kabhi sachai tak nahi pahunche gi.</w:t>
      </w:r>
    </w:p>
    <w:p>
      <w:pPr>
        <w:jc w:val="right"/>
      </w:pPr>
      <w:r>
        <w:t>ویک پرسنیلٹی جو ہے وہ کبھی سچائی تک نہیں پہنچے گی۔</w:t>
      </w:r>
    </w:p>
    <w:p>
      <w:r>
        <w:rPr>
          <w:b/>
        </w:rPr>
        <w:t xml:space="preserve">[45:23] </w:t>
      </w:r>
      <w:r>
        <w:t>aik bohat hi well known saying hai ke all that glitters is not gold. all that glitters is not gold.</w:t>
      </w:r>
    </w:p>
    <w:p>
      <w:pPr>
        <w:jc w:val="right"/>
      </w:pPr>
      <w:r>
        <w:t>ایک بہت ہی ویل نون سینگ ہے کہ آل دیٹ گلٹرز از ناٹ گولڈ۔ آل دیٹ گلٹرز از ناٹ گولڈ۔</w:t>
      </w:r>
    </w:p>
    <w:p>
      <w:r>
        <w:rPr>
          <w:b/>
        </w:rPr>
        <w:t xml:space="preserve">[45:32] </w:t>
      </w:r>
      <w:r>
        <w:t>yeh jis tarah se sahi hai material cheezon mein waisay hi yeh sahi hai intellectual cheezon mein bhi. yeh dekhiye aaj kal bohat se log milen ge aap ko jo kahen ge ke main atheist hoon.</w:t>
      </w:r>
    </w:p>
    <w:p>
      <w:pPr>
        <w:jc w:val="right"/>
      </w:pPr>
      <w:r>
        <w:t>یہ جس طرح سے صحیح ہے مٹیریل چیزوں میں ویسے ہی یہ صحیح ہے انٹلیکچول چیزوں میں بھی۔ یہ دیکھیے آج کل بہت سے لوگ ملیں گے آپ کو جو کہیں گے کہ میں ایتھیسٹ ہوں۔</w:t>
      </w:r>
    </w:p>
    <w:p>
      <w:r>
        <w:rPr>
          <w:b/>
        </w:rPr>
        <w:t xml:space="preserve">[45:49] </w:t>
      </w:r>
      <w:r>
        <w:t>atheist. main ne is par bohat ghor kiya.</w:t>
      </w:r>
    </w:p>
    <w:p>
      <w:pPr>
        <w:jc w:val="right"/>
      </w:pPr>
      <w:r>
        <w:t>ایتھیسٹ۔ میں نے اس پر بہت غور کیا۔</w:t>
      </w:r>
    </w:p>
    <w:p>
      <w:r>
        <w:rPr>
          <w:b/>
        </w:rPr>
        <w:t xml:space="preserve">[45:53] </w:t>
      </w:r>
      <w:r>
        <w:t>main ne paya hai ke yeh yeh log jo hain yeh haqeeqat mein non conformist hote hain yeh. non conformist.</w:t>
      </w:r>
    </w:p>
    <w:p>
      <w:pPr>
        <w:jc w:val="right"/>
      </w:pPr>
      <w:r>
        <w:t>میں نے پایا ہے کہ یہ یہ لوگ جو ہیں یہ حقیقت میں نان کنفرمسٹ ہوتے ہیں یہ۔ نان کنفرمسٹ۔</w:t>
      </w:r>
    </w:p>
    <w:p>
      <w:r>
        <w:rPr>
          <w:b/>
        </w:rPr>
        <w:t xml:space="preserve">[46:04] </w:t>
      </w:r>
      <w:r>
        <w:t>liberal life batane ke liye to kehte hain ke main atheist hoon. kyun? atheist aik philosophical term hai. agar woh kahe ke main non conformist hoon to woh woh koi philosophical term nahi hai.</w:t>
      </w:r>
    </w:p>
    <w:p>
      <w:pPr>
        <w:jc w:val="right"/>
      </w:pPr>
      <w:r>
        <w:t>لبرل لائف بتانے کے لیے تو کہتے ہیں کہ میں ایتھیسٹ ہوں۔ کیوں؟ ایتھیسٹ ایک فلاسفیکل ٹرم ہے۔ اگر وہ کہے کہ میں نان کنفرمسٹ ہوں تو وہ وہ کوئی فلاسفیکل ٹرم نہیں ہے۔</w:t>
      </w:r>
    </w:p>
    <w:p>
      <w:r>
        <w:rPr>
          <w:b/>
        </w:rPr>
        <w:t xml:space="preserve">[46:19] </w:t>
      </w:r>
      <w:r>
        <w:t>woh aik negative meaning is ke andar hai.</w:t>
      </w:r>
    </w:p>
    <w:p>
      <w:pPr>
        <w:jc w:val="right"/>
      </w:pPr>
      <w:r>
        <w:t>وہ ایک نیگیٹیو میننگ اس کے اندر ہے۔</w:t>
      </w:r>
    </w:p>
    <w:p>
      <w:r>
        <w:rPr>
          <w:b/>
        </w:rPr>
        <w:t xml:space="preserve">[46:23] </w:t>
      </w:r>
      <w:r>
        <w:t>to hote hain non conformist aur kehte hain main atheist hoon.</w:t>
      </w:r>
    </w:p>
    <w:p>
      <w:pPr>
        <w:jc w:val="right"/>
      </w:pPr>
      <w:r>
        <w:t>تو ہوتے ہیں نان کنفرمسٹ اور کہتے ہیں میں ایتھیسٹ ہوں۔</w:t>
      </w:r>
    </w:p>
    <w:p>
      <w:r>
        <w:rPr>
          <w:b/>
        </w:rPr>
        <w:t xml:space="preserve">[46:30] </w:t>
      </w:r>
      <w:r>
        <w:t>bataiye ke is tarah ke jo</w:t>
      </w:r>
    </w:p>
    <w:p>
      <w:pPr>
        <w:jc w:val="right"/>
      </w:pPr>
      <w:r>
        <w:t>بتائیے کہ اس طرح کے جو</w:t>
      </w:r>
    </w:p>
    <w:p>
      <w:r>
        <w:rPr>
          <w:b/>
        </w:rPr>
        <w:t xml:space="preserve">[46:37] </w:t>
      </w:r>
      <w:r>
        <w:t>is tarah ke jo weakness li hui hain woh log log apni personality mein woh kabhi bhi sachai ko nahi paen ge.</w:t>
      </w:r>
    </w:p>
    <w:p>
      <w:pPr>
        <w:jc w:val="right"/>
      </w:pPr>
      <w:r>
        <w:t>اس طرح کے جو ویکنس لی ہوئی ہیں وہ لوگ لوگ اپنی پرسنیلٹی میں وہ کبھی بھی سچائی کو نہیں پائیں گے۔</w:t>
      </w:r>
    </w:p>
    <w:p>
      <w:r>
        <w:rPr>
          <w:b/>
        </w:rPr>
        <w:t xml:space="preserve">[46:46] </w:t>
      </w:r>
      <w:r>
        <w:t>mera tajurba yeh hai ke agar aadmi sachai ko pana chahta hai sachai se murad mein bohat limited sense mein nahi bol raha hoon.</w:t>
      </w:r>
    </w:p>
    <w:p>
      <w:pPr>
        <w:jc w:val="right"/>
      </w:pPr>
      <w:r>
        <w:t>میرا تجربہ یہ ہے کہ اگر آدمی سچائی کو پانا چاہتا ہے سچائی سے مراد میں بہت لمیٹڈ سینس میں نہیں بول رہا ہوں۔</w:t>
      </w:r>
    </w:p>
    <w:p>
      <w:r>
        <w:rPr>
          <w:b/>
        </w:rPr>
        <w:t xml:space="preserve">[46:55] </w:t>
      </w:r>
      <w:r>
        <w:t>yani scientific field mein agar koi bari cheez discover karna chahta hai. to us ko apne andar strong personality banani pare gi.</w:t>
      </w:r>
    </w:p>
    <w:p>
      <w:pPr>
        <w:jc w:val="right"/>
      </w:pPr>
      <w:r>
        <w:t>یعنی سائنٹیفک فیلڈ میں اگر کوئی بڑی چیز ڈسکور کرنا چاہتا ہے۔ تو اس کو اپنے اندر سٹرانگ پرسنیلٹی بنانی پڑے گی۔</w:t>
      </w:r>
    </w:p>
    <w:p>
      <w:r>
        <w:rPr>
          <w:b/>
        </w:rPr>
        <w:t xml:space="preserve">[47:06] </w:t>
      </w:r>
      <w:r>
        <w:t>weak personality ko le kar ke woh na to religion mein koi bari cheez pa sakta hai aur na science mein koi bari cheez pa sakta hai.</w:t>
      </w:r>
    </w:p>
    <w:p>
      <w:pPr>
        <w:jc w:val="right"/>
      </w:pPr>
      <w:r>
        <w:t>ویک پرسنیلٹی کو لے کر کے وہ نہ تو ریلیجن میں کوئی بڑی چیز پا سکتا ہے اور نہ سائنس میں کوئی بڑی چیز پا سکتا ہے۔</w:t>
      </w:r>
    </w:p>
    <w:p>
      <w:r>
        <w:rPr>
          <w:b/>
        </w:rPr>
        <w:t xml:space="preserve">[47:13] </w:t>
      </w:r>
      <w:r>
        <w:t>bohat se bohat woh paisa kama le ga is se zyada aur kuch us ko mile ga nahi us ko.</w:t>
      </w:r>
    </w:p>
    <w:p>
      <w:pPr>
        <w:jc w:val="right"/>
      </w:pPr>
      <w:r>
        <w:t>بہت سے بہت وہ پیسہ کما لے گا اس سے زیادہ اور کچھ اس کو ملے گا نہیں اس کو۔</w:t>
      </w:r>
    </w:p>
    <w:p>
      <w:r>
        <w:rPr>
          <w:b/>
        </w:rPr>
        <w:t xml:space="preserve">[47:26] </w:t>
      </w:r>
      <w:r>
        <w:t>is tarah se dekhiye aik cheez yeh hai ke jab aap research karte hain study karte hain. to aik bohat bari cheez jo zaroori hai woh yeh hai ke aap yeh janiye jis ko main kehta hoon principle of differentiation.</w:t>
      </w:r>
    </w:p>
    <w:p>
      <w:pPr>
        <w:jc w:val="right"/>
      </w:pPr>
      <w:r>
        <w:t>اس طریقے سے دیکھیے ایک چیز یہ ہے کہ جب آپ ریسرچ کرتے ہیں اسٹڈی کرتے ہیں۔ تو ایک بہت بڑی چیز جو ضروری ہے وہ یہ ہے کہ آپ یہ جانیں جس کو میں کہتا ہوں پرنسپل آف ڈیفرنشی ایشن۔</w:t>
      </w:r>
    </w:p>
    <w:p>
      <w:r>
        <w:rPr>
          <w:b/>
        </w:rPr>
        <w:t xml:space="preserve">[47:42] </w:t>
      </w:r>
      <w:r>
        <w:t>cheezon mein farq karna. principle of differentiation. cheezon mein farq karna aap janiye.</w:t>
      </w:r>
    </w:p>
    <w:p>
      <w:pPr>
        <w:jc w:val="right"/>
      </w:pPr>
      <w:r>
        <w:t>چیزوں میں فرق کرنا۔ پرنسپل آف ڈیفرنشی ایشن۔ چیزوں میں فرق کرنا آپ جانیں۔</w:t>
      </w:r>
    </w:p>
    <w:p>
      <w:r>
        <w:rPr>
          <w:b/>
        </w:rPr>
        <w:t xml:space="preserve">[47:51] </w:t>
      </w:r>
      <w:r>
        <w:t>jaise misaal ke tor par mujhe bar bar sahib ka parhta hai ke kai log aap se kahen ge ke in ko spiritual experience hua. spiritual experience halan ke woh kya hota hai?</w:t>
      </w:r>
    </w:p>
    <w:p>
      <w:pPr>
        <w:jc w:val="right"/>
      </w:pPr>
      <w:r>
        <w:t>جیسے مثال کے طور پر مجھے بار بار صاحب کا پڑھتا ہے کہ کئی لوگ آپ سے کہیں گے کہ ان کو اسپریچول ایکسپیرینس ہوا۔ اسپریچول ایکسپیرینس حالانکہ وہ کیا ہوتا ہے؟</w:t>
      </w:r>
    </w:p>
    <w:p>
      <w:r>
        <w:rPr>
          <w:b/>
        </w:rPr>
        <w:t xml:space="preserve">[48:03] </w:t>
      </w:r>
      <w:r>
        <w:t>woh haqeeqat mein aik ecstasy hoti hai. ecstasy aur spiritual experience ke andar difference nahi jante woh.</w:t>
      </w:r>
    </w:p>
    <w:p>
      <w:pPr>
        <w:jc w:val="right"/>
      </w:pPr>
      <w:r>
        <w:t>وہ حقیقت میں ایک ایکسٹسی ہوتی ہے۔ ایکسٹسی اور اسپریچول ایکسپیرینس کے اندر ڈیفرنس نہیں جانتے وہ۔</w:t>
      </w:r>
    </w:p>
    <w:p>
      <w:r>
        <w:rPr>
          <w:b/>
        </w:rPr>
        <w:t xml:space="preserve">[48:13] </w:t>
      </w:r>
      <w:r>
        <w:t>yaad rakhiye ecstasy jo hai yeh aik aik yeh aik jis ko kehte hain urdu mein kahen ge majhool experience.</w:t>
      </w:r>
    </w:p>
    <w:p>
      <w:pPr>
        <w:jc w:val="right"/>
      </w:pPr>
      <w:r>
        <w:t>یاد رکھیے ایکسٹسی جو ہے یہ ایک ایک یہ ایک جس کو کہتے ہیں اردو میں کہیں گے مجہول ایکسپیرینس۔</w:t>
      </w:r>
    </w:p>
    <w:p>
      <w:r>
        <w:rPr>
          <w:b/>
        </w:rPr>
        <w:t xml:space="preserve">[48:22] </w:t>
      </w:r>
      <w:r>
        <w:t>aik vague experience. lekin jo jo woh hai spiritual experience jo hai woh aik woh woh woh relation of god se milta hai woh intellectual development se aata hai woh.</w:t>
      </w:r>
    </w:p>
    <w:p>
      <w:pPr>
        <w:jc w:val="right"/>
      </w:pPr>
      <w:r>
        <w:t>ایک ویگ ایکسپیرینس۔ لیکن جو جو وہ ہے اسپریچول ایکسپیرینس جو ہے وہ ایک وہ وہ وہ ریلیشن آف گاڈ سے ملتا ہے وہ انٹلیکچول ڈیولپمنٹ سے آتا ہے وہ۔</w:t>
      </w:r>
    </w:p>
    <w:p>
      <w:r>
        <w:rPr>
          <w:b/>
        </w:rPr>
        <w:t xml:space="preserve">[48:41] </w:t>
      </w:r>
      <w:r>
        <w:t>to intellectual development se jo cheez aati hai us ko main kehta hoon marifat ya realization ya spiritual experience. aur aik cheez jo hai jo kuch kahen gana bajana ho raha hai music ho rahi hai aap ko aik thrill aa gaya us ko ecstasy kahen ge wajd kahen ge.</w:t>
      </w:r>
    </w:p>
    <w:p>
      <w:pPr>
        <w:jc w:val="right"/>
      </w:pPr>
      <w:r>
        <w:t>تو انٹلیکچول ڈیولپمنٹ سے جو چیز آتی ہے اس کو میں کہتا ہوں معرفت یا ریلائزیشن یا اسپریچول ایکسپیرینس۔ اور ایک چیز جو ہے جو کچھ کہیں گانا بجانا ہو رہا ہے میوزک ہو رہی ہے آپ کو ایک تھرل آ گیا اس کو ایکسٹسی کہیں گے وجد کہیں گے۔</w:t>
      </w:r>
    </w:p>
    <w:p>
      <w:r>
        <w:rPr>
          <w:b/>
        </w:rPr>
        <w:t xml:space="preserve">[49:01] </w:t>
      </w:r>
      <w:r>
        <w:t>us ko marifat nahi kahen ge.</w:t>
      </w:r>
    </w:p>
    <w:p>
      <w:pPr>
        <w:jc w:val="right"/>
      </w:pPr>
      <w:r>
        <w:t>اس کو معرفت نہیں کہیں گے۔</w:t>
      </w:r>
    </w:p>
    <w:p>
      <w:r>
        <w:rPr>
          <w:b/>
        </w:rPr>
        <w:t xml:space="preserve">[49:04] </w:t>
      </w:r>
      <w:r>
        <w:t>to aksar log aisa hota hai ke woh do cheezon farq na janne ki wajah se confusion mein pare rehte hain. confusion.</w:t>
      </w:r>
    </w:p>
    <w:p>
      <w:pPr>
        <w:jc w:val="right"/>
      </w:pPr>
      <w:r>
        <w:t>تو اکثر لوگ ایسا ہوتا ہے کہ وہ دو چیزوں فرق نہ جاننے کی وجہ سے کنفیوژن میں پڑے رہتے ہیں۔ کنفیوژن۔</w:t>
      </w:r>
    </w:p>
    <w:p>
      <w:r>
        <w:rPr>
          <w:b/>
        </w:rPr>
        <w:t xml:space="preserve">[49:14] </w:t>
      </w:r>
      <w:r>
        <w:t>aik bohat zyada misaal aap ka parhta hai mujhe ke ke log jo hain yani religion mein aur community mein farq nahi kar paate.</w:t>
      </w:r>
    </w:p>
    <w:p>
      <w:pPr>
        <w:jc w:val="right"/>
      </w:pPr>
      <w:r>
        <w:t>ایک بہت زیادہ مثال آپ کا پڑھتا ہے مجھے کہ کہ لوگ جو ہیں یعنی ریلیجن میں اور کمیونٹی میں فرق نہیں کر پاتے۔</w:t>
      </w:r>
    </w:p>
    <w:p>
      <w:r>
        <w:rPr>
          <w:b/>
        </w:rPr>
        <w:t xml:space="preserve">[49:25] </w:t>
      </w:r>
      <w:r>
        <w:t>religion ko community samajhte hain aur community ko religion samajhte hain.</w:t>
      </w:r>
    </w:p>
    <w:p>
      <w:pPr>
        <w:jc w:val="right"/>
      </w:pPr>
      <w:r>
        <w:t>ریلیجن کو کمیونٹی سمجھتے ہیں اور کمیونٹی کو ریلیجن سمجھتے ہیں۔</w:t>
      </w:r>
    </w:p>
    <w:p>
      <w:r>
        <w:rPr>
          <w:b/>
        </w:rPr>
        <w:t xml:space="preserve">[49:30] </w:t>
      </w:r>
      <w:r>
        <w:t>halankeh community jo hai us ko adjust karna chahiye religion se.</w:t>
      </w:r>
    </w:p>
    <w:p>
      <w:pPr>
        <w:jc w:val="right"/>
      </w:pPr>
      <w:r>
        <w:t>حالانکہ کمیونٹی جو ہے اس کو ایڈجسٹ کرنا چاہیے ریلیجن سے۔</w:t>
      </w:r>
    </w:p>
    <w:p>
      <w:r>
        <w:rPr>
          <w:b/>
        </w:rPr>
        <w:t xml:space="preserve">[49:42] </w:t>
      </w:r>
      <w:r>
        <w:t>aise hi dekhiye ek bohat meri zindagi par ka ek anokha ek sperience hai. keh main sunta aaya hoon keh bachcha slate ki tarah hota hai.</w:t>
      </w:r>
    </w:p>
    <w:p>
      <w:pPr>
        <w:jc w:val="right"/>
      </w:pPr>
      <w:r>
        <w:t>ایسے ہی دیکھیے ایک بہت میری زندگی پر کا ایک انوکھا ایک ایکسپیرینس ہے۔ کہ میں سنتا آیا ہوں کہ بچہ سلیٹ کی طرح ہوتا ہے۔</w:t>
      </w:r>
    </w:p>
    <w:p>
      <w:r>
        <w:rPr>
          <w:b/>
        </w:rPr>
        <w:t xml:space="preserve">[49:54] </w:t>
      </w:r>
      <w:r>
        <w:t>jo chaho us par likh do. ya yeh bohat shuru se main sunta aaya hoon keh bachcha to slate ki tarah hota hai is par jo chaho likh do.</w:t>
      </w:r>
    </w:p>
    <w:p>
      <w:pPr>
        <w:jc w:val="right"/>
      </w:pPr>
      <w:r>
        <w:t>جو چاہو اس پر لکھ دو۔ یا یہ بہت شروع سے میں سنتا آیا ہوں کہ بچہ تو سلیٹ کی طرح ہوتا ہے اس پر جو چاہو لکھ دو۔</w:t>
      </w:r>
    </w:p>
    <w:p>
      <w:r>
        <w:rPr>
          <w:b/>
        </w:rPr>
        <w:t xml:space="preserve">[50:04] </w:t>
      </w:r>
      <w:r>
        <w:t>is theory ko le kar ke logon ne bare top ke reformers ne school kholay. top ke reformers.</w:t>
      </w:r>
    </w:p>
    <w:p>
      <w:pPr>
        <w:jc w:val="right"/>
      </w:pPr>
      <w:r>
        <w:t>اس تھیوری کو لے کر کے لوگوں نے بڑے ٹاپ کے ریفارمرز نے اسکول کھولے۔ ٹاپ کے ریفارمرز۔</w:t>
      </w:r>
    </w:p>
    <w:p>
      <w:r>
        <w:rPr>
          <w:b/>
        </w:rPr>
        <w:t xml:space="preserve">[50:12] </w:t>
      </w:r>
      <w:r>
        <w:t>yahan tak keh nobel laureate bhi is mein hain aise logon ne school kholay. isi liye keh bachcha bachche ko lo choti umar mein school mein le aao.</w:t>
      </w:r>
    </w:p>
    <w:p>
      <w:pPr>
        <w:jc w:val="right"/>
      </w:pPr>
      <w:r>
        <w:t>یہاں تک کہ نوبل لاریٹ بھی اس میں ہیں ایسے لوگوں نے اسکول کھولے۔ اسی لیے کہ بچہ بچے کو لو چھوٹی عمر میں اسکول میں لے آؤ۔</w:t>
      </w:r>
    </w:p>
    <w:p>
      <w:r>
        <w:rPr>
          <w:b/>
        </w:rPr>
        <w:t xml:space="preserve">[50:21] </w:t>
      </w:r>
      <w:r>
        <w:t>aur slate ke mani hain woh jo chahe likh do is ke andar. lekin sawal yeh hai keh aaj bhi aaj tak ek bhi bachcha kisi school se jis ko kehte hain adarsh school.</w:t>
      </w:r>
    </w:p>
    <w:p>
      <w:pPr>
        <w:jc w:val="right"/>
      </w:pPr>
      <w:r>
        <w:t>اور سلیٹ کے معنی ہیں وہ جو چاہے لکھ دو اس کے اندر۔ لیکن سوال یہ ہے کہ آج بھی آج تک ایک بھی بچہ کسی اسکول سے جس کو کہتے ہیں آدرش اسکول۔</w:t>
      </w:r>
    </w:p>
    <w:p>
      <w:r>
        <w:rPr>
          <w:b/>
        </w:rPr>
        <w:t xml:space="preserve">[50:32] </w:t>
      </w:r>
      <w:r>
        <w:t>jis ko kehte hain adarsh school.</w:t>
      </w:r>
    </w:p>
    <w:p>
      <w:pPr>
        <w:jc w:val="right"/>
      </w:pPr>
      <w:r>
        <w:t>جس کو کہتے ہیں آدرش اسکول۔</w:t>
      </w:r>
    </w:p>
    <w:p>
      <w:r>
        <w:rPr>
          <w:b/>
        </w:rPr>
        <w:t xml:space="preserve">[50:35] </w:t>
      </w:r>
      <w:r>
        <w:t>ek bhi bachcha nahi nikla. jo adarsh banaya gaya tha is adarsh ke mutabiq ek bachcha bhi nahi nikla. kyun? bachcha slate ke mani hota hai yeh kehna basically galat hai.</w:t>
      </w:r>
    </w:p>
    <w:p>
      <w:pPr>
        <w:jc w:val="right"/>
      </w:pPr>
      <w:r>
        <w:t>ایک بھی بچہ نہیں نکلا۔ جو آدرش بنایا گیا تھا اس آدرش کے مطابق ایک بچہ بھی نہیں نکلا۔ کیوں؟ بچہ سلیٹ کے معنی ہوتا ہے یہ کہنا بیسیکلی غلط ہے۔</w:t>
      </w:r>
    </w:p>
    <w:p>
      <w:r>
        <w:rPr>
          <w:b/>
        </w:rPr>
        <w:t xml:space="preserve">[50:49] </w:t>
      </w:r>
      <w:r>
        <w:t>jar hi is ki galat hai yeh. kyunkeh bachcha jo hai jaisa keh main ne arz kiya ek thinking creature hai. sochne wali makhlooq hai.</w:t>
      </w:r>
    </w:p>
    <w:p>
      <w:pPr>
        <w:jc w:val="right"/>
      </w:pPr>
      <w:r>
        <w:t>جڑ ہی اس کی غلط ہے یہ۔ کیونکہ بچہ جو ہے جیسا کہ میں نے عرض کیا ایک تھنکنگ کریچر ہے۔ سوچنے والی مخلوق ہے۔</w:t>
      </w:r>
    </w:p>
    <w:p>
      <w:r>
        <w:rPr>
          <w:b/>
        </w:rPr>
        <w:t xml:space="preserve">[50:58] </w:t>
      </w:r>
      <w:r>
        <w:t>aur slate to ek ek material cheez hai.</w:t>
      </w:r>
    </w:p>
    <w:p>
      <w:pPr>
        <w:jc w:val="right"/>
      </w:pPr>
      <w:r>
        <w:t>اور سلیٹ تو ایک ایک مٹیریل چیز ہے۔</w:t>
      </w:r>
    </w:p>
    <w:p>
      <w:r>
        <w:rPr>
          <w:b/>
        </w:rPr>
        <w:t xml:space="preserve">[51:02] </w:t>
      </w:r>
      <w:r>
        <w:t>aap pathar par jo chahe likh dijiye woh waise hi likha pada rahega. chand ke baray mein kaha jata hai keh jo log gaye thay chand par to wahan kuch likh diya unhon ne.</w:t>
      </w:r>
    </w:p>
    <w:p>
      <w:pPr>
        <w:jc w:val="right"/>
      </w:pPr>
      <w:r>
        <w:t>آپ پتھر پر جو چاہے لکھ دیجیے وہ ویسے ہی لکھا پڑا رہے گا۔ چاند کے بارے میں کہا جاتا ہے کہ جو لوگ گئے تھے چاند پر تو وہاں کچھ لکھ دیا انہوں نے۔</w:t>
      </w:r>
    </w:p>
    <w:p>
      <w:r>
        <w:rPr>
          <w:b/>
        </w:rPr>
        <w:t xml:space="preserve">[51:12] </w:t>
      </w:r>
      <w:r>
        <w:t>to kaha tha keh hazaron saal tak woh waise hi baqi rahega. kyunkeh chand par hawayein nahi hain jo is ko mitayein.</w:t>
      </w:r>
    </w:p>
    <w:p>
      <w:pPr>
        <w:jc w:val="right"/>
      </w:pPr>
      <w:r>
        <w:t>تو کہا تھا کہ ہزاروں سال تک وہ ویسے ہی باقی رہے گا۔ کیونکہ چاند پر ہوائیں نہیں ہیں جو اس کو مٹائیں۔</w:t>
      </w:r>
    </w:p>
    <w:p>
      <w:r>
        <w:rPr>
          <w:b/>
        </w:rPr>
        <w:t xml:space="preserve">[51:19] </w:t>
      </w:r>
      <w:r>
        <w:t>aap duniya mein likhein agar zameen par koi cheez reit par koi cheez to woh hawa aayegi is ko mita degi. kyunkeh chand par hawa nahi hai is liye woh jo likh diya unhon ne keh America is great to woh hazaron saal tak woh pada rahega waise hi.</w:t>
      </w:r>
    </w:p>
    <w:p>
      <w:pPr>
        <w:jc w:val="right"/>
      </w:pPr>
      <w:r>
        <w:t>آپ دنیا میں لکھیں اگر زمین پر کوئی چیز ریت پر کوئی چیز تو وہ ہوا آئے گی اس کو مٹا دے گی۔ کیونکہ چاند پر ہوا نہیں ہے اس لیے وہ جو لکھ دیا انہوں نے کہ امریکہ از گریٹ تو وہ ہزاروں سال تک وہ پڑا رہے گا ویسے ہی۔</w:t>
      </w:r>
    </w:p>
    <w:p>
      <w:r>
        <w:rPr>
          <w:b/>
        </w:rPr>
        <w:t xml:space="preserve">[51:37] </w:t>
      </w:r>
      <w:r>
        <w:t>to yeh matter ka mamla hai.</w:t>
      </w:r>
    </w:p>
    <w:p>
      <w:pPr>
        <w:jc w:val="right"/>
      </w:pPr>
      <w:r>
        <w:t>تو یہ میٹر کا معاملہ ہے۔</w:t>
      </w:r>
    </w:p>
    <w:p>
      <w:r>
        <w:rPr>
          <w:b/>
        </w:rPr>
        <w:t xml:space="preserve">[51:41] </w:t>
      </w:r>
      <w:r>
        <w:t>bachcha jo hai aaj bachcha chota hai. aap parha rahe hain is ko. is ko yeh baat parha rahe hain lekin jab society mein jayega bara hoga.</w:t>
      </w:r>
    </w:p>
    <w:p>
      <w:pPr>
        <w:jc w:val="right"/>
      </w:pPr>
      <w:r>
        <w:t>بچہ جو ہے آج بچہ چھوٹا ہے۔ آپ پڑھا رہے ہیں اس کو۔ اس کو یہ بات پڑھا رہے ہیں لیکن جب سوسائٹی میں جائے گا بڑا ہوگا۔</w:t>
      </w:r>
    </w:p>
    <w:p>
      <w:r>
        <w:rPr>
          <w:b/>
        </w:rPr>
        <w:t xml:space="preserve">[51:54] </w:t>
      </w:r>
      <w:r>
        <w:t>is ko naye naye experience honge to kya aap samajhte hain keh isi isi ke liye baitha rahega woh? jab is ke andar self thinking aayegi to apne aap woh sochega aur sab phenk dega is ko.</w:t>
      </w:r>
    </w:p>
    <w:p>
      <w:pPr>
        <w:jc w:val="right"/>
      </w:pPr>
      <w:r>
        <w:t>اس کو نئے نئے ایکسپیرینس ہوں گے تو کیا آپ سمجھتے ہیں کہ اسی اسی کے لیے بیٹھا رہے گا وہ؟ جب اس کے اندر سیلف تھنکنگ آئے گی تو اپنے آپ وہ سوچے گا اور سب پھینک دے گا اس کو۔</w:t>
      </w:r>
    </w:p>
    <w:p>
      <w:r>
        <w:rPr>
          <w:b/>
        </w:rPr>
        <w:t xml:space="preserve">[52:08] </w:t>
      </w:r>
      <w:r>
        <w:t>is ko main kaha karta hoon keh hathi ke dum mein patang bandhna. to bare bare log jo hain hathi ke dum mein patang bandhte rahe school khol khol kar ke.</w:t>
      </w:r>
    </w:p>
    <w:p>
      <w:pPr>
        <w:jc w:val="right"/>
      </w:pPr>
      <w:r>
        <w:t>اس کو میں کہا کرتا ہوں کہ ہاتھی کے دم میں پتنگ باندھنا۔ تو بڑے بڑے لوگ جو ہیں ہاتھی کے دم میں پتنگ باندھتے رہے اسکول کھول کھول کر کے۔</w:t>
      </w:r>
    </w:p>
    <w:p>
      <w:r>
        <w:rPr>
          <w:b/>
        </w:rPr>
        <w:t xml:space="preserve">[52:17] </w:t>
      </w:r>
      <w:r>
        <w:t>aur kisi bhi school se woh adarsh wala insan nahi bana. kyunkeh jab bara hua to us ne khud socha khud soch kar ke woh jo chahta tha wohi se ban gaya.</w:t>
      </w:r>
    </w:p>
    <w:p>
      <w:pPr>
        <w:jc w:val="right"/>
      </w:pPr>
      <w:r>
        <w:t>اور کسی بھی اسکول سے وہ آدرش والا انسان نہیں بنا۔ کیونکہ جب بڑا ہوا تو اس نے خود سوچا خود سوچ کر کے وہ جو چاہتا تھا وہی سے بن گیا۔</w:t>
      </w:r>
    </w:p>
    <w:p>
      <w:r>
        <w:rPr>
          <w:b/>
        </w:rPr>
        <w:t xml:space="preserve">[52:29] </w:t>
      </w:r>
      <w:r>
        <w:t>abhi kal main radio par yeh interview aata hai to is ko zaroor sunta hoon main. to ek artist ka interview tha film actor ka.</w:t>
      </w:r>
    </w:p>
    <w:p>
      <w:pPr>
        <w:jc w:val="right"/>
      </w:pPr>
      <w:r>
        <w:t>ابھی کل میں ریڈیو پر یہ انٹرویو آتا ہے تو اس کو ضرور سنتا ہوں میں۔ تو ایک آرٹسٹ کا انٹرویو تھا فلم ایکٹر کا۔</w:t>
      </w:r>
    </w:p>
    <w:p>
      <w:r>
        <w:rPr>
          <w:b/>
        </w:rPr>
        <w:t xml:space="preserve">[52:42] </w:t>
      </w:r>
      <w:r>
        <w:t>to us ne bataya keh mere baap ne mujh ko bachpan se apne sath rakha. apni pasand ki parhai parhai. aur bohat ziyada mujh ko woh mante thay.</w:t>
      </w:r>
    </w:p>
    <w:p>
      <w:pPr>
        <w:jc w:val="right"/>
      </w:pPr>
      <w:r>
        <w:t>تو اس نے بتایا کہ میرے باپ نے مجھ کو بچپن سے اپنے ساتھ رکھا۔ اپنی پسند کی پڑھائی پڑھائی۔ اور بہت زیادہ مجھ کو وہ مانتے تھے۔</w:t>
      </w:r>
    </w:p>
    <w:p>
      <w:r>
        <w:rPr>
          <w:b/>
        </w:rPr>
        <w:t xml:space="preserve">[52:55] </w:t>
      </w:r>
      <w:r>
        <w:t>to un ka woh chahte thay keh main mujhe woh engineer banayein engineer. lekin woh bhag gaya wahan se bhag kar ke ja kar ke bombay pohancha bombay ja kar ke woh film actor ban gaya.</w:t>
      </w:r>
    </w:p>
    <w:p>
      <w:pPr>
        <w:jc w:val="right"/>
      </w:pPr>
      <w:r>
        <w:t>تو ان کا وہ چاہتے تھے کہ میں مجھے وہ انجینئر بنائیں انجینئر۔ لیکن وہ بھاگ گیا وہاں سے بھاگ کر کے جا کر کے بمبئی پہنچا بمبئی جا کر کے وہ فلم ایکٹر بن گیا۔</w:t>
      </w:r>
    </w:p>
    <w:p>
      <w:r>
        <w:rPr>
          <w:b/>
        </w:rPr>
        <w:t xml:space="preserve">[53:08] </w:t>
      </w:r>
      <w:r>
        <w:t>to kahan hai woh? woh slate pe to likha unhon ne. kyunkeh us ne khud hi slate ko bithha diya.</w:t>
      </w:r>
    </w:p>
    <w:p>
      <w:pPr>
        <w:jc w:val="right"/>
      </w:pPr>
      <w:r>
        <w:t>تو کہاں ہے وہ؟ وہ سلیٹ پہ تو لکھا انہوں نے۔ کیونکہ اس نے خود ہی سلیٹ کو بٹھا دیا۔</w:t>
      </w:r>
    </w:p>
    <w:p>
      <w:r>
        <w:rPr>
          <w:b/>
        </w:rPr>
        <w:t xml:space="preserve">[53:15] </w:t>
      </w:r>
      <w:r>
        <w:t>yani baap ne pehle din se le kar ke akhir tak apni pasand ki parhai parhai apne pas rakha rozana samjhate thay is ko.</w:t>
      </w:r>
    </w:p>
    <w:p>
      <w:pPr>
        <w:jc w:val="right"/>
      </w:pPr>
      <w:r>
        <w:t>یعنی باپ نے پہلے دن سے لے کر کے آخر تک اپنی پسند کی پڑھائی پڑھائی اپنے پاس رکھا روزانہ سمجھاتے تھے اس کو۔</w:t>
      </w:r>
    </w:p>
    <w:p>
      <w:r>
        <w:rPr>
          <w:b/>
        </w:rPr>
        <w:t xml:space="preserve">[53:26] </w:t>
      </w:r>
      <w:r>
        <w:t>keh tu woh beta to koi engineer banna hai engineer. lekin beta bhag ke bombay gaya wahan ja kar ke film actor ban gaya. to yeh ek ek fallacy hai.</w:t>
      </w:r>
    </w:p>
    <w:p>
      <w:pPr>
        <w:jc w:val="right"/>
      </w:pPr>
      <w:r>
        <w:t>کہ تو وہ بیٹا تو کوئی انجینئر بننا ہے انجینئر۔ لیکن بیٹا بھاگ کے بمبئی گیا وہاں جا کر کے فلم ایکٹر بن گیا۔ تو یہ ایک ایک فیلسی ہے۔</w:t>
      </w:r>
    </w:p>
    <w:p>
      <w:r>
        <w:rPr>
          <w:b/>
        </w:rPr>
        <w:t xml:space="preserve">[53:41] </w:t>
      </w:r>
      <w:r>
        <w:t>ek log logon ko ek misaal mil jayegi. ek misaal ko le kar woh keh denge aisa aur aisa hai. ise ek misaal mil gayi keh bachcha slate ki manind hota hai is ko chahe likh do.</w:t>
      </w:r>
    </w:p>
    <w:p>
      <w:pPr>
        <w:jc w:val="right"/>
      </w:pPr>
      <w:r>
        <w:t>ایک لوگ لوگوں کو ایک مثال مل جائے گی۔ ایک مثال کو لے کر وہ کہہ دیں گے ایسا اور ایسا ہے۔ اسے ایک مثال مل گئی کہ بچہ سلیٹ کی مانند ہوتا ہے اس کو چاہے لکھ دو۔</w:t>
      </w:r>
    </w:p>
    <w:p>
      <w:r>
        <w:rPr>
          <w:b/>
        </w:rPr>
        <w:t xml:space="preserve">[53:53] </w:t>
      </w:r>
      <w:r>
        <w:t>bhai yeh misaal hi galat hai. bachcha slate ki manind kahan hota hai? slate to ek material cheez hai. bachcha ek zinda cheez hai.</w:t>
      </w:r>
    </w:p>
    <w:p>
      <w:pPr>
        <w:jc w:val="right"/>
      </w:pPr>
      <w:r>
        <w:t>بھئی یہ مثال ہی غلط ہے۔ بچہ سلیٹ کی مانند کہاں ہوتا ہے؟ سلیٹ تو ایک مٹیریل چیز ہے۔ بچہ ایک زندہ چیز ہے۔</w:t>
      </w:r>
    </w:p>
    <w:p>
      <w:r>
        <w:rPr>
          <w:b/>
        </w:rPr>
        <w:t xml:space="preserve">[54:02] </w:t>
      </w:r>
      <w:r>
        <w:t>is ke andar self thinking ki power hota hai.</w:t>
      </w:r>
    </w:p>
    <w:p>
      <w:pPr>
        <w:jc w:val="right"/>
      </w:pPr>
      <w:r>
        <w:t>اس کے اندر سیلف تھنکنگ کی پاور ہوتا ہے۔</w:t>
      </w:r>
    </w:p>
    <w:p>
      <w:r>
        <w:rPr>
          <w:b/>
        </w:rPr>
        <w:t xml:space="preserve">[54:05] </w:t>
      </w:r>
      <w:r>
        <w:t>to behal main jo</w:t>
      </w:r>
    </w:p>
    <w:p>
      <w:pPr>
        <w:jc w:val="right"/>
      </w:pPr>
      <w:r>
        <w:t>تو بہرحال میں جو</w:t>
      </w:r>
    </w:p>
    <w:p>
      <w:r>
        <w:rPr>
          <w:b/>
        </w:rPr>
        <w:t xml:space="preserve">[54:10] </w:t>
      </w:r>
      <w:r>
        <w:t>is waqt jo main keh raha tha woh yeh tha ke hum mein se har shakhs ko Khuda ne mind diya hai.</w:t>
      </w:r>
    </w:p>
    <w:p>
      <w:pPr>
        <w:jc w:val="right"/>
      </w:pPr>
      <w:r>
        <w:t>اس وقت جو میں کہہ رہا تھا وہ یہ تھا کہ ہم میں سے ہر شخص کو خدا نے مائنڈ دیا ہے۔</w:t>
      </w:r>
    </w:p>
    <w:p>
      <w:r>
        <w:rPr>
          <w:b/>
        </w:rPr>
        <w:t xml:space="preserve">[54:24] </w:t>
      </w:r>
      <w:r>
        <w:t>aur mind mein unlimited capacity hai.</w:t>
      </w:r>
    </w:p>
    <w:p>
      <w:pPr>
        <w:jc w:val="right"/>
      </w:pPr>
      <w:r>
        <w:t>اور مائنڈ میں ان لمیٹڈ کیپیسٹی ہے۔</w:t>
      </w:r>
    </w:p>
    <w:p>
      <w:r>
        <w:rPr>
          <w:b/>
        </w:rPr>
        <w:t xml:space="preserve">[54:30] </w:t>
      </w:r>
      <w:r>
        <w:t>is se pehle main ne arz kiya tha ke mind mein latest jo research hui us ke mutabiq aap ke brain mein hundred million billion billion particles hain.</w:t>
      </w:r>
    </w:p>
    <w:p>
      <w:pPr>
        <w:jc w:val="right"/>
      </w:pPr>
      <w:r>
        <w:t>اس سے پہلے میں نے عرض کیا تھا کہ مائنڈ میں لیٹسٹ جو ریسرچ ہوئی اس کے مطابق آپ کے برین میں ہنڈرڈ ملین بلین بلین پارٹیکل ہیں۔</w:t>
      </w:r>
    </w:p>
    <w:p>
      <w:r>
        <w:rPr>
          <w:b/>
        </w:rPr>
        <w:t xml:space="preserve">[54:42] </w:t>
      </w:r>
      <w:r>
        <w:t>aap sochiye ke kitna zyada capacity hai mind ke andar. aur mind ka kaam kya hai? sochna. mind jo hai sochne ki machine hai.</w:t>
      </w:r>
    </w:p>
    <w:p>
      <w:pPr>
        <w:jc w:val="right"/>
      </w:pPr>
      <w:r>
        <w:t>آپ سوچیے کہ کتنا زیادہ کیپیسٹی ہے مائنڈ کے اندر۔ اور مائنڈ کا کام کیا ہے؟ سوچنا۔ مائنڈ جو ہے سوچنے کی مشین ہے۔</w:t>
      </w:r>
    </w:p>
    <w:p>
      <w:r>
        <w:rPr>
          <w:b/>
        </w:rPr>
        <w:t xml:space="preserve">[54:55] </w:t>
      </w:r>
      <w:r>
        <w:t>to mind se soch kar aap bari se bari cheez discover kar sakte hain.</w:t>
      </w:r>
    </w:p>
    <w:p>
      <w:pPr>
        <w:jc w:val="right"/>
      </w:pPr>
      <w:r>
        <w:t>تو مائنڈ سے سوچ کر آپ بڑی سے بڑی چیز ڈسکور کر سکتے ہیں۔</w:t>
      </w:r>
    </w:p>
    <w:p>
      <w:r>
        <w:rPr>
          <w:b/>
        </w:rPr>
        <w:t xml:space="preserve">[55:00] </w:t>
      </w:r>
      <w:r>
        <w:t>mind se soch kar aap apni apni zindagi ko bare se bare darje tak pouncha sakte hain. yeh thinking machine jo Khuda ne di hai mind ki shakal mein aap ko.</w:t>
      </w:r>
    </w:p>
    <w:p>
      <w:pPr>
        <w:jc w:val="right"/>
      </w:pPr>
      <w:r>
        <w:t>مائنڈ سے سوچ کر آپ اپنی اپنی زندگی کو بڑے سے بڑے درجے تک پہنچا سکتے ہیں۔ یہ تھنکنگ مشین جو خدا نے دی ہے مائنڈ کی شکل میں آپ کو۔</w:t>
      </w:r>
    </w:p>
    <w:p>
      <w:r>
        <w:rPr>
          <w:b/>
        </w:rPr>
        <w:t xml:space="preserve">[55:09] </w:t>
      </w:r>
      <w:r>
        <w:t>yeh aap ka sab se bara asset hai aap ka. sab se bara asset hai. lekin is mind ko istemal karne ke liye kuch conditions hain.</w:t>
      </w:r>
    </w:p>
    <w:p>
      <w:pPr>
        <w:jc w:val="right"/>
      </w:pPr>
      <w:r>
        <w:t>یہ آپ کا سب سے بڑا ایسٹ ہے آپ کا۔ سب سے بڑا ایسٹ ہے۔ لیکن اس مائنڈ کو استعمال کرنے کے لیے کچھ کنڈیشنز ہیں۔</w:t>
      </w:r>
    </w:p>
    <w:p>
      <w:r>
        <w:rPr>
          <w:b/>
        </w:rPr>
        <w:t xml:space="preserve">[55:21] </w:t>
      </w:r>
      <w:r>
        <w:t>kuch conditions hain.</w:t>
      </w:r>
    </w:p>
    <w:p>
      <w:pPr>
        <w:jc w:val="right"/>
      </w:pPr>
      <w:r>
        <w:t>کچھ کنڈیشنز ہیں۔</w:t>
      </w:r>
    </w:p>
    <w:p>
      <w:r>
        <w:rPr>
          <w:b/>
        </w:rPr>
        <w:t xml:space="preserve">[55:23] </w:t>
      </w:r>
      <w:r>
        <w:t>to main ne arz kiya ke jis tarah se ek river hai apne aap hi is ka rasta set ho jata hai. jidhar ooncha neecha hai woh isi woh chalta rehta hai chalta rehta hai.</w:t>
      </w:r>
    </w:p>
    <w:p>
      <w:pPr>
        <w:jc w:val="right"/>
      </w:pPr>
      <w:r>
        <w:t>تو میں نے عرض کیا کہ جس طرح سے ایک ریور ہے اپنے آپ ہی اس کا راستہ سیٹ ہو جاتا ہے۔ جدھر اونچا نیچا ہے وہ اسی وہ چلتا رہتا ہے چلتا رہتا ہے۔</w:t>
      </w:r>
    </w:p>
    <w:p>
      <w:r>
        <w:rPr>
          <w:b/>
        </w:rPr>
        <w:t xml:space="preserve">[55:34] </w:t>
      </w:r>
      <w:r>
        <w:t>aap jo hai aap ka rasta is tarah nahi banega. aap ko apne mind ko use karna hai.</w:t>
      </w:r>
    </w:p>
    <w:p>
      <w:pPr>
        <w:jc w:val="right"/>
      </w:pPr>
      <w:r>
        <w:t>آپ جو ہے آپ کا راستہ اس طرح نہیں بنے گا۔ آپ کو اپنے مائنڈ کو یوز کرنا ہے۔</w:t>
      </w:r>
    </w:p>
    <w:p>
      <w:r>
        <w:rPr>
          <w:b/>
        </w:rPr>
        <w:t xml:space="preserve">[55:42] </w:t>
      </w:r>
      <w:r>
        <w:t>apne mind ko use karna hai. apne sochne ki taqat ko istemal karna hai.</w:t>
      </w:r>
    </w:p>
    <w:p>
      <w:pPr>
        <w:jc w:val="right"/>
      </w:pPr>
      <w:r>
        <w:t>اپنے مائنڈ کو یوز کرنا ہے۔ اپنے سوچنے کی طاقت کو استعمال کرنا ہے۔</w:t>
      </w:r>
    </w:p>
    <w:p>
      <w:r>
        <w:rPr>
          <w:b/>
        </w:rPr>
        <w:t xml:space="preserve">[55:48] </w:t>
      </w:r>
      <w:r>
        <w:t>yahan main ne arz kiya ke thinking ki jo is capacity aap ke andar hai jo sochne ki taqat hai us ko right thinking par lana yeh ek bohat bara task hai.</w:t>
      </w:r>
    </w:p>
    <w:p>
      <w:pPr>
        <w:jc w:val="right"/>
      </w:pPr>
      <w:r>
        <w:t>یہاں میں نے عرض کیا کہ تھنکنگ کی جو اس کیپیسٹی آپ کے اندر ہے جو سوچنے کی طاقت ہے اس کو رائٹ تھنکنگ پر لانا یہ ایک بہت بڑا ٹاسک ہے۔</w:t>
      </w:r>
    </w:p>
    <w:p>
      <w:r>
        <w:rPr>
          <w:b/>
        </w:rPr>
        <w:t xml:space="preserve">[56:05] </w:t>
      </w:r>
      <w:r>
        <w:t>yeh thinking ko aap free kar dein to aap kahin nahi pounchenge. thinking ko is tarah se aap ko train karna hai ke woh is ke andar right thinking aa jaye.</w:t>
      </w:r>
    </w:p>
    <w:p>
      <w:pPr>
        <w:jc w:val="right"/>
      </w:pPr>
      <w:r>
        <w:t>یہ تھنکنگ کو آپ فری کر دیں تو آپ کہیں نہیں پہنچیں گے۔ تھنکنگ کو اس طرح سے آپ کو ٹرین کرنا ہے کہ وہ اس کے اندر رائٹ تھنکنگ آ جائے۔</w:t>
      </w:r>
    </w:p>
    <w:p>
      <w:r>
        <w:rPr>
          <w:b/>
        </w:rPr>
        <w:t xml:space="preserve">[56:17] </w:t>
      </w:r>
      <w:r>
        <w:t>yani apne aap ko right thinker banana. apne aap ko sahi time par sochne wala banana. yeh ek ek khud ek campaign hai jo aap ke andar chalna chahiye.</w:t>
      </w:r>
    </w:p>
    <w:p>
      <w:pPr>
        <w:jc w:val="right"/>
      </w:pPr>
      <w:r>
        <w:t>یعنی اپنے آپ کو رائٹ تھنکر بنانا۔ اپنے آپ کو صحیح ٹائم پر سوچنے والا بنانا۔ یہ ایک ایک خود ایک کمپین ہے جو آپ کے اندر چلنا چاہیے۔</w:t>
      </w:r>
    </w:p>
    <w:p>
      <w:r>
        <w:rPr>
          <w:b/>
        </w:rPr>
        <w:t xml:space="preserve">[56:30] </w:t>
      </w:r>
      <w:r>
        <w:t>is liye main ne arz kiya ke yeh yeh condition hai is ki kuch baatein main ne arz keen aap ki khidmat mein. to aakhir mein main kahunga ke sab se bari sifat hai yeh keh sakna ke I was wrong I was wrong I was wrong.</w:t>
      </w:r>
    </w:p>
    <w:p>
      <w:pPr>
        <w:jc w:val="right"/>
      </w:pPr>
      <w:r>
        <w:t>اس لیے میں نے عرض کیا کہ یہ یہ کنڈیشن ہے اس کی کچھ باتیں میں نے عرض کیں آپ کی خدمت میں۔ تو آخر میں میں کہوں گا کہ سب سے بڑی صفت ہے یہ کہہ سکنا کہ آئی واز رونگ آئی واز رونگ آئی واز رونگ۔</w:t>
      </w:r>
    </w:p>
    <w:p>
      <w:r>
        <w:rPr>
          <w:b/>
        </w:rPr>
        <w:t xml:space="preserve">[56:47] </w:t>
      </w:r>
      <w:r>
        <w:t>ki</w:t>
      </w:r>
    </w:p>
    <w:p>
      <w:pPr>
        <w:jc w:val="right"/>
      </w:pPr>
      <w:r>
        <w:t>کی</w:t>
      </w:r>
    </w:p>
    <w:p>
      <w:r>
        <w:rPr>
          <w:b/>
        </w:rPr>
        <w:t xml:space="preserve">[56:48] </w:t>
      </w:r>
      <w:r>
        <w:t>yunke har din aisa hota hai ke humein apni kisi ghalti se hisab ka parta hai. log haal yeh hai ke yeh keh nahi paate.</w:t>
      </w:r>
    </w:p>
    <w:p>
      <w:pPr>
        <w:jc w:val="right"/>
      </w:pPr>
      <w:r>
        <w:t>ونکہ ہر دن ایسا ہوتا ہے کہ ہمیں اپنی کسی غلطی سے حساب کا پڑتا ہے۔ لوگ حال یہ ہے کہ یہ کہہ نہیں پاتے۔</w:t>
      </w:r>
    </w:p>
    <w:p>
      <w:r>
        <w:rPr>
          <w:b/>
        </w:rPr>
        <w:t xml:space="preserve">[56:57] </w:t>
      </w:r>
      <w:r>
        <w:t>jaise ek khatoon mujh se mili. to woh paise wali theen. to main ne un se kaha ke aap aisa lagta hai ke aap ke</w:t>
      </w:r>
    </w:p>
    <w:p>
      <w:pPr>
        <w:jc w:val="right"/>
      </w:pPr>
      <w:r>
        <w:t>جیسے ایک خاتون مجھ سے ملی۔ تو وہ پیسے والی تھیں۔ تو میں نے ان سے کہا کہ آپ ایسا لگتا ہے کہ آپ کے</w:t>
      </w:r>
    </w:p>
    <w:p>
      <w:r>
        <w:rPr>
          <w:b/>
        </w:rPr>
        <w:t xml:space="preserve">[57:12] </w:t>
      </w:r>
      <w:r>
        <w:t>aap kuch sad rehti hain. SAD C</w:t>
      </w:r>
    </w:p>
    <w:p>
      <w:pPr>
        <w:jc w:val="right"/>
      </w:pPr>
      <w:r>
        <w:t>آپ کچھ سیڈ رہتی ہیں۔ ایس اے ڈی سی</w:t>
      </w:r>
    </w:p>
    <w:p>
      <w:r>
        <w:rPr>
          <w:b/>
        </w:rPr>
        <w:t xml:space="preserve">[57:16] </w:t>
      </w:r>
      <w:r>
        <w:t>d. main ne kaha ke aap aisa lagta hai ke aap kuch sad rehti hain. to unhon ne kaha nahi nahi aisa to nahi hai aisa to nahi kuch nahi. baat ko khud hi unhon ne kaha ke ghar mein kuch aise mere ghar mein kuch aise husband se kuch aisi baatein hoti hain ke main tanav mein rehti hoon tension mein rehti hoon.</w:t>
      </w:r>
    </w:p>
    <w:p>
      <w:pPr>
        <w:jc w:val="right"/>
      </w:pPr>
      <w:r>
        <w:t>ڈ۔ میں نے کہا کہ آپ ایسا لگتا ہے کہ آپ کچھ سیڈ رہتی ہیں۔ تو انہوں نے کہا نہیں نہیں ایسا تو نہیں ہے ایسا تو نہیں کچھ نہیں۔ بات کو خود ہی انہوں نے کہا کہ گھر میں کچھ ایسے میرے گھر میں کچھ ایسے ہسبینڈ سے کچھ ایسی باتیں ہوتی ہیں کہ میں تناؤ میں رہتی ہوں ٹینشن میں رہتی ہوں۔</w:t>
      </w:r>
    </w:p>
    <w:p>
      <w:r>
        <w:rPr>
          <w:b/>
        </w:rPr>
        <w:t xml:space="preserve">[57:35] </w:t>
      </w:r>
      <w:r>
        <w:t>to main ne kaha bhai tension aur sad mein kya farq hai?</w:t>
      </w:r>
    </w:p>
    <w:p>
      <w:pPr>
        <w:jc w:val="right"/>
      </w:pPr>
      <w:r>
        <w:t>تو میں نے کہا بھئی ٹینشن اور سیڈ میں کیا فرق ہے؟</w:t>
      </w:r>
    </w:p>
    <w:p>
      <w:r>
        <w:rPr>
          <w:b/>
        </w:rPr>
        <w:t xml:space="preserve">[57:41] </w:t>
      </w:r>
      <w:r>
        <w:t>wohi to main ne kaha tha aap ne is ko tension keh diya hai main ne sad keh diya tha.</w:t>
      </w:r>
    </w:p>
    <w:p>
      <w:pPr>
        <w:jc w:val="right"/>
      </w:pPr>
      <w:r>
        <w:t>وہی تو میں نے کہا تھا آپ نے اس کو ٹینشن کہہ دیا ہے میں نے سیڈ کہہ دیا تھا۔</w:t>
      </w:r>
    </w:p>
    <w:p>
      <w:r>
        <w:rPr>
          <w:b/>
        </w:rPr>
        <w:t xml:space="preserve">[57:47] </w:t>
      </w:r>
      <w:r>
        <w:t>to jo log apne mind ko train nahi karte woh aisi boli bolte hain. contradictory boli bolte hain. cheezon ko differentiate nahi kar paate.</w:t>
      </w:r>
    </w:p>
    <w:p>
      <w:pPr>
        <w:jc w:val="right"/>
      </w:pPr>
      <w:r>
        <w:t>تو جو لوگ اپنے مائنڈ کو ٹرین نہیں کرتے وہ ایسی بولی بولتے ہیں۔ کنٹراڈکٹری بولی بولتے ہیں۔ چیزوں کو ڈیفرنشیٹ نہیں کر پاتے۔</w:t>
      </w:r>
    </w:p>
    <w:p>
      <w:r>
        <w:rPr>
          <w:b/>
        </w:rPr>
        <w:t xml:space="preserve">[57:59] </w:t>
      </w:r>
      <w:r>
        <w:t>cheezon ko sort out nahi kar paate. to right thinking kahan se aayegi? to aap apne is tarah dunya mein chale aate hain ke aap apne mind ka jo itna bara aap ko mila hai Khuda ki taraf se tohfa gift us ko istemal nahi kar paate.</w:t>
      </w:r>
    </w:p>
    <w:p>
      <w:pPr>
        <w:jc w:val="right"/>
      </w:pPr>
      <w:r>
        <w:t>چیزوں کو سورٹ آؤٹ نہیں کر پاتے۔ تو رائٹ تھنکنگ کہاں سے آئے گی؟ تو آپ اپنے اس طرح دنیا میں چلے آتے ہیں کہ آپ اپنے مائنڈ کا جو اتنا بڑا آپ کو ملا ہے خدا کی طرف سے تحفہ گفٹ اس کو استعمال نہیں کر پاتے۔</w:t>
      </w:r>
    </w:p>
    <w:p>
      <w:r>
        <w:rPr>
          <w:b/>
        </w:rPr>
        <w:t xml:space="preserve">[58:19] </w:t>
      </w:r>
      <w:r>
        <w:t>to kitni bari mehroomi yeh hai. kitni bari mehroomi yeh hai.</w:t>
      </w:r>
    </w:p>
    <w:p>
      <w:pPr>
        <w:jc w:val="right"/>
      </w:pPr>
      <w:r>
        <w:t>تو کتنی بڑی محرومی یہ ہے۔ کتنی بڑی محرومی یہ ہے۔</w:t>
      </w:r>
    </w:p>
    <w:p>
      <w:r>
        <w:rPr>
          <w:b/>
        </w:rPr>
        <w:t xml:space="preserve">[58:29] </w:t>
      </w:r>
      <w:r>
        <w:t>ek sahab abhi mujh se mile do char din ki baat hai. to un ke ab jo bohat achi halat mein hain un ke bachche doctor rahe hain engineer rahe hain waghera sab paisa kama rahe hain bohat aram mein hain.</w:t>
      </w:r>
    </w:p>
    <w:p>
      <w:pPr>
        <w:jc w:val="right"/>
      </w:pPr>
      <w:r>
        <w:t>ایک صاحب ابھی مجھ سے ملے دو چار دن کی بات ہے۔ تو ان کے اب جو بہت اچھی حالت میں ہیں ان کے بچے ڈاکٹر رہے ہیں انجینئر رہے ہیں وغیرہ سب پیسہ کما رہے ہیں بہت آرام میں ہیں۔</w:t>
      </w:r>
    </w:p>
    <w:p>
      <w:r>
        <w:rPr>
          <w:b/>
        </w:rPr>
        <w:t xml:space="preserve">[58:44] </w:t>
      </w:r>
      <w:r>
        <w:t>to past ki kuch baatein hain jis ka talluq chalis saal se pehle se tha us ki shikayat karne lage filane aisa kiya filane waisa kiya.</w:t>
      </w:r>
    </w:p>
    <w:p>
      <w:pPr>
        <w:jc w:val="right"/>
      </w:pPr>
      <w:r>
        <w:t>تو پاسٹ کی کچھ باتیں ہیں جس کا تعلق چالیس سال سے پہلے سے تھا اس کی شکایت کرنے لگے فلانے ایسا کیا فلانے ویسا کیا۔</w:t>
      </w:r>
    </w:p>
    <w:p>
      <w:r>
        <w:rPr>
          <w:b/>
        </w:rPr>
        <w:t xml:space="preserve">[58:55] </w:t>
      </w:r>
      <w:r>
        <w:t>to un se kai baar meri mulaqat hui hai jab bhi milte hain to woh past ki shikayat le ke baith jaate hain. to maine un se kaha ke bhai woh to beet chuka ab Khuda ne aap ko de diya sab kuch ab kyun shikayat liye baithe hain?</w:t>
      </w:r>
    </w:p>
    <w:p>
      <w:pPr>
        <w:jc w:val="right"/>
      </w:pPr>
      <w:r>
        <w:t>تو ان سے کئی بار میری ملاقات ہوئی ہے جب بھی ملتے ہیں تو وہ پاسٹ کی شکایت لے کے بیٹھ جاتے ہیں۔ تو میں نے ان سے کہا کہ بھائی وہ تو بیت چکا اب خدا نے آپ کو دے دیا سب کچھ اب کیوں شکایت لیے بیٹھے ہیں؟</w:t>
      </w:r>
    </w:p>
    <w:p>
      <w:r>
        <w:rPr>
          <w:b/>
        </w:rPr>
        <w:t xml:space="preserve">[59:12] </w:t>
      </w:r>
      <w:r>
        <w:t>yahi aksar logon ka haal hai maine paya hai. majority ka haal yahi hai. is ka nateeja kya hota hai dekhiye ke logon ke andar positive thinking nahi aati.</w:t>
      </w:r>
    </w:p>
    <w:p>
      <w:pPr>
        <w:jc w:val="right"/>
      </w:pPr>
      <w:r>
        <w:t>یہی اکثر لوگوں کا حال ہے میں نے پایا ہے۔ میجورٹی کا حال یہی ہے۔ اس کا نتیجہ کیا ہوتا ہے دیکھیے کہ لوگوں کے اندر پازیٹیو تھنکنگ نہیں آتی۔</w:t>
      </w:r>
    </w:p>
    <w:p>
      <w:r>
        <w:rPr>
          <w:b/>
        </w:rPr>
        <w:t xml:space="preserve">[59:25] </w:t>
      </w:r>
      <w:r>
        <w:t>maine apne experience mein paya hai ke bohat hi kam aise logon ke sach much jo positive thinker hon. kyun? un ke mind mein jo negative item aa gaye the us ko woh nikal nahi paate.</w:t>
      </w:r>
    </w:p>
    <w:p>
      <w:pPr>
        <w:jc w:val="right"/>
      </w:pPr>
      <w:r>
        <w:t>میں نے اپنے ایکسپیرینس میں پایا ہے کہ بہت ہی کم ایسے لوگوں کے سچ مچ جو پازیٹیو تھنکر ہوں۔ کیوں؟ ان کے مائنڈ میں جو نیگیٹیو آئٹم آ گئے تھے اس کو وہ نکال نہیں پاتے۔</w:t>
      </w:r>
    </w:p>
    <w:p>
      <w:r>
        <w:rPr>
          <w:b/>
        </w:rPr>
        <w:t xml:space="preserve">[59:40] </w:t>
      </w:r>
      <w:r>
        <w:t>ab un ke mind mein jin ko jinka maine zikr kiya ke tees chalis saal pehle kuch logon ne un ke sath koi baat ki thi ab woh us ko nikal nahi paye halanke ab Khuda ne un ko sab kuch de diya.</w:t>
      </w:r>
    </w:p>
    <w:p>
      <w:pPr>
        <w:jc w:val="right"/>
      </w:pPr>
      <w:r>
        <w:t>اب ان کے مائنڈ میں جن کو جن کا میں نے ذکر کیا کہ تیس چالیس سال پہلے کچھ لوگوں نے ان کے ساتھ کوئی بات کی تھی اب وہ اس کو نکال نہیں پائے حالانکہ اب خدا نے ان کو سب کچھ دے دیا۔</w:t>
      </w:r>
    </w:p>
    <w:p>
      <w:r>
        <w:rPr>
          <w:b/>
        </w:rPr>
        <w:t xml:space="preserve">[59:53] </w:t>
      </w:r>
      <w:r>
        <w:t>aksar logon ka haal yeh hai ke apne mind mein un ke un ke mind mein jo negative item aa gaye us ko nikalte nahi.</w:t>
      </w:r>
    </w:p>
    <w:p>
      <w:pPr>
        <w:jc w:val="right"/>
      </w:pPr>
      <w:r>
        <w:t>اکثر لوگوں کا حال یہ ہے کہ اپنے مائنڈ میں ان کے ان کے مائنڈ میں جو نیگیٹیو آئٹم آ گئے اس کو نکالتے نہیں۔</w:t>
      </w:r>
    </w:p>
    <w:p>
      <w:r>
        <w:rPr>
          <w:b/>
        </w:rPr>
        <w:t xml:space="preserve">[1:00:04] </w:t>
      </w:r>
      <w:r>
        <w:t>nikalte nahi nikalte nahi nikalte nahi yahan tak ke un ka mind negative item ka jangal ban jata hai. to sab kuch paane ke baad bhi woh positive boli un ke munh se nahi nikalti.</w:t>
      </w:r>
    </w:p>
    <w:p>
      <w:pPr>
        <w:jc w:val="right"/>
      </w:pPr>
      <w:r>
        <w:t>نکالتے نہیں نکالتے نہیں نکالتے نہیں یہاں تک کہ ان کا مائنڈ نیگیٹیو آئٹمز کا جنگل بن جاتا ہے۔ تو سب کچھ پانے کے بعد بھی وہ پازیٹیو بولی ان کے منہ سے نہیں نکلتی۔</w:t>
      </w:r>
    </w:p>
    <w:p>
      <w:r>
        <w:rPr>
          <w:b/>
        </w:rPr>
        <w:t xml:space="preserve">[1:00:17] </w:t>
      </w:r>
      <w:r>
        <w:t>positive boli un ke munh se nahi nikalti.</w:t>
      </w:r>
    </w:p>
    <w:p>
      <w:pPr>
        <w:jc w:val="right"/>
      </w:pPr>
      <w:r>
        <w:t>پازیٹیو بولی ان کے منہ سے نہیں نکلتی۔</w:t>
      </w:r>
    </w:p>
    <w:p>
      <w:r>
        <w:rPr>
          <w:b/>
        </w:rPr>
        <w:t xml:space="preserve">[1:00:20] </w:t>
      </w:r>
      <w:r>
        <w:t>to nateeja kya hai? ke jab aap ke andar positive personality develop nahi karegi to aap bari bari baaton ko kaise discover karenge?</w:t>
      </w:r>
    </w:p>
    <w:p>
      <w:pPr>
        <w:jc w:val="right"/>
      </w:pPr>
      <w:r>
        <w:t>تو نتیجہ کیا ہے؟ کہ جب آپ کے اندر پازیٹیو پرسنیلٹی ڈیولپ نہیں کرے گی تو آپ بڑی بڑی باتوں کو کیسے ڈسکور کریں گے؟</w:t>
      </w:r>
    </w:p>
    <w:p>
      <w:r>
        <w:rPr>
          <w:b/>
        </w:rPr>
        <w:t xml:space="preserve">[1:00:33] </w:t>
      </w:r>
      <w:r>
        <w:t>bari bari baaton ko discover karne ke liye zaroori hai ke aap ke andar positive mind ho positive personality ho positive thinking ho.</w:t>
      </w:r>
    </w:p>
    <w:p>
      <w:pPr>
        <w:jc w:val="right"/>
      </w:pPr>
      <w:r>
        <w:t>بڑی بڑی باتوں کو ڈسکور کرنے کے لیے ضروری ہے کہ آپ کے اندر پازیٹیو مائنڈ ہو پازیٹیو پرسنیلٹی ہو پازیٹیو تھنکنگ ہو۔</w:t>
      </w:r>
    </w:p>
    <w:p>
      <w:r>
        <w:rPr>
          <w:b/>
        </w:rPr>
        <w:t xml:space="preserve">[1:00:42] </w:t>
      </w:r>
      <w:r>
        <w:t>to aadmi dekhiye bazahir to kisi doosre ki shikayat kar raha hota hai woh kisi aur doosre ko bura keh raha hota hai woh lekin woh apna hi nuksan kar raha hota hai.</w:t>
      </w:r>
    </w:p>
    <w:p>
      <w:pPr>
        <w:jc w:val="right"/>
      </w:pPr>
      <w:r>
        <w:t>تو آدمی دیکھیے بظاہر تو کسی دوسرے کی شکایت کر رہا ہوتا ہے وہ کسی اور دوسرے کو برا کہہ رہا ہوتا ہے وہ لیکن وہ اپنا ہی نقصان کر رہا ہوتا ہے۔</w:t>
      </w:r>
    </w:p>
    <w:p>
      <w:r>
        <w:rPr>
          <w:b/>
        </w:rPr>
        <w:t xml:space="preserve">[1:00:57] </w:t>
      </w:r>
      <w:r>
        <w:t>jab aadmi keh raha hai doosre ko bura to doosra bura ho ya na ho apne liye to us ne nuksan kar liya.</w:t>
      </w:r>
    </w:p>
    <w:p>
      <w:pPr>
        <w:jc w:val="right"/>
      </w:pPr>
      <w:r>
        <w:t>جب آدمی کہہ رہا ہے دوسرے کو برا تو دوسرا برا ہو یا نہ ہو اپنے لیے تو اس نے نقصان کر لیا۔</w:t>
      </w:r>
    </w:p>
    <w:p>
      <w:r>
        <w:rPr>
          <w:b/>
        </w:rPr>
        <w:t xml:space="preserve">[1:01:06] </w:t>
      </w:r>
      <w:r>
        <w:t>kyun ke apne mind mein us ne positive item ke bajaye negative item daal liye.</w:t>
      </w:r>
    </w:p>
    <w:p>
      <w:pPr>
        <w:jc w:val="right"/>
      </w:pPr>
      <w:r>
        <w:t>کیونکہ اپنے مائنڈ میں اس نے پازیٹیو آئٹم کے بجائے نیگیٹیو آئٹم ڈال لیے۔</w:t>
      </w:r>
    </w:p>
    <w:p>
      <w:r>
        <w:rPr>
          <w:b/>
        </w:rPr>
        <w:t xml:space="preserve">[1:01:12] </w:t>
      </w:r>
      <w:r>
        <w:t>apne andar negative personality banai us ne bajaye is ke ke positive personality banata. ab dekhiye kitna bara nuksan hai yeh.</w:t>
      </w:r>
    </w:p>
    <w:p>
      <w:pPr>
        <w:jc w:val="right"/>
      </w:pPr>
      <w:r>
        <w:t>اپنے اندر نیگیٹیو پرسنیلٹی بنائی اس نے بجائے اس کے کہ پازیٹیو پرسنیلٹی بناتا۔ اب دیکھیے کتنا بڑا نقصان ہے یہ۔</w:t>
      </w:r>
    </w:p>
    <w:p>
      <w:r>
        <w:rPr>
          <w:b/>
        </w:rPr>
        <w:t xml:space="preserve">[1:01:21] </w:t>
      </w:r>
      <w:r>
        <w:t>ke hamare paas mind hai hamare paas opportunities hain sab kuch hai lekin us ko hum avail nahi kar paate. kyun avail nahi kar paate?</w:t>
      </w:r>
    </w:p>
    <w:p>
      <w:pPr>
        <w:jc w:val="right"/>
      </w:pPr>
      <w:r>
        <w:t>کہ ہمارے پاس مائنڈ ہے ہمارے پاس اپرچونیٹیز ہیں سب کچھ ہے لیکن اس کو ہم اویل نہیں کر پاتے۔ کیوں اویل نہیں کر پاتے؟</w:t>
      </w:r>
    </w:p>
    <w:p>
      <w:r>
        <w:rPr>
          <w:b/>
        </w:rPr>
        <w:t xml:space="preserve">[1:01:32] </w:t>
      </w:r>
      <w:r>
        <w:t>kyun ke hum jo jo aur cheezein chahiye yani Khuda ne jab mind diya hai to kuch aur cheezein chahiye.</w:t>
      </w:r>
    </w:p>
    <w:p>
      <w:pPr>
        <w:jc w:val="right"/>
      </w:pPr>
      <w:r>
        <w:t>کیونکہ ہم جو جو اور چیزیں چاہیے یعنی خدا نے جب مائنڈ دیا ہے تو کچھ اور چیزیں چاہیے۔</w:t>
      </w:r>
    </w:p>
    <w:p>
      <w:r>
        <w:rPr>
          <w:b/>
        </w:rPr>
        <w:t xml:space="preserve">[1:01:41] </w:t>
      </w:r>
      <w:r>
        <w:t>jaise aap ke paas bohat achi car ho bohat achi car ho lekin petrol na dalen us mein to car kya karegi? kitni achi car aap ke paas ho lekin us mein petrol dalna parega?</w:t>
      </w:r>
    </w:p>
    <w:p>
      <w:pPr>
        <w:jc w:val="right"/>
      </w:pPr>
      <w:r>
        <w:t>جیسے آپ کے پاس بہت اچھی کار ہو بہت اچھی کار ہو لیکن پٹرول نہ ڈالیں اس میں تو کار کیا کرے گی؟ کتنی اچھی کار آپ کے پاس ہو لیکن اس میں پٹرول ڈالنا پڑے گا؟</w:t>
      </w:r>
    </w:p>
    <w:p>
      <w:r>
        <w:rPr>
          <w:b/>
        </w:rPr>
        <w:t xml:space="preserve">[1:01:56] </w:t>
      </w:r>
      <w:r>
        <w:t>kitni achi ghoda aap ke paas ho to us mein zain to baandhni paregi? to mind Khuda ne aap ko diya hai bohat acha mind lekin aur bhi kuch conditions hain woh aap ko poori karni padengi.</w:t>
      </w:r>
    </w:p>
    <w:p>
      <w:pPr>
        <w:jc w:val="right"/>
      </w:pPr>
      <w:r>
        <w:t>کتنی اچھی گھوڑا آپ کے پاس ہو تو اس میں زین تو باندھنی پڑے گی؟ تو مائنڈ خدا نے آپ کو دیا ہے بہت اچھا مائنڈ لیکن اور بھی کچھ کنڈیشنز ہیں وہ آپ کو پوری کرنی پڑیں گی۔</w:t>
      </w:r>
    </w:p>
    <w:p>
      <w:r>
        <w:rPr>
          <w:b/>
        </w:rPr>
        <w:t xml:space="preserve">[1:02:08] </w:t>
      </w:r>
      <w:r>
        <w:t>agar woh condition aap poori na karen to mind rahega aap ke paas aur aap us ko use nahi kar sakenge. aap ka mind in availd mind ban kar reh jayega.</w:t>
      </w:r>
    </w:p>
    <w:p>
      <w:pPr>
        <w:jc w:val="right"/>
      </w:pPr>
      <w:r>
        <w:t>اگر وہ کنڈیشن آپ پوری نہ کریں تو مائنڈ رہے گا آپ کے پاس اور آپ اس کو یوز نہیں کر سکیں گے۔ آپ کا مائنڈ ان اویلڈ مائنڈ بن کر رہ جائے گا۔</w:t>
      </w:r>
    </w:p>
    <w:p>
      <w:r>
        <w:rPr>
          <w:b/>
        </w:rPr>
        <w:t xml:space="preserve">[1:02:20] </w:t>
      </w:r>
      <w:r>
        <w:t>to yeh maine kuch baatein us waqt aap ki khidmat mein arz keen is silsile mein.</w:t>
      </w:r>
    </w:p>
    <w:p>
      <w:pPr>
        <w:jc w:val="right"/>
      </w:pPr>
      <w:r>
        <w:t>تو یہ میں نے کچھ باتیں اس وقت آپ کی خدمت میں عرض کیں اس سلسلے میں۔</w:t>
      </w:r>
    </w:p>
    <w:p>
      <w:r>
        <w:rPr>
          <w:b/>
        </w:rPr>
        <w:t xml:space="preserve">[1:02:27] </w:t>
      </w:r>
      <w:r>
        <w:t>aakhir mein main dua karta hoon ke Allah taala mujh ko aur aap ko tofeeq de ke hum Khuda ki di hui nematon ko samjhen Khuda ke diye hue mind ko ki qadar karna jaanen aur is baat ko samjhen ke yeh dunya mein positive thinker banne ke liye hamein kiya kiya karna hai?</w:t>
      </w:r>
    </w:p>
    <w:p>
      <w:pPr>
        <w:jc w:val="right"/>
      </w:pPr>
      <w:r>
        <w:t>آخر میں میں دعا کرتا ہوں کہ اللہ تعالی مجھ کو اور آپ کو توفیق دے کہ ہم خدا کی دی ہوئی نعمتوں کو سمجھیں خدا کے دیے ہوئے مائنڈ کو کی قدر کرنا جانیں اور اس بات کو سمجھیں کہ یہ دنیا میں پازیٹیو تھنکر بننے کے لیے ہمیں کیا کیا کرنا ہے؟</w:t>
      </w:r>
    </w:p>
    <w:p>
      <w:r>
        <w:rPr>
          <w:b/>
        </w:rPr>
        <w:t xml:space="preserve">[1:02:52] </w:t>
      </w:r>
      <w:r>
        <w:t>right thinker banne ke liye hamein kya kya karna hai?</w:t>
      </w:r>
    </w:p>
    <w:p>
      <w:pPr>
        <w:jc w:val="right"/>
      </w:pPr>
      <w:r>
        <w:t>رائٹ تھنکر بننے کے لیے ہمیں کیا کیا کرنا ہے؟</w:t>
      </w:r>
    </w:p>
    <w:p>
      <w:r>
        <w:rPr>
          <w:b/>
        </w:rPr>
        <w:t xml:space="preserve">[1:02:55] </w:t>
      </w:r>
      <w:r>
        <w:t>sachai tak pahunchne ke liye hamein kya kya karna hai? to is mein dekhiye yeh fifty fifty ka muamla hota hai. fifty percent meri koshish fifty percent khuda ki blessing.</w:t>
      </w:r>
    </w:p>
    <w:p>
      <w:pPr>
        <w:jc w:val="right"/>
      </w:pPr>
      <w:r>
        <w:t>سچائی تک پہنچنے کے لیے ہمیں کیا کیا کرنا ہے؟ تو اس میں دیکھیے یہ ففٹی ففٹی کا معاملہ ہوتا ہے۔ ففٹی پرسنٹ میری کوشش ففٹی پرسنٹ خدا کی بلیسنگ۔</w:t>
      </w:r>
    </w:p>
    <w:p>
      <w:r>
        <w:rPr>
          <w:b/>
        </w:rPr>
        <w:t xml:space="preserve">[1:03:08] </w:t>
      </w:r>
      <w:r>
        <w:t>yaad rakhiye dono cheezein zaroori hoti hain. to fifty percent apni taraf se sachi koshish ho to fifty percent jo khuda ki taraf se aane wali madad woh aati hai aur phir hum kamyabi tak pahunch jaate hain.</w:t>
      </w:r>
    </w:p>
    <w:p>
      <w:pPr>
        <w:jc w:val="right"/>
      </w:pPr>
      <w:r>
        <w:t>یاد رکھیے دونوں چیزیں ضروری ہوتی ہیں۔ تو ففٹی پرسنٹ اپنی طرف سے سچی کوشش ہو تو ففٹی پرسنٹ جو خدا کی طرف سے آنے والی مدد وہ آتی ہے اور پھر ہم کامیابی تک پہنچ جاتے ہیں۔</w:t>
      </w:r>
    </w:p>
    <w:p>
      <w:r>
        <w:rPr>
          <w:b/>
        </w:rPr>
        <w:t xml:space="preserve">[1:03:27] </w:t>
      </w:r>
      <w:r>
        <w:t>allah taala mujh ko aur aap ko is ki tofeeq ata farmaye. aqool qooli wastaghfirullah lakum ajmaeen.</w:t>
      </w:r>
    </w:p>
    <w:p>
      <w:pPr>
        <w:jc w:val="right"/>
      </w:pPr>
      <w:r>
        <w:t>اللہ تعالی مجھ کو اور آپ کو اس کی توفیق عطا فرمائے۔ اقول قولی واستغفراللہ لیکم اجمعین۔</w:t>
      </w:r>
    </w:p>
    <w:p>
      <w:r>
        <w:rPr>
          <w:b/>
        </w:rPr>
        <w:t xml:space="preserve">[1:03:48] </w:t>
      </w:r>
      <w:r>
        <w:t>das question is from priya. how is sensitivity connected to thinking with in an intellectual framework? kindly explain.</w:t>
      </w:r>
    </w:p>
    <w:p>
      <w:pPr>
        <w:jc w:val="right"/>
      </w:pPr>
      <w:r>
        <w:t>دس کوئسچن از فرام پریا۔ ہاؤ از سینسٹیوٹی کنیکٹڈ ٹو تھنکنگ ود ان انٹلیکچول فریم ورک؟ کائنڈلی ایکسپلین۔</w:t>
      </w:r>
    </w:p>
    <w:p>
      <w:r>
        <w:rPr>
          <w:b/>
        </w:rPr>
        <w:t xml:space="preserve">[1:03:58] </w:t>
      </w:r>
      <w:r>
        <w:t>dekhiye yeh jo question hai main chahta hoon ke agar hum. shabd badal dein shayad zyada clear ho jayega woh yeh hai ke insaan ke andar dekhein do faculty hai reason aur emotion</w:t>
      </w:r>
    </w:p>
    <w:p>
      <w:pPr>
        <w:jc w:val="right"/>
      </w:pPr>
      <w:r>
        <w:t>دیکھیے یہ جو کوئسچن ہے میں چاہتا ہوں کہ اگر ہم۔ शब्द بدل دیں شاید زیادہ کلیئر ہو جائے گا وہ یہ ہے کہ انسان کے اندر دیکھیں دو فیکلٹی ہے ریزن اور ایموشن</w:t>
      </w:r>
    </w:p>
    <w:p>
      <w:r>
        <w:rPr>
          <w:b/>
        </w:rPr>
        <w:t xml:space="preserve">[1:04:19] </w:t>
      </w:r>
      <w:r>
        <w:t>sensitivity sensitivity jo hai woh emotion ka phenomena hai</w:t>
      </w:r>
    </w:p>
    <w:p>
      <w:pPr>
        <w:jc w:val="right"/>
      </w:pPr>
      <w:r>
        <w:t>سینسٹیوٹی سینسٹیوٹی جو ہے وہ ایموشن کا فیناومینا ہے</w:t>
      </w:r>
    </w:p>
    <w:p>
      <w:r>
        <w:rPr>
          <w:b/>
        </w:rPr>
        <w:t xml:space="preserve">[1:04:25] </w:t>
      </w:r>
      <w:r>
        <w:t>to</w:t>
      </w:r>
    </w:p>
    <w:p>
      <w:pPr>
        <w:jc w:val="right"/>
      </w:pPr>
      <w:r>
        <w:t>تو</w:t>
      </w:r>
    </w:p>
    <w:p>
      <w:r>
        <w:rPr>
          <w:b/>
        </w:rPr>
        <w:t xml:space="preserve">[1:04:29] </w:t>
      </w:r>
      <w:r>
        <w:t>kaise dono ke beech mein taluq qaim kiya jaye mere khayal se is question ka matlab yahi hai</w:t>
      </w:r>
    </w:p>
    <w:p>
      <w:pPr>
        <w:jc w:val="right"/>
      </w:pPr>
      <w:r>
        <w:t>کیسے دونوں کے بیچ میں تعلق قائم کیا جائے میرے خیال سے اس کوئسچن کا مطلب یہی ہے</w:t>
      </w:r>
    </w:p>
    <w:p>
      <w:r>
        <w:rPr>
          <w:b/>
        </w:rPr>
        <w:t xml:space="preserve">[1:04:39] </w:t>
      </w:r>
      <w:r>
        <w:t>to dekhiye emotion ka minus point hai plus point hai ya sensitivity ka minus point hai plus point hai</w:t>
      </w:r>
    </w:p>
    <w:p>
      <w:pPr>
        <w:jc w:val="right"/>
      </w:pPr>
      <w:r>
        <w:t>تو دیکھیے ایموشن کا مائنس پوائنٹ ہے پلس پوائنٹ ہے یا سینسٹیوٹی کا مائنس پوائنٹ ہے پلس پوائنٹ ہے</w:t>
      </w:r>
    </w:p>
    <w:p>
      <w:r>
        <w:rPr>
          <w:b/>
        </w:rPr>
        <w:t xml:space="preserve">[1:04:51] </w:t>
      </w:r>
      <w:r>
        <w:t>agar aadmi sensitive na ho</w:t>
      </w:r>
    </w:p>
    <w:p>
      <w:pPr>
        <w:jc w:val="right"/>
      </w:pPr>
      <w:r>
        <w:t>اگر ادمی سینسٹیو نہ ہو</w:t>
      </w:r>
    </w:p>
    <w:p>
      <w:r>
        <w:rPr>
          <w:b/>
        </w:rPr>
        <w:t xml:space="preserve">[1:04:54] </w:t>
      </w:r>
      <w:r>
        <w:t>to koi kaam nahin karega wo</w:t>
      </w:r>
    </w:p>
    <w:p>
      <w:pPr>
        <w:jc w:val="right"/>
      </w:pPr>
      <w:r>
        <w:t>تو کوئی کام نہیں کرے گا وہ</w:t>
      </w:r>
    </w:p>
    <w:p>
      <w:r>
        <w:rPr>
          <w:b/>
        </w:rPr>
        <w:t xml:space="preserve">[1:04:58] </w:t>
      </w:r>
      <w:r>
        <w:t>farz kiye ghar mein biwi beemar padi hui hai aap sensitive nahin hain to chhod kar aap bahar</w:t>
      </w:r>
    </w:p>
    <w:p>
      <w:pPr>
        <w:jc w:val="right"/>
      </w:pPr>
      <w:r>
        <w:t>فرض کیے گھر میں بیوی بیمار پڑی ہوئی ہے اپ سینسٹیو نہیں ہیں تو چھوڑ کر اپ باہر</w:t>
      </w:r>
    </w:p>
    <w:p>
      <w:r>
        <w:rPr>
          <w:b/>
        </w:rPr>
        <w:t xml:space="preserve">[1:05:04] </w:t>
      </w:r>
      <w:r>
        <w:t>chale jayenge</w:t>
      </w:r>
    </w:p>
    <w:p>
      <w:pPr>
        <w:jc w:val="right"/>
      </w:pPr>
      <w:r>
        <w:t>چلے جائیں گے</w:t>
      </w:r>
    </w:p>
    <w:p>
      <w:r>
        <w:rPr>
          <w:b/>
        </w:rPr>
        <w:t xml:space="preserve">[1:05:07] </w:t>
      </w:r>
      <w:r>
        <w:t>road par ek takkar hui ek aadmi jo hai wo</w:t>
      </w:r>
    </w:p>
    <w:p>
      <w:pPr>
        <w:jc w:val="right"/>
      </w:pPr>
      <w:r>
        <w:t>روڈ پر ایک ٹکر ہوئی ایک ادمی جو ہے وہ</w:t>
      </w:r>
    </w:p>
    <w:p>
      <w:r>
        <w:rPr>
          <w:b/>
        </w:rPr>
        <w:t xml:space="preserve">[1:05:12] </w:t>
      </w:r>
      <w:r>
        <w:t>is ko chot lagi aap sensitive nahin hain to chhod kar aage badh jayenge</w:t>
      </w:r>
    </w:p>
    <w:p>
      <w:pPr>
        <w:jc w:val="right"/>
      </w:pPr>
      <w:r>
        <w:t>اس کو چوٹ لگی اپ سینسٹیو نہیں ہیں تو چھوڑ کر اگے بڑھ جائیں گے</w:t>
      </w:r>
    </w:p>
    <w:p>
      <w:r>
        <w:rPr>
          <w:b/>
        </w:rPr>
        <w:t xml:space="preserve">[1:05:18] </w:t>
      </w:r>
      <w:r>
        <w:t>to har cheez mein sensitivity jodi hui hai</w:t>
      </w:r>
    </w:p>
    <w:p>
      <w:pPr>
        <w:jc w:val="right"/>
      </w:pPr>
      <w:r>
        <w:t>تو ہر چیز میں سینسٹیوٹی جڑی ہوئی ہے</w:t>
      </w:r>
    </w:p>
    <w:p>
      <w:r>
        <w:rPr>
          <w:b/>
        </w:rPr>
        <w:t xml:space="preserve">[1:05:22] </w:t>
      </w:r>
      <w:r>
        <w:t>aap padhte hain agar aap sensitive na ho fail pass par to aap kuch bhi karenge fail</w:t>
      </w:r>
    </w:p>
    <w:p>
      <w:pPr>
        <w:jc w:val="right"/>
      </w:pPr>
      <w:r>
        <w:t>اپ پڑھتے ہیں اگر اپ سینسٹیو نہ ہو فیل پاس پر تو اپ کچھ بھی کریں گے فیل</w:t>
      </w:r>
    </w:p>
    <w:p>
      <w:r>
        <w:rPr>
          <w:b/>
        </w:rPr>
        <w:t xml:space="preserve">[1:05:28] </w:t>
      </w:r>
      <w:r>
        <w:t>ho aap pass ho aap sensitive hi nahin hain fail ho to phir kya pass ho to phir</w:t>
      </w:r>
    </w:p>
    <w:p>
      <w:pPr>
        <w:jc w:val="right"/>
      </w:pPr>
      <w:r>
        <w:t>ہو اپ پاس ہو اپ سینسٹیو ہی نہیں ہیں فیل ہو تو پھر کیا پاس ہو تو پھر</w:t>
      </w:r>
    </w:p>
    <w:p>
      <w:r>
        <w:rPr>
          <w:b/>
        </w:rPr>
        <w:t xml:space="preserve">[1:05:33] </w:t>
      </w:r>
      <w:r>
        <w:t>kya to dekhen sensitivity bohat hi zyada important hai zindagi mein insan ki</w:t>
      </w:r>
    </w:p>
    <w:p>
      <w:pPr>
        <w:jc w:val="right"/>
      </w:pPr>
      <w:r>
        <w:t>کیا تو دیکھیں سینسٹیوٹی بہت ہی زیادہ امپورٹنٹ ہے زندگی میں انسان کی</w:t>
      </w:r>
    </w:p>
    <w:p>
      <w:r>
        <w:rPr>
          <w:b/>
        </w:rPr>
        <w:t xml:space="preserve">[1:05:42] </w:t>
      </w:r>
      <w:r>
        <w:t>bohat zyada lekin dekhen sensitivity ya emotion ko aql nahin hoti</w:t>
      </w:r>
    </w:p>
    <w:p>
      <w:pPr>
        <w:jc w:val="right"/>
      </w:pPr>
      <w:r>
        <w:t>بہت زیادہ لیکن دیکھیں سینسٹیوٹی یا ایموشن کو عقل نہیں ہوتی</w:t>
      </w:r>
    </w:p>
    <w:p>
      <w:r>
        <w:rPr>
          <w:b/>
        </w:rPr>
        <w:t xml:space="preserve">[1:05:51] </w:t>
      </w:r>
      <w:r>
        <w:t>aql nahin hoti</w:t>
      </w:r>
    </w:p>
    <w:p>
      <w:pPr>
        <w:jc w:val="right"/>
      </w:pPr>
      <w:r>
        <w:t>عقل نہیں ہوتی</w:t>
      </w:r>
    </w:p>
    <w:p>
      <w:r>
        <w:rPr>
          <w:b/>
        </w:rPr>
        <w:t xml:space="preserve">[1:05:53] </w:t>
      </w:r>
      <w:r>
        <w:t>to yeh is ka minus point hai</w:t>
      </w:r>
    </w:p>
    <w:p>
      <w:pPr>
        <w:jc w:val="right"/>
      </w:pPr>
      <w:r>
        <w:t>تو یہ اس کا مائنس پوائنٹ ہے</w:t>
      </w:r>
    </w:p>
    <w:p>
      <w:r>
        <w:rPr>
          <w:b/>
        </w:rPr>
        <w:t xml:space="preserve">[1:05:57] </w:t>
      </w:r>
      <w:r>
        <w:t>yeh is ka minus point hai misaal ke taur par aap ke ek sahib mere paas aaye un</w:t>
      </w:r>
    </w:p>
    <w:p>
      <w:pPr>
        <w:jc w:val="right"/>
      </w:pPr>
      <w:r>
        <w:t>یہ اس کا مائنس پوائنٹ ہے مثال کے طور پر اپ کے ایک صاحب میرے پاس ائے ان</w:t>
      </w:r>
    </w:p>
    <w:p>
      <w:r>
        <w:rPr>
          <w:b/>
        </w:rPr>
        <w:t xml:space="preserve">[1:06:03] </w:t>
      </w:r>
      <w:r>
        <w:t>ki maa bimar thi boodhi ho gayi thi bohat boodhi bimar ho gayi ab un ko yeh hua</w:t>
      </w:r>
    </w:p>
    <w:p>
      <w:pPr>
        <w:jc w:val="right"/>
      </w:pPr>
      <w:r>
        <w:t>کی ماں بیمار تھی بوڑھی ہو گئی تھی بہت بوڑھی بیمار ہو گئی اب ان کو یہ ہوا</w:t>
      </w:r>
    </w:p>
    <w:p>
      <w:r>
        <w:rPr>
          <w:b/>
        </w:rPr>
        <w:t xml:space="preserve">[1:06:09] </w:t>
      </w:r>
      <w:r>
        <w:t>ke is ka ilaaj karein</w:t>
      </w:r>
    </w:p>
    <w:p>
      <w:pPr>
        <w:jc w:val="right"/>
      </w:pPr>
      <w:r>
        <w:t>کہ اس کا علاج کریں</w:t>
      </w:r>
    </w:p>
    <w:p>
      <w:r>
        <w:rPr>
          <w:b/>
        </w:rPr>
        <w:t xml:space="preserve">[1:06:11] </w:t>
      </w:r>
      <w:r>
        <w:t>to unhone bohat bara qarz le kar is ko laaye apollo mein ilaaj kiya is ka apollo</w:t>
      </w:r>
    </w:p>
    <w:p>
      <w:pPr>
        <w:jc w:val="right"/>
      </w:pPr>
      <w:r>
        <w:t>تو انہوں نے بہت بڑا قرض لے کر اس کو لائے اپالو میں علاج کیا اس کا اپالو</w:t>
      </w:r>
    </w:p>
    <w:p>
      <w:r>
        <w:rPr>
          <w:b/>
        </w:rPr>
        <w:t xml:space="preserve">[1:06:17] </w:t>
      </w:r>
      <w:r>
        <w:t>mein ilaaj karna un ke bas mein nahi tha yaani soodi qarz le liya</w:t>
      </w:r>
    </w:p>
    <w:p>
      <w:pPr>
        <w:jc w:val="right"/>
      </w:pPr>
      <w:r>
        <w:t>میں علاج کرنا ان کے بس میں نہیں تھا یعنی سودی قرض لے لیا</w:t>
      </w:r>
    </w:p>
    <w:p>
      <w:r>
        <w:rPr>
          <w:b/>
        </w:rPr>
        <w:t xml:space="preserve">[1:06:23] </w:t>
      </w:r>
      <w:r>
        <w:t>aur is mein phanse hue the aur abhi ab maa mar gayi thode din mein kyunke woh to boodhi ho hi gayi thi yahan par emotion ko unhone manage nahi kiya ke bhai boodhi ho gayi hai ab bimar hai to kya matlab kya aap ke ilaaj se woh hazar saal jiye gi kaise jiye gi woh aisa to nahi ho sakta hai to jo qareeb mein jo ilaaj aap ke liye possible hai woh kar lijiye jaise kisi homeopathic doctor ko dikha dijiye</w:t>
      </w:r>
    </w:p>
    <w:p>
      <w:pPr>
        <w:jc w:val="right"/>
      </w:pPr>
      <w:r>
        <w:t>اور اس میں پھنسے ہوئے تھے اور ابھی اب ماں مر گئی تھوڑے دن میں کیونکہ وہ تو بوڑھی ہو ہی گئی تھی یہاں پر ایموشن کو انہوں نے مینج نہیں کیا کہ بھئی بوڑھی ہو گئی ہے اب بیمار ہے تو کیا مطلب کیا اپ کے علاج سے وہ ہزار سال جیے گی کیسے جیے گی وہ ایسا تو نہیں ہو سکتا ہے تو جو قریب میں جو علاج اپ کے لیے پاسیبل ہے وہ کر لیجئے جیسے کسی ہومیوپیتھک ڈاکٹر کو دکھا دیجئے</w:t>
      </w:r>
    </w:p>
    <w:p>
      <w:r>
        <w:rPr>
          <w:b/>
        </w:rPr>
        <w:t xml:space="preserve">[1:06:51] </w:t>
      </w:r>
      <w:r>
        <w:t>yeh kya zaroori ke aap layein Apollo mein aur lakhon ke bill banayein aur aap loan le kar dein yahan par aap ne apne emotion ko manage nahi kiya apne matlab reason se us ko control nahi kiya</w:t>
      </w:r>
    </w:p>
    <w:p>
      <w:pPr>
        <w:jc w:val="right"/>
      </w:pPr>
      <w:r>
        <w:t>یہ کیا ضروری کہ اپ لائیں اپالو میں اور لاکھوں کے بل بنائیں اور اپ لون لے کر دیں یہاں پر اپ نے اپنے ایموشن کو مینج نہیں کیا اپنے مطلب ریزن سے اس کو کنٹرول نہیں کیا</w:t>
      </w:r>
    </w:p>
    <w:p>
      <w:r>
        <w:rPr>
          <w:b/>
        </w:rPr>
        <w:t xml:space="preserve">[1:07:05] </w:t>
      </w:r>
      <w:r>
        <w:t>to bohat hi important role hai emotion ka sensitivity ka lekin jab bhi aap is ko apni reason se control nahi karenge to is ka minus point jo hai wahi badh jayega aur ulta jis ko kehte hain counter productive ban jayega woh to emotion bohat achhi cheez hai har muamle mein</w:t>
      </w:r>
    </w:p>
    <w:p>
      <w:pPr>
        <w:jc w:val="right"/>
      </w:pPr>
      <w:r>
        <w:t>تو بہت ہی امپورٹنٹ رول ہے ایموشن کا سینسٹیوٹی کا لیکن جب بھی اپ اس کو اپنی ریزن سے کنٹرول نہیں کریں گے تو اس کا مائنس پوائنٹ جو ہے وہی بڑھ جائے گا اور الٹا جس کو کہتے ہیں کاؤنٹر پروڈکٹو بن جائے گا وہ تو ایموشن بہت اچھی چیز ہے ہر معاملے میں</w:t>
      </w:r>
    </w:p>
    <w:p>
      <w:r>
        <w:rPr>
          <w:b/>
        </w:rPr>
        <w:t xml:space="preserve">[1:07:30] </w:t>
      </w:r>
      <w:r>
        <w:t>ya sachai ki talash hai wahan bhi emotions hote hain sensitivity hoti hai ek sahab ko maine dekha ke sachai ki talash karte karte kya kya unhone ke pagal ho gaye yaani sach mein hi pagal ho gaye woh itna zyada is mein involve kiya apne aap ko unhone to kisi bhi line mein reason jo hai us ki hesiyat speed breaker jaisi hai lagaam jaisi hai</w:t>
      </w:r>
    </w:p>
    <w:p>
      <w:pPr>
        <w:jc w:val="right"/>
      </w:pPr>
      <w:r>
        <w:t>یا سچائی کی تلاش ہے وہاں بھی ایموشنز ہوتے ہیں سینسٹیوٹی ہوتی ہے ایک صاحب کو میں نے دیکھا کہ سچائی کی تلاش کرتے کرتے کیا کیا انہوں نے کہ پاگل ہو گئے یعنی سچ مچ ہی پاگل ہو گئے وہ اتنا زیادہ اس میں انوالو کیا اپنے اپ کو انہوں نے تو کسی بھی لائن میں ریزن جو ہے اس کی حیثیت اسپیڈ بریکر جیسی ہے لگام جیسی ہے</w:t>
      </w:r>
    </w:p>
    <w:p>
      <w:r>
        <w:rPr>
          <w:b/>
        </w:rPr>
        <w:t xml:space="preserve">[1:07:57] </w:t>
      </w:r>
      <w:r>
        <w:t>to reason ko bharpoor taur par alive rakhiye aur isi ke saath saath emotion ko aur sensitivity ko kaam karne ka mauqa dijiye bas yahi mujhe samajh mein aata hai das question is from mr a rahim he has given reference of two quranic ayat and he wants your explanation in that the first is rabbish rahli sadri</w:t>
      </w:r>
    </w:p>
    <w:p>
      <w:pPr>
        <w:jc w:val="right"/>
      </w:pPr>
      <w:r>
        <w:t>تو ریزن کو بھرپور طور پر الائیو رکھیے اور اسی کے ساتھ ساتھ ایموشن کو اور سینسٹیوٹی کو کام کرنے کا موقع دیجئے بس یہی مجھے سمجھ میں اتا ہے دس کوئسچن از فرام مسٹر اے رحیم ہی ہیز گیون ریفرنس اف ٹو قرانی ایات اینڈ ہی وانٹس یور ایکسپلینیشن ان دیٹ دا فرسٹ از ربش رحلی صدری</w:t>
      </w:r>
    </w:p>
    <w:p>
      <w:r>
        <w:rPr>
          <w:b/>
        </w:rPr>
        <w:t xml:space="preserve">[1:08:22] </w:t>
      </w:r>
      <w:r>
        <w:t>is mein woh yeh janna chahte hain ke is mein seene ka kya kya kya mani hain aur</w:t>
      </w:r>
    </w:p>
    <w:p>
      <w:pPr>
        <w:jc w:val="right"/>
      </w:pPr>
      <w:r>
        <w:t>اس میں وہ یہ جاننا چاہتے ہیں کہ اس میں سینے کا کیا کیا کیا معنی ہیں اور</w:t>
      </w:r>
    </w:p>
    <w:p>
      <w:r>
        <w:rPr>
          <w:b/>
        </w:rPr>
        <w:t xml:space="preserve">[1:08:27] </w:t>
      </w:r>
      <w:r>
        <w:t>jo doosri ayat hai woh hai wallah khalaqa kull dabat min ma dabah min ma is is bare</w:t>
      </w:r>
    </w:p>
    <w:p>
      <w:pPr>
        <w:jc w:val="right"/>
      </w:pPr>
      <w:r>
        <w:t>جو دوسری ایات ہے وہ ہے واللہ خلق کل دابا من ما دابۃ من ما اس اس بارے</w:t>
      </w:r>
    </w:p>
    <w:p>
      <w:r>
        <w:rPr>
          <w:b/>
        </w:rPr>
        <w:t xml:space="preserve">[1:08:35] </w:t>
      </w:r>
      <w:r>
        <w:t>mein aap bataiye</w:t>
      </w:r>
    </w:p>
    <w:p>
      <w:pPr>
        <w:jc w:val="right"/>
      </w:pPr>
      <w:r>
        <w:t>میں اپ بتائیے</w:t>
      </w:r>
    </w:p>
    <w:p>
      <w:r>
        <w:rPr>
          <w:b/>
        </w:rPr>
        <w:t xml:space="preserve">[1:08:38] </w:t>
      </w:r>
      <w:r>
        <w:t>dekhein sab se pehle do saal question lijiye ke khuda ne har jandar cheez ko pani se paida</w:t>
      </w:r>
    </w:p>
    <w:p>
      <w:pPr>
        <w:jc w:val="right"/>
      </w:pPr>
      <w:r>
        <w:t>دیکھیں سب سے پہلے دو سال کوئسچن لیجئے کہ خدا نے ہر جاندار چیز کو پانی سے پیدا</w:t>
      </w:r>
    </w:p>
    <w:p>
      <w:r>
        <w:rPr>
          <w:b/>
        </w:rPr>
        <w:t xml:space="preserve">[1:08:45] </w:t>
      </w:r>
      <w:r>
        <w:t>kiya yeh baat quran mein doosri jagah bhi aayi hai doosre lafzon mein</w:t>
      </w:r>
    </w:p>
    <w:p>
      <w:pPr>
        <w:jc w:val="right"/>
      </w:pPr>
      <w:r>
        <w:t>کیا یہ بات قران میں دوسری جگہ بھی ائی ہے دوسرے لفظوں میں</w:t>
      </w:r>
    </w:p>
    <w:p>
      <w:r>
        <w:rPr>
          <w:b/>
        </w:rPr>
        <w:t xml:space="preserve">[1:08:53] </w:t>
      </w:r>
      <w:r>
        <w:t>to yeh ek pehle zamane mein insaan nahi jaanta tha ke cheezein yaani zinda cheezein pani se bani hain ab dekhiye ab jo balje mein jo studies hui hain aur microscope se jo dekha gaya to maloom hua ke aap ke body ka near about 85 percent jo hai pani hai</w:t>
      </w:r>
    </w:p>
    <w:p>
      <w:pPr>
        <w:jc w:val="right"/>
      </w:pPr>
      <w:r>
        <w:t>تو یہ ایک پہلے زمانے میں انسان نہیں جانتا تھا کہ چیزیں یعنی زندہ چیزیں پانی سے بنی ہیں اب دیکھیے اب جو بالجے میں جو سٹیز ہوئی ہیں اور مائیکروسکوپ سے جو دیکھا گیا تو معلوم ہوا کہ اپ کے باڈی کا نیئر اباؤٹ 85 پرسنٹ جو ہے پانی ہے</w:t>
      </w:r>
    </w:p>
    <w:p>
      <w:r>
        <w:rPr>
          <w:b/>
        </w:rPr>
        <w:t xml:space="preserve">[1:09:21] </w:t>
      </w:r>
      <w:r>
        <w:t>aap aap koi bhi aadmi aap mein se microscope mein ek tukda le kar ke body ka dekhe ek cell le kar dekhe to us mein pani zyada dikhai dega to yeh quran ke khuda ki kitab hone ka saboot hai pehle zamane mein samjha jata tha ke hamara jo body hai yeh gosht hai matlab blood hai flesh hai aur bone hai</w:t>
      </w:r>
    </w:p>
    <w:p>
      <w:pPr>
        <w:jc w:val="right"/>
      </w:pPr>
      <w:r>
        <w:t>اپ اپ کوئی بھی ادمی اپ میں سے مائیکروسکوپ میں ایک ٹکڑا لے کر کے باڈی کا دیکھے ایک سیل لے کر دیکھے تو اس میں پانی زیادہ دکھائی دے گا تو یہ قران کے خدا کی کتاب ہونے کا ثبوت ہے پہلے زمانے میں سمجھا جاتا تھا کہ ہمارا جو باڈی ہے یہ گوشت ہے مطلب بلڈ ہے فلیش ہے اور بون ہے</w:t>
      </w:r>
    </w:p>
    <w:p>
      <w:r>
        <w:rPr>
          <w:b/>
        </w:rPr>
        <w:t xml:space="preserve">[1:09:49] </w:t>
      </w:r>
      <w:r>
        <w:t>isi ka naam body samajhte the woh yeh kisi ko pata hi nahi tha ke body jo hai woh is ka sab se zyada pani par base karta hai pata nahi tha kisi ko</w:t>
      </w:r>
    </w:p>
    <w:p>
      <w:pPr>
        <w:jc w:val="right"/>
      </w:pPr>
      <w:r>
        <w:t>اسی کا نام باڈی سمجھتے تھے وہ یہ کسی کو پتہ ہی نہیں تھا کہ باڈی جو ہے وہ اس کا سب سے زیادہ پانی پر بیس کرتا ہے پتہ نہیں تھا کسی کو</w:t>
      </w:r>
    </w:p>
    <w:p>
      <w:r>
        <w:rPr>
          <w:b/>
        </w:rPr>
        <w:t xml:space="preserve">[1:10:03] </w:t>
      </w:r>
      <w:r>
        <w:t>ek aise daur mein jab ke insaan ko yeh pata nahi tha ke har living cheez har zinda cheez ka beshtar hissa pani hota hai us waqt quran mein ayat utri ke har cheez ko hum ne pani se banaya matlab yeh ke is ka bada hissa pani hai</w:t>
      </w:r>
    </w:p>
    <w:p>
      <w:pPr>
        <w:jc w:val="right"/>
      </w:pPr>
      <w:r>
        <w:t>ایک ایسے دور میں جب کہ انسان کو یہ پتہ نہیں تھا کہ ہر لیونگ چیز ہر زندہ چیز کا بیشتر حصہ پانی ہوتا ہے اس وقت قران میں ایت اتری کہ ہر چیز کو ہم نے پانی سے بنایا مطلب یہ کہ اس کا بڑا حصہ پانی ہے</w:t>
      </w:r>
    </w:p>
    <w:p>
      <w:r>
        <w:rPr>
          <w:b/>
        </w:rPr>
        <w:t xml:space="preserve">[1:10:26] </w:t>
      </w:r>
      <w:r>
        <w:t>to main samajhta hoon ke yeh quran ke yeh is baat ka saboot hai ke quran khuda ki kitab hai kyunke khudai ko pata tha pehle yaani science se pehle ke cheezein jo hain woh pani se bani hain aur doosra jo question un ka hai sadr ke baayein hote hain seene aye khuda mera seena khol</w:t>
      </w:r>
    </w:p>
    <w:p>
      <w:pPr>
        <w:jc w:val="right"/>
      </w:pPr>
      <w:r>
        <w:t>تو میں سمجھتا ہوں کہ یہ قران کے یہ اس بات کا ثبوت ہے کہ قران خدا کی کتاب ہے کیونکہ خدائی کو پتہ تھا پہلے یعنی سائنس سے پہلے کہ چیزیں جو ہیں وہ پانی سے بنی ہیں اور دوسرا جو کوئسچن ان کا ہے صدر کے بائیں ہوتے ہیں سینہ اے خدا میرا سینہ کھول</w:t>
      </w:r>
    </w:p>
    <w:p>
      <w:r>
        <w:rPr>
          <w:b/>
        </w:rPr>
        <w:t xml:space="preserve">[1:10:51] </w:t>
      </w:r>
      <w:r>
        <w:t>de yeh dua hai quran mein hazrat moosa ne farmaya tha ke aye khuda mera seena khol de dekhiye seena yahan symbolic sense mein hai seena ka matlab seena nahi seena ka matlab mind hota hai mera mind khol de lekin aap jante hain ke language mein aisa nahi hota ke aap scientific scientific term mein bolein literature ki zuban alag hoti hai aur science ki zuban alag hoti hai</w:t>
      </w:r>
    </w:p>
    <w:p>
      <w:pPr>
        <w:jc w:val="right"/>
      </w:pPr>
      <w:r>
        <w:t>دے یہ دعا ہے قران میں حضرت موسی نے فرمایا تھا کہ اے خدا میرا سینہ کھول دے دیکھیے سینہ یہاں سمبالک سینس میں ہے سینہ کا مطلب سینہ نہیں سینہ کا مطلب مائنڈ ہوتا ہے میرا مائنڈ کھول دے لیکن اپ جانتے ہیں کہ لینگویج میں ایسا نہیں ہوتا کہ اپ سائنٹیفک سائنٹیفک ٹرم میں بولیں لٹریچر کی زبان الگ ہوتی ہے اور سائنس کی زبان الگ ہوتی ہے</w:t>
      </w:r>
    </w:p>
    <w:p>
      <w:r>
        <w:rPr>
          <w:b/>
        </w:rPr>
        <w:t xml:space="preserve">[1:11:17] </w:t>
      </w:r>
      <w:r>
        <w:t>misal ke taur par aaj bhi aap kehte hain ke woh moonlight halankey moonlight koi cheez nahi hai chand mein roshni nahi hoti hai yeh nahi kahenge aap ke light reflected by sun yeh toh nahi kahenge aap moonlight hi kahenge</w:t>
      </w:r>
    </w:p>
    <w:p>
      <w:pPr>
        <w:jc w:val="right"/>
      </w:pPr>
      <w:r>
        <w:t>مثلا اج بھی اپ کہتے ہیں کہ وہ مون لائٹ حالانکہ مون لائٹ کوئی چیز نہیں ہے چاند میں روشنی نہیں ہوتی ہے یہ نہیں کہیں گے اپ کہ لائٹ ریفلیکٹڈ بائی سن یہ تو نہیں کہیں گے اپ مون لائٹ ہی کہیں گے</w:t>
      </w:r>
    </w:p>
    <w:p>
      <w:r>
        <w:rPr>
          <w:b/>
        </w:rPr>
        <w:t xml:space="preserve">[1:11:40] </w:t>
      </w:r>
      <w:r>
        <w:t>any wise whole heartedly کہیں گے آپ حالانکہ آپ جانتے ہیں کہ یہ سب کچھ مائنڈ سے تعلق</w:t>
      </w:r>
    </w:p>
    <w:p>
      <w:pPr>
        <w:jc w:val="right"/>
      </w:pPr>
      <w:r>
        <w:t>انی وائز ہول ہرٹڈلی کہیں گے اپ حالانکہ اپ جانتے ہیں کہ یہ سب کچھ مائنڈ سے تعلق</w:t>
      </w:r>
    </w:p>
    <w:p>
      <w:r>
        <w:rPr>
          <w:b/>
        </w:rPr>
        <w:t xml:space="preserve">[1:11:46] </w:t>
      </w:r>
      <w:r>
        <w:t>hota hai to aap whole mindedly nahi kahenge to yeh jo language hazaron saal se ban jati</w:t>
      </w:r>
    </w:p>
    <w:p>
      <w:pPr>
        <w:jc w:val="right"/>
      </w:pPr>
      <w:r>
        <w:t>ہوتا ہے تو اپ ہول مائنڈڈلی نہیں کہیں گے تو یہ جو لینگویج ہزاروں سال سے بن جاتی</w:t>
      </w:r>
    </w:p>
    <w:p>
      <w:r>
        <w:rPr>
          <w:b/>
        </w:rPr>
        <w:t xml:space="preserve">[1:11:52] </w:t>
      </w:r>
      <w:r>
        <w:t>hai isi mein insan bolta hai to seena khol de yeh uchhli hui language hai is tarah se</w:t>
      </w:r>
    </w:p>
    <w:p>
      <w:pPr>
        <w:jc w:val="right"/>
      </w:pPr>
      <w:r>
        <w:t>ہے اسی میں انسان بولتا ہے تو سینہ کھول دے یہ اچھلی ہوئی لینگویج ہے اس طرح سے</w:t>
      </w:r>
    </w:p>
    <w:p>
      <w:r>
        <w:rPr>
          <w:b/>
        </w:rPr>
        <w:t xml:space="preserve">[1:12:00] </w:t>
      </w:r>
      <w:r>
        <w:t>hazaron saal se use hoti rahi hai to isi zuban mein woh bole ke aye khuda mera seena</w:t>
      </w:r>
    </w:p>
    <w:p>
      <w:pPr>
        <w:jc w:val="right"/>
      </w:pPr>
      <w:r>
        <w:t>ہزاروں سال سے یوز ہوتی رہی ہے تو اسی زبان میں وہ بولے کہ اے خدا میرا سینہ</w:t>
      </w:r>
    </w:p>
    <w:p>
      <w:r>
        <w:rPr>
          <w:b/>
        </w:rPr>
        <w:t xml:space="preserve">[1:12:05] </w:t>
      </w:r>
      <w:r>
        <w:t>khol de matlab yeh hai ke mera mind khol de mera zehan khol de yeh matlab hai is</w:t>
      </w:r>
    </w:p>
    <w:p>
      <w:pPr>
        <w:jc w:val="right"/>
      </w:pPr>
      <w:r>
        <w:t>کھول دے مطلب یہ ہے کہ میرا مائنڈ کھول دے میرا ذہن کھول دے یہ مطلب ہے اس</w:t>
      </w:r>
    </w:p>
    <w:p>
      <w:r>
        <w:rPr>
          <w:b/>
        </w:rPr>
        <w:t xml:space="preserve">[1:12:09] </w:t>
      </w:r>
      <w:r>
        <w:t>ka</w:t>
      </w:r>
    </w:p>
    <w:p>
      <w:pPr>
        <w:jc w:val="right"/>
      </w:pPr>
      <w:r>
        <w:t>کا</w:t>
      </w:r>
    </w:p>
    <w:p>
      <w:r>
        <w:rPr>
          <w:b/>
        </w:rPr>
        <w:t xml:space="preserve">[1:12:12] </w:t>
      </w:r>
      <w:r>
        <w:t>this question is from raziya anything that we see or hear registers in our mind then how can we exclusively take negative items out of our mind kindly explain dekhiye nikalna physical sense mein possible nahi hai</w:t>
      </w:r>
    </w:p>
    <w:p>
      <w:pPr>
        <w:jc w:val="right"/>
      </w:pPr>
      <w:r>
        <w:t>دس کوئسچن از فرام راضیہ اینی تھنگ دیٹ وی سی اور ہیئر رجسٹرز ان اور مائنڈ دین ہاؤ کین وی ایکسکلوسولی ٹیک نیگیٹیو ائٹمز اؤٹ اف اور مائنڈ کائنڈلی ایکسپلین دیکھیں نکالنا فزیکل سینس میں پاسیبل نہیں ہے</w:t>
      </w:r>
    </w:p>
    <w:p>
      <w:r>
        <w:rPr>
          <w:b/>
        </w:rPr>
        <w:t xml:space="preserve">[1:12:32] </w:t>
      </w:r>
      <w:r>
        <w:t>kyun ke woh toh rahega phir bhi rahega woh</w:t>
      </w:r>
    </w:p>
    <w:p>
      <w:pPr>
        <w:jc w:val="right"/>
      </w:pPr>
      <w:r>
        <w:t>کیونکہ وہ تو رہے گا پھر بھی رہے گا وہ</w:t>
      </w:r>
    </w:p>
    <w:p>
      <w:r>
        <w:rPr>
          <w:b/>
        </w:rPr>
        <w:t xml:space="preserve">[1:12:36] </w:t>
      </w:r>
      <w:r>
        <w:t>lekin aap yeh kar sakte hain ke us ko inactive bana dein inactive bana dein jaise mere mind mein bohat si baatein hain aaj bhi hain ke kisi ne mujhe gaali di woh aaj bhi mind mein hai kisi ne mujhe nuqsan pohanchaya woh aaj bhi mind mein hai sab mind mein hai</w:t>
      </w:r>
    </w:p>
    <w:p>
      <w:pPr>
        <w:jc w:val="right"/>
      </w:pPr>
      <w:r>
        <w:t>لیکن اپ یہ کر سکتے ہیں کہ اس کو ان ایکٹیو بنا دیں ان ایکٹیو بنا دیں جیسے میرے مائنڈ میں بہت سی باتیں ہیں اج بھی ہیں کہ کسی نے مجھے گالی دی وہ اج بھی مائنڈ میں ہے کسی نے مجھے نقصان پہنچایا وہ اج بھی مائنڈ میں ہے سب مائنڈ میں ہے</w:t>
      </w:r>
    </w:p>
    <w:p>
      <w:r>
        <w:rPr>
          <w:b/>
        </w:rPr>
        <w:t xml:space="preserve">[1:12:59] </w:t>
      </w:r>
      <w:r>
        <w:t>lekin</w:t>
      </w:r>
    </w:p>
    <w:p>
      <w:pPr>
        <w:jc w:val="right"/>
      </w:pPr>
      <w:r>
        <w:t>لیکن</w:t>
      </w:r>
    </w:p>
    <w:p>
      <w:r>
        <w:rPr>
          <w:b/>
        </w:rPr>
        <w:t xml:space="preserve">[1:13:00] </w:t>
      </w:r>
      <w:r>
        <w:t>maine us ko inactive bana liya kyun ke is ka explanation maine aisa kiya ke woh positive ban gaya woh toh side by side woh memory mein toh hai woh cheez lekin sath sath chunke is ko maine positive term mein explain kar liya is liye mere mind mein woh is is ka koi asar nahi raha ineffective ban gaya woh</w:t>
      </w:r>
    </w:p>
    <w:p>
      <w:pPr>
        <w:jc w:val="right"/>
      </w:pPr>
      <w:r>
        <w:t>میں نے اس کو ان ایکٹیو بنا لیا کیونکہ اس کا ایکسپلینیشن میں نے ایسا کیا کہ وہ پازیٹیو بن گیا وہ تو سائیڈ بائی سائیڈ وہ میموری میں تو ہے وہ چیز لیکن ساتھ ساتھ چونکہ اس کو میں نے پازیٹیو ٹرم میں ایکسپلین کر لیا اس لیے میرے مائنڈ میں وہ اس اس کا کوئی اثر نہیں رہا ان ایفیکٹیو بن گیا وہ</w:t>
      </w:r>
    </w:p>
    <w:p>
      <w:r>
        <w:rPr>
          <w:b/>
        </w:rPr>
        <w:t xml:space="preserve">[1:13:23] </w:t>
      </w:r>
      <w:r>
        <w:t>yani soch jo hai toh basic baat yeh hai ke aap kisi bhi negative mind kisi bhi negative item ko mind se nikal nahi sakte hain that is beyond your capacity lekin yeh aap kar sakte hain ke apni soch par is ko effective na hone dein is tarah se ke is ko badal lein jaise maine kaha tha ke gaaye ki misal de kar ke ke gaaye non milk ko milk mein convert karti hai</w:t>
      </w:r>
    </w:p>
    <w:p>
      <w:pPr>
        <w:jc w:val="right"/>
      </w:pPr>
      <w:r>
        <w:t>یعنی سوچ جو ہے تو بیسک بات یہ ہے کہ اپ کسی بھی نیگیٹیو مائنڈ کسی بھی نیگیٹیو ائٹم کو مائنڈ سے نکال نہیں سکتے ہیں دیٹ از بیانڈ یور کپیسٹی لیکن یہ اپ کر سکتے ہیں کہ اپنی سوچ پر اس کو ایفیکٹیو نہ ہونے دیں اس طریقے سے کہ اس کو بدل لیں جیسے میں نے کہا تھا کہ گائے کی مثال دے کر کے کہ گائے نان ملک کو ملک میں کنورٹ کرتی ہے</w:t>
      </w:r>
    </w:p>
    <w:p>
      <w:r>
        <w:rPr>
          <w:b/>
        </w:rPr>
        <w:t xml:space="preserve">[1:13:50] </w:t>
      </w:r>
      <w:r>
        <w:t>aise hi aap negative ko positive mein convert kar lein in terms of thinking yeh yeh aap ke bas mein hai aur yahi chahiye yeh matlab nahi ke aap memory ko badal dalen woh woh woh chahiye nahi apni soch ko is tarah train karein ke aap ki soch par negative item jo hain woh effective na hone paayein yeh hai matlab is ka</w:t>
      </w:r>
    </w:p>
    <w:p>
      <w:pPr>
        <w:jc w:val="right"/>
      </w:pPr>
      <w:r>
        <w:t>ایسے ہی اپ نیگیٹیو کو پازیٹیو میں کنورٹ کر لیں ان ٹرم اف تھنکنگ یہ یہ اپ کے بس میں ہے اور یہی چاہیے یہ مطلب نہیں کہ اپ میموری کو بدل ڈالیں وہ وہ وہ چاہیے نہیں اپنی سوچ کو اس طرح ٹرین کریں کہ اپ کی سوچ پر نیگیٹیو ائٹم جو ہیں وہ ایفیکٹیو نہ ہونے پائیں یہ ہے مطلب اس کا</w:t>
      </w:r>
    </w:p>
    <w:p>
      <w:r>
        <w:rPr>
          <w:b/>
        </w:rPr>
        <w:t xml:space="preserve">[1:14:19] </w:t>
      </w:r>
      <w:r>
        <w:t>this question is from wani can satan harms of yes then to what extent dekhiye satan jo hai quran mein hai ke woh sirf is ki bas mein tazeen hai beautification yani burai ko beautify kar ke bhalai ke roop mein dikhana bas physical harm is ke bas mein nahi hai</w:t>
      </w:r>
    </w:p>
    <w:p>
      <w:pPr>
        <w:jc w:val="right"/>
      </w:pPr>
      <w:r>
        <w:t>دس کوئسچن از فرام ونی کین سیٹن ہامس اف یس دین ٹو واٹ ایکسٹینٹ دیکھیں سیٹن جو ہے قران میں ہے کہ وہ صرف اس کی بس میں تزین ہے بیوٹیفیکیشن یعنی برائی کو بیوٹیفائی کر کے بھلائی کے روپ میں دکھانا بس فزیکل ہارم اس کے بس میں نہیں ہے</w:t>
      </w:r>
    </w:p>
    <w:p>
      <w:r>
        <w:rPr>
          <w:b/>
        </w:rPr>
        <w:t xml:space="preserve">[1:14:45] </w:t>
      </w:r>
      <w:r>
        <w:t>quran mein saaf saaf hai ke woh laisa alayka alayhim min sultan yani khuda ne shaitan se kaha ke tum ko insan ke upar physical power nahi hoga koi physical harm tum ko nahi pohancha sakte haan is ki soch mein soch mein ja kar ke is ki soch ko badal sakte ho tum</w:t>
      </w:r>
    </w:p>
    <w:p>
      <w:pPr>
        <w:jc w:val="right"/>
      </w:pPr>
      <w:r>
        <w:t>قران میں صاف صاف ہے کہ وہ لیس علیک علیہم من سلطان یعنی خدا نے شیطان سے کہا کہ تم کو انسان کے اوپر فزیکل پاور نہیں ہوگا کوئی فزیکل ہارم تم کو نہیں پہنچا سکتے ہاں اس کی سوچ میں سوچ میں جا کر کے اس کی سوچ کو بدل سکتے ہو تم</w:t>
      </w:r>
    </w:p>
    <w:p>
      <w:r>
        <w:rPr>
          <w:b/>
        </w:rPr>
        <w:t xml:space="preserve">[1:15:14] </w:t>
      </w:r>
      <w:r>
        <w:t>badalne ka matlab yahi hai ke ek galat kaam hai</w:t>
      </w:r>
    </w:p>
    <w:p>
      <w:pPr>
        <w:jc w:val="right"/>
      </w:pPr>
      <w:r>
        <w:t>بدلنے کا مطلب یہی ہے کہ ایک غلط کام ہے</w:t>
      </w:r>
    </w:p>
    <w:p>
      <w:r>
        <w:rPr>
          <w:b/>
        </w:rPr>
        <w:t xml:space="preserve">[1:15:19] </w:t>
      </w:r>
      <w:r>
        <w:t>is galat kaam ko</w:t>
      </w:r>
    </w:p>
    <w:p>
      <w:pPr>
        <w:jc w:val="right"/>
      </w:pPr>
      <w:r>
        <w:t>اس غلط کام کو</w:t>
      </w:r>
    </w:p>
    <w:p>
      <w:r>
        <w:rPr>
          <w:b/>
        </w:rPr>
        <w:t xml:space="preserve">[1:15:22] </w:t>
      </w:r>
      <w:r>
        <w:t>woh beautify kare jaise ke maine ek</w:t>
      </w:r>
    </w:p>
    <w:p>
      <w:pPr>
        <w:jc w:val="right"/>
      </w:pPr>
      <w:r>
        <w:t>وہ بیوٹیفائی کرے جیسے کہ میں نے ایک</w:t>
      </w:r>
    </w:p>
    <w:p>
      <w:r>
        <w:rPr>
          <w:b/>
        </w:rPr>
        <w:t xml:space="preserve">[1:15:26] </w:t>
      </w:r>
      <w:r>
        <w:t>ek ek mein ek pata hai ek dako se mila to maine dako se poocha ke bhai</w:t>
      </w:r>
    </w:p>
    <w:p>
      <w:pPr>
        <w:jc w:val="right"/>
      </w:pPr>
      <w:r>
        <w:t>ایک ایک میں ایک پتہ ہے ایک ڈاکو سے ملا تو میں نے ڈاکو سے پوچھا کہ بھئی</w:t>
      </w:r>
    </w:p>
    <w:p>
      <w:r>
        <w:rPr>
          <w:b/>
        </w:rPr>
        <w:t xml:space="preserve">[1:15:30] </w:t>
      </w:r>
      <w:r>
        <w:t>aap kyun ek kaam karte hain unhone kaha ke hum koi koi galat kaam nahi karte</w:t>
      </w:r>
    </w:p>
    <w:p>
      <w:pPr>
        <w:jc w:val="right"/>
      </w:pPr>
      <w:r>
        <w:t>اپ کیوں ایک کام کرتے ہیں انہوں نے کہا کہ ہم کوئی کوئی غلط کام نہیں کرتے</w:t>
      </w:r>
    </w:p>
    <w:p>
      <w:r>
        <w:rPr>
          <w:b/>
        </w:rPr>
        <w:t xml:space="preserve">[1:15:37] </w:t>
      </w:r>
      <w:r>
        <w:t>maine kaha woh kaise unhone kaha hum to yeh karte hain ke rich logon ka paisa</w:t>
      </w:r>
    </w:p>
    <w:p>
      <w:pPr>
        <w:jc w:val="right"/>
      </w:pPr>
      <w:r>
        <w:t>میں نے کہا وہ کیسے انہوں نے کہا ہم تو یہ کرتے ہیں کہ رچ لوگوں کا پیسہ</w:t>
      </w:r>
    </w:p>
    <w:p>
      <w:r>
        <w:rPr>
          <w:b/>
        </w:rPr>
        <w:t xml:space="preserve">[1:15:41] </w:t>
      </w:r>
      <w:r>
        <w:t>le kar ke gareebon tak pahunchate hain</w:t>
      </w:r>
    </w:p>
    <w:p>
      <w:pPr>
        <w:jc w:val="right"/>
      </w:pPr>
      <w:r>
        <w:t>لے کر کے غریبوں تک پہنچاتے ہیں</w:t>
      </w:r>
    </w:p>
    <w:p>
      <w:r>
        <w:rPr>
          <w:b/>
        </w:rPr>
        <w:t xml:space="preserve">[1:15:45] </w:t>
      </w:r>
      <w:r>
        <w:t>toh is mein burai kya hai ab shaitan ne is ko beautify kar diya is ke is is thought ko bhi</w:t>
      </w:r>
    </w:p>
    <w:p>
      <w:pPr>
        <w:jc w:val="right"/>
      </w:pPr>
      <w:r>
        <w:t>تو اس میں برائی کیا ہے اب شیطان نے اس کو بیوٹیفائی کر دیا اس کے اس اس تھاٹ کو بھی</w:t>
      </w:r>
    </w:p>
    <w:p>
      <w:r>
        <w:rPr>
          <w:b/>
        </w:rPr>
        <w:t xml:space="preserve">[1:15:55] </w:t>
      </w:r>
      <w:r>
        <w:t>toh jo bhi burai karta hai toh wahan par is ke paas ek excuse hota hai ek justification hota hai wahi satan ka kaam hai is ko justification deta hai is ko excuse batata hai is ke mind mein dalta hai waghera</w:t>
      </w:r>
    </w:p>
    <w:p>
      <w:pPr>
        <w:jc w:val="right"/>
      </w:pPr>
      <w:r>
        <w:t>تو جو بھی برائی کرتا ہے تو وہاں پر اس کے پاس ایک ایکسکیوز ہوتا ہے ایک جسٹیفیکیشن ہوتا ہے وہی سیٹن کا کام ہے اس کو جسٹیفیکیشن دیتا ہے اس کو ایکسکیوز بتاتا ہے اس کے مائنڈ میں ڈالتا ہے وغیرہ</w:t>
      </w:r>
    </w:p>
    <w:p>
      <w:r>
        <w:rPr>
          <w:b/>
        </w:rPr>
        <w:t xml:space="preserve">[1:16:15] </w:t>
      </w:r>
      <w:r>
        <w:t>lekin wahan par kya karna chahiye aap ko ke aap ke paas yeh power hona chahiye ke aap is ko thikil sakein jaise main batata hoon aap ko apna qissa ek sahib mere paas basti se aaye mujh se mile bohat ziyada revenge mein bhari hui thi ghusse mein bhari hui thi woh woh kya tha unhone wahan par ek bus khareedi jis ko lari lari kaha jata hai shayad wahan toh</w:t>
      </w:r>
    </w:p>
    <w:p>
      <w:pPr>
        <w:jc w:val="right"/>
      </w:pPr>
      <w:r>
        <w:t>لیکن وہاں پر کیا کرنا چاہیے اپ کو کہ اپ کے پاس یہ پاور ہونا چاہیے کہ اپ اس کو تھکیل سکیں جیسے میں بتاتا ہوں اپ کو اپنا قصہ ایک صاحب میرے پاس بستی سے ائے مجھ سے ملے بہت زیادہ ریونج میں بھری ہوئی تھی غصے میں بھری ہوئی تھی وہ وہ کیا تھا انہوں نے وہاں پر ایک بس خریدی جس کو لاری لاری کہا جاتا ہے شاید وہاں تو</w:t>
      </w:r>
    </w:p>
    <w:p>
      <w:r>
        <w:rPr>
          <w:b/>
        </w:rPr>
        <w:t xml:space="preserve">[1:16:43] </w:t>
      </w:r>
      <w:r>
        <w:t>private bus to is ka license liya tha ek neta ji ne unhone paisa lagaya tha</w:t>
      </w:r>
    </w:p>
    <w:p>
      <w:pPr>
        <w:jc w:val="right"/>
      </w:pPr>
      <w:r>
        <w:t>پرائیویٹ بس تو اس کا لائسنس لیا تھا ایک نیتا جی نے انہوں نے پیسہ لگایا تھا</w:t>
      </w:r>
    </w:p>
    <w:p>
      <w:r>
        <w:rPr>
          <w:b/>
        </w:rPr>
        <w:t xml:space="preserve">[1:16:51] </w:t>
      </w:r>
      <w:r>
        <w:t>to baad ko jab neta ne dekha ke acha faida ho raha hai to chuki license ka paper</w:t>
      </w:r>
    </w:p>
    <w:p>
      <w:pPr>
        <w:jc w:val="right"/>
      </w:pPr>
      <w:r>
        <w:t>تو بعد کو جب نیتا نے دیکھا کہ اچھا فائدہ ہو رہا ہے تو چونکہ لائسنس کا پیپر</w:t>
      </w:r>
    </w:p>
    <w:p>
      <w:r>
        <w:rPr>
          <w:b/>
        </w:rPr>
        <w:t xml:space="preserve">[1:16:56] </w:t>
      </w:r>
      <w:r>
        <w:t>inhi ke paas tha to qabza kar liya aur un ko bahar kar diya ab bohat ghussa in</w:t>
      </w:r>
    </w:p>
    <w:p>
      <w:pPr>
        <w:jc w:val="right"/>
      </w:pPr>
      <w:r>
        <w:t>انہی کے پاس تھا تو قبضہ کر لیا اور ان کو باہر کر دیا اب بہت غصہ ان</w:t>
      </w:r>
    </w:p>
    <w:p>
      <w:r>
        <w:rPr>
          <w:b/>
        </w:rPr>
        <w:t xml:space="preserve">[1:17:03] </w:t>
      </w:r>
      <w:r>
        <w:t>ko aya ke paisa maine diya aur qabza yeh kar ke baitha hua hai sara faida akele</w:t>
      </w:r>
    </w:p>
    <w:p>
      <w:pPr>
        <w:jc w:val="right"/>
      </w:pPr>
      <w:r>
        <w:t>کو ایا کہ پیسہ میں نے دیا اور قبضہ یہ کر کے بیٹھا ہوا ہے سارا فائدہ اکیلے</w:t>
      </w:r>
    </w:p>
    <w:p>
      <w:r>
        <w:rPr>
          <w:b/>
        </w:rPr>
        <w:t xml:space="preserve">[1:17:07] </w:t>
      </w:r>
      <w:r>
        <w:t>le raha hai yeh to mujh se mile to main kaha ke main is ko baghair mare nahi</w:t>
      </w:r>
    </w:p>
    <w:p>
      <w:pPr>
        <w:jc w:val="right"/>
      </w:pPr>
      <w:r>
        <w:t>لے رہا ہے یہ تو مجھ سے ملے تو میں کہا کہ میں اس کو بغیر مارے نہیں</w:t>
      </w:r>
    </w:p>
    <w:p>
      <w:r>
        <w:rPr>
          <w:b/>
        </w:rPr>
        <w:t xml:space="preserve">[1:17:13] </w:t>
      </w:r>
      <w:r>
        <w:t>rahunga matlab marne ko to qatl kiye baghair nahi rahunga is ko</w:t>
      </w:r>
    </w:p>
    <w:p>
      <w:pPr>
        <w:jc w:val="right"/>
      </w:pPr>
      <w:r>
        <w:t>رہوں گا مطلب مارنے کو تو قتل کیے بغیر نہیں رہوں گا اس کو</w:t>
      </w:r>
    </w:p>
    <w:p>
      <w:r>
        <w:rPr>
          <w:b/>
        </w:rPr>
        <w:t xml:space="preserve">[1:17:17] </w:t>
      </w:r>
      <w:r>
        <w:t>toh kal karunga main itna un ka revenge bhara hua tha ab shaitan ne un ko beautify kar rakha tha ke main marunga toh kaun sa bura kaam karunga unhone toh is se ziyada bura kaam kar rakha hai mere paise par daka dala unhone mere paise ko use up kar liya unhone dishonesty ki unhone</w:t>
      </w:r>
    </w:p>
    <w:p>
      <w:pPr>
        <w:jc w:val="right"/>
      </w:pPr>
      <w:r>
        <w:t>تو کل کروں گا میں اتنا ان کا ریونج بھرا ہوا تھا اب شیطان نے ان کو بیوٹیفائی کر رکھا تھا کہ میں ماروں گا تو کون سا برا کام کروں گا انہوں نے تو اس سے زیادہ برا کام کر رکھا ہے میرے پیسے پر ڈاکہ ڈالا انہوں نے میرے پیسے کو یوز اپ کر لیا انہوں نے ڈس ہانسٹی کی انہوں نے</w:t>
      </w:r>
    </w:p>
    <w:p>
      <w:r>
        <w:rPr>
          <w:b/>
        </w:rPr>
        <w:t xml:space="preserve">[1:17:37] </w:t>
      </w:r>
      <w:r>
        <w:t>ab ek picture bana rakha tha is ne un ki ke jab itna bura woh kaam kar chuke ab agar main un ko maru toh main koi bura kaam nahi karunga i am justified yeh tha beautification ab maine kiya kiya is ko use maine kaha ke dekhiye ek baat sun lijiye ke dunya mein kya hota hai</w:t>
      </w:r>
    </w:p>
    <w:p>
      <w:pPr>
        <w:jc w:val="right"/>
      </w:pPr>
      <w:r>
        <w:t>اب ایک پکچر بنا رکھا تھا اس نے ان کی کہ جب اتنا برا وہ کام کر چکے اب اگر میں ان کو ماروں تو میں کوئی برا کام نہیں کروں گا ائی ایم جسٹیفائیڈ یہ تھا بیوٹیفیکیشن اب میں نے کیا کیا اس کو اسے میں نے کہا کہ دیکھیے ایک بات سن لیجئے کہ دنیا میں کیا ہوتا ہے</w:t>
      </w:r>
    </w:p>
    <w:p>
      <w:r>
        <w:rPr>
          <w:b/>
        </w:rPr>
        <w:t xml:space="preserve">[1:18:04] </w:t>
      </w:r>
      <w:r>
        <w:t>maine kaha ke inteqam lene se pehle soch lijiye ke inteqam ka bhi inteqam liya jayega yani revenge lene se pehle soch lijiye ke revenge ka bhi revenge liya jayega yani aap is aadmi ko maar dalenge toh kya bete chup chap rahenge is ke is ke bete aap ko marenge police aap ko pakad le jayegi</w:t>
      </w:r>
    </w:p>
    <w:p>
      <w:pPr>
        <w:jc w:val="right"/>
      </w:pPr>
      <w:r>
        <w:t>میں نے کہا کہ انتقام لینے سے پہلے سوچ لیجئے کہ انتقام کا بھی انتقام لیا جائے گا یعنی ریونج لینے سے پہلے سوچ لیجئے کہ ریونج کا بھی ریونج لیا جائے گا یعنی اپ اس ادمی کو مار ڈالیں گے تو کیا بیٹے چپ چاپ رہیں گے اس کے اس کے بیٹے اپ کو ماریں گے پولیس اپ کو پکڑ لے جائے گی</w:t>
      </w:r>
    </w:p>
    <w:p>
      <w:r>
        <w:rPr>
          <w:b/>
        </w:rPr>
        <w:t xml:space="preserve">[1:18:29] </w:t>
      </w:r>
      <w:r>
        <w:t>toh revenge lena aap ko bara acha lagta hai bohat sahi justified lagte hain apna apne aap ko samajhte hain aap lekin is ke baad jo kya hoga woh kya hoga is result ulta padega aap bhi mare jayenge toh un ka ghussa thanda ho gaya</w:t>
      </w:r>
    </w:p>
    <w:p>
      <w:pPr>
        <w:jc w:val="right"/>
      </w:pPr>
      <w:r>
        <w:t>تو ریونج لینا اپ کو بڑا اچھا لگتا ہے بہت صحیح جسٹیفائیڈ لگتے ہیں اپنا اپنے اپ کو سمجھتے ہیں اپ لیکن اس کے بعد جو کیا ہوگا وہ کیا ہوگا اس رزلٹ الٹا پڑے گا اپ بھی مارے جائیں گے تو ان کا غصہ ٹھنڈا ہو گیا</w:t>
      </w:r>
    </w:p>
    <w:p>
      <w:r>
        <w:rPr>
          <w:b/>
        </w:rPr>
        <w:t xml:space="preserve">[1:18:47] </w:t>
      </w:r>
      <w:r>
        <w:t>un ka ghussa thanda ho gaya pacify ho gaye woh toh maine kaha ke dekhiye ab aap ke paas kuch paisa hai kaha ke haan mere paas koi 25 hazar honge</w:t>
      </w:r>
    </w:p>
    <w:p>
      <w:pPr>
        <w:jc w:val="right"/>
      </w:pPr>
      <w:r>
        <w:t>ان کا غصہ ٹھنڈا ہو گیا پیسیفائی ہو گئے وہ تو میں نے کہا کہ دیکھیے اب اپ کے پاس کچھ پیسہ ہے کہا کہ ہاں میرے پاس کوئی 25 ہزار ہوں گے</w:t>
      </w:r>
    </w:p>
    <w:p>
      <w:r>
        <w:rPr>
          <w:b/>
        </w:rPr>
        <w:t xml:space="preserve">[1:18:58] </w:t>
      </w:r>
      <w:r>
        <w:t>unhone kaha theek isi 25 hazar ko aap use kijiye isi se business start kijiye aur khuda se madad mangiye khuda se madad mangiye kyun ke neki par chalta hai aadmi toh khuda is ki madad karta hai toh 25 hazar se koi business start kiya unhone do saal ke baad mulaqat hui toh unhone kaha ke pehle se bhi ziyada faida mujh ko ho raha hai jitna faida mujh ko milta hai is bus mein is se ziyada faida mujh ko mil raha hai apne business mein</w:t>
      </w:r>
    </w:p>
    <w:p>
      <w:pPr>
        <w:jc w:val="right"/>
      </w:pPr>
      <w:r>
        <w:t>انہوں نے کہا ٹھیک اسی 25 ہزار کو اپ یوز کیجئے اسی سے بزنس سٹارٹ کیجئے اور خدا سے مدد مانگیے خدا سے مدد مانگیے کیونکہ نیکی پر چلتا ہے ادمی تو خدا اس کی مدد کرتا ہے تو 25 ہزار سے کوئی بزنس سٹارٹ کیا انہوں نے دو سال کے بعد ملاقات ہوئی تو انہوں نے کہا کہ پہلے سے بھی زیادہ فائدہ مجھ کو ہو رہا ہے جتنا فائدہ مجھ کو ملتا ہے اس بس میں اس سے زیادہ فائدہ مجھ کو مل رہا ہے اپنے بزنس میں</w:t>
      </w:r>
    </w:p>
    <w:p>
      <w:r>
        <w:rPr>
          <w:b/>
        </w:rPr>
        <w:t xml:space="preserve">[1:19:27] </w:t>
      </w:r>
      <w:r>
        <w:t>ab yeh satan jab hamla kare jab attack kare aap ke upar toh aap ke paas itni reason honi chahiye ke aap is ko manage kar sakein is ko diffuse kar sakein satan ke attack ko aap diffuse kar sakein yeh hai asal kaam karne ka aap ko warna satan ko koi aap ko power nahi is ko hai behka sakta hai lekin is behkane ko aap is tarah se diffuse kar sakte hain</w:t>
      </w:r>
    </w:p>
    <w:p>
      <w:pPr>
        <w:jc w:val="right"/>
      </w:pPr>
      <w:r>
        <w:t>اب یہ سیٹن جب حملہ کرے جب اٹیک کرے اپ کے اوپر تو اپ کے پاس اتنی ریزن ہونی چاہیے کہ اپ اس کو مینج کر سکیں اس کو ڈیفیوز کر سکیں سیٹن کے اٹیک کو اپ ڈیفیوز کر سکیں یہ ہے اصل کام کرنے کا اپ کو ورنہ سیٹن کو کوئی اپ کو پاور نہیں اس کو ہے بہکا سکتا ہے لیکن اس بہکانے کو اپ اس طرح سے ڈیفیوز کر سکتے ہیں</w:t>
      </w:r>
    </w:p>
    <w:p>
      <w:r>
        <w:rPr>
          <w:b/>
        </w:rPr>
        <w:t xml:space="preserve">[1:19:53] </w:t>
      </w:r>
      <w:r>
        <w:t>this question is from mariya</w:t>
      </w:r>
    </w:p>
    <w:p>
      <w:pPr>
        <w:jc w:val="right"/>
      </w:pPr>
      <w:r>
        <w:t>دس کوئسچن از فرام ماریہ</w:t>
      </w:r>
    </w:p>
    <w:p>
      <w:r>
        <w:rPr>
          <w:b/>
        </w:rPr>
        <w:t xml:space="preserve">[1:19:55] </w:t>
      </w:r>
      <w:r>
        <w:t>how to inculcate sincerity in oneself</w:t>
      </w:r>
    </w:p>
    <w:p>
      <w:pPr>
        <w:jc w:val="right"/>
      </w:pPr>
      <w:r>
        <w:t>ہاؤ ٹو انکلکیٹ سنسیریٹی ان ون سیلف</w:t>
      </w:r>
    </w:p>
    <w:p>
      <w:r>
        <w:rPr>
          <w:b/>
        </w:rPr>
        <w:t xml:space="preserve">[1:20:01] </w:t>
      </w:r>
      <w:r>
        <w:t>kya phir se padhiye how to inculcate sincerity in one self</w:t>
      </w:r>
    </w:p>
    <w:p>
      <w:pPr>
        <w:jc w:val="right"/>
      </w:pPr>
      <w:r>
        <w:t>کیا پھر سے پڑھیے ہاؤ ٹو انکلکیٹ سنسیریٹی ان ون سیلف</w:t>
      </w:r>
    </w:p>
    <w:p>
      <w:r>
        <w:rPr>
          <w:b/>
        </w:rPr>
        <w:t xml:space="preserve">[1:20:08] </w:t>
      </w:r>
      <w:r>
        <w:t>dekhen is ka koi objective formula nahi hai aksar log is ka sochte hain ke jaise ke cheezon ko objective formula available ho aisa nahi hota hai</w:t>
      </w:r>
    </w:p>
    <w:p>
      <w:pPr>
        <w:jc w:val="right"/>
      </w:pPr>
      <w:r>
        <w:t>دیکھیں اس کا کوئی ابجیکٹو فارمولا نہیں ہے اکثر لوگ اس کا سوچتے ہیں کہ جیسے کہ چیزوں کو ابجیکٹو فارمولا اویلیبل ہو ایسا نہیں ہوتا ہے</w:t>
      </w:r>
    </w:p>
    <w:p>
      <w:r>
        <w:rPr>
          <w:b/>
        </w:rPr>
        <w:t xml:space="preserve">[1:20:22] </w:t>
      </w:r>
      <w:r>
        <w:t>yeh to aap ko apni reason ko active karna parta hai</w:t>
      </w:r>
    </w:p>
    <w:p>
      <w:pPr>
        <w:jc w:val="right"/>
      </w:pPr>
      <w:r>
        <w:t>یہ تو اپ کو اپنی ریزن کو ایکٹیو کرنا پڑتا ہے</w:t>
      </w:r>
    </w:p>
    <w:p>
      <w:r>
        <w:rPr>
          <w:b/>
        </w:rPr>
        <w:t xml:space="preserve">[1:20:28] </w:t>
      </w:r>
      <w:r>
        <w:t>khud apni reason ko bahar se koi nahi de sakta aap ko jaise ke koi log mein janta hoon ke woh kuch practice batate hain aisi practice karo waisi practice karo to is se yeh cheezen aa jayengi yeh sab galat baaten hain</w:t>
      </w:r>
    </w:p>
    <w:p>
      <w:pPr>
        <w:jc w:val="right"/>
      </w:pPr>
      <w:r>
        <w:t>خود اپنی ریزن کو باہر سے کوئی نہیں دے سکتا اپ کو جیسے کہ کوئی لوگ میں جانتا ہوں کہ وہ کچھ پریکٹس بتاتے ہیں ایسی پریکٹس کرو ویسی پریکٹس کرو تو اس سے یہ چیزیں ا جائیں گی یہ سب غلط باتیں ہیں</w:t>
      </w:r>
    </w:p>
    <w:p>
      <w:r>
        <w:rPr>
          <w:b/>
        </w:rPr>
        <w:t xml:space="preserve">[1:20:44] </w:t>
      </w:r>
      <w:r>
        <w:t>apne apne apne yani apne apni reason ko apni soch ko yani thinking process ko badhana aur cheezon ke minus point plus point dono ko le kar sochna</w:t>
      </w:r>
    </w:p>
    <w:p>
      <w:pPr>
        <w:jc w:val="right"/>
      </w:pPr>
      <w:r>
        <w:t>اپنے اپنے اپنے یعنی اپنے اپنی ریزن کو اپنی سوچ کو یعنی تھنکنگ پروسیس کو بڑھانا اور چیزوں کے مائنس پوائنٹ پلس پوائنٹ دونوں کو لے کر سوچنا</w:t>
      </w:r>
    </w:p>
    <w:p>
      <w:r>
        <w:rPr>
          <w:b/>
        </w:rPr>
        <w:t xml:space="preserve">[1:21:04] </w:t>
      </w:r>
      <w:r>
        <w:t>is ka positive aspect aur negative aspect is ko le kar sochna aur cheezon ko broader framework mein le kar ke samajhne ki koshish karna cheezon ko analysis karna yeh hai mere khayal se karne ka kaam yahan par mera ek experience hai woh yeh hai ke kuch log jin ko bohat zyada memory hoti hai woh analysis nahi kar paate woh sahi tareeqe se</w:t>
      </w:r>
    </w:p>
    <w:p>
      <w:pPr>
        <w:jc w:val="right"/>
      </w:pPr>
      <w:r>
        <w:t>اس کا پازیٹیو اسپیکٹ اور نیگیٹیو اسپیکٹ اس کو لے کر سوچنا اور چیزوں کو براڈر فریم ورک میں لے کر کے سمجھنے کی کوشش کرنا چیزوں کو انالیسز کرنا یہ ہے میرے خیال سے کرنے کا کام یہاں پر میرا ایک ایکسپیرینس ہے وہ یہ ہے کہ کچھ لوگ جن کو بہت زیادہ میموری ہوتی ہے وہ انالیسز نہیں کر پاتے وہ صحیح طریقے سے</w:t>
      </w:r>
    </w:p>
    <w:p>
      <w:r>
        <w:rPr>
          <w:b/>
        </w:rPr>
        <w:t xml:space="preserve">[1:21:34] </w:t>
      </w:r>
      <w:r>
        <w:t>yeh mera apna experience ek hai to kyun memory jin ki hoti hai zyada to sari information un ke mind mein bhari rehti hai to un ka mind ban jata hai information ka jungle ab is ko sort out karna yeh bohat mushkil kaam hota hai</w:t>
      </w:r>
    </w:p>
    <w:p>
      <w:pPr>
        <w:jc w:val="right"/>
      </w:pPr>
      <w:r>
        <w:t>یہ میرا اپنا ایکسپیرینس ایک ہے تو کیوں میموری جن کی ہوتی ہے زیادہ تو ساری انفارمیشن ان کے مائنڈ میں بھری رہتی ہے تو ان کا مائنڈ بن جاتا ہے انفارمیشن کا جنگل اب اس کو سورٹ اؤٹ کرنا یہ بہت مشکل کام ہوتا ہے</w:t>
      </w:r>
    </w:p>
    <w:p>
      <w:r>
        <w:rPr>
          <w:b/>
        </w:rPr>
        <w:t xml:space="preserve">[1:21:54] </w:t>
      </w:r>
      <w:r>
        <w:t>to jin ke paas kam information ho woh aasani se analysis kar lete hain aur jin ke paas zyada information ho un ko difficulty pesh aati hai lekin yeh bhi mein kahunga ke zyada agar mind mein aap ki information ho to aap ka analysis zyada acha hoga zyada acha hoga jis ke paas thori si jankari hai zahir hai ke is ka analysis jo hai bohat limited way mein hoga</w:t>
      </w:r>
    </w:p>
    <w:p>
      <w:pPr>
        <w:jc w:val="right"/>
      </w:pPr>
      <w:r>
        <w:t>تو جن کے پاس کم انفارمیشن ہو وہ اسانی سے انالیسز کر لیتے ہیں اور جن کے پاس زیادہ انفارمیشن ہو ان کو ڈیفیکلٹی پیش اتی ہے لیکن یہ بھی میں کہوں گا کہ زیادہ اگر مائنڈ میں اپ کی انفارمیشن ہو تو اپ کا انالیسز زیادہ اچھا ہوگا زیادہ اچھا ہوگا جس کے پاس تھوڑی سی جانکاری ہے ظاہر ہے کہ اس کا انالیسز جو ہے بہت لمیٹڈ وے میں ہوگا</w:t>
      </w:r>
    </w:p>
    <w:p>
      <w:r>
        <w:rPr>
          <w:b/>
        </w:rPr>
        <w:t xml:space="preserve">[1:22:21] </w:t>
      </w:r>
      <w:r>
        <w:t>lekin is ke paas bohat jankari ho bohat jankari ho to woh bohat zyada baaton ko samajh sakta hai in sab baaton ki zaroorat hai sincere hone ki jitna zyada aadmi sincere banega utne zyada woh ache analysis kar payega baaton ko samajh payega lekin sincere banna yeh aap ka apna field hai khud hi apne ko banana parta hai sincere koi doosra aadmi kisi objective method ke zariye aap ko sincere nahi bana sakta</w:t>
      </w:r>
    </w:p>
    <w:p>
      <w:pPr>
        <w:jc w:val="right"/>
      </w:pPr>
      <w:r>
        <w:t>لیکن اس کے پاس بہت جانکاری ہو بہت جانکاری ہو تو وہ بہت زیادہ باتوں کو سمجھ سکتا ہے ان سب باتوں کی ضرورت ہے سنسیئر ہونے کی جتنا زیادہ ادمی سنسیئر بنے گا اتنے زیادہ وہ اچھے انالیسز کر پائے گا باتوں کو سمجھ پائے گا لیکن سنسیئر بننا یہ اپ کا اپنا فیل ہے خود ہی اپنے کو بنانا پڑتا ہے سنسیئر کوئی دوسرا ادمی کسی ابجیکٹو میتھڈ کے ذریعے اپ کو سنسیئر نہیں بنا سکتا</w:t>
      </w:r>
    </w:p>
    <w:p>
      <w:r>
        <w:rPr>
          <w:b/>
        </w:rPr>
        <w:t xml:space="preserve">[1:22:50] </w:t>
      </w:r>
      <w:r>
        <w:t>sab se bari zaroori is cheez is sawal mein hai introspection intra in introspection aur yeh kehne ke liye tayyar rehna ke i was wrong i was wrong yeh do sifatain agar aadmi ke andar hain ke woh introspection karta hai apna aur tayyar rehta hai hamesha i was wrong kehne ke liye to zaroor is ke andar yeh cheez paida ho jayegi</w:t>
      </w:r>
    </w:p>
    <w:p>
      <w:pPr>
        <w:jc w:val="right"/>
      </w:pPr>
      <w:r>
        <w:t>سب سے بڑی ضروری اس چیز اس سوال میں ہے انٹراسپیکشن انٹراس انٹراسپیکشن اور یہ کہنے کے لیے تیار رہنا کہ ائی واز رانگ ائی واز رانگ یہ دو صفتیں اگر ادمی کے اندر ہیں کہ وہ انٹراسپیکشن کرتا ہے اپنا اور تیار رہتا ہے ہمیشہ ائی واز رانگ کہنے کے لیے تو ضرور اس کے اندر یہ چیز پیدا ہو جائے گی</w:t>
      </w:r>
    </w:p>
    <w:p>
      <w:r>
        <w:rPr>
          <w:b/>
        </w:rPr>
        <w:t xml:space="preserve">[1:23:17] </w:t>
      </w:r>
      <w:r>
        <w:t>this question is from naghma</w:t>
      </w:r>
    </w:p>
    <w:p>
      <w:pPr>
        <w:jc w:val="right"/>
      </w:pPr>
      <w:r>
        <w:t>دس کوئسچن از فرام نغمہ</w:t>
      </w:r>
    </w:p>
    <w:p>
      <w:r>
        <w:rPr>
          <w:b/>
        </w:rPr>
        <w:t xml:space="preserve">[1:23:19] </w:t>
      </w:r>
      <w:r>
        <w:t>How do we develop objective thinking</w:t>
      </w:r>
    </w:p>
    <w:p>
      <w:pPr>
        <w:jc w:val="right"/>
      </w:pPr>
      <w:r>
        <w:t>ہاؤ ڈو وی ڈیویلپ ابجیکٹو تھنکنگ</w:t>
      </w:r>
    </w:p>
    <w:p>
      <w:r>
        <w:rPr>
          <w:b/>
        </w:rPr>
        <w:t xml:space="preserve">[1:23:22] </w:t>
      </w:r>
      <w:r>
        <w:t>And secondly, what is common sense? Is it inborn or can it be developed?</w:t>
      </w:r>
    </w:p>
    <w:p>
      <w:pPr>
        <w:jc w:val="right"/>
      </w:pPr>
      <w:r>
        <w:t>اینڈ سیکنڈلی واٹ از کامن سینس از اٹ ان بورن اور کین اٹ بی ڈیویلپڈ</w:t>
      </w:r>
    </w:p>
    <w:p>
      <w:r>
        <w:rPr>
          <w:b/>
        </w:rPr>
        <w:t xml:space="preserve">[1:23:30] </w:t>
      </w:r>
      <w:r>
        <w:t>She has two parts to her question. The first part is how do we develop objective thinking and</w:t>
      </w:r>
    </w:p>
    <w:p>
      <w:pPr>
        <w:jc w:val="right"/>
      </w:pPr>
      <w:r>
        <w:t>شی ہیز ٹو پارٹس ٹو ہر کوئسچن دا فرسٹ پارٹ از ہاؤ ڈو وی ڈیویلپ ابجیکٹو تھنکنگ اینڈ</w:t>
      </w:r>
    </w:p>
    <w:p>
      <w:r>
        <w:rPr>
          <w:b/>
        </w:rPr>
        <w:t xml:space="preserve">[1:23:36] </w:t>
      </w:r>
      <w:r>
        <w:t>سیکنڈ پارٹ از واٹ از کامن سینس؟ از اٹ ان بورن اور کین اٹ بی ڈیویلپڈ کہ کامن</w:t>
      </w:r>
    </w:p>
    <w:p>
      <w:pPr>
        <w:jc w:val="right"/>
      </w:pPr>
      <w:r>
        <w:t>سیکنڈ پارٹ از واٹ از کامن سینس از اٹ ان بورن اور کین اٹ بی ڈیویلپڈ کہ کامن</w:t>
      </w:r>
    </w:p>
    <w:p>
      <w:r>
        <w:rPr>
          <w:b/>
        </w:rPr>
        <w:t xml:space="preserve">[1:23:42] </w:t>
      </w:r>
      <w:r>
        <w:t>sense سے کا مطلب بھئی اس کو ہم conscious کہتے ہیں میں کہوں کہ دونوں میں کوئی difference</w:t>
      </w:r>
    </w:p>
    <w:p>
      <w:pPr>
        <w:jc w:val="right"/>
      </w:pPr>
      <w:r>
        <w:t>سینس سے کا مطلب بھئی اس کو ہم کانشیس کہتے ہیں میں کہوں کہ دونوں میں کوئی ڈیفرنس</w:t>
      </w:r>
    </w:p>
    <w:p>
      <w:r>
        <w:rPr>
          <w:b/>
        </w:rPr>
        <w:t xml:space="preserve">[1:23:47] </w:t>
      </w:r>
      <w:r>
        <w:t>nahi hai</w:t>
      </w:r>
    </w:p>
    <w:p>
      <w:pPr>
        <w:jc w:val="right"/>
      </w:pPr>
      <w:r>
        <w:t>نہیں ہے</w:t>
      </w:r>
    </w:p>
    <w:p>
      <w:r>
        <w:rPr>
          <w:b/>
        </w:rPr>
        <w:t xml:space="preserve">[1:23:50] </w:t>
      </w:r>
      <w:r>
        <w:t>to woh to by nature hoti hai aap ke andar conscious le kar hi aadmi paida hota hai</w:t>
      </w:r>
    </w:p>
    <w:p>
      <w:pPr>
        <w:jc w:val="right"/>
      </w:pPr>
      <w:r>
        <w:t>تو وہ تو بائی نیچر ہوتی ہے اپ کے اندر کانشیس لے کر ہی ادمی پیدا ہوتا ہے</w:t>
      </w:r>
    </w:p>
    <w:p>
      <w:r>
        <w:rPr>
          <w:b/>
        </w:rPr>
        <w:t xml:space="preserve">[1:24:01] </w:t>
      </w:r>
      <w:r>
        <w:t>sirf yeh hota hai ke aadmi par desire bohat zyada chha jati hain lust chha jati hai self relish chha jata hai is liye common sense kabhi aap ke paas to poora kaam nahi kar pata bohat badtameez awaz mein bolne lagta hai</w:t>
      </w:r>
    </w:p>
    <w:p>
      <w:pPr>
        <w:jc w:val="right"/>
      </w:pPr>
      <w:r>
        <w:t>صرف یہ ہوتا ہے کہ ادمی پر ڈیزائر بہت زیادہ چھا جاتی ہیں لسٹ چھا جاتی ہے سیلف ریلیش چھا جاتا ہے اس لیے کامن سینس کبھی اپ کے پاس تو پورا کام نہیں کر پاتا بہت بدتمیز اواز میں بولنے لگتا ہے</w:t>
      </w:r>
    </w:p>
    <w:p>
      <w:r>
        <w:rPr>
          <w:b/>
        </w:rPr>
        <w:t xml:space="preserve">[1:24:18] </w:t>
      </w:r>
      <w:r>
        <w:t>jo aadmi apne aap ko bachaye rahe lust se aur selfishness se dishonesty se is ka conscious bohat alive rahega is ki awaz bohat zordar rahegi warna awaz badtameez ho gayi rahega to woh lekin bohat weak shakal mein rahega woh</w:t>
      </w:r>
    </w:p>
    <w:p>
      <w:pPr>
        <w:jc w:val="right"/>
      </w:pPr>
      <w:r>
        <w:t>جو ادمی اپنے اپ کو بچائے رہے لسٹ سے اور سیلفشنس سے ڈس ہانسٹی سے اس کا کانشیس بہت الائیو رہے گا اس کی اواز بہت زوردار رہے گی ورنہ اواز بدتمیز ہو گئی رہے گا تو وہ لیکن بہت ویک شکل میں رہے گا وہ</w:t>
      </w:r>
    </w:p>
    <w:p>
      <w:r>
        <w:rPr>
          <w:b/>
        </w:rPr>
        <w:t xml:space="preserve">[1:24:41] </w:t>
      </w:r>
      <w:r>
        <w:t>to mein samajhta hoon common sense ek yani janam se milta hai aadmi ko lekin agar is ko bohat zyada is ka khayal na rakhe aadmi to woh weak par jata hai weak yeh mere apne bas mein hota hai ke aap is ko weak kar dalen ya is ko strong rakhen is mein yeh kaam yeh hai ke aap sochen sab kuch sochne par depend karta hai doosra kya hai</w:t>
      </w:r>
    </w:p>
    <w:p>
      <w:pPr>
        <w:jc w:val="right"/>
      </w:pPr>
      <w:r>
        <w:t>تو میں سمجھتا ہوں کامن سینس ایک یعنی جنم سے ملتا ہے ادمی کو لیکن اگر اس کو بہت زیادہ اس کا خیال نہ رکھے ادمی تو وہ ویک پڑ جاتا ہے ویک یہ میرے اپنے بس میں ہوتا ہے کہ اپ اس کو ویک کر ڈالیں یا اس کو سٹرانگ رکھیں اس میں یہ کام یہ ہے کہ اپ سوچیں سب کچھ سوچنے پر ڈیپینڈ کرتا ہے دوسرا کیا ہے</w:t>
      </w:r>
    </w:p>
    <w:p>
      <w:r>
        <w:rPr>
          <w:b/>
        </w:rPr>
        <w:t xml:space="preserve">[1:25:09] </w:t>
      </w:r>
      <w:r>
        <w:t>the second question was how do we develop objective thinking haan objective thinking jo hai sar ta pa yeh base karti hai introspection par aur koi cheez nahi yahan par hai</w:t>
      </w:r>
    </w:p>
    <w:p>
      <w:pPr>
        <w:jc w:val="right"/>
      </w:pPr>
      <w:r>
        <w:t>دی سیکنڈ کوئسچن واز ہاؤ ڈو وی ڈیویلپ ابجیکٹو تھنکنگ ہاں ابجیکٹو تھنکنگ جو ہے سر تا پا یہ بیس کرتی ہے انٹراسپیکشن پر اور کوئی چیز نہیں یہاں پر ہے</w:t>
      </w:r>
    </w:p>
    <w:p>
      <w:r>
        <w:rPr>
          <w:b/>
        </w:rPr>
        <w:t xml:space="preserve">[1:25:21] </w:t>
      </w:r>
      <w:r>
        <w:t>isi liye mein logon se kaha karta hoon aksar ke aap ek daily habit bana lijiye ke jab aap raat ko bed par jayen to sone se pehle sochiye apne bare mein do baaten mein kehta hoon ek daily woh diary rakhiye diary maintain kijiye aur doosre introspection kijiye</w:t>
      </w:r>
    </w:p>
    <w:p>
      <w:pPr>
        <w:jc w:val="right"/>
      </w:pPr>
      <w:r>
        <w:t>اسی لیے میں لوگوں سے کہا کرتا ہوں اکثر کہ اپ ایک ڈیلی ہیبٹ بنا لیجئے کہ جب اپ رات کو بیڈ پر جائیں تو سونے سے پہلے سوچیے اپنے بارے میں دو باتیں میں کہتا ہوں ایک ڈیلی وہ ڈائری رکھیے ڈائری مینٹین کیجئے اور دوسرے انٹراسپیکشن کیجئے</w:t>
      </w:r>
    </w:p>
    <w:p>
      <w:r>
        <w:rPr>
          <w:b/>
        </w:rPr>
        <w:t xml:space="preserve">[1:25:51] </w:t>
      </w:r>
      <w:r>
        <w:t>to diary mein aap har din apna kuch na kuch likhte rahiye apna personal baat aur phir is ko mahine ke aakhir mein dekhiye kya kya mein ne kiya nahi kiya kya bhool hui kya nahi bhool hui to diary bhi ek tareeqa hai introspection ka aur doosre daily aap jab soyen to apne aap ko introspection mein le jayen mein samajhta hoon ke yahi woh cheez hai jis se aadmi ke andar woh sifat paida hoti hai</w:t>
      </w:r>
    </w:p>
    <w:p>
      <w:pPr>
        <w:jc w:val="right"/>
      </w:pPr>
      <w:r>
        <w:t>تو ڈائری میں اپ ہر دن اپنا کچھ نہ کچھ لکھتے رہیے اپنا پرسنل بات اور پھر اس کو مہینے کے اخر میں دیکھیے کیا کیا میں نے کیا نہیں کیا کیا بھول ہوئی کیا نہیں بھول ہوئی تو ڈائری بھی ایک طریقہ ہے انٹراسپیکشن کا اور دوسرے ڈیلی اپ جب سوئیں تو اپنے اپ کو انٹراسپیکشن میں لے جائیں میں سمجھتا ہوں کہ یہی وہ چیز ہے جس سے ادمی کے اندر وہ صفت پیدا ہوتی ہے</w:t>
      </w:r>
    </w:p>
    <w:p>
      <w:r>
        <w:rPr>
          <w:b/>
        </w:rPr>
        <w:t xml:space="preserve">[1:26:19] </w:t>
      </w:r>
      <w:r>
        <w:t>bahar se hum koi inject nahi kar sakte this question is from sonia is adopting a child allowed in islam kindly explain nahi islam mein jaiz nahi hai adopt karna</w:t>
      </w:r>
    </w:p>
    <w:p>
      <w:pPr>
        <w:jc w:val="right"/>
      </w:pPr>
      <w:r>
        <w:t>باہر سے ہم کوئی انجیکٹ نہیں کر سکتے دس کوئسچن از فرام سونیا از اڈاپٹنگ ا چائلڈ الاؤڈ ان اسلام کائنڈلی ایکسپلین نہیں اسلام میں جائز نہیں ہے اڈاپٹ کرنا</w:t>
      </w:r>
    </w:p>
    <w:p>
      <w:r>
        <w:rPr>
          <w:b/>
        </w:rPr>
        <w:t xml:space="preserve">[1:26:40] </w:t>
      </w:r>
      <w:r>
        <w:t>prophet se pehle wahan par tha arab mein is ka riwaj yahan tak ke khud prophet ka bhi ek adopt kiya hua hai ek sahib the un ka naam tha zaid to woh kehte the log un ko zaid bin muhammad jab aap prophet nahi hue the is se pehle log un ko zaid bin muhammad kaha karte the</w:t>
      </w:r>
    </w:p>
    <w:p>
      <w:pPr>
        <w:jc w:val="right"/>
      </w:pPr>
      <w:r>
        <w:t>پرافٹ سے پہلے وہاں پر تھا عرب میں اس کا رواج یہاں تک کہ خود پرافٹس کا بھی ایک اڈاپٹ کیا ہوا ہے ایک صاحب تھے ان کا نام تھا زید تو وہ کہتے تھے لوگ ان کو زید بن محمد جب اپ پرافٹ نہیں ہوئے تھے اس سے پہلے لوگ ان کو زید بن محمد کہا کرتے تھے</w:t>
      </w:r>
    </w:p>
    <w:p>
      <w:r>
        <w:rPr>
          <w:b/>
        </w:rPr>
        <w:t xml:space="preserve">[1:27:05] </w:t>
      </w:r>
      <w:r>
        <w:t>kyun ke aap koi ladkiyan thi ladka nahi tha aap ke paas prophet ladkiyan kai thi ladka nahi tha ladka hua tha mar gaya tha woh to aap ne zaid ko adopt kar liya tha aur log zaid bin muhammad kaha karte the phir quran mein ayat utri ke yeh yeh galat hai zaid jis ke ladke hain usi ke ladke hain tumhare ladke nahi hain</w:t>
      </w:r>
    </w:p>
    <w:p>
      <w:pPr>
        <w:jc w:val="right"/>
      </w:pPr>
      <w:r>
        <w:t>کیونکہ اپ کوئی لڑکیاں تھیں لڑکا نہیں تھا اپ کے پاس پرافٹ لڑکیاں کئی تھیں لڑکا نہیں تھا لڑکا ہوا تھا مر گیا تھا وہ تو اپ نے زید کو اڈاپٹ کر لیا تھا اور لوگ زید بن محمد کہا کرتے تھے پھر قران میں ایت اتری کہ یہ یہ غلط ہے زید جس کے لڑکے ہیں اسی کے لڑکے ہیں تمہارے لڑکے نہیں ہیں</w:t>
      </w:r>
    </w:p>
    <w:p>
      <w:r>
        <w:rPr>
          <w:b/>
        </w:rPr>
        <w:t xml:space="preserve">[1:27:30] </w:t>
      </w:r>
      <w:r>
        <w:t>to islam mein jaiz nahi hai ke koi adopt kare kisi ko apna beta beti banaye yeh to hukum hai baqi mera tajurba yeh hai ke yeh bohat galat practice hai aur hamesha is mein complex paida hota hai mein ne ek family ko dekha hai ke unho ne do bachhe adopt kiye ek ladka ek ladki zindagi bhar woh pareshan rahe isi mein</w:t>
      </w:r>
    </w:p>
    <w:p>
      <w:pPr>
        <w:jc w:val="right"/>
      </w:pPr>
      <w:r>
        <w:t>تو اسلام میں جائز نہیں ہے کہ کوئی اڈاپٹ کرے کسی کو اپنا بیٹا بیٹی بنائے یہ تو حکم ہے باقی میرا تجربہ یہ ہے کہ یہ بہت غلط پریکٹس ہے اور ہمیشہ اس میں کمپلیکس پیدا ہوتا ہے میں نے ایک فیملی کو دیکھا ہے کہ انہوں نے دو بچے اڈاپٹ کیے ایک لڑکا ایک لڑکی زندگی بھر وہ پریشان رہے اسی میں</w:t>
      </w:r>
    </w:p>
    <w:p>
      <w:r>
        <w:rPr>
          <w:b/>
        </w:rPr>
        <w:t xml:space="preserve">[1:27:53] </w:t>
      </w:r>
      <w:r>
        <w:t>jab tak woh chote the tab tak nahalana dhalana khilana pilana is mein lage rehte the woh jab bare ho gaye jab un ko un ke jazbat ubhar aaye to woh problem ban gaye un ke kyun ke woh jo attachment hota hai baap se aur maa se woh kabhi bhi paida nahi hota in bachon mein hamesha ek artificial taluq rehta hai dono ke beech mein mein ne khud apni aankh se dekha hai</w:t>
      </w:r>
    </w:p>
    <w:p>
      <w:pPr>
        <w:jc w:val="right"/>
      </w:pPr>
      <w:r>
        <w:t>جب تک وہ چھوٹے تھے تب تک نہلانا دھلانا کھلانا پلانا اس میں لگے رہتے تھے وہ جب بڑے ہو گئے جب ان کو ان کے جذبات ابھر ائے تو وہ پرابلم بن گئے ان کے کیونکہ وہ جو اٹیچمنٹ ہوتا ہے باپ سے اور ماں سے وہ کبھی بھی پیدا نہیں ہوتا ان بچوں میں ہمیشہ ایک ارٹیفیشل تعلق رہتا ہے دونوں کے بیچ میں میں نے خود اپنی انکھ سے دیکھا ہے</w:t>
      </w:r>
    </w:p>
    <w:p>
      <w:r>
        <w:rPr>
          <w:b/>
        </w:rPr>
        <w:t xml:space="preserve">[1:28:16] </w:t>
      </w:r>
      <w:r>
        <w:t>dekhiye maa sachi maa agar hai baap sacha maa agar hai to wahan par dono bohat aasani se ek doosre se adjust kar kar lete hain lekin agar aisi maa hai jo kehne kehne ke liye maa hai sirf kehne ke liye baap hai sirf to is se woh bachhe apne aap ko bharpoor tor par jod nahi paate is liye hamesha problem rehta hai bachhon ke liye bhi aur aur maa baap ke liye bhi</w:t>
      </w:r>
    </w:p>
    <w:p>
      <w:pPr>
        <w:jc w:val="right"/>
      </w:pPr>
      <w:r>
        <w:t>دیکھیے ماں سچی ماں اگر ہے باپ سچا ماں اگر ہے تو وہاں پر دونوں بہت اسانی سے ایک دوسرے سے ایڈجسٹ کر کر لیتے ہیں لیکن اگر ایسی ماں ہے جو کہنے کہنے کے لیے ماں ہے صرف کہنے کے لیے باپ ہے صرف تو اس سے وہ بچے اپنے اپ کو بھرپور طور پر جوڑ نہیں پاتے اس لیے ہمیشہ پرابلم رہتا ہے بچوں کے لیے بھی اور اور ماں باپ کے لیے بھی</w:t>
      </w:r>
    </w:p>
    <w:p>
      <w:r>
        <w:rPr>
          <w:b/>
        </w:rPr>
        <w:t xml:space="preserve">[1:28:42] </w:t>
      </w:r>
      <w:r>
        <w:t>to mazhabi aitbaar se islam mein woh jaiz nahi hai aqali aitbaar se mein samajhta hoon ke bohat hi ghalat practice hai ke siwaye is ke pareshani ke aur kuch milta nahi aadmi ko das question is from stuti how can one become an unbiased thinker</w:t>
      </w:r>
    </w:p>
    <w:p>
      <w:pPr>
        <w:jc w:val="right"/>
      </w:pPr>
      <w:r>
        <w:t>تو مذہبی اعتبار سے اسلام میں وہ جائز نہیں ہے عقلی اعتبار سے میں سمجھتا ہوں کہ بہت ہی غلط پریکٹس ہے کہ سوائے اس سے پریشانی کے اور کچھ ملتا نہیں ادمی کو دس کوئسچن از فرام ستوتی ہاؤ کین ون بیکم این ان بائس تھنکر</w:t>
      </w:r>
    </w:p>
    <w:p>
      <w:r>
        <w:rPr>
          <w:b/>
        </w:rPr>
        <w:t xml:space="preserve">[1:29:06] </w:t>
      </w:r>
      <w:r>
        <w:t>bhai dekhiye har aadmi ke liye possible hai ke woh unbiased thinker bane</w:t>
      </w:r>
    </w:p>
    <w:p>
      <w:pPr>
        <w:jc w:val="right"/>
      </w:pPr>
      <w:r>
        <w:t>بھئی دیکھیے ہر ادمی کے لیے پاسیبل ہے کہ وہ ان بائس تھنکر بنے</w:t>
      </w:r>
    </w:p>
    <w:p>
      <w:r>
        <w:rPr>
          <w:b/>
        </w:rPr>
        <w:t xml:space="preserve">[1:29:11] </w:t>
      </w:r>
      <w:r>
        <w:t>woh kaise unbiased thinker jo hota hai basically woh contradiction mein jeeta hai contradiction mein jeeta hai jaise mein aap ko misaal di ke doosre ka beta patang uda raha hai to aap us ko daant rahe hain apna beta patang uda raha hai to aap khush khush ho ke dekh rahe hain us ko yeh contradiction hai aadmi apne andar yeh sense develop kare ke apne contradiction ko dekh sake woh bohat simple formula hai yeh</w:t>
      </w:r>
    </w:p>
    <w:p>
      <w:pPr>
        <w:jc w:val="right"/>
      </w:pPr>
      <w:r>
        <w:t>وہ کیسے ان بائس تھنکر جو ہوتا ہے بیسیکلی وہ کنٹراڈکشن میں جیتا ہے کنٹراڈکشن میں جیتا ہے جیسے میں اپ کو مثال دی کہ دوسرے کا بیٹا پتنگ اڑا رہا ہے تو اپ اس کو ڈانٹ رہے ہیں اپنا بیٹا پتنگ اڑا رہا ہے تو اپ خوش خوش ہو کے دیکھ رہے ہیں اس کو یہ کنٹراڈکشن ہے ادمی اپنے اندر یہ سینس ڈیویلپ کرے کہ اپنے کنٹراڈکشن کو دیکھ سکے وہ بہت سمپل فارمولا ہے یہ</w:t>
      </w:r>
    </w:p>
    <w:p>
      <w:r>
        <w:rPr>
          <w:b/>
        </w:rPr>
        <w:t xml:space="preserve">[1:29:41] </w:t>
      </w:r>
      <w:r>
        <w:t>hamesha jab jahan ta'assub aaye ga wahan contradiction aaye ga jahan bias aaye ga wahan contradiction aaye ga to agar aadmi minorityly dekhe apne aap ko agar woh apne aap ko bharpoor tor par dhyan de to paye ga ke woh bar bar contradiction mein mubtala ho raha hai yaani apne community community ke aadmi ke liye doosri behavior doosri community ke liye doosri behavior</w:t>
      </w:r>
    </w:p>
    <w:p>
      <w:pPr>
        <w:jc w:val="right"/>
      </w:pPr>
      <w:r>
        <w:t>ہمیشہ جب جہاں تعصب ائے گا وہاں کنٹراڈکشن ائے گا جہاں بائس ائے گا وہاں کنٹراڈکشن ائے گا تو اگر ادمی مائنورٹلی دیکھے اپنے اپ کو اگر وہ اپنے اپ کو بھرپور طور پر دھیان دے تو پائے گا کہ وہ بار بار کنٹراڈکشن میں مبتلا ہو رہا ہے یعنی اپنے کمیونٹی کمیونٹی کے ادمی کے لیے دوسرا بیہیویئر دوسری کمیونٹی کے لیے دوسرا بیہیویئر</w:t>
      </w:r>
    </w:p>
    <w:p>
      <w:r>
        <w:rPr>
          <w:b/>
        </w:rPr>
        <w:t xml:space="preserve">[1:30:09] </w:t>
      </w:r>
      <w:r>
        <w:t>apne liye doosri soch doosre ki doosri soch</w:t>
      </w:r>
    </w:p>
    <w:p>
      <w:pPr>
        <w:jc w:val="right"/>
      </w:pPr>
      <w:r>
        <w:t>اپنے لیے دوسرا سوچ دوسرے کی دوسری سوچ</w:t>
      </w:r>
    </w:p>
    <w:p>
      <w:r>
        <w:rPr>
          <w:b/>
        </w:rPr>
        <w:t xml:space="preserve">[1:30:17] </w:t>
      </w:r>
      <w:r>
        <w:t>jaise mein aap ko arz karoon ke mein khud is mein pada hua tha pehle jab chota tha mein aur azadi ki tehreek mere kaano mein goonjti thi to hum kaha karte the ke britishs jo hain woh bohat bure hain kyunke unhone duniya ko india par attack kiya attack kar ke yahan par qabza kiya</w:t>
      </w:r>
    </w:p>
    <w:p>
      <w:pPr>
        <w:jc w:val="right"/>
      </w:pPr>
      <w:r>
        <w:t>جیسے میں اپ کو عرض کروں کہ میں خود اس میں پڑا ہوا تھا پہلے جب چھوٹا تھا میں اور ازادی کی تحریک میرے کانوں میں گونجتی تھی تو ہم کہا کرتے تھے کہ برٹشز جو ہیں وہ بہت برے ہیں کیونکہ انہوں نے دنیا کو انڈیا پر اٹیک کیا اٹیک کر کے یہاں پر قبضہ کیا</w:t>
      </w:r>
    </w:p>
    <w:p>
      <w:r>
        <w:rPr>
          <w:b/>
        </w:rPr>
        <w:t xml:space="preserve">[1:30:39] </w:t>
      </w:r>
      <w:r>
        <w:t>to hamara mind bhara hua tha ke unhone hamein slave banaya aur yahan par aa kar ke apni apna role qaim kiya waghera baad ko maine socha ke sawal yeh hai ke babar day ko aisa kiya babar hi bahar se aaya attack kiya attack kar ke qabza kar liya is tarah se maine is ko woh kiya socha compare kiya to maine kaha apne apne aap se ya to mein dono ko bura kahoon ya dono ko acha karoon</w:t>
      </w:r>
    </w:p>
    <w:p>
      <w:pPr>
        <w:jc w:val="right"/>
      </w:pPr>
      <w:r>
        <w:t>تو ہمارا مائنڈ بھرا ہوا تھا کہ انہوں نے ہمیں سلیو بنایا اور یہاں پر ا کر کے اپنی اپنا رول قائم کیا وغیرہ بعد کو میں نے سوچا کہ سوال یہ ہے کہ بابر ڈے کو ایسا کیا بابر ہی باہر سے ایا اٹیک کیا اٹیک کر کے قبضہ کر لیا اس طرح سے میں نے اس کو وہ کیا سوچا کمپیئر کیا تو میں نے کہا اپنے اپنے اپ سے یا تو میں دونوں کو برا کہوں یا دونوں کو اچھا کروں</w:t>
      </w:r>
    </w:p>
    <w:p>
      <w:r>
        <w:rPr>
          <w:b/>
        </w:rPr>
        <w:t xml:space="preserve">[1:31:08] </w:t>
      </w:r>
      <w:r>
        <w:t>mein contradiction mein jee raha hoon ke mughal leader ka attack karna agar sahi tha to british british leader ka attack karna bhi sahi tha to ya to mein dono galat kahoon ya dono ko bura kahoon is tarah se maine apne mind ko ta'assub se nikala yaani contradiction se nikala apne aap ko yahi kaam har ek ko karna hai</w:t>
      </w:r>
    </w:p>
    <w:p>
      <w:pPr>
        <w:jc w:val="right"/>
      </w:pPr>
      <w:r>
        <w:t>میں کنٹراڈکشن میں جی رہا ہوں کہ مغل لیڈر کا اٹیک کرنا اگر صحیح تھا تو برٹش برٹش لیڈر کا اٹیک کرنا بھی صحیح تھا تو یا تو میں دونوں غلط کہوں یا دونوں کو برا کہوں اس طرح سے میں نے اپنے مائنڈ کو تعصب سے نکالا یعنی کنٹراڈکشن سے نکالا اپنے اپ کو یہی کام ہر ایک کو کرنا ہے</w:t>
      </w:r>
    </w:p>
    <w:p>
      <w:r>
        <w:rPr>
          <w:b/>
        </w:rPr>
        <w:t xml:space="preserve">[1:31:37] </w:t>
      </w:r>
      <w:r>
        <w:t>agar aap yeh sochein sirf yeh hi ek baat sochein ke apne contradiction ko pakrein</w:t>
      </w:r>
    </w:p>
    <w:p>
      <w:pPr>
        <w:jc w:val="right"/>
      </w:pPr>
      <w:r>
        <w:t>اگر اپ یہ سوچیں صرف یہی ایک بات سوچیں کہ اپنے کنٹراڈکشن کو پکڑیں</w:t>
      </w:r>
    </w:p>
    <w:p>
      <w:r>
        <w:rPr>
          <w:b/>
        </w:rPr>
        <w:t xml:space="preserve">[1:31:45] </w:t>
      </w:r>
      <w:r>
        <w:t>to aap jo hai ek dum ta'assub se ya bias thinking se khali ho jayenge</w:t>
      </w:r>
    </w:p>
    <w:p>
      <w:pPr>
        <w:jc w:val="right"/>
      </w:pPr>
      <w:r>
        <w:t>تو اپ جو ہے ایک دم تعصب سے یا بائس تھنکنگ سے خالی ہو جائیں گے</w:t>
      </w:r>
    </w:p>
    <w:p>
      <w:r>
        <w:rPr>
          <w:b/>
        </w:rPr>
        <w:t xml:space="preserve">[1:31:56] </w:t>
      </w:r>
      <w:r>
        <w:t>das question is from shabana how can we avoid and overcome depression</w:t>
      </w:r>
    </w:p>
    <w:p>
      <w:pPr>
        <w:jc w:val="right"/>
      </w:pPr>
      <w:r>
        <w:t>دس کوئسچن از فرام شبانہ ہاؤ کین وی اوائڈ اینڈ اوورکم ڈپریشن</w:t>
      </w:r>
    </w:p>
    <w:p>
      <w:r>
        <w:rPr>
          <w:b/>
        </w:rPr>
        <w:t xml:space="preserve">[1:32:07] </w:t>
      </w:r>
      <w:r>
        <w:t>iska faida bola to bohat asan hai dekhiye kyun log depression mein rehte hain iska sirf ek hi sabab hai woh kya</w:t>
      </w:r>
    </w:p>
    <w:p>
      <w:pPr>
        <w:jc w:val="right"/>
      </w:pPr>
      <w:r>
        <w:t>اس کا فائدہ بولا تو بہت اسان ہے دیکھیے کیوں لوگ ڈپریشن میں رہتے ہیں اس کا صرف ایک ہی سبب ہے وہ کیا</w:t>
      </w:r>
    </w:p>
    <w:p>
      <w:r>
        <w:rPr>
          <w:b/>
        </w:rPr>
        <w:t xml:space="preserve">[1:32:22] </w:t>
      </w:r>
      <w:r>
        <w:t>woh yeh hai</w:t>
      </w:r>
    </w:p>
    <w:p>
      <w:pPr>
        <w:jc w:val="right"/>
      </w:pPr>
      <w:r>
        <w:t>وہ یہ ہے</w:t>
      </w:r>
    </w:p>
    <w:p>
      <w:r>
        <w:rPr>
          <w:b/>
        </w:rPr>
        <w:t xml:space="preserve">[1:32:27] </w:t>
      </w:r>
      <w:r>
        <w:t>ke unwanted cheezon ko accept na karna</w:t>
      </w:r>
    </w:p>
    <w:p>
      <w:pPr>
        <w:jc w:val="right"/>
      </w:pPr>
      <w:r>
        <w:t>کہ ان وانٹڈ چیزوں کو ایکسیپٹ نہ کرنا</w:t>
      </w:r>
    </w:p>
    <w:p>
      <w:r>
        <w:rPr>
          <w:b/>
        </w:rPr>
        <w:t xml:space="preserve">[1:32:33] </w:t>
      </w:r>
      <w:r>
        <w:t>ek hi reason hota hai unwanted cheezon ko accept na karna</w:t>
      </w:r>
    </w:p>
    <w:p>
      <w:pPr>
        <w:jc w:val="right"/>
      </w:pPr>
      <w:r>
        <w:t>ایک ہی ریزن ہوتا ہے ان وانٹڈ چیزوں کو ایکسیپٹ نہ کرنا</w:t>
      </w:r>
    </w:p>
    <w:p>
      <w:r>
        <w:rPr>
          <w:b/>
        </w:rPr>
        <w:t xml:space="preserve">[1:32:43] </w:t>
      </w:r>
      <w:r>
        <w:t>to ab yeh unwanted cheezein kya hain</w:t>
      </w:r>
    </w:p>
    <w:p>
      <w:pPr>
        <w:jc w:val="right"/>
      </w:pPr>
      <w:r>
        <w:t>تو اب یہ انوانٹڈ چیزیں کیا ہیں</w:t>
      </w:r>
    </w:p>
    <w:p>
      <w:r>
        <w:rPr>
          <w:b/>
        </w:rPr>
        <w:t xml:space="preserve">[1:32:47] </w:t>
      </w:r>
      <w:r>
        <w:t>ہوتا یہ ہے کہ ایک unwanted unwanted چیز ایک ایک provocation آتا ہے کسی آدمی کی طرف سے</w:t>
      </w:r>
    </w:p>
    <w:p>
      <w:pPr>
        <w:jc w:val="right"/>
      </w:pPr>
      <w:r>
        <w:t>ہوتا یہ ہے کہ ایک انوانٹڈ انوانٹڈ چیز ایک ایک پرووکیشن اتا ہے کسی ادمی کی طرف سے</w:t>
      </w:r>
    </w:p>
    <w:p>
      <w:r>
        <w:rPr>
          <w:b/>
        </w:rPr>
        <w:t xml:space="preserve">[1:32:55] </w:t>
      </w:r>
      <w:r>
        <w:t>ke woh unwanted situation koi aadmi create karta hai</w:t>
      </w:r>
    </w:p>
    <w:p>
      <w:pPr>
        <w:jc w:val="right"/>
      </w:pPr>
      <w:r>
        <w:t>کہ وہ انوانٹڈ سچوئیشن کوئی ادمی کریٹ کرتا ہے</w:t>
      </w:r>
    </w:p>
    <w:p>
      <w:r>
        <w:rPr>
          <w:b/>
        </w:rPr>
        <w:t xml:space="preserve">[1:32:59] </w:t>
      </w:r>
      <w:r>
        <w:t>to hamein is ke khilaf ghussa aa jata hai</w:t>
      </w:r>
    </w:p>
    <w:p>
      <w:pPr>
        <w:jc w:val="right"/>
      </w:pPr>
      <w:r>
        <w:t>تو ہمیں اس کے خلاف غصہ ا جاتا ہے</w:t>
      </w:r>
    </w:p>
    <w:p>
      <w:r>
        <w:rPr>
          <w:b/>
        </w:rPr>
        <w:t xml:space="preserve">[1:33:03] </w:t>
      </w:r>
      <w:r>
        <w:t>is se tension aata hai</w:t>
      </w:r>
    </w:p>
    <w:p>
      <w:pPr>
        <w:jc w:val="right"/>
      </w:pPr>
      <w:r>
        <w:t>اس سے ٹینشن اتا ہے</w:t>
      </w:r>
    </w:p>
    <w:p>
      <w:r>
        <w:rPr>
          <w:b/>
        </w:rPr>
        <w:t xml:space="preserve">[1:33:05] </w:t>
      </w:r>
      <w:r>
        <w:t>agar hum soch lein ke yeh jo situation jo create hui hai yeh to khud khuda ne create</w:t>
      </w:r>
    </w:p>
    <w:p>
      <w:pPr>
        <w:jc w:val="right"/>
      </w:pPr>
      <w:r>
        <w:t>اگر ہم سوچ لیں کہ یہ جو سچوئیشن جو کریٹ ہوئی ہے یہ تو خود خدا نے کریٹ</w:t>
      </w:r>
    </w:p>
    <w:p>
      <w:r>
        <w:rPr>
          <w:b/>
        </w:rPr>
        <w:t xml:space="preserve">[1:33:11] </w:t>
      </w:r>
      <w:r>
        <w:t>ki hai yeh insan ne create nahi ki hai woh kaise</w:t>
      </w:r>
    </w:p>
    <w:p>
      <w:pPr>
        <w:jc w:val="right"/>
      </w:pPr>
      <w:r>
        <w:t>کی ہے یہ انسان نے کریٹ نہیں کی ہے وہ کیسے</w:t>
      </w:r>
    </w:p>
    <w:p>
      <w:r>
        <w:rPr>
          <w:b/>
        </w:rPr>
        <w:t xml:space="preserve">[1:33:18] </w:t>
      </w:r>
      <w:r>
        <w:t>khuda ne insaan ko duniya mein rakha hai test ke liye is liye khuda ne har ek ko freedom diya hai jab freedom diya hai to freedom ko exercise karega woh freedom dene ke baad kaun hai jo hath rok de to khuda ki di hui freedom ko misuse karne se woh problem aaya yaani indirect mein woh khuda ki taraf se aaya woh yeh aap soch lein to ek dum aap pacify ho jayenge</w:t>
      </w:r>
    </w:p>
    <w:p>
      <w:pPr>
        <w:jc w:val="right"/>
      </w:pPr>
      <w:r>
        <w:t>خدا نے انسان کو دنیا میں رکھا ہے ٹیسٹ کے لیے اس لیے خدا نے ہر ایک کو فریڈم دیا ہے جب فریڈم دیا ہے تو فریڈم کو ایکسرسائز کرے گا وہ فریڈم دینے کے بعد کون ہے جو ہاتھ روک دے تو خدا کی دی ہوئی فریڈم کو مس یوز کرنے سے وہ پرابلم ایا یعنی ان ڈائریکٹ میں وہ خدا کی طرف سے ایا وہ یہ اپ سوچ لیں تو ایک دم اپ پیسیفائی ہو جائیں گے</w:t>
      </w:r>
    </w:p>
    <w:p>
      <w:r>
        <w:rPr>
          <w:b/>
        </w:rPr>
        <w:t xml:space="preserve">[1:33:47] </w:t>
      </w:r>
      <w:r>
        <w:t>kyun ke aap agar ghussa karein tension mein aayein to aap goya ke khuda ke best plan se lar</w:t>
      </w:r>
    </w:p>
    <w:p>
      <w:pPr>
        <w:jc w:val="right"/>
      </w:pPr>
      <w:r>
        <w:t>کیونکہ اپ اگر غصہ کریں ٹینشن میں ائیں تو اپ گویا کہ خدا کے بیس پلان سے لڑ</w:t>
      </w:r>
    </w:p>
    <w:p>
      <w:r>
        <w:rPr>
          <w:b/>
        </w:rPr>
        <w:t xml:space="preserve">[1:33:54] </w:t>
      </w:r>
      <w:r>
        <w:t>rahe hain khuda kabhi bhi aisa nahi karega ke freedom ko abolish kar de ya abolish nahi</w:t>
      </w:r>
    </w:p>
    <w:p>
      <w:pPr>
        <w:jc w:val="right"/>
      </w:pPr>
      <w:r>
        <w:t>رہے ہیں خدا کبھی بھی ایسا نہیں کرے گا کہ فریڈم کو ابالش کر دے یا ابالش نہیں</w:t>
      </w:r>
    </w:p>
    <w:p>
      <w:r>
        <w:rPr>
          <w:b/>
        </w:rPr>
        <w:t xml:space="preserve">[1:34:01] </w:t>
      </w:r>
      <w:r>
        <w:t>karega to wahi sab hota rahega jo ho raha hai</w:t>
      </w:r>
    </w:p>
    <w:p>
      <w:pPr>
        <w:jc w:val="right"/>
      </w:pPr>
      <w:r>
        <w:t>کرے گا تو وہی سب ہوتا رہے گا جو ہو رہا ہے</w:t>
      </w:r>
    </w:p>
    <w:p>
      <w:r>
        <w:rPr>
          <w:b/>
        </w:rPr>
        <w:t xml:space="preserve">[1:34:06] </w:t>
      </w:r>
      <w:r>
        <w:t>to aap ki choice kya hai ya to khuda ki is duniya mein rahein ya ek aur duniya</w:t>
      </w:r>
    </w:p>
    <w:p>
      <w:pPr>
        <w:jc w:val="right"/>
      </w:pPr>
      <w:r>
        <w:t>تو اپ کی چوائس کیا ہے یا تو خدا کی اس دنیا میں رہیں یا ایک اور دنیا</w:t>
      </w:r>
    </w:p>
    <w:p>
      <w:r>
        <w:rPr>
          <w:b/>
        </w:rPr>
        <w:t xml:space="preserve">[1:34:11] </w:t>
      </w:r>
      <w:r>
        <w:t>create karein jahan par kisi ko azadi na ho sab ke hath bandhe hue hon</w:t>
      </w:r>
    </w:p>
    <w:p>
      <w:pPr>
        <w:jc w:val="right"/>
      </w:pPr>
      <w:r>
        <w:t>کریٹ کریں جہاں پر کسی کو ازادی نہ ہو سب کے ہاتھ بندھے ہوئے ہوں</w:t>
      </w:r>
    </w:p>
    <w:p>
      <w:r>
        <w:rPr>
          <w:b/>
        </w:rPr>
        <w:t xml:space="preserve">[1:34:19] </w:t>
      </w:r>
      <w:r>
        <w:t>to khuda ki create ki hui duniya mein jab har ek ko azadi di gayi hai to wahan yahi sab hoga jab ke aap soch lein to tension khatam mujhe to bilkul tension nahi hota kyunke soch leta hoon ke jo kuch ho raha hai woh khuda hi ke di hui azadi ka istemal hai to phir mujhe tension kis liye kya khuda se mein shikayat kar sakta hoon kya khuda se lad sakta hoon mein</w:t>
      </w:r>
    </w:p>
    <w:p>
      <w:pPr>
        <w:jc w:val="right"/>
      </w:pPr>
      <w:r>
        <w:t>تو خدا کی کریٹ کی ہوئی دنیا میں جب ہر ایک کو ازادی دی گئی ہے تو وہاں یہی سب ہوگا جب کہ اپ سوچ لیں تو ٹینشن ختم مجھے تو بالکل ٹینشن نہیں ہوتا کیونکہ سوچ لیتا ہوں کہ جو کچھ ہو رہا ہے وہ خدا ہی کے دی ہوئی ازادی کا استعمال ہے تو پھر مجھے ٹینشن کس لیے کیا خدا سے میں شکایت کر سکتا ہوں کیا خدا سے لڑ سکتا ہوں میں</w:t>
      </w:r>
    </w:p>
    <w:p>
      <w:r>
        <w:rPr>
          <w:b/>
        </w:rPr>
        <w:t xml:space="preserve">[1:34:47] </w:t>
      </w:r>
      <w:r>
        <w:t>to mein sochta hoon ke mere option do mein se ek ka hai ya to is duniya mein adjust kar ke rahoon ya khud apni ek universe nai banaoon doosri universe to chunke woh mere bas mein nahi hai is liye woh option bhi nahi raha mere liye jab khud apni duniya create karna mere bas mein nahi hai to phir zahir hai ke mujhe adjust karna chahiye is tarah mein apne aap ko tension se bachata hoon</w:t>
      </w:r>
    </w:p>
    <w:p>
      <w:pPr>
        <w:jc w:val="right"/>
      </w:pPr>
      <w:r>
        <w:t>تو میں سوچتا ہوں کہ میرے اپشن دو میں سے ایک کا ہے یا تو اس دنیا میں ایڈجسٹ کر کے رہوں یا خود اپنی ایک یونیورس نئی بناؤں دوسری یونیورس تو چونکہ وہ میرے بس میں نہیں ہے اس لیے وہ اپشن بھی نہیں رہا میرے لیے جب خود اپنی دنیا کریٹ کرنا میرے بس میں نہیں ہے تو پھر ظاہر ہے کہ مجھے ایڈجسٹ کرنا چاہیے اس طرح میں اپنے اپ کو ٹینشن سے بچاتا ہوں</w:t>
      </w:r>
    </w:p>
    <w:p>
      <w:r>
        <w:rPr>
          <w:b/>
        </w:rPr>
        <w:t xml:space="preserve">[1:35:16] </w:t>
      </w:r>
      <w:r>
        <w:t>das question is from aisha what is the role of a da'ee in the modern world</w:t>
      </w:r>
    </w:p>
    <w:p>
      <w:pPr>
        <w:jc w:val="right"/>
      </w:pPr>
      <w:r>
        <w:t>دس کوئسچن از فرام عائشہ واٹ از دی رول اف ا دائی ان دی ماڈرن ورلڈ</w:t>
      </w:r>
    </w:p>
    <w:p>
      <w:r>
        <w:rPr>
          <w:b/>
        </w:rPr>
        <w:t xml:space="preserve">[1:35:31] </w:t>
      </w:r>
      <w:r>
        <w:t>mein samajhta hoon ke da'ee ka work shuru hota hai yahan se ke aap doosron ke bare mein apne andar se hate ko khatam karte hain negative thought ko khatam karte hain shikayat ko khatam karte hain</w:t>
      </w:r>
    </w:p>
    <w:p>
      <w:pPr>
        <w:jc w:val="right"/>
      </w:pPr>
      <w:r>
        <w:t>میں سمجھتا ہوں کہ دا ورک شروع ہوتا ہے یہاں سے کہ اپ دوسروں کے بارے میں اپنے اندر سے ہیٹ کو ختم کرتے ہیں نیگیٹیو تھاٹ کو ختم کرتے ہیں شکایت کو ختم کرتے ہیں</w:t>
      </w:r>
    </w:p>
    <w:p>
      <w:r>
        <w:rPr>
          <w:b/>
        </w:rPr>
        <w:t xml:space="preserve">[1:35:47] </w:t>
      </w:r>
      <w:r>
        <w:t>aaj jo log hain sab ke dil mein kuch na kuch baton ko le kar ke hate bhara</w:t>
      </w:r>
    </w:p>
    <w:p>
      <w:pPr>
        <w:jc w:val="right"/>
      </w:pPr>
      <w:r>
        <w:t>اج جو لوگ ہیں سب کے دل میں کچھ نہ کچھ باتوں کو لے کر کے ہیٹ بھرا</w:t>
      </w:r>
    </w:p>
    <w:p>
      <w:r>
        <w:rPr>
          <w:b/>
        </w:rPr>
        <w:t xml:space="preserve">[1:35:51] </w:t>
      </w:r>
      <w:r>
        <w:t>hua hai to dahi kahan se banenge woh dahi to ban nahi sakte woh</w:t>
      </w:r>
    </w:p>
    <w:p>
      <w:pPr>
        <w:jc w:val="right"/>
      </w:pPr>
      <w:r>
        <w:t>ہوا ہے تو دائی کہاں سے بنیں گے وہ دائی تو بن نہیں سکتے وہ</w:t>
      </w:r>
    </w:p>
    <w:p>
      <w:r>
        <w:rPr>
          <w:b/>
        </w:rPr>
        <w:t xml:space="preserve">[1:35:59] </w:t>
      </w:r>
      <w:r>
        <w:t>dekhiye dawat ka ki jo beginning hai woh mohabbat se hoti hai hazrat basir ne jo kaha tha</w:t>
      </w:r>
    </w:p>
    <w:p>
      <w:pPr>
        <w:jc w:val="right"/>
      </w:pPr>
      <w:r>
        <w:t>دیکھیے دعوت کا کی جو بگننگ ہے وہ محبت سے ہوتی ہے حضرت بصیر نے جو کہا تھا</w:t>
      </w:r>
    </w:p>
    <w:p>
      <w:r>
        <w:rPr>
          <w:b/>
        </w:rPr>
        <w:t xml:space="preserve">[1:36:05] </w:t>
      </w:r>
      <w:r>
        <w:t>ke love your enemy love your enemy ka matlab yahi hai enemy se love karo tab to dawat</w:t>
      </w:r>
    </w:p>
    <w:p>
      <w:pPr>
        <w:jc w:val="right"/>
      </w:pPr>
      <w:r>
        <w:t>کہ لو یور اینمی لو یور اینمی کا مطلب یہی ہے اینمی سے لو کرو تب تو دعوت</w:t>
      </w:r>
    </w:p>
    <w:p>
      <w:r>
        <w:rPr>
          <w:b/>
        </w:rPr>
        <w:t xml:space="preserve">[1:36:11] </w:t>
      </w:r>
      <w:r>
        <w:t>de sakoge yeh ek yeh dawat ka formula hai yeh</w:t>
      </w:r>
    </w:p>
    <w:p>
      <w:pPr>
        <w:jc w:val="right"/>
      </w:pPr>
      <w:r>
        <w:t>دے سکو گے یہ ایک یہ دعوت کا فارمولا ہے یہ</w:t>
      </w:r>
    </w:p>
    <w:p>
      <w:r>
        <w:rPr>
          <w:b/>
        </w:rPr>
        <w:t xml:space="preserve">[1:36:17] </w:t>
      </w:r>
      <w:r>
        <w:t>love your love your enemy jo kaha tha christ ne woh da'wah ka formula hai kyunke aap jante hain ke Hazrat Masih ka jo mission tha woh da'wah ka mission tha hundred percent da'wah mission tha woh to is mission ke liye formula diya unhone apne disciples ko ke love your enemy yaani</w:t>
      </w:r>
    </w:p>
    <w:p>
      <w:pPr>
        <w:jc w:val="right"/>
      </w:pPr>
      <w:r>
        <w:t>لو یور لو یور اینمی جو کہا تھا کرائسٹ نے وہ دعوت کا فارمولا ہے کیونکہ اپ جانتے ہیں کہ حضرت مسیح کا جو مشن تھا وہ دعوت کا مشن تھا ہنڈرڈ پرسنٹ دعوت مشن تھا وہ تو اس مشن کے لیے فارمولا دیا انہوں نے اپنے ڈسائپلز کو کہ لو یور اینمی یعنی</w:t>
      </w:r>
    </w:p>
    <w:p>
      <w:r>
        <w:rPr>
          <w:b/>
        </w:rPr>
        <w:t xml:space="preserve">[1:36:41] </w:t>
      </w:r>
      <w:r>
        <w:t>woh chahe enmi dikhai de chahe woh kuch bhi dikhai de tum ko tum se lo karo</w:t>
      </w:r>
    </w:p>
    <w:p>
      <w:pPr>
        <w:jc w:val="right"/>
      </w:pPr>
      <w:r>
        <w:t>وہ چاہے اینمی دکھائی دے چاہے وہ کچھ بھی دکھائی دے تم کو تم سے لو کرو</w:t>
      </w:r>
    </w:p>
    <w:p>
      <w:r>
        <w:rPr>
          <w:b/>
        </w:rPr>
        <w:t xml:space="preserve">[1:36:47] </w:t>
      </w:r>
      <w:r>
        <w:t>lo karo ge tab is ko dawat de sako ge dekhiye agar aadmi ke andar mohabbat ke jazbat aa jayein doosron ke bare mein to phir is ko poochne ki zaroorat nahi ke main kaise dawat doon lo apne aap mein ek teacher hai lo jo hai woh apne aap mein ek teacher hai aap ko lo aa gaya to aap ko pata chalega sab baat ka pata chalega</w:t>
      </w:r>
    </w:p>
    <w:p>
      <w:pPr>
        <w:jc w:val="right"/>
      </w:pPr>
      <w:r>
        <w:t>لو کرو گے تب اس کو دعوت دے سکو گے دیکھیے اگر ادمی کے اندر محبت کے جذبات ا جائیں دوسروں کے بارے میں تو پھر اس کو پوچھنے کی ضرورت نہیں کہ میں کیسے دعوت دوں لو اپنے اپ میں ایک ٹیچر ہے لو جو ہے وہ اپنے اپ میں ایک ٹیچر ہے اپ کو لو ا گیا تو اپ کو پتہ چلے گا سب بات کا پتہ چلے گا</w:t>
      </w:r>
    </w:p>
    <w:p>
      <w:r>
        <w:rPr>
          <w:b/>
        </w:rPr>
        <w:t xml:space="preserve">[1:37:12] </w:t>
      </w:r>
      <w:r>
        <w:t>jaise maa ko apne bete se mohabbat hoti hai to us ko us ko kisi batane ki zarurat</w:t>
      </w:r>
    </w:p>
    <w:p>
      <w:pPr>
        <w:jc w:val="right"/>
      </w:pPr>
      <w:r>
        <w:t>جیسے ماں کو اپنے بیٹے سے محبت ہوتی ہے تو اس کو اس کو کسی بتانے کی ضرورت</w:t>
      </w:r>
    </w:p>
    <w:p>
      <w:r>
        <w:rPr>
          <w:b/>
        </w:rPr>
        <w:t xml:space="preserve">[1:37:18] </w:t>
      </w:r>
      <w:r>
        <w:t>nahi hai apne aap woh jante hain ke mujhe kya karna chahiye</w:t>
      </w:r>
    </w:p>
    <w:p>
      <w:pPr>
        <w:jc w:val="right"/>
      </w:pPr>
      <w:r>
        <w:t>نہیں ہے اپنے اپ وہ جانتے ہیں کہ مجھے کیا کرنا چاہیے</w:t>
      </w:r>
    </w:p>
    <w:p>
      <w:r>
        <w:rPr>
          <w:b/>
        </w:rPr>
        <w:t xml:space="preserve">[1:37:23] </w:t>
      </w:r>
      <w:r>
        <w:t>to mohabbat se aaghaz hota hai dawat ka apne dil mein mohabbat laiye to us ko aayein ke</w:t>
      </w:r>
    </w:p>
    <w:p>
      <w:pPr>
        <w:jc w:val="right"/>
      </w:pPr>
      <w:r>
        <w:t>تو محبت سے اغاز ہوتا ہے دعوت کا اپنے دل میں محبت لائیے تو اس کو ائیں کہ</w:t>
      </w:r>
    </w:p>
    <w:p>
      <w:r>
        <w:rPr>
          <w:b/>
        </w:rPr>
        <w:t xml:space="preserve">[1:37:31] </w:t>
      </w:r>
      <w:r>
        <w:t>apna sab baqiya sab baat apne aap aa jayegi</w:t>
      </w:r>
    </w:p>
    <w:p>
      <w:pPr>
        <w:jc w:val="right"/>
      </w:pPr>
      <w:r>
        <w:t>اپنا سب بقیہ سب بات اپنے اپ ا جائے گی</w:t>
      </w:r>
    </w:p>
    <w:p>
      <w:r>
        <w:rPr>
          <w:b/>
        </w:rPr>
        <w:t xml:space="preserve">[1:37:36] </w:t>
      </w:r>
      <w:r>
        <w:t>This question is from Maria. What is the spiritual goal of Islam?</w:t>
      </w:r>
    </w:p>
    <w:p>
      <w:pPr>
        <w:jc w:val="right"/>
      </w:pPr>
      <w:r>
        <w:t>دس کوئسچن از فرام ماریہ واٹ از دی سپریچول گول اف اسلام</w:t>
      </w:r>
    </w:p>
    <w:p>
      <w:r>
        <w:rPr>
          <w:b/>
        </w:rPr>
        <w:t xml:space="preserve">[1:37:48] </w:t>
      </w:r>
      <w:r>
        <w:t>dekhein quran mein jo word aaya hai woh spirituality ya rohaniyat nahi aaya hai</w:t>
      </w:r>
    </w:p>
    <w:p>
      <w:pPr>
        <w:jc w:val="right"/>
      </w:pPr>
      <w:r>
        <w:t>دیکھیں قران میں جو ورڈ ایا ہے وہ سپریچولٹی یا روحانیت نہیں ایا ہے</w:t>
      </w:r>
    </w:p>
    <w:p>
      <w:r>
        <w:rPr>
          <w:b/>
        </w:rPr>
        <w:t xml:space="preserve">[1:38:00] </w:t>
      </w:r>
      <w:r>
        <w:t>yani angrezi mein hum spirituality spirituality kehte hain aur english woh is mein urdu mein aur persian mein hum rohaniyat kehte hain yeh word nahi aaya quran mein lekin is baat ke liye jo word aaya hai woh apne aap mein explain karta hai yani self explanatory hai woh woh hai rabania</w:t>
      </w:r>
    </w:p>
    <w:p>
      <w:pPr>
        <w:jc w:val="right"/>
      </w:pPr>
      <w:r>
        <w:t>یعنی انگریزی میں ہم سپریچولٹی سپریچولٹی کہتے ہیں اور انگلش وہ اس میں اردو میں اور پرشین میں ہم روحانیت کہتے ہیں یہ ورڈ نہیں ایا قران میں لیکن اس بات کے لیے جو ورڈ ایا ہے وہ اپنے اپ میں ایکسپلین کرتا ہے یعنی سیلف ایکسپلینیٹری ہے وہ وہ ہے الربانیہ</w:t>
      </w:r>
    </w:p>
    <w:p>
      <w:r>
        <w:rPr>
          <w:b/>
        </w:rPr>
        <w:t xml:space="preserve">[1:38:25] </w:t>
      </w:r>
      <w:r>
        <w:t>al rabbania ke maani hote hain rabb wala banna yani rabb oriented life</w:t>
      </w:r>
    </w:p>
    <w:p>
      <w:pPr>
        <w:jc w:val="right"/>
      </w:pPr>
      <w:r>
        <w:t>الربانیہ کے معنی ہوتے ہیں رب والا بننا یعنی رب اورینٹڈ لائف</w:t>
      </w:r>
    </w:p>
    <w:p>
      <w:r>
        <w:rPr>
          <w:b/>
        </w:rPr>
        <w:t xml:space="preserve">[1:38:34] </w:t>
      </w:r>
      <w:r>
        <w:t>to islam ka spiritual goal kya hua ke rab oriented thinking rab oriented speaking rab oriented action rab</w:t>
      </w:r>
    </w:p>
    <w:p>
      <w:pPr>
        <w:jc w:val="right"/>
      </w:pPr>
      <w:r>
        <w:t>تو اسلام کا سپریچول گول کیا ہوا کہ رب اورینٹڈ تھنکنگ رب اورینٹڈ سپیکنگ رب اورینٹڈ ایکشن رب</w:t>
      </w:r>
    </w:p>
    <w:p>
      <w:r>
        <w:rPr>
          <w:b/>
        </w:rPr>
        <w:t xml:space="preserve">[1:38:45] </w:t>
      </w:r>
      <w:r>
        <w:t>oriented behavior andar se bahar tak rab wala ban jaye aadmi</w:t>
      </w:r>
    </w:p>
    <w:p>
      <w:pPr>
        <w:jc w:val="right"/>
      </w:pPr>
      <w:r>
        <w:t>اورینٹڈ بیہیویئر اندر سے باہر تک رب والا بن جائے ادمی</w:t>
      </w:r>
    </w:p>
    <w:p>
      <w:r>
        <w:rPr>
          <w:b/>
        </w:rPr>
        <w:t xml:space="preserve">[1:38:52] </w:t>
      </w:r>
      <w:r>
        <w:t>yeh hai islam ka spiritual goal</w:t>
      </w:r>
    </w:p>
    <w:p>
      <w:pPr>
        <w:jc w:val="right"/>
      </w:pPr>
      <w:r>
        <w:t>یہ ہے اسلام کا سپریچول گول</w:t>
      </w:r>
    </w:p>
    <w:p>
      <w:r>
        <w:rPr>
          <w:b/>
        </w:rPr>
        <w:t xml:space="preserve">[1:38:56] </w:t>
      </w:r>
      <w:r>
        <w:t>quran mein kaha gaya hai ke khuda ke rang mein rango sifat allah khuda ke rang mein rang jao aap jante hain ke ek ek glass hai is mein pani hai is mein aap do cheezein daliye ek pathar ka tukra aur aur color aap dekh rahe hain ke pathar ka tukra to waise hi koi waise hi pada hua hai lekin color jo hai ghul mil gaya poore pani mein</w:t>
      </w:r>
    </w:p>
    <w:p>
      <w:pPr>
        <w:jc w:val="right"/>
      </w:pPr>
      <w:r>
        <w:t>قران میں کہا گیا ہے کہ خدا کے رنگ میں رنگو صفت اللہ خدا کے رنگ میں رنگ جاؤ اپ جانتے ہیں کہ ایک ایک گلاس ہے اس میں پانی ہے اس میں اپ دو چیزیں ڈالیے ایک پتھر کا ٹکڑا اور اور کلر اپ دیکھ رہے ہیں کہ پتھر کا ٹکڑا تو ویسے ہی کوئی ویسے ہی پڑا ہوا ہے لیکن کلر جو ہے گھل مل گیا پورے پانی میں</w:t>
      </w:r>
    </w:p>
    <w:p>
      <w:r>
        <w:rPr>
          <w:b/>
        </w:rPr>
        <w:t xml:space="preserve">[1:39:24] </w:t>
      </w:r>
      <w:r>
        <w:t>yeh matlab hai ke khuda ke rang mein rang jao yani khuda ka jo belief hai khuda ka jo realization hai woh is tarah tumhare andar dakhil ho ke woh tumhari personality ko rang de tumhari poori personality isi mein rang jaye mere nazdeek yahi spirituality hai aur islam ka yahi spiritual goal hai das question is from sofia</w:t>
      </w:r>
    </w:p>
    <w:p>
      <w:pPr>
        <w:jc w:val="right"/>
      </w:pPr>
      <w:r>
        <w:t>یہ مطلب ہے کہ خدا کے رنگ میں رنگ جاؤ یعنی خدا کا جو بیلیف ہے خدا کا جو ریلائزیشن ہے وہ اس طرح تمہارے اندر داخل ہو کہ وہ تمہاری پرسنیلٹی کو رنگ دے تمہاری پوری پرسنیلٹی اسی میں رنگ جائے میرے نزدیک یہی سپریچولٹی ہے اور اسلام کا یہی سپریچول گول ہے دس کوئسچن از فرام صوفیا</w:t>
      </w:r>
    </w:p>
    <w:p>
      <w:r>
        <w:rPr>
          <w:b/>
        </w:rPr>
        <w:t xml:space="preserve">[1:39:51] </w:t>
      </w:r>
      <w:r>
        <w:t>what does islam say about other religions</w:t>
      </w:r>
    </w:p>
    <w:p>
      <w:pPr>
        <w:jc w:val="right"/>
      </w:pPr>
      <w:r>
        <w:t>واٹ ڈز اسلام سے اباؤٹ ادر ریلیجنز</w:t>
      </w:r>
    </w:p>
    <w:p>
      <w:r>
        <w:rPr>
          <w:b/>
        </w:rPr>
        <w:t xml:space="preserve">[1:40:02] </w:t>
      </w:r>
      <w:r>
        <w:t>dekhein islam ka is mamle mein jo stand hai woh yeh hai ke khuda ne har zamane mein ek hi mazhab bheja</w:t>
      </w:r>
    </w:p>
    <w:p>
      <w:pPr>
        <w:jc w:val="right"/>
      </w:pPr>
      <w:r>
        <w:t>دیکھیں اسلام کا اس معاملے میں جو سٹینڈ ہے وہ یہ ہے کہ خدا نے ہر زمانے میں ایک ہی مذہب بھیجا</w:t>
      </w:r>
    </w:p>
    <w:p>
      <w:r>
        <w:rPr>
          <w:b/>
        </w:rPr>
        <w:t xml:space="preserve">[1:40:16] </w:t>
      </w:r>
      <w:r>
        <w:t>koi mazhab na inferior hai na koi mazhab superior hai</w:t>
      </w:r>
    </w:p>
    <w:p>
      <w:pPr>
        <w:jc w:val="right"/>
      </w:pPr>
      <w:r>
        <w:t>کوئی مذہب نہ انفیریئر ہے نہ کوئی مذہب سپیریئر ہے</w:t>
      </w:r>
    </w:p>
    <w:p>
      <w:r>
        <w:rPr>
          <w:b/>
        </w:rPr>
        <w:t xml:space="preserve">[1:40:21] </w:t>
      </w:r>
      <w:r>
        <w:t>koi mazhab na complete hai na koi mazhab incomplete hai lekin jo farq hua woh yeh hua ke prophet alaihissalam se pehle jo mazhab aaye thay woh preserve halat mein nahi rahe aaj jo un ka version hai hamare paas woh version preserve nahi hai</w:t>
      </w:r>
    </w:p>
    <w:p>
      <w:pPr>
        <w:jc w:val="right"/>
      </w:pPr>
      <w:r>
        <w:t>کوئی مذہب نہ کمپلیٹ ہے نہ کوئی مذہب ان کمپلیٹ ہے لیکن جو فرق ہوا وہ یہ ہوا کہ پرافٹ علیہ السلام سے پہلے جو مذہب ائے تھے وہ پریزرو حالت میں نہیں رہے اج جو ان کا ورژن ہے ہمارے پاس وہ ورژن پریزرو نہیں ہے</w:t>
      </w:r>
    </w:p>
    <w:p>
      <w:r>
        <w:rPr>
          <w:b/>
        </w:rPr>
        <w:t xml:space="preserve">[1:40:42] </w:t>
      </w:r>
      <w:r>
        <w:t>yani prophet ne pichle prophet ne jo kuch bataya tha</w:t>
      </w:r>
    </w:p>
    <w:p>
      <w:pPr>
        <w:jc w:val="right"/>
      </w:pPr>
      <w:r>
        <w:t>یعنی پرافٹ نے پچھلے پرافٹ نے جو کچھ بتایا تھا</w:t>
      </w:r>
    </w:p>
    <w:p>
      <w:r>
        <w:rPr>
          <w:b/>
        </w:rPr>
        <w:t xml:space="preserve">[1:40:48] </w:t>
      </w:r>
      <w:r>
        <w:t>woh aaj apni original halat mein baqi nahi raha</w:t>
      </w:r>
    </w:p>
    <w:p>
      <w:pPr>
        <w:jc w:val="right"/>
      </w:pPr>
      <w:r>
        <w:t>وہ اج اپنی اوریجنل حالت میں باقی نہیں رہا</w:t>
      </w:r>
    </w:p>
    <w:p>
      <w:r>
        <w:rPr>
          <w:b/>
        </w:rPr>
        <w:t xml:space="preserve">[1:40:53] </w:t>
      </w:r>
      <w:r>
        <w:t>aur islam ka jo</w:t>
      </w:r>
    </w:p>
    <w:p>
      <w:pPr>
        <w:jc w:val="right"/>
      </w:pPr>
      <w:r>
        <w:t>اور اسلام کا جو</w:t>
      </w:r>
    </w:p>
    <w:p>
      <w:r>
        <w:rPr>
          <w:b/>
        </w:rPr>
        <w:t xml:space="preserve">[1:40:56] </w:t>
      </w:r>
      <w:r>
        <w:t>islam ke jo prophet hain woh jo cheez hai quran woh</w:t>
      </w:r>
    </w:p>
    <w:p>
      <w:pPr>
        <w:jc w:val="right"/>
      </w:pPr>
      <w:r>
        <w:t>اسلام کے جو پرافٹ ہیں وہ جو چیزائے قران وہ</w:t>
      </w:r>
    </w:p>
    <w:p>
      <w:r>
        <w:rPr>
          <w:b/>
        </w:rPr>
        <w:t xml:space="preserve">[1:41:02] </w:t>
      </w:r>
      <w:r>
        <w:t>puri tarah intact aaj bhi hai puri tarah preserve aaj bhi hai toh sirf yeh farq hai bas</w:t>
      </w:r>
    </w:p>
    <w:p>
      <w:pPr>
        <w:jc w:val="right"/>
      </w:pPr>
      <w:r>
        <w:t>پوری طرح انٹیکٹ اج بھی ہے پوری طرح پریزرو اج بھی ہے تو صرف یہی فرق ہے بس</w:t>
      </w:r>
    </w:p>
    <w:p>
      <w:r>
        <w:rPr>
          <w:b/>
        </w:rPr>
        <w:t xml:space="preserve">[1:41:08] </w:t>
      </w:r>
      <w:r>
        <w:t>aur koi farq nahi hai ke islam isi religion ka isi same religion ka preserve version</w:t>
      </w:r>
    </w:p>
    <w:p>
      <w:pPr>
        <w:jc w:val="right"/>
      </w:pPr>
      <w:r>
        <w:t>اور کوئی فرق نہیں ہے کہ اسلام اسی ریلیجن کا اسی سیم ریلیجن کا پریزرو ورژن</w:t>
      </w:r>
    </w:p>
    <w:p>
      <w:r>
        <w:rPr>
          <w:b/>
        </w:rPr>
        <w:t xml:space="preserve">[1:41:16] </w:t>
      </w:r>
      <w:r>
        <w:t>hai jiske doosre mazhab preserve version preserve version nahi hain</w:t>
      </w:r>
    </w:p>
    <w:p>
      <w:pPr>
        <w:jc w:val="right"/>
      </w:pPr>
      <w:r>
        <w:t>ہے جس کے دوسرے مذہب پریزرو ورژن پریزرو ورژن نہیں ہیں</w:t>
      </w:r>
    </w:p>
    <w:p>
      <w:r>
        <w:rPr>
          <w:b/>
        </w:rPr>
        <w:t xml:space="preserve">[1:41:23] </w:t>
      </w:r>
      <w:r>
        <w:t>bas aur koi difference nahi hai doosri baat yeh hai ke islam aur doosre mazhabon mein islam jo chahta hai woh yeh ke peaceful dialogue kiya jaye debate nahi debate islam mein bilkul galat hai is debate islam ki spirit ke khilaf hai jo aadmi debate karta hai woh kaam nahi karta koi koi islam ka kaam nahi karta woh</w:t>
      </w:r>
    </w:p>
    <w:p>
      <w:pPr>
        <w:jc w:val="right"/>
      </w:pPr>
      <w:r>
        <w:t>بس اور کوئی ڈیفرنس نہیں ہے دوسری بات یہ ہے کہ اسلام اور دوسرے مذہبوں میں اسلام جو چاہتا ہے وہ یہ کہ پیس فل ڈائیلاگ کیا جائے ڈیبیٹ نہیں ڈیبیٹ اسلام میں بالکل غلط ہے اس ڈیبیٹ اسلام کی سپٹ کے خلاف ہے جو ادمی ڈیبیٹ کرتا ہے وہ کام نہیں کرتا کوئی کوئی اسلام کا کام نہیں کرتا وہ</w:t>
      </w:r>
    </w:p>
    <w:p>
      <w:r>
        <w:rPr>
          <w:b/>
        </w:rPr>
        <w:t xml:space="preserve">[1:41:51] </w:t>
      </w:r>
      <w:r>
        <w:t>to debate bhi nahi hai ladai bhadai bhi nahi hai fighting bhi nahi hai hate karna bhi nahi hai kuch bhi nahi simply yeh hai ke aap peaceful dialogue karein doosre logon se peaceful dialogue sachi spirit ke sath</w:t>
      </w:r>
    </w:p>
    <w:p>
      <w:pPr>
        <w:jc w:val="right"/>
      </w:pPr>
      <w:r>
        <w:t>تو ڈیبیٹ بھی نہیں ہے لڑائی بھڑائی بھی نہیں ہے فائٹنگ بھی نہیں ہے ہیٹ کرنا بھی نہیں ہے کچھ بھی نہیں سمپلی یہ ہے کہ اپ پیس فل ڈائیلاگ کریں دوسرے لوگوں سے پیس فل ڈائیلاگ سچی سپرٹ کے ساتھ</w:t>
      </w:r>
    </w:p>
    <w:p>
      <w:r>
        <w:rPr>
          <w:b/>
        </w:rPr>
        <w:t xml:space="preserve">[1:42:11] </w:t>
      </w:r>
      <w:r>
        <w:t>to ek taraf aap ka yeh aqeeda hona chahiye ke islam hi preserve for my religion ka</w:t>
      </w:r>
    </w:p>
    <w:p>
      <w:pPr>
        <w:jc w:val="right"/>
      </w:pPr>
      <w:r>
        <w:t>تو ایک طرف اپ کا یہ عقیدہ ہونا چاہیے کہ اسلام ہی پریزرو فار مائی ریلیجن کا</w:t>
      </w:r>
    </w:p>
    <w:p>
      <w:r>
        <w:rPr>
          <w:b/>
        </w:rPr>
        <w:t xml:space="preserve">[1:42:17] </w:t>
      </w:r>
      <w:r>
        <w:t>doosri taraf aap ko doosron se mohabbat hona chahiye</w:t>
      </w:r>
    </w:p>
    <w:p>
      <w:pPr>
        <w:jc w:val="right"/>
      </w:pPr>
      <w:r>
        <w:t>دوسری طرف اپ کو دوسروں سے محبت ہونا چاہیے</w:t>
      </w:r>
    </w:p>
    <w:p>
      <w:r>
        <w:rPr>
          <w:b/>
        </w:rPr>
        <w:t xml:space="preserve">[1:42:21] </w:t>
      </w:r>
      <w:r>
        <w:t>doosron ko insan samajhna chahiye</w:t>
      </w:r>
    </w:p>
    <w:p>
      <w:pPr>
        <w:jc w:val="right"/>
      </w:pPr>
      <w:r>
        <w:t>دوسروں کو انسان سمجھنا چاہیے</w:t>
      </w:r>
    </w:p>
    <w:p>
      <w:r>
        <w:rPr>
          <w:b/>
        </w:rPr>
        <w:t xml:space="preserve">[1:42:23] </w:t>
      </w:r>
      <w:r>
        <w:t>jaise ke rasool Allah ne ek yahudi ke bare mein kaha tha ke alaihi salam</w:t>
      </w:r>
    </w:p>
    <w:p>
      <w:pPr>
        <w:jc w:val="right"/>
      </w:pPr>
      <w:r>
        <w:t>جیسے کہ رسول اللہ نے ایک یہودی کے بارے میں کہا تھا کہ علیہ السلام</w:t>
      </w:r>
    </w:p>
    <w:p>
      <w:r>
        <w:rPr>
          <w:b/>
        </w:rPr>
        <w:t xml:space="preserve">[1:42:28] </w:t>
      </w:r>
      <w:r>
        <w:t>was he not a human being</w:t>
      </w:r>
    </w:p>
    <w:p>
      <w:pPr>
        <w:jc w:val="right"/>
      </w:pPr>
      <w:r>
        <w:t>واز ہی ناٹ ا ہیومن بینگ</w:t>
      </w:r>
    </w:p>
    <w:p>
      <w:r>
        <w:rPr>
          <w:b/>
        </w:rPr>
        <w:t xml:space="preserve">[1:42:31] </w:t>
      </w:r>
      <w:r>
        <w:t>toh sab ko insan samajhna aur sab ke sath peaceful dialogue karna yeh hai islam ki sachi</w:t>
      </w:r>
    </w:p>
    <w:p>
      <w:pPr>
        <w:jc w:val="right"/>
      </w:pPr>
      <w:r>
        <w:t>تو سب کو انسان سمجھنا اور سب کے ساتھ پیس فل ڈائیلاگ کرنا یہ ہے اسلام کی سچی</w:t>
      </w:r>
    </w:p>
    <w:p>
      <w:r>
        <w:rPr>
          <w:b/>
        </w:rPr>
        <w:t xml:space="preserve">[1:42:39] </w:t>
      </w:r>
      <w:r>
        <w:t>Spirit, this question is from Adnan. What exactly is Dawah?</w:t>
      </w:r>
    </w:p>
    <w:p>
      <w:pPr>
        <w:jc w:val="right"/>
      </w:pPr>
      <w:r>
        <w:t>سپرٹ دس کوئسچن از فرام عدنان واٹ ایگزیکٹلی از دعوی</w:t>
      </w:r>
    </w:p>
    <w:p>
      <w:r>
        <w:rPr>
          <w:b/>
        </w:rPr>
        <w:t xml:space="preserve">[1:42:49] </w:t>
      </w:r>
      <w:r>
        <w:t>dekhein da'wah jo hai woh quranic word hai quran mein is ko dawat ilallah kaha gaya hai dawat ilallah ka short form hai da'wah yani khuda ki taraf bulana dawat ilallah ka matlab hai khuda ki taraf bulana</w:t>
      </w:r>
    </w:p>
    <w:p>
      <w:pPr>
        <w:jc w:val="right"/>
      </w:pPr>
      <w:r>
        <w:t>دیکھیں دعوی جو ہے وہ قرانک ورڈ ہے قران میں اس کو دعوت الی اللہ کہا گیا ہے دعوت الی اللہ کا شارٹ فارم ہے دعوت یعنی خدا کی طرف بلانا دعوت الی اللہ کا مطلب ہے خدا کی طرف بلانا</w:t>
      </w:r>
    </w:p>
    <w:p>
      <w:r>
        <w:rPr>
          <w:b/>
        </w:rPr>
        <w:t xml:space="preserve">[1:43:16] </w:t>
      </w:r>
      <w:r>
        <w:t>to</w:t>
      </w:r>
    </w:p>
    <w:p>
      <w:pPr>
        <w:jc w:val="right"/>
      </w:pPr>
      <w:r>
        <w:t>تو</w:t>
      </w:r>
    </w:p>
    <w:p>
      <w:r>
        <w:rPr>
          <w:b/>
        </w:rPr>
        <w:t xml:space="preserve">[1:43:20] </w:t>
      </w:r>
      <w:r>
        <w:t>khuda ki taraf bulane ka matlab kya hai wohi jo main ne kaha rabania insan se yeh kehna ke tum khuda ko ek samjho tum us ke samne accountable ho</w:t>
      </w:r>
    </w:p>
    <w:p>
      <w:pPr>
        <w:jc w:val="right"/>
      </w:pPr>
      <w:r>
        <w:t>خدا کی طرف بلانے کا مطلب کیا ہے وہی جو میں نے کہا الربانیہ انسان سے یہ کہنا کہ تم خدا کو ایک سمجھو تم اس کے سامنے اکاؤنٹیبل ہو</w:t>
      </w:r>
    </w:p>
    <w:p>
      <w:r>
        <w:rPr>
          <w:b/>
        </w:rPr>
        <w:t xml:space="preserve">[1:43:32] </w:t>
      </w:r>
      <w:r>
        <w:t>agar tum khuda se</w:t>
      </w:r>
    </w:p>
    <w:p>
      <w:pPr>
        <w:jc w:val="right"/>
      </w:pPr>
      <w:r>
        <w:t>اگر تم خدا سے</w:t>
      </w:r>
    </w:p>
    <w:p>
      <w:r>
        <w:rPr>
          <w:b/>
        </w:rPr>
        <w:t xml:space="preserve">[1:43:39] </w:t>
      </w:r>
      <w:r>
        <w:t>khuda ki baton ko nahi mana tum ne to tum ko hell mein jana pare ga aur agar tum ne khuda ki baton ko follow kiya to tumhare liye paradise hai to in short khuda ke creation plan se logon ko aware karna yeh hai da'wah</w:t>
      </w:r>
    </w:p>
    <w:p>
      <w:pPr>
        <w:jc w:val="right"/>
      </w:pPr>
      <w:r>
        <w:t>خدا کی باتوں کو نہیں مانا تم نے تو تم کو ہیل میں جانا پڑے گا اور اگر تم نے خدا کی باتوں کو فالو کیا تو تمہارے لیے پیرڈائز ہے تو ان شارٹ خدا کے کریشن پلان سے لوگوں کو اویئر کرنا یہ ہے دعوی</w:t>
      </w:r>
    </w:p>
    <w:p>
      <w:r>
        <w:rPr>
          <w:b/>
        </w:rPr>
        <w:t xml:space="preserve">[1:44:01] </w:t>
      </w:r>
      <w:r>
        <w:t>da'wah ka koi taluq nahi hai yeh fighting se ladai se ya aaj kal jo ek lafz chala hai muslim empowerment mein ne ek article likha tha abhi akhbar mein ke muslim empowerment yeh islam nahi hai islam ek da'wah empowerment hai</w:t>
      </w:r>
    </w:p>
    <w:p>
      <w:pPr>
        <w:jc w:val="right"/>
      </w:pPr>
      <w:r>
        <w:t>دعوی کا کوئی تعلق نہیں ہے یہ فائٹنگ سے لڑائی سے یا اج کل جو ایک لفظ چلا ہے مسلم ایمپاورمنٹ میں نے ایک ارٹیکل لکھا تھا ابھی اخبار میں کہ مسلم ایمپاورمنٹ یہ اسلام نہیں ہے اسلام ایک دعوی ایمپاورمنٹ ہے</w:t>
      </w:r>
    </w:p>
    <w:p>
      <w:r>
        <w:rPr>
          <w:b/>
        </w:rPr>
        <w:t xml:space="preserve">[1:44:25] </w:t>
      </w:r>
      <w:r>
        <w:t>da'wah ko zinda karna da'wah spirit ko zinda karna dawat ke kaam ko zinda karna aur yeh to qaumi kaam hai yeh to community ka work hai muslim empowerment to khulasa yeh hai ke da'wah ka koi bhi taluq na to community work se hai na community ki rights jo hain us ko poora karne se hai</w:t>
      </w:r>
    </w:p>
    <w:p>
      <w:pPr>
        <w:jc w:val="right"/>
      </w:pPr>
      <w:r>
        <w:t>دعوی کو زندہ کرنا دعوی سپرٹ کو زندہ کرنا دعوت کے کام کو زندہ کرنا اور یہ تو قومی کام ہے یہ تو کمیونٹی کا ورک ہے مسلم ایمپاورمنٹ تو خلاصہ یہ ہے کہ دعوت کا کوئی بھی تعلق نہ تو کمیونٹی ورک سے ہے نہ کمیونٹی کی رائٹس جو ہیں اس کو پورا کرنے سے ہے</w:t>
      </w:r>
    </w:p>
    <w:p>
      <w:r>
        <w:rPr>
          <w:b/>
        </w:rPr>
        <w:t xml:space="preserve">[1:44:52] </w:t>
      </w:r>
      <w:r>
        <w:t>woh sirf Allah taala jo hai khuda ke</w:t>
      </w:r>
    </w:p>
    <w:p>
      <w:pPr>
        <w:jc w:val="right"/>
      </w:pPr>
      <w:r>
        <w:t>وہ صرف اللہ تعالی جو ہے خدا کے</w:t>
      </w:r>
    </w:p>
    <w:p>
      <w:r>
        <w:rPr>
          <w:b/>
        </w:rPr>
        <w:t xml:space="preserve">[1:44:56] </w:t>
      </w:r>
      <w:r>
        <w:t>khuda ke message ko logon tak pahunchana khuda ke creation plan se logon ko aagah karna bas isi</w:t>
      </w:r>
    </w:p>
    <w:p>
      <w:pPr>
        <w:jc w:val="right"/>
      </w:pPr>
      <w:r>
        <w:t>خدا کے میسج کو لوگوں تک پہنچانا خدا کے کریشن پلان سے لوگوں کو اگاہ کرنا بس اسی</w:t>
      </w:r>
    </w:p>
    <w:p>
      <w:r>
        <w:rPr>
          <w:b/>
        </w:rPr>
        <w:t xml:space="preserve">[1:45:03] </w:t>
      </w:r>
      <w:r>
        <w:t>ka naam hai dawah aur is aur yeh is mein yeh batana ke</w:t>
      </w:r>
    </w:p>
    <w:p>
      <w:pPr>
        <w:jc w:val="right"/>
      </w:pPr>
      <w:r>
        <w:t>کا نام ہے دعوت اور اس اور یہ اس میں یہ بتانا کہ</w:t>
      </w:r>
    </w:p>
    <w:p>
      <w:r>
        <w:rPr>
          <w:b/>
        </w:rPr>
        <w:t xml:space="preserve">[1:45:10] </w:t>
      </w:r>
      <w:r>
        <w:t>tum khuda ke samne accountable ho aur agar tum ne khuda ki baat mani toh tumhare liye paradise</w:t>
      </w:r>
    </w:p>
    <w:p>
      <w:pPr>
        <w:jc w:val="right"/>
      </w:pPr>
      <w:r>
        <w:t>تم خدا کے سامنے اکاؤنٹیبل ہو اور اگر تم نے خدا کی بات مانی تو تمہارے لیے پیرڈائز</w:t>
      </w:r>
    </w:p>
    <w:p>
      <w:r>
        <w:rPr>
          <w:b/>
        </w:rPr>
        <w:t xml:space="preserve">[1:45:16] </w:t>
      </w:r>
      <w:r>
        <w:t>hai nahi mani tumhare liye hell hai yeh hai</w:t>
      </w:r>
    </w:p>
    <w:p>
      <w:pPr>
        <w:jc w:val="right"/>
      </w:pPr>
      <w:r>
        <w:t>ہے نہیں مانی تمہارے لیے ہیل ہے یہ ہے</w:t>
      </w:r>
    </w:p>
    <w:p>
      <w:r>
        <w:rPr>
          <w:b/>
        </w:rPr>
        <w:t xml:space="preserve">[1:45:23] </w:t>
      </w:r>
      <w:r>
        <w:t>das question is from saadia why are people who are living in opulence with everything still unhappy dekhen is ka raaz yeh hai</w:t>
      </w:r>
    </w:p>
    <w:p>
      <w:pPr>
        <w:jc w:val="right"/>
      </w:pPr>
      <w:r>
        <w:t>دس کوئسچن از فرام سعدیہ وائی ار پیپل ہو آر لیونگ ان اپولنس ود ایوری تھنگ سٹل انہیپی دیکھیں اس کا راز یہ ہے</w:t>
      </w:r>
    </w:p>
    <w:p>
      <w:r>
        <w:rPr>
          <w:b/>
        </w:rPr>
        <w:t xml:space="preserve">[1:45:41] </w:t>
      </w:r>
      <w:r>
        <w:t>ke every human being is born with in with in limited desires</w:t>
      </w:r>
    </w:p>
    <w:p>
      <w:pPr>
        <w:jc w:val="right"/>
      </w:pPr>
      <w:r>
        <w:t>کہ ایوری ہیومن بینگ از بورن ود ان ود ان لمیٹڈ ڈیزائرز</w:t>
      </w:r>
    </w:p>
    <w:p>
      <w:r>
        <w:rPr>
          <w:b/>
        </w:rPr>
        <w:t xml:space="preserve">[1:45:50] </w:t>
      </w:r>
      <w:r>
        <w:t>har aadmi ke dil mein unlimited desire maujood hai unlimited desire ab aadmi duniya mein jo koshish karta hai to kitna hi woh haasil kar le lekin woh us se woh woh milne wali cheez limited hoti hai yani duniya mein jo kuch bhi hai woh ek insaan ko mil jaye tab bhi woh us ki desire ke lehaz se kam rahegi</w:t>
      </w:r>
    </w:p>
    <w:p>
      <w:pPr>
        <w:jc w:val="right"/>
      </w:pPr>
      <w:r>
        <w:t>ہر ادمی کے دل میں ان لمیٹڈ ڈیزائر موجود ہے ان لمیٹڈ ڈیزائر اب ادمی دنیا میں جو کوشش کرتا ہے تو کتنا ہی وہ حاصل کر لے لیکن وہ اس سے وہ وہ ملنے والی چیز لمیٹڈ ہوتی ہے یعنی دنیا میں جو کچھ بھی ہے وہ ایک انسان کو مل جائے تب بھی وہ اس کی ڈیزائر کے لحاظ سے کم رہے گی</w:t>
      </w:r>
    </w:p>
    <w:p>
      <w:r>
        <w:rPr>
          <w:b/>
        </w:rPr>
        <w:t xml:space="preserve">[1:46:20] </w:t>
      </w:r>
      <w:r>
        <w:t>ab sochein ke jis jis aadmi ka haal yeh hai ke us ke brain mein hundred million billion billion particle hain to us ki us ki desire to bohat hi zyada hai unlimited hai aur duniya to phir bhi limited hai to kisi ek aadmi ko sari duniya mil jaye tab bhi woh khush nahi hoga kyun yahan chahat aur milne wali cheez ke beech mein phir bhi gap rahega</w:t>
      </w:r>
    </w:p>
    <w:p>
      <w:pPr>
        <w:jc w:val="right"/>
      </w:pPr>
      <w:r>
        <w:t>اب سوچیں کہ جس جس ادمی کا حال یہ ہے کہ اس کے برین میں ہنڈرڈ ملین بلین بلین پارٹیکل ہیں تو اس کی اس کی ڈیزائر تو بہت ہی زیادہ ہے ان لمیٹڈ ہے اور دنیا تو پھر بھی لمیٹڈ ہے تو کسی ایک ادمی کو ساری دنیا مل جائے تب بھی وہ خوش نہیں ہوگا کیوں یہاں چاہت اور ملنے والی چیز کے بیچ میں پھر بھی گیپ رہے گا</w:t>
      </w:r>
    </w:p>
    <w:p>
      <w:r>
        <w:rPr>
          <w:b/>
        </w:rPr>
        <w:t xml:space="preserve">[1:46:47] </w:t>
      </w:r>
      <w:r>
        <w:t>to asal mein chahne aur milne ke beech mein gap hai woh gap paida karta hai ke yeh yani negative ehsas aur yeh kabhi duniya mein kabhi poora nahi ho sakta yeh to sirf paradise mein ho sakta hai yani paradise ka aur aaj ki duniya ka farq yahi hai ke paradise mein bhi cheezein sab mili gi mile gi wohi jo duniya mein mili hui hain agarche zyada refined shakal mein mile gi</w:t>
      </w:r>
    </w:p>
    <w:p>
      <w:pPr>
        <w:jc w:val="right"/>
      </w:pPr>
      <w:r>
        <w:t>تو اصل میں چاہنے اور ملنے کے بیچ میں گیپ ہے وہ گیپ پیدا کرتا ہے کہ یہ یعنی نیگیٹیو احساس اور یہ کبھی دنیا میں کبھی پورا نہیں ہو سکتا یہ تو صرف پیرڈائز میں ہو سکتا ہے یعنی پیرڈائز کا اور اج کی دنیا کا فرق یہی ہے کہ پیرڈائز میں بھی چیزیں سب ملی گی ملیں گی وہی جو دنیا میں ملی ہوئی ہیں اگرچہ زیادہ ریفائنڈ شکل میں ملیں گی</w:t>
      </w:r>
    </w:p>
    <w:p>
      <w:r>
        <w:rPr>
          <w:b/>
        </w:rPr>
        <w:t xml:space="preserve">[1:47:17] </w:t>
      </w:r>
      <w:r>
        <w:t>quran mein saaf saaf hai ke bahuton pehi patishabah ke duniya mein jo cheezein di gayi hain aadmi ko wohi cheezein wahan akhirat mein mile gi lekin farq yeh hoga ke wahan refined way mein hongi zyada aur unlimited hongi</w:t>
      </w:r>
    </w:p>
    <w:p>
      <w:pPr>
        <w:jc w:val="right"/>
      </w:pPr>
      <w:r>
        <w:t>قران میں صاف صاف ہے کہ بہتو پہی پتشابہ کہ دنیا میں جو چیزیں دی گئی ہیں ادمی کو وہی چیزیں وہاں اخرت میں ملیں گی لیکن فرق یہ ہوگا کہ وہاں ریفائنڈ وے میں ہوں گی زیادہ اور ان لمیٹڈ ہوں گی</w:t>
      </w:r>
    </w:p>
    <w:p>
      <w:r>
        <w:rPr>
          <w:b/>
        </w:rPr>
        <w:t xml:space="preserve">[1:47:35] </w:t>
      </w:r>
      <w:r>
        <w:t>duniya mein woh cheezein hain jo di gayi hain aadmi ko woh mahdood hain in mahdood hain limited hain aur paradise mein jo di gayi di jayengi to woh lamahdood hongi unlimited hongi to fulfillment aadmi ko wahin milega to phir woh khushi mil jayegi wahan</w:t>
      </w:r>
    </w:p>
    <w:p>
      <w:pPr>
        <w:jc w:val="right"/>
      </w:pPr>
      <w:r>
        <w:t>دنیا میں وہ چیزیں ہیں جو دی گئی ہیں ادمی کو وہ محدود ہیں ان محدود ہیں لمیٹڈ ہیں اور پیرڈائز میں جو دی گئی دی جائیں گی تو وہ لامحدود ہوں گی ان لمیٹڈ ہوں گی تو فلفلمنٹ ادمی کو وہیں ملے گا تو پھر وہ خوشی مل جائے گی وہاں</w:t>
      </w:r>
    </w:p>
    <w:p>
      <w:r>
        <w:rPr>
          <w:b/>
        </w:rPr>
        <w:t xml:space="preserve">[1:47:53] </w:t>
      </w:r>
      <w:r>
        <w:t>duniya mein chunke yahan par present world mein chunke yeh sab kuch limited hai is liye yahan par is ko fulfillment nahi milta to fulfillment na milne se tension aata hai aur wahan par paradise mein chunke fulfillment milega to wahan tension bhi khatam ho jayega</w:t>
      </w:r>
    </w:p>
    <w:p>
      <w:pPr>
        <w:jc w:val="right"/>
      </w:pPr>
      <w:r>
        <w:t>دنیا میں چونکہ یہاں پر پریزنٹ ورلڈ میں چونکہ یہ سب کچھ لمیٹڈ ہے اس لیے یہاں پر اس کو فلفلمنٹ نہیں ملتا تو فلفلمنٹ نہ ملنے سے ٹینشن اتا ہے اور وہاں پر پیرڈائز میں چونکہ فلفلمنٹ ملے گا تو وہاں ٹینشن بھی ختم ہو جائے گا</w:t>
      </w:r>
    </w:p>
    <w:p>
      <w:r>
        <w:rPr>
          <w:b/>
        </w:rPr>
        <w:t xml:space="preserve">[1:48:17] </w:t>
      </w:r>
      <w:r>
        <w:t>das question is from doctor farida khan</w:t>
      </w:r>
    </w:p>
    <w:p>
      <w:pPr>
        <w:jc w:val="right"/>
      </w:pPr>
      <w:r>
        <w:t>دس کوئسچن از فرام ڈاکٹر فریدہ خان</w:t>
      </w:r>
    </w:p>
    <w:p>
      <w:r>
        <w:rPr>
          <w:b/>
        </w:rPr>
        <w:t xml:space="preserve">[1:48:20] </w:t>
      </w:r>
      <w:r>
        <w:t>what is the importance of positive thinking in the attainment of paradise</w:t>
      </w:r>
    </w:p>
    <w:p>
      <w:pPr>
        <w:jc w:val="right"/>
      </w:pPr>
      <w:r>
        <w:t>واٹ از دی امپورٹنس اف پوزیٹیو تھنکنگ ان دی اٹینمنٹ اف پیرڈائز</w:t>
      </w:r>
    </w:p>
    <w:p>
      <w:r>
        <w:rPr>
          <w:b/>
        </w:rPr>
        <w:t xml:space="preserve">[1:48:28] </w:t>
      </w:r>
      <w:r>
        <w:t>main samajhta hoon ke sab kuch depend karta hai positive thinking par positive thinking nahi to paradise bhi nahi</w:t>
      </w:r>
    </w:p>
    <w:p>
      <w:pPr>
        <w:jc w:val="right"/>
      </w:pPr>
      <w:r>
        <w:t>میں سمجھتا ہوں کہ سب کچھ ڈیپینڈ کرتا ہے پازیٹیو تھنکنگ پر پازیٹیو تھنکنگ نہیں تو پیرڈائز بھی نہیں</w:t>
      </w:r>
    </w:p>
    <w:p>
      <w:r>
        <w:rPr>
          <w:b/>
        </w:rPr>
        <w:t xml:space="preserve">[1:48:41] </w:t>
      </w:r>
      <w:r>
        <w:t>quran mein likha hai paradise walon ke liye la yasmaun fiha laghwala ta'sima illa qeeran salaman salaman</w:t>
      </w:r>
    </w:p>
    <w:p>
      <w:pPr>
        <w:jc w:val="right"/>
      </w:pPr>
      <w:r>
        <w:t>قران میں لکھا ہے پیرڈائز والوں کے لیے لا یسمعون فیہا لغو ولا تعصیما الا قیرا سلاما سلاما</w:t>
      </w:r>
    </w:p>
    <w:p>
      <w:r>
        <w:rPr>
          <w:b/>
        </w:rPr>
        <w:t xml:space="preserve">[1:48:56] </w:t>
      </w:r>
      <w:r>
        <w:t>yani paradise mein log ek doosre se milein ge to salam kahenge salam ke maani peace peace peace be upon you peace be upon you kahenge</w:t>
      </w:r>
    </w:p>
    <w:p>
      <w:pPr>
        <w:jc w:val="right"/>
      </w:pPr>
      <w:r>
        <w:t>یعنی پیرڈائز میں لوگ ایک دوسرے سے ملیں گے تو سلام کہیں گے سلام کے معنی پیس پیس پیس بی اپ یو پیس بی اپ یو کہیں گے</w:t>
      </w:r>
    </w:p>
    <w:p>
      <w:r>
        <w:rPr>
          <w:b/>
        </w:rPr>
        <w:t xml:space="preserve">[1:49:08] </w:t>
      </w:r>
      <w:r>
        <w:t>to zahir hai ke wahan hypocrisy ke liye koi jagah nahi hogi banawati taur par kehne ka koi wahan matlab nahi hoga is ke dil mein logon ke liye doosre ke liye bharpoor peace peace hoga mohabbat hogi in other words positivity hogi yani jo positive mind ho wahi doosron ke liye mohabbat kar sakta hai doosron ke liye is ke dil mein peace peace ho sakta hai</w:t>
      </w:r>
    </w:p>
    <w:p>
      <w:pPr>
        <w:jc w:val="right"/>
      </w:pPr>
      <w:r>
        <w:t>تو ظاہر ہے کہ وہاں ہیپوکریسی کے لیے کوئی جگہ نہیں ہوگی بناوٹی طور پر کہنے کا کوئی وہاں مطلب نہیں ہوگا اس کے دل میں لوگوں کے لیے دوسرے کے لیے بھرپور پیس پیس ہوگا محبت ہوگی ان ادر ورڈز پازیٹیوٹی ہوگی یعنی جو پازیٹیو مائنڈ ہو وہی دوسروں کے لیے محبت کر سکتا ہے دوسرے کے لیے اس کے دل میں پیس پیس ہو سکتا ہے</w:t>
      </w:r>
    </w:p>
    <w:p>
      <w:r>
        <w:rPr>
          <w:b/>
        </w:rPr>
        <w:t xml:space="preserve">[1:49:35] </w:t>
      </w:r>
      <w:r>
        <w:t>toh ek aisi colony hai ek aisi duniya jahan</w:t>
      </w:r>
    </w:p>
    <w:p>
      <w:pPr>
        <w:jc w:val="right"/>
      </w:pPr>
      <w:r>
        <w:t>تو ایک ایسی کالونی ہے ایک ایسی دنیا جہاں</w:t>
      </w:r>
    </w:p>
    <w:p>
      <w:r>
        <w:rPr>
          <w:b/>
        </w:rPr>
        <w:t xml:space="preserve">[1:49:41] </w:t>
      </w:r>
      <w:r>
        <w:t>in logon ko basaya gaya ho jahan har aadmi ke dil mein doosre ke liye peace ho doosre</w:t>
      </w:r>
    </w:p>
    <w:p>
      <w:pPr>
        <w:jc w:val="right"/>
      </w:pPr>
      <w:r>
        <w:t>ان لوگوں کو بسایا گیا ہو جہاں ہر ادمی کے دل میں دوسرے کے لیے پیس ہو دوسرے</w:t>
      </w:r>
    </w:p>
    <w:p>
      <w:r>
        <w:rPr>
          <w:b/>
        </w:rPr>
        <w:t xml:space="preserve">[1:49:47] </w:t>
      </w:r>
      <w:r>
        <w:t>ke liye meharbani ho doosre ke liye mohabbat ho</w:t>
      </w:r>
    </w:p>
    <w:p>
      <w:pPr>
        <w:jc w:val="right"/>
      </w:pPr>
      <w:r>
        <w:t>کے لیے مہربانی ہو دوسرے کے لیے محبت ہو</w:t>
      </w:r>
    </w:p>
    <w:p>
      <w:r>
        <w:rPr>
          <w:b/>
        </w:rPr>
        <w:t xml:space="preserve">[1:49:52] </w:t>
      </w:r>
      <w:r>
        <w:t>toh isi ka naam toh positivity hai toh ek word mein main kahunga positive thinker jo honge</w:t>
      </w:r>
    </w:p>
    <w:p>
      <w:pPr>
        <w:jc w:val="right"/>
      </w:pPr>
      <w:r>
        <w:t>تو اسی کا نام تو پازیٹیوٹی ہے تو ایک ورڈ میں میں کہوں گا پازیٹیو تھنکر جو ہوں</w:t>
      </w:r>
    </w:p>
    <w:p>
      <w:r>
        <w:rPr>
          <w:b/>
        </w:rPr>
        <w:t xml:space="preserve">[1:49:57] </w:t>
      </w:r>
      <w:r>
        <w:t>wohi paradise mein jayenge negativity jinke dil mein ho woh kabhi bhi paradise mein jaane</w:t>
      </w:r>
    </w:p>
    <w:p>
      <w:pPr>
        <w:jc w:val="right"/>
      </w:pPr>
      <w:r>
        <w:t>گے وہی پیرڈائز میں جائیں گے نیگیٹیوٹی جن کے دل میں ہو وہ کبھی بھی پیرڈائز میں جانے</w:t>
      </w:r>
    </w:p>
    <w:p>
      <w:r>
        <w:rPr>
          <w:b/>
        </w:rPr>
        <w:t xml:space="preserve">[1:50:03] </w:t>
      </w:r>
      <w:r>
        <w:t>wale hain impossible hai</w:t>
      </w:r>
    </w:p>
    <w:p>
      <w:pPr>
        <w:jc w:val="right"/>
      </w:pPr>
      <w:r>
        <w:t>والے ہیں امپاسیبل ہے</w:t>
      </w:r>
    </w:p>
    <w:p>
      <w:r>
        <w:rPr>
          <w:b/>
        </w:rPr>
        <w:t xml:space="preserve">[1:50:09] </w:t>
      </w:r>
      <w:r>
        <w:t>yani phoolon ke guldaste mein kaante ko nahi rakha ja sakta aap dekhiye ke koi phoolon ka guldasta banaya jaye koi bhoke banaya jaye achhe phoolon ka to kahan woh kaanta laga diya jayega kabhi bhi koi mali yeh pasand nahi karega ya koi kharidne wala pasand nahi karega ke aise guldaste ko woh kharide jahan phool to bade achhe achhe hon lekin woh kaanta bhi isi mein laga hua ho woh kahe bhai main kya karunga aise phool guldaste ko</w:t>
      </w:r>
    </w:p>
    <w:p>
      <w:pPr>
        <w:jc w:val="right"/>
      </w:pPr>
      <w:r>
        <w:t>یعنی پھولوں کے گلدستے میں کانٹے کو نہیں رکھا جا سکتا اپ دیکھیے کہ کوئی پھولوں کا گلدستہ بنایا جائے کوئی بھوکے بنایا جائے اچھے پھولوں کا تو کہاں وہ کانٹا لگا دیا جائے گا کبھی بھی کوئی مالی یہ پسند نہیں کرے گا یا کوئی خریدنے والا پسند نہیں کرے گا کہ ایسے گلدستے کو وہ خریدے جہاں پھول تو بڑے اچھے اچھے ہوں لیکن وہ کانٹا بھی اسی میں لگا ہوا ہو وہ کہے بھئی میں کیا کروں گا ایسے پھول گلدستے کو</w:t>
      </w:r>
    </w:p>
    <w:p>
      <w:r>
        <w:rPr>
          <w:b/>
        </w:rPr>
        <w:t xml:space="preserve">[1:50:36] </w:t>
      </w:r>
      <w:r>
        <w:t>isi tarah paradise mein is aadmi ka koi kaam nahi hai jis ke sine mein negativity ho jo log wahan pahunche negativity ko le kar to waise hi honge jaise guldaste mein kaanta to aise guldaste ko</w:t>
      </w:r>
    </w:p>
    <w:p>
      <w:pPr>
        <w:jc w:val="right"/>
      </w:pPr>
      <w:r>
        <w:t>اسی طرح پیرڈائز میں اس ادمی کا کوئی کام نہیں ہے جس کے سینے میں نیگیٹیوٹی ہو جو لوگ وہاں پہنچیں نیگیٹیو نیگیٹیوٹی کو لے کر تو ویسے ہی ہوں گے جیسے گلدستے میں کانٹا تو ایسے گلدستے کو</w:t>
      </w:r>
    </w:p>
    <w:p>
      <w:r>
        <w:rPr>
          <w:b/>
        </w:rPr>
        <w:t xml:space="preserve">[1:50:59] </w:t>
      </w:r>
      <w:r>
        <w:t>customer reject reject karta hai reject aise khuda in ko re</w:t>
      </w:r>
    </w:p>
    <w:p>
      <w:pPr>
        <w:jc w:val="right"/>
      </w:pPr>
      <w:r>
        <w:t>کسٹمر ریجیکٹ ریجیکٹ کرتا ہے ریجیکٹ ایسے خدا ان کو ری</w:t>
      </w:r>
    </w:p>
    <w:p>
      <w:r>
        <w:rPr>
          <w:b/>
        </w:rPr>
        <w:t xml:space="preserve">[1:51:04] </w:t>
      </w:r>
      <w:r>
        <w:t>ject kar dega jao tumhara hai koi kaam nahi hai</w:t>
      </w:r>
    </w:p>
    <w:p>
      <w:pPr>
        <w:jc w:val="right"/>
      </w:pPr>
      <w:r>
        <w:t>جیکٹ کر دے گا جاؤ تمہارا ہے کوئی کام نہیں ہے</w:t>
      </w:r>
    </w:p>
    <w:p>
      <w:r>
        <w:rPr>
          <w:b/>
        </w:rPr>
        <w:t xml:space="preserve">[1:51:09] </w:t>
      </w:r>
      <w:r>
        <w:t>aur doosri baat is mein yeh hai ke positive thinker banna kab hota hai possible jab aap negativity ko positivity mein convert kar sakein dekhen yeh duniya jaisa ke maine kaha ke test ke liye banayi gayi hai jab test ke liye hai to kabhi bhi possible nahi ke sab kuch aap ke liye present ho</w:t>
      </w:r>
    </w:p>
    <w:p>
      <w:pPr>
        <w:jc w:val="right"/>
      </w:pPr>
      <w:r>
        <w:t>اور دوسری بات اس میں یہ ہے کہ پازیٹیو تھنکر بننا کب ہوتا ہے پاسیبل جب اپ نیگیٹیوٹی کو پازیٹیوٹی میں کنورٹ کر سکیں دیکھیں یہ دنیا جیسا کہ میں نے کہا کہ ٹیسٹ کے لیے بنائی گئی ہے جب ٹیسٹ کے لیے ہے تو کبھی بھی پاسیبل نہیں کہ سب کچھ اپ کے لیے پریزنٹ ہو</w:t>
      </w:r>
    </w:p>
    <w:p>
      <w:r>
        <w:rPr>
          <w:b/>
        </w:rPr>
        <w:t xml:space="preserve">[1:51:33] </w:t>
      </w:r>
      <w:r>
        <w:t>aap ke liye bohat si cheezein un present hongi aap ke liye provocation hoga aap ko bohat kuch apni marzi ke khilaf yahan dekhna padega yani aap ki positivity ko bhang karne ke liye bar bar yahan aisi cheezein paida hongi to ek aisi duniya mein reh rahe hain aap aaj jahan aap ki positivity ko bhang kiya ja raha hai subah shaam to phir bhi aap apni positivity ko baqi rakhein</w:t>
      </w:r>
    </w:p>
    <w:p>
      <w:pPr>
        <w:jc w:val="right"/>
      </w:pPr>
      <w:r>
        <w:t>اپ کے لیے بہت سی چیزیں ان پریزنٹ ہوں گی اپ کے لیے پرووکیشن ہوگا اپ کو بہت کچھ اپنی مرضی کے خلاف یہاں دیکھنا پڑے گا یعنی اپ کی پازیٹیوٹی کو بھنگ کرنے کے لیے بار بار یہاں ایسی چیزیں پیدا ہوں گی تو ایک ایسی دنیا میں رہ رہے ہیں اپ اج جہاں اپ کی پازیٹیوٹی کو بھنگ کیا جا رہا ہے صبح شام تو پھر بھی اپ اپنی پازیٹیوٹی کو باقی رکھیں</w:t>
      </w:r>
    </w:p>
    <w:p>
      <w:r>
        <w:rPr>
          <w:b/>
        </w:rPr>
        <w:t xml:space="preserve">[1:52:00] </w:t>
      </w:r>
      <w:r>
        <w:t>yani inspite all though negativity</w:t>
      </w:r>
    </w:p>
    <w:p>
      <w:pPr>
        <w:jc w:val="right"/>
      </w:pPr>
      <w:r>
        <w:t>یعنی انسپائٹ ال دو نیگیٹیوٹی</w:t>
      </w:r>
    </w:p>
    <w:p>
      <w:r>
        <w:rPr>
          <w:b/>
        </w:rPr>
        <w:t xml:space="preserve">[1:52:07] </w:t>
      </w:r>
      <w:r>
        <w:t>to you have to evolve yourself as a positive person agar koi yeh chahe ke sab kuch theek thaak ho to woh positive banega to is se zyada bewakoof aadmi koi nahi hai kyun woh khuda ke creation plan ko cancel kar raha hai us ko abolish kar raha hai</w:t>
      </w:r>
    </w:p>
    <w:p>
      <w:pPr>
        <w:jc w:val="right"/>
      </w:pPr>
      <w:r>
        <w:t>تو یو ہیو ٹو ایوالو یور سیلف ایز ا پازیٹیو پرسن اگر کوئی یہ چاہے کہ سب کچھ ٹھیک ٹھاک ہو تو وہ پازیٹیو بنے گا تو اس سے زیادہ بیوقوف ادمی کوئی نہیں ہے کیوں وہ خدا کے کریشن پلان کو کینسل کر رہا ہے اس کو ابولش کر رہا ہے</w:t>
      </w:r>
    </w:p>
    <w:p>
      <w:r>
        <w:rPr>
          <w:b/>
        </w:rPr>
        <w:t xml:space="preserve">[1:52:27] </w:t>
      </w:r>
      <w:r>
        <w:t>duniya mein khuda ne negativity ke jungle hi mein insaan ko basaya hai yani kaanton ke jungle mein khuda ne phool banne ke liye kaha hai aap se har taraf negativity hai har taraf negative experience hai har taraf provocative situations hain in sab ke beech mein rehte hue aap ko banana hai positive</w:t>
      </w:r>
    </w:p>
    <w:p>
      <w:pPr>
        <w:jc w:val="right"/>
      </w:pPr>
      <w:r>
        <w:t>دنیا میں خدا نے نیگیٹیوٹی کے جنگل ہی میں انسان کو بسایا ہے یعنی کانٹوں کے جنگل میں خدا نے پھول بننے کے لیے کہا ہے اپ سے ہر طرف نیگیٹیوٹی ہے ہر طرف نیگیٹیو ایکسپیرینس ہے ہر طرف پرووکیٹیو سچویشنز ہیں ان سب کے بیچ میں رہتے ہوئے اپ کو بنانا ہے پازیٹیو</w:t>
      </w:r>
    </w:p>
    <w:p>
      <w:r>
        <w:rPr>
          <w:b/>
        </w:rPr>
        <w:t xml:space="preserve">[1:52:55] </w:t>
      </w:r>
      <w:r>
        <w:t>to main aksar yeh misaal diya karta hoon ke is tarah ki gaaye hai woh non milk ko milk mein convert karti hai ke dete hain aap ko ghaas lotati hai woh doodh isi tarah se duniya mein aap ko negative experience hoga lekin is ke bawajood aap ko apne aap ko positive halat par baqi rakhna hai tab paradise milegi</w:t>
      </w:r>
    </w:p>
    <w:p>
      <w:pPr>
        <w:jc w:val="right"/>
      </w:pPr>
      <w:r>
        <w:t>تو میں اکثر یہ مثال دیا کرتا ہوں کہ اس طرح کی گائے ہے وہ نان ملک کو ملک میں کنورٹ کرتی ہے کہ دیتے ہیں اپ کو گھاس لوٹاتی ہے وہ دودھ اسی طرح سے دنیا میں اپ کو نیگیٹیو ایکسپیرینس ہوگا لیکن اس کے باوجود اپ کو اپنے اپ کو پازیٹیو حالت پر باقی رکھنا ہے تب پیرڈائز ملے گی</w:t>
      </w:r>
    </w:p>
    <w:p>
      <w:r>
        <w:rPr>
          <w:b/>
        </w:rPr>
        <w:t xml:space="preserve">[1:53:20] </w:t>
      </w:r>
      <w:r>
        <w:t>jahan tak mein ne samjha hai quran hadees ko woh aadmi kabhi bhi paradise mein nahin jayega jis ke seene mein nafratein hon yeh mein ne samjha hai bohat si baton se is mein se aik yeh hai ke aik aik shakhs ke baray mein peghambar ne kaha ke yeh aadmi jannati hai yeh paradise mein jayega</w:t>
      </w:r>
    </w:p>
    <w:p>
      <w:pPr>
        <w:jc w:val="right"/>
      </w:pPr>
      <w:r>
        <w:t>جہاں تک میں نے سمجھا ہے قران حدیث کو وہ ادمی کبھی بھی پیرڈائز میں نہیں جائے گا جس کے سینے میں نفرتیں ہوں یہ میں نے سمجھا ہے بہت سی باتوں سے اس میں سے ایک یہ ہے کہ ایک ایک شخص کے بارے میں پیغمبر نے کہا کہ یہ ادمی جنتی ہے یہ پیرڈائز میں جائے گا</w:t>
      </w:r>
    </w:p>
    <w:p>
      <w:r>
        <w:rPr>
          <w:b/>
        </w:rPr>
        <w:t xml:space="preserve">[1:53:44] </w:t>
      </w:r>
      <w:r>
        <w:t>naam le kar to aik aur companion thay aap ke un ko aik curiosity hui ke is mein kya sifat hai is ke ghar gaye woh teen din rahay teen din is ko wash kiya unhon ne dekha ke is mein koi khaas baat hi nahin hai bas bohat panch waqt namaz parh leta hai aur apna yani normal insan hai</w:t>
      </w:r>
    </w:p>
    <w:p>
      <w:pPr>
        <w:jc w:val="right"/>
      </w:pPr>
      <w:r>
        <w:t>نام لے کر تو ایک اور کمپینین تھے اپ کے ان کو ایک کوریسٹی ہوئی کہ اس میں کیا صفت ہے اس کے گھر گئے وہ تین دن رہے تین دن اس کو واش کیا انہوں نے دیکھا کہ اس میں کوئی خاص بات ہی نہیں ہے بس بہت پانچ وقت نماز پڑھ لیتا ہے اور اپنا یعنی نارمل انسان ہے</w:t>
      </w:r>
    </w:p>
    <w:p>
      <w:r>
        <w:rPr>
          <w:b/>
        </w:rPr>
        <w:t xml:space="preserve">[1:54:09] </w:t>
      </w:r>
      <w:r>
        <w:t>to teesre din unhon ne poocha ke bhai tumhare andar kya sifat hai ke prophet ne kaha ke</w:t>
      </w:r>
    </w:p>
    <w:p>
      <w:pPr>
        <w:jc w:val="right"/>
      </w:pPr>
      <w:r>
        <w:t>تو تیسرے دن انہوں نے پوچھا کہ بھئی تمہارے اندر کیا صفت ہے کہ پرافٹ نے کہا کہ</w:t>
      </w:r>
    </w:p>
    <w:p>
      <w:r>
        <w:rPr>
          <w:b/>
        </w:rPr>
        <w:t xml:space="preserve">[1:54:14] </w:t>
      </w:r>
      <w:r>
        <w:t>tum jannat mein jaoge</w:t>
      </w:r>
    </w:p>
    <w:p>
      <w:pPr>
        <w:jc w:val="right"/>
      </w:pPr>
      <w:r>
        <w:t>تم جنت میں جاؤ گے</w:t>
      </w:r>
    </w:p>
    <w:p>
      <w:r>
        <w:rPr>
          <w:b/>
        </w:rPr>
        <w:t xml:space="preserve">[1:54:17] </w:t>
      </w:r>
      <w:r>
        <w:t>to us ne kaha ke main wohi hoon jo tum ne dekha teen din bas</w:t>
      </w:r>
    </w:p>
    <w:p>
      <w:pPr>
        <w:jc w:val="right"/>
      </w:pPr>
      <w:r>
        <w:t>تو اس نے کہا کہ میں وہی ہوں جو تم نے دیکھا تین دن بس</w:t>
      </w:r>
    </w:p>
    <w:p>
      <w:r>
        <w:rPr>
          <w:b/>
        </w:rPr>
        <w:t xml:space="preserve">[1:54:23] </w:t>
      </w:r>
      <w:r>
        <w:t>lekin ek sifat mere andar zaroor hai woh yeh ke la ajad fi</w:t>
      </w:r>
    </w:p>
    <w:p>
      <w:pPr>
        <w:jc w:val="right"/>
      </w:pPr>
      <w:r>
        <w:t>لیکن ایک صفت میرے اندر ضرور ہے وہ یہ کہ لا اجد فی</w:t>
      </w:r>
    </w:p>
    <w:p>
      <w:r>
        <w:rPr>
          <w:b/>
        </w:rPr>
        <w:t xml:space="preserve">[1:54:29] </w:t>
      </w:r>
      <w:r>
        <w:t>qalbi ghussa had</w:t>
      </w:r>
    </w:p>
    <w:p>
      <w:pPr>
        <w:jc w:val="right"/>
      </w:pPr>
      <w:r>
        <w:t>قلبی غصا لحد</w:t>
      </w:r>
    </w:p>
    <w:p>
      <w:r>
        <w:rPr>
          <w:b/>
        </w:rPr>
        <w:t xml:space="preserve">[1:54:33] </w:t>
      </w:r>
      <w:r>
        <w:t>mere seene mein kisi ke khilaf negative thought nahi</w:t>
      </w:r>
    </w:p>
    <w:p>
      <w:pPr>
        <w:jc w:val="right"/>
      </w:pPr>
      <w:r>
        <w:t>میرے سینے میں کسی کے خلاف نیگیٹیو تھاٹ نہیں</w:t>
      </w:r>
    </w:p>
    <w:p>
      <w:r>
        <w:rPr>
          <w:b/>
        </w:rPr>
        <w:t xml:space="preserve">[1:54:39] </w:t>
      </w:r>
      <w:r>
        <w:t>mere seene mein kisi ke khilaf negative thought nahin kiya matlab kiya hai ke doosre mujh ko pareshan karte hain mujh ko bura kehte hain mujh ko nuqsan pohanchate hain sab kuch hota hai mere sath bhi kyunke woh bhi society mein tha us ke sath bhi woh sab baatein hoti thin lekin inspite all these experiences he was able to maintain his positivity</w:t>
      </w:r>
    </w:p>
    <w:p>
      <w:pPr>
        <w:jc w:val="right"/>
      </w:pPr>
      <w:r>
        <w:t>میرے سینے میں کسی کے خلاف نیگیٹیو تھاٹ نہیں کیا مطلب کیا ہے کہ دوسرے مجھ کو پریشان کرتے ہیں مجھ کو برا کہتے ہیں مجھ کو نقصان پہنچاتے ہیں سب کچھ ہوتا ہے میرے ساتھ بھی کیونکہ وہ بھی سوسائٹی میں تھا اس کے ساتھ بھی وہ سب باتیں ہوتی تھیں لیکن انسپائٹ ال دیز ایکسپیرینس ہی واز ایبل ٹو مینٹین ہز پازیٹیوٹی</w:t>
      </w:r>
    </w:p>
    <w:p>
      <w:r>
        <w:rPr>
          <w:b/>
        </w:rPr>
        <w:t xml:space="preserve">[1:55:08] </w:t>
      </w:r>
      <w:r>
        <w:t>mein samajhta hoon ke is mein kisi ko bhram nahin hona chahiye ke negativity ko chun chun kar apne seene se nikalna hai nafrat ko hate ko malice ko ghussa ko chun chun kar nikalna hai</w:t>
      </w:r>
    </w:p>
    <w:p>
      <w:pPr>
        <w:jc w:val="right"/>
      </w:pPr>
      <w:r>
        <w:t>میں سمجھتا ہوں کہ اس میں کسی کو بھرم نہیں ہونا چاہیے کہ نیگیٹیوٹی کو چن چن کر اپنے سینے سے نکالنا ہے نفرت کو ہیٹ کو میلز کو غصہ کو چن چن کر نکالنا ہے</w:t>
      </w:r>
    </w:p>
    <w:p>
      <w:r>
        <w:rPr>
          <w:b/>
        </w:rPr>
        <w:t xml:space="preserve">[1:55:26] </w:t>
      </w:r>
      <w:r>
        <w:t>nahin to phir woh yeh risk le raha hai ke us ko gate us ko us ko paradise mein entry na milay kyunke paradise to colony hai woh logon ki jo positive thinking mein jiye thay dunya mein mein aksar yeh kaha karta hoon ke aadmi jahan marega wahin uthega woh aadmi jahan marega wahin woh uthega</w:t>
      </w:r>
    </w:p>
    <w:p>
      <w:pPr>
        <w:jc w:val="right"/>
      </w:pPr>
      <w:r>
        <w:t>نہیں تو پھر وہ یہ رسک لے رہا ہے کہ اس کو گیٹ اس کو اس کو پیرڈائز میں انٹری نہ ملے کیونکہ پیرڈائز تو کالونی ہے وہ لوگوں کی جو پازیٹیو تھنکنگ میں جیے تھے دنیا میں میں اکثر یہ کہا کرتا ہوں کہ ادمی جہاں مرے گا وہیں اٹھے گا وہ ادمی جہاں مرے گا وہیں وہ اٹھے گ</w:t>
      </w:r>
    </w:p>
    <w:p>
      <w:r>
        <w:rPr>
          <w:b/>
        </w:rPr>
        <w:t xml:space="preserve">[1:55:48] </w:t>
      </w:r>
      <w:r>
        <w:t>a yani agar aap aik negative personality ban kar rahay dunya mein to marne ke baad bhi aap negative personality ki taraf uthenge doosre doosre world mein aisa nahin hai ke yahan to aap negative personality ban ban kar rahay aur marne ke baad achanak aap positive personality ban jayenge aisa impossible hai isi ko mein kehta hoon ke jahan aadmi marega wahin woh uthega</w:t>
      </w:r>
    </w:p>
    <w:p>
      <w:pPr>
        <w:jc w:val="right"/>
      </w:pPr>
      <w:r>
        <w:t>ا یعنی اگر اپ ایک نیگیٹیو پرسنیلٹی بن کر رہے دنیا میں تو مرنے کے بعد بھی اپ نیگیٹیو پرسنیلٹی کی طرف اٹھیں گے دوسرے دوسرے ورلڈ میں ایسا نہیں ہے کہ یہاں تو اپ نیگیٹیو پرسنیلٹی بن بن کر رہے اور مرنے کے بعد اچانک اپ پازیٹیو پرسنیلٹی بن جائیں گے ایسا امپاسیبل ہے اسی کو میں کہتا ہوں کہ جہاں ادمی مرے گا وہیں وہ اٹھے گا</w:t>
      </w:r>
    </w:p>
    <w:p>
      <w:r>
        <w:rPr>
          <w:b/>
        </w:rPr>
        <w:t xml:space="preserve">[1:56:13] </w:t>
      </w:r>
      <w:r>
        <w:t>to har aadmi ko achi tarah soch lena chahiye soch lena chahiye ke kya mere seene mein negative jazbat hain kisi ke khilaf yaad rahay ke dushman ke khilaf bhi aap ko negativity banna hai dushman ke khilaf bhi nahin banna hai</w:t>
      </w:r>
    </w:p>
    <w:p>
      <w:pPr>
        <w:jc w:val="right"/>
      </w:pPr>
      <w:r>
        <w:t>تو ہر ادمی کو اچھی طرح سوچ لینا چاہیے سوچ لینا چاہیے کہ کیا میرے سینے میں نیگیٹیو جذبات ہیں کسی کے خلاف یاد رہے کہ دشمن کے خلاف بھی اپ کو نیگیٹیوٹی بننا ہے دشمن کے خلاف بھی نہیں بننا ہے</w:t>
      </w:r>
    </w:p>
    <w:p>
      <w:r>
        <w:rPr>
          <w:b/>
        </w:rPr>
        <w:t xml:space="preserve">[1:56:35] </w:t>
      </w:r>
      <w:r>
        <w:t>misal ke tor par sari dunya yahudiyon se nafrat karti</w:t>
      </w:r>
    </w:p>
    <w:p>
      <w:pPr>
        <w:jc w:val="right"/>
      </w:pPr>
      <w:r>
        <w:t>مثال کے طور پر ساری دنیا یہودیوں سے نفرت کرتی</w:t>
      </w:r>
    </w:p>
    <w:p>
      <w:r>
        <w:rPr>
          <w:b/>
        </w:rPr>
        <w:t xml:space="preserve">[1:56:38] </w:t>
      </w:r>
      <w:r>
        <w:t>hai extremist case bata doon aap ko extremist case ke sare log yahudi nafrat karte hain kyun woh falasteen mein ja kar ke unhon ne wahan par occupy kar liya to nafrat karte hain mein kehta hoon nafrat aap ke liye jaiz nahin hai kyun quran mein dekhiye yeh hai ke prophet ke zamanay mein do battle hui thi aik hotay hain battle of badr aik battle of uhud</w:t>
      </w:r>
    </w:p>
    <w:p>
      <w:pPr>
        <w:jc w:val="right"/>
      </w:pPr>
      <w:r>
        <w:t>ہے ایکسٹریمسٹ کیس بتا دوں اپ کو ایکسٹریمسٹ کیس کہ سارے لوگ یہودی نفرت کرتے ہیں کیوں وہ فلسطین میں جا کر کے انہوں نے وہاں پر اکوپائی کر لیا تو نفرت کرتے ہیں میں کہتا ہوں نفرت اپ کے لیے جائز نہیں ہے کیوں قران میں دیکھیے یہ ہے کہ پرافٹ کے زمانے میں دو بیٹل ہوئی تھی ایک ہوتے ہیں بیٹل اف بدر ایک بیٹل اف احد</w:t>
      </w:r>
    </w:p>
    <w:p>
      <w:r>
        <w:rPr>
          <w:b/>
        </w:rPr>
        <w:t xml:space="preserve">[1:57:07] </w:t>
      </w:r>
      <w:r>
        <w:t>to battle of uhud mein musalmanon ke andar musalmanon ko defeat hui battle of uhud mein un ko kai log maray gaye un ke aur haar ho gayi to un ko wohi negative thought agaya un ke baray mein un ke dil mein</w:t>
      </w:r>
    </w:p>
    <w:p>
      <w:pPr>
        <w:jc w:val="right"/>
      </w:pPr>
      <w:r>
        <w:t>تو بیٹل اف احد میں مسلمانوں کے اندر مسلمانوں کو ڈیفیٹ ہوئی بیٹل اف احد میں ان کو کئی لوگ مارے گئے ان کے اور کو ہار ہو گئی تو ان کو وہی نیگیٹیو تھاٹ ا گیا ان کے بارے میں ان کے دل میں</w:t>
      </w:r>
    </w:p>
    <w:p>
      <w:r>
        <w:rPr>
          <w:b/>
        </w:rPr>
        <w:t xml:space="preserve">[1:57:28] </w:t>
      </w:r>
      <w:r>
        <w:t>to quran mein ab baqayda ayat utri is ke baray mein</w:t>
      </w:r>
    </w:p>
    <w:p>
      <w:pPr>
        <w:jc w:val="right"/>
      </w:pPr>
      <w:r>
        <w:t>تو قران میں اب باقاعدہ ایت اتری اس کے بارے میں</w:t>
      </w:r>
    </w:p>
    <w:p>
      <w:r>
        <w:rPr>
          <w:b/>
        </w:rPr>
        <w:t xml:space="preserve">[1:57:34] </w:t>
      </w:r>
      <w:r>
        <w:t>ke</w:t>
      </w:r>
    </w:p>
    <w:p>
      <w:pPr>
        <w:jc w:val="right"/>
      </w:pPr>
      <w:r>
        <w:t>کہ</w:t>
      </w:r>
    </w:p>
    <w:p>
      <w:r>
        <w:rPr>
          <w:b/>
        </w:rPr>
        <w:t xml:space="preserve">[1:57:42] </w:t>
      </w:r>
      <w:r>
        <w:t>ke agar unhon ne tum ko nuqsan pohanchaya tum bhi un ko nuqsan pohancha chuke ho</w:t>
      </w:r>
    </w:p>
    <w:p>
      <w:pPr>
        <w:jc w:val="right"/>
      </w:pPr>
      <w:r>
        <w:t>کہ اگر انہوں نے تم کو نقصان پہنچایا تم بھی ان کو نقصان پہنچا چکے ہو</w:t>
      </w:r>
    </w:p>
    <w:p>
      <w:r>
        <w:rPr>
          <w:b/>
        </w:rPr>
        <w:t xml:space="preserve">[1:57:49] </w:t>
      </w:r>
      <w:r>
        <w:t>yaani battle of badr mein tum ko tum ne un ko nuqsan pohanchaya to battle of uhud mein</w:t>
      </w:r>
    </w:p>
    <w:p>
      <w:pPr>
        <w:jc w:val="right"/>
      </w:pPr>
      <w:r>
        <w:t>یعنی بیٹل اف بدر میں تم کو تم نے ان کو نقصان پہنچایا تو بیٹل اف احد میں</w:t>
      </w:r>
    </w:p>
    <w:p>
      <w:r>
        <w:rPr>
          <w:b/>
        </w:rPr>
        <w:t xml:space="preserve">[1:57:54] </w:t>
      </w:r>
      <w:r>
        <w:t>unhon ne pohancha diya to maamla barabar ho gaya</w:t>
      </w:r>
    </w:p>
    <w:p>
      <w:pPr>
        <w:jc w:val="right"/>
      </w:pPr>
      <w:r>
        <w:t>انہوں نے پہنچا دیا تو معاملہ برابر ہو گیا</w:t>
      </w:r>
    </w:p>
    <w:p>
      <w:r>
        <w:rPr>
          <w:b/>
        </w:rPr>
        <w:t xml:space="preserve">[1:57:57] </w:t>
      </w:r>
      <w:r>
        <w:t>is liye main sochta hoon aur main apne ko thanda kar leta hoon ke falasteen mein is se</w:t>
      </w:r>
    </w:p>
    <w:p>
      <w:pPr>
        <w:jc w:val="right"/>
      </w:pPr>
      <w:r>
        <w:t>اس لیے میں سوچتا ہوں اور میں اپنے کو ٹھنڈا کر لیتا ہوں کہ فلسطین میں اس سے</w:t>
      </w:r>
    </w:p>
    <w:p>
      <w:r>
        <w:rPr>
          <w:b/>
        </w:rPr>
        <w:t xml:space="preserve">[1:58:02] </w:t>
      </w:r>
      <w:r>
        <w:t>pehlay musalman bhi to wahan gaye thay occupy kar diya tha seven century mein</w:t>
      </w:r>
    </w:p>
    <w:p>
      <w:pPr>
        <w:jc w:val="right"/>
      </w:pPr>
      <w:r>
        <w:t>پہلے مسلمان بھی تو وہاں گئے تھے اکوپائی کر دیا تھا سیون سینچری میں</w:t>
      </w:r>
    </w:p>
    <w:p>
      <w:r>
        <w:rPr>
          <w:b/>
        </w:rPr>
        <w:t xml:space="preserve">[1:58:08] </w:t>
      </w:r>
      <w:r>
        <w:t>to ab yahoodi aa gaye unhon ne occupy kar liya maamla barabar ho gaya woh tilk al ayyam al nas</w:t>
      </w:r>
    </w:p>
    <w:p>
      <w:pPr>
        <w:jc w:val="right"/>
      </w:pPr>
      <w:r>
        <w:t>تو اب یہودی ا گئے انہوں نے اکوپائی کر لیا معاملہ برابر ہو گیا وہ تلک الایام الناس</w:t>
      </w:r>
    </w:p>
    <w:p>
      <w:r>
        <w:rPr>
          <w:b/>
        </w:rPr>
        <w:t xml:space="preserve">[1:58:15] </w:t>
      </w:r>
      <w:r>
        <w:t>hate kis liye</w:t>
      </w:r>
    </w:p>
    <w:p>
      <w:pPr>
        <w:jc w:val="right"/>
      </w:pPr>
      <w:r>
        <w:t>ہیٹ کس لیے</w:t>
      </w:r>
    </w:p>
    <w:p>
      <w:r>
        <w:rPr>
          <w:b/>
        </w:rPr>
        <w:t xml:space="preserve">[1:58:19] </w:t>
      </w:r>
      <w:r>
        <w:t>same case hai ke seven century mein musalman dakhil hue falasteen mein unhon ne occupy kar liya wahan woh kai so saal tak un ko un ki rule raha wahan par ab yahudiyon ki bari aayi hai woh wahan dakhil ho gaye wahan unhon ne apna rule qaim kar liya to mamla barabar ho gaya hate kis liye aap un se peaceful tarike se aap struggle kijiye regain karne ke liye woh woh jaiz hai</w:t>
      </w:r>
    </w:p>
    <w:p>
      <w:pPr>
        <w:jc w:val="right"/>
      </w:pPr>
      <w:r>
        <w:t>سیم کیس ہے کہ سیون سینچری میں مسلمان داخل ہوئے فلسطین میں انہوں نے اکوپائی کر لیا وہاں وہ کئی سو سال تک ان کو ان کی رول رہا وہاں پر اب یہودیوں کی باری ائی ہے وہ وہاں داخل ہو گئے وہاں انہوں نے اپنا رول قائم کر لیا تو معاملہ برابر ہو گیا ہیٹ کس لیے اپ ان سے پیس فل طریقے سے اپ سٹرگل کیجئے ریگین کرنے کے لیے وہ وہ جائز ہے</w:t>
      </w:r>
    </w:p>
    <w:p>
      <w:r>
        <w:rPr>
          <w:b/>
        </w:rPr>
        <w:t xml:space="preserve">[1:58:49] </w:t>
      </w:r>
      <w:r>
        <w:t>aap apni land ko regain karne ke liye peaceful tarike se aap struggle kar sakte hain lekin aap bomb marain aap goli marain yeh aap ke liye jaiz nahin hai kyunke phir hate badhegi to dekhiye bohat zaroori hai ke aap apni negativity ko manage karen warna aap ko yeh risk lena padega ke paradise mein aap ko entry na milay</w:t>
      </w:r>
    </w:p>
    <w:p>
      <w:pPr>
        <w:jc w:val="right"/>
      </w:pPr>
      <w:r>
        <w:t>اپ اپنی لینڈ کو ریگین کرنے کے لیے پیس فل طریقے سے اپ سٹرگل کر سکتے ہیں لیکن اپ بم ماریں اپ گولی ماریں یہ اپ کے لیے جائز نہیں ہے کیونکہ پھر ہیٹ بڑھے گی تو دیکھیے بہت ضروری ہے کہ اپ اپنی نیگیٹیوٹی کو مینج کریں ورنہ اپ کو یہ رسک لینا پڑے گا کہ پیرڈائز میں اپ کو انٹری نہ ملے</w:t>
      </w:r>
    </w:p>
    <w:p>
      <w:r>
        <w:rPr>
          <w:b/>
        </w:rPr>
        <w:t xml:space="preserve">[1:59:15] </w:t>
      </w:r>
      <w:r>
        <w:t>this question is from dr wasiq ur rehman gujjar</w:t>
      </w:r>
    </w:p>
    <w:p>
      <w:pPr>
        <w:jc w:val="right"/>
      </w:pPr>
      <w:r>
        <w:t>دس کوئسچن از فرام ڈاکٹر وسیک الرحمن گجتھر</w:t>
      </w:r>
    </w:p>
    <w:p>
      <w:r>
        <w:rPr>
          <w:b/>
        </w:rPr>
        <w:t xml:space="preserve">[1:59:20] </w:t>
      </w:r>
      <w:r>
        <w:t>please explain more on difference in community work and religious work and is there harmony in the two</w:t>
      </w:r>
    </w:p>
    <w:p>
      <w:pPr>
        <w:jc w:val="right"/>
      </w:pPr>
      <w:r>
        <w:t>پلیز ایکسپلین مور ان ڈیفرنس ان کمیونٹی ورک اینڈ ریلیجیس ورک اینڈ از دیر ہارمونی ان دا ٹو</w:t>
      </w:r>
    </w:p>
    <w:p>
      <w:r>
        <w:rPr>
          <w:b/>
        </w:rPr>
        <w:t xml:space="preserve">[1:59:30] </w:t>
      </w:r>
      <w:r>
        <w:t>is ko kehte hain arabi mein satana maa bainwan dono mein bohat ziyada doori hai</w:t>
      </w:r>
    </w:p>
    <w:p>
      <w:pPr>
        <w:jc w:val="right"/>
      </w:pPr>
      <w:r>
        <w:t>اس کو کہتے ہیں عربی میں ستانہ ماں بینواں دونوں میں بہت زیادہ دوری ہے</w:t>
      </w:r>
    </w:p>
    <w:p>
      <w:r>
        <w:rPr>
          <w:b/>
        </w:rPr>
        <w:t xml:space="preserve">[1:59:37] </w:t>
      </w:r>
      <w:r>
        <w:t>aik community aap ki hai us ke kuch problem hain kuch ko educate karna hai taake us ko job milay us ko business milana hai taake woh paisa kamaye aur ghar banaye apna us ko kuch logon ne suppose kar rakha hai ke us par koi zulm hota hai mein to nahin manta koi zulm karne wala hai in ke zulm ko door karna koi job nahin diya hai kisi ne us ko job lena</w:t>
      </w:r>
    </w:p>
    <w:p>
      <w:pPr>
        <w:jc w:val="right"/>
      </w:pPr>
      <w:r>
        <w:t>ایک کمیونٹی اپ کی ہے اس کے کچھ پرابلم ہیں کچھ کو ایجوکیٹ کرنا ہے تاکہ اس کو جاب ملے اس کو بزنس ملانا ہے تاکہ وہ پیسہ کمائے اور گھر بنائے اپنا اس کو کچھ لوگوں نے سپوز کر رکھا ہے کہ اس پر کوئی ظلم ہوتا ہے میں تو نہیں مانتا کوئی ظلم کرنے والا ہے ان کے ظلم کو دور کرنا کوئی جاب نہیں دیا ہے کسی نے اس کو جاب لینا</w:t>
      </w:r>
    </w:p>
    <w:p>
      <w:r>
        <w:rPr>
          <w:b/>
        </w:rPr>
        <w:t xml:space="preserve">[2:00:05] </w:t>
      </w:r>
      <w:r>
        <w:t>کانسٹیٹیوشن کانسٹیٹیوشن میں جو جو right right دیے گئے ہیں اس right کو واپس کرنا حاصل کرنا جس</w:t>
      </w:r>
    </w:p>
    <w:p>
      <w:pPr>
        <w:jc w:val="right"/>
      </w:pPr>
      <w:r>
        <w:t>کانسٹیٹیوشن کانسٹیٹیوشن میں جو جو رائٹ رائٹ دیے گئے ہیں اس رائٹ کو واپس کرنا حاصل کرنا جس</w:t>
      </w:r>
    </w:p>
    <w:p>
      <w:r>
        <w:rPr>
          <w:b/>
        </w:rPr>
        <w:t xml:space="preserve">[2:00:12] </w:t>
      </w:r>
      <w:r>
        <w:t>ko kehte hain muslim empowerment to community ko le kar jo kaam kiya jaye</w:t>
      </w:r>
    </w:p>
    <w:p>
      <w:pPr>
        <w:jc w:val="right"/>
      </w:pPr>
      <w:r>
        <w:t>کو کہتے ہیں مسلم ایمپاورمنٹ تو کمیونٹی کو لے کر جو کام کیا جائے</w:t>
      </w:r>
    </w:p>
    <w:p>
      <w:r>
        <w:rPr>
          <w:b/>
        </w:rPr>
        <w:t xml:space="preserve">[2:00:19] </w:t>
      </w:r>
      <w:r>
        <w:t>woh ek worldly kaam hota hai worldly kaam hota hai worldly kaam jo hai woh dawah work nahi</w:t>
      </w:r>
    </w:p>
    <w:p>
      <w:pPr>
        <w:jc w:val="right"/>
      </w:pPr>
      <w:r>
        <w:t>وہ ایک ورلڈلی کام ہوتا ہے ورلڈلی کام ہوتا ہے ورلڈلی کام جو ہے وہ دعوی ورک نہیں</w:t>
      </w:r>
    </w:p>
    <w:p>
      <w:r>
        <w:rPr>
          <w:b/>
        </w:rPr>
        <w:t xml:space="preserve">[2:00:25] </w:t>
      </w:r>
      <w:r>
        <w:t>hai dawah work naam hai inzar o taseer ka yaani hell se darana aur paradise ki khushkhabri dena</w:t>
      </w:r>
    </w:p>
    <w:p>
      <w:pPr>
        <w:jc w:val="right"/>
      </w:pPr>
      <w:r>
        <w:t>ہے دعوی ورک نام ہے انظار و تفسیر کا یعنی ہیلتھ سے ڈرانا اور پیرڈائز کی خوشخبری دینا</w:t>
      </w:r>
    </w:p>
    <w:p>
      <w:r>
        <w:rPr>
          <w:b/>
        </w:rPr>
        <w:t xml:space="preserve">[2:00:35] </w:t>
      </w:r>
      <w:r>
        <w:t>munzir mubashir kaha gaya hai peghambar ko to community work worldly work hota hai basically jitne bhi community community work hain woh sab worldly work hain yani worldly problem jo hain kisi community ko us ko aap solve karte hain us mein aap un ki help karte hain to worldly problem ka naam daawa work nahin hai daawa work naam hai other worldly problem ka</w:t>
      </w:r>
    </w:p>
    <w:p>
      <w:pPr>
        <w:jc w:val="right"/>
      </w:pPr>
      <w:r>
        <w:t>منظر مبشر کہا گیا ہے پیغمبر کو تو کمیونٹی ورک ورلڈلی ورک ہوتا ہے بیسیکلی جتنے بھی کمیونٹی کمیونٹی ورک ہیں وہ سب ورلڈلی ورک ہیں یعنی ورلڈلی پرابلم جو ہیں کسی کمیونٹی کو اس کو اپ سالو کرتے ہیں اس میں اپ ان کی ہیلپ کرتے ہیں تو ورلڈلی پرابلم کا نام دعوی ورک نہیں ہے دعوی ورک نام ہے ادر ورلڈلی پرابلم کا</w:t>
      </w:r>
    </w:p>
    <w:p>
      <w:r>
        <w:rPr>
          <w:b/>
        </w:rPr>
        <w:t xml:space="preserve">[2:01:04] </w:t>
      </w:r>
      <w:r>
        <w:t>yani khuda ka jo creation plan hai us se batana hai logon ko logon ko aise rastay pe chalana ke woh hell se bachein aur paradise mein jayen to yeh satana maa behnon ka mamla hai woh alag aik kaam hai woh aik alag kaam hai community work par kisi ko paradise nahin milegi yaad rakhiye community work se aap ki community khush hogi aap ko popularity milegi aap leader ban jayenge yeh sab to hoga</w:t>
      </w:r>
    </w:p>
    <w:p>
      <w:pPr>
        <w:jc w:val="right"/>
      </w:pPr>
      <w:r>
        <w:t>یعنی خدا کا جو کریشن پلان ہے اس سے بتانا ہے لوگوں کو لوگوں کو ایسے راستے پہ چلانا کہ وہ ہیلتھ سے بچیں اور پیرڈائز میں جائیں تو یہ ستانہ ماں بہنوں کا معاملہ ہے وہ الگ ایک کام ہے وہ ایک الگ کام ہے کمیونٹی ورک پر کسی کو پیرڈائز نہیں ملے گی یاد رکھیے کمیونٹی ورک سے اپ کی کمیونٹی خوش ہوگی اپ کو پاپولیرٹی ملے گی اپ لیڈر بن جائیں گے یہ سب تو ہوگا</w:t>
      </w:r>
    </w:p>
    <w:p>
      <w:r>
        <w:rPr>
          <w:b/>
        </w:rPr>
        <w:t xml:space="preserve">[2:01:34] </w:t>
      </w:r>
      <w:r>
        <w:t>lekin community work se kisi ko paradise mil jaye yeh bilkul namumkin baat hai yeh kabhi nahin ho sakta aisa</w:t>
      </w:r>
    </w:p>
    <w:p>
      <w:pPr>
        <w:jc w:val="right"/>
      </w:pPr>
      <w:r>
        <w:t>لیکن کمیونٹی ورک سے کسی کو پیرڈائز مل جائے یہ بالکل ناممکن بات ہے یہ کبھی نہیں ہو سکتا ایسا</w:t>
      </w:r>
    </w:p>
    <w:p>
      <w:r>
        <w:rPr>
          <w:b/>
        </w:rPr>
        <w:t xml:space="preserve">[2:01:46] </w:t>
      </w:r>
      <w:r>
        <w:t>das question is from navdeep how can we know the relative value of things</w:t>
      </w:r>
    </w:p>
    <w:p>
      <w:pPr>
        <w:jc w:val="right"/>
      </w:pPr>
      <w:r>
        <w:t>دس کوئسچن از فرام نویدیپ ہاؤ کین وی نو دی ریلیٹو ویلیو اف تھنگز</w:t>
      </w:r>
    </w:p>
    <w:p>
      <w:r>
        <w:rPr>
          <w:b/>
        </w:rPr>
        <w:t xml:space="preserve">[2:01:58] </w:t>
      </w:r>
      <w:r>
        <w:t>haan yeh aik bara difficult question hai</w:t>
      </w:r>
    </w:p>
    <w:p>
      <w:pPr>
        <w:jc w:val="right"/>
      </w:pPr>
      <w:r>
        <w:t>ہاں یہ ایک بڑا ڈیفیکلٹ کوئسچن ہے</w:t>
      </w:r>
    </w:p>
    <w:p>
      <w:r>
        <w:rPr>
          <w:b/>
        </w:rPr>
        <w:t xml:space="preserve">[2:02:09] </w:t>
      </w:r>
      <w:r>
        <w:t>ab dekhiye jaise ke abhi aap jante hain ke lebanon mein larai chal rahi hai to lebanon walon ko shikayat thi israel se to kya kiya unhone ke kahin pa gaye unke do soldier ko woh pakad ke utha le gaye band kar liya apne haan pata nahi woh zinda hain ke murda hain lekin bahar pakad le gaye woh</w:t>
      </w:r>
    </w:p>
    <w:p>
      <w:pPr>
        <w:jc w:val="right"/>
      </w:pPr>
      <w:r>
        <w:t>اب دیکھیے جیسے کہ ابھی اپ جانتے ہیں کہ لبنان میں لڑائی چل رہی ہے تو لبنان والوں کو شکایت تھی اسرائیل سے تو کیا کیا انہوں نے کہ کہیں پا گئے ان کے دو سولجر کو وہ پکڑ کے اٹھا لے گئے بند کر لیا اپنے ہاں پتہ نہیں وہ زندہ ہیں کہ مردہ ہیں لیکن باہر پکڑ لے گئے وہ</w:t>
      </w:r>
    </w:p>
    <w:p>
      <w:r>
        <w:rPr>
          <w:b/>
        </w:rPr>
        <w:t xml:space="preserve">[2:02:38] </w:t>
      </w:r>
      <w:r>
        <w:t>israel ne kaha ke wapas karo hum warning diya unhone wapas karo nahi to hum attack karenge to unhone wapas nahi kiya ab woh attack karke unhone destroy kar rahe hain isko to yahan relative value iski yeh hai ke do aadmi pakda aap ne to usne aap ke hazar aadmi ko maar dala to aap ko janna chahiye aap ko janna chahiye ke iska yeh nateeja niklega</w:t>
      </w:r>
    </w:p>
    <w:p>
      <w:pPr>
        <w:jc w:val="right"/>
      </w:pPr>
      <w:r>
        <w:t>اسرائیل نے کہا کہ واپس کرو ہم وارننگ دیا انہوں نے واپس کرو نہیں تو ہم اٹیک کریں گے تو انہوں نے واپس نہیں کیا اب وہ اٹیک کر کے انہوں نے ڈسٹرائے کر رہے ہیں اس کو تو یہاں ریلیٹو ویلیو اس کی یہ ہے کہ دو ادمی پکڑا اپ نے تو اس نے اپ کے ہزار ادمی کو مار ڈالا تو اپ کو جاننا چاہیے اپ کو جاننا چاہیے کہ اس کا یہ نتیجہ نکلے گا</w:t>
      </w:r>
    </w:p>
    <w:p>
      <w:r>
        <w:rPr>
          <w:b/>
        </w:rPr>
        <w:t xml:space="preserve">[2:03:07] </w:t>
      </w:r>
      <w:r>
        <w:t>aise hi kamar right hote hain ke ek community ka farz kijiye ke woh woh loudspeaker bol raha hai apna unka kuch program chal raha hai doosri community jo hai woh kehti hai ke band karo loudspeaker apna nahi band kar rahe to aap ja kar usko tod dete hain isko yahan par kya hai aap ko janna chahiye ke jab aap loudspeaker todenge to police action mein aa jayegi police case ban jayega woh aur phir pakad ke le aayenge aap ko</w:t>
      </w:r>
    </w:p>
    <w:p>
      <w:pPr>
        <w:jc w:val="right"/>
      </w:pPr>
      <w:r>
        <w:t>ایسے ہی کمر رائٹ ہوتے ہیں کہ ایک کمیونٹی کا فرض کیجئے کہ وہ وہ لاؤڈ سپیکر بول رہا ہے اپنا ان کا کچھ پروگرام چل رہا ہے دوسری کمیونٹی جو ہے وہ کہتی ہے کہ بند کرو لاؤڈ سپیکر اپنا نہیں بند کر رہے تو اپ جا کر اس کو توڑ دیتے ہیں اس کو یہاں پر کیا ہے اپ کو جاننا چاہیے کہ جب اپ لاؤڈ سپیکر توڑیں گے تو پولیس ایکشن میں ا جائے گی پولیس کیس بن جائے گا وہ اور پھر پکڑ کے لے ائیں گے اپ کو</w:t>
      </w:r>
    </w:p>
    <w:p>
      <w:r>
        <w:rPr>
          <w:b/>
        </w:rPr>
        <w:t xml:space="preserve">[2:03:36] </w:t>
      </w:r>
      <w:r>
        <w:t>to yahan par relative value kya hai yeh janna ke aap ka action wahin nahi rahega loudspeaker to nahi rukega aap ki giraftari hogi aap pakde jayenge aap jail jayenge aap mare jayenge yeh sab kuch hoga</w:t>
      </w:r>
    </w:p>
    <w:p>
      <w:pPr>
        <w:jc w:val="right"/>
      </w:pPr>
      <w:r>
        <w:t>تو یہاں پر ریلیٹو ویلیو کیا ہے یہ جاننا کہ اپ کا ایکشن وہیں نہیں رہے گا لاؤڈ سپیکر تو نہیں رکے گا اپ کی گرفتاری ہوگی اپ پکڑے جائیں گے اپ جیل جائیں گے اپ مارے جائیں گے یہ سب کچھ ہوگا</w:t>
      </w:r>
    </w:p>
    <w:p>
      <w:r>
        <w:rPr>
          <w:b/>
        </w:rPr>
        <w:t xml:space="preserve">[2:03:53] </w:t>
      </w:r>
      <w:r>
        <w:t>yeh main samjhau iska matlab</w:t>
      </w:r>
    </w:p>
    <w:p>
      <w:pPr>
        <w:jc w:val="right"/>
      </w:pPr>
      <w:r>
        <w:t>یہ میں سمجھاؤں اس کا مطلب</w:t>
      </w:r>
    </w:p>
    <w:p>
      <w:r>
        <w:rPr>
          <w:b/>
        </w:rPr>
        <w:t xml:space="preserve">[2:03:58] </w:t>
      </w:r>
      <w:r>
        <w:t>das question is from mariya or conscious always guides us towards the r</w:t>
      </w:r>
    </w:p>
    <w:p>
      <w:pPr>
        <w:jc w:val="right"/>
      </w:pPr>
      <w:r>
        <w:t>دس کوئسچن از فرام ماریہ اور کانشیس الویز گائیڈز اس ٹورڈز دا ر</w:t>
      </w:r>
    </w:p>
    <w:p>
      <w:r>
        <w:rPr>
          <w:b/>
        </w:rPr>
        <w:t xml:space="preserve">[2:04:04] </w:t>
      </w:r>
      <w:r>
        <w:t>ight path hain aur conscious always guides us towards the right path then is it not that each one of us already has right thinking in us</w:t>
      </w:r>
    </w:p>
    <w:p>
      <w:pPr>
        <w:jc w:val="right"/>
      </w:pPr>
      <w:r>
        <w:t>ائٹ پاتھ ہیں اور کانشیس الویز گائیڈز اس ٹورڈز دی رائٹ پاتھ دین از اٹ ناٹ دیٹ ایچ ون اف اس الریڈی ہیز رائٹ تھنکنگ ان اس</w:t>
      </w:r>
    </w:p>
    <w:p>
      <w:r>
        <w:rPr>
          <w:b/>
        </w:rPr>
        <w:t xml:space="preserve">[2:04:19] </w:t>
      </w:r>
      <w:r>
        <w:t>dekhiye yeh baat sahi hai ke conscious jo hai woh aik divine reminder hai aadmi ke andar</w:t>
      </w:r>
    </w:p>
    <w:p>
      <w:pPr>
        <w:jc w:val="right"/>
      </w:pPr>
      <w:r>
        <w:t>دیکھیے یہ بات صحیح ہے کہ کانشیس جو ہے وہ ایک ڈیوائن ریمائنڈر ہے ادمی کے اندر</w:t>
      </w:r>
    </w:p>
    <w:p>
      <w:r>
        <w:rPr>
          <w:b/>
        </w:rPr>
        <w:t xml:space="preserve">[2:04:29] </w:t>
      </w:r>
      <w:r>
        <w:t>lekin wahi reminder hai woh compulsively aadmi ko nahi rok sakta kisi cheez se to hota yeh hai ke aadmi andar se remind karta hai iska lekin iska kuch interest ki wajah se woh isko follow nahi karta ho is reminding ko isko ignore karta hai woh</w:t>
      </w:r>
    </w:p>
    <w:p>
      <w:pPr>
        <w:jc w:val="right"/>
      </w:pPr>
      <w:r>
        <w:t>لیکن وہی ریمائنڈر ہے وہ کمپلسولی ادمی کو نہیں روک سکتا کسی چیز سے تو ہوتا یہ ہے کہ ادمی اندر سے ریمائنڈ کرتا ہے اس کا لیکن اس کا کچھ انٹرسٹ کی وجہ سے وہ اس کو فالو نہیں کرتا ہو اس ریمائنڈنگ کو اس کو اگنور کرتا ہے وہ</w:t>
      </w:r>
    </w:p>
    <w:p>
      <w:r>
        <w:rPr>
          <w:b/>
        </w:rPr>
        <w:t xml:space="preserve">[2:04:56] </w:t>
      </w:r>
      <w:r>
        <w:t>jaise main aik misaal doon aik scientist tha jo khuda ko nahi manta tha to uski choti bachchi aik din aa kar khadi hogi uski kursi ke paas yahan kuch bolne lagi woh to sochne laga woh uske kaan ki taraf</w:t>
      </w:r>
    </w:p>
    <w:p>
      <w:pPr>
        <w:jc w:val="right"/>
      </w:pPr>
      <w:r>
        <w:t>جیسے میں ایک مثال دوں ایک سائنٹسٹ تھا جو خدا کو نہیں مانتا تھا تو اس کی چھوٹی بچی ایک دن ا کر کھڑی ہوگی اس کی کرسی کے پاس یہاں کچھ بولنے لگی وہ تو سوچنے لگا وہ اس کے کان کی طرف</w:t>
      </w:r>
    </w:p>
    <w:p>
      <w:r>
        <w:rPr>
          <w:b/>
        </w:rPr>
        <w:t xml:space="preserve">[2:05:17] </w:t>
      </w:r>
      <w:r>
        <w:t>ke kaise kaan bana hai kaise awaz ko pakadta hai woh kaise aadmi sunta hai</w:t>
      </w:r>
    </w:p>
    <w:p>
      <w:pPr>
        <w:jc w:val="right"/>
      </w:pPr>
      <w:r>
        <w:t>کہ کیسے کان بنا ہے کیسے اواز کو پکڑتا ہے وہ کیسے ادمی سنتا ہے</w:t>
      </w:r>
    </w:p>
    <w:p>
      <w:r>
        <w:rPr>
          <w:b/>
        </w:rPr>
        <w:t xml:space="preserve">[2:05:24] </w:t>
      </w:r>
      <w:r>
        <w:t>yani bolna aur sunne ka jo yeh hai aadmi ke andar ke zuban se bolna aur kaan se sunna is par woh sochne laga to sochte sochte usko yahan tak laga ke mujhe khuda ko manna padega itna complex system yeh hai itna complex system hai ke baghair manay hue khuda yani god almighty ko god almighty ko agar na manun to yeh samajh nahi hoti ke kaise aisa anokha system duniya mein ban gaya</w:t>
      </w:r>
    </w:p>
    <w:p>
      <w:pPr>
        <w:jc w:val="right"/>
      </w:pPr>
      <w:r>
        <w:t>یعنی بولنا اور سننے کا جو یہ ہے ادمی کے اندر کہ زبان سے بولنا اور کان سے سننا اس پر وہ سوچنے لگا تو سوچتے سوچتے اس کو یہاں تک لگا کہ مجھے خدا کو ماننا پڑے گا اتنا کمپلیکس سسٹم یہ ہے اتنا کمپلیکس سسٹم ہے کہ بغیر مانے ہوئے خدا یعنی گاڈ المائٹی کو گاڈ المائٹی کو اگر نہ مانوں تو یہ سمجھ نہیں ہوتی کہ کیسے ایسا انوکھا سسٹم دنیا میں بن گیا</w:t>
      </w:r>
    </w:p>
    <w:p>
      <w:r>
        <w:rPr>
          <w:b/>
        </w:rPr>
        <w:t xml:space="preserve">[2:05:51] </w:t>
      </w:r>
      <w:r>
        <w:t>itna complex system ke main zuban se sunun ke meri bachchi zuban se bole main aap kaan se sunun yeh kaise hota hai yeh to usko explain nahi kar saka woh to yahan iska mind pahuncha ke mujhe god almighty ko manna padega isko explain karne ke liye to khud hi likhta hai woh apni life apni biography mein ke maine apni thinking stop kar di</w:t>
      </w:r>
    </w:p>
    <w:p>
      <w:pPr>
        <w:jc w:val="right"/>
      </w:pPr>
      <w:r>
        <w:t>اتنا کمپلیکس سسٹم کہ میں زبان سے سنوں کہ میری بچی زبان سے بولے میں اپ کان سے سنوں یہ کیسے ہوتا ہے یہ تو اس کو ایکسپلین نہیں کر سکا وہ تو یہاں اس کا مائنڈ پہنچا کہ مجھے گاڈ المائٹی کو ماننا پڑے گا اس کو ایکسپلین کرنے کے لیے تو خود ہی لکھتا ہے وہ اپنی لائف اپنی بائیوگرافی میں کہ میں نے اپنی تھنکنگ سٹاپ کر دی</w:t>
      </w:r>
    </w:p>
    <w:p>
      <w:r>
        <w:rPr>
          <w:b/>
        </w:rPr>
        <w:t xml:space="preserve">[2:06:18] </w:t>
      </w:r>
      <w:r>
        <w:t>woh yeh likhta hai ke yeh to main mehsoos hua ke main khuda ke qareeb pahunch raha hoon yeh hai iske conscious ne isko jagaya isko remind kiya lekin ab iske interest aa gaye samne uski popularity jo hai kho jayegi to interest ki wajah se aadmi is awaz ko daba deta hai</w:t>
      </w:r>
    </w:p>
    <w:p>
      <w:pPr>
        <w:jc w:val="right"/>
      </w:pPr>
      <w:r>
        <w:t>وہ یہ لکھتا ہے کہ یہ تو میں محسوس ہوا کہ میں خدا کے قریب پہنچ رہا ہوں یہ ہے اس کے کانشیس نے اس کو جگایا اس کو ریمائنڈ کیا لیکن اب اس کے انٹرسٹ ا گئے سامنے اس کی پاپولیرٹی جو ہے کھو جائے گی تو انٹرسٹ کی وجہ سے ادمی اس اواز کو دبا دیتا ہے</w:t>
      </w:r>
    </w:p>
    <w:p>
      <w:r>
        <w:rPr>
          <w:b/>
        </w:rPr>
        <w:t xml:space="preserve">[2:06:42] </w:t>
      </w:r>
      <w:r>
        <w:t>warna agar woh dabaye na agar woh conscious ki awaz ko na dabaye to bilashuba woh right thinker banega aur right path par chal sakega aur khuda ki blessing usko milegi</w:t>
      </w:r>
    </w:p>
    <w:p>
      <w:pPr>
        <w:jc w:val="right"/>
      </w:pPr>
      <w:r>
        <w:t>ورنہ اگر وہ دبائے نہ اگر وہ کانشیس کی اواز کو نہ دبائے تو بلاشبہ وہ رائٹ تھکر بنے گا اور رائٹ پاتھ پر چل سکے گا اور خدا کی بلیسنگ اس کو ملے گی</w:t>
      </w:r>
    </w:p>
    <w:p>
      <w:r>
        <w:rPr>
          <w:b/>
        </w:rPr>
        <w:t xml:space="preserve">[2:06:59] </w:t>
      </w:r>
      <w:r>
        <w:t>das question is from faraz how does quran explain soul</w:t>
      </w:r>
    </w:p>
    <w:p>
      <w:pPr>
        <w:jc w:val="right"/>
      </w:pPr>
      <w:r>
        <w:t>دس کوئسچن از فرام فراز ہاؤ ڈز قران ایکسپلین سول</w:t>
      </w:r>
    </w:p>
    <w:p>
      <w:r>
        <w:rPr>
          <w:b/>
        </w:rPr>
        <w:t xml:space="preserve">[2:07:09] </w:t>
      </w:r>
      <w:r>
        <w:t>dekhen soul waghera ke alfaaz jo hain</w:t>
      </w:r>
    </w:p>
    <w:p>
      <w:pPr>
        <w:jc w:val="right"/>
      </w:pPr>
      <w:r>
        <w:t>دیکھیں سول وغیرہ کے الفاظ جو ہیں</w:t>
      </w:r>
    </w:p>
    <w:p>
      <w:r>
        <w:rPr>
          <w:b/>
        </w:rPr>
        <w:t xml:space="preserve">[2:07:15] </w:t>
      </w:r>
      <w:r>
        <w:t>yeh adabi alfaaz hain har language mein arabic mein bhi yani soul kahin soul bola jayega kahin rooh boli jayegi kahin dil bola jayega lekin main samajhta hoon ke aik hi cheez hai insan ke andar body aur mind bas ya to body hai ya mind hai</w:t>
      </w:r>
    </w:p>
    <w:p>
      <w:pPr>
        <w:jc w:val="right"/>
      </w:pPr>
      <w:r>
        <w:t>یہ ادبی الفاظ ہیں ہر لینگویج میں عربک میں بھی یعنی سول کہیں سول بولا جائے گا کہیں روح بولی جائے گی کہیں دل بولا جائے گا لیکن میں سمجھتا ہوں کہ ایک ہی چیز ہے انسان کے اندر باڈی اور مائنڈ بس یا تو باڈی ہے یا مائنڈ ہے</w:t>
      </w:r>
    </w:p>
    <w:p>
      <w:r>
        <w:rPr>
          <w:b/>
        </w:rPr>
        <w:t xml:space="preserve">[2:07:34] </w:t>
      </w:r>
      <w:r>
        <w:t>to mind hi ko alag dhang se bol dete hain ke mere sine mein dard ho raha hai woh dard hota hai mind mein mere dil mein aisa aa raha hai to woh hota hai mind mein mere soul mein aisa ho raha hai woh hota hai mind mein main samajhta hoon ke chahe mind bolen chahe sina bolen chahe dil bolen ya aur koi lafz bolen woh sab ka matlab aik hota hai woh hai mind</w:t>
      </w:r>
    </w:p>
    <w:p>
      <w:pPr>
        <w:jc w:val="right"/>
      </w:pPr>
      <w:r>
        <w:t>تو مائنڈ ہی کو الگ ڈھنگ سے بول دیتے ہیں کہ میرے سینے میں درد ہو رہا ہے وہ درد ہوتا ہے مائنڈ میں میرے دل میں ایسا ا رہا ہے تو وہ ہوتا ہے مائنڈ میں میرے سول میں ایسا ہو رہا ہے وہ ہوتا ہے مائنڈ میں میں سمجھتا ہوں کہ چاہے مائنڈ بولیں چاہے سینہ بولیں چاہے دل بولیں یا اور کوئی لفظ بولیں وہ سب کا مطلب ایک ہوتا ہے وہ ہے مائنڈ</w:t>
      </w:r>
    </w:p>
    <w:p>
      <w:r>
        <w:rPr>
          <w:b/>
        </w:rPr>
        <w:t xml:space="preserve">[2:08:03] </w:t>
      </w:r>
      <w:r>
        <w:t>to kisi bhi zaban mein jo</w:t>
      </w:r>
    </w:p>
    <w:p>
      <w:pPr>
        <w:jc w:val="right"/>
      </w:pPr>
      <w:r>
        <w:t>تو کسی بھی زبان میں جو</w:t>
      </w:r>
    </w:p>
    <w:p>
      <w:r>
        <w:rPr>
          <w:b/>
        </w:rPr>
        <w:t xml:space="preserve">[2:08:07] </w:t>
      </w:r>
      <w:r>
        <w:t>word chal jata hai kisi kisi mein to us ke peeche sankron saal ki tradition hoti hai isi</w:t>
      </w:r>
    </w:p>
    <w:p>
      <w:pPr>
        <w:jc w:val="right"/>
      </w:pPr>
      <w:r>
        <w:t>ورڈ چل جاتا ہے کسی کسی میں تو اس کے پیچھے سینکڑوں سال کی ٹریڈیشن ہوتی ہے اسی</w:t>
      </w:r>
    </w:p>
    <w:p>
      <w:r>
        <w:rPr>
          <w:b/>
        </w:rPr>
        <w:t xml:space="preserve">[2:08:14] </w:t>
      </w:r>
      <w:r>
        <w:t>tradition pe bolna padta hai aadmi ko to har language mein aisa hota hai chahe chahe arabic ho</w:t>
      </w:r>
    </w:p>
    <w:p>
      <w:pPr>
        <w:jc w:val="right"/>
      </w:pPr>
      <w:r>
        <w:t>ٹریڈیشن پہ بولنا پڑتا ہے ادمی کو تو ہر لینگویج میں ایسا ہوتا ہے چاہے چاہے عربک ہو</w:t>
      </w:r>
    </w:p>
    <w:p>
      <w:r>
        <w:rPr>
          <w:b/>
        </w:rPr>
        <w:t xml:space="preserve">[2:08:19] </w:t>
      </w:r>
      <w:r>
        <w:t>chahe urdu ho ya english ho</w:t>
      </w:r>
    </w:p>
    <w:p>
      <w:pPr>
        <w:jc w:val="right"/>
      </w:pPr>
      <w:r>
        <w:t>چاہے اردو ہو یا انگلش ہو</w:t>
      </w:r>
    </w:p>
    <w:p>
      <w:r>
        <w:rPr>
          <w:b/>
        </w:rPr>
        <w:t xml:space="preserve">[2:08:22] </w:t>
      </w:r>
      <w:r>
        <w:t>to main samajhta hoon ke soul ka alag se koi existence nahi hai jo bhi existence hai woh</w:t>
      </w:r>
    </w:p>
    <w:p>
      <w:pPr>
        <w:jc w:val="right"/>
      </w:pPr>
      <w:r>
        <w:t>تو میں سمجھتا ہوں کہ سول کا الگ سے کوئی ایگزسٹنس نہیں ہے جو بھی ایگزسٹنس ہے وہ</w:t>
      </w:r>
    </w:p>
    <w:p>
      <w:r>
        <w:rPr>
          <w:b/>
        </w:rPr>
        <w:t xml:space="preserve">[2:08:30] </w:t>
      </w:r>
      <w:r>
        <w:t>mind ka hai aur body is ka vehicle hai</w:t>
      </w:r>
    </w:p>
    <w:p>
      <w:pPr>
        <w:jc w:val="right"/>
      </w:pPr>
      <w:r>
        <w:t>مائنڈ کا ہے اور باڈی اس کا وہیکل ہے</w:t>
      </w:r>
    </w:p>
    <w:p>
      <w:r>
        <w:rPr>
          <w:b/>
        </w:rPr>
        <w:t xml:space="preserve">[2:08:34] </w:t>
      </w:r>
      <w:r>
        <w:t>aur mind jo hai woh is body ko bator vehicle ke istemal karta hai jab tak khuda ne likhi hai uski rehnumai duniya mein tab tak woh isko vehicle ke taur par istemal karta rahega aur jab woh uska time khatam hoga to woh vehicle ko chhod ke chala jayega woh jaise aap car se utar kar chale jayen car ko bator vehicle ke aap istemal kar rahe hain kar rahe hain kar rahe hain aap aik jagah pahunche aap ki destination aa gaya aap car ko chhod ke chale aate hain</w:t>
      </w:r>
    </w:p>
    <w:p>
      <w:pPr>
        <w:jc w:val="right"/>
      </w:pPr>
      <w:r>
        <w:t>اور مائنڈ جو ہے وہ اس باڈی کو بطور وہیکل کے استعمال کرتا ہے جب تک خدا نے لکھی ہے اس کی رہنمائی دنیا میں تب تک وہ اس کو وہیکل کے طور پر استعمال کرتا رہے گا اور جب وہ اس کا ٹائم ختم ہوگا تو وہ محکل کو چھوڑ کے چلا جائے گا وہ جیسے اپ کار سے اتر کر چلے جائیں کار کو بطور وہیکل کے اپ استعمال کر رہے ہیں کر رہے ہیں کر رہے ہیں اپ ایک جگہ پہنچے اپ کی ڈیسٹینیشن ا گیا اپ کار کو چھوڑ کے چلے اتے ہیں</w:t>
      </w:r>
    </w:p>
    <w:p>
      <w:r>
        <w:rPr>
          <w:b/>
        </w:rPr>
        <w:t xml:space="preserve">[2:09:03] </w:t>
      </w:r>
      <w:r>
        <w:t>woh aise mind jo hai is vehicle ko istemal kar raha hai aur jab time iska aa jayega har aadmi ka countdown ho raha hai har aadmi ka countdown ho raha hai har aadmi ka jab countdown poora hoga to aap is vehicle ko chhod ke chale aate hain bas yahi main samjhau das question is from doctor gajdhar what practice is to be adopted for bringing up orphans</w:t>
      </w:r>
    </w:p>
    <w:p>
      <w:pPr>
        <w:jc w:val="right"/>
      </w:pPr>
      <w:r>
        <w:t>وہ ایسے مائنڈ جو ہے اس وہیکل کو استعمال کر رہا ہے اور جب ٹائم اس کا ا جائے گا ہر ادمی کا کاؤنٹ ڈاؤن ہو رہا ہے ہر ادمی کا کاؤنٹ ڈاؤن ہو رہا ہے ہر ادمی کا جب کاؤنٹ ڈاؤن پورا ہوگا تو اپ اس وہیکل کو چھوڑ کے چلے اتے ہیں بس یہی میں سمجھاؤں دس کوئسچن از فرام ڈاکٹر گجتھر واٹ پریکٹس از ٹو بی اڈاپٹڈ فار برنگ اپ اورفنز</w:t>
      </w:r>
    </w:p>
    <w:p>
      <w:r>
        <w:rPr>
          <w:b/>
        </w:rPr>
        <w:t xml:space="preserve">[2:09:30] </w:t>
      </w:r>
      <w:r>
        <w:t>of in a joint family both father and mother die then how uncle and aunt must bring up this orphan and in what capacity dekhiye yeh main samajhta hoon ke legal question se zyada ethical question hai yeh legal sense mein agar aap kuch unko de dein yani unka virasat mein hissa hota hai unka to woh de dein to usi wahi unke liye kafi nahi ho</w:t>
      </w:r>
    </w:p>
    <w:p>
      <w:pPr>
        <w:jc w:val="right"/>
      </w:pPr>
      <w:r>
        <w:t>اف ان ا جوائنٹ فیملی بوتھ فادر اینڈ مدر ڈائی دین ہاؤ انکل اینڈ انٹ مسٹ برنگ اپ دس اورفن اینڈ ان واٹ کپیسٹی دیکھیں یہ میں سمجھتا ہوں کہ لیگل کوئسچن سے زیادہ ایتھیکل کوئسچن ہے یہ لیگل سینس میں اگر اپ کچھ ان کو دے دیں یعنی ان کا وراثت میں حصہ ہوتا ہے ان کا تو وہ دے دیں تو اسی وہی ان کے لیے کافی نہیں ہو</w:t>
      </w:r>
    </w:p>
    <w:p>
      <w:r>
        <w:rPr>
          <w:b/>
        </w:rPr>
        <w:t xml:space="preserve">[2:09:58] </w:t>
      </w:r>
      <w:r>
        <w:t>ga kuch logon ke liye kafi ho sakta hai un ka bohat bara party property ho bohat bara bank balance ho to un ke liye kafi ho sakta hai lekin ziyada logon ke liye yeh hai issue ethics ka yani akhlaqi tor par ghar walon ko chahiye ke woh is ka sahara bane</w:t>
      </w:r>
    </w:p>
    <w:p>
      <w:pPr>
        <w:jc w:val="right"/>
      </w:pPr>
      <w:r>
        <w:t>گا کچھ لوگوں کے لیے کافی ہو سکتا ہے ان کا بہت بڑا پارٹی پراپرٹی ہو بہت بڑا بینک بیلنس ہو تو ان کے لیے کافی ہو سکتا ہے لیکن زیادہ لوگوں کے لیے یہ ہے ایشو ایتھکس کا یعنی اخلاقی طور پر گھر والوں کو چاہیے کہ وہ اس کا سہارا بنے</w:t>
      </w:r>
    </w:p>
    <w:p>
      <w:r>
        <w:rPr>
          <w:b/>
        </w:rPr>
        <w:t xml:space="preserve">[2:10:20] </w:t>
      </w:r>
      <w:r>
        <w:t>agar is ke baap ne is ki property chhodi hai to is ka hissa dein is ko bant kar ke aur nahi to is ki akhlaqi zimmedariyan lein is ki moral responsibility lein mein samajhta hoon ke aur koi hal is ka nahi hai ke logon ko logon ki taraf moral yani sense jagaya jaye logon ko un ki ethical responsibility yaad dilai jaye yahi is masle ka hal mein samajhta hoon</w:t>
      </w:r>
    </w:p>
    <w:p>
      <w:pPr>
        <w:jc w:val="right"/>
      </w:pPr>
      <w:r>
        <w:t>اگر اس کے باپ نے اس کی پراپرٹی چھوڑی ہے تو اس کا حصہ دیں اس کو بانٹ کر کے اور نہیں تو اس کی اخلاقی ذمہ داریاں لیں اس کی مورل ریسپانسبیلٹی لیں میں سمجھتا ہوں کہ اور کوئی حل اس کا نہیں ہے کہ لوگوں کو لوگوں کی طرف مورل یعنی سینس جگایا جائے لوگوں کو ان کی ایتھیکل ریسپانسبیلٹی یاد دلائی جائے یہی اس مسئلے کا حل میں سمجھتا ہوں</w:t>
      </w:r>
    </w:p>
    <w:p>
      <w:r>
        <w:rPr>
          <w:b/>
        </w:rPr>
        <w:t xml:space="preserve">[2:10:50] </w:t>
      </w:r>
      <w:r>
        <w:t>dosra masla jo hai woh jo social level pe hota hai to aap jante hain ke zamane mein orphanages bani hui hain wahan dakhil kar dete hain log to aam taur par orphanages to achhe nahi hote agar orphanages achhe banaye jayein bohat hi achhe qism ke to wahan par un ko rakhna ya un ko wahan admit karna bohat achha hal hai is ka best hal hai</w:t>
      </w:r>
    </w:p>
    <w:p>
      <w:pPr>
        <w:jc w:val="right"/>
      </w:pPr>
      <w:r>
        <w:t>دوسرا مسئلہ جو ہے وہ جو سوشل لیول پہ ہوتا ہے تو اپ جانتے ہیں کہ زمانے میں اورفنج بنی ہوئی ہیں وہاں داخل کر دیتے ہیں لوگ تو عام طور پر اورفنج تو اچھے نہیں ہوتے اگر اورفنج اچھے بنائے جائیں بہت ہی اچھے قسم کے تو وہاں پر ان کو رکھنا یا ان کو وہاں ایڈمٹ کرنا بہت اچھا حل ہے اس کا بیسٹ حل ہے</w:t>
      </w:r>
    </w:p>
    <w:p>
      <w:r>
        <w:rPr>
          <w:b/>
        </w:rPr>
        <w:t xml:space="preserve">[2:11:13] </w:t>
      </w:r>
      <w:r>
        <w:t>mein samajhta hoon ke society ki ek zimmedari hai ke wahan par aise institutions hon jahan aap orphanages ko ya disable person ko aap rakh kar ke mutmaeen ho jayein ke bhai yahan par in ka theek dekh rekh hogi agar aisa hai to bohat achha hai woh nahi to phir family ki zimmedari hai ke woh is ki dekh bhal kare</w:t>
      </w:r>
    </w:p>
    <w:p>
      <w:pPr>
        <w:jc w:val="right"/>
      </w:pPr>
      <w:r>
        <w:t>میں سمجھتا ہوں کہ سوسائٹی کی ایک ذمہ داری ہے کہ وہاں پر ایسے انسٹیٹیوشنز ہوں جہاں اپ اورفنڈز کو یا ڈس ایبل پرسن کو اپ رکھ کر کے مطمئن ہو جائیں کہ بھئی یہاں پر ان کا ٹھیک دیکھ ریکھ ہوگی اگر ایسا ہے تو بہت اچھا ہے وہ نہیں تو پھر فیملی کی ذمہ داری ہے کہ وہ اس کی دیکھ بھال کرے</w:t>
      </w:r>
    </w:p>
    <w:p>
      <w:r>
        <w:rPr>
          <w:b/>
        </w:rPr>
        <w:t xml:space="preserve">[2:11:35] </w:t>
      </w:r>
      <w:r>
        <w:t>مولانا according to Quran Jesus Christ was not crucified and only a likeness of his was shown and</w:t>
      </w:r>
    </w:p>
    <w:p>
      <w:pPr>
        <w:jc w:val="right"/>
      </w:pPr>
      <w:r>
        <w:t>مولانا اکارڈنگ ٹو قران جیسس کرائسٹ واز ناٹ کروسیفائیڈ اینڈ اونلی ا لائکنس اف ہز واز شون اینڈ</w:t>
      </w:r>
    </w:p>
    <w:p>
      <w:r>
        <w:rPr>
          <w:b/>
        </w:rPr>
        <w:t xml:space="preserve">[2:11:43] </w:t>
      </w:r>
      <w:r>
        <w:t>it is said in quran that he was raised up by god can you please elaborate what exactly</w:t>
      </w:r>
    </w:p>
    <w:p>
      <w:pPr>
        <w:jc w:val="right"/>
      </w:pPr>
      <w:r>
        <w:t>اٹ از سیڈ ان قران دیٹ ہی واز ریزڈ اپ بائے گاڈ کین یو پلیز ایلیبریٹ واٹ ایگزیکٹلی</w:t>
      </w:r>
    </w:p>
    <w:p>
      <w:r>
        <w:rPr>
          <w:b/>
        </w:rPr>
        <w:t xml:space="preserve">[2:11:50] </w:t>
      </w:r>
      <w:r>
        <w:t>ah does it mean</w:t>
      </w:r>
    </w:p>
    <w:p>
      <w:pPr>
        <w:jc w:val="right"/>
      </w:pPr>
      <w:r>
        <w:t>اہ ڈز اٹ مین</w:t>
      </w:r>
    </w:p>
    <w:p>
      <w:r>
        <w:rPr>
          <w:b/>
        </w:rPr>
        <w:t xml:space="preserve">[2:11:53] </w:t>
      </w:r>
      <w:r>
        <w:t>dekhiye is maamle mein koi historical record to maujood nahi hai</w:t>
      </w:r>
    </w:p>
    <w:p>
      <w:pPr>
        <w:jc w:val="right"/>
      </w:pPr>
      <w:r>
        <w:t>دیکھیے اس معاملے میں کوئی ہسٹوریکل ریکارڈ تو موجود نہیں ہے</w:t>
      </w:r>
    </w:p>
    <w:p>
      <w:r>
        <w:rPr>
          <w:b/>
        </w:rPr>
        <w:t xml:space="preserve">[2:12:00] </w:t>
      </w:r>
      <w:r>
        <w:t>is liye koi bhi shakhs yeh nahi keh sakta ke historically kya hua</w:t>
      </w:r>
    </w:p>
    <w:p>
      <w:pPr>
        <w:jc w:val="right"/>
      </w:pPr>
      <w:r>
        <w:t>اس لیے کوئی بھی شخص یہ نہیں کہہ سکتا کہ ہسٹوریکلی کیا ہوا</w:t>
      </w:r>
    </w:p>
    <w:p>
      <w:r>
        <w:rPr>
          <w:b/>
        </w:rPr>
        <w:t xml:space="preserve">[2:12:06] </w:t>
      </w:r>
      <w:r>
        <w:t>lekin kuch cheezon ko le kar ke hamare jo competitive commentators hain unhone likha hai ke wahan hua aisa ke din bhar to case chalta raha wahan woh Roman governor tha us ke haan case tha is ka to wahan us zamane ke jo Jewish people the unhone is ke samne case pesh kiya tha ke yeh inhe punishment diya jaye to wahan bara hungama tha bara shor ghul tha</w:t>
      </w:r>
    </w:p>
    <w:p>
      <w:pPr>
        <w:jc w:val="right"/>
      </w:pPr>
      <w:r>
        <w:t>لیکن کچھ چیزوں کو لے کر کے ہمارے جو کمپیٹیٹ کمنٹیٹرز ہیں انہوں نے لکھا ہے کہ وہاں ہوا ایسا کہ دن بھر تو کیس چلتا رہا وہاں وہ روم رومن گورنر تھا اس کے ہاں کیس تھا اس کا تو وہاں اس زمانے کے جو جوئش پیپل تھے انہوں نے اس کے سامنے کیس پیش کیا تھا کہ یہ انہیں پنشمنٹ دیا جائے تو وہاں بڑا ہنگامہ تھا بڑا شور غل تھا</w:t>
      </w:r>
    </w:p>
    <w:p>
      <w:r>
        <w:rPr>
          <w:b/>
        </w:rPr>
        <w:t xml:space="preserve">[2:12:35] </w:t>
      </w:r>
      <w:r>
        <w:t>yahan tak ke sham ho gayi to jab sham ho gayi jab andhera ho gaya us waqt Roman governor ne order diya ke in ko crucify kar diya jaye yeh bohat lamba process tha yeh to unhone likha hai ke us waqt jo hai jo police thi Roman police us ne chaha ke pakar pakar pakar kar ke in ko crucify kare le jaye</w:t>
      </w:r>
    </w:p>
    <w:p>
      <w:pPr>
        <w:jc w:val="right"/>
      </w:pPr>
      <w:r>
        <w:t>یہاں تک کہ شام ہو گئی تو جب شام ہو گئی جب اندھیرا ہو گیا اس وقت رومن گورنر نے ارڈر دیا کہ ان کو کروسیفائی کر دیا جائے یہ بہت لمبا پراسیس تھا یہ تو انہوں نے لکھا ہے کہ اس وقت جو ہے جو پولیس تھی رومن پولیس اس نے چاہا کہ پکڑ پکڑ پکڑ کر کے ان کو کروسیفائی کرے لے جائے</w:t>
      </w:r>
    </w:p>
    <w:p>
      <w:r>
        <w:rPr>
          <w:b/>
        </w:rPr>
        <w:t xml:space="preserve">[2:12:57] </w:t>
      </w:r>
      <w:r>
        <w:t>to is pakarne mein us ne ek aur aadmi ko pakad liya aur woh disappear ho gaye Jesus Christ jo hai woh disappear ho gaye to unhone likha hai ke chunke Jesus Christ jo hai woh sirf teen saal unhone daawa work kiya tha sirf teen saal bas to wahan Jerusalem mein log bohat un ko pehchante nahi the jo to police jo thi Roman police jo thi woh pehchan nahi payi un ko to kisi aur ko pakad liya</w:t>
      </w:r>
    </w:p>
    <w:p>
      <w:pPr>
        <w:jc w:val="right"/>
      </w:pPr>
      <w:r>
        <w:t>تو اس پکڑنے میں اس نے ایک اور ادمی کو پکڑ لیا اور وہ ڈس اپیئر ہو گئے جیسس کرائسٹ جو ہے وہ ڈس اپیئر ہو گئے تو انہوں نے لکھا ہے کہ چونکہ جیسس کرائسٹ جو ہے وہ صرف تین سال انہوں نے دعوی ورک کیا تھا صرف تین سال بس تو وہاں جروشلم میں لوگ بہت ان کو پہچانتے نہیں تھے جو تو پولیس جو تھی رومن پولیس جو تھی وہ پہچان نہیں پائی ان کو تو کسی اور کو پکڑ لیا</w:t>
      </w:r>
    </w:p>
    <w:p>
      <w:r>
        <w:rPr>
          <w:b/>
        </w:rPr>
        <w:t xml:space="preserve">[2:13:24] </w:t>
      </w:r>
      <w:r>
        <w:t>to isi liye aata hai use bible mein ke woh aadmi pakda gaya tha jab sauli pe charhaya</w:t>
      </w:r>
    </w:p>
    <w:p>
      <w:pPr>
        <w:jc w:val="right"/>
      </w:pPr>
      <w:r>
        <w:t>تو اسی لیے اتا ہے اسے بائبل میں کہ وہ ادمی پکڑا گیا تھا جب سولی پہ چڑھایا</w:t>
      </w:r>
    </w:p>
    <w:p>
      <w:r>
        <w:rPr>
          <w:b/>
        </w:rPr>
        <w:t xml:space="preserve">[2:13:30] </w:t>
      </w:r>
      <w:r>
        <w:t>gaya us ko to woh kehta hai ke eli eli lama shabqtni</w:t>
      </w:r>
    </w:p>
    <w:p>
      <w:pPr>
        <w:jc w:val="right"/>
      </w:pPr>
      <w:r>
        <w:t>گیا اس کو تو وہ کہتا ہے کہ ایلی ایلی لما شبقتنی</w:t>
      </w:r>
    </w:p>
    <w:p>
      <w:r>
        <w:rPr>
          <w:b/>
        </w:rPr>
        <w:t xml:space="preserve">[2:13:35] </w:t>
      </w:r>
      <w:r>
        <w:t>yeh samajhte hain yeh log ke ke jesus christ ke word hain lekin mein samajhta hoon ke ji</w:t>
      </w:r>
    </w:p>
    <w:p>
      <w:pPr>
        <w:jc w:val="right"/>
      </w:pPr>
      <w:r>
        <w:t>یہ سمجھتے ہیں یہ لوگ کہ کہ جیسس کرائسٹ کے ورڈ ہیں لیکن میں سمجھتا ہوں کہ جی</w:t>
      </w:r>
    </w:p>
    <w:p>
      <w:r>
        <w:rPr>
          <w:b/>
        </w:rPr>
        <w:t xml:space="preserve">[2:13:40] </w:t>
      </w:r>
      <w:r>
        <w:t>in ke word nahi hain is aadmi ke word hain jo jo pakda gaya tha eli eli lama</w:t>
      </w:r>
    </w:p>
    <w:p>
      <w:pPr>
        <w:jc w:val="right"/>
      </w:pPr>
      <w:r>
        <w:t>ان کے ورڈ نہیں ہیں اس ادمی کے ورڈ ہیں جو جو پکڑا گیا تھا ایلی ایلی لما</w:t>
      </w:r>
    </w:p>
    <w:p>
      <w:r>
        <w:rPr>
          <w:b/>
        </w:rPr>
        <w:t xml:space="preserve">[2:13:44] </w:t>
      </w:r>
      <w:r>
        <w:t>shabqtni matlab yeh hai ke aye mere khuda aye mere khuda to ne mujhe kyun chhod diya</w:t>
      </w:r>
    </w:p>
    <w:p>
      <w:pPr>
        <w:jc w:val="right"/>
      </w:pPr>
      <w:r>
        <w:t>شبقتنی مطلب یہ ہے کہ اے میرے خدا اے میرے خدا تو نے مجھے کیوں چھوڑ دیا</w:t>
      </w:r>
    </w:p>
    <w:p>
      <w:r>
        <w:rPr>
          <w:b/>
        </w:rPr>
        <w:t xml:space="preserve">[2:13:50] </w:t>
      </w:r>
      <w:r>
        <w:t>yeh jesus christ ke word nahi hain yeh usi aadmi ke word hain</w:t>
      </w:r>
    </w:p>
    <w:p>
      <w:pPr>
        <w:jc w:val="right"/>
      </w:pPr>
      <w:r>
        <w:t>یہ جیسس کرائسٹ کے ورڈ نہیں ہیں یہ اسی ادمی کے ورڈ ہیں</w:t>
      </w:r>
    </w:p>
    <w:p>
      <w:r>
        <w:rPr>
          <w:b/>
        </w:rPr>
        <w:t xml:space="preserve">[2:13:54] </w:t>
      </w:r>
      <w:r>
        <w:t>eli eli lama shabqtani to Allah taala ne un ko maut de di hum yeh mante hain ke bajaye is ke ke woh cross par chadhaya jaye wahan par un ko maut ho wahan par un ki maut nahi hui Allah taala ne un ko alag kar liya aur alag se un ki natural death hui mein yahi manta hoon so Maulana what does Quran means when it says that he was raised up</w:t>
      </w:r>
    </w:p>
    <w:p>
      <w:pPr>
        <w:jc w:val="right"/>
      </w:pPr>
      <w:r>
        <w:t>ایلی ایلی لما شبقتنی تو اللہ تعالی نے ان کو موت دے دی ہم یہ مانتے ہیں کہ بجائے اس کے کہ وہ کراس پر چڑھایا جائے وہاں پر ان کو موت ہو وہاں پر ان کی موت نہیں ہوئی اللہ تعالی نے ان کو الگ کر لیا اور الگ سے ان کی نیچرل ڈیتھ ہوئی میں یہی مانتا ہوں سو مولانا واٹ ڈز قران مینز وین اٹ سیز دیٹ ہی واز ریزڈ اپ</w:t>
      </w:r>
    </w:p>
    <w:p>
      <w:r>
        <w:rPr>
          <w:b/>
        </w:rPr>
        <w:t xml:space="preserve">[2:14:24] </w:t>
      </w:r>
      <w:r>
        <w:t>yeh mein samajhta hoon ke ek respect ka ka word hai hua yahi ke un ko maut hui lekin ek respectful andaaz mein kehne ke liye ke un ko utha liya gaya bas rifaullah rifaullah sab ko uthaya hi jata hai hum aap ki jab maut hoti hai hum ko bhi uthaya jata hai duniya se le aata hai kahin aur hum ko le aate hain to Hazrat Masih ke liye yeh word jo bola gaya to halanke doosra tawaffi ka word bhi hai</w:t>
      </w:r>
    </w:p>
    <w:p>
      <w:pPr>
        <w:jc w:val="right"/>
      </w:pPr>
      <w:r>
        <w:t>یہ میں سمجھتا ہوں کہ ایک ریسپیکٹ کا کا शब्द ہے ہوا یہی کہ ان کو موت ہوئی لیکن ایک ریسپیکٹ فل انداز میں کہنے کے لیے کہ ان کو اٹھا لیا گیا بس رفاع اللہ رفاع اللہ سب کو اٹھایا ہی جاتا ہے ہم اپ کی جب موت ہوتی ہے ہم کو بھی اٹھایا جاتا ہے دنیا سے لے اتا ہے کہیں اور ہم کو لے اتے ہیں تو حضرت مسیح کے لیے یہ ورڈ جو بولا گیا تو حالانکہ دوسرا توفیق کا ورڈ بھی ہے</w:t>
      </w:r>
    </w:p>
    <w:p>
      <w:r>
        <w:rPr>
          <w:b/>
        </w:rPr>
        <w:t xml:space="preserve">[2:14:54] </w:t>
      </w:r>
      <w:r>
        <w:t>hata tofattni kahiye sahib ji tofattni jab to ne mujhe maut di jab to ne mujhe wafat di</w:t>
      </w:r>
    </w:p>
    <w:p>
      <w:pPr>
        <w:jc w:val="right"/>
      </w:pPr>
      <w:r>
        <w:t>حتی توفیتنی کہیے صاحب جی توفیتنی جب تو نے مجھے موت دی جب تو نے مجھے وفات دی</w:t>
      </w:r>
    </w:p>
    <w:p>
      <w:r>
        <w:rPr>
          <w:b/>
        </w:rPr>
        <w:t xml:space="preserve">[2:15:01] </w:t>
      </w:r>
      <w:r>
        <w:t>yeh bhi word hai to mein samajhta hoon ke wahan par jo word aaya hai yeh sirf ek</w:t>
      </w:r>
    </w:p>
    <w:p>
      <w:pPr>
        <w:jc w:val="right"/>
      </w:pPr>
      <w:r>
        <w:t>یہ بھی ورڈ ہے تو میں سمجھتا ہوں کہ وہاں پر جو ورڈ ایا ہے یہ صرف ایک</w:t>
      </w:r>
    </w:p>
    <w:p>
      <w:r>
        <w:rPr>
          <w:b/>
        </w:rPr>
        <w:t xml:space="preserve">[2:15:07] </w:t>
      </w:r>
      <w:r>
        <w:t>ek respect ke liye aaya hai ek ehteraam ke liye bas baqi is se murad wahi hai jo</w:t>
      </w:r>
    </w:p>
    <w:p>
      <w:pPr>
        <w:jc w:val="right"/>
      </w:pPr>
      <w:r>
        <w:t>ایک ریسپیکٹ کے لیے ایا ہے ایک احترام کے لیے بس باقی اس سے مراد وہی ہے جو</w:t>
      </w:r>
    </w:p>
    <w:p>
      <w:r>
        <w:rPr>
          <w:b/>
        </w:rPr>
        <w:t xml:space="preserve">[2:15:12] </w:t>
      </w:r>
      <w:r>
        <w:t>jo doosri jagah jo hai ke tofattni jab to ne mujhe wafat di is there any reference where</w:t>
      </w:r>
    </w:p>
    <w:p>
      <w:pPr>
        <w:jc w:val="right"/>
      </w:pPr>
      <w:r>
        <w:t>جو دوسری جگہ جو ہے کہ توفیتنی جب تو نے مجھے وفات دی از دیر اینی ریفرنس ویئر</w:t>
      </w:r>
    </w:p>
    <w:p>
      <w:r>
        <w:rPr>
          <w:b/>
        </w:rPr>
        <w:t xml:space="preserve">[2:15:18] </w:t>
      </w:r>
      <w:r>
        <w:t>it is mentioned that jesus christ continued doing thou work after that</w:t>
      </w:r>
    </w:p>
    <w:p>
      <w:pPr>
        <w:jc w:val="right"/>
      </w:pPr>
      <w:r>
        <w:t>اٹ از مینشن دیٹ جیسس کرائسٹ کنٹینیوڈ ڈوئنگ داؤ ورک افٹر دیٹ</w:t>
      </w:r>
    </w:p>
    <w:p>
      <w:r>
        <w:rPr>
          <w:b/>
        </w:rPr>
        <w:t xml:space="preserve">[2:15:25] </w:t>
      </w:r>
      <w:r>
        <w:t>achha log mante hain bohat se aqeeday is tarah ke hain logon mein khud Isaiyon mein bhi hain aur doosron mein bhi hain lekin mein to yeh manta hoon ke un ki wafat ho chuki hai woh is duniya se chale gaye jis tarah doosre paighambar chale gaye mein to yahi manta hoon.</w:t>
      </w:r>
    </w:p>
    <w:p>
      <w:pPr>
        <w:jc w:val="right"/>
      </w:pPr>
      <w:r>
        <w:t>اچھا لوگ مانتے ہیں بہت سے عقیدے اس طرح کے ہیں لوگوں میں خود عیسائیوں میں بھی ہیں اور دوسروں میں بھی ہیں لیکن میں تو یہ مانتا ہوں کہ ان کی وفات ہو چکی ہے وہ اس دنیا سے چلے گئے جس طرح دوسرے پیغمبر چلے گئے میں تو یہی مانتا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