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Finality of the Prophet 8 July, 2008 - Maulana Wahiduddin Khan</w:t>
      </w:r>
    </w:p>
    <w:p>
      <w:r>
        <w:t>https://www.youtube.com/watch?v=bJvptDoKSfs</w:t>
      </w:r>
    </w:p>
    <w:p>
      <w:r>
        <w:rPr>
          <w:b/>
        </w:rPr>
        <w:t xml:space="preserve">[00:11] </w:t>
      </w:r>
      <w:r>
        <w:t>Bismillah hir rahman nir rahim, wa salallahu ala nabiyyil karim.</w:t>
      </w:r>
    </w:p>
    <w:p>
      <w:pPr>
        <w:jc w:val="right"/>
      </w:pPr>
      <w:r>
        <w:t>بسم اللہ الرحمن الرحیم، وصلی اللہ علی النبی الکریم۔</w:t>
      </w:r>
    </w:p>
    <w:p>
      <w:r>
        <w:rPr>
          <w:b/>
        </w:rPr>
        <w:t xml:space="preserve">[00:21] </w:t>
      </w:r>
      <w:r>
        <w:t>Rabbi ishrah li sadri, wa yassir li amri, wah lul uqdatan min lisani yafqahu qawli.</w:t>
      </w:r>
    </w:p>
    <w:p>
      <w:pPr>
        <w:jc w:val="right"/>
      </w:pPr>
      <w:r>
        <w:t>رب اشرح لی صدری، ویسر لی امری، واحل العقدۃ من لسانی یفقہ قولی۔</w:t>
      </w:r>
    </w:p>
    <w:p>
      <w:r>
        <w:rPr>
          <w:b/>
        </w:rPr>
        <w:t xml:space="preserve">[00:37] </w:t>
      </w:r>
      <w:r>
        <w:t>The theme for the present talk is the finality of the prophet.</w:t>
      </w:r>
    </w:p>
    <w:p>
      <w:pPr>
        <w:jc w:val="right"/>
      </w:pPr>
      <w:r>
        <w:t>دا تھیم فار دا پریزنٹ ٹاک از دا فائنلٹی اف دا پرافٹ۔</w:t>
      </w:r>
    </w:p>
    <w:p>
      <w:r>
        <w:rPr>
          <w:b/>
        </w:rPr>
        <w:t xml:space="preserve">[00:50] </w:t>
      </w:r>
      <w:r>
        <w:t>First of all, I would like to say a few words about the definition of the prophet.</w:t>
      </w:r>
    </w:p>
    <w:p>
      <w:pPr>
        <w:jc w:val="right"/>
      </w:pPr>
      <w:r>
        <w:t>فرسٹ اف ال، ائی وڈ لائک ٹو سے ا فیو ورڈز اباؤٹ دا ڈیفینیشن اف دا پرافٹ۔</w:t>
      </w:r>
    </w:p>
    <w:p>
      <w:r>
        <w:rPr>
          <w:b/>
        </w:rPr>
        <w:t xml:space="preserve">[00:59] </w:t>
      </w:r>
      <w:r>
        <w:t>Who are prophets? Why they came in this world? Why the purpose of prophethood?</w:t>
      </w:r>
    </w:p>
    <w:p>
      <w:pPr>
        <w:jc w:val="right"/>
      </w:pPr>
      <w:r>
        <w:t>ہو ار پرافٹس؟ وائی دے کیم ان دس ورلڈ؟ وائی دا پرپس اف پرافٹ ہڈ؟</w:t>
      </w:r>
    </w:p>
    <w:p>
      <w:r>
        <w:rPr>
          <w:b/>
        </w:rPr>
        <w:t xml:space="preserve">[01:12] </w:t>
      </w:r>
      <w:r>
        <w:t>y</w:t>
      </w:r>
    </w:p>
    <w:p>
      <w:pPr>
        <w:jc w:val="right"/>
      </w:pPr>
      <w:r>
        <w:t>ی</w:t>
      </w:r>
    </w:p>
    <w:p>
      <w:r>
        <w:rPr>
          <w:b/>
        </w:rPr>
        <w:t xml:space="preserve">[01:13] </w:t>
      </w:r>
      <w:r>
        <w:t>We know, Adam was the first man,</w:t>
      </w:r>
    </w:p>
    <w:p>
      <w:pPr>
        <w:jc w:val="right"/>
      </w:pPr>
      <w:r>
        <w:t>و نو، ادم واز دا فرسٹ مین،</w:t>
      </w:r>
    </w:p>
    <w:p>
      <w:r>
        <w:rPr>
          <w:b/>
        </w:rPr>
        <w:t xml:space="preserve">[01:19] </w:t>
      </w:r>
      <w:r>
        <w:t>and according to the Islamic scriptures, also he was the first prophet. To prophethood begins right from the first man.</w:t>
      </w:r>
    </w:p>
    <w:p>
      <w:pPr>
        <w:jc w:val="right"/>
      </w:pPr>
      <w:r>
        <w:t>اینڈ اکارڈنگ ٹو دا اسلامک سکرپچرز، السو ہی واز دا فرسٹ پرافٹ۔ تو پرافٹ ہڈ بگنز رائٹ فرام دا فرسٹ مین۔</w:t>
      </w:r>
    </w:p>
    <w:p>
      <w:r>
        <w:rPr>
          <w:b/>
        </w:rPr>
        <w:t xml:space="preserve">[01:37] </w:t>
      </w:r>
      <w:r>
        <w:t>God created man for a very special purpose.</w:t>
      </w:r>
    </w:p>
    <w:p>
      <w:pPr>
        <w:jc w:val="right"/>
      </w:pPr>
      <w:r>
        <w:t>گاڈ کریٹڈ مین فار ا ویری اسپیشل پرپس۔</w:t>
      </w:r>
    </w:p>
    <w:p>
      <w:r>
        <w:rPr>
          <w:b/>
        </w:rPr>
        <w:t xml:space="preserve">[01:48] </w:t>
      </w:r>
      <w:r>
        <w:t>If you read the Quran and Hadith, find out the answer to this question, you will discover the fact is that God created a very beautiful world of comfort and pleasure,</w:t>
      </w:r>
    </w:p>
    <w:p>
      <w:pPr>
        <w:jc w:val="right"/>
      </w:pPr>
      <w:r>
        <w:t>اف یو ریڈ دا قران اینڈ حدیث، فائنڈ اؤٹ دا انسر ٹو دس کوسچن، یو ویل ڈسکور دا فیکٹ از دیٹ گاڈ کریٹڈ ا ویری بیوٹی فل ورلڈ اف کمفرٹ اینڈ پلیژر،</w:t>
      </w:r>
    </w:p>
    <w:p>
      <w:r>
        <w:rPr>
          <w:b/>
        </w:rPr>
        <w:t xml:space="preserve">[02:13] </w:t>
      </w:r>
      <w:r>
        <w:t>that is paradise.</w:t>
      </w:r>
    </w:p>
    <w:p>
      <w:pPr>
        <w:jc w:val="right"/>
      </w:pPr>
      <w:r>
        <w:t>دیٹ از پیراڈائز۔</w:t>
      </w:r>
    </w:p>
    <w:p>
      <w:r>
        <w:rPr>
          <w:b/>
        </w:rPr>
        <w:t xml:space="preserve">[02:17] </w:t>
      </w:r>
      <w:r>
        <w:t>You know, in this world, everything is in its final model. You see grass and solar system and tree, mountain and rivers, everything is in its final model.</w:t>
      </w:r>
    </w:p>
    <w:p>
      <w:pPr>
        <w:jc w:val="right"/>
      </w:pPr>
      <w:r>
        <w:t>یو نو، ان دس ورلڈ، ایوری تھنگ از ان اٹس فائنل ماڈل۔ یو سی گراس اینڈ سولر سسٹم اینڈ ٹری، ماؤنٹن اینڈ ریورز، ایوری تھنگ از ان اٹس فائنل ماڈل۔</w:t>
      </w:r>
    </w:p>
    <w:p>
      <w:r>
        <w:rPr>
          <w:b/>
        </w:rPr>
        <w:t xml:space="preserve">[02:39] </w:t>
      </w:r>
      <w:r>
        <w:t>no artist was able to</w:t>
      </w:r>
    </w:p>
    <w:p>
      <w:pPr>
        <w:jc w:val="right"/>
      </w:pPr>
      <w:r>
        <w:t>نو ارٹسٹ واز ایبل ٹو</w:t>
      </w:r>
    </w:p>
    <w:p>
      <w:r>
        <w:rPr>
          <w:b/>
        </w:rPr>
        <w:t xml:space="preserve">[02:43] </w:t>
      </w:r>
      <w:r>
        <w:t>give a better model than this. even grass is its final model.</w:t>
      </w:r>
    </w:p>
    <w:p>
      <w:pPr>
        <w:jc w:val="right"/>
      </w:pPr>
      <w:r>
        <w:t>گیو ا بیٹر ماڈل دین دس۔ ایون گراس از اٹس فائنل ماڈل۔</w:t>
      </w:r>
    </w:p>
    <w:p>
      <w:r>
        <w:rPr>
          <w:b/>
        </w:rPr>
        <w:t xml:space="preserve">[02:54] </w:t>
      </w:r>
      <w:r>
        <w:t>so is the case of paradise and creation plan of god. creation plan of god is also in its final model.</w:t>
      </w:r>
    </w:p>
    <w:p>
      <w:pPr>
        <w:jc w:val="right"/>
      </w:pPr>
      <w:r>
        <w:t>سو از دا کیس اف پیراڈائز اینڈ کریشن پلان اف گاڈ۔ کریشن پلان اف گاڈ از السو ان اٹس فائنل ماڈل۔</w:t>
      </w:r>
    </w:p>
    <w:p>
      <w:r>
        <w:rPr>
          <w:b/>
        </w:rPr>
        <w:t xml:space="preserve">[03:08] </w:t>
      </w:r>
      <w:r>
        <w:t>no better model for the purpose of creation you can imagine. that is god created paradise, home of eternity.</w:t>
      </w:r>
    </w:p>
    <w:p>
      <w:pPr>
        <w:jc w:val="right"/>
      </w:pPr>
      <w:r>
        <w:t>نو بیٹر ماڈل فار دا پرپس اف کریشن یو کین امیجن۔ دیٹ از گاڈ کریٹڈ پیراڈائز، ہوم اف ایٹرنٹی۔</w:t>
      </w:r>
    </w:p>
    <w:p>
      <w:r>
        <w:rPr>
          <w:b/>
        </w:rPr>
        <w:t xml:space="preserve">[03:28] </w:t>
      </w:r>
      <w:r>
        <w:t>all kind of pleasure and pleasure and comfort are there</w:t>
      </w:r>
    </w:p>
    <w:p>
      <w:pPr>
        <w:jc w:val="right"/>
      </w:pPr>
      <w:r>
        <w:t>ال کائنڈ اف پلیژر اینڈ پلیژر اینڈ کمفرٹ ار دیر</w:t>
      </w:r>
    </w:p>
    <w:p>
      <w:r>
        <w:rPr>
          <w:b/>
        </w:rPr>
        <w:t xml:space="preserve">[03:37] </w:t>
      </w:r>
      <w:r>
        <w:t>. there no pain, no sorrow.</w:t>
      </w:r>
    </w:p>
    <w:p>
      <w:pPr>
        <w:jc w:val="right"/>
      </w:pPr>
      <w:r>
        <w:t>۔ دیر نو پین، نو سارو۔</w:t>
      </w:r>
    </w:p>
    <w:p>
      <w:r>
        <w:rPr>
          <w:b/>
        </w:rPr>
        <w:t xml:space="preserve">[03:45] </w:t>
      </w:r>
      <w:r>
        <w:t>so according to the human desire, a perfect world.</w:t>
      </w:r>
    </w:p>
    <w:p>
      <w:pPr>
        <w:jc w:val="right"/>
      </w:pPr>
      <w:r>
        <w:t>سو اکارڈنگ ٹو دا ہیومن ڈیزائر، ا پرفیکٹ ورلڈ۔</w:t>
      </w:r>
    </w:p>
    <w:p>
      <w:r>
        <w:rPr>
          <w:b/>
        </w:rPr>
        <w:t xml:space="preserve">[03:56] </w:t>
      </w:r>
      <w:r>
        <w:t>now, god wanted to select those people who by their character, by their behaviour, are able to be settled in this world of paradise.</w:t>
      </w:r>
    </w:p>
    <w:p>
      <w:pPr>
        <w:jc w:val="right"/>
      </w:pPr>
      <w:r>
        <w:t>ناو، گاڈ وانٹڈ ٹو سلیکٹ دوز پیپل ہو بائی دیر کریکٹر، بائی دیر بیہیویئر، ار ایبل ٹو بی سیٹل ان دس ورلڈ اف پیراڈائز۔</w:t>
      </w:r>
    </w:p>
    <w:p>
      <w:r>
        <w:rPr>
          <w:b/>
        </w:rPr>
        <w:t xml:space="preserve">[04:17] </w:t>
      </w:r>
      <w:r>
        <w:t>it was this purpose for what this world was created.</w:t>
      </w:r>
    </w:p>
    <w:p>
      <w:pPr>
        <w:jc w:val="right"/>
      </w:pPr>
      <w:r>
        <w:t>اٹ واز دس پرپس فار واٹ دس ورلڈ واز کریٹڈ۔</w:t>
      </w:r>
    </w:p>
    <w:p>
      <w:r>
        <w:rPr>
          <w:b/>
        </w:rPr>
        <w:t xml:space="preserve">[04:25] </w:t>
      </w:r>
      <w:r>
        <w:t>so all men and women are here only for the purpose of test. die in the test.</w:t>
      </w:r>
    </w:p>
    <w:p>
      <w:pPr>
        <w:jc w:val="right"/>
      </w:pPr>
      <w:r>
        <w:t>سو ال مین اینڈ وومن ار ہیر اونلی فار دا پرپس اف ٹیسٹ۔ ڈائی ان دا ٹیسٹ۔</w:t>
      </w:r>
    </w:p>
    <w:p>
      <w:r>
        <w:rPr>
          <w:b/>
        </w:rPr>
        <w:t xml:space="preserve">[04:37] </w:t>
      </w:r>
      <w:r>
        <w:t>angels are active every day and night.</w:t>
      </w:r>
    </w:p>
    <w:p>
      <w:pPr>
        <w:jc w:val="right"/>
      </w:pPr>
      <w:r>
        <w:t>اینجلز ار ایکٹیو ایوری ڈے اینڈ نائٹ۔</w:t>
      </w:r>
    </w:p>
    <w:p>
      <w:r>
        <w:rPr>
          <w:b/>
        </w:rPr>
        <w:t xml:space="preserve">[04:44] </w:t>
      </w:r>
      <w:r>
        <w:t>they are preparing our record. and according to this record, god will decide who is the competent candidate for the paradise.</w:t>
      </w:r>
    </w:p>
    <w:p>
      <w:pPr>
        <w:jc w:val="right"/>
      </w:pPr>
      <w:r>
        <w:t>دے ار پریپیرنگ اور ریکارڈ۔ اینڈ اکارڈنگ ٹو دس ریکارڈ، گاڈ ویل ڈیسائیڈ ہو از دا کمپیٹنٹ کینڈیڈیٹ فار دی پیراڈائز۔</w:t>
      </w:r>
    </w:p>
    <w:p>
      <w:r>
        <w:rPr>
          <w:b/>
        </w:rPr>
        <w:t xml:space="preserve">[05:06] </w:t>
      </w:r>
      <w:r>
        <w:t>so it was the creation plan of god. and god send all those prophets only to make people aware of this creation plan.</w:t>
      </w:r>
    </w:p>
    <w:p>
      <w:pPr>
        <w:jc w:val="right"/>
      </w:pPr>
      <w:r>
        <w:t>سو اٹ واز دا کریشن پلان اف گاڈ۔ اینڈ گاڈ سینڈ ال دوز پرافٹس اونلی ٹو میک پیپل اویئر اف دس کریشن پلان۔</w:t>
      </w:r>
    </w:p>
    <w:p>
      <w:r>
        <w:rPr>
          <w:b/>
        </w:rPr>
        <w:t xml:space="preserve">[05:24] </w:t>
      </w:r>
      <w:r>
        <w:t>so this was the purpose of prophet.</w:t>
      </w:r>
    </w:p>
    <w:p>
      <w:pPr>
        <w:jc w:val="right"/>
      </w:pPr>
      <w:r>
        <w:t>سو دس واز دا پرپس اف پرافٹ۔</w:t>
      </w:r>
    </w:p>
    <w:p>
      <w:r>
        <w:rPr>
          <w:b/>
        </w:rPr>
        <w:t xml:space="preserve">[05:31] </w:t>
      </w:r>
      <w:r>
        <w:t>you know, in the quran, there are quran mentions about 25 prophets by name.</w:t>
      </w:r>
    </w:p>
    <w:p>
      <w:pPr>
        <w:jc w:val="right"/>
      </w:pPr>
      <w:r>
        <w:t>یو نو، ان دا قران، دیر ار قران مینشنز اباؤٹ 25 پرافٹس بائی نیم۔</w:t>
      </w:r>
    </w:p>
    <w:p>
      <w:r>
        <w:rPr>
          <w:b/>
        </w:rPr>
        <w:t xml:space="preserve">[05:46] </w:t>
      </w:r>
      <w:r>
        <w:t>then hadith, there are sayings of the prophet of islam, tell us that there were 125 thousand prophets in the ancient ages before the prophet of islam.</w:t>
      </w:r>
    </w:p>
    <w:p>
      <w:pPr>
        <w:jc w:val="right"/>
      </w:pPr>
      <w:r>
        <w:t>دین حدیث، دیر ار سینگز اف دا پرافٹ اف اسلام، ٹیل اس دیٹ دیر ویر 125 تھا پرافٹس ان دا ایش اینشنٹ ایجز بیفور دا پرافٹ اف اسلام۔</w:t>
      </w:r>
    </w:p>
    <w:p>
      <w:r>
        <w:rPr>
          <w:b/>
        </w:rPr>
        <w:t xml:space="preserve">[06:07] </w:t>
      </w:r>
      <w:r>
        <w:t>then came the prophet of islam in the first quarter of seven century.</w:t>
      </w:r>
    </w:p>
    <w:p>
      <w:pPr>
        <w:jc w:val="right"/>
      </w:pPr>
      <w:r>
        <w:t>دین کیم دا پرافٹ اف اسلام ان دا فرسٹ کوارٹر اف سیون سینچری۔</w:t>
      </w:r>
    </w:p>
    <w:p>
      <w:r>
        <w:rPr>
          <w:b/>
        </w:rPr>
        <w:t xml:space="preserve">[06:13] </w:t>
      </w:r>
      <w:r>
        <w:t>he declared, "i am the last prophet. i am the final prophet."</w:t>
      </w:r>
    </w:p>
    <w:p>
      <w:pPr>
        <w:jc w:val="right"/>
      </w:pPr>
      <w:r>
        <w:t>ہی ڈیکلیئرڈ، "ائی ایم دا لاسٹ پرافٹ۔ ائی ایم دا فائنل پرافٹ۔"</w:t>
      </w:r>
    </w:p>
    <w:p>
      <w:r>
        <w:rPr>
          <w:b/>
        </w:rPr>
        <w:t xml:space="preserve">[06:28] </w:t>
      </w:r>
      <w:r>
        <w:t>very clear in the quran or also in the hadith.</w:t>
      </w:r>
    </w:p>
    <w:p>
      <w:pPr>
        <w:jc w:val="right"/>
      </w:pPr>
      <w:r>
        <w:t>ویری کلیئر ان دا قران اور السو ان دا حدیث۔</w:t>
      </w:r>
    </w:p>
    <w:p>
      <w:r>
        <w:rPr>
          <w:b/>
        </w:rPr>
        <w:t xml:space="preserve">[06:32] </w:t>
      </w:r>
      <w:r>
        <w:t>you know, quran says in chapter 33, al-ahzab, "ma kaana muhammadu abaa ahadin min rijalikum" , rasulullahi wa khataman nabiyyin.</w:t>
      </w:r>
    </w:p>
    <w:p>
      <w:pPr>
        <w:jc w:val="right"/>
      </w:pPr>
      <w:r>
        <w:t>یو نو، قران سیز ان چیپٹر 33، الاحزاب، "ما کان محمد ابا ادم رجالکم"، رسول اللہ و خاتم النبیین۔</w:t>
      </w:r>
    </w:p>
    <w:p>
      <w:r>
        <w:rPr>
          <w:b/>
        </w:rPr>
        <w:t xml:space="preserve">[06:57] </w:t>
      </w:r>
      <w:r>
        <w:t>according to this quranic verse, muhammad was the seal of the prophet. muhammad was a prophet of god, as well as he was the seal of the prophet.</w:t>
      </w:r>
    </w:p>
    <w:p>
      <w:pPr>
        <w:jc w:val="right"/>
      </w:pPr>
      <w:r>
        <w:t>اکارڈنگ ٹو دس قرانک ورس، محمد واز دا سیل اف دا پرافٹ۔ محمد واز ا پرافٹ اف گاڈ، ایز ویل ایز ہی واز دا سیل اف دا پرافٹ۔</w:t>
      </w:r>
    </w:p>
    <w:p>
      <w:r>
        <w:rPr>
          <w:b/>
        </w:rPr>
        <w:t xml:space="preserve">[07:16] </w:t>
      </w:r>
      <w:r>
        <w:t>seal means</w:t>
      </w:r>
    </w:p>
    <w:p>
      <w:pPr>
        <w:jc w:val="right"/>
      </w:pPr>
      <w:r>
        <w:t>سیل مینز</w:t>
      </w:r>
    </w:p>
    <w:p>
      <w:r>
        <w:rPr>
          <w:b/>
        </w:rPr>
        <w:t xml:space="preserve">[07:20] </w:t>
      </w:r>
      <w:r>
        <w:t>to, seal means to close something completely.</w:t>
      </w:r>
    </w:p>
    <w:p>
      <w:pPr>
        <w:jc w:val="right"/>
      </w:pPr>
      <w:r>
        <w:t>ٹو، سیل مینز ٹو کلوز سمتھنگ کمپلیٹلی۔</w:t>
      </w:r>
    </w:p>
    <w:p>
      <w:r>
        <w:rPr>
          <w:b/>
        </w:rPr>
        <w:t xml:space="preserve">[07:30] </w:t>
      </w:r>
      <w:r>
        <w:t>so prophet of islam was the last chapter of the prophet hood.</w:t>
      </w:r>
    </w:p>
    <w:p>
      <w:pPr>
        <w:jc w:val="right"/>
      </w:pPr>
      <w:r>
        <w:t>سو پرافٹ اف اسلام واز دا لاسٹ چیپٹر اف دا پرافٹ ہڈ۔</w:t>
      </w:r>
    </w:p>
    <w:p>
      <w:r>
        <w:rPr>
          <w:b/>
        </w:rPr>
        <w:t xml:space="preserve">[07:43] </w:t>
      </w:r>
      <w:r>
        <w:t>the same is mentioned in the hadith. the prophet of islam has said, "la nabiyya ba'di" , khataman nabiyyun.</w:t>
      </w:r>
    </w:p>
    <w:p>
      <w:pPr>
        <w:jc w:val="right"/>
      </w:pPr>
      <w:r>
        <w:t>دا سیم از مینشن ان دا حدیث۔ دا پرافٹ اف اسلام ہیز سیڈ، "لا نبی بعدی"، ختم النبیون۔</w:t>
      </w:r>
    </w:p>
    <w:p>
      <w:r>
        <w:rPr>
          <w:b/>
        </w:rPr>
        <w:t xml:space="preserve">[07:56] </w:t>
      </w:r>
      <w:r>
        <w:t>It means that after me, there is no prophet. I am the last prophet.</w:t>
      </w:r>
    </w:p>
    <w:p>
      <w:pPr>
        <w:jc w:val="right"/>
      </w:pPr>
      <w:r>
        <w:t>اٹ مینز دیٹ افٹر می، دیر از نو پرافٹ۔ ائی ایم دا لاسٹ پرافٹ۔</w:t>
      </w:r>
    </w:p>
    <w:p>
      <w:r>
        <w:rPr>
          <w:b/>
        </w:rPr>
        <w:t xml:space="preserve">[08:06] </w:t>
      </w:r>
      <w:r>
        <w:t>Then there is a verse in the chapter number five, "Aqbal alyawm aqbaltukum dīnakum wa atmamtum 'alaykum ni'mati wa raḍītu lakumul-islāma dīnā."</w:t>
      </w:r>
    </w:p>
    <w:p>
      <w:pPr>
        <w:jc w:val="right"/>
      </w:pPr>
      <w:r>
        <w:t>دین دیر از ا ورس ان دا چیپٹر نمبر فائیو، "اقبل الیوم اقبلتکم دینکم وعلمت نعمت ورضیتکم الاسلام دینا۔"</w:t>
      </w:r>
    </w:p>
    <w:p>
      <w:r>
        <w:rPr>
          <w:b/>
        </w:rPr>
        <w:t xml:space="preserve">[08:24] </w:t>
      </w:r>
      <w:r>
        <w:t>Today, I have completed your religion and I have completed my blessing upon you and I have accepted all Islam as your religion.</w:t>
      </w:r>
    </w:p>
    <w:p>
      <w:pPr>
        <w:jc w:val="right"/>
      </w:pPr>
      <w:r>
        <w:t>ٹوڈے، ائی ہیو کمپلیٹڈ یور ریلیجن اینڈ ائی ہیو کمپلیٹڈ مائی بلیسنگ اپ یو اینڈ ائی ہیو ایکسیپٹڈ ال ال اسلام ایز یور ریلیجن۔</w:t>
      </w:r>
    </w:p>
    <w:p>
      <w:r>
        <w:rPr>
          <w:b/>
        </w:rPr>
        <w:t xml:space="preserve">[08:48] </w:t>
      </w:r>
      <w:r>
        <w:t>It means that this is this was this was the last verse of the Quran.</w:t>
      </w:r>
    </w:p>
    <w:p>
      <w:pPr>
        <w:jc w:val="right"/>
      </w:pPr>
      <w:r>
        <w:t>اٹ مینز دیٹ دس از دس واز دس واز دا لاسٹ ورس اف دا قران۔</w:t>
      </w:r>
    </w:p>
    <w:p>
      <w:r>
        <w:rPr>
          <w:b/>
        </w:rPr>
        <w:t xml:space="preserve">[08:59] </w:t>
      </w:r>
      <w:r>
        <w:t>Umar Farooq the second Caliph says that this verse was the last verse in the Quran. So akmalakum dīnakum means today, the final verse of the Quran is revealed.</w:t>
      </w:r>
    </w:p>
    <w:p>
      <w:pPr>
        <w:jc w:val="right"/>
      </w:pPr>
      <w:r>
        <w:t>عمر فاروق دا سیکنڈ کیلیف سیز دیٹ دس ورس واز دا لاسٹ ورس ان دا قران۔ سو اکملکم دینکم مینز ٹوڈے، دا فائنل ورس اف دا قران از ریویلڈ۔</w:t>
      </w:r>
    </w:p>
    <w:p>
      <w:r>
        <w:rPr>
          <w:b/>
        </w:rPr>
        <w:t xml:space="preserve">[09:19] </w:t>
      </w:r>
      <w:r>
        <w:t>Then atmamtum 'alaykum ni'mati means</w:t>
      </w:r>
    </w:p>
    <w:p>
      <w:pPr>
        <w:jc w:val="right"/>
      </w:pPr>
      <w:r>
        <w:t>دین اتم علیکم نعمت مینز</w:t>
      </w:r>
    </w:p>
    <w:p>
      <w:r>
        <w:rPr>
          <w:b/>
        </w:rPr>
        <w:t xml:space="preserve">[09:24] </w:t>
      </w:r>
      <w:r>
        <w:t>With this prophet, I have provided a strong team of Sahaba.</w:t>
      </w:r>
    </w:p>
    <w:p>
      <w:pPr>
        <w:jc w:val="right"/>
      </w:pPr>
      <w:r>
        <w:t>ود دس پرافٹ، ائی ہیو پرووائیڈڈ ا سٹرونگ ٹیم اف صحابہ۔</w:t>
      </w:r>
    </w:p>
    <w:p>
      <w:r>
        <w:rPr>
          <w:b/>
        </w:rPr>
        <w:t xml:space="preserve">[09:36] </w:t>
      </w:r>
      <w:r>
        <w:t>You know, Sahaba were a guarantee of that this religion will be preserved in its original form. Wa raḍītu lakumul-islāma dīnā.</w:t>
      </w:r>
    </w:p>
    <w:p>
      <w:pPr>
        <w:jc w:val="right"/>
      </w:pPr>
      <w:r>
        <w:t>یو نو، صحابہ ویر ا گارنٹی اف دیٹ دس ریلیجن ویل بی پریزروڈ ان اٹس اوریجنل فارم۔ ورضیتکم الاسلام دینا۔</w:t>
      </w:r>
    </w:p>
    <w:p>
      <w:r>
        <w:rPr>
          <w:b/>
        </w:rPr>
        <w:t xml:space="preserve">[09:50] </w:t>
      </w:r>
      <w:r>
        <w:t>It means that when Islam is a preserved religion, then it is also the authentic religion.</w:t>
      </w:r>
    </w:p>
    <w:p>
      <w:pPr>
        <w:jc w:val="right"/>
      </w:pPr>
      <w:r>
        <w:t>اٹ مینز دیٹ وین اسلام از ا پریزروڈ ریلیجن، دین اٹ از السو دا اتھنٹک ریلیجن۔</w:t>
      </w:r>
    </w:p>
    <w:p>
      <w:r>
        <w:rPr>
          <w:b/>
        </w:rPr>
        <w:t xml:space="preserve">[10:04] </w:t>
      </w:r>
      <w:r>
        <w:t>So now, after this, only this religion that is Islam, is the authentic religion.</w:t>
      </w:r>
    </w:p>
    <w:p>
      <w:pPr>
        <w:jc w:val="right"/>
      </w:pPr>
      <w:r>
        <w:t>سو ناو، افٹر دس، اونلی دس ریلیجن دیٹ از الاسلام، از دا اتھنٹک ریلیجن۔</w:t>
      </w:r>
    </w:p>
    <w:p>
      <w:r>
        <w:rPr>
          <w:b/>
        </w:rPr>
        <w:t xml:space="preserve">[10:18] </w:t>
      </w:r>
      <w:r>
        <w:t>God has approved this as the only authentic religion. This was proclaimed by this verse, which you find in the chapter number five.</w:t>
      </w:r>
    </w:p>
    <w:p>
      <w:pPr>
        <w:jc w:val="right"/>
      </w:pPr>
      <w:r>
        <w:t>گاڈ ہیز اپرووڈ دس ایز دا اونلی اتھنٹک ریلیجن۔ دس واز پروکلیمڈ بائی دس ورس، وچ یو فائنڈ ان دا چیپٹر نمبر فائیو۔</w:t>
      </w:r>
    </w:p>
    <w:p>
      <w:r>
        <w:rPr>
          <w:b/>
        </w:rPr>
        <w:t xml:space="preserve">[10:36] </w:t>
      </w:r>
      <w:r>
        <w:t>So</w:t>
      </w:r>
    </w:p>
    <w:p>
      <w:pPr>
        <w:jc w:val="right"/>
      </w:pPr>
      <w:r>
        <w:t>سو</w:t>
      </w:r>
    </w:p>
    <w:p>
      <w:r>
        <w:rPr>
          <w:b/>
        </w:rPr>
        <w:t xml:space="preserve">[10:41] </w:t>
      </w:r>
      <w:r>
        <w:t>You know, there were so many prophets before Muhammad, more than 1000, more than 100 thousand, but what happened?</w:t>
      </w:r>
    </w:p>
    <w:p>
      <w:pPr>
        <w:jc w:val="right"/>
      </w:pPr>
      <w:r>
        <w:t>یو نو، دیر وار سو مینی پرافٹس بیفور محمد، مور دین 1000، مور دین 100 تھا، بٹ واٹ ہیپن؟</w:t>
      </w:r>
    </w:p>
    <w:p>
      <w:r>
        <w:rPr>
          <w:b/>
        </w:rPr>
        <w:t xml:space="preserve">[10:56] </w:t>
      </w:r>
      <w:r>
        <w:t>No prophet was able to form a team</w:t>
      </w:r>
    </w:p>
    <w:p>
      <w:pPr>
        <w:jc w:val="right"/>
      </w:pPr>
      <w:r>
        <w:t>نو پرافٹ واز ایبل ٹو فارم ا ٹیم</w:t>
      </w:r>
    </w:p>
    <w:p>
      <w:r>
        <w:rPr>
          <w:b/>
        </w:rPr>
        <w:t xml:space="preserve">[11:04] </w:t>
      </w:r>
      <w:r>
        <w:t>And it was necessary to have a team to preserve his their religion. So all though, all the prophets came with the same religion, with the same word of God.</w:t>
      </w:r>
    </w:p>
    <w:p>
      <w:pPr>
        <w:jc w:val="right"/>
      </w:pPr>
      <w:r>
        <w:t>اینڈ اٹ واز نیسیسری ٹو ہیو ا ٹیم ٹو پریزرو ہز دیر ریلیجن۔ سو ال دو، ال دا پرافٹس کیم ود دا سیم ریلیجن، ود دا سیم ورڈ اف گاڈ۔</w:t>
      </w:r>
    </w:p>
    <w:p>
      <w:r>
        <w:rPr>
          <w:b/>
        </w:rPr>
        <w:t xml:space="preserve">[11:21] </w:t>
      </w:r>
      <w:r>
        <w:t>You know, there was no difference but with this prophet and that prophet. All the religion, all the prophets came with the same religion.</w:t>
      </w:r>
    </w:p>
    <w:p>
      <w:pPr>
        <w:jc w:val="right"/>
      </w:pPr>
      <w:r>
        <w:t>یو نو، دیر واز نو ڈیفرنس بٹ ود دس پرافٹ اینڈ دیٹ پرافٹ۔ ال دا ریلیجن، ال دا پرافٹس کیم ود دا سیم ریلیجن۔</w:t>
      </w:r>
    </w:p>
    <w:p>
      <w:r>
        <w:rPr>
          <w:b/>
        </w:rPr>
        <w:t xml:space="preserve">[11:33] </w:t>
      </w:r>
      <w:r>
        <w:t>What what was difference? The difference was that previous prophets, with the previous prophets, there was no team</w:t>
      </w:r>
    </w:p>
    <w:p>
      <w:pPr>
        <w:jc w:val="right"/>
      </w:pPr>
      <w:r>
        <w:t>واٹ واٹ واز دیفرنس؟ دا ڈیفرنس واز دیٹ پریویس پرافٹس، ود دی پریویس پرافٹس، دیر واز نو ٹیم</w:t>
      </w:r>
    </w:p>
    <w:p>
      <w:r>
        <w:rPr>
          <w:b/>
        </w:rPr>
        <w:t xml:space="preserve">[11:46] </w:t>
      </w:r>
      <w:r>
        <w:t>. So when the prophet died, everything was jeopardized. There was no strong team to preserve his revelation, to preserve his tradition.</w:t>
      </w:r>
    </w:p>
    <w:p>
      <w:pPr>
        <w:jc w:val="right"/>
      </w:pPr>
      <w:r>
        <w:t>۔ سو وین دا پرافٹ ڈائیڈ، ایوری تھنگ واز جپڈائز۔ دیر واز نو سٹرونگ ٹیم ٹو پریزرو ہز ریولیشن، ٹو پریزرو ہز ٹریڈیشن۔</w:t>
      </w:r>
    </w:p>
    <w:p>
      <w:r>
        <w:rPr>
          <w:b/>
        </w:rPr>
        <w:t xml:space="preserve">[12:04] </w:t>
      </w:r>
      <w:r>
        <w:t>So so God Almighty send prophets again and again, but same story was repeated with all the prophets.</w:t>
      </w:r>
    </w:p>
    <w:p>
      <w:pPr>
        <w:jc w:val="right"/>
      </w:pPr>
      <w:r>
        <w:t>سو سو گاڈ المائٹی سینڈ پرافٹس اگین اینڈ اگین، بٹ سیم سٹوری واز ریپیٹڈ ود ال دا پرافٹس۔</w:t>
      </w:r>
    </w:p>
    <w:p>
      <w:r>
        <w:rPr>
          <w:b/>
        </w:rPr>
        <w:t xml:space="preserve">[12:17] </w:t>
      </w:r>
      <w:r>
        <w:t>Then God Almighty, with this, with his, with his help, with his nasrat,</w:t>
      </w:r>
    </w:p>
    <w:p>
      <w:pPr>
        <w:jc w:val="right"/>
      </w:pPr>
      <w:r>
        <w:t>دین گاڈ المائٹی، ود دس، ود ہز، ود ہز ہیلپ، ود ہز نصرت،</w:t>
      </w:r>
    </w:p>
    <w:p>
      <w:r>
        <w:rPr>
          <w:b/>
        </w:rPr>
        <w:t xml:space="preserve">[12:33] </w:t>
      </w:r>
      <w:r>
        <w:t>Send Muhammad (peace be upon him) in Arabia. It was very important that Muhammad (peace be upon him) was send in Arabia.</w:t>
      </w:r>
    </w:p>
    <w:p>
      <w:pPr>
        <w:jc w:val="right"/>
      </w:pPr>
      <w:r>
        <w:t>سینڈ محمد صلی اللہ علیہ وسلم ان عربیہ۔ اٹ واز ویری امپورٹنٹ دیٹ محمد صلی اللہ علیہ وسلم واز سینڈ ان عربیہ۔</w:t>
      </w:r>
    </w:p>
    <w:p>
      <w:r>
        <w:rPr>
          <w:b/>
        </w:rPr>
        <w:t xml:space="preserve">[12:45] </w:t>
      </w:r>
      <w:r>
        <w:t>At that, at that time, Arabia was a call, was called a sleeping country.</w:t>
      </w:r>
    </w:p>
    <w:p>
      <w:pPr>
        <w:jc w:val="right"/>
      </w:pPr>
      <w:r>
        <w:t>ایٹ دیٹ، ایٹ دیٹ ٹائم، عربیہ واز ا کال، واز کالڈ ا سلیپنگ کنٹری۔</w:t>
      </w:r>
    </w:p>
    <w:p>
      <w:r>
        <w:rPr>
          <w:b/>
        </w:rPr>
        <w:t xml:space="preserve">[12:54] </w:t>
      </w:r>
      <w:r>
        <w:t>There was no, there was no culture, no civilization, nothing. It was desert.</w:t>
      </w:r>
    </w:p>
    <w:p>
      <w:pPr>
        <w:jc w:val="right"/>
      </w:pPr>
      <w:r>
        <w:t>دیر واز نو، دیر واز نو کلچر، نو سولائزیشن، نتھنگ۔ اٹ واز ڈیزرٹ۔</w:t>
      </w:r>
    </w:p>
    <w:p>
      <w:r>
        <w:rPr>
          <w:b/>
        </w:rPr>
        <w:t xml:space="preserve">[13:07] </w:t>
      </w:r>
      <w:r>
        <w:t>So those people who living in Arabia, were production of desert condition, deserted condition.</w:t>
      </w:r>
    </w:p>
    <w:p>
      <w:pPr>
        <w:jc w:val="right"/>
      </w:pPr>
      <w:r>
        <w:t>سو دوز پیپل ہو لیونگ ان عربیہ، ویر پروڈکشن اف ڈیزرٹ کنڈیشن، ڈیزرٹڈ کنڈیشن۔</w:t>
      </w:r>
    </w:p>
    <w:p>
      <w:r>
        <w:rPr>
          <w:b/>
        </w:rPr>
        <w:t xml:space="preserve">[13:20] </w:t>
      </w:r>
      <w:r>
        <w:t>They were living in nature. This desert culture was very very important, because this helped to preserve their nature.</w:t>
      </w:r>
    </w:p>
    <w:p>
      <w:pPr>
        <w:jc w:val="right"/>
      </w:pPr>
      <w:r>
        <w:t>دے ویر لیونگ ان نیچر۔ دس ڈیزرٹ کلچر واز ویری ویری امپورٹنٹ، بیکاز دس ہیلپ ٹو پریزرو دیر نیچر۔</w:t>
      </w:r>
    </w:p>
    <w:p>
      <w:r>
        <w:rPr>
          <w:b/>
        </w:rPr>
        <w:t xml:space="preserve">[13:35] </w:t>
      </w:r>
      <w:r>
        <w:t>di arabs were living in nature. there was no imitation, no provision, no conditioning,</w:t>
      </w:r>
    </w:p>
    <w:p>
      <w:pPr>
        <w:jc w:val="right"/>
      </w:pPr>
      <w:r>
        <w:t>دی عربس ویر لیونگ ان نیچر۔ دیر واز نو ایمیٹیشن، نو پروورژن، نو کنڈیشننگ،</w:t>
      </w:r>
    </w:p>
    <w:p>
      <w:r>
        <w:rPr>
          <w:b/>
        </w:rPr>
        <w:t xml:space="preserve">[13:50] </w:t>
      </w:r>
      <w:r>
        <w:t>because all these things were found in cities, in civilized cities. and arab was not a civilized country at that time.</w:t>
      </w:r>
    </w:p>
    <w:p>
      <w:pPr>
        <w:jc w:val="right"/>
      </w:pPr>
      <w:r>
        <w:t>بیکاز ال دوز تھنگز ویر فاؤنڈ ان سٹیز، ان سولائز سٹیز۔ اینڈ عرب واز ناٹ ا سولائز کنٹری ایٹ دیٹ ٹائم۔</w:t>
      </w:r>
    </w:p>
    <w:p>
      <w:r>
        <w:rPr>
          <w:b/>
        </w:rPr>
        <w:t xml:space="preserve">[14:03] </w:t>
      </w:r>
      <w:r>
        <w:t>so these arabs were living in nature. their nature was preserved. so prophet of islam,</w:t>
      </w:r>
    </w:p>
    <w:p>
      <w:pPr>
        <w:jc w:val="right"/>
      </w:pPr>
      <w:r>
        <w:t>سو دیز عربس ویر لیونگ ان نیچر۔ دیر نیچر واز پریزروڈ۔ تو پرافٹ اف اسلام،</w:t>
      </w:r>
    </w:p>
    <w:p>
      <w:r>
        <w:rPr>
          <w:b/>
        </w:rPr>
        <w:t xml:space="preserve">[14:18] </w:t>
      </w:r>
      <w:r>
        <w:t>when prophet of islam came and he presented the message of god, readily they accepted it, because islam was religion of nature.</w:t>
      </w:r>
    </w:p>
    <w:p>
      <w:pPr>
        <w:jc w:val="right"/>
      </w:pPr>
      <w:r>
        <w:t>وین پرافٹ اف اسلام کیم اینڈ ہی پریزنٹڈ دا میسج اف گاڈ، ریڈیلی دے ایکسیپٹڈ اٹ، بیکاز اسلام واز ریلیجن اف نیچر۔</w:t>
      </w:r>
    </w:p>
    <w:p>
      <w:r>
        <w:rPr>
          <w:b/>
        </w:rPr>
        <w:t xml:space="preserve">[14:35] </w:t>
      </w:r>
      <w:r>
        <w:t>it their nature was preserved.</w:t>
      </w:r>
    </w:p>
    <w:p>
      <w:pPr>
        <w:jc w:val="right"/>
      </w:pPr>
      <w:r>
        <w:t>ایٹ دیر نیچر واز پریزروڈ۔</w:t>
      </w:r>
    </w:p>
    <w:p>
      <w:r>
        <w:rPr>
          <w:b/>
        </w:rPr>
        <w:t xml:space="preserve">[14:40] </w:t>
      </w:r>
      <w:r>
        <w:t>all the arabs were people of nature. so they readily accepted islam that was religion of nature.</w:t>
      </w:r>
    </w:p>
    <w:p>
      <w:pPr>
        <w:jc w:val="right"/>
      </w:pPr>
      <w:r>
        <w:t>ال دا عربس ویر پیپل اف نیچر۔ سو دے ریڈیلی ایکسیپٹڈ اسلام دیٹ واز ریلیجن اف نیچر۔</w:t>
      </w:r>
    </w:p>
    <w:p>
      <w:r>
        <w:rPr>
          <w:b/>
        </w:rPr>
        <w:t xml:space="preserve">[14:50] </w:t>
      </w:r>
      <w:r>
        <w:t>it was this, because of this, prophet of islam was able to form a strong team, a strong team.</w:t>
      </w:r>
    </w:p>
    <w:p>
      <w:pPr>
        <w:jc w:val="right"/>
      </w:pPr>
      <w:r>
        <w:t>اٹ واز دس، بیکاز اف دس، پرافٹ اف اسلام واز ایبل ٹو فارم ا سٹرونگ ٹیم، ا سٹرونگ ٹیم۔</w:t>
      </w:r>
    </w:p>
    <w:p>
      <w:r>
        <w:rPr>
          <w:b/>
        </w:rPr>
        <w:t xml:space="preserve">[15:06] </w:t>
      </w:r>
      <w:r>
        <w:t>this aspect of the, of the, of the prophet of islam is referred in the bible.</w:t>
      </w:r>
    </w:p>
    <w:p>
      <w:pPr>
        <w:jc w:val="right"/>
      </w:pPr>
      <w:r>
        <w:t>دس اسپیکٹ اف دا، اف دا، اف دا پرافٹ اف اسلام از ریفرڈ ان دا بائبل۔</w:t>
      </w:r>
    </w:p>
    <w:p>
      <w:r>
        <w:rPr>
          <w:b/>
        </w:rPr>
        <w:t xml:space="preserve">[15:15] </w:t>
      </w:r>
      <w:r>
        <w:t>also you can see it in the old testament, in deuteronomy, chapter deuteronomy,</w:t>
      </w:r>
    </w:p>
    <w:p>
      <w:pPr>
        <w:jc w:val="right"/>
      </w:pPr>
      <w:r>
        <w:t>السو یو کین سی اٹ ان دی اولڈ ٹیسٹمنٹ، ان ڈیٹرونومی، چیپٹر ڈیٹرونومی،</w:t>
      </w:r>
    </w:p>
    <w:p>
      <w:r>
        <w:rPr>
          <w:b/>
        </w:rPr>
        <w:t xml:space="preserve">[15:25] </w:t>
      </w:r>
      <w:r>
        <w:t>in these verses. he came with thousands, he came with, he came with 10 thousands.</w:t>
      </w:r>
    </w:p>
    <w:p>
      <w:pPr>
        <w:jc w:val="right"/>
      </w:pPr>
      <w:r>
        <w:t>ان دیز ورس۔ ہی کیم ود تھازنڈز، ہی کیم ود، ہی کیم ود 10 تھا سینٹس۔</w:t>
      </w:r>
    </w:p>
    <w:p>
      <w:r>
        <w:rPr>
          <w:b/>
        </w:rPr>
        <w:t xml:space="preserve">[15:37] </w:t>
      </w:r>
      <w:r>
        <w:t>this is the word of bible. he came with 10 thousands.</w:t>
      </w:r>
    </w:p>
    <w:p>
      <w:pPr>
        <w:jc w:val="right"/>
      </w:pPr>
      <w:r>
        <w:t>دس از دا ورڈ اف بائبل۔ ہی کیم ود 10 تھا سینٹس۔</w:t>
      </w:r>
    </w:p>
    <w:p>
      <w:r>
        <w:rPr>
          <w:b/>
        </w:rPr>
        <w:t xml:space="preserve">[15:49] </w:t>
      </w:r>
      <w:r>
        <w:t>here he means muhammad. so it was a prediction. and this happened exactly.</w:t>
      </w:r>
    </w:p>
    <w:p>
      <w:pPr>
        <w:jc w:val="right"/>
      </w:pPr>
      <w:r>
        <w:t>ہیر ہی مینز محمد۔ سو اٹ واز ا پریڈکشن۔ اینڈ دس ہیپن ایکزیکٹلی۔</w:t>
      </w:r>
    </w:p>
    <w:p>
      <w:r>
        <w:rPr>
          <w:b/>
        </w:rPr>
        <w:t xml:space="preserve">[15:58] </w:t>
      </w:r>
      <w:r>
        <w:t>you know, when the prophet of islam</w:t>
      </w:r>
    </w:p>
    <w:p>
      <w:pPr>
        <w:jc w:val="right"/>
      </w:pPr>
      <w:r>
        <w:t>یو نو، وین دا پرافٹ اف اسلام</w:t>
      </w:r>
    </w:p>
    <w:p>
      <w:r>
        <w:rPr>
          <w:b/>
        </w:rPr>
        <w:t xml:space="preserve">[16:03] </w:t>
      </w:r>
      <w:r>
        <w:t>victoriously entered into mecca, at that time, there were 10 thousands companions with him.</w:t>
      </w:r>
    </w:p>
    <w:p>
      <w:pPr>
        <w:jc w:val="right"/>
      </w:pPr>
      <w:r>
        <w:t>وکٹوریسلی انٹرڈ انٹو مکہ، ایٹ دیٹ ٹائم، دیر وار 10 تھا کمپینینس ود ہم۔</w:t>
      </w:r>
    </w:p>
    <w:p>
      <w:r>
        <w:rPr>
          <w:b/>
        </w:rPr>
        <w:t xml:space="preserve">[16:17] </w:t>
      </w:r>
      <w:r>
        <w:t>then,</w:t>
      </w:r>
    </w:p>
    <w:p>
      <w:pPr>
        <w:jc w:val="right"/>
      </w:pPr>
      <w:r>
        <w:t>دین،</w:t>
      </w:r>
    </w:p>
    <w:p>
      <w:r>
        <w:rPr>
          <w:b/>
        </w:rPr>
        <w:t xml:space="preserve">[16:24] </w:t>
      </w:r>
      <w:r>
        <w:t>then when he performed his his last hajj, hajjatul wida, at that time, there were more than 100 thousands companions with him.</w:t>
      </w:r>
    </w:p>
    <w:p>
      <w:pPr>
        <w:jc w:val="right"/>
      </w:pPr>
      <w:r>
        <w:t>دین وین ہی پرفارمڈ ہز ہز لاسٹ حج، حجۃ الوداع، ایٹ دیٹ ٹائم، دیر ویر مور دین 100 تھا کمپینینس ود ہم۔</w:t>
      </w:r>
    </w:p>
    <w:p>
      <w:r>
        <w:rPr>
          <w:b/>
        </w:rPr>
        <w:t xml:space="preserve">[16:43] </w:t>
      </w:r>
      <w:r>
        <w:t>and when he died in medina in 632, at that time, the whole arabia was islamized.</w:t>
      </w:r>
    </w:p>
    <w:p>
      <w:pPr>
        <w:jc w:val="right"/>
      </w:pPr>
      <w:r>
        <w:t>اینڈ وین ہی ڈائیڈ ان مدینہ ان 632، ایٹ دیٹ ٹائم، دا ہول عربیہ واز اسلامائزڈ۔</w:t>
      </w:r>
    </w:p>
    <w:p>
      <w:r>
        <w:rPr>
          <w:b/>
        </w:rPr>
        <w:t xml:space="preserve">[16:56] </w:t>
      </w:r>
      <w:r>
        <w:t>and no less than 200 thousands people were with him as prophet, as prophet's companion, is called sahaba.</w:t>
      </w:r>
    </w:p>
    <w:p>
      <w:pPr>
        <w:jc w:val="right"/>
      </w:pPr>
      <w:r>
        <w:t>اینڈ نو لیس دین 200 تھا پیپل ویر ود ہم ایز پرافٹ، ایز پرافٹس کمپینین، از کالڈ صحابہ۔</w:t>
      </w:r>
    </w:p>
    <w:p>
      <w:r>
        <w:rPr>
          <w:b/>
        </w:rPr>
        <w:t xml:space="preserve">[17:09] </w:t>
      </w:r>
      <w:r>
        <w:t>so it was a strong team, very very strong team.</w:t>
      </w:r>
    </w:p>
    <w:p>
      <w:pPr>
        <w:jc w:val="right"/>
      </w:pPr>
      <w:r>
        <w:t>سو اٹ واز ا سٹرونگ ٹیم، ویری ویری سٹرونگ ٹیم۔</w:t>
      </w:r>
    </w:p>
    <w:p>
      <w:r>
        <w:rPr>
          <w:b/>
        </w:rPr>
        <w:t xml:space="preserve">[17:18] </w:t>
      </w:r>
      <w:r>
        <w:t>at this team, according to philip hitti, doctor philip hitti,</w:t>
      </w:r>
    </w:p>
    <w:p>
      <w:pPr>
        <w:jc w:val="right"/>
      </w:pPr>
      <w:r>
        <w:t>اٹ دس ٹیم، اکارڈنگ ٹو فلپ ہٹی، ڈاکٹر فلپ ہٹی،</w:t>
      </w:r>
    </w:p>
    <w:p>
      <w:r>
        <w:rPr>
          <w:b/>
        </w:rPr>
        <w:t xml:space="preserve">[17:28] </w:t>
      </w:r>
      <w:r>
        <w:t>every member of this community was hero.</w:t>
      </w:r>
    </w:p>
    <w:p>
      <w:pPr>
        <w:jc w:val="right"/>
      </w:pPr>
      <w:r>
        <w:t>ایوری ممبر اف دس کمیونٹی واز ہیرو۔</w:t>
      </w:r>
    </w:p>
    <w:p>
      <w:r>
        <w:rPr>
          <w:b/>
        </w:rPr>
        <w:t xml:space="preserve">[17:35] </w:t>
      </w:r>
      <w:r>
        <w:t>several historians have described it that it was a nation of heroes.</w:t>
      </w:r>
    </w:p>
    <w:p>
      <w:pPr>
        <w:jc w:val="right"/>
      </w:pPr>
      <w:r>
        <w:t>سیورل ہسٹورین ہیو ڈسکرائبڈ اٹ دیٹ اٹ واز ا نیشن اف ہیروز۔</w:t>
      </w:r>
    </w:p>
    <w:p>
      <w:r>
        <w:rPr>
          <w:b/>
        </w:rPr>
        <w:t xml:space="preserve">[17:47] </w:t>
      </w:r>
      <w:r>
        <w:t>so it was this strong team that was a guarantee that this religion that was revealed to muhammad will be preserved.</w:t>
      </w:r>
    </w:p>
    <w:p>
      <w:pPr>
        <w:jc w:val="right"/>
      </w:pPr>
      <w:r>
        <w:t>سو اٹ واز دس سٹرونگ ٹیم دیٹ واز ا گارنٹی دیٹ دس ریلیجن دیٹ واز ریویلڈ ٹو محمد ویل بی پریزروڈ۔</w:t>
      </w:r>
    </w:p>
    <w:p>
      <w:r>
        <w:rPr>
          <w:b/>
        </w:rPr>
        <w:t xml:space="preserve">[18:00] </w:t>
      </w:r>
      <w:r>
        <w:t>and happened.</w:t>
      </w:r>
    </w:p>
    <w:p>
      <w:pPr>
        <w:jc w:val="right"/>
      </w:pPr>
      <w:r>
        <w:t>اینڈ ہیپن۔</w:t>
      </w:r>
    </w:p>
    <w:p>
      <w:r>
        <w:rPr>
          <w:b/>
        </w:rPr>
        <w:t xml:space="preserve">[18:08] </w:t>
      </w:r>
      <w:r>
        <w:t>the whole gamuts of sahaba</w:t>
      </w:r>
    </w:p>
    <w:p>
      <w:pPr>
        <w:jc w:val="right"/>
      </w:pPr>
      <w:r>
        <w:t>دا ہول گیمٹس اف صحابہ</w:t>
      </w:r>
    </w:p>
    <w:p>
      <w:r>
        <w:rPr>
          <w:b/>
        </w:rPr>
        <w:t xml:space="preserve">[18:15] </w:t>
      </w:r>
      <w:r>
        <w:t>stood for this cause. You know, when Prophet of Islam performed his last Hajj, about two months before his death, he addressed his companions in the field of Arafat.</w:t>
      </w:r>
    </w:p>
    <w:p>
      <w:pPr>
        <w:jc w:val="right"/>
      </w:pPr>
      <w:r>
        <w:t>اسٹوڈ فار دس کاز۔ یو نو، وین پرافٹ اف اسلام پرفارمڈ ہز لاسٹ حج بیفور، ابو ٹو منتھ بیفور ہز ڈیتھ، ہی ایڈریس ہز کمپینینس ان دا فیلڈ اف عرفات۔</w:t>
      </w:r>
    </w:p>
    <w:p>
      <w:r>
        <w:rPr>
          <w:b/>
        </w:rPr>
        <w:t xml:space="preserve">[18:36] </w:t>
      </w:r>
      <w:r>
        <w:t>he said, "o my companions, would you give me a place that after me, you will preserve this religion?</w:t>
      </w:r>
    </w:p>
    <w:p>
      <w:pPr>
        <w:jc w:val="right"/>
      </w:pPr>
      <w:r>
        <w:t>ہی سیڈ، "او مائی کمپینینس، وڈ یو گیو می ا پلیس دیٹ افٹر می، یو ویل پریزرو دس ریلیجن؟</w:t>
      </w:r>
    </w:p>
    <w:p>
      <w:r>
        <w:rPr>
          <w:b/>
        </w:rPr>
        <w:t xml:space="preserve">[18:55] </w:t>
      </w:r>
      <w:r>
        <w:t>you will, you will spend all your might for the cause of this mission</w:t>
      </w:r>
    </w:p>
    <w:p>
      <w:pPr>
        <w:jc w:val="right"/>
      </w:pPr>
      <w:r>
        <w:t>یو ویل، یو ویل سپینڈ ال یور مائٹ فار دا کاز اف دس مشن</w:t>
      </w:r>
    </w:p>
    <w:p>
      <w:r>
        <w:rPr>
          <w:b/>
        </w:rPr>
        <w:t xml:space="preserve">[19:03] </w:t>
      </w:r>
      <w:r>
        <w:t>?" so all the audience said, "o ssss, we are ready."</w:t>
      </w:r>
    </w:p>
    <w:p>
      <w:pPr>
        <w:jc w:val="right"/>
      </w:pPr>
      <w:r>
        <w:t>؟" سو ال دا اڈینس سیڈ، "او ایس ایس ایس، وی ار ریڈی۔"</w:t>
      </w:r>
    </w:p>
    <w:p>
      <w:r>
        <w:rPr>
          <w:b/>
        </w:rPr>
        <w:t xml:space="preserve">[19:14] </w:t>
      </w:r>
      <w:r>
        <w:t>then they, then after the prophet of Islam, what happened?</w:t>
      </w:r>
    </w:p>
    <w:p>
      <w:pPr>
        <w:jc w:val="right"/>
      </w:pPr>
      <w:r>
        <w:t>دین دے، دین افٹر دی پرافٹ اف اسلام، واٹ ہیپن؟</w:t>
      </w:r>
    </w:p>
    <w:p>
      <w:r>
        <w:rPr>
          <w:b/>
        </w:rPr>
        <w:t xml:space="preserve">[19:23] </w:t>
      </w:r>
      <w:r>
        <w:t>they memorized the whole quran. thousand and thousand people memorized the whole quran.</w:t>
      </w:r>
    </w:p>
    <w:p>
      <w:pPr>
        <w:jc w:val="right"/>
      </w:pPr>
      <w:r>
        <w:t>دے میمرائز دا ہول قران۔ تھا اینڈ تھا پیپل میمرائز دا ہول قران۔</w:t>
      </w:r>
    </w:p>
    <w:p>
      <w:r>
        <w:rPr>
          <w:b/>
        </w:rPr>
        <w:t xml:space="preserve">[19:31] </w:t>
      </w:r>
      <w:r>
        <w:t>they keep in their mind.</w:t>
      </w:r>
    </w:p>
    <w:p>
      <w:pPr>
        <w:jc w:val="right"/>
      </w:pPr>
      <w:r>
        <w:t>دے کیپ ان دیر مائنڈ۔</w:t>
      </w:r>
    </w:p>
    <w:p>
      <w:r>
        <w:rPr>
          <w:b/>
        </w:rPr>
        <w:t xml:space="preserve">[19:36] </w:t>
      </w:r>
      <w:r>
        <w:t>and then they gathered all those. you know, at that time, quran was in written form, but not in book form.</w:t>
      </w:r>
    </w:p>
    <w:p>
      <w:pPr>
        <w:jc w:val="right"/>
      </w:pPr>
      <w:r>
        <w:t>اینڈ دین دے گیدرڈ ال دوز۔ یو نو، ایٹ دیٹ ٹائم، قران واز ان رٹن فارم، بٹ ناٹ ان بک فارم۔</w:t>
      </w:r>
    </w:p>
    <w:p>
      <w:r>
        <w:rPr>
          <w:b/>
        </w:rPr>
        <w:t xml:space="preserve">[19:50] </w:t>
      </w:r>
      <w:r>
        <w:t>so they gathered all those materials.</w:t>
      </w:r>
    </w:p>
    <w:p>
      <w:pPr>
        <w:jc w:val="right"/>
      </w:pPr>
      <w:r>
        <w:t>سو دے گیدرڈ ال دوز مٹیریلز۔</w:t>
      </w:r>
    </w:p>
    <w:p>
      <w:r>
        <w:rPr>
          <w:b/>
        </w:rPr>
        <w:t xml:space="preserve">[19:56] </w:t>
      </w:r>
      <w:r>
        <w:t>and syed bin sabith ansari was incharge of this project.</w:t>
      </w:r>
    </w:p>
    <w:p>
      <w:pPr>
        <w:jc w:val="right"/>
      </w:pPr>
      <w:r>
        <w:t>اینڈ سید بن ثابت انصاری واز انچارج اف دس پروجیکٹ۔</w:t>
      </w:r>
    </w:p>
    <w:p>
      <w:r>
        <w:rPr>
          <w:b/>
        </w:rPr>
        <w:t xml:space="preserve">[20:04] </w:t>
      </w:r>
      <w:r>
        <w:t>so they performed a miracle.</w:t>
      </w:r>
    </w:p>
    <w:p>
      <w:pPr>
        <w:jc w:val="right"/>
      </w:pPr>
      <w:r>
        <w:t>سو دے پرفارمڈ ا میریکل۔</w:t>
      </w:r>
    </w:p>
    <w:p>
      <w:r>
        <w:rPr>
          <w:b/>
        </w:rPr>
        <w:t xml:space="preserve">[20:13] </w:t>
      </w:r>
      <w:r>
        <w:t>and oralist</w:t>
      </w:r>
    </w:p>
    <w:p>
      <w:pPr>
        <w:jc w:val="right"/>
      </w:pPr>
      <w:r>
        <w:t>اینڈ اوریٹلسٹ</w:t>
      </w:r>
    </w:p>
    <w:p>
      <w:r>
        <w:rPr>
          <w:b/>
        </w:rPr>
        <w:t xml:space="preserve">[20:18] </w:t>
      </w:r>
      <w:r>
        <w:t>says that it was a double checking system. they evolved unique system</w:t>
      </w:r>
    </w:p>
    <w:p>
      <w:pPr>
        <w:jc w:val="right"/>
      </w:pPr>
      <w:r>
        <w:t>سیز دیٹ اٹ واز ا ڈبل چیکنگ سسٹم۔ دے ایولو یونیک سسٹم</w:t>
      </w:r>
    </w:p>
    <w:p>
      <w:r>
        <w:rPr>
          <w:b/>
        </w:rPr>
        <w:t xml:space="preserve">[20:27] </w:t>
      </w:r>
      <w:r>
        <w:t>for the first time in the whole human history</w:t>
      </w:r>
    </w:p>
    <w:p>
      <w:pPr>
        <w:jc w:val="right"/>
      </w:pPr>
      <w:r>
        <w:t>فار دا فرسٹ ٹائم ان دا ہول ہیومن ہسٹری</w:t>
      </w:r>
    </w:p>
    <w:p>
      <w:r>
        <w:rPr>
          <w:b/>
        </w:rPr>
        <w:t xml:space="preserve">[20:31] </w:t>
      </w:r>
      <w:r>
        <w:t>. he called it double checking system. and what was this double checking system? it means that</w:t>
      </w:r>
    </w:p>
    <w:p>
      <w:pPr>
        <w:jc w:val="right"/>
      </w:pPr>
      <w:r>
        <w:t>۔ ہی کالڈ اٹ ڈبل چیکنگ سسٹم۔ اینڈ واٹ واز دس ڈبل چیکنگ سسٹم؟ اٹ مینز دیٹ</w:t>
      </w:r>
    </w:p>
    <w:p>
      <w:r>
        <w:rPr>
          <w:b/>
        </w:rPr>
        <w:t xml:space="preserve">[20:42] </w:t>
      </w:r>
      <w:r>
        <w:t>check the written document by your memory, or check your memory by the written document. so this was double checking system.</w:t>
      </w:r>
    </w:p>
    <w:p>
      <w:pPr>
        <w:jc w:val="right"/>
      </w:pPr>
      <w:r>
        <w:t>چیک دا رٹن ڈاکومنٹ بائی یور میموری، اور چیک یور میموری بائی دا رٹن ڈاکومنٹ۔ سو دس واز ڈبل چیکنگ سسٹم۔</w:t>
      </w:r>
    </w:p>
    <w:p>
      <w:r>
        <w:rPr>
          <w:b/>
        </w:rPr>
        <w:t xml:space="preserve">[20:57] </w:t>
      </w:r>
      <w:r>
        <w:t>by this unique</w:t>
      </w:r>
    </w:p>
    <w:p>
      <w:pPr>
        <w:jc w:val="right"/>
      </w:pPr>
      <w:r>
        <w:t>بائی دس یونیک</w:t>
      </w:r>
    </w:p>
    <w:p>
      <w:r>
        <w:rPr>
          <w:b/>
        </w:rPr>
        <w:t xml:space="preserve">[21:01] </w:t>
      </w:r>
      <w:r>
        <w:t>method, they prepared a book that is called rawa, just of the prophet of Islam.</w:t>
      </w:r>
    </w:p>
    <w:p>
      <w:pPr>
        <w:jc w:val="right"/>
      </w:pPr>
      <w:r>
        <w:t>میتھڈ، دے پریپیئرڈ ا بک دیٹ از کالڈ روا، جسٹ اف دا پرافٹ اف اسلام۔</w:t>
      </w:r>
    </w:p>
    <w:p>
      <w:r>
        <w:rPr>
          <w:b/>
        </w:rPr>
        <w:t xml:space="preserve">[21:11] </w:t>
      </w:r>
      <w:r>
        <w:t>rawa, rawa was that quran was in was kept book form. then they tried to copy from this rawa</w:t>
      </w:r>
    </w:p>
    <w:p>
      <w:pPr>
        <w:jc w:val="right"/>
      </w:pPr>
      <w:r>
        <w:t>روا، روا واز دیٹ قران واز ان واز کیپٹ بک فارم۔ دین دے ٹرائی ٹو کاپی فرام دس روا</w:t>
      </w:r>
    </w:p>
    <w:p>
      <w:r>
        <w:rPr>
          <w:b/>
        </w:rPr>
        <w:t xml:space="preserve">[21:25] </w:t>
      </w:r>
      <w:r>
        <w:t>. so many people copied and they prepared their own quran.</w:t>
      </w:r>
    </w:p>
    <w:p>
      <w:pPr>
        <w:jc w:val="right"/>
      </w:pPr>
      <w:r>
        <w:t>۔ سو مینی پیپل کاپیڈ اینڈ دے پریپیئرڈ دیر اون قران۔</w:t>
      </w:r>
    </w:p>
    <w:p>
      <w:r>
        <w:rPr>
          <w:b/>
        </w:rPr>
        <w:t xml:space="preserve">[21:36] </w:t>
      </w:r>
      <w:r>
        <w:t>so there was two, there was double method. it was a double method.</w:t>
      </w:r>
    </w:p>
    <w:p>
      <w:pPr>
        <w:jc w:val="right"/>
      </w:pPr>
      <w:r>
        <w:t>سو دیر واز ٹو، دیر واز ڈبل میتھڈ۔ اٹ واز ا ڈبل میتھڈ۔</w:t>
      </w:r>
    </w:p>
    <w:p>
      <w:r>
        <w:rPr>
          <w:b/>
        </w:rPr>
        <w:t xml:space="preserve">[21:47] </w:t>
      </w:r>
      <w:r>
        <w:t>they keep the whole quran in their mind, and at the same time, they prepared it in book form.</w:t>
      </w:r>
    </w:p>
    <w:p>
      <w:pPr>
        <w:jc w:val="right"/>
      </w:pPr>
      <w:r>
        <w:t>دے کیپ دا ہول قران ان دیر مائنڈ، اینڈ ایٹ دی سیم ٹائم، دے پریپیئرڈ اٹ ان بک فارم۔</w:t>
      </w:r>
    </w:p>
    <w:p>
      <w:r>
        <w:rPr>
          <w:b/>
        </w:rPr>
        <w:t xml:space="preserve">[22:04] </w:t>
      </w:r>
      <w:r>
        <w:t>this happened. and then there was more than that.</w:t>
      </w:r>
    </w:p>
    <w:p>
      <w:pPr>
        <w:jc w:val="right"/>
      </w:pPr>
      <w:r>
        <w:t>دس ہیپن۔ اینڈ دین دیر واز مور دین دیٹ۔</w:t>
      </w:r>
    </w:p>
    <w:p>
      <w:r>
        <w:rPr>
          <w:b/>
        </w:rPr>
        <w:t xml:space="preserve">[22:13] </w:t>
      </w:r>
      <w:r>
        <w:t>it was a kind of double preservation, because they not only preserve the quran, at the same time, they prefer language, arabic language.</w:t>
      </w:r>
    </w:p>
    <w:p>
      <w:pPr>
        <w:jc w:val="right"/>
      </w:pPr>
      <w:r>
        <w:t>اٹ واز ا کائنڈ اف ڈبل پریزرویشن، بیکاز دے ناٹ اونلی پریزرو دا قران، ایٹ دا سیم ٹائم، دے پریفر لینگویج، عربک لینگویج۔</w:t>
      </w:r>
    </w:p>
    <w:p>
      <w:r>
        <w:rPr>
          <w:b/>
        </w:rPr>
        <w:t xml:space="preserve">[22:32] </w:t>
      </w:r>
      <w:r>
        <w:t>so there ender was two sided preservation of quran and preservation of language of quran.</w:t>
      </w:r>
    </w:p>
    <w:p>
      <w:pPr>
        <w:jc w:val="right"/>
      </w:pPr>
      <w:r>
        <w:t>سو دیر اینڈر واز ٹو سائیڈڈ پریزرویشن اف قران اینڈ پریزرویشن اف لینگویج اف قران۔</w:t>
      </w:r>
    </w:p>
    <w:p>
      <w:r>
        <w:rPr>
          <w:b/>
        </w:rPr>
        <w:t xml:space="preserve">[22:45] </w:t>
      </w:r>
      <w:r>
        <w:t>sam scholars hew</w:t>
      </w:r>
    </w:p>
    <w:p>
      <w:pPr>
        <w:jc w:val="right"/>
      </w:pPr>
      <w:r>
        <w:t>سم سکالرز ہیو</w:t>
      </w:r>
    </w:p>
    <w:p>
      <w:r>
        <w:rPr>
          <w:b/>
        </w:rPr>
        <w:t xml:space="preserve">[22:49] </w:t>
      </w:r>
      <w:r>
        <w:t>express this, this thought that it is a miracle that arabic language living language in today.</w:t>
      </w:r>
    </w:p>
    <w:p>
      <w:pPr>
        <w:jc w:val="right"/>
      </w:pPr>
      <w:r>
        <w:t>ایکسپریس دس، دس تھاٹ دیٹ اٹ از ا میریکل دیٹ عربک لینگویج لیونگ لینگویج ان ٹوڈے۔</w:t>
      </w:r>
    </w:p>
    <w:p>
      <w:r>
        <w:rPr>
          <w:b/>
        </w:rPr>
        <w:t xml:space="preserve">[23:05] </w:t>
      </w:r>
      <w:r>
        <w:t>no other language is in this world that is, that is like this.</w:t>
      </w:r>
    </w:p>
    <w:p>
      <w:pPr>
        <w:jc w:val="right"/>
      </w:pPr>
      <w:r>
        <w:t>نو ادر لینگویج از ان دس ورلڈ دیٹ از، دیٹ از لائک دس۔</w:t>
      </w:r>
    </w:p>
    <w:p>
      <w:r>
        <w:rPr>
          <w:b/>
        </w:rPr>
        <w:t xml:space="preserve">[23:18] </w:t>
      </w:r>
      <w:r>
        <w:t>so this strong team, then this strong team was able to establish a</w:t>
      </w:r>
    </w:p>
    <w:p>
      <w:pPr>
        <w:jc w:val="right"/>
      </w:pPr>
      <w:r>
        <w:t>سو دس سٹرونگ ٹیم، دین دس سٹرونگ ٹیم واز ایبل ٹو اسٹیبلش ا</w:t>
      </w:r>
    </w:p>
    <w:p>
      <w:r>
        <w:rPr>
          <w:b/>
        </w:rPr>
        <w:t xml:space="preserve">[23:28] </w:t>
      </w:r>
      <w:r>
        <w:t>empire</w:t>
      </w:r>
    </w:p>
    <w:p>
      <w:pPr>
        <w:jc w:val="right"/>
      </w:pPr>
      <w:r>
        <w:t>ایمپائر</w:t>
      </w:r>
    </w:p>
    <w:p>
      <w:r>
        <w:rPr>
          <w:b/>
        </w:rPr>
        <w:t xml:space="preserve">[23:31] </w:t>
      </w:r>
      <w:r>
        <w:t>. you know, at that time, there were two great empires adjacent of Arabia: Roman Empire and Sasanian Empire.</w:t>
      </w:r>
    </w:p>
    <w:p>
      <w:pPr>
        <w:jc w:val="right"/>
      </w:pPr>
      <w:r>
        <w:t>۔ یو نو، ایٹ دیٹ ٹائم، دیر وار ٹو گریٹ ایمپائرز ایڈجسنٹ اف عربیہ: رومن ایمپائر اینڈ ساساری ایمپائر۔</w:t>
      </w:r>
    </w:p>
    <w:p>
      <w:r>
        <w:rPr>
          <w:b/>
        </w:rPr>
        <w:t xml:space="preserve">[23:43] </w:t>
      </w:r>
      <w:r>
        <w:t>so these empires turn hostile to this religion.</w:t>
      </w:r>
    </w:p>
    <w:p>
      <w:pPr>
        <w:jc w:val="right"/>
      </w:pPr>
      <w:r>
        <w:t>سو دیز ایمپائرز ٹرن ہوسٹائل ٹو دس ریلیجن۔</w:t>
      </w:r>
    </w:p>
    <w:p>
      <w:r>
        <w:rPr>
          <w:b/>
        </w:rPr>
        <w:t xml:space="preserve">[23:52] </w:t>
      </w:r>
      <w:r>
        <w:t>they wanted to crush it. they wanted to kill it</w:t>
      </w:r>
    </w:p>
    <w:p>
      <w:pPr>
        <w:jc w:val="right"/>
      </w:pPr>
      <w:r>
        <w:t>دے وانٹڈ ٹو کرش اٹ۔ دے وانٹڈ ٹو کل اٹ</w:t>
      </w:r>
    </w:p>
    <w:p>
      <w:r>
        <w:rPr>
          <w:b/>
        </w:rPr>
        <w:t xml:space="preserve">[23:59] </w:t>
      </w:r>
      <w:r>
        <w:t>. so there was a confrontation. and they, by the grace of God, by the help of God, these Sahaba were victorious.</w:t>
      </w:r>
    </w:p>
    <w:p>
      <w:pPr>
        <w:jc w:val="right"/>
      </w:pPr>
      <w:r>
        <w:t>۔ سو دیر واز ا کنفرنٹیشن۔ اینڈ دے، بائی دا گریس اف گاڈ، بائی دا ہیلپ اف گاڈ، دس صحابہ ویر وکٹوریس۔</w:t>
      </w:r>
    </w:p>
    <w:p>
      <w:r>
        <w:rPr>
          <w:b/>
        </w:rPr>
        <w:t xml:space="preserve">[24:16] </w:t>
      </w:r>
      <w:r>
        <w:t>they destroyed both the empires: Roman Empire and Sasanian Empire.</w:t>
      </w:r>
    </w:p>
    <w:p>
      <w:pPr>
        <w:jc w:val="right"/>
      </w:pPr>
      <w:r>
        <w:t>دے ڈسٹروئے بوتھ دا ایمپائرز: رومن ایمپائر اینڈ ساسانی ایمپائر۔</w:t>
      </w:r>
    </w:p>
    <w:p>
      <w:r>
        <w:rPr>
          <w:b/>
        </w:rPr>
        <w:t xml:space="preserve">[24:24] </w:t>
      </w:r>
      <w:r>
        <w:t>and they established</w:t>
      </w:r>
    </w:p>
    <w:p>
      <w:pPr>
        <w:jc w:val="right"/>
      </w:pPr>
      <w:r>
        <w:t>اینڈ دے اسٹیبلش</w:t>
      </w:r>
    </w:p>
    <w:p>
      <w:r>
        <w:rPr>
          <w:b/>
        </w:rPr>
        <w:t xml:space="preserve">[24:28] </w:t>
      </w:r>
      <w:r>
        <w:t>a Muslim empire. spread to continent Africa and Asia.</w:t>
      </w:r>
    </w:p>
    <w:p>
      <w:pPr>
        <w:jc w:val="right"/>
      </w:pPr>
      <w:r>
        <w:t>ا مسلم ایمپائر۔ سپریڈ ٹو کانٹیننٹ افریقہ اینڈ ایشیا۔</w:t>
      </w:r>
    </w:p>
    <w:p>
      <w:r>
        <w:rPr>
          <w:b/>
        </w:rPr>
        <w:t xml:space="preserve">[24:38] </w:t>
      </w:r>
      <w:r>
        <w:t>so this empire was also a great source of preservation.</w:t>
      </w:r>
    </w:p>
    <w:p>
      <w:pPr>
        <w:jc w:val="right"/>
      </w:pPr>
      <w:r>
        <w:t>سو دس ایمپائر واز السو ا گریٹ سورس اف پریزرویشن۔</w:t>
      </w:r>
    </w:p>
    <w:p>
      <w:r>
        <w:rPr>
          <w:b/>
        </w:rPr>
        <w:t xml:space="preserve">[24:50] </w:t>
      </w:r>
      <w:r>
        <w:t>by these, by these double methods, that is memorization and writing, and then establishing an empire</w:t>
      </w:r>
    </w:p>
    <w:p>
      <w:pPr>
        <w:jc w:val="right"/>
      </w:pPr>
      <w:r>
        <w:t>بائی دیز، بائی دیز ڈبل میتھڈز، دیٹ از میمرائزیشن اینڈ رائٹنگ، اینڈ دین اسٹیبلشنگ ا ایمپائر</w:t>
      </w:r>
    </w:p>
    <w:p>
      <w:r>
        <w:rPr>
          <w:b/>
        </w:rPr>
        <w:t xml:space="preserve">[25:05] </w:t>
      </w:r>
      <w:r>
        <w:t>. they were able to preserve not only the Quran, but also language, Arabic language.</w:t>
      </w:r>
    </w:p>
    <w:p>
      <w:pPr>
        <w:jc w:val="right"/>
      </w:pPr>
      <w:r>
        <w:t>۔ دے ویر ایبل ٹو پریزرو ناٹ اونلی دا قران، بٹ السو لینگویج، عربک لینگویج۔</w:t>
      </w:r>
    </w:p>
    <w:p>
      <w:r>
        <w:rPr>
          <w:b/>
        </w:rPr>
        <w:t xml:space="preserve">[25:18] </w:t>
      </w:r>
      <w:r>
        <w:t>it was very unique example, example in the whole human history.</w:t>
      </w:r>
    </w:p>
    <w:p>
      <w:pPr>
        <w:jc w:val="right"/>
      </w:pPr>
      <w:r>
        <w:t>اٹ واز ویری یونیک ایگزیمپل، ایگزیمپل ان دا ہول ہیومن ہسٹری۔</w:t>
      </w:r>
    </w:p>
    <w:p>
      <w:r>
        <w:rPr>
          <w:b/>
        </w:rPr>
        <w:t xml:space="preserve">[25:28] </w:t>
      </w:r>
      <w:r>
        <w:t>historians have acknowledged this fact</w:t>
      </w:r>
    </w:p>
    <w:p>
      <w:pPr>
        <w:jc w:val="right"/>
      </w:pPr>
      <w:r>
        <w:t>ہسٹورینز ہیو اکنالجڈ دس فیک</w:t>
      </w:r>
    </w:p>
    <w:p>
      <w:r>
        <w:rPr>
          <w:b/>
        </w:rPr>
        <w:t xml:space="preserve">[25:33] </w:t>
      </w:r>
      <w:r>
        <w:t>t. for example,</w:t>
      </w:r>
    </w:p>
    <w:p>
      <w:pPr>
        <w:jc w:val="right"/>
      </w:pPr>
      <w:r>
        <w:t>ٹ۔ فار ایگزیمپل،</w:t>
      </w:r>
    </w:p>
    <w:p>
      <w:r>
        <w:rPr>
          <w:b/>
        </w:rPr>
        <w:t xml:space="preserve">[25:37] </w:t>
      </w:r>
      <w:r>
        <w:t>an Indian historian M N Roy have published a book</w:t>
      </w:r>
    </w:p>
    <w:p>
      <w:pPr>
        <w:jc w:val="right"/>
      </w:pPr>
      <w:r>
        <w:t>این انڈین ہسٹورین ایم این رائے ہیو پبلش ا بک</w:t>
      </w:r>
    </w:p>
    <w:p>
      <w:r>
        <w:rPr>
          <w:b/>
        </w:rPr>
        <w:t xml:space="preserve">[25:46] </w:t>
      </w:r>
      <w:r>
        <w:t>"Historical Role of Islam". he says in this book that. about Islam that it was boost miraculous of all miracles.</w:t>
      </w:r>
    </w:p>
    <w:p>
      <w:pPr>
        <w:jc w:val="right"/>
      </w:pPr>
      <w:r>
        <w:t>"ہسٹوریکل رول اف اسلام"۔ ہی سیز ان دس بک دیٹ۔ اباؤٹ اسلام کہ اٹ واز بوسٹ میریکولس اف ال میریکلز۔</w:t>
      </w:r>
    </w:p>
    <w:p>
      <w:r>
        <w:rPr>
          <w:b/>
        </w:rPr>
        <w:t xml:space="preserve">[26:01] </w:t>
      </w:r>
      <w:r>
        <w:t>it is the word of M N Roy.</w:t>
      </w:r>
    </w:p>
    <w:p>
      <w:pPr>
        <w:jc w:val="right"/>
      </w:pPr>
      <w:r>
        <w:t>اٹ از دا ورڈ اف ایم این رائے۔</w:t>
      </w:r>
    </w:p>
    <w:p>
      <w:r>
        <w:rPr>
          <w:b/>
        </w:rPr>
        <w:t xml:space="preserve">[26:10] </w:t>
      </w:r>
      <w:r>
        <w:t>it was boost miraculous, boost miraculous of all miracles.</w:t>
      </w:r>
    </w:p>
    <w:p>
      <w:pPr>
        <w:jc w:val="right"/>
      </w:pPr>
      <w:r>
        <w:t>اٹ واز بوسٹ میریکولس، بوسٹ میریکولس اف ال میریکلز۔</w:t>
      </w:r>
    </w:p>
    <w:p>
      <w:r>
        <w:rPr>
          <w:b/>
        </w:rPr>
        <w:t xml:space="preserve">[26:19] </w:t>
      </w:r>
      <w:r>
        <w:t>so it happened and this process continued up to 1000 years. preservation of Quran, preservation of Arabic language,</w:t>
      </w:r>
    </w:p>
    <w:p>
      <w:pPr>
        <w:jc w:val="right"/>
      </w:pPr>
      <w:r>
        <w:t>سو اٹ ہیپن اینڈ دس پروسیس کنٹینیو اپ ٹو 1000 ایئرز۔ پریزرویشن اف قران، پریزرویشن اف عربک لینگویج،</w:t>
      </w:r>
    </w:p>
    <w:p>
      <w:r>
        <w:rPr>
          <w:b/>
        </w:rPr>
        <w:t xml:space="preserve">[26:34] </w:t>
      </w:r>
      <w:r>
        <w:t>preservation of the religion of Islam</w:t>
      </w:r>
    </w:p>
    <w:p>
      <w:pPr>
        <w:jc w:val="right"/>
      </w:pPr>
      <w:r>
        <w:t>پریزرویشن اف دا ریلیجن اف اسلام</w:t>
      </w:r>
    </w:p>
    <w:p>
      <w:r>
        <w:rPr>
          <w:b/>
        </w:rPr>
        <w:t xml:space="preserve">[26:40] </w:t>
      </w:r>
      <w:r>
        <w:t>continued up to 1000 years.</w:t>
      </w:r>
    </w:p>
    <w:p>
      <w:pPr>
        <w:jc w:val="right"/>
      </w:pPr>
      <w:r>
        <w:t>کنٹینیو اپ ٹو 1000 ایئرز۔</w:t>
      </w:r>
    </w:p>
    <w:p>
      <w:r>
        <w:rPr>
          <w:b/>
        </w:rPr>
        <w:t xml:space="preserve">[26:44] </w:t>
      </w:r>
      <w:r>
        <w:t>deen printing press was invented.</w:t>
      </w:r>
    </w:p>
    <w:p>
      <w:pPr>
        <w:jc w:val="right"/>
      </w:pPr>
      <w:r>
        <w:t>دین پرنٹنگ پریس واز انوینٹڈ۔</w:t>
      </w:r>
    </w:p>
    <w:p>
      <w:r>
        <w:rPr>
          <w:b/>
        </w:rPr>
        <w:t xml:space="preserve">[26:51] </w:t>
      </w:r>
      <w:r>
        <w:t>a new technique of preservation that was printing press was invented</w:t>
      </w:r>
    </w:p>
    <w:p>
      <w:pPr>
        <w:jc w:val="right"/>
      </w:pPr>
      <w:r>
        <w:t>ا نیو ٹیکنیک اف پریزرویشن دیٹ واز پرنٹنگ پریس واز انوینٹڈ</w:t>
      </w:r>
    </w:p>
    <w:p>
      <w:r>
        <w:rPr>
          <w:b/>
        </w:rPr>
        <w:t xml:space="preserve">[27:00] </w:t>
      </w:r>
      <w:r>
        <w:t>and you know, it was Napoleon Bonaparte who brought out printing press to Egypt in 1790, 1798.</w:t>
      </w:r>
    </w:p>
    <w:p>
      <w:pPr>
        <w:jc w:val="right"/>
      </w:pPr>
      <w:r>
        <w:t>۔ اینڈ یو نو، اٹ واز نپولین بونا پارٹ ہو براٹ اؤٹ پرنٹنگ پریس ٹو ایجپٹ ان 1790، 1798۔</w:t>
      </w:r>
    </w:p>
    <w:p>
      <w:r>
        <w:rPr>
          <w:b/>
        </w:rPr>
        <w:t xml:space="preserve">[27:14] </w:t>
      </w:r>
      <w:r>
        <w:t>that was 1100 years after the death of the prophet of Islam.</w:t>
      </w:r>
    </w:p>
    <w:p>
      <w:pPr>
        <w:jc w:val="right"/>
      </w:pPr>
      <w:r>
        <w:t>دیٹ واز 1100 ایئرز افٹر دی ڈیتھ اف دا پرافٹ اف اسلام۔</w:t>
      </w:r>
    </w:p>
    <w:p>
      <w:r>
        <w:rPr>
          <w:b/>
        </w:rPr>
        <w:t xml:space="preserve">[27:23] </w:t>
      </w:r>
      <w:r>
        <w:t>so after this, Muslims began printing. they prepared printed copies of the Quran.</w:t>
      </w:r>
    </w:p>
    <w:p>
      <w:pPr>
        <w:jc w:val="right"/>
      </w:pPr>
      <w:r>
        <w:t>سو افٹر دس، مسلمز بیگن پرنٹنگ۔ دے پریپیئرڈ پرنٹڈ کاپیز اف دا قران۔</w:t>
      </w:r>
    </w:p>
    <w:p>
      <w:r>
        <w:rPr>
          <w:b/>
        </w:rPr>
        <w:t xml:space="preserve">[27:35] </w:t>
      </w:r>
      <w:r>
        <w:t>first it was printed by block printing, then later printing, then offset printing. now there are new techniques of printing.</w:t>
      </w:r>
    </w:p>
    <w:p>
      <w:pPr>
        <w:jc w:val="right"/>
      </w:pPr>
      <w:r>
        <w:t>فرسٹ اٹ واز پرنٹڈ بائی بلاک پرنٹنگ، دین لیٹر پرنٹنگ، دین افسیٹ پرنٹنگ۔ ناؤ دیر ار نیو ٹیکنیک اف پرنٹنگ۔</w:t>
      </w:r>
    </w:p>
    <w:p>
      <w:r>
        <w:rPr>
          <w:b/>
        </w:rPr>
        <w:t xml:space="preserve">[27:48] </w:t>
      </w:r>
      <w:r>
        <w:t>so by applying all these methods, all these techniques, they prepared copies of the Quran.</w:t>
      </w:r>
    </w:p>
    <w:p>
      <w:pPr>
        <w:jc w:val="right"/>
      </w:pPr>
      <w:r>
        <w:t>سو بائی اپلائنگ ال دیز میتھڈز، ال دیز ٹیکنیکس، دے پریپیئرڈ کاپیز اف دا قران۔</w:t>
      </w:r>
    </w:p>
    <w:p>
      <w:r>
        <w:rPr>
          <w:b/>
        </w:rPr>
        <w:t xml:space="preserve">[28:00] </w:t>
      </w:r>
      <w:r>
        <w:t>and now you can see that almost every home, in every home, you can find a copy of the Quran.</w:t>
      </w:r>
    </w:p>
    <w:p>
      <w:pPr>
        <w:jc w:val="right"/>
      </w:pPr>
      <w:r>
        <w:t>اینڈ ناو یو کین سی دیٹ الموسٹ ایوری ہوم، ان ایوری ہوم، یو کین فائنڈ ا کاپی اف دا قران۔</w:t>
      </w:r>
    </w:p>
    <w:p>
      <w:r>
        <w:rPr>
          <w:b/>
        </w:rPr>
        <w:t xml:space="preserve">[28:10] </w:t>
      </w:r>
      <w:r>
        <w:t>in every school and college, in every library, in every institution,</w:t>
      </w:r>
    </w:p>
    <w:p>
      <w:pPr>
        <w:jc w:val="right"/>
      </w:pPr>
      <w:r>
        <w:t>ان ایوری سکول اینڈ کالج، ان ایوری لائبریری، ان ایوری انسٹیٹیوشن،</w:t>
      </w:r>
    </w:p>
    <w:p>
      <w:r>
        <w:rPr>
          <w:b/>
        </w:rPr>
        <w:t xml:space="preserve">[28:18] </w:t>
      </w:r>
      <w:r>
        <w:t>everywhere in the world, every at every bookshops, everywhere in the world, you can find printed Quran.</w:t>
      </w:r>
    </w:p>
    <w:p>
      <w:pPr>
        <w:jc w:val="right"/>
      </w:pPr>
      <w:r>
        <w:t>ایوری ویر ان دا ورلڈ، ایوری ایٹ ایوری بک شاپس، ایوری ویر ان دا ورلڈ، یو کین فائنڈ پرنٹڈ قران۔</w:t>
      </w:r>
    </w:p>
    <w:p>
      <w:r>
        <w:rPr>
          <w:b/>
        </w:rPr>
        <w:t xml:space="preserve">[28:35] </w:t>
      </w:r>
      <w:r>
        <w:t>so now Quran is a preserved book in completion of the world.</w:t>
      </w:r>
    </w:p>
    <w:p>
      <w:pPr>
        <w:jc w:val="right"/>
      </w:pPr>
      <w:r>
        <w:t>سو ناؤ قران از ا پریزرو بک ان کمپلیشن اف دا ورلڈ۔</w:t>
      </w:r>
    </w:p>
    <w:p>
      <w:r>
        <w:rPr>
          <w:b/>
        </w:rPr>
        <w:t xml:space="preserve">[28:45] </w:t>
      </w:r>
      <w:r>
        <w:t>now is not possible to change, to to no change, no alteration is possible.</w:t>
      </w:r>
    </w:p>
    <w:p>
      <w:pPr>
        <w:jc w:val="right"/>
      </w:pPr>
      <w:r>
        <w:t>ناؤ از ناٹ پوسیبل ٹو چینج، ٹو ٹو نو چینج، نو الٹرشن از پوسیبل۔</w:t>
      </w:r>
    </w:p>
    <w:p>
      <w:r>
        <w:rPr>
          <w:b/>
        </w:rPr>
        <w:t xml:space="preserve">[28:59] </w:t>
      </w:r>
      <w:r>
        <w:t>because printed copies of the Quran in billion billion quantity everywhere are present, everywhere, everywhere, everywhere.</w:t>
      </w:r>
    </w:p>
    <w:p>
      <w:pPr>
        <w:jc w:val="right"/>
      </w:pPr>
      <w:r>
        <w:t>بیکاز پرنٹڈ کاپیز اف دا قران ان بلین بلین کوانٹٹی ایوری ویر ار پریزنٹ، ایوری ویر، ایوری ویر، ایوری ویر۔</w:t>
      </w:r>
    </w:p>
    <w:p>
      <w:r>
        <w:rPr>
          <w:b/>
        </w:rPr>
        <w:t xml:space="preserve">[29:14] </w:t>
      </w:r>
      <w:r>
        <w:t>so it is beyond the capacity of anyone who can destroy the Quran.</w:t>
      </w:r>
    </w:p>
    <w:p>
      <w:pPr>
        <w:jc w:val="right"/>
      </w:pPr>
      <w:r>
        <w:t>سو اٹ از بیونڈ دا کپیسٹی اف اینی ون ہو کین ڈسٹروئے دا قران۔</w:t>
      </w:r>
    </w:p>
    <w:p>
      <w:r>
        <w:rPr>
          <w:b/>
        </w:rPr>
        <w:t xml:space="preserve">[29:23] </w:t>
      </w:r>
      <w:r>
        <w:t>this happened. now I would like to say that after this, there was no need of prophet.</w:t>
      </w:r>
    </w:p>
    <w:p>
      <w:pPr>
        <w:jc w:val="right"/>
      </w:pPr>
      <w:r>
        <w:t>دس ہیپن۔ ناو ائی وڈ لائک ٹو سی دیٹ افٹر دس، دیر واز نو نیڈ اف پرافٹ۔</w:t>
      </w:r>
    </w:p>
    <w:p>
      <w:r>
        <w:rPr>
          <w:b/>
        </w:rPr>
        <w:t xml:space="preserve">[29:33] </w:t>
      </w:r>
      <w:r>
        <w:t>it was not in the scheme of God to have living prophet always</w:t>
      </w:r>
    </w:p>
    <w:p>
      <w:pPr>
        <w:jc w:val="right"/>
      </w:pPr>
      <w:r>
        <w:t>اٹ واز ناٹ ان دا اسکیم اف گاڈ ٹو ہیو لیونگ پرافٹ الویز</w:t>
      </w:r>
    </w:p>
    <w:p>
      <w:r>
        <w:rPr>
          <w:b/>
        </w:rPr>
        <w:t xml:space="preserve">[29:43] </w:t>
      </w:r>
      <w:r>
        <w:t>it was not in the scheme of God to have always living prophet in every age, in every time. no, the scheme of God was to have a preserved version of the word of God.</w:t>
      </w:r>
    </w:p>
    <w:p>
      <w:pPr>
        <w:jc w:val="right"/>
      </w:pPr>
      <w:r>
        <w:t>۔ اٹ واز ناٹ ان دا اسکیم اف گاڈ ٹو ہیو الویز لیونگ پرافٹ ان ایوری ایج، ان ایوری ٹائم۔ نو، دا اسکیم اف گاڈ واز ٹو ہیو ا پریزروڈ ورژن اف دا ورڈ اف گاڈ۔</w:t>
      </w:r>
    </w:p>
    <w:p>
      <w:r>
        <w:rPr>
          <w:b/>
        </w:rPr>
        <w:t xml:space="preserve">[30:00] </w:t>
      </w:r>
      <w:r>
        <w:t>very important to understand that it was not the scheme of God to have living prophet every time.</w:t>
      </w:r>
    </w:p>
    <w:p>
      <w:pPr>
        <w:jc w:val="right"/>
      </w:pPr>
      <w:r>
        <w:t>ویری امپورٹنٹ ٹو انڈرسٹینڈ دیٹ اٹ واز ناٹ دا اسکیم اف گاڈ ٹو ہیو لیونگ پرافٹ ایوری ٹائم۔</w:t>
      </w:r>
    </w:p>
    <w:p>
      <w:r>
        <w:rPr>
          <w:b/>
        </w:rPr>
        <w:t xml:space="preserve">[30:12] </w:t>
      </w:r>
      <w:r>
        <w:t>no, it is very, very, very serious matter. very, very serious. so the scheme of God was to have preserved book of guidance, preserved word of God.</w:t>
      </w:r>
    </w:p>
    <w:p>
      <w:pPr>
        <w:jc w:val="right"/>
      </w:pPr>
      <w:r>
        <w:t>نو، اٹ از ویری، ویری، ویری سیریس میٹر۔ ویری، ویری سیریس۔ سو دا اسکیم اف گاڈ واز ٹو ہیو پریزروڈ بک اف گائیڈنس، پریزروڈ ورڈ اف گاڈ۔</w:t>
      </w:r>
    </w:p>
    <w:p>
      <w:r>
        <w:rPr>
          <w:b/>
        </w:rPr>
        <w:t xml:space="preserve">[30:34] </w:t>
      </w:r>
      <w:r>
        <w:t>and it happened. and it happened. so there no need of new prophet.</w:t>
      </w:r>
    </w:p>
    <w:p>
      <w:pPr>
        <w:jc w:val="right"/>
      </w:pPr>
      <w:r>
        <w:t>اینڈ اٹ ہیپن۔ اینڈ اٹ ہیپن۔ سو دیر نو نیڈ اف نیو پرافٹ۔</w:t>
      </w:r>
    </w:p>
    <w:p>
      <w:r>
        <w:rPr>
          <w:b/>
        </w:rPr>
        <w:t xml:space="preserve">[30:43] </w:t>
      </w:r>
      <w:r>
        <w:t>why prophet? when the guide, when the book of guidance is available everywhere in the world.</w:t>
      </w:r>
    </w:p>
    <w:p>
      <w:pPr>
        <w:jc w:val="right"/>
      </w:pPr>
      <w:r>
        <w:t>وائی پرافٹ؟ وین دا گائیڈ، وین دا بک اف گائیڈنس از اویلیبل ایوری ویر ان دا ورلڈ۔</w:t>
      </w:r>
    </w:p>
    <w:p>
      <w:r>
        <w:rPr>
          <w:b/>
        </w:rPr>
        <w:t xml:space="preserve">[30:51] </w:t>
      </w:r>
      <w:r>
        <w:t>so why prophet?</w:t>
      </w:r>
    </w:p>
    <w:p>
      <w:pPr>
        <w:jc w:val="right"/>
      </w:pPr>
      <w:r>
        <w:t>سو وائی پرافٹ؟</w:t>
      </w:r>
    </w:p>
    <w:p>
      <w:r>
        <w:rPr>
          <w:b/>
        </w:rPr>
        <w:t xml:space="preserve">[30:58] </w:t>
      </w:r>
      <w:r>
        <w:t>we need guidance. we need divine guidance that is, that is available in the book form.</w:t>
      </w:r>
    </w:p>
    <w:p>
      <w:pPr>
        <w:jc w:val="right"/>
      </w:pPr>
      <w:r>
        <w:t>وی نیڈ گائیڈنس۔ وی نیڈ ڈیوائن گائیڈنس دیٹ از، دیٹ از اویلیبل ان دا بک فارم۔</w:t>
      </w:r>
    </w:p>
    <w:p>
      <w:r>
        <w:rPr>
          <w:b/>
        </w:rPr>
        <w:t xml:space="preserve">[31:09] </w:t>
      </w:r>
      <w:r>
        <w:t>there is enough</w:t>
      </w:r>
    </w:p>
    <w:p>
      <w:pPr>
        <w:jc w:val="right"/>
      </w:pPr>
      <w:r>
        <w:t>دیر از انف</w:t>
      </w:r>
    </w:p>
    <w:p>
      <w:r>
        <w:rPr>
          <w:b/>
        </w:rPr>
        <w:t xml:space="preserve">[31:11] </w:t>
      </w:r>
      <w:r>
        <w:t>so living prophet is not necessary.</w:t>
      </w:r>
    </w:p>
    <w:p>
      <w:pPr>
        <w:jc w:val="right"/>
      </w:pPr>
      <w:r>
        <w:t>۔ سو لیونگ پرافٹ از ناٹ نسیسری۔</w:t>
      </w:r>
    </w:p>
    <w:p>
      <w:r>
        <w:rPr>
          <w:b/>
        </w:rPr>
        <w:t xml:space="preserve">[31:22] </w:t>
      </w:r>
      <w:r>
        <w:t>it was this reason why god declared that muhammad was the last prophet. because muhammad was able to form a team.</w:t>
      </w:r>
    </w:p>
    <w:p>
      <w:pPr>
        <w:jc w:val="right"/>
      </w:pPr>
      <w:r>
        <w:t>اٹ واز دس ریزن وائی گاڈ ڈیکلیئرڈ دیٹ محمد واز دا لاسٹ پرافٹ۔ بیکاز محمد واز ایبل ٹو فارم ا ٹیم۔</w:t>
      </w:r>
    </w:p>
    <w:p>
      <w:r>
        <w:rPr>
          <w:b/>
        </w:rPr>
        <w:t xml:space="preserve">[31:34] </w:t>
      </w:r>
      <w:r>
        <w:t>this team was able to preserve the book</w:t>
      </w:r>
    </w:p>
    <w:p>
      <w:pPr>
        <w:jc w:val="right"/>
      </w:pPr>
      <w:r>
        <w:t>دس ٹیم واز ایبل ٹو پریزرو دا بک</w:t>
      </w:r>
    </w:p>
    <w:p>
      <w:r>
        <w:rPr>
          <w:b/>
        </w:rPr>
        <w:t xml:space="preserve">[31:39] </w:t>
      </w:r>
      <w:r>
        <w:t>and after this preservation, the word of god was completely available to everyone.</w:t>
      </w:r>
    </w:p>
    <w:p>
      <w:pPr>
        <w:jc w:val="right"/>
      </w:pPr>
      <w:r>
        <w:t>۔ اینڈ افٹر دس پریزرویشن، دا ورڈ اف گاڈ واز کمپلیٹلی اویلیبل ٹو ایوری ون۔</w:t>
      </w:r>
    </w:p>
    <w:p>
      <w:r>
        <w:rPr>
          <w:b/>
        </w:rPr>
        <w:t xml:space="preserve">[31:49] </w:t>
      </w:r>
      <w:r>
        <w:t>so now there is no need of to have a living prophet. according to the quran,</w:t>
      </w:r>
    </w:p>
    <w:p>
      <w:pPr>
        <w:jc w:val="right"/>
      </w:pPr>
      <w:r>
        <w:t>سو ناؤ دیر از نو نیڈ اف ٹو ہیو ا لیونگ پرافٹ۔ اکارڈنگ ٹو دا قران،</w:t>
      </w:r>
    </w:p>
    <w:p>
      <w:r>
        <w:rPr>
          <w:b/>
        </w:rPr>
        <w:t xml:space="preserve">[32:00] </w:t>
      </w:r>
      <w:r>
        <w:t>god send his books with all the prophets</w:t>
      </w:r>
    </w:p>
    <w:p>
      <w:pPr>
        <w:jc w:val="right"/>
      </w:pPr>
      <w:r>
        <w:t>گاڈ سینڈ ہز بکس ود ال دا پرافٹس</w:t>
      </w:r>
    </w:p>
    <w:p>
      <w:r>
        <w:rPr>
          <w:b/>
        </w:rPr>
        <w:t xml:space="preserve">[32:06] </w:t>
      </w:r>
      <w:r>
        <w:t>but these books</w:t>
      </w:r>
    </w:p>
    <w:p>
      <w:pPr>
        <w:jc w:val="right"/>
      </w:pPr>
      <w:r>
        <w:t>۔ بٹ دیز بکس</w:t>
      </w:r>
    </w:p>
    <w:p>
      <w:r>
        <w:rPr>
          <w:b/>
        </w:rPr>
        <w:t xml:space="preserve">[32:15] </w:t>
      </w:r>
      <w:r>
        <w:t>were either disappearred or there was some interpolation. to due to some interpolation, these book became, these book, these books lost their authenticity.</w:t>
      </w:r>
    </w:p>
    <w:p>
      <w:pPr>
        <w:jc w:val="right"/>
      </w:pPr>
      <w:r>
        <w:t>ویر ایدر ڈس اپیئرڈ اور دیر واز سم انٹرپلیشن۔ تو ڈیو ٹو سم انٹرپلیشن، دیز بک بیکم، دیز بک، دیز بکس لاسٹ دیر اتھنٹیسٹی۔</w:t>
      </w:r>
    </w:p>
    <w:p>
      <w:r>
        <w:rPr>
          <w:b/>
        </w:rPr>
        <w:t xml:space="preserve">[32:34] </w:t>
      </w:r>
      <w:r>
        <w:t>but, but the quran is preserved in original form.</w:t>
      </w:r>
    </w:p>
    <w:p>
      <w:pPr>
        <w:jc w:val="right"/>
      </w:pPr>
      <w:r>
        <w:t>بٹ، بٹ دا قران از پریزروڈ ان اوریجنل فارم۔</w:t>
      </w:r>
    </w:p>
    <w:p>
      <w:r>
        <w:rPr>
          <w:b/>
        </w:rPr>
        <w:t xml:space="preserve">[32:44] </w:t>
      </w:r>
      <w:r>
        <w:t>original form to quran replaces the prophet. now quran has replaced the prophet.</w:t>
      </w:r>
    </w:p>
    <w:p>
      <w:pPr>
        <w:jc w:val="right"/>
      </w:pPr>
      <w:r>
        <w:t>اوریجنل فارم تو قران ریپلیس دا پرافٹ۔ ناو قران ہیز ریپلیس دا پرافٹ۔</w:t>
      </w:r>
    </w:p>
    <w:p>
      <w:r>
        <w:rPr>
          <w:b/>
        </w:rPr>
        <w:t xml:space="preserve">[32:56] </w:t>
      </w:r>
      <w:r>
        <w:t>other books are not able to replace the prophet because they are not in original form.</w:t>
      </w:r>
    </w:p>
    <w:p>
      <w:pPr>
        <w:jc w:val="right"/>
      </w:pPr>
      <w:r>
        <w:t>ادر بکس ار ناٹ ایبل ٹو ریپلیس دا پرافٹ بیکاز دے ار ناٹ ان اوریجنل فارم۔</w:t>
      </w:r>
    </w:p>
    <w:p>
      <w:r>
        <w:rPr>
          <w:b/>
        </w:rPr>
        <w:t xml:space="preserve">[33:08] </w:t>
      </w:r>
      <w:r>
        <w:t>you know, there are two sciences, two sciences: religious science and physical science. in physical science, you cannot see that final scientist.</w:t>
      </w:r>
    </w:p>
    <w:p>
      <w:pPr>
        <w:jc w:val="right"/>
      </w:pPr>
      <w:r>
        <w:t>یو نو، دیر ار ٹو سائنسز، ٹو سائنسز: ریلیجس سائنس اینڈ فزیکل سائنس۔ ان فزیکل سائنس، یو کین ناٹ سی دیٹ فائنل سائنٹسٹ۔</w:t>
      </w:r>
    </w:p>
    <w:p>
      <w:r>
        <w:rPr>
          <w:b/>
        </w:rPr>
        <w:t xml:space="preserve">[33:21] </w:t>
      </w:r>
      <w:r>
        <w:t>for example, you cannot see that napoleon, you cannot see that newton was the final scientist, or einstein was the last scientist.</w:t>
      </w:r>
    </w:p>
    <w:p>
      <w:pPr>
        <w:jc w:val="right"/>
      </w:pPr>
      <w:r>
        <w:t>فار ایگزیمپل، یو کین ناٹ سی دیٹ نپولین، یو کین ناٹ سی دیٹ نیوٹن واز دا فائنل سائنٹسٹ، اور ائنسٹائن واز دا لاسٹ سائنٹسٹ۔</w:t>
      </w:r>
    </w:p>
    <w:p>
      <w:r>
        <w:rPr>
          <w:b/>
        </w:rPr>
        <w:t xml:space="preserve">[33:31] </w:t>
      </w:r>
      <w:r>
        <w:t>you cannot see like this in physical science.</w:t>
      </w:r>
    </w:p>
    <w:p>
      <w:pPr>
        <w:jc w:val="right"/>
      </w:pPr>
      <w:r>
        <w:t>یو کین ناٹ سی لائک دس ان فزیکل سائنس۔</w:t>
      </w:r>
    </w:p>
    <w:p>
      <w:r>
        <w:rPr>
          <w:b/>
        </w:rPr>
        <w:t xml:space="preserve">[33:36] </w:t>
      </w:r>
      <w:r>
        <w:t>but, but the case of religious science is quite different because it not an evolutionary discipline.</w:t>
      </w:r>
    </w:p>
    <w:p>
      <w:pPr>
        <w:jc w:val="right"/>
      </w:pPr>
      <w:r>
        <w:t>بٹ، بٹ دا کیس اف ریلیجس سائنس از کوائٹ ڈفرنٹ بیکاز اٹ ناٹ این ایولیشنری ڈسپلن۔</w:t>
      </w:r>
    </w:p>
    <w:p>
      <w:r>
        <w:rPr>
          <w:b/>
        </w:rPr>
        <w:t xml:space="preserve">[33:50] </w:t>
      </w:r>
      <w:r>
        <w:t>there is no evolution. it is a book of guidance</w:t>
      </w:r>
    </w:p>
    <w:p>
      <w:pPr>
        <w:jc w:val="right"/>
      </w:pPr>
      <w:r>
        <w:t>دیر از نو ایولیشن۔ اٹ از ا بک اف گائیڈنس</w:t>
      </w:r>
    </w:p>
    <w:p>
      <w:r>
        <w:rPr>
          <w:b/>
        </w:rPr>
        <w:t xml:space="preserve">[33:59] </w:t>
      </w:r>
      <w:r>
        <w:t>god created man, and then he set the laws, and then he send the book of guidance.</w:t>
      </w:r>
    </w:p>
    <w:p>
      <w:pPr>
        <w:jc w:val="right"/>
      </w:pPr>
      <w:r>
        <w:t>۔ گاڈ کریٹڈ مین، اینڈ دین ہی سیٹ دا لاز، اینڈ دین ہی سینڈ دا بک اف گائیڈنس۔</w:t>
      </w:r>
    </w:p>
    <w:p>
      <w:r>
        <w:rPr>
          <w:b/>
        </w:rPr>
        <w:t xml:space="preserve">[34:09] </w:t>
      </w:r>
      <w:r>
        <w:t>forever,</w:t>
      </w:r>
    </w:p>
    <w:p>
      <w:pPr>
        <w:jc w:val="right"/>
      </w:pPr>
      <w:r>
        <w:t>فار ایور،</w:t>
      </w:r>
    </w:p>
    <w:p>
      <w:r>
        <w:rPr>
          <w:b/>
        </w:rPr>
        <w:t xml:space="preserve">[34:13] </w:t>
      </w:r>
      <w:r>
        <w:t>no evolution is needed here. so it is, it is, it is completely different kind of discipline.</w:t>
      </w:r>
    </w:p>
    <w:p>
      <w:pPr>
        <w:jc w:val="right"/>
      </w:pPr>
      <w:r>
        <w:t>نو ایولیشن از نیڈڈ ہیر۔ سو اٹ از، اٹ از، اٹ از کمپلیٹلی ڈفرنٹ کائنڈ اف ڈسپلن۔</w:t>
      </w:r>
    </w:p>
    <w:p>
      <w:r>
        <w:rPr>
          <w:b/>
        </w:rPr>
        <w:t xml:space="preserve">[34:23] </w:t>
      </w:r>
      <w:r>
        <w:t>in physical science, you cannot see that this scientist was final scientist.</w:t>
      </w:r>
    </w:p>
    <w:p>
      <w:pPr>
        <w:jc w:val="right"/>
      </w:pPr>
      <w:r>
        <w:t>ان فزیکل سائنس، یو کین ناٹ سی دیٹ دس سائنٹسٹ واز فائنل سائنٹسٹ۔</w:t>
      </w:r>
    </w:p>
    <w:p>
      <w:r>
        <w:rPr>
          <w:b/>
        </w:rPr>
        <w:t xml:space="preserve">[34:29] </w:t>
      </w:r>
      <w:r>
        <w:t>but in religious science, you can see that muhammad was the final prophet because the same ideology, same guidance is required by all men.</w:t>
      </w:r>
    </w:p>
    <w:p>
      <w:pPr>
        <w:jc w:val="right"/>
      </w:pPr>
      <w:r>
        <w:t>بٹ ان ریلیجس سائنس، یو کین سی دیٹ محمد واز دا فائنل پرافٹ بیکاز دا سیم ائیڈیالوجی، سیم گائیڈنس از ریکوائرڈ بائی ال مین۔</w:t>
      </w:r>
    </w:p>
    <w:p>
      <w:r>
        <w:rPr>
          <w:b/>
        </w:rPr>
        <w:t xml:space="preserve">[34:46] </w:t>
      </w:r>
      <w:r>
        <w:t>there is no change. lan tajadallahi tabdila.</w:t>
      </w:r>
    </w:p>
    <w:p>
      <w:pPr>
        <w:jc w:val="right"/>
      </w:pPr>
      <w:r>
        <w:t>دیر از نو چینج۔ لن تجد اللہ تبدیلا۔</w:t>
      </w:r>
    </w:p>
    <w:p>
      <w:r>
        <w:rPr>
          <w:b/>
        </w:rPr>
        <w:t xml:space="preserve">[34:56] </w:t>
      </w:r>
      <w:r>
        <w:t>now,</w:t>
      </w:r>
    </w:p>
    <w:p>
      <w:pPr>
        <w:jc w:val="right"/>
      </w:pPr>
      <w:r>
        <w:t>ناو،</w:t>
      </w:r>
    </w:p>
    <w:p>
      <w:r>
        <w:rPr>
          <w:b/>
        </w:rPr>
        <w:t xml:space="preserve">[35:02] </w:t>
      </w:r>
      <w:r>
        <w:t>some people would say that</w:t>
      </w:r>
    </w:p>
    <w:p>
      <w:pPr>
        <w:jc w:val="right"/>
      </w:pPr>
      <w:r>
        <w:t>سم پیپل وڈ سی دیٹ</w:t>
      </w:r>
    </w:p>
    <w:p>
      <w:r>
        <w:rPr>
          <w:b/>
        </w:rPr>
        <w:t xml:space="preserve">[35:09] </w:t>
      </w:r>
      <w:r>
        <w:t>now we are living in a quite different age after scientific revolution, after industrial revolution.</w:t>
      </w:r>
    </w:p>
    <w:p>
      <w:pPr>
        <w:jc w:val="right"/>
      </w:pPr>
      <w:r>
        <w:t>ناو وی ار لیونگ ان ا کوائٹ ڈفرنٹ ایج افٹر سائنٹیفک ریولوشن، افٹر انڈسٹریل ریولوشن۔</w:t>
      </w:r>
    </w:p>
    <w:p>
      <w:r>
        <w:rPr>
          <w:b/>
        </w:rPr>
        <w:t xml:space="preserve">[35:21] </w:t>
      </w:r>
      <w:r>
        <w:t>there were great changes, political changes. So we need a new prophet due to change in the, in the, in the,</w:t>
      </w:r>
    </w:p>
    <w:p>
      <w:pPr>
        <w:jc w:val="right"/>
      </w:pPr>
      <w:r>
        <w:t>دیر ویر گریٹ چینجز، ریلیٹیکل چینجز۔ سو وی نیڈ ا نیو پرافٹ ڈیو ٹو چینج ان دا، ان دا، ان دا،</w:t>
      </w:r>
    </w:p>
    <w:p>
      <w:r>
        <w:rPr>
          <w:b/>
        </w:rPr>
        <w:t xml:space="preserve">[35:41] </w:t>
      </w:r>
      <w:r>
        <w:t>in da present condition. human, human condition. we need a new prophet. but it is wrong.</w:t>
      </w:r>
    </w:p>
    <w:p>
      <w:pPr>
        <w:jc w:val="right"/>
      </w:pPr>
      <w:r>
        <w:t>ان دا پریزنٹ کنڈیشن۔ ہیومن، ہیومن کنڈیشن۔ وی نیڈ ا نیو پرافٹ۔ بٹ اٹ از رونگ۔</w:t>
      </w:r>
    </w:p>
    <w:p>
      <w:r>
        <w:rPr>
          <w:b/>
        </w:rPr>
        <w:t xml:space="preserve">[35:50] </w:t>
      </w:r>
      <w:r>
        <w:t>all those things, all those challenges are civilizational change. change all those change, all those change are civilizational change in nature,</w:t>
      </w:r>
    </w:p>
    <w:p>
      <w:pPr>
        <w:jc w:val="right"/>
      </w:pPr>
      <w:r>
        <w:t>ال دوست چیز، ال دوست چیلنجز ار سولائزیشنل چینج۔ چینج ال دوست چینج، ال دوست چینج ار سولائزیشنل چینج ان نیچر،</w:t>
      </w:r>
    </w:p>
    <w:p>
      <w:r>
        <w:rPr>
          <w:b/>
        </w:rPr>
        <w:t xml:space="preserve">[36:08] </w:t>
      </w:r>
      <w:r>
        <w:t>or material change in nature.</w:t>
      </w:r>
    </w:p>
    <w:p>
      <w:pPr>
        <w:jc w:val="right"/>
      </w:pPr>
      <w:r>
        <w:t>اور مٹیریل چینج ان نیچر۔</w:t>
      </w:r>
    </w:p>
    <w:p>
      <w:r>
        <w:rPr>
          <w:b/>
        </w:rPr>
        <w:t xml:space="preserve">[36:11] </w:t>
      </w:r>
      <w:r>
        <w:t>for example, if prophet Muhammad was at the time, there was camel riding.</w:t>
      </w:r>
    </w:p>
    <w:p>
      <w:pPr>
        <w:jc w:val="right"/>
      </w:pPr>
      <w:r>
        <w:t>فار ایگزیمپل، اف پرافٹ محمد واز ایٹ دا ٹائم، دیر واز کیمل رائیڈنگ۔</w:t>
      </w:r>
    </w:p>
    <w:p>
      <w:r>
        <w:rPr>
          <w:b/>
        </w:rPr>
        <w:t xml:space="preserve">[36:23] </w:t>
      </w:r>
      <w:r>
        <w:t>now, you have car and airplane.</w:t>
      </w:r>
    </w:p>
    <w:p>
      <w:pPr>
        <w:jc w:val="right"/>
      </w:pPr>
      <w:r>
        <w:t>ناو، یو ہیو کار اینڈ ایروپلین۔</w:t>
      </w:r>
    </w:p>
    <w:p>
      <w:r>
        <w:rPr>
          <w:b/>
        </w:rPr>
        <w:t xml:space="preserve">[36:28] </w:t>
      </w:r>
      <w:r>
        <w:t>but this kind of change has nothing to do with the religious science because religion tells you</w:t>
      </w:r>
    </w:p>
    <w:p>
      <w:pPr>
        <w:jc w:val="right"/>
      </w:pPr>
      <w:r>
        <w:t>بٹ دس کائنڈ اف چینج ہیز نتھنگ ٹو ڈو ود دا ریلیجس سائنس بیکاز ریلیجن ٹیلز یو</w:t>
      </w:r>
    </w:p>
    <w:p>
      <w:r>
        <w:rPr>
          <w:b/>
        </w:rPr>
        <w:t xml:space="preserve">[36:43] </w:t>
      </w:r>
      <w:r>
        <w:t>the ideology of life, how to behave with other, how to believe about God</w:t>
      </w:r>
    </w:p>
    <w:p>
      <w:pPr>
        <w:jc w:val="right"/>
      </w:pPr>
      <w:r>
        <w:t>دا ائیڈیالوجی اف لائف، ہاؤ ٹو بیہیو ود ادر، ہاؤ ٹو بیلیو اباؤٹ گاڈ</w:t>
      </w:r>
    </w:p>
    <w:p>
      <w:r>
        <w:rPr>
          <w:b/>
        </w:rPr>
        <w:t xml:space="preserve">[36:56] </w:t>
      </w:r>
      <w:r>
        <w:t>, what is the creation plan of God, what is required in pre death period, and what is required post death period.</w:t>
      </w:r>
    </w:p>
    <w:p>
      <w:pPr>
        <w:jc w:val="right"/>
      </w:pPr>
      <w:r>
        <w:t>، واٹ از دا کرشن پلان اف گاڈ، واٹ از ریکوائرڈ ان پری ڈیتھ پیریڈ، اینڈ واٹ از ریکوائرڈ پوسٹ ڈیتھ پیریڈ۔</w:t>
      </w:r>
    </w:p>
    <w:p>
      <w:r>
        <w:rPr>
          <w:b/>
        </w:rPr>
        <w:t xml:space="preserve">[37:08] </w:t>
      </w:r>
      <w:r>
        <w:t>all these things are eternal. there is no need to, so there is no need to to have a new, new prophet.</w:t>
      </w:r>
    </w:p>
    <w:p>
      <w:pPr>
        <w:jc w:val="right"/>
      </w:pPr>
      <w:r>
        <w:t>ال دیز تھنگز ار ایٹرنل۔ دیر از نو نیڈ ٹو، سو دیر از نو نیڈ ٹو ٹو ہیو ا نیو، نیو پرافٹ۔</w:t>
      </w:r>
    </w:p>
    <w:p>
      <w:r>
        <w:rPr>
          <w:b/>
        </w:rPr>
        <w:t xml:space="preserve">[37:22] </w:t>
      </w:r>
      <w:r>
        <w:t>no need to have a new prophet.</w:t>
      </w:r>
    </w:p>
    <w:p>
      <w:pPr>
        <w:jc w:val="right"/>
      </w:pPr>
      <w:r>
        <w:t>نو نیڈ ٹو ہیو ا نیو پرافٹ۔</w:t>
      </w:r>
    </w:p>
    <w:p>
      <w:r>
        <w:rPr>
          <w:b/>
        </w:rPr>
        <w:t xml:space="preserve">[37:30] </w:t>
      </w:r>
      <w:r>
        <w:t>here I would like to give two examples to illustrate this point. when the prophet of Islam was in Mecca,</w:t>
      </w:r>
    </w:p>
    <w:p>
      <w:pPr>
        <w:jc w:val="right"/>
      </w:pPr>
      <w:r>
        <w:t>ہیر ائی وڈ لائک ٹو گیو ٹو ایگزامپلز ٹو ریسٹریٹ دس پوائنٹ۔ وین دا پرافٹ اف اسلام واز ان مکہ،</w:t>
      </w:r>
    </w:p>
    <w:p>
      <w:r>
        <w:rPr>
          <w:b/>
        </w:rPr>
        <w:t xml:space="preserve">[37:42] </w:t>
      </w:r>
      <w:r>
        <w:t>there was some irrigational problem. irrigational problem. it was a desert. see they need irrigation.</w:t>
      </w:r>
    </w:p>
    <w:p>
      <w:pPr>
        <w:jc w:val="right"/>
      </w:pPr>
      <w:r>
        <w:t>دیر واز سم اریگیشنل پرابلم۔ اریگیشنل پرابلم۔ اٹ واز ا ڈیزرٹ۔ سی دے نیڈ اریگیشن۔</w:t>
      </w:r>
    </w:p>
    <w:p>
      <w:r>
        <w:rPr>
          <w:b/>
        </w:rPr>
        <w:t xml:space="preserve">[37:54] </w:t>
      </w:r>
      <w:r>
        <w:t>so they asked Muhammad that let us evolve some irrigational method.</w:t>
      </w:r>
    </w:p>
    <w:p>
      <w:pPr>
        <w:jc w:val="right"/>
      </w:pPr>
      <w:r>
        <w:t>سو دے اسکڈ محمد دیٹ لیٹ اس ایولو سم اریگیشنل میتھڈ۔</w:t>
      </w:r>
    </w:p>
    <w:p>
      <w:r>
        <w:rPr>
          <w:b/>
        </w:rPr>
        <w:t xml:space="preserve">[38:06] </w:t>
      </w:r>
      <w:r>
        <w:t>it is bare need.</w:t>
      </w:r>
    </w:p>
    <w:p>
      <w:pPr>
        <w:jc w:val="right"/>
      </w:pPr>
      <w:r>
        <w:t>اٹ از بیئر نیڈ۔</w:t>
      </w:r>
    </w:p>
    <w:p>
      <w:r>
        <w:rPr>
          <w:b/>
        </w:rPr>
        <w:t xml:space="preserve">[38:10] </w:t>
      </w:r>
      <w:r>
        <w:t>prophet of Islam said, "ma behazeh alaikum?</w:t>
      </w:r>
    </w:p>
    <w:p>
      <w:pPr>
        <w:jc w:val="right"/>
      </w:pPr>
      <w:r>
        <w:t>پرافٹ اف اسلام سیڈ، "ما بہاذہ الیکم؟</w:t>
      </w:r>
    </w:p>
    <w:p>
      <w:r>
        <w:rPr>
          <w:b/>
        </w:rPr>
        <w:t xml:space="preserve">[38:18] </w:t>
      </w:r>
      <w:r>
        <w:t>I was not sent to you for this purpose.</w:t>
      </w:r>
    </w:p>
    <w:p>
      <w:pPr>
        <w:jc w:val="right"/>
      </w:pPr>
      <w:r>
        <w:t>ائی واز ناٹ سینڈ ٹو یو فار دس پرپس۔</w:t>
      </w:r>
    </w:p>
    <w:p>
      <w:r>
        <w:rPr>
          <w:b/>
        </w:rPr>
        <w:t xml:space="preserve">[38:23] </w:t>
      </w:r>
      <w:r>
        <w:t>it is irrigation, is not my concern. it is your concern.</w:t>
      </w:r>
    </w:p>
    <w:p>
      <w:pPr>
        <w:jc w:val="right"/>
      </w:pPr>
      <w:r>
        <w:t>اٹ از اریگیشن، از ناٹ مائی کنسرن۔ اٹ از یور کنسرن۔</w:t>
      </w:r>
    </w:p>
    <w:p>
      <w:r>
        <w:rPr>
          <w:b/>
        </w:rPr>
        <w:t xml:space="preserve">[38:30] </w:t>
      </w:r>
      <w:r>
        <w:t>a prophet is not sent for purpose of irrigation.</w:t>
      </w:r>
    </w:p>
    <w:p>
      <w:pPr>
        <w:jc w:val="right"/>
      </w:pPr>
      <w:r>
        <w:t>اے پرافٹ از ناٹ سینڈ فار پرپس اف اریگیشن۔</w:t>
      </w:r>
    </w:p>
    <w:p>
      <w:r>
        <w:rPr>
          <w:b/>
        </w:rPr>
        <w:t xml:space="preserve">[38:34] </w:t>
      </w:r>
      <w:r>
        <w:t>you can evolve some system for your irrigation by your, your own intuer.</w:t>
      </w:r>
    </w:p>
    <w:p>
      <w:pPr>
        <w:jc w:val="right"/>
      </w:pPr>
      <w:r>
        <w:t>یو کین ایولو سم سسٹم فار یور اریگیشن بائی یور، یور اون انٹیور۔</w:t>
      </w:r>
    </w:p>
    <w:p>
      <w:r>
        <w:rPr>
          <w:b/>
        </w:rPr>
        <w:t xml:space="preserve">[38:45] </w:t>
      </w:r>
      <w:r>
        <w:t>then when he was in Medina, there was some kind of horticulture. so there was some problem.</w:t>
      </w:r>
    </w:p>
    <w:p>
      <w:pPr>
        <w:jc w:val="right"/>
      </w:pPr>
      <w:r>
        <w:t>دین وین ہی واز ان مدینہ، دیر واز سم کائنڈ اف ہارٹیکلچر۔ تو دیر واز سم پرابلم۔</w:t>
      </w:r>
    </w:p>
    <w:p>
      <w:r>
        <w:rPr>
          <w:b/>
        </w:rPr>
        <w:t xml:space="preserve">[38:55] </w:t>
      </w:r>
      <w:r>
        <w:t>again, they wanted some advice from the, from the prophet of Islam.</w:t>
      </w:r>
    </w:p>
    <w:p>
      <w:pPr>
        <w:jc w:val="right"/>
      </w:pPr>
      <w:r>
        <w:t>اگین، دے وانٹڈ سم ایڈوائس فرام دی، فرام دی پرافٹ اف اسلام۔</w:t>
      </w:r>
    </w:p>
    <w:p>
      <w:r>
        <w:rPr>
          <w:b/>
        </w:rPr>
        <w:t xml:space="preserve">[39:03] </w:t>
      </w:r>
      <w:r>
        <w:t>so prophet of Islam said, "antum aalamo be umoor dunya kum. you better know about your worldly affairs." so all these things are,</w:t>
      </w:r>
    </w:p>
    <w:p>
      <w:pPr>
        <w:jc w:val="right"/>
      </w:pPr>
      <w:r>
        <w:t>سو پرافٹ اف اسلام سیڈ، "انتم معلوم بے امور دنیا کو۔ یو بیٹر نو اباؤٹ یور ورلڈلی افیئرز۔" سو ال دیز تھنگز ار،</w:t>
      </w:r>
    </w:p>
    <w:p>
      <w:r>
        <w:rPr>
          <w:b/>
        </w:rPr>
        <w:t xml:space="preserve">[39:18] </w:t>
      </w:r>
      <w:r>
        <w:t>are, are these things were not the prophet concern. man can evolve a method of irrigation.</w:t>
      </w:r>
    </w:p>
    <w:p>
      <w:pPr>
        <w:jc w:val="right"/>
      </w:pPr>
      <w:r>
        <w:t>ار، ار دیز تھنگز وار ناٹ دا پرافٹ کنسرن۔ مین کین ایولو ا میتھڈ اف اریگیشن۔</w:t>
      </w:r>
    </w:p>
    <w:p>
      <w:r>
        <w:rPr>
          <w:b/>
        </w:rPr>
        <w:t xml:space="preserve">[39:30] </w:t>
      </w:r>
      <w:r>
        <w:t>man can evolve a method of horticulture by his own efforts.</w:t>
      </w:r>
    </w:p>
    <w:p>
      <w:pPr>
        <w:jc w:val="right"/>
      </w:pPr>
      <w:r>
        <w:t>مین کین ایولو ا میتھڈ اف ہارٹیکلچر بائی ہز اون ایفرٹس۔</w:t>
      </w:r>
    </w:p>
    <w:p>
      <w:r>
        <w:rPr>
          <w:b/>
        </w:rPr>
        <w:t xml:space="preserve">[39:40] </w:t>
      </w:r>
      <w:r>
        <w:t>but God</w:t>
      </w:r>
    </w:p>
    <w:p>
      <w:pPr>
        <w:jc w:val="right"/>
      </w:pPr>
      <w:r>
        <w:t>بٹ گاڈ</w:t>
      </w:r>
    </w:p>
    <w:p>
      <w:r>
        <w:rPr>
          <w:b/>
        </w:rPr>
        <w:t xml:space="preserve">[39:44] </w:t>
      </w:r>
      <w:r>
        <w:t>send prophets to make people know what is in known to them about hell, about paradise, about angel, about God, about the post death period.</w:t>
      </w:r>
    </w:p>
    <w:p>
      <w:pPr>
        <w:jc w:val="right"/>
      </w:pPr>
      <w:r>
        <w:t>سینڈ پرافٹس ٹو میک پیپل نو واٹ از ان نون ٹو دیم اباؤٹ ہیل، اباؤٹ پیراڈائز، اباؤٹ اینجل، اباؤٹ گاڈ، اباؤٹ دا پوسٹ ڈیتھ پیریڈ۔</w:t>
      </w:r>
    </w:p>
    <w:p>
      <w:r>
        <w:rPr>
          <w:b/>
        </w:rPr>
        <w:t xml:space="preserve">[40:01] </w:t>
      </w:r>
      <w:r>
        <w:t>all these things are in known to people.</w:t>
      </w:r>
    </w:p>
    <w:p>
      <w:pPr>
        <w:jc w:val="right"/>
      </w:pPr>
      <w:r>
        <w:t>ال دیز تھنگز ار ان نون ٹو پیپل۔</w:t>
      </w:r>
    </w:p>
    <w:p>
      <w:r>
        <w:rPr>
          <w:b/>
        </w:rPr>
        <w:t xml:space="preserve">[40:07] </w:t>
      </w:r>
      <w:r>
        <w:t>You know, Dr. Alexis Carrel published a book "Man the Unknown" in 1935.</w:t>
      </w:r>
    </w:p>
    <w:p>
      <w:pPr>
        <w:jc w:val="right"/>
      </w:pPr>
      <w:r>
        <w:t>یو نو، ڈاکٹر ایلسس کیرل پبلش بک "مین دی ان نون" ان 1935۔</w:t>
      </w:r>
    </w:p>
    <w:p>
      <w:r>
        <w:rPr>
          <w:b/>
        </w:rPr>
        <w:t xml:space="preserve">[40:16] </w:t>
      </w:r>
      <w:r>
        <w:t>"man the in known" I think that I read this book. I suggest that the better title is "guidance the in known." "guidance the in known." And man is here in this world</w:t>
      </w:r>
    </w:p>
    <w:p>
      <w:pPr>
        <w:jc w:val="right"/>
      </w:pPr>
      <w:r>
        <w:t>"مین دی ان نون" ائی تھنک دیٹ ائی ریڈ دس بک۔ ائی سجیسٹ دیٹ دا بیٹر ٹائٹل از "گائیڈنس دی ان نون۔" "گائیڈنس دی ان نون۔" این مین از ہیر ان دس ورلڈ</w:t>
      </w:r>
    </w:p>
    <w:p>
      <w:r>
        <w:rPr>
          <w:b/>
        </w:rPr>
        <w:t xml:space="preserve">[40:37] </w:t>
      </w:r>
      <w:r>
        <w:t>, but and he want to know who am i, why i am here, why is my future.</w:t>
      </w:r>
    </w:p>
    <w:p>
      <w:pPr>
        <w:jc w:val="right"/>
      </w:pPr>
      <w:r>
        <w:t>، بٹ اینڈ ہی وانٹ ٹو نو ہو ایم ائی، وائی ائی ایم ہیر، وائی از مائی فیوچر۔</w:t>
      </w:r>
    </w:p>
    <w:p>
      <w:r>
        <w:rPr>
          <w:b/>
        </w:rPr>
        <w:t xml:space="preserve">[40:48] </w:t>
      </w:r>
      <w:r>
        <w:t>so he want to know all these questions, but he fail to understand.</w:t>
      </w:r>
    </w:p>
    <w:p>
      <w:pPr>
        <w:jc w:val="right"/>
      </w:pPr>
      <w:r>
        <w:t>سو ہی وانٹ ٹو نو ال دیز کوئسچنز، بٹ ہی فیل ٹو انڈرسٹینڈ۔</w:t>
      </w:r>
    </w:p>
    <w:p>
      <w:r>
        <w:rPr>
          <w:b/>
        </w:rPr>
        <w:t xml:space="preserve">[40:57] </w:t>
      </w:r>
      <w:r>
        <w:t>to prophets came to make people understand these things. they tried to provide answers to these questions.</w:t>
      </w:r>
    </w:p>
    <w:p>
      <w:pPr>
        <w:jc w:val="right"/>
      </w:pPr>
      <w:r>
        <w:t>تو پرافٹس کیم ٹو میک پیپل انڈرسٹینڈ دیز تھنگز۔ دے ٹرائیڈ ٹو پرووائیڈ انسرز ٹو دیز کوئسچنز۔</w:t>
      </w:r>
    </w:p>
    <w:p>
      <w:r>
        <w:rPr>
          <w:b/>
        </w:rPr>
        <w:t xml:space="preserve">[41:10] </w:t>
      </w:r>
      <w:r>
        <w:t>and all those other things like irrigation,horticulture, city planning, bridge. man can evolve a system by his own efforts without the help of the prophet.</w:t>
      </w:r>
    </w:p>
    <w:p>
      <w:pPr>
        <w:jc w:val="right"/>
      </w:pPr>
      <w:r>
        <w:t>اینڈ ال دو ادر تھنگز لائک اریگیشن، ہارٹیکلچر، سٹی پلاننگ، برج۔ مین کین ایولو ا سسٹم بائی ہز اون ایفرٹس وداؤٹ دا ہیلپ اف دا پرافٹ۔</w:t>
      </w:r>
    </w:p>
    <w:p>
      <w:r>
        <w:rPr>
          <w:b/>
        </w:rPr>
        <w:t xml:space="preserve">[41:29] </w:t>
      </w:r>
      <w:r>
        <w:t>so</w:t>
      </w:r>
    </w:p>
    <w:p>
      <w:pPr>
        <w:jc w:val="right"/>
      </w:pPr>
      <w:r>
        <w:t>سو</w:t>
      </w:r>
    </w:p>
    <w:p>
      <w:r>
        <w:rPr>
          <w:b/>
        </w:rPr>
        <w:t xml:space="preserve">[41:33] </w:t>
      </w:r>
      <w:r>
        <w:t>all those changes they mention all material nature.</w:t>
      </w:r>
    </w:p>
    <w:p>
      <w:pPr>
        <w:jc w:val="right"/>
      </w:pPr>
      <w:r>
        <w:t>ال دوست چینجز دے مینشن ال مٹیریل نیچر۔</w:t>
      </w:r>
    </w:p>
    <w:p>
      <w:r>
        <w:rPr>
          <w:b/>
        </w:rPr>
        <w:t xml:space="preserve">[41:40] </w:t>
      </w:r>
      <w:r>
        <w:t>prophet were not never send to these, to solve these questions.</w:t>
      </w:r>
    </w:p>
    <w:p>
      <w:pPr>
        <w:jc w:val="right"/>
      </w:pPr>
      <w:r>
        <w:t>پرافٹ وار ناٹ نیور سینڈ ٹو دیز، ٹو سالو دیز کوئسچنز۔</w:t>
      </w:r>
    </w:p>
    <w:p>
      <w:r>
        <w:rPr>
          <w:b/>
        </w:rPr>
        <w:t xml:space="preserve">[41:50] </w:t>
      </w:r>
      <w:r>
        <w:t>prophet said him self, "antum maloom be umoor-e-dunya ko.</w:t>
      </w:r>
    </w:p>
    <w:p>
      <w:pPr>
        <w:jc w:val="right"/>
      </w:pPr>
      <w:r>
        <w:t>پرافٹ سیڈ ہم سیلف، "انتم معلوم بے امور دنیا کو۔</w:t>
      </w:r>
    </w:p>
    <w:p>
      <w:r>
        <w:rPr>
          <w:b/>
        </w:rPr>
        <w:t xml:space="preserve">[41:56] </w:t>
      </w:r>
      <w:r>
        <w:t>you know better about your worldly affairs."</w:t>
      </w:r>
    </w:p>
    <w:p>
      <w:pPr>
        <w:jc w:val="right"/>
      </w:pPr>
      <w:r>
        <w:t>یو نو بیٹر اباؤٹ یور ورلڈلی افیئرز۔"</w:t>
      </w:r>
    </w:p>
    <w:p>
      <w:r>
        <w:rPr>
          <w:b/>
        </w:rPr>
        <w:t xml:space="preserve">[42:11] </w:t>
      </w:r>
      <w:r>
        <w:t>prophet was died in 632. at the time, he age was 63.</w:t>
      </w:r>
    </w:p>
    <w:p>
      <w:pPr>
        <w:jc w:val="right"/>
      </w:pPr>
      <w:r>
        <w:t>پرافٹ واز ڈائیڈ ان 632۔ ایٹ دا ٹائم، ہی ایج واز 63۔</w:t>
      </w:r>
    </w:p>
    <w:p>
      <w:r>
        <w:rPr>
          <w:b/>
        </w:rPr>
        <w:t xml:space="preserve">[42:20] </w:t>
      </w:r>
      <w:r>
        <w:t>is not an old age,</w:t>
      </w:r>
    </w:p>
    <w:p>
      <w:pPr>
        <w:jc w:val="right"/>
      </w:pPr>
      <w:r>
        <w:t>از ناٹ این اولڈ ایج،</w:t>
      </w:r>
    </w:p>
    <w:p>
      <w:r>
        <w:rPr>
          <w:b/>
        </w:rPr>
        <w:t xml:space="preserve">[42:25] </w:t>
      </w:r>
      <w:r>
        <w:t>but there was a great wisdom behind this.</w:t>
      </w:r>
    </w:p>
    <w:p>
      <w:pPr>
        <w:jc w:val="right"/>
      </w:pPr>
      <w:r>
        <w:t>بٹ دیر واز ا گریٹ وزڈم بیہائنڈ دس۔</w:t>
      </w:r>
    </w:p>
    <w:p>
      <w:r>
        <w:rPr>
          <w:b/>
        </w:rPr>
        <w:t xml:space="preserve">[42:32] </w:t>
      </w:r>
      <w:r>
        <w:t>in one, one can see that it was a kind of early death, but not early death. it was a wise death.</w:t>
      </w:r>
    </w:p>
    <w:p>
      <w:pPr>
        <w:jc w:val="right"/>
      </w:pPr>
      <w:r>
        <w:t>ان ون، ون کین سی دیٹ اٹ واز ا کائنڈ اف ارلی ڈیتھ، بٹ ناٹ ارلی ڈیتھ۔ اٹ واز ا وائز ڈیتھ۔</w:t>
      </w:r>
    </w:p>
    <w:p>
      <w:r>
        <w:rPr>
          <w:b/>
        </w:rPr>
        <w:t xml:space="preserve">[42:40] </w:t>
      </w:r>
      <w:r>
        <w:t>wise because there were thousand and thousand, severt lakes of sahaba.</w:t>
      </w:r>
    </w:p>
    <w:p>
      <w:pPr>
        <w:jc w:val="right"/>
      </w:pPr>
      <w:r>
        <w:t>وائز بیکاز دیر وار تھاؤزنڈ اینڈ تھاؤزنڈ، سیورٹ لیکس اف صحابہ۔</w:t>
      </w:r>
    </w:p>
    <w:p>
      <w:r>
        <w:rPr>
          <w:b/>
        </w:rPr>
        <w:t xml:space="preserve">[42:49] </w:t>
      </w:r>
      <w:r>
        <w:t>you know, prophet was like a towering personality.</w:t>
      </w:r>
    </w:p>
    <w:p>
      <w:pPr>
        <w:jc w:val="right"/>
      </w:pPr>
      <w:r>
        <w:t>یو نو، پرافٹ واز لائک ا ٹاورنگ پرسنیلٹی۔</w:t>
      </w:r>
    </w:p>
    <w:p>
      <w:r>
        <w:rPr>
          <w:b/>
        </w:rPr>
        <w:t xml:space="preserve">[42:56] </w:t>
      </w:r>
      <w:r>
        <w:t>so when he was present, all were under his shelter.</w:t>
      </w:r>
    </w:p>
    <w:p>
      <w:pPr>
        <w:jc w:val="right"/>
      </w:pPr>
      <w:r>
        <w:t>سو وین ہی واز پریزنٹ، ال ویر انڈر ہز شیلٹر۔</w:t>
      </w:r>
    </w:p>
    <w:p>
      <w:r>
        <w:rPr>
          <w:b/>
        </w:rPr>
        <w:t xml:space="preserve">[43:04] </w:t>
      </w:r>
      <w:r>
        <w:t>and when he died, then they develop sense of responsibility. so everyone, everyone became a hero.</w:t>
      </w:r>
    </w:p>
    <w:p>
      <w:pPr>
        <w:jc w:val="right"/>
      </w:pPr>
      <w:r>
        <w:t>اینڈ وین ہی ڈائیڈ، دین دے ڈیولپ سنس اف ریسپانسبیلٹی۔ سو ایوری ون، ایوری ون بیکم ا ہیرو۔</w:t>
      </w:r>
    </w:p>
    <w:p>
      <w:r>
        <w:rPr>
          <w:b/>
        </w:rPr>
        <w:t xml:space="preserve">[43:16] </w:t>
      </w:r>
      <w:r>
        <w:t>everyone became a hero.</w:t>
      </w:r>
    </w:p>
    <w:p>
      <w:pPr>
        <w:jc w:val="right"/>
      </w:pPr>
      <w:r>
        <w:t>ایوری ون بیکم ا ہیرو۔</w:t>
      </w:r>
    </w:p>
    <w:p>
      <w:r>
        <w:rPr>
          <w:b/>
        </w:rPr>
        <w:t xml:space="preserve">[43:21] </w:t>
      </w:r>
      <w:r>
        <w:t>and they performed all those breaks in the field of preservation of quran, in the field of establishing islamic state, in the field of preservation of hadith,</w:t>
      </w:r>
    </w:p>
    <w:p>
      <w:pPr>
        <w:jc w:val="right"/>
      </w:pPr>
      <w:r>
        <w:t>اینڈ دے پرفارمڈ ال دوست بریکس ان دا فیلڈ اف پریزرویشن اف قران، ان دا فیلڈ اف اسٹیبلشنگ اسلامک اسٹیٹ، ان دا فیلڈ اف پریزرویشن اف حدیث،</w:t>
      </w:r>
    </w:p>
    <w:p>
      <w:r>
        <w:rPr>
          <w:b/>
        </w:rPr>
        <w:t xml:space="preserve">[43:41] </w:t>
      </w:r>
      <w:r>
        <w:t>and all those things.</w:t>
      </w:r>
    </w:p>
    <w:p>
      <w:pPr>
        <w:jc w:val="right"/>
      </w:pPr>
      <w:r>
        <w:t>اینڈ ال دوست تھنگز۔</w:t>
      </w:r>
    </w:p>
    <w:p>
      <w:r>
        <w:rPr>
          <w:b/>
        </w:rPr>
        <w:t xml:space="preserve">[43:48] </w:t>
      </w:r>
      <w:r>
        <w:t>then some people say that we need, we need not a prophet, because truth is a, is a personal pursuit.</w:t>
      </w:r>
    </w:p>
    <w:p>
      <w:pPr>
        <w:jc w:val="right"/>
      </w:pPr>
      <w:r>
        <w:t>دین سم پیپل سی دیٹ وی نیڈ، وی نیڈ ناٹ ا پرافٹ، بیکاز ٹروتھ از ا، از ا پرسنل پرسو۔</w:t>
      </w:r>
    </w:p>
    <w:p>
      <w:r>
        <w:rPr>
          <w:b/>
        </w:rPr>
        <w:t xml:space="preserve">[44:04] </w:t>
      </w:r>
      <w:r>
        <w:t>athing of personal pursuo. and there is no last, there is no final truth. but is wrong.</w:t>
      </w:r>
    </w:p>
    <w:p>
      <w:pPr>
        <w:jc w:val="right"/>
      </w:pPr>
      <w:r>
        <w:t>ا تھنگ اف پرسنل پرسو۔ اینڈ دیر از نو لاسٹ، دیر از نو فائنل ٹروتھ۔ بٹ از رونگ۔</w:t>
      </w:r>
    </w:p>
    <w:p>
      <w:r>
        <w:rPr>
          <w:b/>
        </w:rPr>
        <w:t xml:space="preserve">[44:15] </w:t>
      </w:r>
      <w:r>
        <w:t>if truth is not a final truth, then it means it is relative thing.</w:t>
      </w:r>
    </w:p>
    <w:p>
      <w:pPr>
        <w:jc w:val="right"/>
      </w:pPr>
      <w:r>
        <w:t>اف ٹروتھ از ناٹ ا فائنل ٹروتھ، دین اٹ مینز اٹ از ریلیٹو تھنگ۔</w:t>
      </w:r>
    </w:p>
    <w:p>
      <w:r>
        <w:rPr>
          <w:b/>
        </w:rPr>
        <w:t xml:space="preserve">[44:24] </w:t>
      </w:r>
      <w:r>
        <w:t>and truth is, if truth is relative, then what the use of this kind of truth?</w:t>
      </w:r>
    </w:p>
    <w:p>
      <w:pPr>
        <w:jc w:val="right"/>
      </w:pPr>
      <w:r>
        <w:t>اینڈ ٹروتھ از، اف ٹروتھ از ریلیٹو، دین واٹ دا یوز اف دس کائنڈ اف ٹروتھ؟</w:t>
      </w:r>
    </w:p>
    <w:p>
      <w:r>
        <w:rPr>
          <w:b/>
        </w:rPr>
        <w:t xml:space="preserve">[44:33] </w:t>
      </w:r>
      <w:r>
        <w:t>truth must be real and not relative. so i don't believe that truth is a matter of continuous pursuo.</w:t>
      </w:r>
    </w:p>
    <w:p>
      <w:pPr>
        <w:jc w:val="right"/>
      </w:pPr>
      <w:r>
        <w:t>ٹروتھ مسٹ بی ریل اینڈ ناٹ ریلیٹو۔ سو ائی ڈونٹ بیلیو دیٹ ٹروتھ از ا میٹر اف کنٹینیوس پرسو۔</w:t>
      </w:r>
    </w:p>
    <w:p>
      <w:r>
        <w:rPr>
          <w:b/>
        </w:rPr>
        <w:t xml:space="preserve">[44:47] </w:t>
      </w:r>
      <w:r>
        <w:t>they say that in truth, there is, there is no full stop, only comma. but it is, is not correct.</w:t>
      </w:r>
    </w:p>
    <w:p>
      <w:pPr>
        <w:jc w:val="right"/>
      </w:pPr>
      <w:r>
        <w:t>دے سی دیٹ ان ٹروتھ، دیر از، دیر از نو فل سٹاپ، اونلی کاما۔ بٹ اٹ از، از ناٹ کریکٹ۔</w:t>
      </w:r>
    </w:p>
    <w:p>
      <w:r>
        <w:rPr>
          <w:b/>
        </w:rPr>
        <w:t xml:space="preserve">[44:57] </w:t>
      </w:r>
      <w:r>
        <w:t>all the philosophers were obsess with this notion. then there is a some people, especially philosophers.</w:t>
      </w:r>
    </w:p>
    <w:p>
      <w:pPr>
        <w:jc w:val="right"/>
      </w:pPr>
      <w:r>
        <w:t>ال دا فلاسفرز وار ابسس ود دس نوشن۔ دین دیر از ا سم پیپل، اسپیشلی فلاسفرز۔</w:t>
      </w:r>
    </w:p>
    <w:p>
      <w:r>
        <w:rPr>
          <w:b/>
        </w:rPr>
        <w:t xml:space="preserve">[45:08] </w:t>
      </w:r>
      <w:r>
        <w:t>you know, all the philosophers were believer of god in some sense,</w:t>
      </w:r>
    </w:p>
    <w:p>
      <w:pPr>
        <w:jc w:val="right"/>
      </w:pPr>
      <w:r>
        <w:t>یو نو، ال دا فلاسفرز ویر بیلیور اف گاڈ ان سم سینس،</w:t>
      </w:r>
    </w:p>
    <w:p>
      <w:r>
        <w:rPr>
          <w:b/>
        </w:rPr>
        <w:t xml:space="preserve">[45:17] </w:t>
      </w:r>
      <w:r>
        <w:t>but their god was quite different.</w:t>
      </w:r>
    </w:p>
    <w:p>
      <w:pPr>
        <w:jc w:val="right"/>
      </w:pPr>
      <w:r>
        <w:t>بٹ دیر گاڈ واز کوائٹ ڈفرنٹ۔</w:t>
      </w:r>
    </w:p>
    <w:p>
      <w:r>
        <w:rPr>
          <w:b/>
        </w:rPr>
        <w:t xml:space="preserve">[45:22] </w:t>
      </w:r>
      <w:r>
        <w:t>these philosophers were believing in monism. monism</w:t>
      </w:r>
    </w:p>
    <w:p>
      <w:pPr>
        <w:jc w:val="right"/>
      </w:pPr>
      <w:r>
        <w:t>دیز فلاسفرز ویر بیلیونگ ان مونزم۔ مونزم</w:t>
      </w:r>
    </w:p>
    <w:p>
      <w:r>
        <w:rPr>
          <w:b/>
        </w:rPr>
        <w:t xml:space="preserve">[45:33] </w:t>
      </w:r>
      <w:r>
        <w:t>that is called in indian language ato atvad. monism means creature and creator, both are one and the same.</w:t>
      </w:r>
    </w:p>
    <w:p>
      <w:pPr>
        <w:jc w:val="right"/>
      </w:pPr>
      <w:r>
        <w:t>دیٹ از کالڈ ان انڈین لینگویج اتو اتواد۔ مونزم مینز کریچر اینڈ کریٹر، بوتھ ار ون اینڈ دا سیم۔</w:t>
      </w:r>
    </w:p>
    <w:p>
      <w:r>
        <w:rPr>
          <w:b/>
        </w:rPr>
        <w:t xml:space="preserve">[45:46] </w:t>
      </w:r>
      <w:r>
        <w:t>creature and creator, both are one and the same. all the creatures are only manifestation of god. so according to this, there is no separate god.</w:t>
      </w:r>
    </w:p>
    <w:p>
      <w:pPr>
        <w:jc w:val="right"/>
      </w:pPr>
      <w:r>
        <w:t>کریچر اینڈ کریٹر، بوتھ ار ون اینڈ دا سیم۔ ال دا کریچرز ار اونلی مینیفیسٹیشن اف گاڈ۔ سو اکارڈنگ ٹو دس، دیر از نو سیپریٹ گاڈ۔</w:t>
      </w:r>
    </w:p>
    <w:p>
      <w:r>
        <w:rPr>
          <w:b/>
        </w:rPr>
        <w:t xml:space="preserve">[46:01] </w:t>
      </w:r>
      <w:r>
        <w:t>so they believe, all these philosophers believe that god is not a personal god. they believe god as a, as a, as a universal spirit,</w:t>
      </w:r>
    </w:p>
    <w:p>
      <w:pPr>
        <w:jc w:val="right"/>
      </w:pPr>
      <w:r>
        <w:t>سو دے بیلیو، ال دیز فلاسفرز بیلیو دیٹ گاڈ از ناٹ ا پرسنل گاڈ۔ دے بیلیو گاڈ ایز ا، ایز ا، ایز ا یونیورسل اسپرٹ،</w:t>
      </w:r>
    </w:p>
    <w:p>
      <w:r>
        <w:rPr>
          <w:b/>
        </w:rPr>
        <w:t xml:space="preserve">[46:14] </w:t>
      </w:r>
      <w:r>
        <w:t>universal idea.</w:t>
      </w:r>
    </w:p>
    <w:p>
      <w:pPr>
        <w:jc w:val="right"/>
      </w:pPr>
      <w:r>
        <w:t>یونیورسل ائیڈیا۔</w:t>
      </w:r>
    </w:p>
    <w:p>
      <w:r>
        <w:rPr>
          <w:b/>
        </w:rPr>
        <w:t xml:space="preserve">[46:19] </w:t>
      </w:r>
      <w:r>
        <w:t>but this kind of,</w:t>
      </w:r>
    </w:p>
    <w:p>
      <w:pPr>
        <w:jc w:val="right"/>
      </w:pPr>
      <w:r>
        <w:t>بٹ دس کائنڈ اف،</w:t>
      </w:r>
    </w:p>
    <w:p>
      <w:r>
        <w:rPr>
          <w:b/>
        </w:rPr>
        <w:t xml:space="preserve">[46:24] </w:t>
      </w:r>
      <w:r>
        <w:t>this kind of,</w:t>
      </w:r>
    </w:p>
    <w:p>
      <w:pPr>
        <w:jc w:val="right"/>
      </w:pPr>
      <w:r>
        <w:t>دس کائنڈ اف،</w:t>
      </w:r>
    </w:p>
    <w:p>
      <w:r>
        <w:rPr>
          <w:b/>
        </w:rPr>
        <w:t xml:space="preserve">[46:29] </w:t>
      </w:r>
      <w:r>
        <w:t>ah, this kind of religion is not acceptable to islam.</w:t>
      </w:r>
    </w:p>
    <w:p>
      <w:pPr>
        <w:jc w:val="right"/>
      </w:pPr>
      <w:r>
        <w:t>اہ، دس کائنڈ اف ریلیجن از ناٹ ایکسیپٹیبل ٹو اسلام۔</w:t>
      </w:r>
    </w:p>
    <w:p>
      <w:r>
        <w:rPr>
          <w:b/>
        </w:rPr>
        <w:t xml:space="preserve">[46:38] </w:t>
      </w:r>
      <w:r>
        <w:t>this is called wahdat al-wujud. in persian, it is called wahdat al-wujud. and monism means wahdat al-wujud.</w:t>
      </w:r>
    </w:p>
    <w:p>
      <w:pPr>
        <w:jc w:val="right"/>
      </w:pPr>
      <w:r>
        <w:t>دس از کالڈ واحد وجود۔ ان پرشین، اٹ از کالڈ واحد وجود۔ اینڈ مونزم مینز واحد وجود۔</w:t>
      </w:r>
    </w:p>
    <w:p>
      <w:r>
        <w:rPr>
          <w:b/>
        </w:rPr>
        <w:t xml:space="preserve">[46:48] </w:t>
      </w:r>
      <w:r>
        <w:t>so wahdat al-wujud is not acceptable to islam.</w:t>
      </w:r>
    </w:p>
    <w:p>
      <w:pPr>
        <w:jc w:val="right"/>
      </w:pPr>
      <w:r>
        <w:t>سو واحد وجود از ناٹ ایکسیپٹیبل ٹو اسلام۔</w:t>
      </w:r>
    </w:p>
    <w:p>
      <w:r>
        <w:rPr>
          <w:b/>
        </w:rPr>
        <w:t xml:space="preserve">[46:54] </w:t>
      </w:r>
      <w:r>
        <w:t>some people are confused and they try to establish that islam is in favor of wahdat al-wujud.</w:t>
      </w:r>
    </w:p>
    <w:p>
      <w:pPr>
        <w:jc w:val="right"/>
      </w:pPr>
      <w:r>
        <w:t>سم پیپل ار کنفیوزڈ اینڈ دے ٹرائی ٹو اسٹیبلش دیٹ اسلام از ان فیور اف واحد وجود۔</w:t>
      </w:r>
    </w:p>
    <w:p>
      <w:r>
        <w:rPr>
          <w:b/>
        </w:rPr>
        <w:t xml:space="preserve">[47:04] </w:t>
      </w:r>
      <w:r>
        <w:t>there is monism, but is wrong. the ideology of islam is based on tawhid.</w:t>
      </w:r>
    </w:p>
    <w:p>
      <w:pPr>
        <w:jc w:val="right"/>
      </w:pPr>
      <w:r>
        <w:t>دیر از مونزم، بٹ از رونگ۔ دا ائیڈیالوجی اف اسلام از بیسڈ ان توحید۔</w:t>
      </w:r>
    </w:p>
    <w:p>
      <w:r>
        <w:rPr>
          <w:b/>
        </w:rPr>
        <w:t xml:space="preserve">[47:13] </w:t>
      </w:r>
      <w:r>
        <w:t>tawhid means monotheism. according to monotheism, god according to monotheism, creature and creator, both are two separate entity.</w:t>
      </w:r>
    </w:p>
    <w:p>
      <w:pPr>
        <w:jc w:val="right"/>
      </w:pPr>
      <w:r>
        <w:t>توحید مینز مونوتھیزم۔ اکارڈنگ ٹو مونوتھیزم، گاڈ اکارڈنگ ٹو مونوتھیزم، کریچر اینڈ کریٹر، بوتھ ار ٹو سیپریٹ اٹ، اٹ، اٹ اینٹیٹی۔</w:t>
      </w:r>
    </w:p>
    <w:p>
      <w:r>
        <w:rPr>
          <w:b/>
        </w:rPr>
        <w:t xml:space="preserve">[47:34] </w:t>
      </w:r>
      <w:r>
        <w:t>god is a creator, and we are, are, we were created by god. we are not a part of god.</w:t>
      </w:r>
    </w:p>
    <w:p>
      <w:pPr>
        <w:jc w:val="right"/>
      </w:pPr>
      <w:r>
        <w:t>گاڈ از ا کریٹر، اینڈ وی ار، ار، وی ویر کریٹڈ بائی گاڈ۔ وی ار ناٹ ا پارٹ اف گاڈ۔</w:t>
      </w:r>
    </w:p>
    <w:p>
      <w:r>
        <w:rPr>
          <w:b/>
        </w:rPr>
        <w:t xml:space="preserve">[47:47] </w:t>
      </w:r>
      <w:r>
        <w:t>we are not part of god, but we were created, created by god. this is monotheism.</w:t>
      </w:r>
    </w:p>
    <w:p>
      <w:pPr>
        <w:jc w:val="right"/>
      </w:pPr>
      <w:r>
        <w:t>وی ار ناٹ پارٹ اف گاڈ، بٹ وی ویر کریٹڈ، کریٹڈ بائی گاڈ۔ دس از مونوتھیزم۔</w:t>
      </w:r>
    </w:p>
    <w:p>
      <w:r>
        <w:rPr>
          <w:b/>
        </w:rPr>
        <w:t xml:space="preserve">[48:01] </w:t>
      </w:r>
      <w:r>
        <w:t>so concept of monism is not an islamic concept. it was not preach by Muhammad sallallahu alaihi wasallam.</w:t>
      </w:r>
    </w:p>
    <w:p>
      <w:pPr>
        <w:jc w:val="right"/>
      </w:pPr>
      <w:r>
        <w:t>تو کانسیپٹ اف مونزم از ان اسلامک کانسیپٹ۔ اٹ واز ناٹ پریچ بائے محمد صلی اللہ علیہ وسلم۔</w:t>
      </w:r>
    </w:p>
    <w:p>
      <w:r>
        <w:rPr>
          <w:b/>
        </w:rPr>
        <w:t xml:space="preserve">[48:15] </w:t>
      </w:r>
      <w:r>
        <w:t>Muhammad sallallahu alaihi wasallam preach monotheism, tawhid.</w:t>
      </w:r>
    </w:p>
    <w:p>
      <w:pPr>
        <w:jc w:val="right"/>
      </w:pPr>
      <w:r>
        <w:t>محمد صلی اللہ علیہ وسلم پریچ مونوتھیزم، توحید۔</w:t>
      </w:r>
    </w:p>
    <w:p>
      <w:r>
        <w:rPr>
          <w:b/>
        </w:rPr>
        <w:t xml:space="preserve">[48:23] </w:t>
      </w:r>
      <w:r>
        <w:t>yani creator and creature, both are different. We are, we were created by God.</w:t>
      </w:r>
    </w:p>
    <w:p>
      <w:pPr>
        <w:jc w:val="right"/>
      </w:pPr>
      <w:r>
        <w:t>یعنی کریٹر اینڈ کریچر، بوتھ ار ڈفرنٹ۔ وی ار، وی ویر کریٹڈ بائی گاڈ۔</w:t>
      </w:r>
    </w:p>
    <w:p>
      <w:r>
        <w:rPr>
          <w:b/>
        </w:rPr>
        <w:t xml:space="preserve">[48:34] </w:t>
      </w:r>
      <w:r>
        <w:t>We are not a part of God.</w:t>
      </w:r>
    </w:p>
    <w:p>
      <w:pPr>
        <w:jc w:val="right"/>
      </w:pPr>
      <w:r>
        <w:t>وی ار ناٹ ا پارٹ اف گاڈ۔</w:t>
      </w:r>
    </w:p>
    <w:p>
      <w:r>
        <w:rPr>
          <w:b/>
        </w:rPr>
        <w:t xml:space="preserve">[48:41] </w:t>
      </w:r>
      <w:r>
        <w:t>Then there is a question that if Muhammad was the last prophet, then what about all those, all those new issues?</w:t>
      </w:r>
    </w:p>
    <w:p>
      <w:pPr>
        <w:jc w:val="right"/>
      </w:pPr>
      <w:r>
        <w:t>دین دیر از ا کوئسچن دیٹ اف محمد واز دا لاسٹ پرافٹ، دین واٹ اباؤٹ ال دوست، ال دوست نیو ایشوز؟</w:t>
      </w:r>
    </w:p>
    <w:p>
      <w:r>
        <w:rPr>
          <w:b/>
        </w:rPr>
        <w:t xml:space="preserve">[48:56] </w:t>
      </w:r>
      <w:r>
        <w:t>We are living in the world where so many new issues.</w:t>
      </w:r>
    </w:p>
    <w:p>
      <w:pPr>
        <w:jc w:val="right"/>
      </w:pPr>
      <w:r>
        <w:t>وی ار لیونگ ان دا ورلڈ ویر سو مینی نیو ایشوز۔</w:t>
      </w:r>
    </w:p>
    <w:p>
      <w:r>
        <w:rPr>
          <w:b/>
        </w:rPr>
        <w:t xml:space="preserve">[49:01] </w:t>
      </w:r>
      <w:r>
        <w:t>So if the prophet was paralyzed in the seventh century, then how you can solve our problem in 20th century or 21st century?</w:t>
      </w:r>
    </w:p>
    <w:p>
      <w:pPr>
        <w:jc w:val="right"/>
      </w:pPr>
      <w:r>
        <w:t>سو اف دا پرافٹ وڈ واز پیرالائز ان دا سیونتھ سینچری، دین ہاؤ یو کین سالو اور پرابلم ان 20 سینچری اور 21 سینچری؟</w:t>
      </w:r>
    </w:p>
    <w:p>
      <w:r>
        <w:rPr>
          <w:b/>
        </w:rPr>
        <w:t xml:space="preserve">[49:19] </w:t>
      </w:r>
      <w:r>
        <w:t>The answer is ijtihad.</w:t>
      </w:r>
    </w:p>
    <w:p>
      <w:pPr>
        <w:jc w:val="right"/>
      </w:pPr>
      <w:r>
        <w:t>دا انسر از اجتہاد۔</w:t>
      </w:r>
    </w:p>
    <w:p>
      <w:r>
        <w:rPr>
          <w:b/>
        </w:rPr>
        <w:t xml:space="preserve">[49:23] </w:t>
      </w:r>
      <w:r>
        <w:t>ijtihad</w:t>
      </w:r>
    </w:p>
    <w:p>
      <w:pPr>
        <w:jc w:val="right"/>
      </w:pPr>
      <w:r>
        <w:t>اجتہاد</w:t>
      </w:r>
    </w:p>
    <w:p>
      <w:r>
        <w:rPr>
          <w:b/>
        </w:rPr>
        <w:t xml:space="preserve">[49:29] </w:t>
      </w:r>
      <w:r>
        <w:t>The basic principles, the basic teachings, you can find in the Quran. Quran, Quran is book of principles, book of basics.</w:t>
      </w:r>
    </w:p>
    <w:p>
      <w:pPr>
        <w:jc w:val="right"/>
      </w:pPr>
      <w:r>
        <w:t>دا بیسک پرنسپلز، دا بیسک ٹیچنگز، یو کین فائنڈ ان دا قران۔ قران، قران از بک اف پرنسپلز، بک اف بیسکس۔</w:t>
      </w:r>
    </w:p>
    <w:p>
      <w:r>
        <w:rPr>
          <w:b/>
        </w:rPr>
        <w:t xml:space="preserve">[49:43] </w:t>
      </w:r>
      <w:r>
        <w:t>All those basics are mentioned in the Quran.</w:t>
      </w:r>
    </w:p>
    <w:p>
      <w:pPr>
        <w:jc w:val="right"/>
      </w:pPr>
      <w:r>
        <w:t>ال دوست بیسکس ار مینشن ان دا قران۔</w:t>
      </w:r>
    </w:p>
    <w:p>
      <w:r>
        <w:rPr>
          <w:b/>
        </w:rPr>
        <w:t xml:space="preserve">[49:48] </w:t>
      </w:r>
      <w:r>
        <w:t>By applying these basics, you can do ijtihad. Ijtihad means</w:t>
      </w:r>
    </w:p>
    <w:p>
      <w:pPr>
        <w:jc w:val="right"/>
      </w:pPr>
      <w:r>
        <w:t>بائی اپلائنگ دیز بیسکس، یو کین ڈو اجتہاد۔ اجتہاد مینز</w:t>
      </w:r>
    </w:p>
    <w:p>
      <w:r>
        <w:rPr>
          <w:b/>
        </w:rPr>
        <w:t xml:space="preserve">[49:58] </w:t>
      </w:r>
      <w:r>
        <w:t>reapply that principles in a new situation. When you apply those principles mentioned in the Quran in your present situation, that is ijtihad.</w:t>
      </w:r>
    </w:p>
    <w:p>
      <w:pPr>
        <w:jc w:val="right"/>
      </w:pPr>
      <w:r>
        <w:t>ری اپلائی دیٹ پرنسپلز ان ا نیو سچویشن۔ وین یو اپلائی دوست پرنسپلز مینشن ان دا قران ان یور پریزنٹ سچویشن، دیٹ از اجتہاد۔</w:t>
      </w:r>
    </w:p>
    <w:p>
      <w:r>
        <w:rPr>
          <w:b/>
        </w:rPr>
        <w:t xml:space="preserve">[50:17] </w:t>
      </w:r>
      <w:r>
        <w:t>So Quran plus ijtihad, you can solve all the problems.</w:t>
      </w:r>
    </w:p>
    <w:p>
      <w:pPr>
        <w:jc w:val="right"/>
      </w:pPr>
      <w:r>
        <w:t>سو قران پلس اجتہاد، یو کین سالو ال دا پرابلمز۔</w:t>
      </w:r>
    </w:p>
    <w:p>
      <w:r>
        <w:rPr>
          <w:b/>
        </w:rPr>
        <w:t xml:space="preserve">[50:24] </w:t>
      </w:r>
      <w:r>
        <w:t>All the problems can be solved by this method. Quran plus ijtihad.</w:t>
      </w:r>
    </w:p>
    <w:p>
      <w:pPr>
        <w:jc w:val="right"/>
      </w:pPr>
      <w:r>
        <w:t>ال دا پرابلمز کین بی سالو بائی دس میتھڈ۔ قران پلس اجتہاد۔</w:t>
      </w:r>
    </w:p>
    <w:p>
      <w:r>
        <w:rPr>
          <w:b/>
        </w:rPr>
        <w:t xml:space="preserve">[50:35] </w:t>
      </w:r>
      <w:r>
        <w:t>You know, there was a companion Mu'adh ibn Jabal.</w:t>
      </w:r>
    </w:p>
    <w:p>
      <w:pPr>
        <w:jc w:val="right"/>
      </w:pPr>
      <w:r>
        <w:t>یو نو، دیر واز ا کمپینین معاذ بن جبل۔</w:t>
      </w:r>
    </w:p>
    <w:p>
      <w:r>
        <w:rPr>
          <w:b/>
        </w:rPr>
        <w:t xml:space="preserve">[50:45] </w:t>
      </w:r>
      <w:r>
        <w:t>So prophet sent him to some part of the Arabia as a governor.</w:t>
      </w:r>
    </w:p>
    <w:p>
      <w:pPr>
        <w:jc w:val="right"/>
      </w:pPr>
      <w:r>
        <w:t>تو پرافٹ سینڈ ہم ٹو سم پارٹ اف دا عربیہ ایز ا گورنر۔</w:t>
      </w:r>
    </w:p>
    <w:p>
      <w:r>
        <w:rPr>
          <w:b/>
        </w:rPr>
        <w:t xml:space="preserve">[50:56] </w:t>
      </w:r>
      <w:r>
        <w:t>So prophet asked him how you will decide the matters. Mu'adh ibn Jabal said that first of all, I will try to find some answers in the Quran.</w:t>
      </w:r>
    </w:p>
    <w:p>
      <w:pPr>
        <w:jc w:val="right"/>
      </w:pPr>
      <w:r>
        <w:t>سو پرافٹ اسکڈ ہم ہاؤ یو ویل ڈیسائیڈ دا میٹرز۔ معاذ بن جبل سیڈ دیٹ فرسٹ اف ال، ائی ویل ٹرائی ٹو فائنڈ سم انسرز ان دی قران۔</w:t>
      </w:r>
    </w:p>
    <w:p>
      <w:r>
        <w:rPr>
          <w:b/>
        </w:rPr>
        <w:t xml:space="preserve">[51:14] </w:t>
      </w:r>
      <w:r>
        <w:t>And if I fail, then I will seek Hadith. Then I will find, I will try to find some Hadith.</w:t>
      </w:r>
    </w:p>
    <w:p>
      <w:pPr>
        <w:jc w:val="right"/>
      </w:pPr>
      <w:r>
        <w:t>اینڈ اف ائی فیل، دین ائی ویل سیک حدیث۔ دین ائی ویل فائنڈ، ائی ویل ٹرائی ٹو فائنڈ سم حدیث۔</w:t>
      </w:r>
    </w:p>
    <w:p>
      <w:r>
        <w:rPr>
          <w:b/>
        </w:rPr>
        <w:t xml:space="preserve">[51:26] </w:t>
      </w:r>
      <w:r>
        <w:t>And even if I fail to find some clear cut guidance in the Hadith, then I will do jihad.</w:t>
      </w:r>
    </w:p>
    <w:p>
      <w:pPr>
        <w:jc w:val="right"/>
      </w:pPr>
      <w:r>
        <w:t>اینڈ ایون اف ائی فیل ٹو فائنڈ سم کلر کٹ گائیڈنس ان دا حدیث، دین ائی ویل ڈو جہاد۔</w:t>
      </w:r>
    </w:p>
    <w:p>
      <w:r>
        <w:rPr>
          <w:b/>
        </w:rPr>
        <w:t xml:space="preserve">[51:35] </w:t>
      </w:r>
      <w:r>
        <w:t>I will do ijtihad. Ijtihad rai wala al. Then I will do ijtihad.</w:t>
      </w:r>
    </w:p>
    <w:p>
      <w:pPr>
        <w:jc w:val="right"/>
      </w:pPr>
      <w:r>
        <w:t>ائی ویل ڈو اجتہاد۔ اجتہاد رائی ولا ال۔ دین ائی ویل ڈو اجتہاد۔</w:t>
      </w:r>
    </w:p>
    <w:p>
      <w:r>
        <w:rPr>
          <w:b/>
        </w:rPr>
        <w:t xml:space="preserve">[51:43] </w:t>
      </w:r>
      <w:r>
        <w:t>So prophet said, you are correct. Prophet endorsed this thinking. So the real method is that first of all, you have to try to read the Quran to find your answers.</w:t>
      </w:r>
    </w:p>
    <w:p>
      <w:pPr>
        <w:jc w:val="right"/>
      </w:pPr>
      <w:r>
        <w:t>تو پرافٹ سیڈ، یو ار کریکٹ۔ پرافٹ انڈورس دس تھنکنگ۔ سو دا ریل میتھڈ از دیٹ فرسٹ اف ال، یو ہیو ٹو ٹرائی ٹو ریڈ دا قران ٹو فائنڈ یور انسرز۔</w:t>
      </w:r>
    </w:p>
    <w:p>
      <w:r>
        <w:rPr>
          <w:b/>
        </w:rPr>
        <w:t xml:space="preserve">[52:05] </w:t>
      </w:r>
      <w:r>
        <w:t>And if you fail to find your the answers of questions in Quran, then you have to read the Hadith. These sayings of the prophet of Islam.</w:t>
      </w:r>
    </w:p>
    <w:p>
      <w:pPr>
        <w:jc w:val="right"/>
      </w:pPr>
      <w:r>
        <w:t>اینڈ اف یو فیل ٹو فائنڈ یور دا انسرز اف کوئسچنز ان قران، دین یو ہیو ٹو ریڈ دا حدیث۔ دس سینگز اف دا پرافٹ اف اسلام۔</w:t>
      </w:r>
    </w:p>
    <w:p>
      <w:r>
        <w:rPr>
          <w:b/>
        </w:rPr>
        <w:t xml:space="preserve">[52:20] </w:t>
      </w:r>
      <w:r>
        <w:t>And if you are, if you fail to find the answers in the Hadith again, then you try to apply those basic principles in present in new situations.</w:t>
      </w:r>
    </w:p>
    <w:p>
      <w:pPr>
        <w:jc w:val="right"/>
      </w:pPr>
      <w:r>
        <w:t>اینڈ اف یو ار، اف یو فیل ٹو فائنڈ دا انسرز ان دا حدیث اگین، دین یو ٹرائی ٹو اپلائی دوست بیسک پرنسپلز ان پریزنٹ ان نیو سچویشنز۔</w:t>
      </w:r>
    </w:p>
    <w:p>
      <w:r>
        <w:rPr>
          <w:b/>
        </w:rPr>
        <w:t xml:space="preserve">[52:33] </w:t>
      </w:r>
      <w:r>
        <w:t>That is ijtihad.</w:t>
      </w:r>
    </w:p>
    <w:p>
      <w:pPr>
        <w:jc w:val="right"/>
      </w:pPr>
      <w:r>
        <w:t>دیٹ از اجتہاد۔</w:t>
      </w:r>
    </w:p>
    <w:p>
      <w:r>
        <w:rPr>
          <w:b/>
        </w:rPr>
        <w:t xml:space="preserve">[52:37] </w:t>
      </w:r>
      <w:r>
        <w:t>Ijtihad means reapplication. Ijtihad means reapplication of those principles given in the Quran and Hadith.</w:t>
      </w:r>
    </w:p>
    <w:p>
      <w:pPr>
        <w:jc w:val="right"/>
      </w:pPr>
      <w:r>
        <w:t>اجتہاد مینز ری ایپلیکیشن۔ اجتہاد مینز ری ایپلیکیشن اف دوست پرنسپلز گیون ان دا قران اینڈ حدیث۔</w:t>
      </w:r>
    </w:p>
    <w:p>
      <w:r>
        <w:rPr>
          <w:b/>
        </w:rPr>
        <w:t xml:space="preserve">[52:52] </w:t>
      </w:r>
      <w:r>
        <w:t>So through this method, yani Quran plus ijtihad, you can solve all the problems.</w:t>
      </w:r>
    </w:p>
    <w:p>
      <w:pPr>
        <w:jc w:val="right"/>
      </w:pPr>
      <w:r>
        <w:t>سو تھرو دس میتھڈ، یعنی قران پلس اجتہاد، یو کین سالو ال دا پرابلمز۔</w:t>
      </w:r>
    </w:p>
    <w:p>
      <w:r>
        <w:rPr>
          <w:b/>
        </w:rPr>
        <w:t xml:space="preserve">[53:05] </w:t>
      </w:r>
      <w:r>
        <w:t>you can solve all the problems.</w:t>
      </w:r>
    </w:p>
    <w:p>
      <w:pPr>
        <w:jc w:val="right"/>
      </w:pPr>
      <w:r>
        <w:t>یو کین سالو ال دا پرابلمز۔</w:t>
      </w:r>
    </w:p>
    <w:p>
      <w:r>
        <w:rPr>
          <w:b/>
        </w:rPr>
        <w:t xml:space="preserve">[53:13] </w:t>
      </w:r>
      <w:r>
        <w:t>so it is not a question that there are changes in our present world.</w:t>
      </w:r>
    </w:p>
    <w:p>
      <w:pPr>
        <w:jc w:val="right"/>
      </w:pPr>
      <w:r>
        <w:t>سو اٹ از ناٹ ا کوئسچن دیٹ دیر ار چینجز ان اور پریزنٹ ورلڈ۔</w:t>
      </w:r>
    </w:p>
    <w:p>
      <w:r>
        <w:rPr>
          <w:b/>
        </w:rPr>
        <w:t xml:space="preserve">[53:24] </w:t>
      </w:r>
      <w:r>
        <w:t>it not a real question. you can reapply those principles in present situations, and this you can solve those problems.</w:t>
      </w:r>
    </w:p>
    <w:p>
      <w:pPr>
        <w:jc w:val="right"/>
      </w:pPr>
      <w:r>
        <w:t>اٹ ناٹ ا ریل کوئسچن۔ یو کین ری اپلائی دوست پرنسپلز ان پریزنٹ سچویشنز، اینڈ دس یو کین سالو دوست پرابلمز۔</w:t>
      </w:r>
    </w:p>
    <w:p>
      <w:r>
        <w:rPr>
          <w:b/>
        </w:rPr>
        <w:t xml:space="preserve">[53:40] </w:t>
      </w:r>
      <w:r>
        <w:t>this is the right way of deciding the matters.</w:t>
      </w:r>
    </w:p>
    <w:p>
      <w:pPr>
        <w:jc w:val="right"/>
      </w:pPr>
      <w:r>
        <w:t>دس از دا رائٹ وے اف ڈیسائیڈنگ دا میٹرز۔</w:t>
      </w:r>
    </w:p>
    <w:p>
      <w:r>
        <w:rPr>
          <w:b/>
        </w:rPr>
        <w:t xml:space="preserve">[53:46] </w:t>
      </w:r>
      <w:r>
        <w:t>now, what was the real purpose of the prophet? it was to make people know.</w:t>
      </w:r>
    </w:p>
    <w:p>
      <w:pPr>
        <w:jc w:val="right"/>
      </w:pPr>
      <w:r>
        <w:t>ناؤ، واٹ واز دا ریل پرپس اف دا پرافٹ؟ اٹ واز ٹو میک پیپل نو۔</w:t>
      </w:r>
    </w:p>
    <w:p>
      <w:r>
        <w:rPr>
          <w:b/>
        </w:rPr>
        <w:t xml:space="preserve">[53:54] </w:t>
      </w:r>
      <w:r>
        <w:t>it was in one word, it was marifat. marifat, marifat means</w:t>
      </w:r>
    </w:p>
    <w:p>
      <w:pPr>
        <w:jc w:val="right"/>
      </w:pPr>
      <w:r>
        <w:t>اٹ واز ان ون ورڈ، اٹ واز معرفت۔ معرفت، معرفت مینز</w:t>
      </w:r>
    </w:p>
    <w:p>
      <w:r>
        <w:rPr>
          <w:b/>
        </w:rPr>
        <w:t xml:space="preserve">[54:05] </w:t>
      </w:r>
      <w:r>
        <w:t>gods realization, discovery of god.</w:t>
      </w:r>
    </w:p>
    <w:p>
      <w:pPr>
        <w:jc w:val="right"/>
      </w:pPr>
      <w:r>
        <w:t>گاڈز ریلائزیشن، ڈسکوری اف گاڈ۔</w:t>
      </w:r>
    </w:p>
    <w:p>
      <w:r>
        <w:rPr>
          <w:b/>
        </w:rPr>
        <w:t xml:space="preserve">[54:10] </w:t>
      </w:r>
      <w:r>
        <w:t>so prophet makes you able to know, makes you able to discover god, to realize god.</w:t>
      </w:r>
    </w:p>
    <w:p>
      <w:pPr>
        <w:jc w:val="right"/>
      </w:pPr>
      <w:r>
        <w:t>سو پرافٹ میکس یو ایبل ٹو نو، میکس یو ایبل ٹو ڈسکور گاڈ، ٹو ریلائز گاڈ۔</w:t>
      </w:r>
    </w:p>
    <w:p>
      <w:r>
        <w:rPr>
          <w:b/>
        </w:rPr>
        <w:t xml:space="preserve">[54:21] </w:t>
      </w:r>
      <w:r>
        <w:t>this is the, this is the basic purpose of of of the prophet.</w:t>
      </w:r>
    </w:p>
    <w:p>
      <w:pPr>
        <w:jc w:val="right"/>
      </w:pPr>
      <w:r>
        <w:t>دس از دا، دس از دا بیسک پرپس اف اف اف دی پرافٹ۔</w:t>
      </w:r>
    </w:p>
    <w:p>
      <w:r>
        <w:rPr>
          <w:b/>
        </w:rPr>
        <w:t xml:space="preserve">[54:32] </w:t>
      </w:r>
      <w:r>
        <w:t>because there are</w:t>
      </w:r>
    </w:p>
    <w:p>
      <w:pPr>
        <w:jc w:val="right"/>
      </w:pPr>
      <w:r>
        <w:t>بیکاز دیر ار</w:t>
      </w:r>
    </w:p>
    <w:p>
      <w:r>
        <w:rPr>
          <w:b/>
        </w:rPr>
        <w:t xml:space="preserve">[54:34] </w:t>
      </w:r>
      <w:r>
        <w:t>. if you are not aware of the creation plan of god, you cannot think in the right way. here, i would, i will give you an example.</w:t>
      </w:r>
    </w:p>
    <w:p>
      <w:pPr>
        <w:jc w:val="right"/>
      </w:pPr>
      <w:r>
        <w:t>۔ اف یو ار ناٹ اویر اف دا کریشن پلان اف گاڈ، یو کین ناٹ تھنک ان دا رائٹ وے۔ ہیر، ائی وڈ، ائی ویل گیو یو ان ایگزامپل۔</w:t>
      </w:r>
    </w:p>
    <w:p>
      <w:r>
        <w:rPr>
          <w:b/>
        </w:rPr>
        <w:t xml:space="preserve">[54:47] </w:t>
      </w:r>
      <w:r>
        <w:t>throughout history, all the prophet, throughout history, all the philosophers, all the reformers tried to establish an ideal state, an ideal society, an ideal life.</w:t>
      </w:r>
    </w:p>
    <w:p>
      <w:pPr>
        <w:jc w:val="right"/>
      </w:pPr>
      <w:r>
        <w:t>تھروٹ ہسٹری، ال دا پرافٹ، تھروٹ ہسٹری، ال دا فلاسفرز، ال دا ریفارمرز ٹرائیڈ ٹو اسٹیبلش این ائیڈیل اسٹیٹ، این ائیڈیل سوسائٹی، این ائیڈیل لائف۔</w:t>
      </w:r>
    </w:p>
    <w:p>
      <w:r>
        <w:rPr>
          <w:b/>
        </w:rPr>
        <w:t xml:space="preserve">[55:04] </w:t>
      </w:r>
      <w:r>
        <w:t>everyone, everyone, everyone was obsessed with idealism. right from aristotle up to our present leaders, all are obsessed with idealism.</w:t>
      </w:r>
    </w:p>
    <w:p>
      <w:pPr>
        <w:jc w:val="right"/>
      </w:pPr>
      <w:r>
        <w:t>ایوری ون، ایوری ون، ایوری ون واز ابسس ود ائیڈیلزم۔ رائٹ فرام ارسٹوٹل اپ ٹو اور پریزنٹ لیڈرز، ال ار ابسس ود ائیڈیلزم۔</w:t>
      </w:r>
    </w:p>
    <w:p>
      <w:r>
        <w:rPr>
          <w:b/>
        </w:rPr>
        <w:t xml:space="preserve">[55:18] </w:t>
      </w:r>
      <w:r>
        <w:t>they tried to establish ideal state, ideal society, ideal system, but everyone failed.</w:t>
      </w:r>
    </w:p>
    <w:p>
      <w:pPr>
        <w:jc w:val="right"/>
      </w:pPr>
      <w:r>
        <w:t>دے ٹرائی ٹو اسٹیبلش ائیڈیل اسٹیٹ، ائیڈیل سوسائٹی، ائیڈیل سسٹم، بٹ ایوری ون فیلڈ۔</w:t>
      </w:r>
    </w:p>
    <w:p>
      <w:r>
        <w:rPr>
          <w:b/>
        </w:rPr>
        <w:t xml:space="preserve">[55:29] </w:t>
      </w:r>
      <w:r>
        <w:t>aristotle failed, and also other, other reformers failed. why?</w:t>
      </w:r>
    </w:p>
    <w:p>
      <w:pPr>
        <w:jc w:val="right"/>
      </w:pPr>
      <w:r>
        <w:t>ارسٹوٹل فیلڈ، اینڈ السو ادر، ادر ریفارمرز فیلڈ۔ وائی؟</w:t>
      </w:r>
    </w:p>
    <w:p>
      <w:r>
        <w:rPr>
          <w:b/>
        </w:rPr>
        <w:t xml:space="preserve">[55:38] </w:t>
      </w:r>
      <w:r>
        <w:t>prophets give the answer to this question. and his answer was, ideal cannot be achieved in this world.</w:t>
      </w:r>
    </w:p>
    <w:p>
      <w:pPr>
        <w:jc w:val="right"/>
      </w:pPr>
      <w:r>
        <w:t>پرافٹس گیو دا انسر ٹو دس کوئسچن۔ اینڈ ہز انسر واز، ائیڈیل کین ناٹ بی اچیو ان دس ورلڈ۔</w:t>
      </w:r>
    </w:p>
    <w:p>
      <w:r>
        <w:rPr>
          <w:b/>
        </w:rPr>
        <w:t xml:space="preserve">[55:51] </w:t>
      </w:r>
      <w:r>
        <w:t>because ideal world, because only paradise is the ideal world.</w:t>
      </w:r>
    </w:p>
    <w:p>
      <w:pPr>
        <w:jc w:val="right"/>
      </w:pPr>
      <w:r>
        <w:t>بیکاز ائیڈیل ورلڈ، بیکاز اونلی پیراڈائزز دا ائیڈیل ورلڈ۔</w:t>
      </w:r>
    </w:p>
    <w:p>
      <w:r>
        <w:rPr>
          <w:b/>
        </w:rPr>
        <w:t xml:space="preserve">[55:58] </w:t>
      </w:r>
      <w:r>
        <w:t>this is the, this is the testing ground. this world is testing ground. you cannot establish an ideal situation in this world.</w:t>
      </w:r>
    </w:p>
    <w:p>
      <w:pPr>
        <w:jc w:val="right"/>
      </w:pPr>
      <w:r>
        <w:t>دس از دا، دس از دا ٹیسٹنگ گراؤنڈ۔ دس ورلڈ از ٹیسٹنگ گراؤنڈ۔ یو کین ناٹ اسٹیبلش این ائیڈیل سچویشن ان دس ورلڈ۔</w:t>
      </w:r>
    </w:p>
    <w:p>
      <w:r>
        <w:rPr>
          <w:b/>
        </w:rPr>
        <w:t xml:space="preserve">[56:10] </w:t>
      </w:r>
      <w:r>
        <w:t>in right examination hall. in examination hall, in examination hall, you can find your, your required job</w:t>
      </w:r>
    </w:p>
    <w:p>
      <w:pPr>
        <w:jc w:val="right"/>
      </w:pPr>
      <w:r>
        <w:t>ان رائٹ ایگزامینیشن ہال۔ ان ایگزامینیشن ہال، ان ایگزامینیشن ہال، یو کین فائنڈ یور، یور ریکوائرڈ جاب</w:t>
      </w:r>
    </w:p>
    <w:p>
      <w:r>
        <w:rPr>
          <w:b/>
        </w:rPr>
        <w:t xml:space="preserve">[56:20] </w:t>
      </w:r>
      <w:r>
        <w:t>. so prophet, prophet tell us, all the prophets tell us that this world was not created for this purpose.</w:t>
      </w:r>
    </w:p>
    <w:p>
      <w:pPr>
        <w:jc w:val="right"/>
      </w:pPr>
      <w:r>
        <w:t>۔ تو پرافٹ، پرافٹ ٹیل اس، ال دا پرافٹس ٹیل اس دیٹ دس ورلڈ واز ناٹ کریٹڈ فار دس پرپس۔</w:t>
      </w:r>
    </w:p>
    <w:p>
      <w:r>
        <w:rPr>
          <w:b/>
        </w:rPr>
        <w:t xml:space="preserve">[56:37] </w:t>
      </w:r>
      <w:r>
        <w:t>so you cannot, so ideal cannot be achieved in this world. because this out of the creation plan.</w:t>
      </w:r>
    </w:p>
    <w:p>
      <w:pPr>
        <w:jc w:val="right"/>
      </w:pPr>
      <w:r>
        <w:t>سو یو کین ناٹ، سو ائیڈیل کین ناٹ بی اچیو ان دس ورلڈ۔ بیکاز دس اؤٹ اف دا کریشن پلان۔</w:t>
      </w:r>
    </w:p>
    <w:p>
      <w:r>
        <w:rPr>
          <w:b/>
        </w:rPr>
        <w:t xml:space="preserve">[56:48] </w:t>
      </w:r>
      <w:r>
        <w:t>this was quite unknown to all those thinkers.</w:t>
      </w:r>
    </w:p>
    <w:p>
      <w:pPr>
        <w:jc w:val="right"/>
      </w:pPr>
      <w:r>
        <w:t>دس واز کوائٹ ان نون ٹو ال دوست تھنکرز۔</w:t>
      </w:r>
    </w:p>
    <w:p>
      <w:r>
        <w:rPr>
          <w:b/>
        </w:rPr>
        <w:t xml:space="preserve">[56:55] </w:t>
      </w:r>
      <w:r>
        <w:t>this, this reality was quite unknown to all those thinkers. to socrates, to plato, to aristotle, to bertrand russell, to marx, to darwin,</w:t>
      </w:r>
    </w:p>
    <w:p>
      <w:pPr>
        <w:jc w:val="right"/>
      </w:pPr>
      <w:r>
        <w:t>دس، دس ریلیٹی واز کوائٹ ان نون ٹو ال دوست تھنکرز۔ ٹو سکرٹیز، ٹو پلیٹو، ٹو ارسٹوٹل، ٹو برٹنسل، ٹو مارس، ٹو ڈارون،</w:t>
      </w:r>
    </w:p>
    <w:p>
      <w:r>
        <w:rPr>
          <w:b/>
        </w:rPr>
        <w:t xml:space="preserve">[57:13] </w:t>
      </w:r>
      <w:r>
        <w:t>to rousseau</w:t>
      </w:r>
    </w:p>
    <w:p>
      <w:pPr>
        <w:jc w:val="right"/>
      </w:pPr>
      <w:r>
        <w:t>ٹو روسو</w:t>
      </w:r>
    </w:p>
    <w:p>
      <w:r>
        <w:rPr>
          <w:b/>
        </w:rPr>
        <w:t xml:space="preserve">[57:18] </w:t>
      </w:r>
      <w:r>
        <w:t>. everyone was quite unaware of this fact. so they tried to establish ideal state, ideal society, and they failed.</w:t>
      </w:r>
    </w:p>
    <w:p>
      <w:pPr>
        <w:jc w:val="right"/>
      </w:pPr>
      <w:r>
        <w:t>۔ ایوری ون واز کوائٹ ان ایور اف دس فیکٹ۔ سو دے ٹرائی ٹو اسٹیبلش ائیڈیل اسٹیٹ، ائیڈیل سوسائٹی، اینڈ دے فیلڈ۔</w:t>
      </w:r>
    </w:p>
    <w:p>
      <w:r>
        <w:rPr>
          <w:b/>
        </w:rPr>
        <w:t xml:space="preserve">[57:30] </w:t>
      </w:r>
      <w:r>
        <w:t>because that was out of the, of the creation plan of God.</w:t>
      </w:r>
    </w:p>
    <w:p>
      <w:pPr>
        <w:jc w:val="right"/>
      </w:pPr>
      <w:r>
        <w:t>بیکاز دیٹ واز اؤٹ اف دا، اف دا کریشن پلان اف گاڈ۔</w:t>
      </w:r>
    </w:p>
    <w:p>
      <w:r>
        <w:rPr>
          <w:b/>
        </w:rPr>
        <w:t xml:space="preserve">[57:40] </w:t>
      </w:r>
      <w:r>
        <w:t>Only prophet was aware of this fact by the grace of God. And</w:t>
      </w:r>
    </w:p>
    <w:p>
      <w:pPr>
        <w:jc w:val="right"/>
      </w:pPr>
      <w:r>
        <w:t>اونلی پرافٹ واز اویر اف دس فیکٹ بائی دا گریس اف گاڈ۔ این</w:t>
      </w:r>
    </w:p>
    <w:p>
      <w:r>
        <w:rPr>
          <w:b/>
        </w:rPr>
        <w:t xml:space="preserve">[57:47] </w:t>
      </w:r>
      <w:r>
        <w:t>then they, they told us</w:t>
      </w:r>
    </w:p>
    <w:p>
      <w:pPr>
        <w:jc w:val="right"/>
      </w:pPr>
      <w:r>
        <w:t>ڈ دین دے، دے ٹولڈ اس</w:t>
      </w:r>
    </w:p>
    <w:p>
      <w:r>
        <w:rPr>
          <w:b/>
        </w:rPr>
        <w:t xml:space="preserve">[57:56] </w:t>
      </w:r>
      <w:r>
        <w:t>that, don't try to establish your ideal in this world. That is impossible, but you have to do good deeds so that you may find your ideal world in this, in the hereafter.</w:t>
      </w:r>
    </w:p>
    <w:p>
      <w:pPr>
        <w:jc w:val="right"/>
      </w:pPr>
      <w:r>
        <w:t>دیٹ، ڈونٹ ٹرائی ٹو اسٹیبلش یور ائیڈیل ان دس ورلڈ۔ دیٹ از امپوسیبل، بٹ یو ہیو ٹو ڈو گڈ ڈیڈ سو دیٹ یو می فائنڈ یور ائیڈیل ورلڈ ان دس، ان دا ہیر افٹر۔</w:t>
      </w:r>
    </w:p>
    <w:p>
      <w:r>
        <w:rPr>
          <w:b/>
        </w:rPr>
        <w:t xml:space="preserve">[58:16] </w:t>
      </w:r>
      <w:r>
        <w:t>This great, great contribution of prophet to, to mankind. You know,</w:t>
      </w:r>
    </w:p>
    <w:p>
      <w:pPr>
        <w:jc w:val="right"/>
      </w:pPr>
      <w:r>
        <w:t>دس گریٹ، گریٹ کنٹریبیوشن اف پرافٹ ٹو، ٹو مین کائنڈ۔ یو نو،</w:t>
      </w:r>
    </w:p>
    <w:p>
      <w:r>
        <w:rPr>
          <w:b/>
        </w:rPr>
        <w:t xml:space="preserve">[58:32] </w:t>
      </w:r>
      <w:r>
        <w:t>in short, I can say that all the prophets came with the same religion, but their</w:t>
      </w:r>
    </w:p>
    <w:p>
      <w:pPr>
        <w:jc w:val="right"/>
      </w:pPr>
      <w:r>
        <w:t>ان شارٹ، ائی کین سے دیٹ ال دا پرافٹس کیم ود دا سیم ریلیجن، بٹ دیر</w:t>
      </w:r>
    </w:p>
    <w:p>
      <w:r>
        <w:rPr>
          <w:b/>
        </w:rPr>
        <w:t xml:space="preserve">[58:49] </w:t>
      </w:r>
      <w:r>
        <w:t>religion was not preserved in its original form</w:t>
      </w:r>
    </w:p>
    <w:p>
      <w:pPr>
        <w:jc w:val="right"/>
      </w:pPr>
      <w:r>
        <w:t>ریلیجن واز ناٹ پریزروڈ ان اٹس اوریجنل فارم</w:t>
      </w:r>
    </w:p>
    <w:p>
      <w:r>
        <w:rPr>
          <w:b/>
        </w:rPr>
        <w:t xml:space="preserve">[58:54] </w:t>
      </w:r>
      <w:r>
        <w:t>. So their religion became inauthentic. Then the prophet of Islam came to this world, and by the grace of God, he was able to,</w:t>
      </w:r>
    </w:p>
    <w:p>
      <w:pPr>
        <w:jc w:val="right"/>
      </w:pPr>
      <w:r>
        <w:t>۔ سو دیر ریلیجن بیکم ان اتھینٹک۔ دین دا پرافٹ اف اسلام کیم ٹو دس ورلڈ، اینڈ بائی دا گریس اف گاڈ، ہی واز ایبل ٹو،</w:t>
      </w:r>
    </w:p>
    <w:p>
      <w:r>
        <w:rPr>
          <w:b/>
        </w:rPr>
        <w:t xml:space="preserve">[59:10] </w:t>
      </w:r>
      <w:r>
        <w:t>to form a strong team. And, and this team was able to preserve Quran, preserve the, the language of the Quran.</w:t>
      </w:r>
    </w:p>
    <w:p>
      <w:pPr>
        <w:jc w:val="right"/>
      </w:pPr>
      <w:r>
        <w:t>ٹو فارم ا سٹرانگ ٹیم۔ اینڈ، اینڈ دس ٹیم واز ایبل ٹو پریزرو قران، پریزرو دا، دا لینگویج اف دا قران۔</w:t>
      </w:r>
    </w:p>
    <w:p>
      <w:r>
        <w:rPr>
          <w:b/>
        </w:rPr>
        <w:t xml:space="preserve">[59:23] </w:t>
      </w:r>
      <w:r>
        <w:t>So now, there was no need of new prophet. So God declared that Muhammad was the last prophet.</w:t>
      </w:r>
    </w:p>
    <w:p>
      <w:pPr>
        <w:jc w:val="right"/>
      </w:pPr>
      <w:r>
        <w:t>سو ناؤ، دیر واز نو نیڈ اف نیو پرافٹ۔ سو گاڈ ڈیکلیئرڈ دیٹ محمد واز دا لاسٹ پرافٹ۔</w:t>
      </w:r>
    </w:p>
    <w:p>
      <w:r>
        <w:rPr>
          <w:b/>
        </w:rPr>
        <w:t xml:space="preserve">[59:35] </w:t>
      </w:r>
      <w:r>
        <w:t>I say my words and ask forgiveness from God for you and for all Muslims.</w:t>
      </w:r>
    </w:p>
    <w:p>
      <w:pPr>
        <w:jc w:val="right"/>
      </w:pPr>
      <w:r>
        <w:t>اقول قولھذا، واستغفراللہ، لیولکم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