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Moral Values in Islam 10 July, 2008 - Maulana Wahiduddin Khan</w:t>
      </w:r>
    </w:p>
    <w:p>
      <w:r>
        <w:t>https://www.youtube.com/watch?v=IdBtIDNiLUg</w:t>
      </w:r>
    </w:p>
    <w:p>
      <w:r>
        <w:rPr>
          <w:b/>
        </w:rPr>
        <w:t xml:space="preserve">[00:11] </w:t>
      </w:r>
      <w:r>
        <w:t>In the name of Allah, the Most Gracious, the Most Merciful. And may Allah bless the noble prophet. O my Lord, expand my breast, and ease my task,</w:t>
      </w:r>
    </w:p>
    <w:p>
      <w:pPr>
        <w:jc w:val="right"/>
      </w:pPr>
      <w:r>
        <w:t>بسم اللہ الرحمن الرحیم، وصلی اللہ علی النبی الکریم۔ رب اشرح لی صدری، ویسر لی امری،</w:t>
      </w:r>
    </w:p>
    <w:p>
      <w:r>
        <w:rPr>
          <w:b/>
        </w:rPr>
        <w:t xml:space="preserve">[00:26] </w:t>
      </w:r>
      <w:r>
        <w:t>and loose the knot from my tongue, that they may understand my speech.</w:t>
      </w:r>
    </w:p>
    <w:p>
      <w:pPr>
        <w:jc w:val="right"/>
      </w:pPr>
      <w:r>
        <w:t>واحل العقدۃ من لسانی، یفقہ قولی۔</w:t>
      </w:r>
    </w:p>
    <w:p>
      <w:r>
        <w:rPr>
          <w:b/>
        </w:rPr>
        <w:t xml:space="preserve">[00:36] </w:t>
      </w:r>
      <w:r>
        <w:t>The topic for this evening is "Moral Values in Islam".</w:t>
      </w:r>
    </w:p>
    <w:p>
      <w:pPr>
        <w:jc w:val="right"/>
      </w:pPr>
      <w:r>
        <w:t>دا ٹاپک فار دس ایوننگ از "مورل ویلیوز ان اسلام"۔</w:t>
      </w:r>
    </w:p>
    <w:p>
      <w:r>
        <w:rPr>
          <w:b/>
        </w:rPr>
        <w:t xml:space="preserve">[00:51] </w:t>
      </w:r>
      <w:r>
        <w:t>Now, what is the definition of "moral values"?</w:t>
      </w:r>
    </w:p>
    <w:p>
      <w:pPr>
        <w:jc w:val="right"/>
      </w:pPr>
      <w:r>
        <w:t>ناؤ، واٹ از دا ڈیفینیشن اف "مورل ویلیوز"؟</w:t>
      </w:r>
    </w:p>
    <w:p>
      <w:r>
        <w:rPr>
          <w:b/>
        </w:rPr>
        <w:t xml:space="preserve">[00:59] </w:t>
      </w:r>
      <w:r>
        <w:t>Moral values means social values,</w:t>
      </w:r>
    </w:p>
    <w:p>
      <w:pPr>
        <w:jc w:val="right"/>
      </w:pPr>
      <w:r>
        <w:t>مورل ویلیوز مینز سوشل ویلیوز،</w:t>
      </w:r>
    </w:p>
    <w:p>
      <w:r>
        <w:rPr>
          <w:b/>
        </w:rPr>
        <w:t xml:space="preserve">[01:07] </w:t>
      </w:r>
      <w:r>
        <w:t>living with right conduct among other people, in your family, in your neighborhood, as well as in the vast ocean of humanity.</w:t>
      </w:r>
    </w:p>
    <w:p>
      <w:pPr>
        <w:jc w:val="right"/>
      </w:pPr>
      <w:r>
        <w:t>لیونگ ود رائٹ کنڈکٹ امنگ ادر پیپل، ان یور فیملی، ان یور نیبرہڈ، ایز ویل ایز ان دا واسٹ اوشن اف ہیومینٹی۔</w:t>
      </w:r>
    </w:p>
    <w:p>
      <w:r>
        <w:rPr>
          <w:b/>
        </w:rPr>
        <w:t xml:space="preserve">[01:29] </w:t>
      </w:r>
      <w:r>
        <w:t>So, ordering right conduct in the society, that is moral values.</w:t>
      </w:r>
    </w:p>
    <w:p>
      <w:pPr>
        <w:jc w:val="right"/>
      </w:pPr>
      <w:r>
        <w:t>سو، اڈرنگ رائٹ کنڈکٹ ان دا سوسائٹی، دیٹ از مورل ویلیوز۔</w:t>
      </w:r>
    </w:p>
    <w:p>
      <w:r>
        <w:rPr>
          <w:b/>
        </w:rPr>
        <w:t xml:space="preserve">[01:41] </w:t>
      </w:r>
      <w:r>
        <w:t>So, this is the subject for this evening. Now, I have studied almost all the major religions.</w:t>
      </w:r>
    </w:p>
    <w:p>
      <w:pPr>
        <w:jc w:val="right"/>
      </w:pPr>
      <w:r>
        <w:t>سو، دس از دا سبجیکٹ فار دس ایوننگ۔ ناؤ، ائی ہیو سٹڈیڈ الموسٹ ال دا میجر ریلیجن۔</w:t>
      </w:r>
    </w:p>
    <w:p>
      <w:r>
        <w:rPr>
          <w:b/>
        </w:rPr>
        <w:t xml:space="preserve">[01:59] </w:t>
      </w:r>
      <w:r>
        <w:t>I found that there are two different aspects of every religion, especially revealed religion.</w:t>
      </w:r>
    </w:p>
    <w:p>
      <w:pPr>
        <w:jc w:val="right"/>
      </w:pPr>
      <w:r>
        <w:t>ائی فاؤنڈ دیٹ دیر ار ٹو ڈفرنٹ اسپیکٹ اف ایوری ریلیجن، اسپیشلی ریویلڈ ریلیجن۔</w:t>
      </w:r>
    </w:p>
    <w:p>
      <w:r>
        <w:rPr>
          <w:b/>
        </w:rPr>
        <w:t xml:space="preserve">[02:18] </w:t>
      </w:r>
      <w:r>
        <w:t>What are those? What are those two aspects</w:t>
      </w:r>
    </w:p>
    <w:p>
      <w:pPr>
        <w:jc w:val="right"/>
      </w:pPr>
      <w:r>
        <w:t>واٹ ار دو؟ واٹ ار دوز ٹو اسپیکٹس</w:t>
      </w:r>
    </w:p>
    <w:p>
      <w:r>
        <w:rPr>
          <w:b/>
        </w:rPr>
        <w:t xml:space="preserve">[02:23] </w:t>
      </w:r>
      <w:r>
        <w:t>? One is its belief system, the belief system of a religion.</w:t>
      </w:r>
    </w:p>
    <w:p>
      <w:pPr>
        <w:jc w:val="right"/>
      </w:pPr>
      <w:r>
        <w:t>؟ ون از اٹس بیلیف سسٹم، دا بیلیف سسٹم اف ا ریلیجن۔</w:t>
      </w:r>
    </w:p>
    <w:p>
      <w:r>
        <w:rPr>
          <w:b/>
        </w:rPr>
        <w:t xml:space="preserve">[02:34] </w:t>
      </w:r>
      <w:r>
        <w:t>Then, the other aspect is its moral system or ethical system. So, these are these are two basic aspects of any religion.</w:t>
      </w:r>
    </w:p>
    <w:p>
      <w:pPr>
        <w:jc w:val="right"/>
      </w:pPr>
      <w:r>
        <w:t>دین، دی ادر اسپیکٹ از اٹس مورل سسٹم اور ایتھیکل سسٹم۔ سو، دیز ار دیز ار ٹو بیسک اسپیکٹ اف اینی ریلیجن۔</w:t>
      </w:r>
    </w:p>
    <w:p>
      <w:r>
        <w:rPr>
          <w:b/>
        </w:rPr>
        <w:t xml:space="preserve">[02:52] </w:t>
      </w:r>
      <w:r>
        <w:t>According to my study,</w:t>
      </w:r>
    </w:p>
    <w:p>
      <w:pPr>
        <w:jc w:val="right"/>
      </w:pPr>
      <w:r>
        <w:t>اکارڈنگ ٹو مائی سٹڈی،</w:t>
      </w:r>
    </w:p>
    <w:p>
      <w:r>
        <w:rPr>
          <w:b/>
        </w:rPr>
        <w:t xml:space="preserve">[02:57] </w:t>
      </w:r>
      <w:r>
        <w:t>there are differences in belief system.</w:t>
      </w:r>
    </w:p>
    <w:p>
      <w:pPr>
        <w:jc w:val="right"/>
      </w:pPr>
      <w:r>
        <w:t>دیر ار ڈیفرنسز ان بیلیف سسٹم۔</w:t>
      </w:r>
    </w:p>
    <w:p>
      <w:r>
        <w:rPr>
          <w:b/>
        </w:rPr>
        <w:t xml:space="preserve">[03:04] </w:t>
      </w:r>
      <w:r>
        <w:t>for example, buddhism is a religion, but it is a godless religion. then, christianity is a religion,</w:t>
      </w:r>
    </w:p>
    <w:p>
      <w:pPr>
        <w:jc w:val="right"/>
      </w:pPr>
      <w:r>
        <w:t>فار ایگزامپل، بدھزم از ا ریلیجن، بٹ اٹ از ا گاڈ لیس ریلیجن۔ دین، کرسچینٹی از ا ریلیجن،</w:t>
      </w:r>
    </w:p>
    <w:p>
      <w:r>
        <w:rPr>
          <w:b/>
        </w:rPr>
        <w:t xml:space="preserve">[03:20] </w:t>
      </w:r>
      <w:r>
        <w:t>but christianity according to the christian church, they believe in trinity, that is three god.</w:t>
      </w:r>
    </w:p>
    <w:p>
      <w:pPr>
        <w:jc w:val="right"/>
      </w:pPr>
      <w:r>
        <w:t>بٹ کرسچینٹی اکارڈنگ ٹو دا کرسچن چرچ، دے بیلیو ان ٹرینٹی، دیٹ از تھری گاڈ۔</w:t>
      </w:r>
    </w:p>
    <w:p>
      <w:r>
        <w:rPr>
          <w:b/>
        </w:rPr>
        <w:t xml:space="preserve">[03:34] </w:t>
      </w:r>
      <w:r>
        <w:t>although they don't speak three god, they say trinity, but trinity means god is three.</w:t>
      </w:r>
    </w:p>
    <w:p>
      <w:pPr>
        <w:jc w:val="right"/>
      </w:pPr>
      <w:r>
        <w:t>الدو دے ڈونٹ سپیک تھری گاڈ، دے سے ٹرینٹی، بٹ ٹرینٹی مینز گاڈ از تھری۔</w:t>
      </w:r>
    </w:p>
    <w:p>
      <w:r>
        <w:rPr>
          <w:b/>
        </w:rPr>
        <w:t xml:space="preserve">[03:48] </w:t>
      </w:r>
      <w:r>
        <w:t>then, there is hinduism. hinduism, hindu people believe in numerous gods, not a single god.</w:t>
      </w:r>
    </w:p>
    <w:p>
      <w:pPr>
        <w:jc w:val="right"/>
      </w:pPr>
      <w:r>
        <w:t>دین، دیر از ہندوازم۔ ہندوازم، ہند پیپل بیلیو ان نیورس گاڈز، ناٹ ا سنگل گاڈ۔</w:t>
      </w:r>
    </w:p>
    <w:p>
      <w:r>
        <w:rPr>
          <w:b/>
        </w:rPr>
        <w:t xml:space="preserve">[04:07] </w:t>
      </w:r>
      <w:r>
        <w:t>and in islam, according to islamic belief,</w:t>
      </w:r>
    </w:p>
    <w:p>
      <w:pPr>
        <w:jc w:val="right"/>
      </w:pPr>
      <w:r>
        <w:t>اینڈ ان اسلام، اکارڈنگ ٹو اسلامک بیلیف،</w:t>
      </w:r>
    </w:p>
    <w:p>
      <w:r>
        <w:rPr>
          <w:b/>
        </w:rPr>
        <w:t xml:space="preserve">[04:16] </w:t>
      </w:r>
      <w:r>
        <w:t>god is one. there is no god but one god, that is tawheed.</w:t>
      </w:r>
    </w:p>
    <w:p>
      <w:pPr>
        <w:jc w:val="right"/>
      </w:pPr>
      <w:r>
        <w:t>گاڈ از ون۔ دیر از نو گاڈ بٹ ون گاڈ، دیٹ از توحید۔</w:t>
      </w:r>
    </w:p>
    <w:p>
      <w:r>
        <w:rPr>
          <w:b/>
        </w:rPr>
        <w:t xml:space="preserve">[04:27] </w:t>
      </w:r>
      <w:r>
        <w:t>so, there are so many differences in belief system of different religions. but as far as the ethical system is concerned, or moral system is concerned,</w:t>
      </w:r>
    </w:p>
    <w:p>
      <w:pPr>
        <w:jc w:val="right"/>
      </w:pPr>
      <w:r>
        <w:t>سو، دیر ار سو مینی ڈیفرنسز ان بیلیف سسٹم اف ڈفرنٹ ریلیجنز۔ بٹ ایز فار ایز دا ایتھیکل سسٹم از کنسرن، اور مورل سسٹم از کنسرن،</w:t>
      </w:r>
    </w:p>
    <w:p>
      <w:r>
        <w:rPr>
          <w:b/>
        </w:rPr>
        <w:t xml:space="preserve">[04:47] </w:t>
      </w:r>
      <w:r>
        <w:t>there is no basic difference between this religion and that religion. almost all the religions preach the same</w:t>
      </w:r>
    </w:p>
    <w:p>
      <w:pPr>
        <w:jc w:val="right"/>
      </w:pPr>
      <w:r>
        <w:t>دیر از نو بیسک ڈیفرنس بٹوین دس ریلیجن اینڈ دیٹ ریلیجن۔ الموسٹ ال دا ریلیجنز پریچ دا سیم</w:t>
      </w:r>
    </w:p>
    <w:p>
      <w:r>
        <w:rPr>
          <w:b/>
        </w:rPr>
        <w:t xml:space="preserve">[05:04] </w:t>
      </w:r>
      <w:r>
        <w:t>value system, same moral values.</w:t>
      </w:r>
    </w:p>
    <w:p>
      <w:pPr>
        <w:jc w:val="right"/>
      </w:pPr>
      <w:r>
        <w:t>ویلیو سسٹم، سیم مورل ویلیوز۔</w:t>
      </w:r>
    </w:p>
    <w:p>
      <w:r>
        <w:rPr>
          <w:b/>
        </w:rPr>
        <w:t xml:space="preserve">[05:11] </w:t>
      </w:r>
      <w:r>
        <w:t>so, in this sense, islam is not an exception. islam also preaches the same value system as it is preached by other religion.</w:t>
      </w:r>
    </w:p>
    <w:p>
      <w:pPr>
        <w:jc w:val="right"/>
      </w:pPr>
      <w:r>
        <w:t>سو، ان دس سینس، اسلام از ناٹ این ایکسیپشن۔ اسلام السو پریچز دا سیم ویلیو سسٹم ایز اٹ از پریچڈ بائی ادر ریلیجن۔</w:t>
      </w:r>
    </w:p>
    <w:p>
      <w:r>
        <w:rPr>
          <w:b/>
        </w:rPr>
        <w:t xml:space="preserve">[05:30] </w:t>
      </w:r>
      <w:r>
        <w:t>for example,</w:t>
      </w:r>
    </w:p>
    <w:p>
      <w:pPr>
        <w:jc w:val="right"/>
      </w:pPr>
      <w:r>
        <w:t>فار ایگزامپل،</w:t>
      </w:r>
    </w:p>
    <w:p>
      <w:r>
        <w:rPr>
          <w:b/>
        </w:rPr>
        <w:t xml:space="preserve">[05:34] </w:t>
      </w:r>
      <w:r>
        <w:t>every religion</w:t>
      </w:r>
    </w:p>
    <w:p>
      <w:pPr>
        <w:jc w:val="right"/>
      </w:pPr>
      <w:r>
        <w:t>ایوری ریلیجن</w:t>
      </w:r>
    </w:p>
    <w:p>
      <w:r>
        <w:rPr>
          <w:b/>
        </w:rPr>
        <w:t xml:space="preserve">[05:38] </w:t>
      </w:r>
      <w:r>
        <w:t>preaches</w:t>
      </w:r>
    </w:p>
    <w:p>
      <w:pPr>
        <w:jc w:val="right"/>
      </w:pPr>
      <w:r>
        <w:t>پریچز</w:t>
      </w:r>
    </w:p>
    <w:p>
      <w:r>
        <w:rPr>
          <w:b/>
        </w:rPr>
        <w:t xml:space="preserve">[05:42] </w:t>
      </w:r>
      <w:r>
        <w:t>truthfulness, peace, tolerance, honesty, love, compassion.</w:t>
      </w:r>
    </w:p>
    <w:p>
      <w:pPr>
        <w:jc w:val="right"/>
      </w:pPr>
      <w:r>
        <w:t>ٹروتھ فلنس، پیس، ٹولرنس، ہونسٹی، لو، کمپیشن۔</w:t>
      </w:r>
    </w:p>
    <w:p>
      <w:r>
        <w:rPr>
          <w:b/>
        </w:rPr>
        <w:t xml:space="preserve">[05:53] </w:t>
      </w:r>
      <w:r>
        <w:t>so, all these values are</w:t>
      </w:r>
    </w:p>
    <w:p>
      <w:pPr>
        <w:jc w:val="right"/>
      </w:pPr>
      <w:r>
        <w:t>سو، ال دیز ویلیوز ار</w:t>
      </w:r>
    </w:p>
    <w:p>
      <w:r>
        <w:rPr>
          <w:b/>
        </w:rPr>
        <w:t xml:space="preserve">[06:01] </w:t>
      </w:r>
      <w:r>
        <w:t>ingredient, ingredient part of every religious moral scheme.</w:t>
      </w:r>
    </w:p>
    <w:p>
      <w:pPr>
        <w:jc w:val="right"/>
      </w:pPr>
      <w:r>
        <w:t>انگریڈینٹ، انگریڈینٹ پارٹ اف ایوری ریلیجس مورل سکیم۔</w:t>
      </w:r>
    </w:p>
    <w:p>
      <w:r>
        <w:rPr>
          <w:b/>
        </w:rPr>
        <w:t xml:space="preserve">[06:11] </w:t>
      </w:r>
      <w:r>
        <w:t>so, is the case of islam. if you read quran and hadith, will find that all these values are</w:t>
      </w:r>
    </w:p>
    <w:p>
      <w:pPr>
        <w:jc w:val="right"/>
      </w:pPr>
      <w:r>
        <w:t>سو، از دا کیس اف اسلام۔ اف یو ریڈ قران اینڈ حدیث، ویل فائنڈ دیٹ ال دیز ویلیوز ار</w:t>
      </w:r>
    </w:p>
    <w:p>
      <w:r>
        <w:rPr>
          <w:b/>
        </w:rPr>
        <w:t xml:space="preserve">[06:26] </w:t>
      </w:r>
      <w:r>
        <w:t>mentioned in the quran and hadith, both.</w:t>
      </w:r>
    </w:p>
    <w:p>
      <w:pPr>
        <w:jc w:val="right"/>
      </w:pPr>
      <w:r>
        <w:t>مینشن ان دا قران اینڈ حدیث، بوتھ۔</w:t>
      </w:r>
    </w:p>
    <w:p>
      <w:r>
        <w:rPr>
          <w:b/>
        </w:rPr>
        <w:t xml:space="preserve">[06:34] </w:t>
      </w:r>
      <w:r>
        <w:t>but there is a question: what is rational between? what is rational behind these mal values?</w:t>
      </w:r>
    </w:p>
    <w:p>
      <w:pPr>
        <w:jc w:val="right"/>
      </w:pPr>
      <w:r>
        <w:t>بٹ دیر از ا کوئسچن: واٹ از ریشنل بٹوین؟ واٹ از ریشنل بیہائنڈ دیز مال ویلیوز؟</w:t>
      </w:r>
    </w:p>
    <w:p>
      <w:r>
        <w:rPr>
          <w:b/>
        </w:rPr>
        <w:t xml:space="preserve">[06:49] </w:t>
      </w:r>
      <w:r>
        <w:t>for example,</w:t>
      </w:r>
    </w:p>
    <w:p>
      <w:pPr>
        <w:jc w:val="right"/>
      </w:pPr>
      <w:r>
        <w:t>فار ایگزامپل،</w:t>
      </w:r>
    </w:p>
    <w:p>
      <w:r>
        <w:rPr>
          <w:b/>
        </w:rPr>
        <w:t xml:space="preserve">[06:55] </w:t>
      </w:r>
      <w:r>
        <w:t>christianity says: "love your enemy". it is good,</w:t>
      </w:r>
    </w:p>
    <w:p>
      <w:pPr>
        <w:jc w:val="right"/>
      </w:pPr>
      <w:r>
        <w:t>کرسچینٹی سیز: "لو یور اینمی"۔ اٹ از گڈ،</w:t>
      </w:r>
    </w:p>
    <w:p>
      <w:r>
        <w:rPr>
          <w:b/>
        </w:rPr>
        <w:t xml:space="preserve">[07:03] </w:t>
      </w:r>
      <w:r>
        <w:t>but why i love? why i love my enemy? why? why the rational basis?</w:t>
      </w:r>
    </w:p>
    <w:p>
      <w:pPr>
        <w:jc w:val="right"/>
      </w:pPr>
      <w:r>
        <w:t>بٹ وائی ائی لو؟ وائی ائی لو مائی اینمی؟ وائی؟ وائی دا ریشنل بیسس؟</w:t>
      </w:r>
    </w:p>
    <w:p>
      <w:r>
        <w:rPr>
          <w:b/>
        </w:rPr>
        <w:t xml:space="preserve">[07:16] </w:t>
      </w:r>
      <w:r>
        <w:t>you know, man is a rational animal.</w:t>
      </w:r>
    </w:p>
    <w:p>
      <w:pPr>
        <w:jc w:val="right"/>
      </w:pPr>
      <w:r>
        <w:t>یو نو، مین از ا ریشنل اینیمل۔</w:t>
      </w:r>
    </w:p>
    <w:p>
      <w:r>
        <w:rPr>
          <w:b/>
        </w:rPr>
        <w:t xml:space="preserve">[07:24] </w:t>
      </w:r>
      <w:r>
        <w:t>man always tries to reason out everything.</w:t>
      </w:r>
    </w:p>
    <w:p>
      <w:pPr>
        <w:jc w:val="right"/>
      </w:pPr>
      <w:r>
        <w:t>مین الویز ٹرائیز ٹو ریزن اؤٹ ایوری تھنگز۔</w:t>
      </w:r>
    </w:p>
    <w:p>
      <w:r>
        <w:rPr>
          <w:b/>
        </w:rPr>
        <w:t xml:space="preserve">[07:33] </w:t>
      </w:r>
      <w:r>
        <w:t>so, man it is human nature. it is human nature. man mind, man nature, us.</w:t>
      </w:r>
    </w:p>
    <w:p>
      <w:pPr>
        <w:jc w:val="right"/>
      </w:pPr>
      <w:r>
        <w:t>سو، مین اٹ از ہیومن نیچر۔ اٹ از ہیومن نیچر۔ مین مائنڈ، مین نیچر، اس۔</w:t>
      </w:r>
    </w:p>
    <w:p>
      <w:r>
        <w:rPr>
          <w:b/>
        </w:rPr>
        <w:t xml:space="preserve">[07:48] </w:t>
      </w:r>
      <w:r>
        <w:t>Why I love my enemy? Why all? Why I add all these value system?</w:t>
      </w:r>
    </w:p>
    <w:p>
      <w:pPr>
        <w:jc w:val="right"/>
      </w:pPr>
      <w:r>
        <w:t>وائی ائی لو مائی اینمی؟ وائی ال؟ وائی ائی اڈر ال دیز ویلیو سسٹم؟</w:t>
      </w:r>
    </w:p>
    <w:p>
      <w:r>
        <w:rPr>
          <w:b/>
        </w:rPr>
        <w:t xml:space="preserve">[07:59] </w:t>
      </w:r>
      <w:r>
        <w:t>So, here I would like to add that: there are prerequisites before adapting value system.</w:t>
      </w:r>
    </w:p>
    <w:p>
      <w:pPr>
        <w:jc w:val="right"/>
      </w:pPr>
      <w:r>
        <w:t>سو، ہیر ائی وڈ لائک ٹو ایڈ دیٹ: دیر ار پری ریکویزٹس بیفور اڈاپٹنگ ویلیو سسٹم۔</w:t>
      </w:r>
    </w:p>
    <w:p>
      <w:r>
        <w:rPr>
          <w:b/>
        </w:rPr>
        <w:t xml:space="preserve">[08:13] </w:t>
      </w:r>
      <w:r>
        <w:t>There are prerequisites. I mean that we first inculcate the spirit of values, then one will adapt all these values.</w:t>
      </w:r>
    </w:p>
    <w:p>
      <w:pPr>
        <w:jc w:val="right"/>
      </w:pPr>
      <w:r>
        <w:t>دیر ار پری ریکویزٹس۔ ائی مین دیٹ وی فرسٹ انکلکیٹ دا سپرٹ اف ویلیوز، دین ون ویل اڈاپٹ ال دیز ویلیوز۔</w:t>
      </w:r>
    </w:p>
    <w:p>
      <w:r>
        <w:rPr>
          <w:b/>
        </w:rPr>
        <w:t xml:space="preserve">[08:32] </w:t>
      </w:r>
      <w:r>
        <w:t>without inculcating the spirit, which I call prerequisite, no one is going to utter all these value system.</w:t>
      </w:r>
    </w:p>
    <w:p>
      <w:pPr>
        <w:jc w:val="right"/>
      </w:pPr>
      <w:r>
        <w:t>وداؤٹ انکلکیٹنگ دا سپرٹ، وچ ائی کال پری ریکویزٹ، نو ون از گوئنگ ٹو اڈر ال دیز ویلیو سسٹم۔</w:t>
      </w:r>
    </w:p>
    <w:p>
      <w:r>
        <w:rPr>
          <w:b/>
        </w:rPr>
        <w:t xml:space="preserve">[08:43] </w:t>
      </w:r>
      <w:r>
        <w:t>So, this is prerequisite. So, one is: what are those moral values?</w:t>
      </w:r>
    </w:p>
    <w:p>
      <w:pPr>
        <w:jc w:val="right"/>
      </w:pPr>
      <w:r>
        <w:t>سو، دس از پری ریکویزٹ۔ سو، ون از: واٹ ار دوز مورل ویلیوز؟</w:t>
      </w:r>
    </w:p>
    <w:p>
      <w:r>
        <w:rPr>
          <w:b/>
        </w:rPr>
        <w:t xml:space="preserve">[08:54] </w:t>
      </w:r>
      <w:r>
        <w:t>What is the list of those moral values?</w:t>
      </w:r>
    </w:p>
    <w:p>
      <w:pPr>
        <w:jc w:val="right"/>
      </w:pPr>
      <w:r>
        <w:t>واٹ از دا لسٹ اف دوز مورل ویلیوز؟</w:t>
      </w:r>
    </w:p>
    <w:p>
      <w:r>
        <w:rPr>
          <w:b/>
        </w:rPr>
        <w:t xml:space="preserve">[09:01] </w:t>
      </w:r>
      <w:r>
        <w:t>din, di adar kvischan iz:</w:t>
      </w:r>
    </w:p>
    <w:p>
      <w:pPr>
        <w:jc w:val="right"/>
      </w:pPr>
      <w:r>
        <w:t>دین، دی ادر کوئسچن از:</w:t>
      </w:r>
    </w:p>
    <w:p>
      <w:r>
        <w:rPr>
          <w:b/>
        </w:rPr>
        <w:t xml:space="preserve">[09:06] </w:t>
      </w:r>
      <w:r>
        <w:t>wai ai adaap al diz valius?</w:t>
      </w:r>
    </w:p>
    <w:p>
      <w:pPr>
        <w:jc w:val="right"/>
      </w:pPr>
      <w:r>
        <w:t>وائی ائی اڈاپٹ ال دیز ویلیوز؟</w:t>
      </w:r>
    </w:p>
    <w:p>
      <w:r>
        <w:rPr>
          <w:b/>
        </w:rPr>
        <w:t xml:space="preserve">[09:09] </w:t>
      </w:r>
      <w:r>
        <w:t>So, it is prerequisite of moral values. I think that Islam gives us these prerequisites.</w:t>
      </w:r>
    </w:p>
    <w:p>
      <w:pPr>
        <w:jc w:val="right"/>
      </w:pPr>
      <w:r>
        <w:t>سو، اٹ از پری ریکویزٹ اف مال ویلیوز۔ ائی تھنک دیٹ اسلام گیوز اس دیز پری ریکویزٹس۔</w:t>
      </w:r>
    </w:p>
    <w:p>
      <w:r>
        <w:rPr>
          <w:b/>
        </w:rPr>
        <w:t xml:space="preserve">[09:28] </w:t>
      </w:r>
      <w:r>
        <w:t>islam gvuz as</w:t>
      </w:r>
    </w:p>
    <w:p>
      <w:pPr>
        <w:jc w:val="right"/>
      </w:pPr>
      <w:r>
        <w:t>اسلام گیوز اس</w:t>
      </w:r>
    </w:p>
    <w:p>
      <w:r>
        <w:rPr>
          <w:b/>
        </w:rPr>
        <w:t xml:space="preserve">[09:33] </w:t>
      </w:r>
      <w:r>
        <w:t>all those things that are required to inculcate in human mind as a prerequisite.</w:t>
      </w:r>
    </w:p>
    <w:p>
      <w:pPr>
        <w:jc w:val="right"/>
      </w:pPr>
      <w:r>
        <w:t>ال دوز تھنگز دیٹ ار ریکوائرڈ ٹو انکلکیٹ ان ہیومن مائنڈ ایز ا پری ریکویزٹ۔</w:t>
      </w:r>
    </w:p>
    <w:p>
      <w:r>
        <w:rPr>
          <w:b/>
        </w:rPr>
        <w:t xml:space="preserve">[09:49] </w:t>
      </w:r>
      <w:r>
        <w:t>Here I would like to give some detail.</w:t>
      </w:r>
    </w:p>
    <w:p>
      <w:pPr>
        <w:jc w:val="right"/>
      </w:pPr>
      <w:r>
        <w:t>ہیر ائی وڈ لائک ٹو گیو سم ڈیٹیل۔</w:t>
      </w:r>
    </w:p>
    <w:p>
      <w:r>
        <w:rPr>
          <w:b/>
        </w:rPr>
        <w:t xml:space="preserve">[09:56] </w:t>
      </w:r>
      <w:r>
        <w:t>For example, Jesus Christ has said: "Love your enemy." This is also preached by Islam.</w:t>
      </w:r>
    </w:p>
    <w:p>
      <w:pPr>
        <w:jc w:val="right"/>
      </w:pPr>
      <w:r>
        <w:t>فار ایگزامپل، یس کرائسٹ ہیز سیڈ: "لو یور اینمی"۔ دس از السو پریچ بائی اسلام۔</w:t>
      </w:r>
    </w:p>
    <w:p>
      <w:r>
        <w:rPr>
          <w:b/>
        </w:rPr>
        <w:t xml:space="preserve">[10:12] </w:t>
      </w:r>
      <w:r>
        <w:t>islam,</w:t>
      </w:r>
    </w:p>
    <w:p>
      <w:pPr>
        <w:jc w:val="right"/>
      </w:pPr>
      <w:r>
        <w:t>اسلام،</w:t>
      </w:r>
    </w:p>
    <w:p>
      <w:r>
        <w:rPr>
          <w:b/>
        </w:rPr>
        <w:t xml:space="preserve">[10:18] </w:t>
      </w:r>
      <w:r>
        <w:t>Islam, according to Islam, we are required not to differentiate between friend and enemy.</w:t>
      </w:r>
    </w:p>
    <w:p>
      <w:pPr>
        <w:jc w:val="right"/>
      </w:pPr>
      <w:r>
        <w:t>اسلام اکارڈنگ ٹو اسلام، وی ار ریکوائرڈ ناٹ ٹو ڈیفرنشیٹ بٹوین فرینڈ اینڈ اینمی۔</w:t>
      </w:r>
    </w:p>
    <w:p>
      <w:r>
        <w:rPr>
          <w:b/>
        </w:rPr>
        <w:t xml:space="preserve">[10:28] </w:t>
      </w:r>
      <w:r>
        <w:t>As far as the good conduct is concerned, as far as the social conduct is concerned, as far as the moral conduct is concerned, we are required not to differentiate between enemy and friend.</w:t>
      </w:r>
    </w:p>
    <w:p>
      <w:pPr>
        <w:jc w:val="right"/>
      </w:pPr>
      <w:r>
        <w:t>ایز فار ایز دا گڈ کنڈکٹ از کنسرن، ایز فار ایز دا سوشل کنڈکٹ از کنسرن، ایز فار ایز دا مورل کنڈکٹ از کنسرن، وی ار ریکوائرڈ ناٹ ٹو ڈیفرنشیٹ بٹوین اینمی اینڈ فرینڈ۔</w:t>
      </w:r>
    </w:p>
    <w:p>
      <w:r>
        <w:rPr>
          <w:b/>
        </w:rPr>
        <w:t xml:space="preserve">[10:53] </w:t>
      </w:r>
      <w:r>
        <w:t>bat der iz a kvischan: wai ai lu mai enmi?</w:t>
      </w:r>
    </w:p>
    <w:p>
      <w:pPr>
        <w:jc w:val="right"/>
      </w:pPr>
      <w:r>
        <w:t>بٹ دیر از ا کوئسچن: وائی ائی لو مائی اینمی؟</w:t>
      </w:r>
    </w:p>
    <w:p>
      <w:r>
        <w:rPr>
          <w:b/>
        </w:rPr>
        <w:t xml:space="preserve">[11:00] </w:t>
      </w:r>
      <w:r>
        <w:t>I would like to see that: "Love your enemy" means save yourself.</w:t>
      </w:r>
    </w:p>
    <w:p>
      <w:pPr>
        <w:jc w:val="right"/>
      </w:pPr>
      <w:r>
        <w:t>ائی وڈ لائک ٹو سی دیٹ: "لو یور اینمی" مینز سیو یور سیلف۔</w:t>
      </w:r>
    </w:p>
    <w:p>
      <w:r>
        <w:rPr>
          <w:b/>
        </w:rPr>
        <w:t xml:space="preserve">[11:12] </w:t>
      </w:r>
      <w:r>
        <w:t>lu yur salf, wai?</w:t>
      </w:r>
    </w:p>
    <w:p>
      <w:pPr>
        <w:jc w:val="right"/>
      </w:pPr>
      <w:r>
        <w:t>لو یور سیلف، وائی؟</w:t>
      </w:r>
    </w:p>
    <w:p>
      <w:r>
        <w:rPr>
          <w:b/>
        </w:rPr>
        <w:t xml:space="preserve">[11:18] </w:t>
      </w:r>
      <w:r>
        <w:t>When you love your enemy, you are saving yourself from being a victim of destruction.</w:t>
      </w:r>
    </w:p>
    <w:p>
      <w:pPr>
        <w:jc w:val="right"/>
      </w:pPr>
      <w:r>
        <w:t>وین یو لو یور اینمی، یو ار سیونگ یور سیلف فرام بینگ وکٹم اف ڈسٹرکشن۔</w:t>
      </w:r>
    </w:p>
    <w:p>
      <w:r>
        <w:rPr>
          <w:b/>
        </w:rPr>
        <w:t xml:space="preserve">[11:30] </w:t>
      </w:r>
      <w:r>
        <w:t>Enmity means destruction, hate means destruction.</w:t>
      </w:r>
    </w:p>
    <w:p>
      <w:pPr>
        <w:jc w:val="right"/>
      </w:pPr>
      <w:r>
        <w:t>اینمیٹی مینز ڈسٹرکشن، ہیٹ مینز ڈسٹرکشن۔</w:t>
      </w:r>
    </w:p>
    <w:p>
      <w:r>
        <w:rPr>
          <w:b/>
        </w:rPr>
        <w:t xml:space="preserve">[11:38] </w:t>
      </w:r>
      <w:r>
        <w:t>of your neighborhood, if there is a person in your neighborhood who provoke you, for example, if a neighbor provoke you and you become angry.</w:t>
      </w:r>
    </w:p>
    <w:p>
      <w:pPr>
        <w:jc w:val="right"/>
      </w:pPr>
      <w:r>
        <w:t>اف یور نیبرہڈ، اف دیر از ا پرسن ان یور نیبرہڈ ہو پرووک یو، فار ایگزامپل، اف ا نیبر پرووک یو اینڈ یو بیکم اینگری۔</w:t>
      </w:r>
    </w:p>
    <w:p>
      <w:r>
        <w:rPr>
          <w:b/>
        </w:rPr>
        <w:t xml:space="preserve">[11:58] </w:t>
      </w:r>
      <w:r>
        <w:t>so, angri minz</w:t>
      </w:r>
    </w:p>
    <w:p>
      <w:pPr>
        <w:jc w:val="right"/>
      </w:pPr>
      <w:r>
        <w:t>سو، اینگری مینز</w:t>
      </w:r>
    </w:p>
    <w:p>
      <w:r>
        <w:rPr>
          <w:b/>
        </w:rPr>
        <w:t xml:space="preserve">[12:03] </w:t>
      </w:r>
      <w:r>
        <w:t>vat minz anger?</w:t>
      </w:r>
    </w:p>
    <w:p>
      <w:pPr>
        <w:jc w:val="right"/>
      </w:pPr>
      <w:r>
        <w:t>واٹ مینز اینگر؟</w:t>
      </w:r>
    </w:p>
    <w:p>
      <w:r>
        <w:rPr>
          <w:b/>
        </w:rPr>
        <w:t xml:space="preserve">[12:05] </w:t>
      </w:r>
      <w:r>
        <w:t>Anger means division, anger means destruction. You are busy in something, you are busy in study, you are busy in the work, you are busy in in reciting the Quran,</w:t>
      </w:r>
    </w:p>
    <w:p>
      <w:pPr>
        <w:jc w:val="right"/>
      </w:pPr>
      <w:r>
        <w:t>اینگر مینز ڈیویشن، اینگر مینز ڈسٹرکشن۔ یو ار بزی ان سمتھنگ، یو ار بزی ان سٹڈی، یو ار بزی ان دا ورک، یو ار بزی ان ان ریسائٹنگ دا قران،</w:t>
      </w:r>
    </w:p>
    <w:p>
      <w:r>
        <w:rPr>
          <w:b/>
        </w:rPr>
        <w:t xml:space="preserve">[12:25] </w:t>
      </w:r>
      <w:r>
        <w:t>and then you become angry.</w:t>
      </w:r>
    </w:p>
    <w:p>
      <w:pPr>
        <w:jc w:val="right"/>
      </w:pPr>
      <w:r>
        <w:t>اینڈ دین یو بیکم اینگری۔</w:t>
      </w:r>
    </w:p>
    <w:p>
      <w:r>
        <w:rPr>
          <w:b/>
        </w:rPr>
        <w:t xml:space="preserve">[12:29] </w:t>
      </w:r>
      <w:r>
        <w:t>so, if you are angry, you are unable to continue your work.</w:t>
      </w:r>
    </w:p>
    <w:p>
      <w:pPr>
        <w:jc w:val="right"/>
      </w:pPr>
      <w:r>
        <w:t>سو، اف یو ار اینگری، یو ار ان ایبل ٹو کنٹینیو یور ورک۔</w:t>
      </w:r>
    </w:p>
    <w:p>
      <w:r>
        <w:rPr>
          <w:b/>
        </w:rPr>
        <w:t xml:space="preserve">[12:39] </w:t>
      </w:r>
      <w:r>
        <w:t>anger disturb your mind</w:t>
      </w:r>
    </w:p>
    <w:p>
      <w:pPr>
        <w:jc w:val="right"/>
      </w:pPr>
      <w:r>
        <w:t>اینگر ڈسٹرب یور مائنڈ</w:t>
      </w:r>
    </w:p>
    <w:p>
      <w:r>
        <w:rPr>
          <w:b/>
        </w:rPr>
        <w:t xml:space="preserve">[12:43] </w:t>
      </w:r>
      <w:r>
        <w:t>, anger disturb your soul. anger, when you are angry, you are unable to to devote yourself in a noble cause.</w:t>
      </w:r>
    </w:p>
    <w:p>
      <w:pPr>
        <w:jc w:val="right"/>
      </w:pPr>
      <w:r>
        <w:t>، اینگر ڈسٹرب یور سول۔ اینگر، وین یو ار اینگری، یو ار ان ایبل ٹو ٹو ڈیوٹ یور سیلف ان ا نوبل کاز۔</w:t>
      </w:r>
    </w:p>
    <w:p>
      <w:r>
        <w:rPr>
          <w:b/>
        </w:rPr>
        <w:t xml:space="preserve">[13:03] </w:t>
      </w:r>
      <w:r>
        <w:t>this is destruction, this is deviation, this is wasting your time, wasting your energy</w:t>
      </w:r>
    </w:p>
    <w:p>
      <w:pPr>
        <w:jc w:val="right"/>
      </w:pPr>
      <w:r>
        <w:t>دس از ڈسٹرکشن، دس از ڈیویشن، دس از ویسٹنگ یور ٹائم، ویسٹنگ یور انرجی</w:t>
      </w:r>
    </w:p>
    <w:p>
      <w:r>
        <w:rPr>
          <w:b/>
        </w:rPr>
        <w:t xml:space="preserve">[13:14] </w:t>
      </w:r>
      <w:r>
        <w:t>. so, when you are angry and you want to take revenge</w:t>
      </w:r>
    </w:p>
    <w:p>
      <w:pPr>
        <w:jc w:val="right"/>
      </w:pPr>
      <w:r>
        <w:t>۔ سو، وین یو ار اینگری اینڈ یو وانٹ ٹو ٹیک ریونج</w:t>
      </w:r>
    </w:p>
    <w:p>
      <w:r>
        <w:rPr>
          <w:b/>
        </w:rPr>
        <w:t xml:space="preserve">[13:23] </w:t>
      </w:r>
      <w:r>
        <w:t>from your enemy, it means that you are wasting your time, you are wasting your money, you are wasting your energy.</w:t>
      </w:r>
    </w:p>
    <w:p>
      <w:pPr>
        <w:jc w:val="right"/>
      </w:pPr>
      <w:r>
        <w:t>فرام یور اینمی، اٹ مینز دیٹ یو ار ویسٹنگ یور ٹائم، یو ار ویسٹنگ یور منی، یو ار ویسٹنگ یور انرجی۔</w:t>
      </w:r>
    </w:p>
    <w:p>
      <w:r>
        <w:rPr>
          <w:b/>
        </w:rPr>
        <w:t xml:space="preserve">[13:43] </w:t>
      </w:r>
      <w:r>
        <w:t>so, there is a very well known hadith: one of prophets companion is:</w:t>
      </w:r>
    </w:p>
    <w:p>
      <w:pPr>
        <w:jc w:val="right"/>
      </w:pPr>
      <w:r>
        <w:t>سو، دیر از ا ویری ویل نون حدیث: ون اف پرافٹس کپینین اس:</w:t>
      </w:r>
    </w:p>
    <w:p>
      <w:r>
        <w:rPr>
          <w:b/>
        </w:rPr>
        <w:t xml:space="preserve">[14:00] </w:t>
      </w:r>
      <w:r>
        <w:t>"o prophet, give me a master advice by which i may be able to manage all the affairs of my life." prophet said: "don't be angry." i think that both the saying is one and the same.</w:t>
      </w:r>
    </w:p>
    <w:p>
      <w:pPr>
        <w:jc w:val="right"/>
      </w:pPr>
      <w:r>
        <w:t>"او پرافٹ، گیو می ا ماسٹر ایڈوائس بائی وچ ائی می بی ایبل ٹو مینج ال دا افیئرز اف مائی لائف۔" پرافٹ سیڈ: "ڈونٹ بی اینگری۔" ائی تھنک دیٹ بوتھ دا سینگ از ون اینڈ دا سیم۔</w:t>
      </w:r>
    </w:p>
    <w:p>
      <w:r>
        <w:rPr>
          <w:b/>
        </w:rPr>
        <w:t xml:space="preserve">[14:26] </w:t>
      </w:r>
      <w:r>
        <w:t>prophet jesus said: "love your enemy." prophet muhammad said: "don't be angry." both are one and the same.</w:t>
      </w:r>
    </w:p>
    <w:p>
      <w:pPr>
        <w:jc w:val="right"/>
      </w:pPr>
      <w:r>
        <w:t>پرافٹ جیسس سیڈ: "لو یور اینمی۔" پرافٹ محمد سیڈ: "ڈونٹ بی اینگری۔" بوتھ ار ون اینڈ دا سیم۔</w:t>
      </w:r>
    </w:p>
    <w:p>
      <w:r>
        <w:rPr>
          <w:b/>
        </w:rPr>
        <w:t xml:space="preserve">[14:37] </w:t>
      </w:r>
      <w:r>
        <w:t>both are to aspect of a single single principle.</w:t>
      </w:r>
    </w:p>
    <w:p>
      <w:pPr>
        <w:jc w:val="right"/>
      </w:pPr>
      <w:r>
        <w:t>بوتھ ار ٹو اسپیکٹ اف ا سنگل سنگل پرنسپل۔</w:t>
      </w:r>
    </w:p>
    <w:p>
      <w:r>
        <w:rPr>
          <w:b/>
        </w:rPr>
        <w:t xml:space="preserve">[14:45] </w:t>
      </w:r>
      <w:r>
        <w:t>when you are, when you love your enemy, it means you that you are, you have refrained yourself from being angry.</w:t>
      </w:r>
    </w:p>
    <w:p>
      <w:pPr>
        <w:jc w:val="right"/>
      </w:pPr>
      <w:r>
        <w:t>وین یو ار، وین یو لو یور اینمی، اٹ مینز یو دیٹ یو ار، یو ہیو ریفرنڈ یور سیلف فرام بینگ اینگری۔</w:t>
      </w:r>
    </w:p>
    <w:p>
      <w:r>
        <w:rPr>
          <w:b/>
        </w:rPr>
        <w:t xml:space="preserve">[14:59] </w:t>
      </w:r>
      <w:r>
        <w:t>and you are, and you have, when you are, when you have refrained yourself from being angry, it means that you are loving your enemy.</w:t>
      </w:r>
    </w:p>
    <w:p>
      <w:pPr>
        <w:jc w:val="right"/>
      </w:pPr>
      <w:r>
        <w:t>اینڈ یو ار، اینڈ یو ہیو، وین یو ار، وین یو ہیو ریفرنڈ یور سیلف فرام بینگ اینگری، اٹ مینز دیٹ یو ار لونگ یور اینمی۔</w:t>
      </w:r>
    </w:p>
    <w:p>
      <w:r>
        <w:rPr>
          <w:b/>
        </w:rPr>
        <w:t xml:space="preserve">[15:10] </w:t>
      </w:r>
      <w:r>
        <w:t>so, both are only one side of a single kind.</w:t>
      </w:r>
    </w:p>
    <w:p>
      <w:pPr>
        <w:jc w:val="right"/>
      </w:pPr>
      <w:r>
        <w:t>سو، بوتھ ار اونلی ون سائیڈ اف ا سنگل کائنڈ۔</w:t>
      </w:r>
    </w:p>
    <w:p>
      <w:r>
        <w:rPr>
          <w:b/>
        </w:rPr>
        <w:t xml:space="preserve">[15:20] </w:t>
      </w:r>
      <w:r>
        <w:t>so, it means that when you</w:t>
      </w:r>
    </w:p>
    <w:p>
      <w:pPr>
        <w:jc w:val="right"/>
      </w:pPr>
      <w:r>
        <w:t>سو، اٹ مینز دیٹ وین یو</w:t>
      </w:r>
    </w:p>
    <w:p>
      <w:r>
        <w:rPr>
          <w:b/>
        </w:rPr>
        <w:t xml:space="preserve">[15:28] </w:t>
      </w:r>
      <w:r>
        <w:t>save yourself from anger, enmity,</w:t>
      </w:r>
    </w:p>
    <w:p>
      <w:pPr>
        <w:jc w:val="right"/>
      </w:pPr>
      <w:r>
        <w:t>سیو یور سیلف فرام اینگر، اینمیٹی،</w:t>
      </w:r>
    </w:p>
    <w:p>
      <w:r>
        <w:rPr>
          <w:b/>
        </w:rPr>
        <w:t xml:space="preserve">[15:37] </w:t>
      </w:r>
      <w:r>
        <w:t>then you are saving yourself. you are saving your money, you are saving your energy,</w:t>
      </w:r>
    </w:p>
    <w:p>
      <w:pPr>
        <w:jc w:val="right"/>
      </w:pPr>
      <w:r>
        <w:t>دین یو ار سیونگ یور سیلف۔ یو ار سیونگ یور منی، یو ار سیونگ یور انرجی،</w:t>
      </w:r>
    </w:p>
    <w:p>
      <w:r>
        <w:rPr>
          <w:b/>
        </w:rPr>
        <w:t xml:space="preserve">[15:47] </w:t>
      </w:r>
      <w:r>
        <w:t>you are saving your time.</w:t>
      </w:r>
    </w:p>
    <w:p>
      <w:pPr>
        <w:jc w:val="right"/>
      </w:pPr>
      <w:r>
        <w:t>یو ار سیونگ یور ٹائم۔</w:t>
      </w:r>
    </w:p>
    <w:p>
      <w:r>
        <w:rPr>
          <w:b/>
        </w:rPr>
        <w:t xml:space="preserve">[15:52] </w:t>
      </w:r>
      <w:r>
        <w:t>this is the rational behind this teaching.</w:t>
      </w:r>
    </w:p>
    <w:p>
      <w:pPr>
        <w:jc w:val="right"/>
      </w:pPr>
      <w:r>
        <w:t>دس از دا ریشنل بیہائنڈ دس ٹیچنگ۔</w:t>
      </w:r>
    </w:p>
    <w:p>
      <w:r>
        <w:rPr>
          <w:b/>
        </w:rPr>
        <w:t xml:space="preserve">[15:58] </w:t>
      </w:r>
      <w:r>
        <w:t>so, love your enemy means</w:t>
      </w:r>
    </w:p>
    <w:p>
      <w:pPr>
        <w:jc w:val="right"/>
      </w:pPr>
      <w:r>
        <w:t>سو، لو یور اینمی مینز</w:t>
      </w:r>
    </w:p>
    <w:p>
      <w:r>
        <w:rPr>
          <w:b/>
        </w:rPr>
        <w:t xml:space="preserve">[16:03] </w:t>
      </w:r>
      <w:r>
        <w:t>save yourself, because there is no other option. there is no other option.</w:t>
      </w:r>
    </w:p>
    <w:p>
      <w:pPr>
        <w:jc w:val="right"/>
      </w:pPr>
      <w:r>
        <w:t>سیو یور سیلف، بیکاز دیر از نو ادر اپشن۔ دیر از نو ادر اپشن۔</w:t>
      </w:r>
    </w:p>
    <w:p>
      <w:r>
        <w:rPr>
          <w:b/>
        </w:rPr>
        <w:t xml:space="preserve">[16:16] </w:t>
      </w:r>
      <w:r>
        <w:t>love enemy means love all even in negative situations. so, when one shows enmity against you,</w:t>
      </w:r>
    </w:p>
    <w:p>
      <w:pPr>
        <w:jc w:val="right"/>
      </w:pPr>
      <w:r>
        <w:t>لو اینمی مینز لو ال ایون ان نیگیٹیو سچویشنز۔ سو، وین ون شوز اینمیٹی اگینسٹ یو،</w:t>
      </w:r>
    </w:p>
    <w:p>
      <w:r>
        <w:rPr>
          <w:b/>
        </w:rPr>
        <w:t xml:space="preserve">[16:31] </w:t>
      </w:r>
      <w:r>
        <w:t>but you keep patience, you ignore it, you inculcate your in your self positive thinking.</w:t>
      </w:r>
    </w:p>
    <w:p>
      <w:pPr>
        <w:jc w:val="right"/>
      </w:pPr>
      <w:r>
        <w:t>بٹ یو کیپ پیشنس، یو اگنور اٹ، یو انکلکیٹ یور ان یور سیلف پازیٹیو تھنکنگ۔</w:t>
      </w:r>
    </w:p>
    <w:p>
      <w:r>
        <w:rPr>
          <w:b/>
        </w:rPr>
        <w:t xml:space="preserve">[16:48] </w:t>
      </w:r>
      <w:r>
        <w:t>it means that you have saved yourself from victim of of negativity from the other side.</w:t>
      </w:r>
    </w:p>
    <w:p>
      <w:pPr>
        <w:jc w:val="right"/>
      </w:pPr>
      <w:r>
        <w:t>اٹ مینز دیٹ یو ہیو سیوڈ یور سیلف فرام وکٹم اف اف نیگیٹیوٹی فرام دا ادر سائیڈ۔</w:t>
      </w:r>
    </w:p>
    <w:p>
      <w:r>
        <w:rPr>
          <w:b/>
        </w:rPr>
        <w:t xml:space="preserve">[17:00] </w:t>
      </w:r>
      <w:r>
        <w:t>so, when you understand this point that when i love my enemy, i am loving my self</w:t>
      </w:r>
    </w:p>
    <w:p>
      <w:pPr>
        <w:jc w:val="right"/>
      </w:pPr>
      <w:r>
        <w:t>سو، وین یو انڈرسٹینڈ دس پوائنٹ دیٹ وین ائی لو مائی اینمی، ائی ایم لونگ مائی سیلف</w:t>
      </w:r>
    </w:p>
    <w:p>
      <w:r>
        <w:rPr>
          <w:b/>
        </w:rPr>
        <w:t xml:space="preserve">[17:12] </w:t>
      </w:r>
      <w:r>
        <w:t>I am saving myself, I am saving my energy, this is the rational behind this moral teaching.</w:t>
      </w:r>
    </w:p>
    <w:p>
      <w:pPr>
        <w:jc w:val="right"/>
      </w:pPr>
      <w:r>
        <w:t>، ائی ایم سیونگ مائی سیلف، ائی ایم سیونگ مائی انرجی، دس از دا ریشنل بیہائنڈ دس مورل ٹیچنگ۔</w:t>
      </w:r>
    </w:p>
    <w:p>
      <w:r>
        <w:rPr>
          <w:b/>
        </w:rPr>
        <w:t xml:space="preserve">[17:26] </w:t>
      </w:r>
      <w:r>
        <w:t>so, vithout vithout</w:t>
      </w:r>
    </w:p>
    <w:p>
      <w:pPr>
        <w:jc w:val="right"/>
      </w:pPr>
      <w:r>
        <w:t>سو، وداؤٹ وداؤٹ</w:t>
      </w:r>
    </w:p>
    <w:p>
      <w:r>
        <w:rPr>
          <w:b/>
        </w:rPr>
        <w:t xml:space="preserve">[17:34] </w:t>
      </w:r>
      <w:r>
        <w:t>keeping this in your mind, you cannot adopt this moral principle.</w:t>
      </w:r>
    </w:p>
    <w:p>
      <w:pPr>
        <w:jc w:val="right"/>
      </w:pPr>
      <w:r>
        <w:t>کیپنگ دس ان یور مائنڈ، یو کین ناٹ اڈاپٹ دس مورل پرنسپل۔</w:t>
      </w:r>
    </w:p>
    <w:p>
      <w:r>
        <w:rPr>
          <w:b/>
        </w:rPr>
        <w:t xml:space="preserve">[17:45] </w:t>
      </w:r>
      <w:r>
        <w:t>so, dis is da prereqvizit.</w:t>
      </w:r>
    </w:p>
    <w:p>
      <w:pPr>
        <w:jc w:val="right"/>
      </w:pPr>
      <w:r>
        <w:t>سو، دس از دا پری ریکویزٹ۔</w:t>
      </w:r>
    </w:p>
    <w:p>
      <w:r>
        <w:rPr>
          <w:b/>
        </w:rPr>
        <w:t xml:space="preserve">[17:51] </w:t>
      </w:r>
      <w:r>
        <w:t>her prerequisite means that knowing the rational behind that, behind a given moral teaching.</w:t>
      </w:r>
    </w:p>
    <w:p>
      <w:pPr>
        <w:jc w:val="right"/>
      </w:pPr>
      <w:r>
        <w:t>ہیر پری ریکویزٹ مینز دیٹ نوئنگ دا ریشنل بیہائنڈ دیٹ، بیہائنڈ ا گیون مورل ٹیچنگ۔</w:t>
      </w:r>
    </w:p>
    <w:p>
      <w:r>
        <w:rPr>
          <w:b/>
        </w:rPr>
        <w:t xml:space="preserve">[18:07] </w:t>
      </w:r>
      <w:r>
        <w:t>prerequisite here means knowing the rational, knowing the rational base of a given moral teachings.</w:t>
      </w:r>
    </w:p>
    <w:p>
      <w:pPr>
        <w:jc w:val="right"/>
      </w:pPr>
      <w:r>
        <w:t>پری ریکویزٹ ہیر مینز نوئنگ دا ریشنل، نوئنگ دا ریشنل بیسس اف ا گیون مورل ٹیچنگز۔</w:t>
      </w:r>
    </w:p>
    <w:p>
      <w:r>
        <w:rPr>
          <w:b/>
        </w:rPr>
        <w:t xml:space="preserve">[18:23] </w:t>
      </w:r>
      <w:r>
        <w:t>So, if you understand this point, you can adopt these principles, because, because after knowing this moral teaching, moral principles become your own need, your own requirement.</w:t>
      </w:r>
    </w:p>
    <w:p>
      <w:pPr>
        <w:jc w:val="right"/>
      </w:pPr>
      <w:r>
        <w:t>سو، اف یو انڈرسٹینڈ دس پوائنٹ، یو کین اڈاپٹ دیز پرنسپلز، بیکاز، بیکاز افٹر نوئنگ دس مورل ٹیچنگ، مورل پرنسپلز بیکم یور اون نیڈ، یور اون ریکوائرمنٹ۔</w:t>
      </w:r>
    </w:p>
    <w:p>
      <w:r>
        <w:rPr>
          <w:b/>
        </w:rPr>
        <w:t xml:space="preserve">[18:48] </w:t>
      </w:r>
      <w:r>
        <w:t>at is needed for your own development. So, we have to inculcate this kind of spirit, this kind of conscience among people, then they will be ready to adopt moral principles,</w:t>
      </w:r>
    </w:p>
    <w:p>
      <w:pPr>
        <w:jc w:val="right"/>
      </w:pPr>
      <w:r>
        <w:t>اٹ از نیڈڈ فار یور اون ڈیولپمنٹ۔ سو، وی ہیو ٹو انکلکیٹ دس کائنڈ اف سپرٹ، دس کائنڈ اف کانشیسنس امنگ پیپل، دین دیر ویل بی ریڈی ٹو اڈاپٹ مورل پرنسپلز،</w:t>
      </w:r>
    </w:p>
    <w:p>
      <w:r>
        <w:rPr>
          <w:b/>
        </w:rPr>
        <w:t xml:space="preserve">[19:09] </w:t>
      </w:r>
      <w:r>
        <w:t>adar viz not.</w:t>
      </w:r>
    </w:p>
    <w:p>
      <w:pPr>
        <w:jc w:val="right"/>
      </w:pPr>
      <w:r>
        <w:t>ادر وائز ناٹ۔</w:t>
      </w:r>
    </w:p>
    <w:p>
      <w:r>
        <w:rPr>
          <w:b/>
        </w:rPr>
        <w:t xml:space="preserve">[19:13] </w:t>
      </w:r>
      <w:r>
        <w:t>simply given a moral, simply given a list of moral teachings is not enough.</w:t>
      </w:r>
    </w:p>
    <w:p>
      <w:pPr>
        <w:jc w:val="right"/>
      </w:pPr>
      <w:r>
        <w:t>سمپلی گیونگ ا مورل، سمپلی گیونگ ا لسٹ اف مورل ٹیچنگز از ناٹ انف۔</w:t>
      </w:r>
    </w:p>
    <w:p>
      <w:r>
        <w:rPr>
          <w:b/>
        </w:rPr>
        <w:t xml:space="preserve">[19:25] </w:t>
      </w:r>
      <w:r>
        <w:t>an institutions asked me to prepare a book. They said that we will publish it in different languages by the title "Moral Teacher" and we will,</w:t>
      </w:r>
    </w:p>
    <w:p>
      <w:pPr>
        <w:jc w:val="right"/>
      </w:pPr>
      <w:r>
        <w:t>این انسٹیٹیوشنز اسک می ٹو پریپیئر ا بک۔ دے سیڈ دیٹ وی ویل پبلش اٹ ان ڈفرنٹ لینگویجز بائی دا ٹائٹل "مورل ٹیچر" اینڈ وی ویل،</w:t>
      </w:r>
    </w:p>
    <w:p>
      <w:r>
        <w:rPr>
          <w:b/>
        </w:rPr>
        <w:t xml:space="preserve">[19:44] </w:t>
      </w:r>
      <w:r>
        <w:t>and we will introduce this moral teacher in hundred and hundred schools.</w:t>
      </w:r>
    </w:p>
    <w:p>
      <w:pPr>
        <w:jc w:val="right"/>
      </w:pPr>
      <w:r>
        <w:t>اینڈ وی ویل انٹروڈیوس دس مورل ٹیچر ان ہنڈرڈ اینڈ ہنڈرڈ سکولز۔</w:t>
      </w:r>
    </w:p>
    <w:p>
      <w:r>
        <w:rPr>
          <w:b/>
        </w:rPr>
        <w:t xml:space="preserve">[19:53] </w:t>
      </w:r>
      <w:r>
        <w:t>I said that this kind of book is not enough.</w:t>
      </w:r>
    </w:p>
    <w:p>
      <w:pPr>
        <w:jc w:val="right"/>
      </w:pPr>
      <w:r>
        <w:t>ائی سیڈ دیٹ دس کائنڈ اف بک از ناٹ انف۔</w:t>
      </w:r>
    </w:p>
    <w:p>
      <w:r>
        <w:rPr>
          <w:b/>
        </w:rPr>
        <w:t xml:space="preserve">[20:01] </w:t>
      </w:r>
      <w:r>
        <w:t>If you publish a book with the title of "Moral Teaching", in this book you can only give a list of moral principles.</w:t>
      </w:r>
    </w:p>
    <w:p>
      <w:pPr>
        <w:jc w:val="right"/>
      </w:pPr>
      <w:r>
        <w:t>اف یو پبلش ا بک ود دا ٹائٹل اف "مورل ٹیچنگ"، ان دس بک یو کین اونلی گیو ا لسٹ اف مورل پرنسپلز۔</w:t>
      </w:r>
    </w:p>
    <w:p>
      <w:r>
        <w:rPr>
          <w:b/>
        </w:rPr>
        <w:t xml:space="preserve">[20:16] </w:t>
      </w:r>
      <w:r>
        <w:t>You will give a list of moral principles, but this kind of list is not enough.</w:t>
      </w:r>
    </w:p>
    <w:p>
      <w:pPr>
        <w:jc w:val="right"/>
      </w:pPr>
      <w:r>
        <w:t>یو ویل گیو ا لسٹ اف مورل پرنسپلز، بٹ دس کائنڈ اف لسٹ از ناٹ انف۔</w:t>
      </w:r>
    </w:p>
    <w:p>
      <w:r>
        <w:rPr>
          <w:b/>
        </w:rPr>
        <w:t xml:space="preserve">[20:25] </w:t>
      </w:r>
      <w:r>
        <w:t>You have to, you have to train people, you have to inculcate in their mind the rational behind those principles.</w:t>
      </w:r>
    </w:p>
    <w:p>
      <w:pPr>
        <w:jc w:val="right"/>
      </w:pPr>
      <w:r>
        <w:t>یو ہیو ٹو، یو ہیو ٹو ٹرین پیپل، یو ہیو ٹو انکلکیٹ ان دیر مائنڈ دا ریشنل بیہائنڈ دوز پرنسپلز۔</w:t>
      </w:r>
    </w:p>
    <w:p>
      <w:r>
        <w:rPr>
          <w:b/>
        </w:rPr>
        <w:t xml:space="preserve">[20:41] </w:t>
      </w:r>
      <w:r>
        <w:t>An "moral teacher" is not enough. A book with the name of "moral teacher" is not enough.</w:t>
      </w:r>
    </w:p>
    <w:p>
      <w:pPr>
        <w:jc w:val="right"/>
      </w:pPr>
      <w:r>
        <w:t>اینڈ "مورل ٹیچر" از ناٹ انف۔ ا بک ود دا نیم اف "مورل ٹیچر" از ناٹ انف۔</w:t>
      </w:r>
    </w:p>
    <w:p>
      <w:r>
        <w:rPr>
          <w:b/>
        </w:rPr>
        <w:t xml:space="preserve">[20:48] </w:t>
      </w:r>
      <w:r>
        <w:t>So, it requires a continuous education. So, I am a great believer of informal education.</w:t>
      </w:r>
    </w:p>
    <w:p>
      <w:pPr>
        <w:jc w:val="right"/>
      </w:pPr>
      <w:r>
        <w:t>سو، اٹ ریکوائرڈز ا کنٹینیوس ایجوکیشن۔ سو، ائی ایم ا گریٹ بلیور اف انفارمل ایجوکیشن۔</w:t>
      </w:r>
    </w:p>
    <w:p>
      <w:r>
        <w:rPr>
          <w:b/>
        </w:rPr>
        <w:t xml:space="preserve">[21:00] </w:t>
      </w:r>
      <w:r>
        <w:t>You know, there are two kinds of education: formal education and informal education. I think that formal education is very important, very very important, but it is not enough for moral education.</w:t>
      </w:r>
    </w:p>
    <w:p>
      <w:pPr>
        <w:jc w:val="right"/>
      </w:pPr>
      <w:r>
        <w:t>یو نو، دیر ار ٹو کائنڈ اف ایجوکیشن: فارمل ایجوکیشن اینڈ انفارمل ایجوکیشن۔ ائی تھنک دیٹ فارمل ایجوکیشن از ویری امپورٹنٹ، ویری ویری امپورٹنٹ، بٹ اٹ از ناٹ انف فار مورل ایجوکیشن۔</w:t>
      </w:r>
    </w:p>
    <w:p>
      <w:r>
        <w:rPr>
          <w:b/>
        </w:rPr>
        <w:t xml:space="preserve">[21:19] </w:t>
      </w:r>
      <w:r>
        <w:t>moral ejukeshon</w:t>
      </w:r>
    </w:p>
    <w:p>
      <w:pPr>
        <w:jc w:val="right"/>
      </w:pPr>
      <w:r>
        <w:t>مورل ایجوکیشن</w:t>
      </w:r>
    </w:p>
    <w:p>
      <w:r>
        <w:rPr>
          <w:b/>
        </w:rPr>
        <w:t xml:space="preserve">[21:24] </w:t>
      </w:r>
      <w:r>
        <w:t>requires informal education. Only through informal education we can inculcate the moral spirit among people.</w:t>
      </w:r>
    </w:p>
    <w:p>
      <w:pPr>
        <w:jc w:val="right"/>
      </w:pPr>
      <w:r>
        <w:t>ریکوائرڈز انفارمل ایجوکیشن۔ اونلی تھرو انفارمل ایجوکیشن وی کین انکلکیٹ دا مورل سپرٹ امنگ پیپل۔</w:t>
      </w:r>
    </w:p>
    <w:p>
      <w:r>
        <w:rPr>
          <w:b/>
        </w:rPr>
        <w:t xml:space="preserve">[21:39] </w:t>
      </w:r>
      <w:r>
        <w:t>formal education is enough for professionals, for professional careers. formal education is enough for professional careers, but as far as the moral character is concern,</w:t>
      </w:r>
    </w:p>
    <w:p>
      <w:pPr>
        <w:jc w:val="right"/>
      </w:pPr>
      <w:r>
        <w:t>فارمل ایجوکیشن از انف فار پروفیشنلز، فار پروفیشنل کورس۔ فارمل ایجوکیشن از انف فار پروفیشنل کورس، بٹ ایز فار ایز دا مورل کریکٹر از کنسرن،</w:t>
      </w:r>
    </w:p>
    <w:p>
      <w:r>
        <w:rPr>
          <w:b/>
        </w:rPr>
        <w:t xml:space="preserve">[21:59] </w:t>
      </w:r>
      <w:r>
        <w:t>it can be achieved only through informal education.</w:t>
      </w:r>
    </w:p>
    <w:p>
      <w:pPr>
        <w:jc w:val="right"/>
      </w:pPr>
      <w:r>
        <w:t>اٹ کین بی اچیوڈ اونلی تھرو انفارمل ایجوکیشن۔</w:t>
      </w:r>
    </w:p>
    <w:p>
      <w:r>
        <w:rPr>
          <w:b/>
        </w:rPr>
        <w:t xml:space="preserve">[22:10] </w:t>
      </w:r>
      <w:r>
        <w:t>so, informal education must to build a moral society. if you want to build a society that is based on moral principles, you have to educate people</w:t>
      </w:r>
    </w:p>
    <w:p>
      <w:pPr>
        <w:jc w:val="right"/>
      </w:pPr>
      <w:r>
        <w:t>سو، انفارمل ایجوکیشن مسٹ ٹو بلڈ ا مورل سوسائٹی۔ اف یو وانٹ ٹو بلڈ ا سوسائٹی دیٹ از بیسڈ ان مورل پرنسپلز، یو ہیو ٹو ایجوکیٹ پیپل</w:t>
      </w:r>
    </w:p>
    <w:p>
      <w:r>
        <w:rPr>
          <w:b/>
        </w:rPr>
        <w:t xml:space="preserve">[22:31] </w:t>
      </w:r>
      <w:r>
        <w:t>in terms of informal education. It is only informal education continuously.</w:t>
      </w:r>
    </w:p>
    <w:p>
      <w:pPr>
        <w:jc w:val="right"/>
      </w:pPr>
      <w:r>
        <w:t>ان ٹرم اف انفارمل ایجوکیشن۔ اٹ از اونلی انفارمل ایجوکیشن کنٹینیوسلی۔</w:t>
      </w:r>
    </w:p>
    <w:p>
      <w:r>
        <w:rPr>
          <w:b/>
        </w:rPr>
        <w:t xml:space="preserve">[22:41] </w:t>
      </w:r>
      <w:r>
        <w:t>by informal education, I mean that training people through literature, through meeting meanings, through literature, through meetings, through media, through papers, through magazines,</w:t>
      </w:r>
    </w:p>
    <w:p>
      <w:pPr>
        <w:jc w:val="right"/>
      </w:pPr>
      <w:r>
        <w:t>بائی انفارمل ایجوکیشن، ائی مین دیٹ ٹریننگ پیپل تھرو لٹریچر، تھرو میٹنگ میننگز، تھرو لٹریچر، تھرو میٹنگز، تھرو میڈیا، تھرو پیپرز، تھرو میگزینز،</w:t>
      </w:r>
    </w:p>
    <w:p>
      <w:r>
        <w:rPr>
          <w:b/>
        </w:rPr>
        <w:t xml:space="preserve">[23:04] </w:t>
      </w:r>
      <w:r>
        <w:t>through discussion, through dialogue.</w:t>
      </w:r>
    </w:p>
    <w:p>
      <w:pPr>
        <w:jc w:val="right"/>
      </w:pPr>
      <w:r>
        <w:t>تھرو ڈسکشن، تھرو ڈائیلاگ۔</w:t>
      </w:r>
    </w:p>
    <w:p>
      <w:r>
        <w:rPr>
          <w:b/>
        </w:rPr>
        <w:t xml:space="preserve">[23:11] </w:t>
      </w:r>
      <w:r>
        <w:t>all these things are part of informal education.</w:t>
      </w:r>
    </w:p>
    <w:p>
      <w:pPr>
        <w:jc w:val="right"/>
      </w:pPr>
      <w:r>
        <w:t>ال دیز تھنگز ار پارٹ اف انفارمل ایجوکیشن۔</w:t>
      </w:r>
    </w:p>
    <w:p>
      <w:r>
        <w:rPr>
          <w:b/>
        </w:rPr>
        <w:t xml:space="preserve">[23:20] </w:t>
      </w:r>
      <w:r>
        <w:t>so, it requires a continuous informal education to build a moral society.</w:t>
      </w:r>
    </w:p>
    <w:p>
      <w:pPr>
        <w:jc w:val="right"/>
      </w:pPr>
      <w:r>
        <w:t>سو، اٹ ریکوائرڈز ا کنٹینیوس انفارمل ایجوکیشن ٹو بلڈ ا مورل سوسائٹی۔</w:t>
      </w:r>
    </w:p>
    <w:p>
      <w:r>
        <w:rPr>
          <w:b/>
        </w:rPr>
        <w:t xml:space="preserve">[23:30] </w:t>
      </w:r>
      <w:r>
        <w:t>otherwise, it not possible.</w:t>
      </w:r>
    </w:p>
    <w:p>
      <w:pPr>
        <w:jc w:val="right"/>
      </w:pPr>
      <w:r>
        <w:t>ادر وائز، اٹ ناٹ پوسیبل۔</w:t>
      </w:r>
    </w:p>
    <w:p>
      <w:r>
        <w:rPr>
          <w:b/>
        </w:rPr>
        <w:t xml:space="preserve">[23:39] </w:t>
      </w:r>
      <w:r>
        <w:t>then, it requires positive thinking. without positive thinking, you can not have moral values.</w:t>
      </w:r>
    </w:p>
    <w:p>
      <w:pPr>
        <w:jc w:val="right"/>
      </w:pPr>
      <w:r>
        <w:t>دین، اٹ ریکوائرڈز پازیٹیو تھنکنگ۔ وداؤٹ پازیٹیو تھنکنگ، یو کین ناٹ ہیو مورل ویلیوز۔</w:t>
      </w:r>
    </w:p>
    <w:p>
      <w:r>
        <w:rPr>
          <w:b/>
        </w:rPr>
        <w:t xml:space="preserve">[23:56] </w:t>
      </w:r>
      <w:r>
        <w:t>positive thinking is prerequisite towards moral society. now, what is positive thinking and why it is so important?</w:t>
      </w:r>
    </w:p>
    <w:p>
      <w:pPr>
        <w:jc w:val="right"/>
      </w:pPr>
      <w:r>
        <w:t>پازیٹیو تھنکنگ از پری ریکویزٹ ٹورڈز مورل سوسائٹی۔ ناؤ، واٹ از پازیٹیو تھنکنگ اینڈ وائی اٹ از سو امپورٹنٹ؟</w:t>
      </w:r>
    </w:p>
    <w:p>
      <w:r>
        <w:rPr>
          <w:b/>
        </w:rPr>
        <w:t xml:space="preserve">[24:13] </w:t>
      </w:r>
      <w:r>
        <w:t>you know, we live in a society. you can not live in vacuum.</w:t>
      </w:r>
    </w:p>
    <w:p>
      <w:pPr>
        <w:jc w:val="right"/>
      </w:pPr>
      <w:r>
        <w:t>یو نو، وی لیو ان ا سوسائٹی۔ یو کین ناٹ لیو ان ویکوم۔</w:t>
      </w:r>
    </w:p>
    <w:p>
      <w:r>
        <w:rPr>
          <w:b/>
        </w:rPr>
        <w:t xml:space="preserve">[24:24] </w:t>
      </w:r>
      <w:r>
        <w:t>you can not live in an an a island as an alone person</w:t>
      </w:r>
    </w:p>
    <w:p>
      <w:pPr>
        <w:jc w:val="right"/>
      </w:pPr>
      <w:r>
        <w:t>یو کین ناٹ لیو ان ان ان ا ایلینڈ ایز ان الون پرسن</w:t>
      </w:r>
    </w:p>
    <w:p>
      <w:r>
        <w:rPr>
          <w:b/>
        </w:rPr>
        <w:t xml:space="preserve">[24:33] </w:t>
      </w:r>
      <w:r>
        <w:t>. you are compelled to live in a society. and you know, every member of society enjoy freedom.</w:t>
      </w:r>
    </w:p>
    <w:p>
      <w:pPr>
        <w:jc w:val="right"/>
      </w:pPr>
      <w:r>
        <w:t>۔ یو ار کمپلڈ ٹو لیو ان ا سوسائٹی۔ اینڈ یو نو، ایوری ممبر اف سوسائٹی انجوائے فریڈم۔</w:t>
      </w:r>
    </w:p>
    <w:p>
      <w:r>
        <w:rPr>
          <w:b/>
        </w:rPr>
        <w:t xml:space="preserve">[24:47] </w:t>
      </w:r>
      <w:r>
        <w:t>freedom is given to every human being by nature, by god</w:t>
      </w:r>
    </w:p>
    <w:p>
      <w:pPr>
        <w:jc w:val="right"/>
      </w:pPr>
      <w:r>
        <w:t>فریڈم از گیون ٹو ایوری ہیومن بینگ بائی نیچر، بائی گاڈ</w:t>
      </w:r>
    </w:p>
    <w:p>
      <w:r>
        <w:rPr>
          <w:b/>
        </w:rPr>
        <w:t xml:space="preserve">[24:56] </w:t>
      </w:r>
      <w:r>
        <w:t>. you can not abolish their freedom. so, they have right to, right for both, either to misuse or proper use their freedom.</w:t>
      </w:r>
    </w:p>
    <w:p>
      <w:pPr>
        <w:jc w:val="right"/>
      </w:pPr>
      <w:r>
        <w:t>۔ یو کین ناٹ ابوش دیر فریڈم۔ سو، دے ہیو رائٹ ٹو، رائٹ فار بوتھ، ایدر ٹو مس یوز اور پراپر یوز دیر فریڈم۔</w:t>
      </w:r>
    </w:p>
    <w:p>
      <w:r>
        <w:rPr>
          <w:b/>
        </w:rPr>
        <w:t xml:space="preserve">[25:16] </w:t>
      </w:r>
      <w:r>
        <w:t>it is their right</w:t>
      </w:r>
    </w:p>
    <w:p>
      <w:pPr>
        <w:jc w:val="right"/>
      </w:pPr>
      <w:r>
        <w:t>اٹ از دیر رائٹ</w:t>
      </w:r>
    </w:p>
    <w:p>
      <w:r>
        <w:rPr>
          <w:b/>
        </w:rPr>
        <w:t xml:space="preserve">[25:17] </w:t>
      </w:r>
      <w:r>
        <w:t>, either their choice. it is their own choice. so, when they misuse their freedom, that creates problem.</w:t>
      </w:r>
    </w:p>
    <w:p>
      <w:pPr>
        <w:jc w:val="right"/>
      </w:pPr>
      <w:r>
        <w:t>، ادر دیر چوائس۔ اٹ از دیر اون چوائس۔ سو، وین دے مس یوز دیر فریڈم، دیٹ کریٹس پرابلم۔</w:t>
      </w:r>
    </w:p>
    <w:p>
      <w:r>
        <w:rPr>
          <w:b/>
        </w:rPr>
        <w:t xml:space="preserve">[25:35] </w:t>
      </w:r>
      <w:r>
        <w:t>when someone misuses his freedom, it creates problem.</w:t>
      </w:r>
    </w:p>
    <w:p>
      <w:pPr>
        <w:jc w:val="right"/>
      </w:pPr>
      <w:r>
        <w:t>وین سم ون مس یوزز ہز فریڈم، اٹ کریٹس پرابلم۔</w:t>
      </w:r>
    </w:p>
    <w:p>
      <w:r>
        <w:rPr>
          <w:b/>
        </w:rPr>
        <w:t xml:space="preserve">[25:47] </w:t>
      </w:r>
      <w:r>
        <w:t>all kind of problem, notions, so many things. so, what to do?</w:t>
      </w:r>
    </w:p>
    <w:p>
      <w:pPr>
        <w:jc w:val="right"/>
      </w:pPr>
      <w:r>
        <w:t>ال کائنڈ اف پرابلم، نوشنز، سو مینی تھنگز۔ سو، واٹ ٹو ڈو؟</w:t>
      </w:r>
    </w:p>
    <w:p>
      <w:r>
        <w:rPr>
          <w:b/>
        </w:rPr>
        <w:t xml:space="preserve">[25:58] </w:t>
      </w:r>
      <w:r>
        <w:t>it is beyond your capacity to abolish the freedom of those people. so, now, you have only two choices.</w:t>
      </w:r>
    </w:p>
    <w:p>
      <w:pPr>
        <w:jc w:val="right"/>
      </w:pPr>
      <w:r>
        <w:t>اٹ از بینڈ یور کپیسٹی ٹو ابوش دا فریڈم اف دوز پیپل۔ سو، ناؤ، یو ہیو اونلی ٹو چوائسز۔</w:t>
      </w:r>
    </w:p>
    <w:p>
      <w:r>
        <w:rPr>
          <w:b/>
        </w:rPr>
        <w:t xml:space="preserve">[26:11] </w:t>
      </w:r>
      <w:r>
        <w:t>this is not choice to abolish the freedom. freedom is not a choice. this is beyond your capacity.</w:t>
      </w:r>
    </w:p>
    <w:p>
      <w:pPr>
        <w:jc w:val="right"/>
      </w:pPr>
      <w:r>
        <w:t>دس از ناٹ چوائس ٹو ابوش دا فریڈم۔ فریڈم از ناٹ ا چوائس۔ دس از بینڈ یور کپیسٹی۔</w:t>
      </w:r>
    </w:p>
    <w:p>
      <w:r>
        <w:rPr>
          <w:b/>
        </w:rPr>
        <w:t xml:space="preserve">[26:20] </w:t>
      </w:r>
      <w:r>
        <w:t>then, there are only two choices: either to fight or to tolerate.</w:t>
      </w:r>
    </w:p>
    <w:p>
      <w:pPr>
        <w:jc w:val="right"/>
      </w:pPr>
      <w:r>
        <w:t>دین، دیر ار اونلی ٹو چوائسز: ایدر ٹو فائٹ اور ٹو ٹالریٹ۔</w:t>
      </w:r>
    </w:p>
    <w:p>
      <w:r>
        <w:rPr>
          <w:b/>
        </w:rPr>
        <w:t xml:space="preserve">[26:30] </w:t>
      </w:r>
      <w:r>
        <w:t>either you have to fight from, either you have to fight those people or tolerate.</w:t>
      </w:r>
    </w:p>
    <w:p>
      <w:pPr>
        <w:jc w:val="right"/>
      </w:pPr>
      <w:r>
        <w:t>ایدر یو ہیو ٹو فائٹ فرام، ایدر یو ہیو ٹو فائٹ دوز پیپل اور ٹالریٹ۔</w:t>
      </w:r>
    </w:p>
    <w:p>
      <w:r>
        <w:rPr>
          <w:b/>
        </w:rPr>
        <w:t xml:space="preserve">[26:45] </w:t>
      </w:r>
      <w:r>
        <w:t>if you fight, then history shows that fighting</w:t>
      </w:r>
    </w:p>
    <w:p>
      <w:pPr>
        <w:jc w:val="right"/>
      </w:pPr>
      <w:r>
        <w:t>اف یو فائٹ، دین ہسٹری شوز دیٹ فائٹنگ</w:t>
      </w:r>
    </w:p>
    <w:p>
      <w:r>
        <w:rPr>
          <w:b/>
        </w:rPr>
        <w:t xml:space="preserve">[26:58] </w:t>
      </w:r>
      <w:r>
        <w:t>always result negatively. you know, violence and war or fighting only give you some kind of negative result.</w:t>
      </w:r>
    </w:p>
    <w:p>
      <w:pPr>
        <w:jc w:val="right"/>
      </w:pPr>
      <w:r>
        <w:t>الویز رزلٹ نیگیٹیولی۔ یو نو، وائلنس اینڈ وار اور فائٹنگ اونلی گیو یو سم کائنڈ اف نیگیٹیو رزلٹ۔</w:t>
      </w:r>
    </w:p>
    <w:p>
      <w:r>
        <w:rPr>
          <w:b/>
        </w:rPr>
        <w:t xml:space="preserve">[27:16] </w:t>
      </w:r>
      <w:r>
        <w:t>positive result can be had only through peaceful method and not violent method. no one was able to achieve positive result through violence, through fighting, through war.</w:t>
      </w:r>
    </w:p>
    <w:p>
      <w:pPr>
        <w:jc w:val="right"/>
      </w:pPr>
      <w:r>
        <w:t>پازیٹیو رزلٹ کین بی ہیڈ اونلی تھرو پیس فل میتھڈ اینڈ ناٹ وائلنٹ میتھڈ۔ نو ون واز ایبل ٹو اچیو پازیٹیو رزلٹ تھرو وائلنس، تھرو فائٹنگ، تھرو وار۔</w:t>
      </w:r>
    </w:p>
    <w:p>
      <w:r>
        <w:rPr>
          <w:b/>
        </w:rPr>
        <w:t xml:space="preserve">[27:36] </w:t>
      </w:r>
      <w:r>
        <w:t>even a super war, even a superpower can not achieve.</w:t>
      </w:r>
    </w:p>
    <w:p>
      <w:pPr>
        <w:jc w:val="right"/>
      </w:pPr>
      <w:r>
        <w:t>ایون ا سپر وار، ایون ا سپر پاور کین ناٹ اچیو۔</w:t>
      </w:r>
    </w:p>
    <w:p>
      <w:r>
        <w:rPr>
          <w:b/>
        </w:rPr>
        <w:t xml:space="preserve">[27:45] </w:t>
      </w:r>
      <w:r>
        <w:t>even a superpower can not achieve positive result through war.</w:t>
      </w:r>
    </w:p>
    <w:p>
      <w:pPr>
        <w:jc w:val="right"/>
      </w:pPr>
      <w:r>
        <w:t>ایون ا سپر پاور کین ناٹ اچیو پازیٹیو رزلٹ تھرو وار۔</w:t>
      </w:r>
    </w:p>
    <w:p>
      <w:r>
        <w:rPr>
          <w:b/>
        </w:rPr>
        <w:t xml:space="preserve">[27:52] </w:t>
      </w:r>
      <w:r>
        <w:t>no, no, no, napoleon, no, hitler, no, stalin, no, george bush.</w:t>
      </w:r>
    </w:p>
    <w:p>
      <w:pPr>
        <w:jc w:val="right"/>
      </w:pPr>
      <w:r>
        <w:t>نو، نو، نو، نیپولین، نو، ہٹلر، نو، سٹیرن، نو، جارج بش۔</w:t>
      </w:r>
    </w:p>
    <w:p>
      <w:r>
        <w:rPr>
          <w:b/>
        </w:rPr>
        <w:t xml:space="preserve">[28:03] </w:t>
      </w:r>
      <w:r>
        <w:t>no one was able to achieve positive result through war or through violence. so, it is a history.</w:t>
      </w:r>
    </w:p>
    <w:p>
      <w:pPr>
        <w:jc w:val="right"/>
      </w:pPr>
      <w:r>
        <w:t>نو ون واز ایبل ٹو اچیو پازیٹیو رزلٹ تھرو وار اور تھرو وائلنس۔ سو، اٹ از ا ہسٹری۔</w:t>
      </w:r>
    </w:p>
    <w:p>
      <w:r>
        <w:rPr>
          <w:b/>
        </w:rPr>
        <w:t xml:space="preserve">[28:14] </w:t>
      </w:r>
      <w:r>
        <w:t>so, if you, if you opt for fighting, it means that you are opting that is that, that is greater evil for you.</w:t>
      </w:r>
    </w:p>
    <w:p>
      <w:pPr>
        <w:jc w:val="right"/>
      </w:pPr>
      <w:r>
        <w:t>سو، اف یو، اف یو اپٹ فار فائٹنگ، اٹ مینز دیٹ یو ار اپٹنگ دیٹ از دیٹ، دیٹ از گریٹر ایول فار یو۔</w:t>
      </w:r>
    </w:p>
    <w:p>
      <w:r>
        <w:rPr>
          <w:b/>
        </w:rPr>
        <w:t xml:space="preserve">[28:31] </w:t>
      </w:r>
      <w:r>
        <w:t>if notions was a lesser evil, then fighting is a greater evil.</w:t>
      </w:r>
    </w:p>
    <w:p>
      <w:pPr>
        <w:jc w:val="right"/>
      </w:pPr>
      <w:r>
        <w:t>اف نوشنز واز ا لیسر ایول، دین فائٹنگ از ا گریٹر ایول۔</w:t>
      </w:r>
    </w:p>
    <w:p>
      <w:r>
        <w:rPr>
          <w:b/>
        </w:rPr>
        <w:t xml:space="preserve">[28:42] </w:t>
      </w:r>
      <w:r>
        <w:t>if problem was a lesser evil, if notions was a lesser evil, then fighting is a greater evil, because you will lose everything.</w:t>
      </w:r>
    </w:p>
    <w:p>
      <w:pPr>
        <w:jc w:val="right"/>
      </w:pPr>
      <w:r>
        <w:t>اف پرابلم واز ا لیسر ایول، اف نوشنز واز ا لیسر ایول، دین فائٹنگ از ا گریٹر ایول، بیکاز یو ویل لوز ایوری تھنگ۔</w:t>
      </w:r>
    </w:p>
    <w:p>
      <w:r>
        <w:rPr>
          <w:b/>
        </w:rPr>
        <w:t xml:space="preserve">[29:00] </w:t>
      </w:r>
      <w:r>
        <w:t>so, you have no option other than to adopt peaceful method.</w:t>
      </w:r>
    </w:p>
    <w:p>
      <w:pPr>
        <w:jc w:val="right"/>
      </w:pPr>
      <w:r>
        <w:t>سو، یو ہیو نو اپشن ادر دین ٹو اڈاپٹ پیس فل میتھڈ۔</w:t>
      </w:r>
    </w:p>
    <w:p>
      <w:r>
        <w:rPr>
          <w:b/>
        </w:rPr>
        <w:t xml:space="preserve">[29:08] </w:t>
      </w:r>
      <w:r>
        <w:t>peaceful method means to tolerate, to forgive, to keep patience.</w:t>
      </w:r>
    </w:p>
    <w:p>
      <w:pPr>
        <w:jc w:val="right"/>
      </w:pPr>
      <w:r>
        <w:t>پیس فل میتھڈ مینز ٹو ٹالریٹ، ٹو فارگیو، ٹو کیپ پیشنس۔</w:t>
      </w:r>
    </w:p>
    <w:p>
      <w:r>
        <w:rPr>
          <w:b/>
        </w:rPr>
        <w:t xml:space="preserve">[29:17] </w:t>
      </w:r>
      <w:r>
        <w:t>that is peaceful method.</w:t>
      </w:r>
    </w:p>
    <w:p>
      <w:pPr>
        <w:jc w:val="right"/>
      </w:pPr>
      <w:r>
        <w:t>دیٹ از پیس فل میتھڈ۔</w:t>
      </w:r>
    </w:p>
    <w:p>
      <w:r>
        <w:rPr>
          <w:b/>
        </w:rPr>
        <w:t xml:space="preserve">[29:24] </w:t>
      </w:r>
      <w:r>
        <w:t>peaceful method is not a passive attitude. it is an active attitude.</w:t>
      </w:r>
    </w:p>
    <w:p>
      <w:pPr>
        <w:jc w:val="right"/>
      </w:pPr>
      <w:r>
        <w:t>پیس فل میتھڈ از ناٹ ا پیسیو ایٹیٹیوڈ۔ اٹ از این ایکٹیو ایٹیٹیوڈ۔</w:t>
      </w:r>
    </w:p>
    <w:p>
      <w:r>
        <w:rPr>
          <w:b/>
        </w:rPr>
        <w:t xml:space="preserve">[29:35] </w:t>
      </w:r>
      <w:r>
        <w:t>it is very important to know that peace is not a cowardice, is not a passivity.</w:t>
      </w:r>
    </w:p>
    <w:p>
      <w:pPr>
        <w:jc w:val="right"/>
      </w:pPr>
      <w:r>
        <w:t>اٹ از ویری امپورٹنٹ ٹو نو دیٹ پیس فل میتھڈ از ناٹ۔ اٹ از ویری ویری امپورٹنٹ ٹو نو دیٹ پیس از ناٹ ا کاورڈیس، از ناٹ ا پیسیوٹی۔</w:t>
      </w:r>
    </w:p>
    <w:p>
      <w:r>
        <w:rPr>
          <w:b/>
        </w:rPr>
        <w:t xml:space="preserve">[29:51] </w:t>
      </w:r>
      <w:r>
        <w:t>it is a bravery, it is a wisdom</w:t>
      </w:r>
    </w:p>
    <w:p>
      <w:pPr>
        <w:jc w:val="right"/>
      </w:pPr>
      <w:r>
        <w:t>اٹ از ا بریوری، اٹ از ا وزڈم</w:t>
      </w:r>
    </w:p>
    <w:p>
      <w:r>
        <w:rPr>
          <w:b/>
        </w:rPr>
        <w:t xml:space="preserve">[29:58] </w:t>
      </w:r>
      <w:r>
        <w:t>, because</w:t>
      </w:r>
    </w:p>
    <w:p>
      <w:pPr>
        <w:jc w:val="right"/>
      </w:pPr>
      <w:r>
        <w:t>، بیکاز</w:t>
      </w:r>
    </w:p>
    <w:p>
      <w:r>
        <w:rPr>
          <w:b/>
        </w:rPr>
        <w:t xml:space="preserve">[30:01] </w:t>
      </w:r>
      <w:r>
        <w:t>you have always, you have to see the result.</w:t>
      </w:r>
    </w:p>
    <w:p>
      <w:pPr>
        <w:jc w:val="right"/>
      </w:pPr>
      <w:r>
        <w:t>یو ہیو الویز، یو ہیو ٹو سی دا رزلٹ۔</w:t>
      </w:r>
    </w:p>
    <w:p>
      <w:r>
        <w:rPr>
          <w:b/>
        </w:rPr>
        <w:t xml:space="preserve">[30:11] </w:t>
      </w:r>
      <w:r>
        <w:t>always, you have to see the result.</w:t>
      </w:r>
    </w:p>
    <w:p>
      <w:pPr>
        <w:jc w:val="right"/>
      </w:pPr>
      <w:r>
        <w:t>الویز، یو ہیو ٹو سی دا رزلٹ۔</w:t>
      </w:r>
    </w:p>
    <w:p>
      <w:r>
        <w:rPr>
          <w:b/>
        </w:rPr>
        <w:t xml:space="preserve">[30:16] </w:t>
      </w:r>
      <w:r>
        <w:t>when you compare violent method and peaceful method, you will find that peaceful method yields positive result and violent method yields negative result.</w:t>
      </w:r>
    </w:p>
    <w:p>
      <w:pPr>
        <w:jc w:val="right"/>
      </w:pPr>
      <w:r>
        <w:t>وین یو کمپیئر وائلڈ میتھڈ اینڈ پیس فل میتھڈ، یو ویل فائنڈ دیٹ پوائنٹ فل میتھڈ ییلز پازیٹیو رزلٹ اینڈ وائلنٹ میتھڈ ییلز نیگیٹیو رزلٹ۔</w:t>
      </w:r>
    </w:p>
    <w:p>
      <w:r>
        <w:rPr>
          <w:b/>
        </w:rPr>
        <w:t xml:space="preserve">[30:35] </w:t>
      </w:r>
      <w:r>
        <w:t>this mention in a hadith,</w:t>
      </w:r>
    </w:p>
    <w:p>
      <w:pPr>
        <w:jc w:val="right"/>
      </w:pPr>
      <w:r>
        <w:t>دس میشن ان ا حدیث،</w:t>
      </w:r>
    </w:p>
    <w:p>
      <w:r>
        <w:rPr>
          <w:b/>
        </w:rPr>
        <w:t xml:space="preserve">[30:41] </w:t>
      </w:r>
      <w:r>
        <w:t>this is mentioned in a hadith.</w:t>
      </w:r>
    </w:p>
    <w:p>
      <w:pPr>
        <w:jc w:val="right"/>
      </w:pPr>
      <w:r>
        <w:t>دس از مینشن ان ا حدیث۔</w:t>
      </w:r>
    </w:p>
    <w:p>
      <w:r>
        <w:rPr>
          <w:b/>
        </w:rPr>
        <w:t xml:space="preserve">[30:43] </w:t>
      </w:r>
      <w:r>
        <w:t>the prophet of islam has said: "inna allaha yu'ti al-riq ma la yu'ti al-'unf".</w:t>
      </w:r>
    </w:p>
    <w:p>
      <w:pPr>
        <w:jc w:val="right"/>
      </w:pPr>
      <w:r>
        <w:t>دا پرافٹ اف اسلام ہیز سیڈ: "ان اللہ یوتی الرق مالا یوتی العنف"۔</w:t>
      </w:r>
    </w:p>
    <w:p>
      <w:r>
        <w:rPr>
          <w:b/>
        </w:rPr>
        <w:t xml:space="preserve">[30:58] </w:t>
      </w:r>
      <w:r>
        <w:t>it means that god grants to non-violence what he does not grant to violence.</w:t>
      </w:r>
    </w:p>
    <w:p>
      <w:pPr>
        <w:jc w:val="right"/>
      </w:pPr>
      <w:r>
        <w:t>اٹ مینز دیٹ گاڈ گرانٹس ٹو نان وائلنس واٹ ہی ڈز ناٹ گرانٹ ٹو وائلنس۔</w:t>
      </w:r>
    </w:p>
    <w:p>
      <w:r>
        <w:rPr>
          <w:b/>
        </w:rPr>
        <w:t xml:space="preserve">[31:15] </w:t>
      </w:r>
      <w:r>
        <w:t>it means that peaceful method is far more effective than the violent method. interpret result</w:t>
      </w:r>
    </w:p>
    <w:p>
      <w:pPr>
        <w:jc w:val="right"/>
      </w:pPr>
      <w:r>
        <w:t>اٹ مینز دیٹ پیس فل میتھڈ از فار مور ایفیکٹیو دین دی وائلٹ میتھڈ۔ انٹرپ رزلٹ</w:t>
      </w:r>
    </w:p>
    <w:p>
      <w:r>
        <w:rPr>
          <w:b/>
        </w:rPr>
        <w:t xml:space="preserve">[31:27] </w:t>
      </w:r>
      <w:r>
        <w:t>peaceful method is better than the violent method</w:t>
      </w:r>
    </w:p>
    <w:p>
      <w:pPr>
        <w:jc w:val="right"/>
      </w:pPr>
      <w:r>
        <w:t>پیس فل میتھڈ از بیٹر دین دی وائلٹ میتھڈ</w:t>
      </w:r>
    </w:p>
    <w:p>
      <w:r>
        <w:rPr>
          <w:b/>
        </w:rPr>
        <w:t xml:space="preserve">[31:39] </w:t>
      </w:r>
      <w:r>
        <w:t>when you judge the both in terms of result.</w:t>
      </w:r>
    </w:p>
    <w:p>
      <w:pPr>
        <w:jc w:val="right"/>
      </w:pPr>
      <w:r>
        <w:t>وین یو جج دا بوتھ ان ٹرم اف رزلٹ۔</w:t>
      </w:r>
    </w:p>
    <w:p>
      <w:r>
        <w:rPr>
          <w:b/>
        </w:rPr>
        <w:t xml:space="preserve">[31:48] </w:t>
      </w:r>
      <w:r>
        <w:t>so, this is positivity. when you, when you, when you adopt positive thinking,</w:t>
      </w:r>
    </w:p>
    <w:p>
      <w:pPr>
        <w:jc w:val="right"/>
      </w:pPr>
      <w:r>
        <w:t>سو، دس از پازیٹیوٹی۔ وین یو، وین یو، وین یو اڈاپٹ پازیٹیو تھنکنگ،</w:t>
      </w:r>
    </w:p>
    <w:p>
      <w:r>
        <w:rPr>
          <w:b/>
        </w:rPr>
        <w:t xml:space="preserve">[32:04] </w:t>
      </w:r>
      <w:r>
        <w:t>when you train yourself in positivity, then you are able to adopt moral values in society.</w:t>
      </w:r>
    </w:p>
    <w:p>
      <w:pPr>
        <w:jc w:val="right"/>
      </w:pPr>
      <w:r>
        <w:t>وین یو ٹرین یور سیلف ان پازیٹیوٹی، دین یو ار ایبل ٹو اڈاپٹ مورل ویلیوز ان سوسائٹی۔</w:t>
      </w:r>
    </w:p>
    <w:p>
      <w:r>
        <w:rPr>
          <w:b/>
        </w:rPr>
        <w:t xml:space="preserve">[32:17] </w:t>
      </w:r>
      <w:r>
        <w:t>so, it is good to,</w:t>
      </w:r>
    </w:p>
    <w:p>
      <w:pPr>
        <w:jc w:val="right"/>
      </w:pPr>
      <w:r>
        <w:t>سو، اٹ از گڈ ٹو،</w:t>
      </w:r>
    </w:p>
    <w:p>
      <w:r>
        <w:rPr>
          <w:b/>
        </w:rPr>
        <w:t xml:space="preserve">[32:21] </w:t>
      </w:r>
      <w:r>
        <w:t>as it good to give people a list of moral principles, but this kind of result, this kind of list can not do anything.</w:t>
      </w:r>
    </w:p>
    <w:p>
      <w:pPr>
        <w:jc w:val="right"/>
      </w:pPr>
      <w:r>
        <w:t>از اٹ گڈ ٹو گیو پیپل ا لسٹ اف مورل پرنسپلز، بٹ دس کائنڈ اف رزلٹ، دس کائنڈ اف لسٹ کین ناٹ ڈو اینی تھنگ۔</w:t>
      </w:r>
    </w:p>
    <w:p>
      <w:r>
        <w:rPr>
          <w:b/>
        </w:rPr>
        <w:t xml:space="preserve">[32:37] </w:t>
      </w:r>
      <w:r>
        <w:t>this kind of list</w:t>
      </w:r>
    </w:p>
    <w:p>
      <w:pPr>
        <w:jc w:val="right"/>
      </w:pPr>
      <w:r>
        <w:t>دس کائنڈ اف لسٹ</w:t>
      </w:r>
    </w:p>
    <w:p>
      <w:r>
        <w:rPr>
          <w:b/>
        </w:rPr>
        <w:t xml:space="preserve">[32:42] </w:t>
      </w:r>
      <w:r>
        <w:t>can not do anything. Before giving the list of moral values, you have to inculcate the spirit of positivity, spirit of tolerance, spirit of peace</w:t>
      </w:r>
    </w:p>
    <w:p>
      <w:pPr>
        <w:jc w:val="right"/>
      </w:pPr>
      <w:r>
        <w:t>کین ناٹ ڈو اینی تھنگ۔ بیفور گیونگ دا لسٹ اف مورل ویلیوز، یو ہیو ٹو انکلکیٹ دا سپرٹ اف پازیٹیوٹی، سپرٹ اف ٹالرنس، سپرٹ اف پیس</w:t>
      </w:r>
    </w:p>
    <w:p>
      <w:r>
        <w:rPr>
          <w:b/>
        </w:rPr>
        <w:t xml:space="preserve">[33:04] </w:t>
      </w:r>
      <w:r>
        <w:t>. Then people will find the rational, then they will find the rational basis. And you know, man is rational animal.</w:t>
      </w:r>
    </w:p>
    <w:p>
      <w:pPr>
        <w:jc w:val="right"/>
      </w:pPr>
      <w:r>
        <w:t>۔ دین پیپل ویل فائنڈ دا ریشنل، دین دے ویل فائنڈ دا ریشنل بیسس۔ اینڈ یو نو، منی از ریشنل اینیمل۔</w:t>
      </w:r>
    </w:p>
    <w:p>
      <w:r>
        <w:rPr>
          <w:b/>
        </w:rPr>
        <w:t xml:space="preserve">[33:20] </w:t>
      </w:r>
      <w:r>
        <w:t>So, when you address the nature of reasoning, everyone's nature is nature of reasoning.</w:t>
      </w:r>
    </w:p>
    <w:p>
      <w:pPr>
        <w:jc w:val="right"/>
      </w:pPr>
      <w:r>
        <w:t>سو، وین یو ایڈریس دیر نیچر اف ریزننگ، ایوری ونز نیچر از نیچر اف ریزننگ۔</w:t>
      </w:r>
    </w:p>
    <w:p>
      <w:r>
        <w:rPr>
          <w:b/>
        </w:rPr>
        <w:t xml:space="preserve">[33:33] </w:t>
      </w:r>
      <w:r>
        <w:t>So, when you address their nature of reasoning, then they will be able to adopt this kind of moral principles, otherwise not.</w:t>
      </w:r>
    </w:p>
    <w:p>
      <w:pPr>
        <w:jc w:val="right"/>
      </w:pPr>
      <w:r>
        <w:t>سو، وین یو ایڈریس دیر نیچر اف ریزننگ، دین دے ویل بی ایبل ٹو اڈاپٹ دس کائنڈ اف مورل پرنسپلز، ادر وائز ناٹ۔</w:t>
      </w:r>
    </w:p>
    <w:p>
      <w:r>
        <w:rPr>
          <w:b/>
        </w:rPr>
        <w:t xml:space="preserve">[33:50] </w:t>
      </w:r>
      <w:r>
        <w:t>People generally preach moral values, they give a list of moral principles, but in vain, in vain,</w:t>
      </w:r>
    </w:p>
    <w:p>
      <w:pPr>
        <w:jc w:val="right"/>
      </w:pPr>
      <w:r>
        <w:t>پیپل جنرلی پریچ مورل ویلیوز، دے گیو ا لسٹ اف مورل پرنسپلز، بٹ ان وین، ان وین،</w:t>
      </w:r>
    </w:p>
    <w:p>
      <w:r>
        <w:rPr>
          <w:b/>
        </w:rPr>
        <w:t xml:space="preserve">[34:06] </w:t>
      </w:r>
      <w:r>
        <w:t>in no society yu can find diz moral values. wai?</w:t>
      </w:r>
    </w:p>
    <w:p>
      <w:pPr>
        <w:jc w:val="right"/>
      </w:pPr>
      <w:r>
        <w:t>ان نو سوسائٹی یو کین فائنڈ دیز مورل ویلیوز۔ وائی؟</w:t>
      </w:r>
    </w:p>
    <w:p>
      <w:r>
        <w:rPr>
          <w:b/>
        </w:rPr>
        <w:t xml:space="preserve">[34:14] </w:t>
      </w:r>
      <w:r>
        <w:t>de provide da list, but de fil to provide da prerequisites.</w:t>
      </w:r>
    </w:p>
    <w:p>
      <w:pPr>
        <w:jc w:val="right"/>
      </w:pPr>
      <w:r>
        <w:t>دے پرووائیڈ دا لسٹ، بٹ دے فیل ٹو پرووائیڈ دا پری ریکویزٹس۔</w:t>
      </w:r>
    </w:p>
    <w:p>
      <w:r>
        <w:rPr>
          <w:b/>
        </w:rPr>
        <w:t xml:space="preserve">[34:27] </w:t>
      </w:r>
      <w:r>
        <w:t>den yu si,</w:t>
      </w:r>
    </w:p>
    <w:p>
      <w:pPr>
        <w:jc w:val="right"/>
      </w:pPr>
      <w:r>
        <w:t>دین یو سی،</w:t>
      </w:r>
    </w:p>
    <w:p>
      <w:r>
        <w:rPr>
          <w:b/>
        </w:rPr>
        <w:t xml:space="preserve">[34:32] </w:t>
      </w:r>
      <w:r>
        <w:t>islam givs a veri veri important principle, dat is: "mil yashkur al-nas lam yashkur Allah".</w:t>
      </w:r>
    </w:p>
    <w:p>
      <w:pPr>
        <w:jc w:val="right"/>
      </w:pPr>
      <w:r>
        <w:t>اسلام گیوز ا ویری ویری امپورٹنٹ پرنسپل، دیٹ از: "مل یشکر الناس لم یشکر اللہ"۔</w:t>
      </w:r>
    </w:p>
    <w:p>
      <w:r>
        <w:rPr>
          <w:b/>
        </w:rPr>
        <w:t xml:space="preserve">[34:47] </w:t>
      </w:r>
      <w:r>
        <w:t>dis is also an item of prerequisites. "mil yashkur al-nas lam yashkur Allah" it mins dat won ho fels to acknowledge man,</w:t>
      </w:r>
    </w:p>
    <w:p>
      <w:pPr>
        <w:jc w:val="right"/>
      </w:pPr>
      <w:r>
        <w:t>دس از السو این ائٹم اف پری ریکویزٹس۔ "مل یشکر الناس لم یشکر اللہ" اٹ مینز دیٹ ون ہو فیلس ٹو اکنالج مین،</w:t>
      </w:r>
    </w:p>
    <w:p>
      <w:r>
        <w:rPr>
          <w:b/>
        </w:rPr>
        <w:t xml:space="preserve">[35:04] </w:t>
      </w:r>
      <w:r>
        <w:t>hi wel also, hi wel also fil to acknowledge God.</w:t>
      </w:r>
    </w:p>
    <w:p>
      <w:pPr>
        <w:jc w:val="right"/>
      </w:pPr>
      <w:r>
        <w:t>ہی ویل السو، ہی ویل السو فیل ٹو اکنالج گاڈ۔</w:t>
      </w:r>
    </w:p>
    <w:p>
      <w:r>
        <w:rPr>
          <w:b/>
        </w:rPr>
        <w:t xml:space="preserve">[35:12] </w:t>
      </w:r>
      <w:r>
        <w:t>won ho fels to acknowledge man, hi wel also fil to acknowledge God. wai?</w:t>
      </w:r>
    </w:p>
    <w:p>
      <w:pPr>
        <w:jc w:val="right"/>
      </w:pPr>
      <w:r>
        <w:t>ون ہو فیلس ٹو اکنالج مین، ہی ویل السو فیل ٹو اکنالج گاڈ۔ وائی؟</w:t>
      </w:r>
    </w:p>
    <w:p>
      <w:r>
        <w:rPr>
          <w:b/>
        </w:rPr>
        <w:t xml:space="preserve">[35:24] </w:t>
      </w:r>
      <w:r>
        <w:t>bikaz, bikaz acknowledgment or thanks giving is a spirit.</w:t>
      </w:r>
    </w:p>
    <w:p>
      <w:pPr>
        <w:jc w:val="right"/>
      </w:pPr>
      <w:r>
        <w:t>بیکاز، بیکاز اکنالجمنٹ اور تھینکس گیونگ از ا سپرٹ۔</w:t>
      </w:r>
    </w:p>
    <w:p>
      <w:r>
        <w:rPr>
          <w:b/>
        </w:rPr>
        <w:t xml:space="preserve">[35:34] </w:t>
      </w:r>
      <w:r>
        <w:t>You cannot divide in the spirit. Divide is cannot be, spirit cannot be divided.</w:t>
      </w:r>
    </w:p>
    <w:p>
      <w:pPr>
        <w:jc w:val="right"/>
      </w:pPr>
      <w:r>
        <w:t>یو کین ناٹ ڈیوائیڈ ان دی سپرٹ۔ ڈیوائیڈ از کین ناٹ بی، سپرٹ کین ناٹ بی ڈیوائیڈڈ۔</w:t>
      </w:r>
    </w:p>
    <w:p>
      <w:r>
        <w:rPr>
          <w:b/>
        </w:rPr>
        <w:t xml:space="preserve">[35:46] </w:t>
      </w:r>
      <w:r>
        <w:t>so, if der is spirit of thanks giving, spirit of acknowledgment, den it wel work in bot da sid.</w:t>
      </w:r>
    </w:p>
    <w:p>
      <w:pPr>
        <w:jc w:val="right"/>
      </w:pPr>
      <w:r>
        <w:t>سو، اف دیر از سپرٹ اف تھینکس گیونگ، سپرٹ اف اکنالجمنٹ، دین اٹ ویل ورک ان بوتھ دا سائیڈ۔</w:t>
      </w:r>
    </w:p>
    <w:p>
      <w:r>
        <w:rPr>
          <w:b/>
        </w:rPr>
        <w:t xml:space="preserve">[35:59] </w:t>
      </w:r>
      <w:r>
        <w:t>wen yu ar living in a man, wen yu ar living in a society, den dis spirit is bound to manifest.</w:t>
      </w:r>
    </w:p>
    <w:p>
      <w:pPr>
        <w:jc w:val="right"/>
      </w:pPr>
      <w:r>
        <w:t>وین یو ار لیونگ ان ا مین، وین یو ار لیونگ ان ا سوسائٹی، دین دس سپرٹ از باؤنڈ ٹو مینیفیسٹ۔</w:t>
      </w:r>
    </w:p>
    <w:p>
      <w:r>
        <w:rPr>
          <w:b/>
        </w:rPr>
        <w:t xml:space="preserve">[36:10] </w:t>
      </w:r>
      <w:r>
        <w:t>dis spirit is bound to, to</w:t>
      </w:r>
    </w:p>
    <w:p>
      <w:pPr>
        <w:jc w:val="right"/>
      </w:pPr>
      <w:r>
        <w:t>دس سپرٹ از باؤنڈ ٹو، ٹو</w:t>
      </w:r>
    </w:p>
    <w:p>
      <w:r>
        <w:rPr>
          <w:b/>
        </w:rPr>
        <w:t xml:space="preserve">[36:16] </w:t>
      </w:r>
      <w:r>
        <w:t>bound to manifest.</w:t>
      </w:r>
    </w:p>
    <w:p>
      <w:pPr>
        <w:jc w:val="right"/>
      </w:pPr>
      <w:r>
        <w:t>باؤنڈ ٹو مینیفیسٹ۔</w:t>
      </w:r>
    </w:p>
    <w:p>
      <w:r>
        <w:rPr>
          <w:b/>
        </w:rPr>
        <w:t xml:space="preserve">[36:21] </w:t>
      </w:r>
      <w:r>
        <w:t>and then, when you remember God, then again, this spirit is bound to manifest. So, spirit cannot be divided.</w:t>
      </w:r>
    </w:p>
    <w:p>
      <w:pPr>
        <w:jc w:val="right"/>
      </w:pPr>
      <w:r>
        <w:t>اینڈ دین، وین یو ریممبر گاڈ، دین اگین، دس سپرٹ از باؤنڈ ٹو مینیفیسٹ۔ سو، سپرٹ کین ناٹ بی ڈیوائیڈڈ۔</w:t>
      </w:r>
    </w:p>
    <w:p>
      <w:r>
        <w:rPr>
          <w:b/>
        </w:rPr>
        <w:t xml:space="preserve">[36:35] </w:t>
      </w:r>
      <w:r>
        <w:t>spirit are something which can be divided.</w:t>
      </w:r>
    </w:p>
    <w:p>
      <w:pPr>
        <w:jc w:val="right"/>
      </w:pPr>
      <w:r>
        <w:t>سپرٹ ار سم تھنگ وچ کین بی ڈیوائیڈڈ۔</w:t>
      </w:r>
    </w:p>
    <w:p>
      <w:r>
        <w:rPr>
          <w:b/>
        </w:rPr>
        <w:t xml:space="preserve">[36:41] </w:t>
      </w:r>
      <w:r>
        <w:t>So, if one, if someone fails to acknowledge man, it means that he is deprived of that spirit.</w:t>
      </w:r>
    </w:p>
    <w:p>
      <w:pPr>
        <w:jc w:val="right"/>
      </w:pPr>
      <w:r>
        <w:t>سو، اف ون، اف سم ون فیلس ٹو اکنالج مین، اٹ مینز دیٹ ہی از ڈیپرائڈ اف دیٹ سپرٹ۔</w:t>
      </w:r>
    </w:p>
    <w:p>
      <w:r>
        <w:rPr>
          <w:b/>
        </w:rPr>
        <w:t xml:space="preserve">[36:50] </w:t>
      </w:r>
      <w:r>
        <w:t>So, one who is deprived, that's his spirit. How he can acknowledge God</w:t>
      </w:r>
    </w:p>
    <w:p>
      <w:pPr>
        <w:jc w:val="right"/>
      </w:pPr>
      <w:r>
        <w:t>سو، ون ہو از ڈیپرائڈ، دیٹس ہز سپرٹ۔ ہاؤ ہی کین اکنالج گاڈ</w:t>
      </w:r>
    </w:p>
    <w:p>
      <w:r>
        <w:rPr>
          <w:b/>
        </w:rPr>
        <w:t xml:space="preserve">[37:00] </w:t>
      </w:r>
      <w:r>
        <w:t>? if he says: "alhamdulillah", it is lip service. a man who fails to acknowledge man's service, and, and, and he says: "alhamdulillah", it means that his alhamdulillah is nothing but lip service.</w:t>
      </w:r>
    </w:p>
    <w:p>
      <w:pPr>
        <w:jc w:val="right"/>
      </w:pPr>
      <w:r>
        <w:t>؟ اف ہی سیز: "الحمدللہ"، اٹ از لپ سروس۔ ا مین ہو فیلس ٹو اکنالج مینز سروس، اینڈ، اینڈ، اینڈ ہی سیز: "الحمدللہ"، اٹ مینز دیٹ ہز الحمدللہ از نتھنگ بٹ لپ سروس۔</w:t>
      </w:r>
    </w:p>
    <w:p>
      <w:r>
        <w:rPr>
          <w:b/>
        </w:rPr>
        <w:t xml:space="preserve">[37:27] </w:t>
      </w:r>
      <w:r>
        <w:t>because he is proving that when he, when he fails to acknowledge man, he is proving that he is deprived of thanksgiving spirit.</w:t>
      </w:r>
    </w:p>
    <w:p>
      <w:pPr>
        <w:jc w:val="right"/>
      </w:pPr>
      <w:r>
        <w:t>بیکاز ہی از پروفنگ دیٹ وین ہی، وین ہی فیلس ٹو اکنالج مین، ہی از پروفنگ دیٹ ہی از ڈیپرائڈ اف تھینکس گیونگ سپرٹ۔</w:t>
      </w:r>
    </w:p>
    <w:p>
      <w:r>
        <w:rPr>
          <w:b/>
        </w:rPr>
        <w:t xml:space="preserve">[37:43] </w:t>
      </w:r>
      <w:r>
        <w:t>in such a situation, when he says: "Alhamdulillah", it means nothing but that is, it means that it was nothing but lip service.</w:t>
      </w:r>
    </w:p>
    <w:p>
      <w:pPr>
        <w:jc w:val="right"/>
      </w:pPr>
      <w:r>
        <w:t>ان سچ ا سچویشن، وین ہی سیز: "الحمدللہ"، اٹ مینز نتھنگ بٹ دیٹ از، اٹ مینز دیٹ اٹ واز نتھنگ بٹ لپ سروس۔</w:t>
      </w:r>
    </w:p>
    <w:p>
      <w:r>
        <w:rPr>
          <w:b/>
        </w:rPr>
        <w:t xml:space="preserve">[38:02] </w:t>
      </w:r>
      <w:r>
        <w:t>So, here is the, here is the question: why we acknowledge God and why we a</w:t>
      </w:r>
    </w:p>
    <w:p>
      <w:pPr>
        <w:jc w:val="right"/>
      </w:pPr>
      <w:r>
        <w:t>سو، ہیر از دا، ہیر از دا کوئسچن: وائی وی اکنالج گاڈ اینڈ وائی وی ا</w:t>
      </w:r>
    </w:p>
    <w:p>
      <w:r>
        <w:rPr>
          <w:b/>
        </w:rPr>
        <w:t xml:space="preserve">[38:08] </w:t>
      </w:r>
      <w:r>
        <w:t>acknowledge man? why? it also requires rational. i have found the answer in Quran and Hadith.</w:t>
      </w:r>
    </w:p>
    <w:p>
      <w:pPr>
        <w:jc w:val="right"/>
      </w:pPr>
      <w:r>
        <w:t>کنالج مین؟ وائی؟ اٹ السو ریکوائر ریشنل۔ ائی ہیو فاؤنڈ دا انسر ان قران اینڈ حدیث۔</w:t>
      </w:r>
    </w:p>
    <w:p>
      <w:r>
        <w:rPr>
          <w:b/>
        </w:rPr>
        <w:t xml:space="preserve">[38:21] </w:t>
      </w:r>
      <w:r>
        <w:t>you know, in this world, we are living between two boundaries,</w:t>
      </w:r>
    </w:p>
    <w:p>
      <w:pPr>
        <w:jc w:val="right"/>
      </w:pPr>
      <w:r>
        <w:t>یو نو، ان دس ورلڈ، وی ار لیونگ بٹوین ٹو باؤنڈریز،</w:t>
      </w:r>
    </w:p>
    <w:p>
      <w:r>
        <w:rPr>
          <w:b/>
        </w:rPr>
        <w:t xml:space="preserve">[38:31] </w:t>
      </w:r>
      <w:r>
        <w:t>between two helping system. one is natural support system and the second is civilizational support system.</w:t>
      </w:r>
    </w:p>
    <w:p>
      <w:pPr>
        <w:jc w:val="right"/>
      </w:pPr>
      <w:r>
        <w:t>بٹوین ٹو ہیلپنگ سسٹم۔ ون از نیچرل سپورٹ سسٹم اینڈ دا سیکنڈ از سولائزیشنل سپورٹ سسٹم۔</w:t>
      </w:r>
    </w:p>
    <w:p>
      <w:r>
        <w:rPr>
          <w:b/>
        </w:rPr>
        <w:t xml:space="preserve">[38:48] </w:t>
      </w:r>
      <w:r>
        <w:t>by natural support system, i mean sun light and this planet earth and water and mountain and air and oxygen and food</w:t>
      </w:r>
    </w:p>
    <w:p>
      <w:pPr>
        <w:jc w:val="right"/>
      </w:pPr>
      <w:r>
        <w:t>بائی نیچرل سپورٹ سسٹم، ائی مین سن لائٹ اینڈ دس پلینٹ ارتھ اینڈ واٹر اینڈ ماؤنٹین اینڈ ایئر اینڈ اکسیجن اینڈ فوڈ</w:t>
      </w:r>
    </w:p>
    <w:p>
      <w:r>
        <w:rPr>
          <w:b/>
        </w:rPr>
        <w:t xml:space="preserve">[39:11] </w:t>
      </w:r>
      <w:r>
        <w:t>and all those things which are necessary for our life, livelihood for our life.</w:t>
      </w:r>
    </w:p>
    <w:p>
      <w:pPr>
        <w:jc w:val="right"/>
      </w:pPr>
      <w:r>
        <w:t>اینڈ ال دوز تھنگز وچ ار نیسیسری فار اور لائف، لائیولی ہڈ فار اور لائف۔</w:t>
      </w:r>
    </w:p>
    <w:p>
      <w:r>
        <w:rPr>
          <w:b/>
        </w:rPr>
        <w:t xml:space="preserve">[39:21] </w:t>
      </w:r>
      <w:r>
        <w:t>so, this is natural support system. who has provided this?</w:t>
      </w:r>
    </w:p>
    <w:p>
      <w:pPr>
        <w:jc w:val="right"/>
      </w:pPr>
      <w:r>
        <w:t>سو، دس از نیچرل سپورٹ سسٹم۔ ہو ہیز پرووائیڈڈ دس؟</w:t>
      </w:r>
    </w:p>
    <w:p>
      <w:r>
        <w:rPr>
          <w:b/>
        </w:rPr>
        <w:t xml:space="preserve">[39:28] </w:t>
      </w:r>
      <w:r>
        <w:t>it is God who has provided this. natural support system remind us the boundaries of God.</w:t>
      </w:r>
    </w:p>
    <w:p>
      <w:pPr>
        <w:jc w:val="right"/>
      </w:pPr>
      <w:r>
        <w:t>اٹ از گاڈ ہو ہیز پرووائیڈڈ دس۔ نیچرل سپورٹ سسٹم ریمائنڈ اس دا باؤنڈریز اف گاڈ۔</w:t>
      </w:r>
    </w:p>
    <w:p>
      <w:r>
        <w:rPr>
          <w:b/>
        </w:rPr>
        <w:t xml:space="preserve">[39:38] </w:t>
      </w:r>
      <w:r>
        <w:t>when we enjoy sun light, when we enjoy fresh air, when we enjoy food, when we enjoy water, we remember God.</w:t>
      </w:r>
    </w:p>
    <w:p>
      <w:pPr>
        <w:jc w:val="right"/>
      </w:pPr>
      <w:r>
        <w:t>وین وی انجوائے سن لائٹ، وین وی انجوائے فریش ایئر، وین وی انجوائے فوڈ، وین وی انجوائے واٹر، وی ریممبر گاڈ۔</w:t>
      </w:r>
    </w:p>
    <w:p>
      <w:r>
        <w:rPr>
          <w:b/>
        </w:rPr>
        <w:t xml:space="preserve">[39:51] </w:t>
      </w:r>
      <w:r>
        <w:t>so, there are millions and billions things that is natural support system.</w:t>
      </w:r>
    </w:p>
    <w:p>
      <w:pPr>
        <w:jc w:val="right"/>
      </w:pPr>
      <w:r>
        <w:t>سو، دیر ار ملینز اینڈ بلینز تھنگز دیٹ از نیچرل سپورٹ سسٹم۔</w:t>
      </w:r>
    </w:p>
    <w:p>
      <w:r>
        <w:rPr>
          <w:b/>
        </w:rPr>
        <w:t xml:space="preserve">[40:01] </w:t>
      </w:r>
      <w:r>
        <w:t>every, every leaf of a tree is a part of that natural support system.</w:t>
      </w:r>
    </w:p>
    <w:p>
      <w:pPr>
        <w:jc w:val="right"/>
      </w:pPr>
      <w:r>
        <w:t>ایوری، ایوری لیف اف ا ٹری از ا پارٹ اف دیٹ نیچرل سپورٹ سسٹم۔</w:t>
      </w:r>
    </w:p>
    <w:p>
      <w:r>
        <w:rPr>
          <w:b/>
        </w:rPr>
        <w:t xml:space="preserve">[40:12] </w:t>
      </w:r>
      <w:r>
        <w:t>so, this natural support system remind us the blessings of God</w:t>
      </w:r>
    </w:p>
    <w:p>
      <w:pPr>
        <w:jc w:val="right"/>
      </w:pPr>
      <w:r>
        <w:t>سو، دس نیچرل سپورٹ سسٹم ریمائنڈ اس دا بلیسنگز اف گاڈ</w:t>
      </w:r>
    </w:p>
    <w:p>
      <w:r>
        <w:rPr>
          <w:b/>
        </w:rPr>
        <w:t xml:space="preserve">[40:19] </w:t>
      </w:r>
      <w:r>
        <w:t>. we feel that if there were no water, no air, no sun light, no food, then it was not possible to live in this planet earth.</w:t>
      </w:r>
    </w:p>
    <w:p>
      <w:pPr>
        <w:jc w:val="right"/>
      </w:pPr>
      <w:r>
        <w:t>۔ وی فیل دیٹ اف دیر ویر نو واٹر، نو ایئر، نو سن لائٹ، نو فوڈ، دین اٹ واز ناٹ پوسیبل ٹو لیو ان دس پلینٹ ارتھ۔</w:t>
      </w:r>
    </w:p>
    <w:p>
      <w:r>
        <w:rPr>
          <w:b/>
        </w:rPr>
        <w:t xml:space="preserve">[40:36] </w:t>
      </w:r>
      <w:r>
        <w:t>so, when we think about natural support system, we inculcate in our self thanks giving towards God.</w:t>
      </w:r>
    </w:p>
    <w:p>
      <w:pPr>
        <w:jc w:val="right"/>
      </w:pPr>
      <w:r>
        <w:t>سو، وین وی تھنک اباؤٹ نیچرل سپورٹ سسٹم، وی انکلکیٹ ان اور سیلف تھینکس گیونگ ٹورڈز گاڈ۔</w:t>
      </w:r>
    </w:p>
    <w:p>
      <w:r>
        <w:rPr>
          <w:b/>
        </w:rPr>
        <w:t xml:space="preserve">[40:48] </w:t>
      </w:r>
      <w:r>
        <w:t>so, we acknowledge God: "O God, you have giving us all these things, otherwise not possible for us to live in this world."</w:t>
      </w:r>
    </w:p>
    <w:p>
      <w:pPr>
        <w:jc w:val="right"/>
      </w:pPr>
      <w:r>
        <w:t>سو، وی اکنالج گاڈ: "او گاڈ، یو ہیو گیونگ اس ال دیز تھنگز، ادر وائز ناٹ پوسیبل فار اس ٹو لیو ان دس ورلڈ۔"</w:t>
      </w:r>
    </w:p>
    <w:p>
      <w:r>
        <w:rPr>
          <w:b/>
        </w:rPr>
        <w:t xml:space="preserve">[41:02] </w:t>
      </w:r>
      <w:r>
        <w:t>so, remembering about natural support system</w:t>
      </w:r>
    </w:p>
    <w:p>
      <w:pPr>
        <w:jc w:val="right"/>
      </w:pPr>
      <w:r>
        <w:t>سو، ریممبرنگ اباؤٹ نیچرل سپورٹ سسٹم</w:t>
      </w:r>
    </w:p>
    <w:p>
      <w:r>
        <w:rPr>
          <w:b/>
        </w:rPr>
        <w:t xml:space="preserve">[41:12] </w:t>
      </w:r>
      <w:r>
        <w:t>is important to present thanks giving before God.</w:t>
      </w:r>
    </w:p>
    <w:p>
      <w:pPr>
        <w:jc w:val="right"/>
      </w:pPr>
      <w:r>
        <w:t>از امپورٹنٹ ٹو پریزنٹ تھینکس گیونگ بیفور گاڈ۔</w:t>
      </w:r>
    </w:p>
    <w:p>
      <w:r>
        <w:rPr>
          <w:b/>
        </w:rPr>
        <w:t xml:space="preserve">[41:20] </w:t>
      </w:r>
      <w:r>
        <w:t>so, this is the rational behind, behind, behind shukr or acknowledgement or thanks giving.</w:t>
      </w:r>
    </w:p>
    <w:p>
      <w:pPr>
        <w:jc w:val="right"/>
      </w:pPr>
      <w:r>
        <w:t>سو، دس از دا ریشنل بیہائنڈ، بیہائنڈ، بیہائنڈ شکر اور اکنالجمنٹ اور تھینکس گیونگ۔</w:t>
      </w:r>
    </w:p>
    <w:p>
      <w:r>
        <w:rPr>
          <w:b/>
        </w:rPr>
        <w:t xml:space="preserve">[41:31] </w:t>
      </w:r>
      <w:r>
        <w:t>when we, when we think about natural support system, we, we experience a thrilling, a thrilling experience.</w:t>
      </w:r>
    </w:p>
    <w:p>
      <w:pPr>
        <w:jc w:val="right"/>
      </w:pPr>
      <w:r>
        <w:t>وین وی، وین وی تھنک اباؤٹ نیچرل سپورٹ سسٹم، وی، وی ایکسپیرینس ا تھرلنگ، ا تھرلنگ ایکسپیرینس۔</w:t>
      </w:r>
    </w:p>
    <w:p>
      <w:r>
        <w:rPr>
          <w:b/>
        </w:rPr>
        <w:t xml:space="preserve">[41:44] </w:t>
      </w:r>
      <w:r>
        <w:t>we find a thrilling experience when we think about all these natural support system.</w:t>
      </w:r>
    </w:p>
    <w:p>
      <w:pPr>
        <w:jc w:val="right"/>
      </w:pPr>
      <w:r>
        <w:t>وی فائنڈ ا تھرلنگ ایکسپیرینس وین وی تھنک اباؤٹ ال دیز نیچرل سپورٹ سسٹم۔</w:t>
      </w:r>
    </w:p>
    <w:p>
      <w:r>
        <w:rPr>
          <w:b/>
        </w:rPr>
        <w:t xml:space="preserve">[41:54] </w:t>
      </w:r>
      <w:r>
        <w:t>we are full with thrilling experience and then we say: "Alhamdulillah, Alhamdulillah." this Alhamdulillah is not a lip service.</w:t>
      </w:r>
    </w:p>
    <w:p>
      <w:pPr>
        <w:jc w:val="right"/>
      </w:pPr>
      <w:r>
        <w:t>وی ار فل ود تھرلنگ ایکسپیرینس اینڈ دین وی سی: "الحمدللہ، الحمدللہ۔" دس الحمدللہ از ناٹ ا لپ سروس۔</w:t>
      </w:r>
    </w:p>
    <w:p>
      <w:r>
        <w:rPr>
          <w:b/>
        </w:rPr>
        <w:t xml:space="preserve">[42:09] </w:t>
      </w:r>
      <w:r>
        <w:t>this kind of Alhamdulillah is not lip service. it is acknowledgement in true sense of the word.</w:t>
      </w:r>
    </w:p>
    <w:p>
      <w:pPr>
        <w:jc w:val="right"/>
      </w:pPr>
      <w:r>
        <w:t>دس کائنڈ اف الحمدللہ از ناٹ لپ سروس۔ اٹ از اکنالجمنٹ ان ٹرو سینس اف دا ورلڈ۔</w:t>
      </w:r>
    </w:p>
    <w:p>
      <w:r>
        <w:rPr>
          <w:b/>
        </w:rPr>
        <w:t xml:space="preserve">[42:19] </w:t>
      </w:r>
      <w:r>
        <w:t>it is acknowledgement in true sense of the word. it is thanks giving in true sense of the word. it is shukr in true sense of the word.</w:t>
      </w:r>
    </w:p>
    <w:p>
      <w:pPr>
        <w:jc w:val="right"/>
      </w:pPr>
      <w:r>
        <w:t>اٹ از اکنالجمنٹ ان ٹرو سینس اف دا ورلڈ۔ اٹ از تھینکس گیونگ ان ٹرو سینس اف دا ورلڈ۔ اٹ از شکر ان ٹرو سینس اف دا ورلڈ۔</w:t>
      </w:r>
    </w:p>
    <w:p>
      <w:r>
        <w:rPr>
          <w:b/>
        </w:rPr>
        <w:t xml:space="preserve">[42:31] </w:t>
      </w:r>
      <w:r>
        <w:t>deen you, do you know, we have civilizational support</w:t>
      </w:r>
    </w:p>
    <w:p>
      <w:pPr>
        <w:jc w:val="right"/>
      </w:pPr>
      <w:r>
        <w:t>دین یو، دین یو نو، وی ہیو سولائزیشنل سپورٹ</w:t>
      </w:r>
    </w:p>
    <w:p>
      <w:r>
        <w:rPr>
          <w:b/>
        </w:rPr>
        <w:t xml:space="preserve">[42:42] </w:t>
      </w:r>
      <w:r>
        <w:t>. all those things we, we use like, like dress, like glass, like building, like, like road, like motor car.</w:t>
      </w:r>
    </w:p>
    <w:p>
      <w:pPr>
        <w:jc w:val="right"/>
      </w:pPr>
      <w:r>
        <w:t>۔ ال دوز تھنگز وی، وی یوز لائک، لائک ڈریس، لائک گلاس، لائک بلڈنگ، لائک، لائک روڈ، لائک موٹر کار۔</w:t>
      </w:r>
    </w:p>
    <w:p>
      <w:r>
        <w:rPr>
          <w:b/>
        </w:rPr>
        <w:t xml:space="preserve">[42:59] </w:t>
      </w:r>
      <w:r>
        <w:t>all these things are, are, are contribution of civilization.</w:t>
      </w:r>
    </w:p>
    <w:p>
      <w:pPr>
        <w:jc w:val="right"/>
      </w:pPr>
      <w:r>
        <w:t>ال دیز تھنگز ار، ار، ار کنٹریبیوشن اف سولائزیشن۔</w:t>
      </w:r>
    </w:p>
    <w:p>
      <w:r>
        <w:rPr>
          <w:b/>
        </w:rPr>
        <w:t xml:space="preserve">[43:09] </w:t>
      </w:r>
      <w:r>
        <w:t>what is, what is civilization?</w:t>
      </w:r>
    </w:p>
    <w:p>
      <w:pPr>
        <w:jc w:val="right"/>
      </w:pPr>
      <w:r>
        <w:t>واٹ از، واٹ از سولائزیشن؟</w:t>
      </w:r>
    </w:p>
    <w:p>
      <w:r>
        <w:rPr>
          <w:b/>
        </w:rPr>
        <w:t xml:space="preserve">[43:12] </w:t>
      </w:r>
      <w:r>
        <w:t>civilization is a joint human effort. you know, man invented wheel.</w:t>
      </w:r>
    </w:p>
    <w:p>
      <w:pPr>
        <w:jc w:val="right"/>
      </w:pPr>
      <w:r>
        <w:t>سولائزیشن از ا جوائنٹ ہیومن ایفرٹ۔ یو نو، مین انوینٹڈ ویل۔</w:t>
      </w:r>
    </w:p>
    <w:p>
      <w:r>
        <w:rPr>
          <w:b/>
        </w:rPr>
        <w:t xml:space="preserve">[43:23] </w:t>
      </w:r>
      <w:r>
        <w:t>man invented wheel. before wheel, there was nothing.</w:t>
      </w:r>
    </w:p>
    <w:p>
      <w:pPr>
        <w:jc w:val="right"/>
      </w:pPr>
      <w:r>
        <w:t>مین انوینٹڈ ویل۔ بیفور ویل، دیر واز نتھنگ۔</w:t>
      </w:r>
    </w:p>
    <w:p>
      <w:r>
        <w:rPr>
          <w:b/>
        </w:rPr>
        <w:t xml:space="preserve">[43:32] </w:t>
      </w:r>
      <w:r>
        <w:t>man was compelled to, to walk on his legs. then man invented wheel. then there were cart, there were horse cart, bullock cart.</w:t>
      </w:r>
    </w:p>
    <w:p>
      <w:pPr>
        <w:jc w:val="right"/>
      </w:pPr>
      <w:r>
        <w:t>مین واز کمپیلڈ ٹو، ٹو واک ان ہز لیگز۔ دین مین انوینٹڈ ویل۔ دین دیر وار کارڈ، دیر وار ہارس کارڈ، بلک کارڈ۔</w:t>
      </w:r>
    </w:p>
    <w:p>
      <w:r>
        <w:rPr>
          <w:b/>
        </w:rPr>
        <w:t xml:space="preserve">[43:47] </w:t>
      </w:r>
      <w:r>
        <w:t>then after a great, great effort, man invented motor car, airplane and ship and rockets, all those things.</w:t>
      </w:r>
    </w:p>
    <w:p>
      <w:pPr>
        <w:jc w:val="right"/>
      </w:pPr>
      <w:r>
        <w:t>دین افٹر ا گریٹ، گریٹ ایفرٹ، مین انوینٹڈ موٹر کار، ایروپلین اینڈ سیٹ اینڈ راکٹس، ال دوز تھنگز۔</w:t>
      </w:r>
    </w:p>
    <w:p>
      <w:r>
        <w:rPr>
          <w:b/>
        </w:rPr>
        <w:t xml:space="preserve">[44:04] </w:t>
      </w:r>
      <w:r>
        <w:t>so, after, after several thousand years, man was able to invent all these things.</w:t>
      </w:r>
    </w:p>
    <w:p>
      <w:pPr>
        <w:jc w:val="right"/>
      </w:pPr>
      <w:r>
        <w:t>سو، افٹر، افٹر سیورل تھاؤزنڈ ایئرز، مین واز ایبل ٹو انوینٹ ال دیز تھنگز۔</w:t>
      </w:r>
    </w:p>
    <w:p>
      <w:r>
        <w:rPr>
          <w:b/>
        </w:rPr>
        <w:t xml:space="preserve">[44:17] </w:t>
      </w:r>
      <w:r>
        <w:t>now, we, now, we enjoy all these things.</w:t>
      </w:r>
    </w:p>
    <w:p>
      <w:pPr>
        <w:jc w:val="right"/>
      </w:pPr>
      <w:r>
        <w:t>ناو، وی، ناو، وی انجوائے ال دیز تھنگز۔</w:t>
      </w:r>
    </w:p>
    <w:p>
      <w:r>
        <w:rPr>
          <w:b/>
        </w:rPr>
        <w:t xml:space="preserve">[44:26] </w:t>
      </w:r>
      <w:r>
        <w:t>so, here we can see that what is the civilizational support towards my life.</w:t>
      </w:r>
    </w:p>
    <w:p>
      <w:pPr>
        <w:jc w:val="right"/>
      </w:pPr>
      <w:r>
        <w:t>سو، ہیر وی کین سی دیٹ واٹ از دا سولائزیشنل سپورٹ ٹورڈز مائی لائف۔</w:t>
      </w:r>
    </w:p>
    <w:p>
      <w:r>
        <w:rPr>
          <w:b/>
        </w:rPr>
        <w:t xml:space="preserve">[44:38] </w:t>
      </w:r>
      <w:r>
        <w:t>this civilizational support is necessary for me to live in this earth.</w:t>
      </w:r>
    </w:p>
    <w:p>
      <w:pPr>
        <w:jc w:val="right"/>
      </w:pPr>
      <w:r>
        <w:t>دس سولائزیشنل سپورٹ از نیسیسری فار می ٹو لیو ان دس ارتھ۔</w:t>
      </w:r>
    </w:p>
    <w:p>
      <w:r>
        <w:rPr>
          <w:b/>
        </w:rPr>
        <w:t xml:space="preserve">[44:49] </w:t>
      </w:r>
      <w:r>
        <w:t>my dress, my furniture, my house, my car, all these things are contributions from civilization.</w:t>
      </w:r>
    </w:p>
    <w:p>
      <w:pPr>
        <w:jc w:val="right"/>
      </w:pPr>
      <w:r>
        <w:t>مائی ڈریس، مائی فرنیچر، مائی ہاؤس، مائی کار، ال دیز تھنگز ار کنٹریبیوشنز فرام سولائزیشن۔</w:t>
      </w:r>
    </w:p>
    <w:p>
      <w:r>
        <w:rPr>
          <w:b/>
        </w:rPr>
        <w:t xml:space="preserve">[45:01] </w:t>
      </w:r>
      <w:r>
        <w:t>so, when i think about this civilizational support, civilizational contribution, my heart is full with things thanksgiving towards humanity.</w:t>
      </w:r>
    </w:p>
    <w:p>
      <w:pPr>
        <w:jc w:val="right"/>
      </w:pPr>
      <w:r>
        <w:t>سو، وین ائی تھنک اباؤٹ دس سولائزیشنل سپورٹ، سولائزیشنل کنٹریبیوشن، مائی ہارٹ از فل ود تھنگز تھینکس گیونگ ٹورڈز ہیومینٹی۔</w:t>
      </w:r>
    </w:p>
    <w:p>
      <w:r>
        <w:rPr>
          <w:b/>
        </w:rPr>
        <w:t xml:space="preserve">[45:16] </w:t>
      </w:r>
      <w:r>
        <w:t>i acknowledge humanity.</w:t>
      </w:r>
    </w:p>
    <w:p>
      <w:pPr>
        <w:jc w:val="right"/>
      </w:pPr>
      <w:r>
        <w:t>ائی اکنالج ہیومینٹی۔</w:t>
      </w:r>
    </w:p>
    <w:p>
      <w:r>
        <w:rPr>
          <w:b/>
        </w:rPr>
        <w:t xml:space="preserve">[45:24] </w:t>
      </w:r>
      <w:r>
        <w:t>then it makes me to live in society with love, with peace</w:t>
      </w:r>
    </w:p>
    <w:p>
      <w:pPr>
        <w:jc w:val="right"/>
      </w:pPr>
      <w:r>
        <w:t>دین اٹ میکس می ٹو لیو ان سوسائٹی ود لو، ود پیس</w:t>
      </w:r>
    </w:p>
    <w:p>
      <w:r>
        <w:rPr>
          <w:b/>
        </w:rPr>
        <w:t xml:space="preserve">[45:38] </w:t>
      </w:r>
      <w:r>
        <w:t>. it inculcates in my heart well wishing.</w:t>
      </w:r>
    </w:p>
    <w:p>
      <w:pPr>
        <w:jc w:val="right"/>
      </w:pPr>
      <w:r>
        <w:t>۔ اٹ انکلکیٹس ان مائی ہارٹ ویل وشنگ۔</w:t>
      </w:r>
    </w:p>
    <w:p>
      <w:r>
        <w:rPr>
          <w:b/>
        </w:rPr>
        <w:t xml:space="preserve">[45:46] </w:t>
      </w:r>
      <w:r>
        <w:t>i become a, i become a friend of all those people.</w:t>
      </w:r>
    </w:p>
    <w:p>
      <w:pPr>
        <w:jc w:val="right"/>
      </w:pPr>
      <w:r>
        <w:t>ائی بیکم ا، ائی بیکم ا فرینڈ اف ال دوز پیپل۔</w:t>
      </w:r>
    </w:p>
    <w:p>
      <w:r>
        <w:rPr>
          <w:b/>
        </w:rPr>
        <w:t xml:space="preserve">[45:58] </w:t>
      </w:r>
      <w:r>
        <w:t>so, when i remember this civilizational support, i am ready to live in a society with compassion, with peace, with tolerance,</w:t>
      </w:r>
    </w:p>
    <w:p>
      <w:pPr>
        <w:jc w:val="right"/>
      </w:pPr>
      <w:r>
        <w:t>سو، وین ائی ریممبر دس سولائزیشنل سپورٹ، ائی ایم ریڈی ٹو لیو ان ا سوسائٹی ود کمپیشن، ود پیس، ود ٹولرنس،</w:t>
      </w:r>
    </w:p>
    <w:p>
      <w:r>
        <w:rPr>
          <w:b/>
        </w:rPr>
        <w:t xml:space="preserve">[46:16] </w:t>
      </w:r>
      <w:r>
        <w:t>with love. this is rational behind this good conduct.</w:t>
      </w:r>
    </w:p>
    <w:p>
      <w:pPr>
        <w:jc w:val="right"/>
      </w:pPr>
      <w:r>
        <w:t>ود لو۔ دس از ریشنل بیہائنڈ دس گڈ کنڈکٹ۔</w:t>
      </w:r>
    </w:p>
    <w:p>
      <w:r>
        <w:rPr>
          <w:b/>
        </w:rPr>
        <w:t xml:space="preserve">[46:29] </w:t>
      </w:r>
      <w:r>
        <w:t>so, when i think about natural support system, i remember god.</w:t>
      </w:r>
    </w:p>
    <w:p>
      <w:pPr>
        <w:jc w:val="right"/>
      </w:pPr>
      <w:r>
        <w:t>سو، وین ائی تھنک اباؤٹ نیچرل سپورٹ سسٹم، ائی ریممبر گاڈ۔</w:t>
      </w:r>
    </w:p>
    <w:p>
      <w:r>
        <w:rPr>
          <w:b/>
        </w:rPr>
        <w:t xml:space="preserve">[46:35] </w:t>
      </w:r>
      <w:r>
        <w:t>i present my shukr before god. and when i remember civilizational support, i acknowledge</w:t>
      </w:r>
    </w:p>
    <w:p>
      <w:pPr>
        <w:jc w:val="right"/>
      </w:pPr>
      <w:r>
        <w:t>ائی پریزنٹ مائی شکر بیفور گاڈ۔ اینڈ وین ائی ریممبر سولائزیشنل سپورٹ، ائی اکنالج</w:t>
      </w:r>
    </w:p>
    <w:p>
      <w:r>
        <w:rPr>
          <w:b/>
        </w:rPr>
        <w:t xml:space="preserve">[46:49] </w:t>
      </w:r>
      <w:r>
        <w:t>the contribution of humanity towards my life. and when i, when i feel, and when i remember this contribution,</w:t>
      </w:r>
    </w:p>
    <w:p>
      <w:pPr>
        <w:jc w:val="right"/>
      </w:pPr>
      <w:r>
        <w:t>دا کنٹریبیوشن اف ہیومینٹی ٹورڈز مائی لائف۔ اینڈ وین ائی، وین ائی فیل، اینڈ وین ائی ریممبر دس کنٹریبیوشن،</w:t>
      </w:r>
    </w:p>
    <w:p>
      <w:r>
        <w:rPr>
          <w:b/>
        </w:rPr>
        <w:t xml:space="preserve">[47:05] </w:t>
      </w:r>
      <w:r>
        <w:t>i make myself able to live with positivity in a society. i make myself live in a society with love, with tolerance,</w:t>
      </w:r>
    </w:p>
    <w:p>
      <w:pPr>
        <w:jc w:val="right"/>
      </w:pPr>
      <w:r>
        <w:t>ائی میک مائی سیلف ایبل ٹو لیو ود پوزیٹیوٹی ان ا سوسائٹی۔ ائی میک مائی سیلف لیو ان ا سوسائٹی ود لو، ود ٹولرنس،</w:t>
      </w:r>
    </w:p>
    <w:p>
      <w:r>
        <w:rPr>
          <w:b/>
        </w:rPr>
        <w:t xml:space="preserve">[47:19] </w:t>
      </w:r>
      <w:r>
        <w:t>with peace</w:t>
      </w:r>
    </w:p>
    <w:p>
      <w:pPr>
        <w:jc w:val="right"/>
      </w:pPr>
      <w:r>
        <w:t>ود پیس</w:t>
      </w:r>
    </w:p>
    <w:p>
      <w:r>
        <w:rPr>
          <w:b/>
        </w:rPr>
        <w:t xml:space="preserve">[47:22] </w:t>
      </w:r>
      <w:r>
        <w:t>. so, this is the rational behind good conduct, good social conduct. it requires rational basis to adopt good conduct.</w:t>
      </w:r>
    </w:p>
    <w:p>
      <w:pPr>
        <w:jc w:val="right"/>
      </w:pPr>
      <w:r>
        <w:t>۔ سو، دس از دا ریشنل بیہائنڈ گڈ کنڈکٹ، گڈ سوشل کنڈکٹ۔ اٹ ریکوائر ریشنل بیسز ٹو اڈاپٹ گڈ کنڈکٹ۔</w:t>
      </w:r>
    </w:p>
    <w:p>
      <w:r>
        <w:rPr>
          <w:b/>
        </w:rPr>
        <w:t xml:space="preserve">[47:41] </w:t>
      </w:r>
      <w:r>
        <w:t>if you want to make people live with moral values, you have to address their mind, their rational mind.</w:t>
      </w:r>
    </w:p>
    <w:p>
      <w:pPr>
        <w:jc w:val="right"/>
      </w:pPr>
      <w:r>
        <w:t>اف یو وانٹ ٹو میک پیپل لیو ود مورل ویلیوز، یو ہیو ٹو ایڈریس دیر مائنڈ، دیر ریشنل مائنڈ۔</w:t>
      </w:r>
    </w:p>
    <w:p>
      <w:r>
        <w:rPr>
          <w:b/>
        </w:rPr>
        <w:t xml:space="preserve">[47:52] </w:t>
      </w:r>
      <w:r>
        <w:t>otherwise, it is not possible to build a better society.</w:t>
      </w:r>
    </w:p>
    <w:p>
      <w:pPr>
        <w:jc w:val="right"/>
      </w:pPr>
      <w:r>
        <w:t>ادر وائز، اٹ ناٹ پوسیبل ٹو بلڈ ا بیٹر سوسائٹی۔</w:t>
      </w:r>
    </w:p>
    <w:p>
      <w:r>
        <w:rPr>
          <w:b/>
        </w:rPr>
        <w:t xml:space="preserve">[48:02] </w:t>
      </w:r>
      <w:r>
        <w:t>then Islam gives a very, very important. then Islam</w:t>
      </w:r>
    </w:p>
    <w:p>
      <w:pPr>
        <w:jc w:val="right"/>
      </w:pPr>
      <w:r>
        <w:t>دین اسلام گیوز ا ویری، ویری امپورٹنٹ۔ دین اسلام</w:t>
      </w:r>
    </w:p>
    <w:p>
      <w:r>
        <w:rPr>
          <w:b/>
        </w:rPr>
        <w:t xml:space="preserve">[48:11] </w:t>
      </w:r>
      <w:r>
        <w:t>gives a very, very important thing that is incentive.</w:t>
      </w:r>
    </w:p>
    <w:p>
      <w:pPr>
        <w:jc w:val="right"/>
      </w:pPr>
      <w:r>
        <w:t>گیوز ا ویری، ویری امپورٹنٹ تھنگ دیٹ از انسینٹیو۔</w:t>
      </w:r>
    </w:p>
    <w:p>
      <w:r>
        <w:rPr>
          <w:b/>
        </w:rPr>
        <w:t xml:space="preserve">[48:19] </w:t>
      </w:r>
      <w:r>
        <w:t>this you cannot find only in Islam</w:t>
      </w:r>
    </w:p>
    <w:p>
      <w:pPr>
        <w:jc w:val="right"/>
      </w:pPr>
      <w:r>
        <w:t>دس یو کینٹ فائنڈ اونلی ان اسلام</w:t>
      </w:r>
    </w:p>
    <w:p>
      <w:r>
        <w:rPr>
          <w:b/>
        </w:rPr>
        <w:t xml:space="preserve">[48:23] </w:t>
      </w:r>
      <w:r>
        <w:t>: incentive towards good conduct.</w:t>
      </w:r>
    </w:p>
    <w:p>
      <w:pPr>
        <w:jc w:val="right"/>
      </w:pPr>
      <w:r>
        <w:t>: انسینٹیو ٹورڈز گڈ کنڈکٹ۔</w:t>
      </w:r>
    </w:p>
    <w:p>
      <w:r>
        <w:rPr>
          <w:b/>
        </w:rPr>
        <w:t xml:space="preserve">[48:29] </w:t>
      </w:r>
      <w:r>
        <w:t>incentive towards good conduct. why I live in a society with good, good conduct?</w:t>
      </w:r>
    </w:p>
    <w:p>
      <w:pPr>
        <w:jc w:val="right"/>
      </w:pPr>
      <w:r>
        <w:t>انسینٹیو ٹورڈز گڈ کنڈکٹ۔ یعنی وائی ائی لیو ان ا سوسائٹی ود گڈ، گڈ کنڈکٹ؟</w:t>
      </w:r>
    </w:p>
    <w:p>
      <w:r>
        <w:rPr>
          <w:b/>
        </w:rPr>
        <w:t xml:space="preserve">[48:43] </w:t>
      </w:r>
      <w:r>
        <w:t>why I live in a society as a giver member</w:t>
      </w:r>
    </w:p>
    <w:p>
      <w:pPr>
        <w:jc w:val="right"/>
      </w:pPr>
      <w:r>
        <w:t>وائی ائی لیو ان ا سوسائٹی ایز ا گیور ممبر</w:t>
      </w:r>
    </w:p>
    <w:p>
      <w:r>
        <w:rPr>
          <w:b/>
        </w:rPr>
        <w:t xml:space="preserve">[48:49] </w:t>
      </w:r>
      <w:r>
        <w:t>? why I live in a society as a peaceful member? why? because it makes me able to receive the blessing of God in terms of paradise.</w:t>
      </w:r>
    </w:p>
    <w:p>
      <w:pPr>
        <w:jc w:val="right"/>
      </w:pPr>
      <w:r>
        <w:t>؟ وائی ائی لیو ان ا سوسائٹی ایز ا پیس فل ممبر؟ وائی؟ بیکاز اٹ میکس می ایبل ٹو ریسیو دا بلیسنگ اف گاڈ ان ٹرم اف پیراڈائز۔</w:t>
      </w:r>
    </w:p>
    <w:p>
      <w:r>
        <w:rPr>
          <w:b/>
        </w:rPr>
        <w:t xml:space="preserve">[49:13] </w:t>
      </w:r>
      <w:r>
        <w:t>Islam gives us a very, very important incentive, motivation that if you,</w:t>
      </w:r>
    </w:p>
    <w:p>
      <w:pPr>
        <w:jc w:val="right"/>
      </w:pPr>
      <w:r>
        <w:t>اسلام گیوز اس ا ویری، ویری امپورٹنٹ انسینٹیو، موٹیویشن دیٹ اف یو،</w:t>
      </w:r>
    </w:p>
    <w:p>
      <w:r>
        <w:rPr>
          <w:b/>
        </w:rPr>
        <w:t xml:space="preserve">[49:24] </w:t>
      </w:r>
      <w:r>
        <w:t>if you</w:t>
      </w:r>
    </w:p>
    <w:p>
      <w:pPr>
        <w:jc w:val="right"/>
      </w:pPr>
      <w:r>
        <w:t>اف یو</w:t>
      </w:r>
    </w:p>
    <w:p>
      <w:r>
        <w:rPr>
          <w:b/>
        </w:rPr>
        <w:t xml:space="preserve">[49:28] </w:t>
      </w:r>
      <w:r>
        <w:t>defend yourself from,</w:t>
      </w:r>
    </w:p>
    <w:p>
      <w:pPr>
        <w:jc w:val="right"/>
      </w:pPr>
      <w:r>
        <w:t>ڈیفینڈ یور سیلف فرام،</w:t>
      </w:r>
    </w:p>
    <w:p>
      <w:r>
        <w:rPr>
          <w:b/>
        </w:rPr>
        <w:t xml:space="preserve">[49:31] </w:t>
      </w:r>
      <w:r>
        <w:t>from misuse of your freedom.</w:t>
      </w:r>
    </w:p>
    <w:p>
      <w:pPr>
        <w:jc w:val="right"/>
      </w:pPr>
      <w:r>
        <w:t>فرام مس یوزنگ اف یور فریڈم۔</w:t>
      </w:r>
    </w:p>
    <w:p>
      <w:r>
        <w:rPr>
          <w:b/>
        </w:rPr>
        <w:t xml:space="preserve">[49:36] </w:t>
      </w:r>
      <w:r>
        <w:t>if you, if you keep patience,</w:t>
      </w:r>
    </w:p>
    <w:p>
      <w:pPr>
        <w:jc w:val="right"/>
      </w:pPr>
      <w:r>
        <w:t>اف یو، اف یو کیپ پیشنس،</w:t>
      </w:r>
    </w:p>
    <w:p>
      <w:r>
        <w:rPr>
          <w:b/>
        </w:rPr>
        <w:t xml:space="preserve">[49:42] </w:t>
      </w:r>
      <w:r>
        <w:t>if you love your enemy,</w:t>
      </w:r>
    </w:p>
    <w:p>
      <w:pPr>
        <w:jc w:val="right"/>
      </w:pPr>
      <w:r>
        <w:t>اف یو لو یور اینمی،</w:t>
      </w:r>
    </w:p>
    <w:p>
      <w:r>
        <w:rPr>
          <w:b/>
        </w:rPr>
        <w:t xml:space="preserve">[49:46] </w:t>
      </w:r>
      <w:r>
        <w:t>if you keep tolerance,</w:t>
      </w:r>
    </w:p>
    <w:p>
      <w:pPr>
        <w:jc w:val="right"/>
      </w:pPr>
      <w:r>
        <w:t>اف یو کیپ ٹولرنس،</w:t>
      </w:r>
    </w:p>
    <w:p>
      <w:r>
        <w:rPr>
          <w:b/>
        </w:rPr>
        <w:t xml:space="preserve">[49:51] </w:t>
      </w:r>
      <w:r>
        <w:t>if you adopt honesty,</w:t>
      </w:r>
    </w:p>
    <w:p>
      <w:pPr>
        <w:jc w:val="right"/>
      </w:pPr>
      <w:r>
        <w:t>اف یو اڈاپٹ ہونیسٹی،</w:t>
      </w:r>
    </w:p>
    <w:p>
      <w:r>
        <w:rPr>
          <w:b/>
        </w:rPr>
        <w:t xml:space="preserve">[49:58] </w:t>
      </w:r>
      <w:r>
        <w:t>if you adopt all those good</w:t>
      </w:r>
    </w:p>
    <w:p>
      <w:pPr>
        <w:jc w:val="right"/>
      </w:pPr>
      <w:r>
        <w:t>اف یو اڈاپٹ ال دوز گڈ</w:t>
      </w:r>
    </w:p>
    <w:p>
      <w:r>
        <w:rPr>
          <w:b/>
        </w:rPr>
        <w:t xml:space="preserve">[50:01] </w:t>
      </w:r>
      <w:r>
        <w:t>conduct, good social conduct,</w:t>
      </w:r>
    </w:p>
    <w:p>
      <w:pPr>
        <w:jc w:val="right"/>
      </w:pPr>
      <w:r>
        <w:t>کنڈکٹ، گڈ سوشل کنڈکٹ،</w:t>
      </w:r>
    </w:p>
    <w:p>
      <w:r>
        <w:rPr>
          <w:b/>
        </w:rPr>
        <w:t xml:space="preserve">[50:05] </w:t>
      </w:r>
      <w:r>
        <w:t>then god provides</w:t>
      </w:r>
    </w:p>
    <w:p>
      <w:pPr>
        <w:jc w:val="right"/>
      </w:pPr>
      <w:r>
        <w:t>دین گاڈ پروویجز</w:t>
      </w:r>
    </w:p>
    <w:p>
      <w:r>
        <w:rPr>
          <w:b/>
        </w:rPr>
        <w:t xml:space="preserve">[50:10] </w:t>
      </w:r>
      <w:r>
        <w:t>that he will</w:t>
      </w:r>
    </w:p>
    <w:p>
      <w:pPr>
        <w:jc w:val="right"/>
      </w:pPr>
      <w:r>
        <w:t>دیٹ ہی ویل</w:t>
      </w:r>
    </w:p>
    <w:p>
      <w:r>
        <w:rPr>
          <w:b/>
        </w:rPr>
        <w:t xml:space="preserve">[50:13] </w:t>
      </w:r>
      <w:r>
        <w:t>give us his</w:t>
      </w:r>
    </w:p>
    <w:p>
      <w:pPr>
        <w:jc w:val="right"/>
      </w:pPr>
      <w:r>
        <w:t>گیو اس ہز</w:t>
      </w:r>
    </w:p>
    <w:p>
      <w:r>
        <w:rPr>
          <w:b/>
        </w:rPr>
        <w:t xml:space="preserve">[50:14] </w:t>
      </w:r>
      <w:r>
        <w:t>great blessing that is eternal paradise. so, this belief provides a great incentive, great motivation.</w:t>
      </w:r>
    </w:p>
    <w:p>
      <w:pPr>
        <w:jc w:val="right"/>
      </w:pPr>
      <w:r>
        <w:t>گریٹ بلیسنگ دیٹ از ایٹرل پیراڈائز۔ سو، دس بیلیف پرووائیڈس ا گریٹ انسینٹیو، گریٹ موٹیویشن۔</w:t>
      </w:r>
    </w:p>
    <w:p>
      <w:r>
        <w:rPr>
          <w:b/>
        </w:rPr>
        <w:t xml:space="preserve">[50:29] </w:t>
      </w:r>
      <w:r>
        <w:t>it is very important. you know, without incentive, one cannot do anything. incentive is a must for every human being,</w:t>
      </w:r>
    </w:p>
    <w:p>
      <w:pPr>
        <w:jc w:val="right"/>
      </w:pPr>
      <w:r>
        <w:t>اٹ از ویری امپورٹنٹ۔ یو نو، وداؤٹ انسینٹیو، ون کین ناٹ ڈو اینی تھنگ۔ انسینٹیو از ا مسٹ فار ایوری ہیومن بینگ،</w:t>
      </w:r>
    </w:p>
    <w:p>
      <w:r>
        <w:rPr>
          <w:b/>
        </w:rPr>
        <w:t xml:space="preserve">[50:44] </w:t>
      </w:r>
      <w:r>
        <w:t>for men and women both.</w:t>
      </w:r>
    </w:p>
    <w:p>
      <w:pPr>
        <w:jc w:val="right"/>
      </w:pPr>
      <w:r>
        <w:t>فار مین اینڈ وومن بوتھ۔</w:t>
      </w:r>
    </w:p>
    <w:p>
      <w:r>
        <w:rPr>
          <w:b/>
        </w:rPr>
        <w:t xml:space="preserve">[50:50] </w:t>
      </w:r>
      <w:r>
        <w:t>all the activities in this world are based on incentive, on motivation. all those industrial activities, all those civilizational activities, all those activities you see around you,</w:t>
      </w:r>
    </w:p>
    <w:p>
      <w:pPr>
        <w:jc w:val="right"/>
      </w:pPr>
      <w:r>
        <w:t>ال دا ایکٹیویٹیز ان دس ورلڈ ار بیسڈ ان انسینٹیو، ان موٹیویشن۔ ال دوز انڈسٹریل ایکٹیویٹیز، ال دوز سولائزیشنل ایکٹیویٹیز، ال دوز ایکٹیویٹیز یو سی اراؤنڈ یو،</w:t>
      </w:r>
    </w:p>
    <w:p>
      <w:r>
        <w:rPr>
          <w:b/>
        </w:rPr>
        <w:t xml:space="preserve">[51:13] </w:t>
      </w:r>
      <w:r>
        <w:t>that are based on incentive, on motivation.</w:t>
      </w:r>
    </w:p>
    <w:p>
      <w:pPr>
        <w:jc w:val="right"/>
      </w:pPr>
      <w:r>
        <w:t>دیٹ ار بیسڈ ان انسینٹیو، ان موٹیویشن۔</w:t>
      </w:r>
    </w:p>
    <w:p>
      <w:r>
        <w:rPr>
          <w:b/>
        </w:rPr>
        <w:t xml:space="preserve">[51:22] </w:t>
      </w:r>
      <w:r>
        <w:t>people believe that by doing this, we can find something better.</w:t>
      </w:r>
    </w:p>
    <w:p>
      <w:pPr>
        <w:jc w:val="right"/>
      </w:pPr>
      <w:r>
        <w:t>پیپل بیلیو دیٹ بائی ڈوئنگ دس، وی کین فائنڈ سمتھنگ بیٹر۔</w:t>
      </w:r>
    </w:p>
    <w:p>
      <w:r>
        <w:rPr>
          <w:b/>
        </w:rPr>
        <w:t xml:space="preserve">[51:31] </w:t>
      </w:r>
      <w:r>
        <w:t>so, they try to do</w:t>
      </w:r>
    </w:p>
    <w:p>
      <w:pPr>
        <w:jc w:val="right"/>
      </w:pPr>
      <w:r>
        <w:t>سو، دے ٹرائی ٹو ڈو</w:t>
      </w:r>
    </w:p>
    <w:p>
      <w:r>
        <w:rPr>
          <w:b/>
        </w:rPr>
        <w:t xml:space="preserve">[51:39] </w:t>
      </w:r>
      <w:r>
        <w:t>. so, here, if you do a business, there is an incentive that you will achieve money.</w:t>
      </w:r>
    </w:p>
    <w:p>
      <w:pPr>
        <w:jc w:val="right"/>
      </w:pPr>
      <w:r>
        <w:t>۔ سو، ہیر، اف یو ڈو ا بزنس، دیر از این انسینٹیو دیٹ یو ویل اچیو منی۔</w:t>
      </w:r>
    </w:p>
    <w:p>
      <w:r>
        <w:rPr>
          <w:b/>
        </w:rPr>
        <w:t xml:space="preserve">[51:50] </w:t>
      </w:r>
      <w:r>
        <w:t>if you do a job, there is also a motivation that you will receive a good salary.</w:t>
      </w:r>
    </w:p>
    <w:p>
      <w:pPr>
        <w:jc w:val="right"/>
      </w:pPr>
      <w:r>
        <w:t>اف یو ڈو ا جاب، دیر از السو ا موٹیویشن دیٹ یو ویل ریسیو ا گڈ سیلری۔</w:t>
      </w:r>
    </w:p>
    <w:p>
      <w:r>
        <w:rPr>
          <w:b/>
        </w:rPr>
        <w:t xml:space="preserve">[52:03] </w:t>
      </w:r>
      <w:r>
        <w:t>so, is the case of, so, is the case of moral values.</w:t>
      </w:r>
    </w:p>
    <w:p>
      <w:pPr>
        <w:jc w:val="right"/>
      </w:pPr>
      <w:r>
        <w:t>سو، از دا کیس اف، سو، از دا کیس اف مورل ویلیوز۔</w:t>
      </w:r>
    </w:p>
    <w:p>
      <w:r>
        <w:rPr>
          <w:b/>
        </w:rPr>
        <w:t xml:space="preserve">[52:12] </w:t>
      </w:r>
      <w:r>
        <w:t>according to Islamic belief, according to the Islamic belief, you will be rewarded for your good conduct.</w:t>
      </w:r>
    </w:p>
    <w:p>
      <w:pPr>
        <w:jc w:val="right"/>
      </w:pPr>
      <w:r>
        <w:t>اکارڈنگ ٹو اسلامک بیلیف، اکارڈنگ ٹو دا اسلامک بیلیف، یو ویل بی ریوارڈڈ فار یور گڈ کنڈکٹ۔</w:t>
      </w:r>
    </w:p>
    <w:p>
      <w:r>
        <w:rPr>
          <w:b/>
        </w:rPr>
        <w:t xml:space="preserve">[52:30] </w:t>
      </w:r>
      <w:r>
        <w:t>in the very first chapter, you read Maliki yawm al-din, Alhamdulillah Rabbil 'alamin, Maliki yawm al-din,</w:t>
      </w:r>
    </w:p>
    <w:p>
      <w:pPr>
        <w:jc w:val="right"/>
      </w:pPr>
      <w:r>
        <w:t>ان دا ویری فرسٹ چیپٹر، یو ریڈ مالک یوم الدین، الحمدللہ رب العالمین، مالک یوم الدین،</w:t>
      </w:r>
    </w:p>
    <w:p>
      <w:r>
        <w:rPr>
          <w:b/>
        </w:rPr>
        <w:t xml:space="preserve">[52:42] </w:t>
      </w:r>
      <w:r>
        <w:t>Lord of, Lord of the Day of Judgment</w:t>
      </w:r>
    </w:p>
    <w:p>
      <w:pPr>
        <w:jc w:val="right"/>
      </w:pPr>
      <w:r>
        <w:t>لارڈ اف، لارڈ اف دا ڈے اف ججمنٹ</w:t>
      </w:r>
    </w:p>
    <w:p>
      <w:r>
        <w:rPr>
          <w:b/>
        </w:rPr>
        <w:t xml:space="preserve">[52:47] </w:t>
      </w:r>
      <w:r>
        <w:t>, lord of da day of judgment. it means that one day, you will be in the world hereafter.</w:t>
      </w:r>
    </w:p>
    <w:p>
      <w:pPr>
        <w:jc w:val="right"/>
      </w:pPr>
      <w:r>
        <w:t>، لارڈ اف دا ڈے اف ججمنٹ۔ اٹ مینز دیٹ ون ڈے، یو ویل بی ان دا ورلڈ ہیر افٹر۔</w:t>
      </w:r>
    </w:p>
    <w:p>
      <w:r>
        <w:rPr>
          <w:b/>
        </w:rPr>
        <w:t xml:space="preserve">[52:59] </w:t>
      </w:r>
      <w:r>
        <w:t>then you will meet your god.</w:t>
      </w:r>
    </w:p>
    <w:p>
      <w:pPr>
        <w:jc w:val="right"/>
      </w:pPr>
      <w:r>
        <w:t>دین یو ویل میٹ یور گاڈ۔</w:t>
      </w:r>
    </w:p>
    <w:p>
      <w:r>
        <w:rPr>
          <w:b/>
        </w:rPr>
        <w:t xml:space="preserve">[53:03] </w:t>
      </w:r>
      <w:r>
        <w:t>and if you have keep all these good conducts, all these good behavior, then god will reward you in term of paradise.</w:t>
      </w:r>
    </w:p>
    <w:p>
      <w:pPr>
        <w:jc w:val="right"/>
      </w:pPr>
      <w:r>
        <w:t>اینڈ اف یو ہیو کیپ ال دیز گڈ کنڈکٹس، ال دیز گڈ بیہیویئر، دین گاڈ ویل ریوارڈ یو ان ٹرم اف پیراڈائز۔</w:t>
      </w:r>
    </w:p>
    <w:p>
      <w:r>
        <w:rPr>
          <w:b/>
        </w:rPr>
        <w:t xml:space="preserve">[53:21] </w:t>
      </w:r>
      <w:r>
        <w:t>so, in islam, there is a very powerful incentive behind moral conduct.</w:t>
      </w:r>
    </w:p>
    <w:p>
      <w:pPr>
        <w:jc w:val="right"/>
      </w:pPr>
      <w:r>
        <w:t>سو، ان اسلام، دیر از ا ویری پاورفل انسینٹیو بیہائنڈ مورل کنڈکٹ۔</w:t>
      </w:r>
    </w:p>
    <w:p>
      <w:r>
        <w:rPr>
          <w:b/>
        </w:rPr>
        <w:t xml:space="preserve">[53:34] </w:t>
      </w:r>
      <w:r>
        <w:t>in islam, there is a very, very powerful incentive, powerful motivation</w:t>
      </w:r>
    </w:p>
    <w:p>
      <w:pPr>
        <w:jc w:val="right"/>
      </w:pPr>
      <w:r>
        <w:t>ان اسلام، دیر از ا ویری، ویری پاورفل انسینٹیو، پاورفل موٹیویشن</w:t>
      </w:r>
    </w:p>
    <w:p>
      <w:r>
        <w:rPr>
          <w:b/>
        </w:rPr>
        <w:t xml:space="preserve">[53:44] </w:t>
      </w:r>
      <w:r>
        <w:t>that if i will do good in the society, i will find great, great blessings from god in term of eternal paradise.</w:t>
      </w:r>
    </w:p>
    <w:p>
      <w:pPr>
        <w:jc w:val="right"/>
      </w:pPr>
      <w:r>
        <w:t>دیٹ اف ائی ویل ڈو گڈ ان دا سوسائٹی، ائی ویل فائنڈ گریٹ، گریٹ بلیسنگز فرام گاڈ ان ٹرم اف ایٹرل پیراڈائز۔</w:t>
      </w:r>
    </w:p>
    <w:p>
      <w:r>
        <w:rPr>
          <w:b/>
        </w:rPr>
        <w:t xml:space="preserve">[54:01] </w:t>
      </w:r>
      <w:r>
        <w:t>paradise, eternal, in paradise, there is eternal bliss, eternal happiness, eternal pleasure.</w:t>
      </w:r>
    </w:p>
    <w:p>
      <w:pPr>
        <w:jc w:val="right"/>
      </w:pPr>
      <w:r>
        <w:t>پیراڈائز، ایٹرل، ان پیراڈائز، دیر از ایٹرل بلیس، ایٹرل ہیپینس، ایٹرل پلیژر۔</w:t>
      </w:r>
    </w:p>
    <w:p>
      <w:r>
        <w:rPr>
          <w:b/>
        </w:rPr>
        <w:t xml:space="preserve">[54:15] </w:t>
      </w:r>
      <w:r>
        <w:t>so, this is a strong incentive.</w:t>
      </w:r>
    </w:p>
    <w:p>
      <w:pPr>
        <w:jc w:val="right"/>
      </w:pPr>
      <w:r>
        <w:t>سو، دس از ا سٹرونگ انسینٹیو۔</w:t>
      </w:r>
    </w:p>
    <w:p>
      <w:r>
        <w:rPr>
          <w:b/>
        </w:rPr>
        <w:t xml:space="preserve">[54:21] </w:t>
      </w:r>
      <w:r>
        <w:t>islam provides an incentive, a motivation.</w:t>
      </w:r>
    </w:p>
    <w:p>
      <w:pPr>
        <w:jc w:val="right"/>
      </w:pPr>
      <w:r>
        <w:t>اسلام پرووائیڈس ان انسینٹیو، ا موٹیویشن۔</w:t>
      </w:r>
    </w:p>
    <w:p>
      <w:r>
        <w:rPr>
          <w:b/>
        </w:rPr>
        <w:t xml:space="preserve">[54:33] </w:t>
      </w:r>
      <w:r>
        <w:t>it was this, it was this contribution of islam that islam was able to establish a better society first time in the world history.</w:t>
      </w:r>
    </w:p>
    <w:p>
      <w:pPr>
        <w:jc w:val="right"/>
      </w:pPr>
      <w:r>
        <w:t>اٹ واز دس، اٹ واز دس کنٹریبیوشن اف اسلام دیٹ اسلام واز ایبل ٹو اسٹیبلش ا بیٹر سوسائٹی فرسٹ ٹائم ان دا ورلڈ ہسٹری۔</w:t>
      </w:r>
    </w:p>
    <w:p>
      <w:r>
        <w:rPr>
          <w:b/>
        </w:rPr>
        <w:t xml:space="preserve">[54:52] </w:t>
      </w:r>
      <w:r>
        <w:t>for example, let us take equality. equality is very, very important value, important social value to treat everyone in equal basis.</w:t>
      </w:r>
    </w:p>
    <w:p>
      <w:pPr>
        <w:jc w:val="right"/>
      </w:pPr>
      <w:r>
        <w:t>فار ایگزامپل، لیٹ اس ٹیک ایکویلٹی۔ ایکویلٹی از ویری، ویری امپورٹنٹ ویلیو، امپورٹنٹ سوشل ویلیو ٹو ٹریٹ ایوری ون ان ایکول بیسس۔</w:t>
      </w:r>
    </w:p>
    <w:p>
      <w:r>
        <w:rPr>
          <w:b/>
        </w:rPr>
        <w:t xml:space="preserve">[55:10] </w:t>
      </w:r>
      <w:r>
        <w:t>it is very, very important.</w:t>
      </w:r>
    </w:p>
    <w:p>
      <w:pPr>
        <w:jc w:val="right"/>
      </w:pPr>
      <w:r>
        <w:t>اٹ از ویری، ویری امپورٹنٹ۔</w:t>
      </w:r>
    </w:p>
    <w:p>
      <w:r>
        <w:rPr>
          <w:b/>
        </w:rPr>
        <w:t xml:space="preserve">[55:14] </w:t>
      </w:r>
      <w:r>
        <w:t>equality is a very, very important value.</w:t>
      </w:r>
    </w:p>
    <w:p>
      <w:pPr>
        <w:jc w:val="right"/>
      </w:pPr>
      <w:r>
        <w:t>ایکویلٹی از ا ویری، ویری امپورٹنٹ ویلیو۔</w:t>
      </w:r>
    </w:p>
    <w:p>
      <w:r>
        <w:rPr>
          <w:b/>
        </w:rPr>
        <w:t xml:space="preserve">[55:20] </w:t>
      </w:r>
      <w:r>
        <w:t>and historians have acknowledge that</w:t>
      </w:r>
    </w:p>
    <w:p>
      <w:pPr>
        <w:jc w:val="right"/>
      </w:pPr>
      <w:r>
        <w:t>اینڈ ہسٹورینز ہیو اکنالج دیٹ</w:t>
      </w:r>
    </w:p>
    <w:p>
      <w:r>
        <w:rPr>
          <w:b/>
        </w:rPr>
        <w:t xml:space="preserve">[55:25] </w:t>
      </w:r>
      <w:r>
        <w:t>islam was the first in history was able to establish equality in the society. for example, well known indian scholar</w:t>
      </w:r>
    </w:p>
    <w:p>
      <w:pPr>
        <w:jc w:val="right"/>
      </w:pPr>
      <w:r>
        <w:t>اسلام واز دا فرسٹ ان ہسٹری واز ایبل ٹو اسٹیبلش ایکویلٹی ان دا سوسائٹی۔ فار ایگزامپل، ویل نون انڈین اسکالر</w:t>
      </w:r>
    </w:p>
    <w:p>
      <w:r>
        <w:rPr>
          <w:b/>
        </w:rPr>
        <w:t xml:space="preserve">[55:44] </w:t>
      </w:r>
      <w:r>
        <w:t>swami vivekanand has said in one of his letter</w:t>
      </w:r>
    </w:p>
    <w:p>
      <w:pPr>
        <w:jc w:val="right"/>
      </w:pPr>
      <w:r>
        <w:t>سوامی بیوکانند ہیز سیڈ ان ون اف ہز لیٹر</w:t>
      </w:r>
    </w:p>
    <w:p>
      <w:r>
        <w:rPr>
          <w:b/>
        </w:rPr>
        <w:t xml:space="preserve">[55:55] </w:t>
      </w:r>
      <w:r>
        <w:t>that</w:t>
      </w:r>
    </w:p>
    <w:p>
      <w:pPr>
        <w:jc w:val="right"/>
      </w:pPr>
      <w:r>
        <w:t>دیٹ</w:t>
      </w:r>
    </w:p>
    <w:p>
      <w:r>
        <w:rPr>
          <w:b/>
        </w:rPr>
        <w:t xml:space="preserve">[56:00] </w:t>
      </w:r>
      <w:r>
        <w:t>if, if ever any religion,</w:t>
      </w:r>
    </w:p>
    <w:p>
      <w:pPr>
        <w:jc w:val="right"/>
      </w:pPr>
      <w:r>
        <w:t>اف، اف ایور اینی ریلیجن،</w:t>
      </w:r>
    </w:p>
    <w:p>
      <w:r>
        <w:rPr>
          <w:b/>
        </w:rPr>
        <w:t xml:space="preserve">[56:06] </w:t>
      </w:r>
      <w:r>
        <w:t>if ever any religion approach to this equality, it is islam or islam alone. islam was the first religion who successfully establish</w:t>
      </w:r>
    </w:p>
    <w:p>
      <w:pPr>
        <w:jc w:val="right"/>
      </w:pPr>
      <w:r>
        <w:t>اف ایور اینی ریلیجن اپروچ ٹو دس ایکویلٹی، اٹ از اسلام اور اسلام الون۔ اسلام واز دا فرسٹ ریلیجن ہو سکسیس فلی اسٹیبلش</w:t>
      </w:r>
    </w:p>
    <w:p>
      <w:r>
        <w:rPr>
          <w:b/>
        </w:rPr>
        <w:t xml:space="preserve">[56:24] </w:t>
      </w:r>
      <w:r>
        <w:t>a society based on equality. why?</w:t>
      </w:r>
    </w:p>
    <w:p>
      <w:pPr>
        <w:jc w:val="right"/>
      </w:pPr>
      <w:r>
        <w:t>ا سوسائٹی بیسڈ ان ایکویلٹی۔ وائی؟</w:t>
      </w:r>
    </w:p>
    <w:p>
      <w:r>
        <w:rPr>
          <w:b/>
        </w:rPr>
        <w:t xml:space="preserve">[56:30] </w:t>
      </w:r>
      <w:r>
        <w:t>because of this incentive, because of this motivation.</w:t>
      </w:r>
    </w:p>
    <w:p>
      <w:pPr>
        <w:jc w:val="right"/>
      </w:pPr>
      <w:r>
        <w:t>بیکاز اف دس انسینٹیو، بیکاز اف دس موٹیویشن۔</w:t>
      </w:r>
    </w:p>
    <w:p>
      <w:r>
        <w:rPr>
          <w:b/>
        </w:rPr>
        <w:t xml:space="preserve">[56:41] </w:t>
      </w:r>
      <w:r>
        <w:t>so, i would like to say that as far the list is concern, list of moral principles, there is no basic difference between this religion and that religion.</w:t>
      </w:r>
    </w:p>
    <w:p>
      <w:pPr>
        <w:jc w:val="right"/>
      </w:pPr>
      <w:r>
        <w:t>سو، ائی وڈ لائک ٹو سے دیٹ ایز فار دا لسٹ از کنسرن، لسٹ اف مورل پرنسپلز، دیر از نو بیسک ڈیفرنس بٹوین دس ریلیجن اینڈ دیٹ ریلیجن۔</w:t>
      </w:r>
    </w:p>
    <w:p>
      <w:r>
        <w:rPr>
          <w:b/>
        </w:rPr>
        <w:t xml:space="preserve">[56:59] </w:t>
      </w:r>
      <w:r>
        <w:t>list is one and the same. but as far the prerequisite is concern, islam is the only religion that provides this prerequisites.</w:t>
      </w:r>
    </w:p>
    <w:p>
      <w:pPr>
        <w:jc w:val="right"/>
      </w:pPr>
      <w:r>
        <w:t>لسٹ از ون اینڈ دا سیم۔ بٹ ایز فار دا پری ریکویزٹ از کنسرن، اسلام از دا اونلی ریلیجن دیٹ پرووائیڈس دس پری ریکویزٹس۔</w:t>
      </w:r>
    </w:p>
    <w:p>
      <w:r>
        <w:rPr>
          <w:b/>
        </w:rPr>
        <w:t xml:space="preserve">[57:18] </w:t>
      </w:r>
      <w:r>
        <w:t>according to my study, islam is the only religion that provides this kind of prerequisite that is necessary to establish moral values in a society.</w:t>
      </w:r>
    </w:p>
    <w:p>
      <w:pPr>
        <w:jc w:val="right"/>
      </w:pPr>
      <w:r>
        <w:t>اکارڈنگ ٹو مائی سٹڈی، اسلام از دا اونلی ریلیجن دیٹ پرووائیڈس دس کائنڈ اف پری ریکویزٹ دیٹ از نیسیسری ٹو اسٹیبلش مورل ویلیوز ان ا سوسائٹی۔</w:t>
      </w:r>
    </w:p>
    <w:p>
      <w:r>
        <w:rPr>
          <w:b/>
        </w:rPr>
        <w:t xml:space="preserve">[57:37] </w:t>
      </w:r>
      <w:r>
        <w:t>according to islam,</w:t>
      </w:r>
    </w:p>
    <w:p>
      <w:pPr>
        <w:jc w:val="right"/>
      </w:pPr>
      <w:r>
        <w:t>اکارڈنگ ٹو اسلام،</w:t>
      </w:r>
    </w:p>
    <w:p>
      <w:r>
        <w:rPr>
          <w:b/>
        </w:rPr>
        <w:t xml:space="preserve">[57:43] </w:t>
      </w:r>
      <w:r>
        <w:t>main waaz born as an eternal being.</w:t>
      </w:r>
    </w:p>
    <w:p>
      <w:pPr>
        <w:jc w:val="right"/>
      </w:pPr>
      <w:r>
        <w:t>مین واز بورن ایز ا ایز ان ایٹرل بینگ۔</w:t>
      </w:r>
    </w:p>
    <w:p>
      <w:r>
        <w:rPr>
          <w:b/>
        </w:rPr>
        <w:t xml:space="preserve">[57:51] </w:t>
      </w:r>
      <w:r>
        <w:t>every man is eternal, every human being is eternal. but his life is divided into two parts: pre-death period and and post-death period.</w:t>
      </w:r>
    </w:p>
    <w:p>
      <w:pPr>
        <w:jc w:val="right"/>
      </w:pPr>
      <w:r>
        <w:t>ایوری مین از ایٹرل، ایوری ہیومن بینگ از ایٹرل۔ بٹ ہز لائف از ڈیوائیڈڈ انٹو ٹو پارٹس: پری ڈیتھ پیریڈ اینڈ اینڈ پوسٹ ڈیتھ پیریڈ۔</w:t>
      </w:r>
    </w:p>
    <w:p>
      <w:r>
        <w:rPr>
          <w:b/>
        </w:rPr>
        <w:t xml:space="preserve">[58:12] </w:t>
      </w:r>
      <w:r>
        <w:t>our life is divided into two parts: pre-death period and post-death period. death does not mean the end of our life,</w:t>
      </w:r>
    </w:p>
    <w:p>
      <w:pPr>
        <w:jc w:val="right"/>
      </w:pPr>
      <w:r>
        <w:t>اور لائف از ڈیوائیڈڈ انٹو ٹو پارٹس: پری ڈیتھ پیریڈ اینڈ پوسٹ ڈیتھ پیریڈ۔ ڈیتھ ڈز ناٹ مین دا اینڈ اف اور لائف،</w:t>
      </w:r>
    </w:p>
    <w:p>
      <w:r>
        <w:rPr>
          <w:b/>
        </w:rPr>
        <w:t xml:space="preserve">[58:26] </w:t>
      </w:r>
      <w:r>
        <w:t>no.</w:t>
      </w:r>
    </w:p>
    <w:p>
      <w:pPr>
        <w:jc w:val="right"/>
      </w:pPr>
      <w:r>
        <w:t>نو۔</w:t>
      </w:r>
    </w:p>
    <w:p>
      <w:r>
        <w:rPr>
          <w:b/>
        </w:rPr>
        <w:t xml:space="preserve">[58:32] </w:t>
      </w:r>
      <w:r>
        <w:t>so, according to islamic belief, both periods of life are are</w:t>
      </w:r>
    </w:p>
    <w:p>
      <w:pPr>
        <w:jc w:val="right"/>
      </w:pPr>
      <w:r>
        <w:t>سو، اکارڈنگ ٹو اسلامک بیلیف، بوتھ پیریڈز اف لائف ار ار</w:t>
      </w:r>
    </w:p>
    <w:p>
      <w:r>
        <w:rPr>
          <w:b/>
        </w:rPr>
        <w:t xml:space="preserve">[58:45] </w:t>
      </w:r>
      <w:r>
        <w:t>are very important to each other. in this this world, that is pre-death period, is a is a selective ground</w:t>
      </w:r>
    </w:p>
    <w:p>
      <w:pPr>
        <w:jc w:val="right"/>
      </w:pPr>
      <w:r>
        <w:t>ار ویری امپورٹنٹ ٹو ایچ ادر۔ ان دس دس ورلڈ، دیٹ از پری ڈیتھ پیریڈ، از ا از ا سلیکٹیو گراؤنڈ</w:t>
      </w:r>
    </w:p>
    <w:p>
      <w:r>
        <w:rPr>
          <w:b/>
        </w:rPr>
        <w:t xml:space="preserve">[59:02] </w:t>
      </w:r>
      <w:r>
        <w:t>. and the next period of life is is is the world where we we will be given the reward.</w:t>
      </w:r>
    </w:p>
    <w:p>
      <w:pPr>
        <w:jc w:val="right"/>
      </w:pPr>
      <w:r>
        <w:t>۔ اینڈ دا نیکسٹ پیریڈ اف لائف از از از دا ورلڈ ویر وی ویل بی گیون دا ریوارڈ۔</w:t>
      </w:r>
    </w:p>
    <w:p>
      <w:r>
        <w:rPr>
          <w:b/>
        </w:rPr>
        <w:t xml:space="preserve">[59:15] </w:t>
      </w:r>
      <w:r>
        <w:t>so, this is a great incentive. in this world, we live with this mind that if we establish our goodness in this life, we will be given</w:t>
      </w:r>
    </w:p>
    <w:p>
      <w:pPr>
        <w:jc w:val="right"/>
      </w:pPr>
      <w:r>
        <w:t>سو، دس از ا گریٹ انسینٹیو۔ ان دس ورلڈ، وی لیو ود دس مائنڈ دیٹ اف وی اسٹیبلش اور گڈنس ان دس لائف، وی ویل بی گیون</w:t>
      </w:r>
    </w:p>
    <w:p>
      <w:r>
        <w:rPr>
          <w:b/>
        </w:rPr>
        <w:t xml:space="preserve">[59:39] </w:t>
      </w:r>
      <w:r>
        <w:t>paradise in this next life. so first life is a is a testing ground or selective ground.</w:t>
      </w:r>
    </w:p>
    <w:p>
      <w:pPr>
        <w:jc w:val="right"/>
      </w:pPr>
      <w:r>
        <w:t>پیراڈائز ان دس نیکسٹ لائف۔ تو فرسٹ لائف از ا از ا ٹیسٹنگ گراؤنڈ اور سلیکٹیو گراؤنڈ۔</w:t>
      </w:r>
    </w:p>
    <w:p>
      <w:r>
        <w:rPr>
          <w:b/>
        </w:rPr>
        <w:t xml:space="preserve">[59:49] </w:t>
      </w:r>
      <w:r>
        <w:t>and the other part of life is is the world of reward, world of paradise and hell.</w:t>
      </w:r>
    </w:p>
    <w:p>
      <w:pPr>
        <w:jc w:val="right"/>
      </w:pPr>
      <w:r>
        <w:t>اینڈ دی ادر پارٹ اف لائف از از دا ورلڈ اف ریوارڈ، ورلڈ اف پیراڈائز اینڈ ہیل۔</w:t>
      </w:r>
    </w:p>
    <w:p>
      <w:r>
        <w:rPr>
          <w:b/>
        </w:rPr>
        <w:t xml:space="preserve">[59:58] </w:t>
      </w:r>
      <w:r>
        <w:t>so, this concept gives us a great incentive to live in this world with good behaviour.</w:t>
      </w:r>
    </w:p>
    <w:p>
      <w:pPr>
        <w:jc w:val="right"/>
      </w:pPr>
      <w:r>
        <w:t>سو، دس کانسیپٹ گیوز اس ا گریٹ انسینٹیو ٹو لیو ان دس ورلڈ ود گڈ بیہیویئر۔</w:t>
      </w:r>
    </w:p>
    <w:p>
      <w:r>
        <w:rPr>
          <w:b/>
        </w:rPr>
        <w:t xml:space="preserve">[1:00:09] </w:t>
      </w:r>
      <w:r>
        <w:t>if we adopted good behaviour in this world, we will be given paradise in the next world.</w:t>
      </w:r>
    </w:p>
    <w:p>
      <w:pPr>
        <w:jc w:val="right"/>
      </w:pPr>
      <w:r>
        <w:t>اف وی اڈاپٹڈ گڈ بیہیویئر ان دس ورلڈ، وی ویل بی گیون پیراڈائز ان دا نیکسٹ ورلڈ۔</w:t>
      </w:r>
    </w:p>
    <w:p>
      <w:r>
        <w:rPr>
          <w:b/>
        </w:rPr>
        <w:t xml:space="preserve">[1:00:20] </w:t>
      </w:r>
      <w:r>
        <w:t>this is a great incentive.</w:t>
      </w:r>
    </w:p>
    <w:p>
      <w:pPr>
        <w:jc w:val="right"/>
      </w:pPr>
      <w:r>
        <w:t>دس از ا گریٹ انسینٹیو۔</w:t>
      </w:r>
    </w:p>
    <w:p>
      <w:r>
        <w:rPr>
          <w:b/>
        </w:rPr>
        <w:t xml:space="preserve">[1:00:25] </w:t>
      </w:r>
      <w:r>
        <w:t>aqool qawli haza wastaghfirullaha li walakum ajmaeen.</w:t>
      </w:r>
    </w:p>
    <w:p>
      <w:pPr>
        <w:jc w:val="right"/>
      </w:pPr>
      <w:r>
        <w:t>اقول قولیھذا واستغفراللہ لیولکم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