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Problem of Suffering December 11, 2007 Maulana Wahiduddin Khan</w:t>
      </w:r>
    </w:p>
    <w:p>
      <w:r>
        <w:t>https://www.youtube.com/watch?v=OLDzkgsWMRQ</w:t>
      </w:r>
    </w:p>
    <w:p>
      <w:r>
        <w:rPr>
          <w:b/>
        </w:rPr>
        <w:t xml:space="preserve">[00:11] </w:t>
      </w:r>
      <w:r>
        <w:t>bismillah rahman rahim, wasallallahu ala nabiyyil kareem.</w:t>
      </w:r>
    </w:p>
    <w:p>
      <w:pPr>
        <w:jc w:val="right"/>
      </w:pPr>
      <w:r>
        <w:t>بسم اللہ الرحمن الرحیم، وصلی اللہ علی النبی الکریم.</w:t>
      </w:r>
    </w:p>
    <w:p>
      <w:r>
        <w:rPr>
          <w:b/>
        </w:rPr>
        <w:t xml:space="preserve">[00:19] </w:t>
      </w:r>
      <w:r>
        <w:t>rabbi shrah li sadri, wa yassir li amri, wahlul uqdatan min lisani, yafqahu qawli.</w:t>
      </w:r>
    </w:p>
    <w:p>
      <w:pPr>
        <w:jc w:val="right"/>
      </w:pPr>
      <w:r>
        <w:t>رب اشرح لی صدری، ویسر لی امری، واحل العقدۃ من لسانی، یفقہ قولی.</w:t>
      </w:r>
    </w:p>
    <w:p>
      <w:r>
        <w:rPr>
          <w:b/>
        </w:rPr>
        <w:t xml:space="preserve">[00:39] </w:t>
      </w:r>
      <w:r>
        <w:t>the topic for this day is</w:t>
      </w:r>
    </w:p>
    <w:p>
      <w:pPr>
        <w:jc w:val="right"/>
      </w:pPr>
      <w:r>
        <w:t>دا ٹاپک فار دس ڈے از</w:t>
      </w:r>
    </w:p>
    <w:p>
      <w:r>
        <w:rPr>
          <w:b/>
        </w:rPr>
        <w:t xml:space="preserve">[00:48] </w:t>
      </w:r>
      <w:r>
        <w:t>the problem of suffering.</w:t>
      </w:r>
    </w:p>
    <w:p>
      <w:pPr>
        <w:jc w:val="right"/>
      </w:pPr>
      <w:r>
        <w:t>دا پرابلم آف سفرنگ.</w:t>
      </w:r>
    </w:p>
    <w:p>
      <w:r>
        <w:rPr>
          <w:b/>
        </w:rPr>
        <w:t xml:space="preserve">[00:53] </w:t>
      </w:r>
      <w:r>
        <w:t>the problem of suffering.</w:t>
      </w:r>
    </w:p>
    <w:p>
      <w:pPr>
        <w:jc w:val="right"/>
      </w:pPr>
      <w:r>
        <w:t>دا پرابلم آف سفرنگ.</w:t>
      </w:r>
    </w:p>
    <w:p>
      <w:r>
        <w:rPr>
          <w:b/>
        </w:rPr>
        <w:t xml:space="preserve">[01:00] </w:t>
      </w:r>
      <w:r>
        <w:t>there are so many people who are obsessed with this notion that suffering is a problem.</w:t>
      </w:r>
    </w:p>
    <w:p>
      <w:pPr>
        <w:jc w:val="right"/>
      </w:pPr>
      <w:r>
        <w:t>دیر آر سو مینی پیپل ہو آر ابسسٹ ود دس نوشن دیٹ سفرنگ از ا پرابلم.</w:t>
      </w:r>
    </w:p>
    <w:p>
      <w:r>
        <w:rPr>
          <w:b/>
        </w:rPr>
        <w:t xml:space="preserve">[01:11] </w:t>
      </w:r>
      <w:r>
        <w:t>but according to my study and my experience, i can say that suffering is not a problem.</w:t>
      </w:r>
    </w:p>
    <w:p>
      <w:pPr>
        <w:jc w:val="right"/>
      </w:pPr>
      <w:r>
        <w:t>بٹ اکارڈنگ ٹو مائی سٹڈی اینڈ مائی ایکسپیرینس، ائی کین سے دیٹ سفرنگ از ناٹ ا پرابلم.</w:t>
      </w:r>
    </w:p>
    <w:p>
      <w:r>
        <w:rPr>
          <w:b/>
        </w:rPr>
        <w:t xml:space="preserve">[01:28] </w:t>
      </w:r>
      <w:r>
        <w:t>instead, suffering is a blessing. suffering is an advantage.</w:t>
      </w:r>
    </w:p>
    <w:p>
      <w:pPr>
        <w:jc w:val="right"/>
      </w:pPr>
      <w:r>
        <w:t>انسٹیڈ، سفرنگ از ا بلیسنگ. سفرنگ از این ایڈوانٹیج.</w:t>
      </w:r>
    </w:p>
    <w:p>
      <w:r>
        <w:rPr>
          <w:b/>
        </w:rPr>
        <w:t xml:space="preserve">[01:42] </w:t>
      </w:r>
      <w:r>
        <w:t>history proves this notion. there are so many people who were born in suffering, but they became super achievers.</w:t>
      </w:r>
    </w:p>
    <w:p>
      <w:pPr>
        <w:jc w:val="right"/>
      </w:pPr>
      <w:r>
        <w:t>ہسٹری پروف دس نوشن. دیر آر سو مینی پیپل ہو ور بورن ان سفرنگ، بٹ دے بیکم سپر اچیورز.</w:t>
      </w:r>
    </w:p>
    <w:p>
      <w:r>
        <w:rPr>
          <w:b/>
        </w:rPr>
        <w:t xml:space="preserve">[01:59] </w:t>
      </w:r>
      <w:r>
        <w:t>it is a fact. in India, you know, it is certain that Nehru was born with a slippery Nehru was born with a silver spoon in his mouth.</w:t>
      </w:r>
    </w:p>
    <w:p>
      <w:pPr>
        <w:jc w:val="right"/>
      </w:pPr>
      <w:r>
        <w:t>اٹ از ا فیکٹ. ان انڈیا، یو نو، اٹ از سرٹ دیٹ نہرو واز بورن ود ا سلپری نہرو واز بورن ود ا سلور سپون ان ہز ماؤتھ.</w:t>
      </w:r>
    </w:p>
    <w:p>
      <w:r>
        <w:rPr>
          <w:b/>
        </w:rPr>
        <w:t xml:space="preserve">[02:22] </w:t>
      </w:r>
      <w:r>
        <w:t>it is a fact. and then nehru became the first prime minister of india.</w:t>
      </w:r>
    </w:p>
    <w:p>
      <w:pPr>
        <w:jc w:val="right"/>
      </w:pPr>
      <w:r>
        <w:t>اٹ از ا فیکٹ. اینڈ دین نہرو بیکم دا فرسٹ پرائم منسٹر آف انڈیا.</w:t>
      </w:r>
    </w:p>
    <w:p>
      <w:r>
        <w:rPr>
          <w:b/>
        </w:rPr>
        <w:t xml:space="preserve">[02:32] </w:t>
      </w:r>
      <w:r>
        <w:t>but there are so many other examples. for instance, let us take dr abdul kalam.</w:t>
      </w:r>
    </w:p>
    <w:p>
      <w:pPr>
        <w:jc w:val="right"/>
      </w:pPr>
      <w:r>
        <w:t>بٹ دیر آر سو مینی ادر ایگزیمپلز. فار انسٹنس، لیٹ اس ٹیک ڈاکٹر عبدالکلام.</w:t>
      </w:r>
    </w:p>
    <w:p>
      <w:r>
        <w:rPr>
          <w:b/>
        </w:rPr>
        <w:t xml:space="preserve">[02:46] </w:t>
      </w:r>
      <w:r>
        <w:t>abdul kalam was born in a family, in a poor family.</w:t>
      </w:r>
    </w:p>
    <w:p>
      <w:pPr>
        <w:jc w:val="right"/>
      </w:pPr>
      <w:r>
        <w:t>عبدالکلام واز بورن ان ا فیملی، ان ا پور فیملی.</w:t>
      </w:r>
    </w:p>
    <w:p>
      <w:r>
        <w:rPr>
          <w:b/>
        </w:rPr>
        <w:t xml:space="preserve">[02:54] </w:t>
      </w:r>
      <w:r>
        <w:t>this family was living in abject poverty. so they were not in a position to</w:t>
      </w:r>
    </w:p>
    <w:p>
      <w:pPr>
        <w:jc w:val="right"/>
      </w:pPr>
      <w:r>
        <w:t>دس فیملی واز لیونگ ان ایبجیکٹ پاورٹی. سو دے ویر ناٹ ان ا پوزیشن ٹو</w:t>
      </w:r>
    </w:p>
    <w:p>
      <w:r>
        <w:rPr>
          <w:b/>
        </w:rPr>
        <w:t xml:space="preserve">[03:06] </w:t>
      </w:r>
      <w:r>
        <w:t>to</w:t>
      </w:r>
    </w:p>
    <w:p>
      <w:pPr>
        <w:jc w:val="right"/>
      </w:pPr>
      <w:r>
        <w:t>ٹو</w:t>
      </w:r>
    </w:p>
    <w:p>
      <w:r>
        <w:rPr>
          <w:b/>
        </w:rPr>
        <w:t xml:space="preserve">[03:13] </w:t>
      </w:r>
      <w:r>
        <w:t>to give education to their child</w:t>
      </w:r>
    </w:p>
    <w:p>
      <w:pPr>
        <w:jc w:val="right"/>
      </w:pPr>
      <w:r>
        <w:t>ٹو گیو ایجوکیشن ٹو دیر چائلڈ</w:t>
      </w:r>
    </w:p>
    <w:p>
      <w:r>
        <w:rPr>
          <w:b/>
        </w:rPr>
        <w:t xml:space="preserve">[03:19] </w:t>
      </w:r>
      <w:r>
        <w:t>. they were not able to pay fee of schools. but you know, dr abdul kalam</w:t>
      </w:r>
    </w:p>
    <w:p>
      <w:pPr>
        <w:jc w:val="right"/>
      </w:pPr>
      <w:r>
        <w:t>. دے ویر ناٹ ایبل ٹو پے فی آف اسکولز. بٹ یو نو، ڈاکٹر عبدالکلام</w:t>
      </w:r>
    </w:p>
    <w:p>
      <w:r>
        <w:rPr>
          <w:b/>
        </w:rPr>
        <w:t xml:space="preserve">[03:32] </w:t>
      </w:r>
      <w:r>
        <w:t>rose to the position that he became the president of india. a successful president of india.</w:t>
      </w:r>
    </w:p>
    <w:p>
      <w:pPr>
        <w:jc w:val="right"/>
      </w:pPr>
      <w:r>
        <w:t>روز ٹو دا پوزیشن دیٹ ہی بیکم دا پریزیڈنٹ آف انڈیا. ا سکسیس فل پریزیڈنٹ آف انڈیا.</w:t>
      </w:r>
    </w:p>
    <w:p>
      <w:r>
        <w:rPr>
          <w:b/>
        </w:rPr>
        <w:t xml:space="preserve">[03:46] </w:t>
      </w:r>
      <w:r>
        <w:t>so I can say that Nehru was born with a silver spoon in his mouth, and Abdul Kalam was born with an incentive spoon in his mouth.</w:t>
      </w:r>
    </w:p>
    <w:p>
      <w:pPr>
        <w:jc w:val="right"/>
      </w:pPr>
      <w:r>
        <w:t>سو ائی کین سے دیٹ نہرو واز بورن ود ا سلور سپون ان ہز ماؤتھ، اینڈ عبدالکلام واز بورن ود ا انسینٹیو سپون ان ہز ماؤتھ.</w:t>
      </w:r>
    </w:p>
    <w:p>
      <w:r>
        <w:rPr>
          <w:b/>
        </w:rPr>
        <w:t xml:space="preserve">[04:10] </w:t>
      </w:r>
      <w:r>
        <w:t>his condition</w:t>
      </w:r>
    </w:p>
    <w:p>
      <w:pPr>
        <w:jc w:val="right"/>
      </w:pPr>
      <w:r>
        <w:t>ہز کنڈیشن</w:t>
      </w:r>
    </w:p>
    <w:p>
      <w:r>
        <w:rPr>
          <w:b/>
        </w:rPr>
        <w:t xml:space="preserve">[04:17] </w:t>
      </w:r>
      <w:r>
        <w:t>provided him great incentive, motivation. although his family's condition was poor, but this poverty inculcated in abdul kalam.</w:t>
      </w:r>
    </w:p>
    <w:p>
      <w:pPr>
        <w:jc w:val="right"/>
      </w:pPr>
      <w:r>
        <w:t>پرووائیڈ ہم گریٹ انسینٹیو، موٹیویشن. الدو ہز فیملیز کنڈیشن واز پور، بٹ دس پاورٹی انکلکیٹڈ ان عبدالکلام.</w:t>
      </w:r>
    </w:p>
    <w:p>
      <w:r>
        <w:rPr>
          <w:b/>
        </w:rPr>
        <w:t xml:space="preserve">[04:40] </w:t>
      </w:r>
      <w:r>
        <w:t>super incentive, super motivation. so this incentive was alternative of all kind of</w:t>
      </w:r>
    </w:p>
    <w:p>
      <w:pPr>
        <w:jc w:val="right"/>
      </w:pPr>
      <w:r>
        <w:t>سپر انسینٹیو، سپر موٹیویشن. سو دس انسینٹیو واز الٹرنیٹیو آف ال کائنڈ آف</w:t>
      </w:r>
    </w:p>
    <w:p>
      <w:r>
        <w:rPr>
          <w:b/>
        </w:rPr>
        <w:t xml:space="preserve">[04:56] </w:t>
      </w:r>
      <w:r>
        <w:t>all kind of advantages.</w:t>
      </w:r>
    </w:p>
    <w:p>
      <w:pPr>
        <w:jc w:val="right"/>
      </w:pPr>
      <w:r>
        <w:t>ال کائنڈ آف ایڈوانٹیجز.</w:t>
      </w:r>
    </w:p>
    <w:p>
      <w:r>
        <w:rPr>
          <w:b/>
        </w:rPr>
        <w:t xml:space="preserve">[05:02] </w:t>
      </w:r>
      <w:r>
        <w:t>so i can say that those who were born as a disabled person.</w:t>
      </w:r>
    </w:p>
    <w:p>
      <w:pPr>
        <w:jc w:val="right"/>
      </w:pPr>
      <w:r>
        <w:t>سو ائی کین سے دیٹ دوز ہو ور بورن ایز ا ڈس ایبلڈ پرسن.</w:t>
      </w:r>
    </w:p>
    <w:p>
      <w:r>
        <w:rPr>
          <w:b/>
        </w:rPr>
        <w:t xml:space="preserve">[05:13] </w:t>
      </w:r>
      <w:r>
        <w:t>those who were called disabled person. they are not disabled person.</w:t>
      </w:r>
    </w:p>
    <w:p>
      <w:pPr>
        <w:jc w:val="right"/>
      </w:pPr>
      <w:r>
        <w:t>دوز ہو ور کالڈ ڈس ایبلڈ پرسن. دے آر ناٹ ڈس ایبلڈ پرسن.</w:t>
      </w:r>
    </w:p>
    <w:p>
      <w:r>
        <w:rPr>
          <w:b/>
        </w:rPr>
        <w:t xml:space="preserve">[05:23] </w:t>
      </w:r>
      <w:r>
        <w:t>they have super they are super abled person. dont call them disabled person.</w:t>
      </w:r>
    </w:p>
    <w:p>
      <w:pPr>
        <w:jc w:val="right"/>
      </w:pPr>
      <w:r>
        <w:t>دے ہیو سپر دے آر سپر ایبلڈ پرسن. ڈونٹ کال دیم ڈس ایبلڈ پرسن.</w:t>
      </w:r>
    </w:p>
    <w:p>
      <w:r>
        <w:rPr>
          <w:b/>
        </w:rPr>
        <w:t xml:space="preserve">[05:34] </w:t>
      </w:r>
      <w:r>
        <w:t>better to call them super abled person. why?</w:t>
      </w:r>
    </w:p>
    <w:p>
      <w:pPr>
        <w:jc w:val="right"/>
      </w:pPr>
      <w:r>
        <w:t>بیٹر ٹو کال دیم سپر ایبلڈ پرسن. وائی؟</w:t>
      </w:r>
    </w:p>
    <w:p>
      <w:r>
        <w:rPr>
          <w:b/>
        </w:rPr>
        <w:t xml:space="preserve">[05:40] </w:t>
      </w:r>
      <w:r>
        <w:t>it is law of nature. it is law of nature. when nature deprives you in some aspect, he gave it gives more in some other aspect.</w:t>
      </w:r>
    </w:p>
    <w:p>
      <w:pPr>
        <w:jc w:val="right"/>
      </w:pPr>
      <w:r>
        <w:t>اٹ از لاء آف نیچر. اٹ از لاء آف نیچر. وین نیچر ڈیپرائیوز یو ان سم اسپیکٹ، ہی گیو اٹ گیوز مور ان سم ادر اسپیکٹ.</w:t>
      </w:r>
    </w:p>
    <w:p>
      <w:r>
        <w:rPr>
          <w:b/>
        </w:rPr>
        <w:t xml:space="preserve">[06:05] </w:t>
      </w:r>
      <w:r>
        <w:t>if nature gives wealth to some persons, nature gives incentive and motivation to the other person.</w:t>
      </w:r>
    </w:p>
    <w:p>
      <w:pPr>
        <w:jc w:val="right"/>
      </w:pPr>
      <w:r>
        <w:t>اف نیچر گیوز ویلتھ ٹو سم پرسنز، نیچر گیوز انسینٹیو اینڈ موٹیویشن ٹو دا ادر پرسن.</w:t>
      </w:r>
    </w:p>
    <w:p>
      <w:r>
        <w:rPr>
          <w:b/>
        </w:rPr>
        <w:t xml:space="preserve">[06:21] </w:t>
      </w:r>
      <w:r>
        <w:t>this formula is proved by the history.</w:t>
      </w:r>
    </w:p>
    <w:p>
      <w:pPr>
        <w:jc w:val="right"/>
      </w:pPr>
      <w:r>
        <w:t>دس فارمولا از پروفڈ بائی دا ہسٹری.</w:t>
      </w:r>
    </w:p>
    <w:p>
      <w:r>
        <w:rPr>
          <w:b/>
        </w:rPr>
        <w:t xml:space="preserve">[06:28] </w:t>
      </w:r>
      <w:r>
        <w:t>you know, there were so many persons who were born as disabled, but they became like super abled person.</w:t>
      </w:r>
    </w:p>
    <w:p>
      <w:pPr>
        <w:jc w:val="right"/>
      </w:pPr>
      <w:r>
        <w:t>یو نو، دیر ویر سو مینی پرسنز ہو ور بورن ایز ڈس ایبلڈ، بٹ دے بیکم لائک سپر ایبلڈ پرسن.</w:t>
      </w:r>
    </w:p>
    <w:p>
      <w:r>
        <w:rPr>
          <w:b/>
        </w:rPr>
        <w:t xml:space="preserve">[06:47] </w:t>
      </w:r>
      <w:r>
        <w:t>for example, louis braille of france, helen keller of america, and and thomas alva edison,</w:t>
      </w:r>
    </w:p>
    <w:p>
      <w:pPr>
        <w:jc w:val="right"/>
      </w:pPr>
      <w:r>
        <w:t>فار ایگزامپل، لوئی بریل آف فرانس، ہیلن کلر آف امریکہ، اینڈ اینڈ تھامس الو ایڈیسن،</w:t>
      </w:r>
    </w:p>
    <w:p>
      <w:r>
        <w:rPr>
          <w:b/>
        </w:rPr>
        <w:t xml:space="preserve">[07:03] </w:t>
      </w:r>
      <w:r>
        <w:t>well known scientist.</w:t>
      </w:r>
    </w:p>
    <w:p>
      <w:pPr>
        <w:jc w:val="right"/>
      </w:pPr>
      <w:r>
        <w:t>ویل نون سائنٹسٹ.</w:t>
      </w:r>
    </w:p>
    <w:p>
      <w:r>
        <w:rPr>
          <w:b/>
        </w:rPr>
        <w:t xml:space="preserve">[07:07] </w:t>
      </w:r>
      <w:r>
        <w:t>so many other persons. they were born as a disabled person, deaf and dumb and paralyzed.</w:t>
      </w:r>
    </w:p>
    <w:p>
      <w:pPr>
        <w:jc w:val="right"/>
      </w:pPr>
      <w:r>
        <w:t>سو مینی ادر پرسنز. دے ویر بورن ایز ا ڈس ایبلڈ پرسن، ڈیف اینڈ ڈم اینڈ پیرالائزڈ۔</w:t>
      </w:r>
    </w:p>
    <w:p>
      <w:r>
        <w:rPr>
          <w:b/>
        </w:rPr>
        <w:t xml:space="preserve">[07:18] </w:t>
      </w:r>
      <w:r>
        <w:t>but</w:t>
      </w:r>
    </w:p>
    <w:p>
      <w:pPr>
        <w:jc w:val="right"/>
      </w:pPr>
      <w:r>
        <w:t>بٹ</w:t>
      </w:r>
    </w:p>
    <w:p>
      <w:r>
        <w:rPr>
          <w:b/>
        </w:rPr>
        <w:t xml:space="preserve">[07:22] </w:t>
      </w:r>
      <w:r>
        <w:t>de great job.</w:t>
      </w:r>
    </w:p>
    <w:p>
      <w:pPr>
        <w:jc w:val="right"/>
      </w:pPr>
      <w:r>
        <w:t>دے ڈیڈ گریٹ جاب۔</w:t>
      </w:r>
    </w:p>
    <w:p>
      <w:r>
        <w:rPr>
          <w:b/>
        </w:rPr>
        <w:t xml:space="preserve">[07:26] </w:t>
      </w:r>
      <w:r>
        <w:t>now, what is needed?</w:t>
      </w:r>
    </w:p>
    <w:p>
      <w:pPr>
        <w:jc w:val="right"/>
      </w:pPr>
      <w:r>
        <w:t>ناؤ، واٹ از نیڈڈ؟</w:t>
      </w:r>
    </w:p>
    <w:p>
      <w:r>
        <w:rPr>
          <w:b/>
        </w:rPr>
        <w:t xml:space="preserve">[07:30] </w:t>
      </w:r>
      <w:r>
        <w:t>deen in all the in all such cases, the need is that those people who were who were were abled person, they must provide help to do those people</w:t>
      </w:r>
    </w:p>
    <w:p>
      <w:pPr>
        <w:jc w:val="right"/>
      </w:pPr>
      <w:r>
        <w:t>دین ان ال دی ان ال سچ کیسز، دا نیڈ از دیٹ دوز پیپل ہو ور ہو ور ویر بورن ایبلڈ پرسن، دے مسٹ پرووائیڈ ہیلپ ٹو ڈو دوز پیپل</w:t>
      </w:r>
    </w:p>
    <w:p>
      <w:r>
        <w:rPr>
          <w:b/>
        </w:rPr>
        <w:t xml:space="preserve">[07:51] </w:t>
      </w:r>
      <w:r>
        <w:t>. you know, helen keller did a great job, but by by by by help from some other people.</w:t>
      </w:r>
    </w:p>
    <w:p>
      <w:pPr>
        <w:jc w:val="right"/>
      </w:pPr>
      <w:r>
        <w:t>۔ یو نو، ہیلن کلر ڈیڈ ا گریٹ جاب، بٹ بائی بائی بائی بائی ہیلپ فرام سم ادر پیپل۔</w:t>
      </w:r>
    </w:p>
    <w:p>
      <w:r>
        <w:rPr>
          <w:b/>
        </w:rPr>
        <w:t xml:space="preserve">[08:07] </w:t>
      </w:r>
      <w:r>
        <w:t>such was the case of louie braille and thomas alva edison. thomas alva edison was re</w:t>
      </w:r>
    </w:p>
    <w:p>
      <w:pPr>
        <w:jc w:val="right"/>
      </w:pPr>
      <w:r>
        <w:t>سچ واز دا کیس آف لوئی بریل اینڈ تھامس الو ایڈیسن۔ تھیلماس الو ایڈیسن واز ری</w:t>
      </w:r>
    </w:p>
    <w:p>
      <w:r>
        <w:rPr>
          <w:b/>
        </w:rPr>
        <w:t xml:space="preserve">[08:19] </w:t>
      </w:r>
      <w:r>
        <w:t>tarded, was declared by his teacher as a re tarded boy. but his mother</w:t>
      </w:r>
    </w:p>
    <w:p>
      <w:pPr>
        <w:jc w:val="right"/>
      </w:pPr>
      <w:r>
        <w:t>ٹارڈڈ، واز ڈیکلیرڈ بائی ہز ٹیچر ایز ا ری ٹارڈڈ بوئے۔ بٹ ہز مدر</w:t>
      </w:r>
    </w:p>
    <w:p>
      <w:r>
        <w:rPr>
          <w:b/>
        </w:rPr>
        <w:t xml:space="preserve">[08:29] </w:t>
      </w:r>
      <w:r>
        <w:t>became hero.</w:t>
      </w:r>
    </w:p>
    <w:p>
      <w:pPr>
        <w:jc w:val="right"/>
      </w:pPr>
      <w:r>
        <w:t>بیکم ہیرو۔</w:t>
      </w:r>
    </w:p>
    <w:p>
      <w:r>
        <w:rPr>
          <w:b/>
        </w:rPr>
        <w:t xml:space="preserve">[08:33] </w:t>
      </w:r>
      <w:r>
        <w:t>he became proof to be a great helper to his to his child. to her child</w:t>
      </w:r>
    </w:p>
    <w:p>
      <w:pPr>
        <w:jc w:val="right"/>
      </w:pPr>
      <w:r>
        <w:t>ہی بیکم پروف ٹو بی ا گریٹ ہیلپر ٹو ہز ٹو ہز چائلڈ۔ ٹو ہر چائلڈ</w:t>
      </w:r>
    </w:p>
    <w:p>
      <w:r>
        <w:rPr>
          <w:b/>
        </w:rPr>
        <w:t xml:space="preserve">[08:43] </w:t>
      </w:r>
      <w:r>
        <w:t>. so if a boy was born as a disabled person, his parents or other</w:t>
      </w:r>
    </w:p>
    <w:p>
      <w:pPr>
        <w:jc w:val="right"/>
      </w:pPr>
      <w:r>
        <w:t>۔ سو اف ا بوئے واز بورن ایز ا ڈس ایبلڈ پرسن، ہز پیرنٹس اور ادر</w:t>
      </w:r>
    </w:p>
    <w:p>
      <w:r>
        <w:rPr>
          <w:b/>
        </w:rPr>
        <w:t xml:space="preserve">[08:58] </w:t>
      </w:r>
      <w:r>
        <w:t>other friends must provide him all kind of help.</w:t>
      </w:r>
    </w:p>
    <w:p>
      <w:pPr>
        <w:jc w:val="right"/>
      </w:pPr>
      <w:r>
        <w:t>ادر فرینڈز مسٹ پرووائیڈ ہم ال کائنڈ آف ہیلپ۔</w:t>
      </w:r>
    </w:p>
    <w:p>
      <w:r>
        <w:rPr>
          <w:b/>
        </w:rPr>
        <w:t xml:space="preserve">[09:09] </w:t>
      </w:r>
      <w:r>
        <w:t>this is also law of nature. you know, according to the law of nature, our society is interdependent society.</w:t>
      </w:r>
    </w:p>
    <w:p>
      <w:pPr>
        <w:jc w:val="right"/>
      </w:pPr>
      <w:r>
        <w:t>دس از السو لاء آف نیچر۔ یو نو، اکارڈنگ ٹو دا لاء آف نیچر، اور سوسائٹی از انٹرڈیپینڈنٹ سوسائٹی۔</w:t>
      </w:r>
    </w:p>
    <w:p>
      <w:r>
        <w:rPr>
          <w:b/>
        </w:rPr>
        <w:t xml:space="preserve">[09:21] </w:t>
      </w:r>
      <w:r>
        <w:t>interdependent.</w:t>
      </w:r>
    </w:p>
    <w:p>
      <w:pPr>
        <w:jc w:val="right"/>
      </w:pPr>
      <w:r>
        <w:t>انٹرڈیپینڈنٹ۔</w:t>
      </w:r>
    </w:p>
    <w:p>
      <w:r>
        <w:rPr>
          <w:b/>
        </w:rPr>
        <w:t xml:space="preserve">[09:25] </w:t>
      </w:r>
      <w:r>
        <w:t>no one can progress by his lonely effort</w:t>
      </w:r>
    </w:p>
    <w:p>
      <w:pPr>
        <w:jc w:val="right"/>
      </w:pPr>
      <w:r>
        <w:t>نو ون کین پروگریس بائی ہز لولی ایفرٹ</w:t>
      </w:r>
    </w:p>
    <w:p>
      <w:r>
        <w:rPr>
          <w:b/>
        </w:rPr>
        <w:t xml:space="preserve">[09:33] </w:t>
      </w:r>
      <w:r>
        <w:t>. it requires cumulative effort, social effort.</w:t>
      </w:r>
    </w:p>
    <w:p>
      <w:pPr>
        <w:jc w:val="right"/>
      </w:pPr>
      <w:r>
        <w:t>۔ اٹ ریکوائرڈس کمیولیٹیو ایفرٹ، سوشل ایفرٹ۔</w:t>
      </w:r>
    </w:p>
    <w:p>
      <w:r>
        <w:rPr>
          <w:b/>
        </w:rPr>
        <w:t xml:space="preserve">[09:41] </w:t>
      </w:r>
      <w:r>
        <w:t>so interdependence is a law of nature also. no society can develop without following this law of nature.</w:t>
      </w:r>
    </w:p>
    <w:p>
      <w:pPr>
        <w:jc w:val="right"/>
      </w:pPr>
      <w:r>
        <w:t>سو انٹرڈیپینڈنس از ا لاء آف نیچر السو۔ نو سوسائٹی کین ڈیولپ وداؤٹ فالونگ دس لاء آف نیچر۔</w:t>
      </w:r>
    </w:p>
    <w:p>
      <w:r>
        <w:rPr>
          <w:b/>
        </w:rPr>
        <w:t xml:space="preserve">[09:58] </w:t>
      </w:r>
      <w:r>
        <w:t>so if nature</w:t>
      </w:r>
    </w:p>
    <w:p>
      <w:pPr>
        <w:jc w:val="right"/>
      </w:pPr>
      <w:r>
        <w:t>سو اف نیچر</w:t>
      </w:r>
    </w:p>
    <w:p>
      <w:r>
        <w:rPr>
          <w:b/>
        </w:rPr>
        <w:t xml:space="preserve">[10:04] </w:t>
      </w:r>
      <w:r>
        <w:t>if if a boy was born as a disabled, at the same time, he has some some special qualities.</w:t>
      </w:r>
    </w:p>
    <w:p>
      <w:pPr>
        <w:jc w:val="right"/>
      </w:pPr>
      <w:r>
        <w:t>اف اف ا بوئے واز بورن ایز ا ڈس ایبلڈ، ایٹ دا سیم ٹائم، ہی ہیز سم سم اسپیشل کوالٹیز۔</w:t>
      </w:r>
    </w:p>
    <w:p>
      <w:r>
        <w:rPr>
          <w:b/>
        </w:rPr>
        <w:t xml:space="preserve">[10:19] </w:t>
      </w:r>
      <w:r>
        <w:t>some special qualities. so you have to discover that quality. and you have to train that quality.</w:t>
      </w:r>
    </w:p>
    <w:p>
      <w:pPr>
        <w:jc w:val="right"/>
      </w:pPr>
      <w:r>
        <w:t>سم اسپیشل کوالٹیز۔ سو یو ہیو ٹو ڈسکور دیٹ کوالٹی۔ اینڈ یو ہیو ٹو ٹرین دیٹ کوالٹی۔</w:t>
      </w:r>
    </w:p>
    <w:p>
      <w:r>
        <w:rPr>
          <w:b/>
        </w:rPr>
        <w:t xml:space="preserve">[10:34] </w:t>
      </w:r>
      <w:r>
        <w:t>then his disability will prove to be a disadvantage for him.</w:t>
      </w:r>
    </w:p>
    <w:p>
      <w:pPr>
        <w:jc w:val="right"/>
      </w:pPr>
      <w:r>
        <w:t>دین ہز ڈس ایبلیٹی ول پروف ٹو بی ا ڈس ایڈوانٹیج فار ہم۔</w:t>
      </w:r>
    </w:p>
    <w:p>
      <w:r>
        <w:rPr>
          <w:b/>
        </w:rPr>
        <w:t xml:space="preserve">[10:43] </w:t>
      </w:r>
      <w:r>
        <w:t>this is the law of nature.</w:t>
      </w:r>
    </w:p>
    <w:p>
      <w:pPr>
        <w:jc w:val="right"/>
      </w:pPr>
      <w:r>
        <w:t>دس از دا لاء آف نیچر۔</w:t>
      </w:r>
    </w:p>
    <w:p>
      <w:r>
        <w:rPr>
          <w:b/>
        </w:rPr>
        <w:t xml:space="preserve">[10:52] </w:t>
      </w:r>
      <w:r>
        <w:t>advantage.</w:t>
      </w:r>
    </w:p>
    <w:p>
      <w:pPr>
        <w:jc w:val="right"/>
      </w:pPr>
      <w:r>
        <w:t>ایڈوانٹیج۔</w:t>
      </w:r>
    </w:p>
    <w:p>
      <w:r>
        <w:rPr>
          <w:b/>
        </w:rPr>
        <w:t xml:space="preserve">[11:00] </w:t>
      </w:r>
      <w:r>
        <w:t>every person who was born as a disabled person, he was born with some special advantage. it is a law of nature.</w:t>
      </w:r>
    </w:p>
    <w:p>
      <w:pPr>
        <w:jc w:val="right"/>
      </w:pPr>
      <w:r>
        <w:t>ایوری پرسن ہو ور بورن ایز ا ڈس ایبلڈ پرسن، ہی واز بورن ود سم اسپیشل ایڈوانٹیج۔ اٹ از ا لاء آف نیچر۔</w:t>
      </w:r>
    </w:p>
    <w:p>
      <w:r>
        <w:rPr>
          <w:b/>
        </w:rPr>
        <w:t xml:space="preserve">[11:11] </w:t>
      </w:r>
      <w:r>
        <w:t>i found this</w:t>
      </w:r>
    </w:p>
    <w:p>
      <w:pPr>
        <w:jc w:val="right"/>
      </w:pPr>
      <w:r>
        <w:t>ائی فاؤنڈ دس</w:t>
      </w:r>
    </w:p>
    <w:p>
      <w:r>
        <w:rPr>
          <w:b/>
        </w:rPr>
        <w:t xml:space="preserve">[11:17] </w:t>
      </w:r>
      <w:r>
        <w:t>this</w:t>
      </w:r>
    </w:p>
    <w:p>
      <w:pPr>
        <w:jc w:val="right"/>
      </w:pPr>
      <w:r>
        <w:t>دس</w:t>
      </w:r>
    </w:p>
    <w:p>
      <w:r>
        <w:rPr>
          <w:b/>
        </w:rPr>
        <w:t xml:space="preserve">[11:21] </w:t>
      </w:r>
      <w:r>
        <w:t>reality by studying the quran. quran says: "laqad khalaqnal insana fi kabd." laqad khalaqnal insana fi kabd.</w:t>
      </w:r>
    </w:p>
    <w:p>
      <w:pPr>
        <w:jc w:val="right"/>
      </w:pPr>
      <w:r>
        <w:t>ریلیٹی بائی سٹڈی دا قرآن۔ قرآن سیز: "لقد خلقنا الانسان فی کبت۔" لقد خلقنا الانسان فی کبت۔</w:t>
      </w:r>
    </w:p>
    <w:p>
      <w:r>
        <w:rPr>
          <w:b/>
        </w:rPr>
        <w:t xml:space="preserve">[11:39] </w:t>
      </w:r>
      <w:r>
        <w:t>we created man in difficulties. god almighty says that we created man with difficulties.</w:t>
      </w:r>
    </w:p>
    <w:p>
      <w:pPr>
        <w:jc w:val="right"/>
      </w:pPr>
      <w:r>
        <w:t>وی کریٹڈ مین ان ڈیفیکلٹیز۔ گاڈ المائٹی سیز دیٹ وی کریٹڈ مین ود ڈیفیکلٹیز۔</w:t>
      </w:r>
    </w:p>
    <w:p>
      <w:r>
        <w:rPr>
          <w:b/>
        </w:rPr>
        <w:t xml:space="preserve">[11:54] </w:t>
      </w:r>
      <w:r>
        <w:t>but difficulty is not an evil. no, in some other chapter quran says: "in mal asra. " in mal asra.</w:t>
      </w:r>
    </w:p>
    <w:p>
      <w:pPr>
        <w:jc w:val="right"/>
      </w:pPr>
      <w:r>
        <w:t>بٹ ڈیفیکلٹی از ناٹ این ایول۔ نو، ان سم ادر چیپٹر قرآن سیز: "ان مال اسر یسرا۔" ان مال اسر یسرا۔</w:t>
      </w:r>
    </w:p>
    <w:p>
      <w:r>
        <w:rPr>
          <w:b/>
        </w:rPr>
        <w:t xml:space="preserve">[12:10] </w:t>
      </w:r>
      <w:r>
        <w:t>with every hardship, there is ease. with every hardship, there is ease. so although</w:t>
      </w:r>
    </w:p>
    <w:p>
      <w:pPr>
        <w:jc w:val="right"/>
      </w:pPr>
      <w:r>
        <w:t>ود ایوری ہارڈشپ، دیر از ایز۔ ود ایوری ہارڈشپ، دیر از ایز۔ سو الدو</w:t>
      </w:r>
    </w:p>
    <w:p>
      <w:r>
        <w:rPr>
          <w:b/>
        </w:rPr>
        <w:t xml:space="preserve">[12:22] </w:t>
      </w:r>
      <w:r>
        <w:t>according to the law of nature, man was born in difficulties. but the same time, there are some advantages, some blessings.</w:t>
      </w:r>
    </w:p>
    <w:p>
      <w:pPr>
        <w:jc w:val="right"/>
      </w:pPr>
      <w:r>
        <w:t>اکارڈنگ ٹو دا لاء آف نیچر، مین واز بورن ان ڈیفیکلٹیز۔ بٹ دا سیم ٹائم، دیر ار سم ایڈوانٹیجز، سم بلیسنگز۔</w:t>
      </w:r>
    </w:p>
    <w:p>
      <w:r>
        <w:rPr>
          <w:b/>
        </w:rPr>
        <w:t xml:space="preserve">[12:34] </w:t>
      </w:r>
      <w:r>
        <w:t>so we have to discover that advantage, that blessing.</w:t>
      </w:r>
    </w:p>
    <w:p>
      <w:pPr>
        <w:jc w:val="right"/>
      </w:pPr>
      <w:r>
        <w:t>سو وی ہیو ٹو ڈسکور دیٹ ایڈوانٹیج، دیٹ بلیسنگ۔</w:t>
      </w:r>
    </w:p>
    <w:p>
      <w:r>
        <w:rPr>
          <w:b/>
        </w:rPr>
        <w:t xml:space="preserve">[12:44] </w:t>
      </w:r>
      <w:r>
        <w:t>apparently, a person may be a disabled person</w:t>
      </w:r>
    </w:p>
    <w:p>
      <w:pPr>
        <w:jc w:val="right"/>
      </w:pPr>
      <w:r>
        <w:t>اپیرنٹلی، ا پرسن می بی ا ڈس ایبلڈ پرسن</w:t>
      </w:r>
    </w:p>
    <w:p>
      <w:r>
        <w:rPr>
          <w:b/>
        </w:rPr>
        <w:t xml:space="preserve">[12:52] </w:t>
      </w:r>
      <w:r>
        <w:t>. but if you try to understand, you will find, you will discover that he has some special qualities.</w:t>
      </w:r>
    </w:p>
    <w:p>
      <w:pPr>
        <w:jc w:val="right"/>
      </w:pPr>
      <w:r>
        <w:t>۔ بٹ اف یو ٹرائی ٹو انڈرسٹینڈ، یو ویل فائنڈ، یو ویل ڈسکور دیٹ ہی ہیز سم اسپیشل کوالٹیز۔</w:t>
      </w:r>
    </w:p>
    <w:p>
      <w:r>
        <w:rPr>
          <w:b/>
        </w:rPr>
        <w:t xml:space="preserve">[13:06] </w:t>
      </w:r>
      <w:r>
        <w:t>so by availing that special quality, you have to help that person</w:t>
      </w:r>
    </w:p>
    <w:p>
      <w:pPr>
        <w:jc w:val="right"/>
      </w:pPr>
      <w:r>
        <w:t>سو بائی اویلنگ دیٹ اسپیشل کوالٹی، یو ہیو ٹو ہیلپ دیٹ پرسن</w:t>
      </w:r>
    </w:p>
    <w:p>
      <w:r>
        <w:rPr>
          <w:b/>
        </w:rPr>
        <w:t xml:space="preserve">[13:13] </w:t>
      </w:r>
      <w:r>
        <w:t>. you have to help that person to avail that kind, that special quality. this is a social obligation.</w:t>
      </w:r>
    </w:p>
    <w:p>
      <w:pPr>
        <w:jc w:val="right"/>
      </w:pPr>
      <w:r>
        <w:t>۔ یو ہیو ٹو ہیلپ دیٹ پرسن ٹو اویل دیٹ کائنڈ، دیٹ اسپیشل کوالٹی۔ دس از ا سوشل ابلیگیشن۔</w:t>
      </w:r>
    </w:p>
    <w:p>
      <w:r>
        <w:rPr>
          <w:b/>
        </w:rPr>
        <w:t xml:space="preserve">[13:26] </w:t>
      </w:r>
      <w:r>
        <w:t>when creator, when when a person was born as a disabled person, it is a social oblig, social social responsibility.</w:t>
      </w:r>
    </w:p>
    <w:p>
      <w:pPr>
        <w:jc w:val="right"/>
      </w:pPr>
      <w:r>
        <w:t>وین کریٹر، وین وین ا پرسن واز بورن ایز ا ڈس ایبلڈ پرسن، اٹ از ا سوشل ابلیگ، سوشل سوشل ریسپانسبیلٹی۔</w:t>
      </w:r>
    </w:p>
    <w:p>
      <w:r>
        <w:rPr>
          <w:b/>
        </w:rPr>
        <w:t xml:space="preserve">[13:43] </w:t>
      </w:r>
      <w:r>
        <w:t>every individual is a social responsibility. every individual, even abled person, are responsibility.</w:t>
      </w:r>
    </w:p>
    <w:p>
      <w:pPr>
        <w:jc w:val="right"/>
      </w:pPr>
      <w:r>
        <w:t>ایوری انڈیویجول از ا سوشل ریسپانسبیلٹی۔ ایوری انڈیویجول، ایون ایبلڈ پرسن، ار ریسپانسبیلٹی۔</w:t>
      </w:r>
    </w:p>
    <w:p>
      <w:r>
        <w:rPr>
          <w:b/>
        </w:rPr>
        <w:t xml:space="preserve">[13:53] </w:t>
      </w:r>
      <w:r>
        <w:t>so it is a interdependent system. the whole society should work as a as a unit, as a single unit.</w:t>
      </w:r>
    </w:p>
    <w:p>
      <w:pPr>
        <w:jc w:val="right"/>
      </w:pPr>
      <w:r>
        <w:t>سو اٹ از ا انٹرڈیپینڈنٹ سسٹم۔ دا ہول سوسائٹی شوڈ ورک ایز ا ایز ا یونٹ، ایز ا سنگل یونٹ۔</w:t>
      </w:r>
    </w:p>
    <w:p>
      <w:r>
        <w:rPr>
          <w:b/>
        </w:rPr>
        <w:t xml:space="preserve">[14:10] </w:t>
      </w:r>
      <w:r>
        <w:t>so these differences, you know, there are differences in society. there are differences in term of economy, in term of physical fitness, in term of</w:t>
      </w:r>
    </w:p>
    <w:p>
      <w:pPr>
        <w:jc w:val="right"/>
      </w:pPr>
      <w:r>
        <w:t>سو دیز ڈیفرنسز، یو نو، دیر ار ڈیفرنسز ان سوسائٹی۔ دیر ار ڈیفرنسز ان ٹرم اف اکانومی، ان ٹرم اف فزیکل فٹنس، ان ٹرم اف</w:t>
      </w:r>
    </w:p>
    <w:p>
      <w:r>
        <w:rPr>
          <w:b/>
        </w:rPr>
        <w:t xml:space="preserve">[14:28] </w:t>
      </w:r>
      <w:r>
        <w:t>in term of social status. so these differences are are not evil, but they provide you, they provide you chance to to to to to help those persons.</w:t>
      </w:r>
    </w:p>
    <w:p>
      <w:pPr>
        <w:jc w:val="right"/>
      </w:pPr>
      <w:r>
        <w:t>ان ٹرم اف سوشل اسٹیٹس۔ سو دیز ڈیفرنسز ار ار ناٹ ایول، بٹ دے پرووائیڈ یو، دے پرووائیڈ یو چانس ٹو ٹو ٹو ٹو ٹو ہیلپ دوز پرسنز۔</w:t>
      </w:r>
    </w:p>
    <w:p>
      <w:r>
        <w:rPr>
          <w:b/>
        </w:rPr>
        <w:t xml:space="preserve">[14:52] </w:t>
      </w:r>
      <w:r>
        <w:t>so when you find that a person was born as a disabled person, you have to provide help.</w:t>
      </w:r>
    </w:p>
    <w:p>
      <w:pPr>
        <w:jc w:val="right"/>
      </w:pPr>
      <w:r>
        <w:t>سو وین یو فائنڈ دیٹ ا پرسن واز بورن ایز ا ڈس ایبلڈ پرسن، یو ہیو ٹو پرووائیڈ ہیلپ۔</w:t>
      </w:r>
    </w:p>
    <w:p>
      <w:r>
        <w:rPr>
          <w:b/>
        </w:rPr>
        <w:t xml:space="preserve">[15:01] </w:t>
      </w:r>
      <w:r>
        <w:t>because society is based in on the interdependent principle.</w:t>
      </w:r>
    </w:p>
    <w:p>
      <w:pPr>
        <w:jc w:val="right"/>
      </w:pPr>
      <w:r>
        <w:t>بیکاز سوسائٹی از بیسڈ ان ان دا انٹرڈیپینڈنٹ پرنسپل۔</w:t>
      </w:r>
    </w:p>
    <w:p>
      <w:r>
        <w:rPr>
          <w:b/>
        </w:rPr>
        <w:t xml:space="preserve">[15:11] </w:t>
      </w:r>
      <w:r>
        <w:t>everyone must provide help to other. so without differences, without difference, it were not possible.</w:t>
      </w:r>
    </w:p>
    <w:p>
      <w:pPr>
        <w:jc w:val="right"/>
      </w:pPr>
      <w:r>
        <w:t>ایوری ون مسٹ پرووائیڈ ہیلپ ٹو ادر۔ سو وداؤٹ ڈیفرنسز، وداؤٹ ڈیفرنس، اٹ وار ناٹ پاسیبل۔</w:t>
      </w:r>
    </w:p>
    <w:p>
      <w:r>
        <w:rPr>
          <w:b/>
        </w:rPr>
        <w:t xml:space="preserve">[15:26] </w:t>
      </w:r>
      <w:r>
        <w:t>so quran says: "in mal isra. " with every hardship, there is ease. it means when you see some was born with some</w:t>
      </w:r>
    </w:p>
    <w:p>
      <w:pPr>
        <w:jc w:val="right"/>
      </w:pPr>
      <w:r>
        <w:t>سو قرآن سیز: "ان مال اسرا۔" ود ایوری ہارڈشپ، دیر از ایز۔ اٹ مینز وین یو سی سم واز بورن ود سم</w:t>
      </w:r>
    </w:p>
    <w:p>
      <w:r>
        <w:rPr>
          <w:b/>
        </w:rPr>
        <w:t xml:space="preserve">[15:41] </w:t>
      </w:r>
      <w:r>
        <w:t>some was born as a disabled person, you have to believe that at the same time, he has some special quality.</w:t>
      </w:r>
    </w:p>
    <w:p>
      <w:pPr>
        <w:jc w:val="right"/>
      </w:pPr>
      <w:r>
        <w:t>سم واز بورن ایز ا ڈس ایبلڈ پرسن، یو ہیو ٹو بیلیو دیٹ ایٹ دا سیم ٹائم، ہی ہیز سم اسپیشل کوالٹی۔</w:t>
      </w:r>
    </w:p>
    <w:p>
      <w:r>
        <w:rPr>
          <w:b/>
        </w:rPr>
        <w:t xml:space="preserve">[15:52] </w:t>
      </w:r>
      <w:r>
        <w:t>so you have to discover that quality. and you have to inculcate in that person spirit and courage.</w:t>
      </w:r>
    </w:p>
    <w:p>
      <w:pPr>
        <w:jc w:val="right"/>
      </w:pPr>
      <w:r>
        <w:t>سو یو ہیو ٹو ڈسکور دیٹ کوالٹی۔ اینڈ یو ہیو ٹو انکلکیٹ ان دیٹ پرسن اسپیٹ اینڈ کرج۔</w:t>
      </w:r>
    </w:p>
    <w:p>
      <w:r>
        <w:rPr>
          <w:b/>
        </w:rPr>
        <w:t xml:space="preserve">[16:03] </w:t>
      </w:r>
      <w:r>
        <w:t>you have to train that person.</w:t>
      </w:r>
    </w:p>
    <w:p>
      <w:pPr>
        <w:jc w:val="right"/>
      </w:pPr>
      <w:r>
        <w:t>یو ہیو ٹو ٹرین دیٹ پرسن۔</w:t>
      </w:r>
    </w:p>
    <w:p>
      <w:r>
        <w:rPr>
          <w:b/>
        </w:rPr>
        <w:t xml:space="preserve">[16:09] </w:t>
      </w:r>
      <w:r>
        <w:t>so this is the so i can say that that the suffering is not a problem.</w:t>
      </w:r>
    </w:p>
    <w:p>
      <w:pPr>
        <w:jc w:val="right"/>
      </w:pPr>
      <w:r>
        <w:t>سو دس از دا سو ائی کین سی دیٹ دیٹ دا سفرنگ از ناٹ ا پرابلم۔</w:t>
      </w:r>
    </w:p>
    <w:p>
      <w:r>
        <w:rPr>
          <w:b/>
        </w:rPr>
        <w:t xml:space="preserve">[16:22] </w:t>
      </w:r>
      <w:r>
        <w:t>suffering is not an evil. it is suffering that gives you incentive. it is suffering that motivates you.</w:t>
      </w:r>
    </w:p>
    <w:p>
      <w:pPr>
        <w:jc w:val="right"/>
      </w:pPr>
      <w:r>
        <w:t>سفرنگ از ناٹ این ایول۔ اٹ از سفرنگ دیٹ گیوز یو انسینٹیو۔ اٹ از سفرنگ دیٹ موٹیویٹس یو۔</w:t>
      </w:r>
    </w:p>
    <w:p>
      <w:r>
        <w:rPr>
          <w:b/>
        </w:rPr>
        <w:t xml:space="preserve">[16:37] </w:t>
      </w:r>
      <w:r>
        <w:t>you see, take two families, one affluent family and poor family.</w:t>
      </w:r>
    </w:p>
    <w:p>
      <w:pPr>
        <w:jc w:val="right"/>
      </w:pPr>
      <w:r>
        <w:t>یو سی، ٹیک ٹو فیملیز، ون افلونٹ فیملی اینڈ پور فیملی۔</w:t>
      </w:r>
    </w:p>
    <w:p>
      <w:r>
        <w:rPr>
          <w:b/>
        </w:rPr>
        <w:t xml:space="preserve">[16:49] </w:t>
      </w:r>
      <w:r>
        <w:t>take two families, one poor family and one affluent family. will find that the members of affluent family have less incentive.</w:t>
      </w:r>
    </w:p>
    <w:p>
      <w:pPr>
        <w:jc w:val="right"/>
      </w:pPr>
      <w:r>
        <w:t>ٹیک ٹو فیملیز، ون پور فیملی اینڈ ون افلونٹ فیملی۔ ول فائنڈ دیٹ دا ممبرز اف افلونٹ فیملی ہیو لیس انسینٹیو۔</w:t>
      </w:r>
    </w:p>
    <w:p>
      <w:r>
        <w:rPr>
          <w:b/>
        </w:rPr>
        <w:t xml:space="preserve">[17:02] </w:t>
      </w:r>
      <w:r>
        <w:t>lees incentive. but the members of poor family are</w:t>
      </w:r>
    </w:p>
    <w:p>
      <w:pPr>
        <w:jc w:val="right"/>
      </w:pPr>
      <w:r>
        <w:t>لیس انسینٹیو۔ بٹ دا ممبرز اف پور فیملی ار</w:t>
      </w:r>
    </w:p>
    <w:p>
      <w:r>
        <w:rPr>
          <w:b/>
        </w:rPr>
        <w:t xml:space="preserve">[17:11] </w:t>
      </w:r>
      <w:r>
        <w:t>but the members of poor family have great incentive. and in this world, it is incentive that matters.</w:t>
      </w:r>
    </w:p>
    <w:p>
      <w:pPr>
        <w:jc w:val="right"/>
      </w:pPr>
      <w:r>
        <w:t>بٹ دا ممبرز اف پور فیملی ہیو گریٹ انسینٹیو۔ اینڈ ان دس ورلڈ، اٹ از انسینٹیو دیٹ میٹرز۔</w:t>
      </w:r>
    </w:p>
    <w:p>
      <w:r>
        <w:rPr>
          <w:b/>
        </w:rPr>
        <w:t xml:space="preserve">[17:22] </w:t>
      </w:r>
      <w:r>
        <w:t>all those people who have done great jobs, like scientist, philosophers, reformers. they were moti, they were having super incentive, super motivation.</w:t>
      </w:r>
    </w:p>
    <w:p>
      <w:pPr>
        <w:jc w:val="right"/>
      </w:pPr>
      <w:r>
        <w:t>ال دوز پیپل ہو ہیو ڈن گریٹ جابز، لائک سائنٹسٹ، فلاسفرز، ریفارمرز۔ دے ویر موٹی، دے ویر ہیونگ سپر انسینٹیو، سپر موٹیویشن۔</w:t>
      </w:r>
    </w:p>
    <w:p>
      <w:r>
        <w:rPr>
          <w:b/>
        </w:rPr>
        <w:t xml:space="preserve">[17:43] </w:t>
      </w:r>
      <w:r>
        <w:t>so if you are deprived of motivation, they is not good for you. so affluents deprives you of motivation.</w:t>
      </w:r>
    </w:p>
    <w:p>
      <w:pPr>
        <w:jc w:val="right"/>
      </w:pPr>
      <w:r>
        <w:t>سو اف یو ار ڈیپرائیوڈ اف موٹیویشن، دے از ناٹ گڈ فار یو۔ سو افلونٹس ڈیپرائیوز یو اف موٹیویشن۔</w:t>
      </w:r>
    </w:p>
    <w:p>
      <w:r>
        <w:rPr>
          <w:b/>
        </w:rPr>
        <w:t xml:space="preserve">[17:54] </w:t>
      </w:r>
      <w:r>
        <w:t>they is not good for anyone.</w:t>
      </w:r>
    </w:p>
    <w:p>
      <w:pPr>
        <w:jc w:val="right"/>
      </w:pPr>
      <w:r>
        <w:t>دے از ناٹ گڈ فار اینی ون۔</w:t>
      </w:r>
    </w:p>
    <w:p>
      <w:r>
        <w:rPr>
          <w:b/>
        </w:rPr>
        <w:t xml:space="preserve">[17:59] </w:t>
      </w:r>
      <w:r>
        <w:t>because most important thing is motivation, insaintiwo, and not wealth, and not luxuries. you see, there were so many kings and raja and maharaja and nawabs.</w:t>
      </w:r>
    </w:p>
    <w:p>
      <w:pPr>
        <w:jc w:val="right"/>
      </w:pPr>
      <w:r>
        <w:t>بیکاز موسٹ امپورٹنٹ تھنگ از موٹیویشن، انسینٹیو، اینڈ ناٹ ویلتھ، اینڈ ناٹ لگزریز۔ یو سی، دیر وار سو مینی کنگز اینڈ راجہ اینڈ مہاراجہ اینڈ نوابس۔</w:t>
      </w:r>
    </w:p>
    <w:p>
      <w:r>
        <w:rPr>
          <w:b/>
        </w:rPr>
        <w:t xml:space="preserve">[18:14] </w:t>
      </w:r>
      <w:r>
        <w:t>but you cannot find that any great philosopher was born in such families. great philosophers, great scientist.</w:t>
      </w:r>
    </w:p>
    <w:p>
      <w:pPr>
        <w:jc w:val="right"/>
      </w:pPr>
      <w:r>
        <w:t>بٹ یو کناٹ فائنڈ دیٹ اینی گریٹ فلاسفر واز بورن ان سچ فیملیز۔ گریٹ فلاسفرز، گریٹ سائنٹسٹ۔</w:t>
      </w:r>
    </w:p>
    <w:p>
      <w:r>
        <w:rPr>
          <w:b/>
        </w:rPr>
        <w:t xml:space="preserve">[18:27] </w:t>
      </w:r>
      <w:r>
        <w:t>no great scientist, no great philosopher was born in a king family, in a raja family, in maharaja family, in a nawab family.</w:t>
      </w:r>
    </w:p>
    <w:p>
      <w:pPr>
        <w:jc w:val="right"/>
      </w:pPr>
      <w:r>
        <w:t>نو گریٹ سائنٹسٹ، نو گریٹ فلاسفر واز بورن ان ا کنگ فیملی، ان ا راجہ فیملی، ان مہاراجہ فیملی، ان ا نواب فیملی۔</w:t>
      </w:r>
    </w:p>
    <w:p>
      <w:r>
        <w:rPr>
          <w:b/>
        </w:rPr>
        <w:t xml:space="preserve">[18:42] </w:t>
      </w:r>
      <w:r>
        <w:t>All those great reformers, great philosophers, great scientists, were born in poor family.</w:t>
      </w:r>
    </w:p>
    <w:p>
      <w:pPr>
        <w:jc w:val="right"/>
      </w:pPr>
      <w:r>
        <w:t>ال دوز گریٹ ریفارمرز، گریٹ فلاسفرز، گریٹ سائنٹسٹ، ویر بورن ان پور فیملی۔</w:t>
      </w:r>
    </w:p>
    <w:p>
      <w:r>
        <w:rPr>
          <w:b/>
        </w:rPr>
        <w:t xml:space="preserve">[18:54] </w:t>
      </w:r>
      <w:r>
        <w:t>because poor family gives you incentive. and incentive is more important. and incentive is more important than affluence.</w:t>
      </w:r>
    </w:p>
    <w:p>
      <w:pPr>
        <w:jc w:val="right"/>
      </w:pPr>
      <w:r>
        <w:t>بیکاز پور فیملی گیوز یو انسینٹیو۔ اینڈ انسینٹیو از مور امپورٹنٹ۔ اینڈ انسینٹیو از مور امپورٹنٹ دین افلوننس۔</w:t>
      </w:r>
    </w:p>
    <w:p>
      <w:r>
        <w:rPr>
          <w:b/>
        </w:rPr>
        <w:t xml:space="preserve">[19:09] </w:t>
      </w:r>
      <w:r>
        <w:t>it is a fact. it is a fact.</w:t>
      </w:r>
    </w:p>
    <w:p>
      <w:pPr>
        <w:jc w:val="right"/>
      </w:pPr>
      <w:r>
        <w:t>اٹ از ا فیکٹ۔ اٹ از ا فیکٹ۔</w:t>
      </w:r>
    </w:p>
    <w:p>
      <w:r>
        <w:rPr>
          <w:b/>
        </w:rPr>
        <w:t xml:space="preserve">[19:16] </w:t>
      </w:r>
      <w:r>
        <w:t>so don't say that suffering is an evil. but say that suffering is a method of nature.</w:t>
      </w:r>
    </w:p>
    <w:p>
      <w:pPr>
        <w:jc w:val="right"/>
      </w:pPr>
      <w:r>
        <w:t>سو ڈونٹ سی دیٹ سفرنگ از این ایول۔ بٹ سی دیٹ سفرنگ از ا میتھڈ اف نیچر۔</w:t>
      </w:r>
    </w:p>
    <w:p>
      <w:r>
        <w:rPr>
          <w:b/>
        </w:rPr>
        <w:t xml:space="preserve">[19:28] </w:t>
      </w:r>
      <w:r>
        <w:t>it is law of nature. it is a plan of nature. nature wants to inculcate insaintiwo in every human being.</w:t>
      </w:r>
    </w:p>
    <w:p>
      <w:pPr>
        <w:jc w:val="right"/>
      </w:pPr>
      <w:r>
        <w:t>اٹ از لاء اف نیچر۔ اٹ از ا پلان اف نیچر۔ نیچر وانٹس ٹو انکلکیٹ انسینٹیو ان ایوری ہیومن بینگ۔</w:t>
      </w:r>
    </w:p>
    <w:p>
      <w:r>
        <w:rPr>
          <w:b/>
        </w:rPr>
        <w:t xml:space="preserve">[19:42] </w:t>
      </w:r>
      <w:r>
        <w:t>so nature inculcates insaintiwo through differences, through disadvantage, through suffering, through disability.</w:t>
      </w:r>
    </w:p>
    <w:p>
      <w:pPr>
        <w:jc w:val="right"/>
      </w:pPr>
      <w:r>
        <w:t>سو نیچر انکلکیٹس انسینٹیو تھرو ڈیفرنسز، تھرو ڈس ایڈوانٹیج، تھرو سفرنگ، تھرو ڈس ایبلیٹی۔</w:t>
      </w:r>
    </w:p>
    <w:p>
      <w:r>
        <w:rPr>
          <w:b/>
        </w:rPr>
        <w:t xml:space="preserve">[19:56] </w:t>
      </w:r>
      <w:r>
        <w:t>they is the method of nature.</w:t>
      </w:r>
    </w:p>
    <w:p>
      <w:pPr>
        <w:jc w:val="right"/>
      </w:pPr>
      <w:r>
        <w:t>دے از دا میتھڈ اف نیچر۔</w:t>
      </w:r>
    </w:p>
    <w:p>
      <w:r>
        <w:rPr>
          <w:b/>
        </w:rPr>
        <w:t xml:space="preserve">[20:01] </w:t>
      </w:r>
      <w:r>
        <w:t>it is not evil. it is not</w:t>
      </w:r>
    </w:p>
    <w:p>
      <w:pPr>
        <w:jc w:val="right"/>
      </w:pPr>
      <w:r>
        <w:t>اٹ از ناٹ ایول۔ اٹ از ناٹ</w:t>
      </w:r>
    </w:p>
    <w:p>
      <w:r>
        <w:rPr>
          <w:b/>
        </w:rPr>
        <w:t xml:space="preserve">[20:08] </w:t>
      </w:r>
      <w:r>
        <w:t>disadvantage. it is a method of nature.</w:t>
      </w:r>
    </w:p>
    <w:p>
      <w:pPr>
        <w:jc w:val="right"/>
      </w:pPr>
      <w:r>
        <w:t>ڈس ایڈوانٹیج۔ اٹ از ا میتھڈ اف نیچر۔</w:t>
      </w:r>
    </w:p>
    <w:p>
      <w:r>
        <w:rPr>
          <w:b/>
        </w:rPr>
        <w:t xml:space="preserve">[20:16] </w:t>
      </w:r>
      <w:r>
        <w:t>and history proves that</w:t>
      </w:r>
    </w:p>
    <w:p>
      <w:pPr>
        <w:jc w:val="right"/>
      </w:pPr>
      <w:r>
        <w:t>اینڈ ہسٹری پروف دیٹ</w:t>
      </w:r>
    </w:p>
    <w:p>
      <w:r>
        <w:rPr>
          <w:b/>
        </w:rPr>
        <w:t xml:space="preserve">[20:25] </w:t>
      </w:r>
      <w:r>
        <w:t>this method of nature always proves to be good for a society.</w:t>
      </w:r>
    </w:p>
    <w:p>
      <w:pPr>
        <w:jc w:val="right"/>
      </w:pPr>
      <w:r>
        <w:t>دس میتھڈ اف نیچر الویز پروف ٹو بی گڈ فار ا سوسائٹی۔</w:t>
      </w:r>
    </w:p>
    <w:p>
      <w:r>
        <w:rPr>
          <w:b/>
        </w:rPr>
        <w:t xml:space="preserve">[20:36] </w:t>
      </w:r>
      <w:r>
        <w:t>because all those great works, all those great discoveries, all those great events, which we know in history,</w:t>
      </w:r>
    </w:p>
    <w:p>
      <w:pPr>
        <w:jc w:val="right"/>
      </w:pPr>
      <w:r>
        <w:t>بیکاز ال دوز گریٹ ورکس، ال دوز گریٹ ڈسکوریز، ال دوز گریٹ ایونٹس، وچ وی نو ان ہسٹری،</w:t>
      </w:r>
    </w:p>
    <w:p>
      <w:r>
        <w:rPr>
          <w:b/>
        </w:rPr>
        <w:t xml:space="preserve">[20:55] </w:t>
      </w:r>
      <w:r>
        <w:t>were due to this insaintiwo, this motivation, those people, those individuals who were</w:t>
      </w:r>
    </w:p>
    <w:p>
      <w:pPr>
        <w:jc w:val="right"/>
      </w:pPr>
      <w:r>
        <w:t>ویر ڈیو ٹو دس انسینٹیو، دس موٹیویشن، دوز پیپل، دوز انڈیویجولز ہو ویر</w:t>
      </w:r>
    </w:p>
    <w:p>
      <w:r>
        <w:rPr>
          <w:b/>
        </w:rPr>
        <w:t xml:space="preserve">[21:14] </w:t>
      </w:r>
      <w:r>
        <w:t>born in difficult situation.</w:t>
      </w:r>
    </w:p>
    <w:p>
      <w:pPr>
        <w:jc w:val="right"/>
      </w:pPr>
      <w:r>
        <w:t>بورن ان ڈیفیکلٹ سچویشن۔</w:t>
      </w:r>
    </w:p>
    <w:p>
      <w:r>
        <w:rPr>
          <w:b/>
        </w:rPr>
        <w:t xml:space="preserve">[21:20] </w:t>
      </w:r>
      <w:r>
        <w:t>they it is it is these who those people who were born in difficult situation.</w:t>
      </w:r>
    </w:p>
    <w:p>
      <w:pPr>
        <w:jc w:val="right"/>
      </w:pPr>
      <w:r>
        <w:t>دے اٹ از اٹ از دیز ہو دوز پیپل ہو ویر بورن ان ڈیفیکلٹ سچویشن۔</w:t>
      </w:r>
    </w:p>
    <w:p>
      <w:r>
        <w:rPr>
          <w:b/>
        </w:rPr>
        <w:t xml:space="preserve">[21:30] </w:t>
      </w:r>
      <w:r>
        <w:t>they become hero because that difficulties inculcated in their personality, incentive, motivation.</w:t>
      </w:r>
    </w:p>
    <w:p>
      <w:pPr>
        <w:jc w:val="right"/>
      </w:pPr>
      <w:r>
        <w:t>دے بیکم ہیرو بیکاز دیٹ ڈیفیکلٹیز انکلکیٹڈ ان دیر پرسنیلٹی، انسینٹیو، موٹیویشن۔</w:t>
      </w:r>
    </w:p>
    <w:p>
      <w:r>
        <w:rPr>
          <w:b/>
        </w:rPr>
        <w:t xml:space="preserve">[21:43] </w:t>
      </w:r>
      <w:r>
        <w:t>without motivation, without difficulties, people are dead. simply luxury and comfort is not enough.</w:t>
      </w:r>
    </w:p>
    <w:p>
      <w:pPr>
        <w:jc w:val="right"/>
      </w:pPr>
      <w:r>
        <w:t>وداؤٹ موٹیویشن، وداؤٹ ڈیفیکلٹیز، پیپل ار ڈیڈ۔ سمپلی لگزری اینڈ اینڈ کمفرٹ از ناٹ انف۔</w:t>
      </w:r>
    </w:p>
    <w:p>
      <w:r>
        <w:rPr>
          <w:b/>
        </w:rPr>
        <w:t xml:space="preserve">[21:56] </w:t>
      </w:r>
      <w:r>
        <w:t>Those people who live in luxury and comfort, their is like dead person. We need something more.</w:t>
      </w:r>
    </w:p>
    <w:p>
      <w:pPr>
        <w:jc w:val="right"/>
      </w:pPr>
      <w:r>
        <w:t>دوز پیپل ہو لیو ان لگزری اینڈ کمفرٹ، دیر از لائک ڈیڈ پرسن۔ وی نیڈ سمथنگ مور۔</w:t>
      </w:r>
    </w:p>
    <w:p>
      <w:r>
        <w:rPr>
          <w:b/>
        </w:rPr>
        <w:t xml:space="preserve">[22:06] </w:t>
      </w:r>
      <w:r>
        <w:t>we need something more. simply</w:t>
      </w:r>
    </w:p>
    <w:p>
      <w:pPr>
        <w:jc w:val="right"/>
      </w:pPr>
      <w:r>
        <w:t>وی نیڈ سمथنگ مور۔ سمپلی</w:t>
      </w:r>
    </w:p>
    <w:p>
      <w:r>
        <w:rPr>
          <w:b/>
        </w:rPr>
        <w:t xml:space="preserve">[22:12] </w:t>
      </w:r>
      <w:r>
        <w:t>luxury and comfort are not enough.</w:t>
      </w:r>
    </w:p>
    <w:p>
      <w:pPr>
        <w:jc w:val="right"/>
      </w:pPr>
      <w:r>
        <w:t>لگزری اینڈ کمفرٹ ار ناٹ انف۔</w:t>
      </w:r>
    </w:p>
    <w:p>
      <w:r>
        <w:rPr>
          <w:b/>
        </w:rPr>
        <w:t xml:space="preserve">[22:17] </w:t>
      </w:r>
      <w:r>
        <w:t>we need something more. and that is incentive, motivation.</w:t>
      </w:r>
    </w:p>
    <w:p>
      <w:pPr>
        <w:jc w:val="right"/>
      </w:pPr>
      <w:r>
        <w:t>وی نیڈ سمथنگ مور۔ اینڈ دیٹ از انسینٹیو، موٹیویشن۔</w:t>
      </w:r>
    </w:p>
    <w:p>
      <w:r>
        <w:rPr>
          <w:b/>
        </w:rPr>
        <w:t xml:space="preserve">[22:25] </w:t>
      </w:r>
      <w:r>
        <w:t>so you you will find that</w:t>
      </w:r>
    </w:p>
    <w:p>
      <w:pPr>
        <w:jc w:val="right"/>
      </w:pPr>
      <w:r>
        <w:t>سو یو یو ویل فائنڈ دیٹ</w:t>
      </w:r>
    </w:p>
    <w:p>
      <w:r>
        <w:rPr>
          <w:b/>
        </w:rPr>
        <w:t xml:space="preserve">[22:31] </w:t>
      </w:r>
      <w:r>
        <w:t>all those people who rose as a great person, they were born in in in poor conditions.</w:t>
      </w:r>
    </w:p>
    <w:p>
      <w:pPr>
        <w:jc w:val="right"/>
      </w:pPr>
      <w:r>
        <w:t>ال دوز پیپل ہو روز ایز ا گریٹ پرسن، دے ویر بورن ان ان ان پور کنڈیشنز۔</w:t>
      </w:r>
    </w:p>
    <w:p>
      <w:r>
        <w:rPr>
          <w:b/>
        </w:rPr>
        <w:t xml:space="preserve">[22:47] </w:t>
      </w:r>
      <w:r>
        <w:t>so according to my experience, suffering is not an evil.</w:t>
      </w:r>
    </w:p>
    <w:p>
      <w:pPr>
        <w:jc w:val="right"/>
      </w:pPr>
      <w:r>
        <w:t>سو اکارڈنگ ٹو مائی ایکسپیرینس، سفرنگ از ناٹ این ایول۔</w:t>
      </w:r>
    </w:p>
    <w:p>
      <w:r>
        <w:rPr>
          <w:b/>
        </w:rPr>
        <w:t xml:space="preserve">[22:58] </w:t>
      </w:r>
      <w:r>
        <w:t>all the philosophers were obsessed with with this problem, that problem of evil, problem of suffering, problem of disadvantage,</w:t>
      </w:r>
    </w:p>
    <w:p>
      <w:pPr>
        <w:jc w:val="right"/>
      </w:pPr>
      <w:r>
        <w:t>ال دا فلاسفرز ویر اوبسسڈ ود ود دس پرابلم، دیٹ پرابلم اف ایول، پرابلم اف سفرنگ، پرابلم اف ڈس ایڈوانٹیج،</w:t>
      </w:r>
    </w:p>
    <w:p>
      <w:r>
        <w:rPr>
          <w:b/>
        </w:rPr>
        <w:t xml:space="preserve">[23:12] </w:t>
      </w:r>
      <w:r>
        <w:t>problem of even some people were obsessed with problem of difference</w:t>
      </w:r>
    </w:p>
    <w:p>
      <w:pPr>
        <w:jc w:val="right"/>
      </w:pPr>
      <w:r>
        <w:t>پرابلم اف ایون سم پیپل وار اوبسسڈ ود پرابلم اف ڈیفرنس</w:t>
      </w:r>
    </w:p>
    <w:p>
      <w:r>
        <w:rPr>
          <w:b/>
        </w:rPr>
        <w:t xml:space="preserve">[23:17] </w:t>
      </w:r>
      <w:r>
        <w:t>. but this is they fail to understand that this is the law of nature, this is the scheme of nature, this is the method of nature.</w:t>
      </w:r>
    </w:p>
    <w:p>
      <w:pPr>
        <w:jc w:val="right"/>
      </w:pPr>
      <w:r>
        <w:t>۔ بٹ دس از دے فیل ٹو انڈرسٹینڈ دیٹ دس از دا لاء اف نیچر، دس از دا سکیم اف نیچر، دس از دا میتھڈ اف نیچر۔</w:t>
      </w:r>
    </w:p>
    <w:p>
      <w:r>
        <w:rPr>
          <w:b/>
        </w:rPr>
        <w:t xml:space="preserve">[23:28] </w:t>
      </w:r>
      <w:r>
        <w:t>so if you want to know,</w:t>
      </w:r>
    </w:p>
    <w:p>
      <w:pPr>
        <w:jc w:val="right"/>
      </w:pPr>
      <w:r>
        <w:t>سو اف یو وانٹ ٹو نو،</w:t>
      </w:r>
    </w:p>
    <w:p>
      <w:r>
        <w:rPr>
          <w:b/>
        </w:rPr>
        <w:t xml:space="preserve">[23:32] </w:t>
      </w:r>
      <w:r>
        <w:t>if you want to understand this problem, if you want to understand these things, first of all, you have to know the creation plan of the creator.</w:t>
      </w:r>
    </w:p>
    <w:p>
      <w:pPr>
        <w:jc w:val="right"/>
      </w:pPr>
      <w:r>
        <w:t>اف یو وانٹ ٹو انڈرسٹینڈ دس پرابلم، اف یو وانٹ ٹو انڈرسٹینڈ دیز تھنگز، فرسٹ اف ال، یو ہیو ٹو نو دا کریشن پلان اف دا کریٹر۔</w:t>
      </w:r>
    </w:p>
    <w:p>
      <w:r>
        <w:rPr>
          <w:b/>
        </w:rPr>
        <w:t xml:space="preserve">[23:48] </w:t>
      </w:r>
      <w:r>
        <w:t>before knowing the creation plan of the creator, you cannot understand all these things.</w:t>
      </w:r>
    </w:p>
    <w:p>
      <w:pPr>
        <w:jc w:val="right"/>
      </w:pPr>
      <w:r>
        <w:t>بیفور نوئنگ دا کریشن پلان اف دا کریٹر، یو کناٹ انڈرسٹینڈ ال دیز تھنگز۔</w:t>
      </w:r>
    </w:p>
    <w:p>
      <w:r>
        <w:rPr>
          <w:b/>
        </w:rPr>
        <w:t xml:space="preserve">[23:59] </w:t>
      </w:r>
      <w:r>
        <w:t>you cannot explain all these things. because we are not the creator of this world.</w:t>
      </w:r>
    </w:p>
    <w:p>
      <w:pPr>
        <w:jc w:val="right"/>
      </w:pPr>
      <w:r>
        <w:t>یو کناٹ ایکسپلین ال دیز تھنگز۔ بیکاز وی ار ناٹ دا کریٹر اف دس ورلڈ۔</w:t>
      </w:r>
    </w:p>
    <w:p>
      <w:r>
        <w:rPr>
          <w:b/>
        </w:rPr>
        <w:t xml:space="preserve">[24:07] </w:t>
      </w:r>
      <w:r>
        <w:t>we are not the creator of these all these things. so creator is God, almighty.</w:t>
      </w:r>
    </w:p>
    <w:p>
      <w:pPr>
        <w:jc w:val="right"/>
      </w:pPr>
      <w:r>
        <w:t>وی ار ناٹ دا کریٹر اف دیز ال دیز تھنگز۔ سو کریٹر از گاڈ، المائٹی۔</w:t>
      </w:r>
    </w:p>
    <w:p>
      <w:r>
        <w:rPr>
          <w:b/>
        </w:rPr>
        <w:t xml:space="preserve">[24:18] </w:t>
      </w:r>
      <w:r>
        <w:t>so if you want to explain all these things, all these disparities, all these disadvantage, all these so called evils, first of all, we must know what is the creation plan of the creator.</w:t>
      </w:r>
    </w:p>
    <w:p>
      <w:pPr>
        <w:jc w:val="right"/>
      </w:pPr>
      <w:r>
        <w:t>سو اف یو وانٹ ٹو ایکسپلین ال دیز تھنگز، ال دیز ڈس پیریٹیز، ال دیز ڈس ایڈوانٹیج، ال دیز سو کالڈ ایولز، فرسٹ اف ال، وی مسٹ نو واٹ از دا کریشن پلان اف دا کریٹر۔</w:t>
      </w:r>
    </w:p>
    <w:p>
      <w:r>
        <w:rPr>
          <w:b/>
        </w:rPr>
        <w:t xml:space="preserve">[24:40] </w:t>
      </w:r>
      <w:r>
        <w:t>if</w:t>
      </w:r>
    </w:p>
    <w:p>
      <w:pPr>
        <w:jc w:val="right"/>
      </w:pPr>
      <w:r>
        <w:t>اف</w:t>
      </w:r>
    </w:p>
    <w:p>
      <w:r>
        <w:rPr>
          <w:b/>
        </w:rPr>
        <w:t xml:space="preserve">[24:41] </w:t>
      </w:r>
      <w:r>
        <w:t>true knowing this plan, we can understand, we can explain these situations.</w:t>
      </w:r>
    </w:p>
    <w:p>
      <w:pPr>
        <w:jc w:val="right"/>
      </w:pPr>
      <w:r>
        <w:t>ٹر نوئنگ دس پلان، وی کین انڈرسٹینڈ، وی کین ایکسپلین دیز سچویشنز۔</w:t>
      </w:r>
    </w:p>
    <w:p>
      <w:r>
        <w:rPr>
          <w:b/>
        </w:rPr>
        <w:t xml:space="preserve">[24:50] </w:t>
      </w:r>
      <w:r>
        <w:t xml:space="preserve">you know, in physical world, what is what is happening in physical world? creator created ore or, </w:t>
      </w:r>
    </w:p>
    <w:p>
      <w:pPr>
        <w:jc w:val="right"/>
      </w:pPr>
      <w:r>
        <w:t>یو نو، ان فزیکل ورلڈ، واٹ از واٹ از ہیپننگ ان فزیکل ورلڈ؟ کریٹر کریٹڈ اور او ار ای اور،</w:t>
      </w:r>
    </w:p>
    <w:p>
      <w:r>
        <w:rPr>
          <w:b/>
        </w:rPr>
        <w:t xml:space="preserve">[25:06] </w:t>
      </w:r>
      <w:r>
        <w:t>but not the machines. you cannot find machines in any mountain or any ocean.</w:t>
      </w:r>
    </w:p>
    <w:p>
      <w:pPr>
        <w:jc w:val="right"/>
      </w:pPr>
      <w:r>
        <w:t>بٹ ناٹ دی مشینز۔ یو کناٹ فائن مشینز ان اینی ماؤنٹین اور اینی اوشن۔</w:t>
      </w:r>
    </w:p>
    <w:p>
      <w:r>
        <w:rPr>
          <w:b/>
        </w:rPr>
        <w:t xml:space="preserve">[25:17] </w:t>
      </w:r>
      <w:r>
        <w:t>so God almighty created ore,</w:t>
      </w:r>
    </w:p>
    <w:p>
      <w:pPr>
        <w:jc w:val="right"/>
      </w:pPr>
      <w:r>
        <w:t>سو گاڈ المائٹی کریٹڈ اور،</w:t>
      </w:r>
    </w:p>
    <w:p>
      <w:r>
        <w:rPr>
          <w:b/>
        </w:rPr>
        <w:t xml:space="preserve">[25:26] </w:t>
      </w:r>
      <w:r>
        <w:t>and it was upon man to convert ore into steel, then steel into machine. so is the case of human being.</w:t>
      </w:r>
    </w:p>
    <w:p>
      <w:pPr>
        <w:jc w:val="right"/>
      </w:pPr>
      <w:r>
        <w:t>اینڈ اٹ واز اپون مین ٹو کنورٹ اور ان سٹیل، دین سٹیل انٹو مشین۔ سو از دا کیس اف ہیومن بینگ۔</w:t>
      </w:r>
    </w:p>
    <w:p>
      <w:r>
        <w:rPr>
          <w:b/>
        </w:rPr>
        <w:t xml:space="preserve">[25:38] </w:t>
      </w:r>
      <w:r>
        <w:t>every man is like ore.</w:t>
      </w:r>
    </w:p>
    <w:p>
      <w:pPr>
        <w:jc w:val="right"/>
      </w:pPr>
      <w:r>
        <w:t>ایوری مین از لائک اور۔</w:t>
      </w:r>
    </w:p>
    <w:p>
      <w:r>
        <w:rPr>
          <w:b/>
        </w:rPr>
        <w:t xml:space="preserve">[25:43] </w:t>
      </w:r>
      <w:r>
        <w:t>every man is like ore.</w:t>
      </w:r>
    </w:p>
    <w:p>
      <w:pPr>
        <w:jc w:val="right"/>
      </w:pPr>
      <w:r>
        <w:t>ایوری مین از لائک اور۔</w:t>
      </w:r>
    </w:p>
    <w:p>
      <w:r>
        <w:rPr>
          <w:b/>
        </w:rPr>
        <w:t xml:space="preserve">[25:46] </w:t>
      </w:r>
      <w:r>
        <w:t>and it is upon it is our duty to discover the meaning of that ore, to discover the meaning of that personality, to discover the meaning of that individual.</w:t>
      </w:r>
    </w:p>
    <w:p>
      <w:pPr>
        <w:jc w:val="right"/>
      </w:pPr>
      <w:r>
        <w:t>اینڈ اٹ از اپون اٹ از اور ڈیوٹی ٹو ڈسکور دا میننگ اف دیٹ اور، ٹو ڈسکور دا میننگ اف دیٹ پرسنیلٹی، ٹو ڈسکور دا میننگ اف دیٹ انڈیویجول۔</w:t>
      </w:r>
    </w:p>
    <w:p>
      <w:r>
        <w:rPr>
          <w:b/>
        </w:rPr>
        <w:t xml:space="preserve">[26:03] </w:t>
      </w:r>
      <w:r>
        <w:t>so that we can turn potential into actual.</w:t>
      </w:r>
    </w:p>
    <w:p>
      <w:pPr>
        <w:jc w:val="right"/>
      </w:pPr>
      <w:r>
        <w:t>سو دیٹ وی کین ٹرن پوٹینشل انٹو ایکچول۔</w:t>
      </w:r>
    </w:p>
    <w:p>
      <w:r>
        <w:rPr>
          <w:b/>
        </w:rPr>
        <w:t xml:space="preserve">[26:13] </w:t>
      </w:r>
      <w:r>
        <w:t>it is our duty. this is the creation plan of god to turn the potential into actual.</w:t>
      </w:r>
    </w:p>
    <w:p>
      <w:pPr>
        <w:jc w:val="right"/>
      </w:pPr>
      <w:r>
        <w:t>اٹ از اور ڈیوٹی۔ دس از دا کریشن پلان اف گاڈ ٹو ٹرن دا پوٹینشل انٹو ایکچول۔</w:t>
      </w:r>
    </w:p>
    <w:p>
      <w:r>
        <w:rPr>
          <w:b/>
        </w:rPr>
        <w:t xml:space="preserve">[26:25] </w:t>
      </w:r>
      <w:r>
        <w:t>some people are born with.</w:t>
      </w:r>
    </w:p>
    <w:p>
      <w:pPr>
        <w:jc w:val="right"/>
      </w:pPr>
      <w:r>
        <w:t>سم پیپل ار بورن ود۔</w:t>
      </w:r>
    </w:p>
    <w:p>
      <w:r>
        <w:rPr>
          <w:b/>
        </w:rPr>
        <w:t xml:space="preserve">[26:28] </w:t>
      </w:r>
      <w:r>
        <w:t>and and this endeavor, this struggle makes us creative. creator wants to inculcate creative, creativity.</w:t>
      </w:r>
    </w:p>
    <w:p>
      <w:pPr>
        <w:jc w:val="right"/>
      </w:pPr>
      <w:r>
        <w:t>اینڈ اینڈ دس اینڈیور، دس سٹرگل میکس اس کریٹیو۔ کریٹر وانٹس ٹو انکلکیٹ کریٹیو، کریٹیوٹی۔</w:t>
      </w:r>
    </w:p>
    <w:p>
      <w:r>
        <w:rPr>
          <w:b/>
        </w:rPr>
        <w:t xml:space="preserve">[26:41] </w:t>
      </w:r>
      <w:r>
        <w:t>the greatest thing in this world is creative thinking, creative mind.</w:t>
      </w:r>
    </w:p>
    <w:p>
      <w:pPr>
        <w:jc w:val="right"/>
      </w:pPr>
      <w:r>
        <w:t>دی گریٹسٹ تھنگ ان دس ورلڈ از کریٹیو تھنکنگ، کریٹیو مائنڈ۔</w:t>
      </w:r>
    </w:p>
    <w:p>
      <w:r>
        <w:rPr>
          <w:b/>
        </w:rPr>
        <w:t xml:space="preserve">[26:47] </w:t>
      </w:r>
      <w:r>
        <w:t>so creativity is the most important thing for every person, every human being. and all these differences, all these evils, all these sufferings are necessary to inculcate creativity</w:t>
      </w:r>
    </w:p>
    <w:p>
      <w:pPr>
        <w:jc w:val="right"/>
      </w:pPr>
      <w:r>
        <w:t>سو کریٹیوٹی از دا موسٹ امپورٹنٹ تھنگ فار ایوری پرسن، ایوری ہیومن بینگ۔ اینڈ ال دیز ڈیفرنسز، ال دیز ایولز، ال دیز سفرنگز ار نیسیسری ٹو انکلکیٹ کریٹیوٹی</w:t>
      </w:r>
    </w:p>
    <w:p>
      <w:r>
        <w:rPr>
          <w:b/>
        </w:rPr>
        <w:t xml:space="preserve">[27:07] </w:t>
      </w:r>
      <w:r>
        <w:t>in every man and woman. without all these problems, you cannot you cannot be trained as a creative person</w:t>
      </w:r>
    </w:p>
    <w:p>
      <w:pPr>
        <w:jc w:val="right"/>
      </w:pPr>
      <w:r>
        <w:t>ان ایوری مین اینڈ وومن۔ وداؤٹ ال دیز پرابلمز، یو کناٹ یو کناٹ بی ٹرینڈ ایز ا کریٹیو پرسن</w:t>
      </w:r>
    </w:p>
    <w:p>
      <w:r>
        <w:rPr>
          <w:b/>
        </w:rPr>
        <w:t xml:space="preserve">[27:21] </w:t>
      </w:r>
      <w:r>
        <w:t>. in a smooth situation, in a smooth situation, in affluence, you cannot be a creative person.</w:t>
      </w:r>
    </w:p>
    <w:p>
      <w:pPr>
        <w:jc w:val="right"/>
      </w:pPr>
      <w:r>
        <w:t>۔ ان ا سمیو سچویشن، ان ا سمیو سچویشن، ان افلوننس، یو کناٹ بی ا کریٹیو پرسن۔</w:t>
      </w:r>
    </w:p>
    <w:p>
      <w:r>
        <w:rPr>
          <w:b/>
        </w:rPr>
        <w:t xml:space="preserve">[27:34] </w:t>
      </w:r>
      <w:r>
        <w:t>creativity is involved</w:t>
      </w:r>
    </w:p>
    <w:p>
      <w:pPr>
        <w:jc w:val="right"/>
      </w:pPr>
      <w:r>
        <w:t>کریٹیوٹی از انوالوڈ</w:t>
      </w:r>
    </w:p>
    <w:p>
      <w:r>
        <w:rPr>
          <w:b/>
        </w:rPr>
        <w:t xml:space="preserve">[27:38] </w:t>
      </w:r>
      <w:r>
        <w:t>. creativity is outcome of of difficulties. creativity is outcome of difficulties.</w:t>
      </w:r>
    </w:p>
    <w:p>
      <w:pPr>
        <w:jc w:val="right"/>
      </w:pPr>
      <w:r>
        <w:t>۔ کریٹیوٹی از اؤٹ کم اف اف ڈیفیکلٹیز۔ کریٹیوٹی از اؤٹ کم اف ڈیفیکلٹیز۔</w:t>
      </w:r>
    </w:p>
    <w:p>
      <w:r>
        <w:rPr>
          <w:b/>
        </w:rPr>
        <w:t xml:space="preserve">[27:48] </w:t>
      </w:r>
      <w:r>
        <w:t>without difficulties, there is no creativity. there is a very good saying. some philosophers have said rightly that</w:t>
      </w:r>
    </w:p>
    <w:p>
      <w:pPr>
        <w:jc w:val="right"/>
      </w:pPr>
      <w:r>
        <w:t>وداؤٹ ڈیفیکلٹیز، دیر از نو کریٹیوٹی۔ دیر از ا ویری گڈ سینگ۔ سم فلاسفرز ہیو سیڈ رائٹلی دیٹ</w:t>
      </w:r>
    </w:p>
    <w:p>
      <w:r>
        <w:rPr>
          <w:b/>
        </w:rPr>
        <w:t xml:space="preserve">[28:03] </w:t>
      </w:r>
      <w:r>
        <w:t>it is not ease. it is not ease but effort</w:t>
      </w:r>
    </w:p>
    <w:p>
      <w:pPr>
        <w:jc w:val="right"/>
      </w:pPr>
      <w:r>
        <w:t>اٹ از ناٹ ایز۔ اٹ از ناٹ ایز بٹ ایفرٹ</w:t>
      </w:r>
    </w:p>
    <w:p>
      <w:r>
        <w:rPr>
          <w:b/>
        </w:rPr>
        <w:t xml:space="preserve">[28:10] </w:t>
      </w:r>
      <w:r>
        <w:t>, not facility but difficulty, that makes man.</w:t>
      </w:r>
    </w:p>
    <w:p>
      <w:pPr>
        <w:jc w:val="right"/>
      </w:pPr>
      <w:r>
        <w:t>، ناٹ فیسلیٹی بٹ ڈیفیکلٹی، دیٹ میکس مین۔</w:t>
      </w:r>
    </w:p>
    <w:p>
      <w:r>
        <w:rPr>
          <w:b/>
        </w:rPr>
        <w:t xml:space="preserve">[28:17] </w:t>
      </w:r>
      <w:r>
        <w:t>it is not ease but effort, not facility but difficulty, that makes man.</w:t>
      </w:r>
    </w:p>
    <w:p>
      <w:pPr>
        <w:jc w:val="right"/>
      </w:pPr>
      <w:r>
        <w:t>اٹ از ناٹ ایز بٹ ایفرٹ، ناٹ فیسلیٹی بٹ ڈیفیکلٹی، دیٹ میکس مین۔</w:t>
      </w:r>
    </w:p>
    <w:p>
      <w:r>
        <w:rPr>
          <w:b/>
        </w:rPr>
        <w:t xml:space="preserve">[28:26] </w:t>
      </w:r>
      <w:r>
        <w:t>and it is a fact.</w:t>
      </w:r>
    </w:p>
    <w:p>
      <w:pPr>
        <w:jc w:val="right"/>
      </w:pPr>
      <w:r>
        <w:t>اینڈ اٹ از ا فیکٹ۔</w:t>
      </w:r>
    </w:p>
    <w:p>
      <w:r>
        <w:rPr>
          <w:b/>
        </w:rPr>
        <w:t xml:space="preserve">[28:32] </w:t>
      </w:r>
      <w:r>
        <w:t>difficulty makes in makes a man superman. difficulty and problem makes a man superman.</w:t>
      </w:r>
    </w:p>
    <w:p>
      <w:pPr>
        <w:jc w:val="right"/>
      </w:pPr>
      <w:r>
        <w:t>ڈیفیکلٹی میکس ان میکس ا مین سپر مین۔ ڈیفیکلٹی اینڈ پرابلم میکس ا مین سپر مین۔</w:t>
      </w:r>
    </w:p>
    <w:p>
      <w:r>
        <w:rPr>
          <w:b/>
        </w:rPr>
        <w:t xml:space="preserve">[28:45] </w:t>
      </w:r>
      <w:r>
        <w:t>so you have to understand that all these difficulties, all these problems, including suffering, are method of nature.</w:t>
      </w:r>
    </w:p>
    <w:p>
      <w:pPr>
        <w:jc w:val="right"/>
      </w:pPr>
      <w:r>
        <w:t>سو یو ہیو ٹو انڈرسٹینڈ دیٹ ال دیز ڈیفیکلٹیز، ال دیز پرابلمز، انکلوڈنگ سفرنگ، ار میتھڈ اف نیچر۔</w:t>
      </w:r>
    </w:p>
    <w:p>
      <w:r>
        <w:rPr>
          <w:b/>
        </w:rPr>
        <w:t xml:space="preserve">[28:59] </w:t>
      </w:r>
      <w:r>
        <w:t>it is not evil.</w:t>
      </w:r>
    </w:p>
    <w:p>
      <w:pPr>
        <w:jc w:val="right"/>
      </w:pPr>
      <w:r>
        <w:t>اٹ از ناٹ ایول۔</w:t>
      </w:r>
    </w:p>
    <w:p>
      <w:r>
        <w:rPr>
          <w:b/>
        </w:rPr>
        <w:t xml:space="preserve">[29:04] </w:t>
      </w:r>
      <w:r>
        <w:t>so there is no alternative, no substitute. we have to follow the creation plan of the creator</w:t>
      </w:r>
    </w:p>
    <w:p>
      <w:pPr>
        <w:jc w:val="right"/>
      </w:pPr>
      <w:r>
        <w:t>سو دیر از نو الٹرنیٹو، نو سبسٹیٹیوٹ۔ وی ہیو ٹو فالو دا کریشن پلان اف دا کریٹر</w:t>
      </w:r>
    </w:p>
    <w:p>
      <w:r>
        <w:rPr>
          <w:b/>
        </w:rPr>
        <w:t xml:space="preserve">[29:15] </w:t>
      </w:r>
      <w:r>
        <w:t>. we cannot produce another world. it is not possible for us.</w:t>
      </w:r>
    </w:p>
    <w:p>
      <w:pPr>
        <w:jc w:val="right"/>
      </w:pPr>
      <w:r>
        <w:t>۔ وی کناٹ پروڈیوس انادر ورلڈ۔ اٹ از ناٹ پاسیبل فار اس۔</w:t>
      </w:r>
    </w:p>
    <w:p>
      <w:r>
        <w:rPr>
          <w:b/>
        </w:rPr>
        <w:t xml:space="preserve">[29:24] </w:t>
      </w:r>
      <w:r>
        <w:t>we are creature and not creator.</w:t>
      </w:r>
    </w:p>
    <w:p>
      <w:pPr>
        <w:jc w:val="right"/>
      </w:pPr>
      <w:r>
        <w:t>وی ار کریچر اینڈ ناٹ کریٹر۔</w:t>
      </w:r>
    </w:p>
    <w:p>
      <w:r>
        <w:rPr>
          <w:b/>
        </w:rPr>
        <w:t xml:space="preserve">[29:29] </w:t>
      </w:r>
      <w:r>
        <w:t>so we have to adjust with this method</w:t>
      </w:r>
    </w:p>
    <w:p>
      <w:pPr>
        <w:jc w:val="right"/>
      </w:pPr>
      <w:r>
        <w:t>سو وی ہیو ٹو ایڈجسٹ ود دس میتھڈ</w:t>
      </w:r>
    </w:p>
    <w:p>
      <w:r>
        <w:rPr>
          <w:b/>
        </w:rPr>
        <w:t xml:space="preserve">[29:34] </w:t>
      </w:r>
      <w:r>
        <w:t>. we have to adjust with this law of nature.</w:t>
      </w:r>
    </w:p>
    <w:p>
      <w:pPr>
        <w:jc w:val="right"/>
      </w:pPr>
      <w:r>
        <w:t>۔ وی ہیو ٹو ایڈجسٹ ود دس لاء اف نیچر۔</w:t>
      </w:r>
    </w:p>
    <w:p>
      <w:r>
        <w:rPr>
          <w:b/>
        </w:rPr>
        <w:t xml:space="preserve">[29:42] </w:t>
      </w:r>
      <w:r>
        <w:t>if you want to turn our potential into actual, we have to adjust with this system.</w:t>
      </w:r>
    </w:p>
    <w:p>
      <w:pPr>
        <w:jc w:val="right"/>
      </w:pPr>
      <w:r>
        <w:t>اف یو وانٹ ٹو ٹرن اور پوٹینشل انٹو ایکچول، وی ہیو ٹو ایڈجسٹ ود دس سسٹم۔</w:t>
      </w:r>
    </w:p>
    <w:p>
      <w:r>
        <w:rPr>
          <w:b/>
        </w:rPr>
        <w:t xml:space="preserve">[29:54] </w:t>
      </w:r>
      <w:r>
        <w:t>you know, everyone was born as a super human being. everyone has a mind.</w:t>
      </w:r>
    </w:p>
    <w:p>
      <w:pPr>
        <w:jc w:val="right"/>
      </w:pPr>
      <w:r>
        <w:t>یو نو، ایوری ون واز بورن ایز ا سپر ہیومن بینگ۔ ایوری ون ہیز ا مائنڈ۔</w:t>
      </w:r>
    </w:p>
    <w:p>
      <w:r>
        <w:rPr>
          <w:b/>
        </w:rPr>
        <w:t xml:space="preserve">[30:03] </w:t>
      </w:r>
      <w:r>
        <w:t>and you know, mind is a mind has great, great potentials. Every individual mind is a miracle.</w:t>
      </w:r>
    </w:p>
    <w:p>
      <w:pPr>
        <w:jc w:val="right"/>
      </w:pPr>
      <w:r>
        <w:t>اینڈ یو نو، مائنڈ از ا مائنڈ ہیز گریٹ، گریٹ پوٹینشلز۔ ایوری انڈیویجول مائنڈ از ا میریکل۔</w:t>
      </w:r>
    </w:p>
    <w:p>
      <w:r>
        <w:rPr>
          <w:b/>
        </w:rPr>
        <w:t xml:space="preserve">[30:14] </w:t>
      </w:r>
      <w:r>
        <w:t>Every individual mind has a enormous potentials. But all these potentials are in dormant position.</w:t>
      </w:r>
    </w:p>
    <w:p>
      <w:pPr>
        <w:jc w:val="right"/>
      </w:pPr>
      <w:r>
        <w:t>ایوری انڈیویجول مائنڈ ہیز ا انارمس پوٹینشلز۔ بٹ ال دیز پوٹینشلز ار ان ڈرمنٹ پوزیشن۔</w:t>
      </w:r>
    </w:p>
    <w:p>
      <w:r>
        <w:rPr>
          <w:b/>
        </w:rPr>
        <w:t xml:space="preserve">[30:27] </w:t>
      </w:r>
      <w:r>
        <w:t>It is our duty to turn this potential into actual.</w:t>
      </w:r>
    </w:p>
    <w:p>
      <w:pPr>
        <w:jc w:val="right"/>
      </w:pPr>
      <w:r>
        <w:t>اٹ از اور ڈیوٹی ٹو ٹرن دس پوٹینشل انٹو ایکچول۔</w:t>
      </w:r>
    </w:p>
    <w:p>
      <w:r>
        <w:rPr>
          <w:b/>
        </w:rPr>
        <w:t xml:space="preserve">[30:36] </w:t>
      </w:r>
      <w:r>
        <w:t>So everyone was born as a super human being, but as a our.</w:t>
      </w:r>
    </w:p>
    <w:p>
      <w:pPr>
        <w:jc w:val="right"/>
      </w:pPr>
      <w:r>
        <w:t>سو ایوری ون واز بورن ایز ا سپر ہیومن بینگ، بٹ ایز ا اور۔</w:t>
      </w:r>
    </w:p>
    <w:p>
      <w:r>
        <w:rPr>
          <w:b/>
        </w:rPr>
        <w:t xml:space="preserve">[30:44] </w:t>
      </w:r>
      <w:r>
        <w:t>We have to discover this our, this potential qualities. And we have to turn this quality into actual.</w:t>
      </w:r>
    </w:p>
    <w:p>
      <w:pPr>
        <w:jc w:val="right"/>
      </w:pPr>
      <w:r>
        <w:t>وی ہیو ٹو ڈسکور دس اور، دس پوٹینشل کوالٹیز۔ اینڈ وی ہیو ٹو ٹرن دس کوالٹی انٹو ایکچول۔</w:t>
      </w:r>
    </w:p>
    <w:p>
      <w:r>
        <w:rPr>
          <w:b/>
        </w:rPr>
        <w:t xml:space="preserve">[30:56] </w:t>
      </w:r>
      <w:r>
        <w:t>So don't go to complain, don't go to protest. Don't blame the nature.</w:t>
      </w:r>
    </w:p>
    <w:p>
      <w:pPr>
        <w:jc w:val="right"/>
      </w:pPr>
      <w:r>
        <w:t>سو ڈونٹ گو ٹو کمپلین، ڈونٹ گو ٹو پروٹیسٹ۔ ڈونٹ بلیم دی نیچر۔</w:t>
      </w:r>
    </w:p>
    <w:p>
      <w:r>
        <w:rPr>
          <w:b/>
        </w:rPr>
        <w:t xml:space="preserve">[31:06] </w:t>
      </w:r>
      <w:r>
        <w:t>Don't blame the nature, don't blame the creator, don't blame God.</w:t>
      </w:r>
    </w:p>
    <w:p>
      <w:pPr>
        <w:jc w:val="right"/>
      </w:pPr>
      <w:r>
        <w:t>ڈونٹ بلیم دا نیچر، ڈونٹ بلیم دی کریٹر، ڈونٹ بلیم گاڈ۔</w:t>
      </w:r>
    </w:p>
    <w:p>
      <w:r>
        <w:rPr>
          <w:b/>
        </w:rPr>
        <w:t xml:space="preserve">[31:14] </w:t>
      </w:r>
      <w:r>
        <w:t>But understand the scheme of God. Don't blame God Almighty. Don't blame the creator.</w:t>
      </w:r>
    </w:p>
    <w:p>
      <w:pPr>
        <w:jc w:val="right"/>
      </w:pPr>
      <w:r>
        <w:t>بٹ انڈرسٹینڈ دا سکیم اف گاڈ۔ ڈونٹ بلیم گاڈ المائٹی۔ ڈونٹ بلیم دا کریٹر۔</w:t>
      </w:r>
    </w:p>
    <w:p>
      <w:r>
        <w:rPr>
          <w:b/>
        </w:rPr>
        <w:t xml:space="preserve">[31:26] </w:t>
      </w:r>
      <w:r>
        <w:t>But try to understand what is the plan of the creator, what is the method of nature.</w:t>
      </w:r>
    </w:p>
    <w:p>
      <w:pPr>
        <w:jc w:val="right"/>
      </w:pPr>
      <w:r>
        <w:t>بٹ ٹرائی ٹو انڈرسٹینڈ واٹ از دا پلان اف دا کریٹر، واٹ از دا میتھڈ اف نیچر۔</w:t>
      </w:r>
    </w:p>
    <w:p>
      <w:r>
        <w:rPr>
          <w:b/>
        </w:rPr>
        <w:t xml:space="preserve">[31:41] </w:t>
      </w:r>
      <w:r>
        <w:t>By following this method, we can achieve everything. According to my belief, according to my experience, everyone is born as a super achiever.</w:t>
      </w:r>
    </w:p>
    <w:p>
      <w:pPr>
        <w:jc w:val="right"/>
      </w:pPr>
      <w:r>
        <w:t>بائی فالونگ دس میتھڈ، وی کین اچیو ایوری تھنگ۔ اکارڈنگ ٹو مائی بیلیف، اکارڈنگ ٹو مائی ایکسپیرینس، ایوری ون از بورن ایز ا سپر اچیور۔</w:t>
      </w:r>
    </w:p>
    <w:p>
      <w:r>
        <w:rPr>
          <w:b/>
        </w:rPr>
        <w:t xml:space="preserve">[31:57] </w:t>
      </w:r>
      <w:r>
        <w:t>Potentially, everyone is a super achiever.</w:t>
      </w:r>
    </w:p>
    <w:p>
      <w:pPr>
        <w:jc w:val="right"/>
      </w:pPr>
      <w:r>
        <w:t>پوٹینشلی، ایوری ون از ا سپر اچیور۔</w:t>
      </w:r>
    </w:p>
    <w:p>
      <w:r>
        <w:rPr>
          <w:b/>
        </w:rPr>
        <w:t xml:space="preserve">[32:07] </w:t>
      </w:r>
      <w:r>
        <w:t>Potentially, everyone is a super achiever.</w:t>
      </w:r>
    </w:p>
    <w:p>
      <w:pPr>
        <w:jc w:val="right"/>
      </w:pPr>
      <w:r>
        <w:t>پوٹینشلی، ایوری ون از ا سپر اچیور۔</w:t>
      </w:r>
    </w:p>
    <w:p>
      <w:r>
        <w:rPr>
          <w:b/>
        </w:rPr>
        <w:t xml:space="preserve">[32:12] </w:t>
      </w:r>
      <w:r>
        <w:t>But how to turn this potential into actual? By effort, by understanding, by adjustment.</w:t>
      </w:r>
    </w:p>
    <w:p>
      <w:pPr>
        <w:jc w:val="right"/>
      </w:pPr>
      <w:r>
        <w:t>بٹ ہاؤ ٹو ٹرن دس پوٹینشل انٹو ایکچول؟ بائی ایفرٹ، بائی انڈرسٹینڈنگ، بائی ایڈجسٹمنٹ۔</w:t>
      </w:r>
    </w:p>
    <w:p>
      <w:r>
        <w:rPr>
          <w:b/>
        </w:rPr>
        <w:t xml:space="preserve">[32:27] </w:t>
      </w:r>
      <w:r>
        <w:t>Complain is meaningless. People generally complain, protest.</w:t>
      </w:r>
    </w:p>
    <w:p>
      <w:pPr>
        <w:jc w:val="right"/>
      </w:pPr>
      <w:r>
        <w:t>کمپلین از میننگ لیس۔ پیپل جنرلی کمپلین، پروٹیسٹ۔</w:t>
      </w:r>
    </w:p>
    <w:p>
      <w:r>
        <w:rPr>
          <w:b/>
        </w:rPr>
        <w:t xml:space="preserve">[32:37] </w:t>
      </w:r>
      <w:r>
        <w:t>But is worthless.</w:t>
      </w:r>
    </w:p>
    <w:p>
      <w:pPr>
        <w:jc w:val="right"/>
      </w:pPr>
      <w:r>
        <w:t>بٹ از ورتھ لیس۔</w:t>
      </w:r>
    </w:p>
    <w:p>
      <w:r>
        <w:rPr>
          <w:b/>
        </w:rPr>
        <w:t xml:space="preserve">[32:43] </w:t>
      </w:r>
      <w:r>
        <w:t>We have no choice other than to understand the creation plan of God.</w:t>
      </w:r>
    </w:p>
    <w:p>
      <w:pPr>
        <w:jc w:val="right"/>
      </w:pPr>
      <w:r>
        <w:t>وی ہیو نو چوائس ادر دین ٹو انڈرسٹینڈ دا کریشن پلان اف گاڈ۔</w:t>
      </w:r>
    </w:p>
    <w:p>
      <w:r>
        <w:rPr>
          <w:b/>
        </w:rPr>
        <w:t xml:space="preserve">[32:51] </w:t>
      </w:r>
      <w:r>
        <w:t>Complain or protest is not a choice. It is futile.</w:t>
      </w:r>
    </w:p>
    <w:p>
      <w:pPr>
        <w:jc w:val="right"/>
      </w:pPr>
      <w:r>
        <w:t>کمپلین اور پروٹیسٹ از ناٹ ا چوائس۔ اٹ از فروٹائل۔</w:t>
      </w:r>
    </w:p>
    <w:p>
      <w:r>
        <w:rPr>
          <w:b/>
        </w:rPr>
        <w:t xml:space="preserve">[33:03] </w:t>
      </w:r>
      <w:r>
        <w:t>No scientist complain that creator created our but not machines.</w:t>
      </w:r>
    </w:p>
    <w:p>
      <w:pPr>
        <w:jc w:val="right"/>
      </w:pPr>
      <w:r>
        <w:t>نو سائنٹسٹ کمپلین دیٹ کریٹر کریٹڈ اور بٹ ناٹ مشینز۔</w:t>
      </w:r>
    </w:p>
    <w:p>
      <w:r>
        <w:rPr>
          <w:b/>
        </w:rPr>
        <w:t xml:space="preserve">[33:13] </w:t>
      </w:r>
      <w:r>
        <w:t>No such science scientist you can find everywhere. Whose engaged in complain why creator created our but not machine</w:t>
      </w:r>
    </w:p>
    <w:p>
      <w:pPr>
        <w:jc w:val="right"/>
      </w:pPr>
      <w:r>
        <w:t>نو سچ سائنس سائنٹسٹ یو کین فائنڈ ایوری ویر۔ ہوز انگیجڈ ان کمپلین وائی کریٹر کریٹڈ اور بٹ ار ناٹ مشین</w:t>
      </w:r>
    </w:p>
    <w:p>
      <w:r>
        <w:rPr>
          <w:b/>
        </w:rPr>
        <w:t xml:space="preserve">[33:26] </w:t>
      </w:r>
      <w:r>
        <w:t>? No.</w:t>
      </w:r>
    </w:p>
    <w:p>
      <w:pPr>
        <w:jc w:val="right"/>
      </w:pPr>
      <w:r>
        <w:t>؟ نو۔</w:t>
      </w:r>
    </w:p>
    <w:p>
      <w:r>
        <w:rPr>
          <w:b/>
        </w:rPr>
        <w:t xml:space="preserve">[33:30] </w:t>
      </w:r>
      <w:r>
        <w:t>He takes our as in potential. So is the case of human being. Why complain, why protest?</w:t>
      </w:r>
    </w:p>
    <w:p>
      <w:pPr>
        <w:jc w:val="right"/>
      </w:pPr>
      <w:r>
        <w:t>ہی ٹیکس اور ایز ان پوٹینشل۔ سو از دا کیس اف ہیومن بینگ۔ وائی کمپلین، وائی پروٹیسٹ؟</w:t>
      </w:r>
    </w:p>
    <w:p>
      <w:r>
        <w:rPr>
          <w:b/>
        </w:rPr>
        <w:t xml:space="preserve">[33:43] </w:t>
      </w:r>
      <w:r>
        <w:t>Every human being, every individual has enormous qualities, enormous potential. So discover this potenti</w:t>
      </w:r>
    </w:p>
    <w:p>
      <w:pPr>
        <w:jc w:val="right"/>
      </w:pPr>
      <w:r>
        <w:t>ایوری ہیومن بینگ، ایوری انڈیویجول ہیز انارمس کوالٹیز، انارمس پوٹینشل۔ سو ڈسکور دس پوٹینش</w:t>
      </w:r>
    </w:p>
    <w:p>
      <w:r>
        <w:rPr>
          <w:b/>
        </w:rPr>
        <w:t xml:space="preserve">[33:55] </w:t>
      </w:r>
      <w:r>
        <w:t>al. Even so called disabled person have enormous qualities.</w:t>
      </w:r>
    </w:p>
    <w:p>
      <w:pPr>
        <w:jc w:val="right"/>
      </w:pPr>
      <w:r>
        <w:t>ل۔ ایون سو کالڈ ڈس ایبلڈ پرسن ہیو انارمس کوالٹیز۔</w:t>
      </w:r>
    </w:p>
    <w:p>
      <w:r>
        <w:rPr>
          <w:b/>
        </w:rPr>
        <w:t xml:space="preserve">[34:05] </w:t>
      </w:r>
      <w:r>
        <w:t>There are ample examples in history.</w:t>
      </w:r>
    </w:p>
    <w:p>
      <w:pPr>
        <w:jc w:val="right"/>
      </w:pPr>
      <w:r>
        <w:t>دیر ار ایمپل ایگزامپل ان ہسٹری۔</w:t>
      </w:r>
    </w:p>
    <w:p>
      <w:r>
        <w:rPr>
          <w:b/>
        </w:rPr>
        <w:t xml:space="preserve">[34:14] </w:t>
      </w:r>
      <w:r>
        <w:t>Some examples are well known and some others are not so well known, but there are.</w:t>
      </w:r>
    </w:p>
    <w:p>
      <w:pPr>
        <w:jc w:val="right"/>
      </w:pPr>
      <w:r>
        <w:t>سم ایگزیمپلز ار ویل نون اینڈ سم ادرز ار ناٹ سو ویل نون، بٹ دیر ار۔</w:t>
      </w:r>
    </w:p>
    <w:p>
      <w:r>
        <w:rPr>
          <w:b/>
        </w:rPr>
        <w:t xml:space="preserve">[34:23] </w:t>
      </w:r>
      <w:r>
        <w:t>in every city, in every village, you can find such examples. I think that Brill and Helen Keller and Edison were not exceptions.</w:t>
      </w:r>
    </w:p>
    <w:p>
      <w:pPr>
        <w:jc w:val="right"/>
      </w:pPr>
      <w:r>
        <w:t>ان ایوری سٹی، ان ایوری ولیج، یو کین فائنڈ سچ ایگزامپلز۔ ائی تھنک دیٹ بریل اینڈ ہیلن کلر اینڈ ایڈیسن ویر ناٹ ایکسیپشنز۔</w:t>
      </w:r>
    </w:p>
    <w:p>
      <w:r>
        <w:rPr>
          <w:b/>
        </w:rPr>
        <w:t xml:space="preserve">[34:39] </w:t>
      </w:r>
      <w:r>
        <w:t>There are so many Helen Kellers, so many Brills, so many Edisons.</w:t>
      </w:r>
    </w:p>
    <w:p>
      <w:pPr>
        <w:jc w:val="right"/>
      </w:pPr>
      <w:r>
        <w:t>دیر ار سو مینی ہیلن کلرز، سو مینی بریلز، سو مینی ایڈیسنز۔</w:t>
      </w:r>
    </w:p>
    <w:p>
      <w:r>
        <w:rPr>
          <w:b/>
        </w:rPr>
        <w:t xml:space="preserve">[34:49] </w:t>
      </w:r>
      <w:r>
        <w:t>But some but these people are well known</w:t>
      </w:r>
    </w:p>
    <w:p>
      <w:pPr>
        <w:jc w:val="right"/>
      </w:pPr>
      <w:r>
        <w:t>بٹ سم بٹ دیز پیپل ار ویل نون</w:t>
      </w:r>
    </w:p>
    <w:p>
      <w:r>
        <w:rPr>
          <w:b/>
        </w:rPr>
        <w:t xml:space="preserve">[34:55] </w:t>
      </w:r>
      <w:r>
        <w:t>. They became they were recorded in history. But there are so many persons who did great job, although they are not they were not recorded in history.</w:t>
      </w:r>
    </w:p>
    <w:p>
      <w:pPr>
        <w:jc w:val="right"/>
      </w:pPr>
      <w:r>
        <w:t>۔ دے بیکم دے ویر ریکارڈڈ ان ہسٹری۔ بٹ دیر ار سو مینی پرسنز ہو ڈیڈ گریٹ جاب، الدو دے ار ناٹ دے ویر ناٹ ریکارڈڈ ان ہسٹری۔</w:t>
      </w:r>
    </w:p>
    <w:p>
      <w:r>
        <w:rPr>
          <w:b/>
        </w:rPr>
        <w:t xml:space="preserve">[35:15] </w:t>
      </w:r>
      <w:r>
        <w:t>I personally know many persons, men and women both, who were not recorded in history.</w:t>
      </w:r>
    </w:p>
    <w:p>
      <w:pPr>
        <w:jc w:val="right"/>
      </w:pPr>
      <w:r>
        <w:t>ائی پرسنلی نو مینی پرسنز، مین اینڈ وومن بوتھ، ہو ویر ناٹ ریکارڈڈ ان ہسٹری۔</w:t>
      </w:r>
    </w:p>
    <w:p>
      <w:r>
        <w:rPr>
          <w:b/>
        </w:rPr>
        <w:t xml:space="preserve">[35:27] </w:t>
      </w:r>
      <w:r>
        <w:t>They are not well known,</w:t>
      </w:r>
    </w:p>
    <w:p>
      <w:pPr>
        <w:jc w:val="right"/>
      </w:pPr>
      <w:r>
        <w:t>دے ار ناٹ ویل نون،</w:t>
      </w:r>
    </w:p>
    <w:p>
      <w:r>
        <w:rPr>
          <w:b/>
        </w:rPr>
        <w:t xml:space="preserve">[35:30] </w:t>
      </w:r>
      <w:r>
        <w:t>but I know personally, although they were born in difficult situation. They were born as a disabled person,</w:t>
      </w:r>
    </w:p>
    <w:p>
      <w:pPr>
        <w:jc w:val="right"/>
      </w:pPr>
      <w:r>
        <w:t>بٹ ائی نو پرسنلی، الدو دے ویر بورن ان ڈیفیکلٹ سچویشن۔ دے ویر بورن ایز ا ڈس ایبلڈ پرسن،</w:t>
      </w:r>
    </w:p>
    <w:p>
      <w:r>
        <w:rPr>
          <w:b/>
        </w:rPr>
        <w:t xml:space="preserve">[35:41] </w:t>
      </w:r>
      <w:r>
        <w:t>but they did great job</w:t>
      </w:r>
    </w:p>
    <w:p>
      <w:pPr>
        <w:jc w:val="right"/>
      </w:pPr>
      <w:r>
        <w:t>بٹ دے ڈیڈ گریٹ جاب</w:t>
      </w:r>
    </w:p>
    <w:p>
      <w:r>
        <w:rPr>
          <w:b/>
        </w:rPr>
        <w:t xml:space="preserve">[35:46] </w:t>
      </w:r>
      <w:r>
        <w:t>in their family, in their society,</w:t>
      </w:r>
    </w:p>
    <w:p>
      <w:pPr>
        <w:jc w:val="right"/>
      </w:pPr>
      <w:r>
        <w:t>ان دیر فیملی، ان دیر سوسائٹی،</w:t>
      </w:r>
    </w:p>
    <w:p>
      <w:r>
        <w:rPr>
          <w:b/>
        </w:rPr>
        <w:t xml:space="preserve">[35:52] </w:t>
      </w:r>
      <w:r>
        <w:t>in their institutions.</w:t>
      </w:r>
    </w:p>
    <w:p>
      <w:pPr>
        <w:jc w:val="right"/>
      </w:pPr>
      <w:r>
        <w:t>ان دیر انسٹیٹیوشنز۔</w:t>
      </w:r>
    </w:p>
    <w:p>
      <w:r>
        <w:rPr>
          <w:b/>
        </w:rPr>
        <w:t xml:space="preserve">[35:58] </w:t>
      </w:r>
      <w:r>
        <w:t>So I can see that</w:t>
      </w:r>
    </w:p>
    <w:p>
      <w:pPr>
        <w:jc w:val="right"/>
      </w:pPr>
      <w:r>
        <w:t>سو ائی کین سی دیٹ</w:t>
      </w:r>
    </w:p>
    <w:p>
      <w:r>
        <w:rPr>
          <w:b/>
        </w:rPr>
        <w:t xml:space="preserve">[36:04] </w:t>
      </w:r>
      <w:r>
        <w:t>the first thing we lack is understanding.</w:t>
      </w:r>
    </w:p>
    <w:p>
      <w:pPr>
        <w:jc w:val="right"/>
      </w:pPr>
      <w:r>
        <w:t>دا فرسٹ تھنگ وی لیک از انڈرسٹینڈنگ۔</w:t>
      </w:r>
    </w:p>
    <w:p>
      <w:r>
        <w:rPr>
          <w:b/>
        </w:rPr>
        <w:t xml:space="preserve">[36:15] </w:t>
      </w:r>
      <w:r>
        <w:t>We start from our mind. A</w:t>
      </w:r>
    </w:p>
    <w:p>
      <w:pPr>
        <w:jc w:val="right"/>
      </w:pPr>
      <w:r>
        <w:t>وی سٹارٹ فرام اور مائنڈ۔ ا</w:t>
      </w:r>
    </w:p>
    <w:p>
      <w:r>
        <w:rPr>
          <w:b/>
        </w:rPr>
        <w:t xml:space="preserve">[36:17] </w:t>
      </w:r>
      <w:r>
        <w:t>it is not correct. We have to start from the creation plan of God.</w:t>
      </w:r>
    </w:p>
    <w:p>
      <w:pPr>
        <w:jc w:val="right"/>
      </w:pPr>
      <w:r>
        <w:t>ٹ از ناٹ کریکٹ۔ وی ہیو ٹو سٹارٹ فرام دا کریشن پلان اف گاڈ۔</w:t>
      </w:r>
    </w:p>
    <w:p>
      <w:r>
        <w:rPr>
          <w:b/>
        </w:rPr>
        <w:t xml:space="preserve">[36:24] </w:t>
      </w:r>
      <w:r>
        <w:t>We start thinking from our own mind. It is not correct way to start.</w:t>
      </w:r>
    </w:p>
    <w:p>
      <w:pPr>
        <w:jc w:val="right"/>
      </w:pPr>
      <w:r>
        <w:t>وی سٹارٹ تھنکنگ فرام اور اون مائنڈ۔ اٹ از ناٹ کریکٹ وے ٹو سٹارٹ۔</w:t>
      </w:r>
    </w:p>
    <w:p>
      <w:r>
        <w:rPr>
          <w:b/>
        </w:rPr>
        <w:t xml:space="preserve">[36:33] </w:t>
      </w:r>
      <w:r>
        <w:t>It is not correct way of thinking. First of all, we have to know what is in the creator mind.</w:t>
      </w:r>
    </w:p>
    <w:p>
      <w:pPr>
        <w:jc w:val="right"/>
      </w:pPr>
      <w:r>
        <w:t>اٹ از ناٹ کریکٹ وے اف تھنکنگ۔ فرسٹ اف ال، وی ہیو ٹو نو واٹ از ان دا کریٹر مائنڈ۔</w:t>
      </w:r>
    </w:p>
    <w:p>
      <w:r>
        <w:rPr>
          <w:b/>
        </w:rPr>
        <w:t xml:space="preserve">[36:48] </w:t>
      </w:r>
      <w:r>
        <w:t>Then we can understand the creator plan, creator scheme, creator method. And by following it, we can achieve all those things we require.</w:t>
      </w:r>
    </w:p>
    <w:p>
      <w:pPr>
        <w:jc w:val="right"/>
      </w:pPr>
      <w:r>
        <w:t>دین وی کین انڈرسٹینڈ دا کریٹر پلان، کریٹر سکیم، کریٹر میتھڈ۔ اینڈ بائی فالونگ اٹ، وی کین اچیو ال دو تھنگز وی ریکوائر۔</w:t>
      </w:r>
    </w:p>
    <w:p>
      <w:r>
        <w:rPr>
          <w:b/>
        </w:rPr>
        <w:t xml:space="preserve">[37:06] </w:t>
      </w:r>
      <w:r>
        <w:t>The greatest need</w:t>
      </w:r>
    </w:p>
    <w:p>
      <w:pPr>
        <w:jc w:val="right"/>
      </w:pPr>
      <w:r>
        <w:t>دا گریٹسٹ نیڈ</w:t>
      </w:r>
    </w:p>
    <w:p>
      <w:r>
        <w:rPr>
          <w:b/>
        </w:rPr>
        <w:t xml:space="preserve">[37:10] </w:t>
      </w:r>
      <w:r>
        <w:t>for us to save our self from negativity.</w:t>
      </w:r>
    </w:p>
    <w:p>
      <w:pPr>
        <w:jc w:val="right"/>
      </w:pPr>
      <w:r>
        <w:t>فار اس ٹو سیو اور سیلف فرام نیگیٹیوٹی۔</w:t>
      </w:r>
    </w:p>
    <w:p>
      <w:r>
        <w:rPr>
          <w:b/>
        </w:rPr>
        <w:t xml:space="preserve">[37:18] </w:t>
      </w:r>
      <w:r>
        <w:t>Negativity.</w:t>
      </w:r>
    </w:p>
    <w:p>
      <w:pPr>
        <w:jc w:val="right"/>
      </w:pPr>
      <w:r>
        <w:t>نیگیٹیوٹی۔</w:t>
      </w:r>
    </w:p>
    <w:p>
      <w:r>
        <w:rPr>
          <w:b/>
        </w:rPr>
        <w:t xml:space="preserve">[37:22] </w:t>
      </w:r>
      <w:r>
        <w:t>The majority of people are living in negativity. They take things</w:t>
      </w:r>
    </w:p>
    <w:p>
      <w:pPr>
        <w:jc w:val="right"/>
      </w:pPr>
      <w:r>
        <w:t>دا میجورٹی اف پیپل ار لیونگ ان نیگیٹیوٹی۔ دے ٹیک تھنگز</w:t>
      </w:r>
    </w:p>
    <w:p>
      <w:r>
        <w:rPr>
          <w:b/>
        </w:rPr>
        <w:t xml:space="preserve">[37:34] </w:t>
      </w:r>
      <w:r>
        <w:t>as a negative. The most important thing is positive thinking. Negative thinking is like like killing, like like self killing.</w:t>
      </w:r>
    </w:p>
    <w:p>
      <w:pPr>
        <w:jc w:val="right"/>
      </w:pPr>
      <w:r>
        <w:t>ایز ا نیگیٹیو۔ دا موسٹ امپورٹنٹ تھنگ از پازیٹیو تھنکنگ۔ نیگیٹیو تھنکنگ از لائک لائک کلنگ، لائک لائک سیلف کلنگ۔</w:t>
      </w:r>
    </w:p>
    <w:p>
      <w:r>
        <w:rPr>
          <w:b/>
        </w:rPr>
        <w:t xml:space="preserve">[37:51] </w:t>
      </w:r>
      <w:r>
        <w:t>Negative thinking is like self killing.</w:t>
      </w:r>
    </w:p>
    <w:p>
      <w:pPr>
        <w:jc w:val="right"/>
      </w:pPr>
      <w:r>
        <w:t>نیگیٹیو تھنکنگ از لائک سیلف کلنگ۔</w:t>
      </w:r>
    </w:p>
    <w:p>
      <w:r>
        <w:rPr>
          <w:b/>
        </w:rPr>
        <w:t xml:space="preserve">[37:59] </w:t>
      </w:r>
      <w:r>
        <w:t>The most important thing is positive thinking. But how it is possible</w:t>
      </w:r>
    </w:p>
    <w:p>
      <w:pPr>
        <w:jc w:val="right"/>
      </w:pPr>
      <w:r>
        <w:t>دا موسٹ امپورٹنٹ تھنگ از پازیٹیو تھنکنگ۔ بٹ ہاؤ اٹ از پاسیبل</w:t>
      </w:r>
    </w:p>
    <w:p>
      <w:r>
        <w:rPr>
          <w:b/>
        </w:rPr>
        <w:t xml:space="preserve">[38:05] </w:t>
      </w:r>
      <w:r>
        <w:t>? Because we are living in negative items. Every where there are negative items.</w:t>
      </w:r>
    </w:p>
    <w:p>
      <w:pPr>
        <w:jc w:val="right"/>
      </w:pPr>
      <w:r>
        <w:t>؟ بیکاز وی ار لیونگ ان نیگیٹیو ائٹمز۔ ایوری ویر دیر ار نیگیٹیو ائٹمز۔</w:t>
      </w:r>
    </w:p>
    <w:p>
      <w:r>
        <w:rPr>
          <w:b/>
        </w:rPr>
        <w:t xml:space="preserve">[38:17] </w:t>
      </w:r>
      <w:r>
        <w:t>so we have to to we have to evaluate that quality by which we can turn the negativity into positivity.</w:t>
      </w:r>
    </w:p>
    <w:p>
      <w:pPr>
        <w:jc w:val="right"/>
      </w:pPr>
      <w:r>
        <w:t>سو وی ہیو ٹو ٹو وی ہیو ٹو ایوالو دیٹ کوالٹی بائی وچ وی کین ٹرن دا نیگیٹیوٹی انٹو پازیٹیوٹی۔</w:t>
      </w:r>
    </w:p>
    <w:p>
      <w:r>
        <w:rPr>
          <w:b/>
        </w:rPr>
        <w:t xml:space="preserve">[38:38] </w:t>
      </w:r>
      <w:r>
        <w:t>positive thinking can be achieved only through this ability to convert the negativity into positivity.</w:t>
      </w:r>
    </w:p>
    <w:p>
      <w:pPr>
        <w:jc w:val="right"/>
      </w:pPr>
      <w:r>
        <w:t>پازیٹیو تھنکنگ کین بی اچیوڈ اونلی تھرو دس ایبیلیٹی ٹو کنورٹ دا نیگیٹیوٹی انٹو پازیٹیوٹی۔</w:t>
      </w:r>
    </w:p>
    <w:p>
      <w:r>
        <w:rPr>
          <w:b/>
        </w:rPr>
        <w:t xml:space="preserve">[38:49] </w:t>
      </w:r>
      <w:r>
        <w:t>if you have you have like if you are liking this ability, you cannot be a positive thinker.</w:t>
      </w:r>
    </w:p>
    <w:p>
      <w:pPr>
        <w:jc w:val="right"/>
      </w:pPr>
      <w:r>
        <w:t>اف یو ہیو یو ہیو لائک اف یو ار لائکنگ دس ایبیلیٹی، یو کناٹ بی ا پازیٹیو تھنکر۔</w:t>
      </w:r>
    </w:p>
    <w:p>
      <w:r>
        <w:rPr>
          <w:b/>
        </w:rPr>
        <w:t xml:space="preserve">[39:03] </w:t>
      </w:r>
      <w:r>
        <w:t>positive thinking is the ability to convert negativity into positivity.</w:t>
      </w:r>
    </w:p>
    <w:p>
      <w:pPr>
        <w:jc w:val="right"/>
      </w:pPr>
      <w:r>
        <w:t>پازیٹیو تھنکنگ از دا ایبیلیٹی ٹو کنورٹ نیگیٹیوٹی انٹو پازیٹیوٹی۔</w:t>
      </w:r>
    </w:p>
    <w:p>
      <w:r>
        <w:rPr>
          <w:b/>
        </w:rPr>
        <w:t xml:space="preserve">[39:12] </w:t>
      </w:r>
      <w:r>
        <w:t>because by living in a society, in a</w:t>
      </w:r>
    </w:p>
    <w:p>
      <w:pPr>
        <w:jc w:val="right"/>
      </w:pPr>
      <w:r>
        <w:t>بیکاز بائی لیونگ ان ا سوسائٹی، ان ا</w:t>
      </w:r>
    </w:p>
    <w:p>
      <w:r>
        <w:rPr>
          <w:b/>
        </w:rPr>
        <w:t xml:space="preserve">[39:19] </w:t>
      </w:r>
      <w:r>
        <w:t>we are not living alone in this world.</w:t>
      </w:r>
    </w:p>
    <w:p>
      <w:pPr>
        <w:jc w:val="right"/>
      </w:pPr>
      <w:r>
        <w:t>وی ار ناٹ لیونگ الون ان دس ورلڈ۔</w:t>
      </w:r>
    </w:p>
    <w:p>
      <w:r>
        <w:rPr>
          <w:b/>
        </w:rPr>
        <w:t xml:space="preserve">[39:23] </w:t>
      </w:r>
      <w:r>
        <w:t>we are living with others, with other peoples. and everyone is a different from us.</w:t>
      </w:r>
    </w:p>
    <w:p>
      <w:pPr>
        <w:jc w:val="right"/>
      </w:pPr>
      <w:r>
        <w:t>وی ار لیونگ ود ادرز، ود ادر پیپلز۔ اینڈ ایوری ون از ا ڈفرنٹ فرام اس۔</w:t>
      </w:r>
    </w:p>
    <w:p>
      <w:r>
        <w:rPr>
          <w:b/>
        </w:rPr>
        <w:t xml:space="preserve">[39:33] </w:t>
      </w:r>
      <w:r>
        <w:t>everyone has his own interest. everyone has his own problem.</w:t>
      </w:r>
    </w:p>
    <w:p>
      <w:pPr>
        <w:jc w:val="right"/>
      </w:pPr>
      <w:r>
        <w:t>ایوری ون ہیز ہز اون انٹرسٹ۔ ایوری ون ہیز ہز اون پرابلم۔</w:t>
      </w:r>
    </w:p>
    <w:p>
      <w:r>
        <w:rPr>
          <w:b/>
        </w:rPr>
        <w:t xml:space="preserve">[39:44] </w:t>
      </w:r>
      <w:r>
        <w:t>so we are compelled to live in a society where everyone is different from us.</w:t>
      </w:r>
    </w:p>
    <w:p>
      <w:pPr>
        <w:jc w:val="right"/>
      </w:pPr>
      <w:r>
        <w:t>سو وی ار کمپلڈ ٹو لیو ان ا سوسائٹی ویر ایوری ون از ڈفرنٹ فرام اس۔</w:t>
      </w:r>
    </w:p>
    <w:p>
      <w:r>
        <w:rPr>
          <w:b/>
        </w:rPr>
        <w:t xml:space="preserve">[39:53] </w:t>
      </w:r>
      <w:r>
        <w:t>everyone has some special problem, some special interest.</w:t>
      </w:r>
    </w:p>
    <w:p>
      <w:pPr>
        <w:jc w:val="right"/>
      </w:pPr>
      <w:r>
        <w:t>ایوری ون ہیز سم اسپیشل پرابلم، سم اسپیشل انٹرسٹ۔</w:t>
      </w:r>
    </w:p>
    <w:p>
      <w:r>
        <w:rPr>
          <w:b/>
        </w:rPr>
        <w:t xml:space="preserve">[39:59] </w:t>
      </w:r>
      <w:r>
        <w:t>so it is impossible to have such a situation in the society. every society is like a jungle.</w:t>
      </w:r>
    </w:p>
    <w:p>
      <w:pPr>
        <w:jc w:val="right"/>
      </w:pPr>
      <w:r>
        <w:t>سو اٹ از امپاسیبل ٹو ہیو اسبو سچویشن ان دا سوسائٹی۔ ایوری سوسائٹی از لائک ا جنگل۔</w:t>
      </w:r>
    </w:p>
    <w:p>
      <w:r>
        <w:rPr>
          <w:b/>
        </w:rPr>
        <w:t xml:space="preserve">[40:13] </w:t>
      </w:r>
      <w:r>
        <w:t>ideal society is not achievable in this world.</w:t>
      </w:r>
    </w:p>
    <w:p>
      <w:pPr>
        <w:jc w:val="right"/>
      </w:pPr>
      <w:r>
        <w:t>ائیڈیل سوسائٹی از ناٹ اچیوبل ان دس ورلڈ۔</w:t>
      </w:r>
    </w:p>
    <w:p>
      <w:r>
        <w:rPr>
          <w:b/>
        </w:rPr>
        <w:t xml:space="preserve">[40:19] </w:t>
      </w:r>
      <w:r>
        <w:t>so you have to live in this jungle. you have to live with with all kind of negative items.</w:t>
      </w:r>
    </w:p>
    <w:p>
      <w:pPr>
        <w:jc w:val="right"/>
      </w:pPr>
      <w:r>
        <w:t>سو یو ہیو ٹو لیو ان دس جنگل۔ یو ہیو ٹو لیو ود ود ال کائنڈ اف نیگیٹیو ائٹمز۔</w:t>
      </w:r>
    </w:p>
    <w:p>
      <w:r>
        <w:rPr>
          <w:b/>
        </w:rPr>
        <w:t xml:space="preserve">[40:30] </w:t>
      </w:r>
      <w:r>
        <w:t>then how to attain positivity?</w:t>
      </w:r>
    </w:p>
    <w:p>
      <w:pPr>
        <w:jc w:val="right"/>
      </w:pPr>
      <w:r>
        <w:t>دین ہاؤ ٹو اٹین پازیٹیوٹی؟</w:t>
      </w:r>
    </w:p>
    <w:p>
      <w:r>
        <w:rPr>
          <w:b/>
        </w:rPr>
        <w:t xml:space="preserve">[40:35] </w:t>
      </w:r>
      <w:r>
        <w:t>the only way is to evaluate that kind of ability by which you can convert negativity into positivity.</w:t>
      </w:r>
    </w:p>
    <w:p>
      <w:pPr>
        <w:jc w:val="right"/>
      </w:pPr>
      <w:r>
        <w:t>دا اونلی وے از ٹو ایوالو دیٹ کائنڈ اف ایبیلیٹی بائی وچ یو کین کنورٹ نیگیٹیوٹی انٹو پازیٹیوٹی۔</w:t>
      </w:r>
    </w:p>
    <w:p>
      <w:r>
        <w:rPr>
          <w:b/>
        </w:rPr>
        <w:t xml:space="preserve">[40:53] </w:t>
      </w:r>
      <w:r>
        <w:t>so this is the key to all kind of solutions.</w:t>
      </w:r>
    </w:p>
    <w:p>
      <w:pPr>
        <w:jc w:val="right"/>
      </w:pPr>
      <w:r>
        <w:t>سو دس از دا کی ٹو ال کائنڈ اف سولیوشنز۔</w:t>
      </w:r>
    </w:p>
    <w:p>
      <w:r>
        <w:rPr>
          <w:b/>
        </w:rPr>
        <w:t xml:space="preserve">[41:02] </w:t>
      </w:r>
      <w:r>
        <w:t>if you are a positive thinker, you can understand everything. but if you are a negative thinker, you cannot understand anything.</w:t>
      </w:r>
    </w:p>
    <w:p>
      <w:pPr>
        <w:jc w:val="right"/>
      </w:pPr>
      <w:r>
        <w:t>اف یو ار ا پازیٹیو تھنکر، یو کین انڈرسٹینڈ ایوری تھنگ۔ بٹ اف یو ار ا نیگیٹیو تھنکر، یو کناٹ انڈرسٹینڈ اینی تھنگ۔</w:t>
      </w:r>
    </w:p>
    <w:p>
      <w:r>
        <w:rPr>
          <w:b/>
        </w:rPr>
        <w:t xml:space="preserve">[41:14] </w:t>
      </w:r>
      <w:r>
        <w:t>negative thinking makes you blind.</w:t>
      </w:r>
    </w:p>
    <w:p>
      <w:pPr>
        <w:jc w:val="right"/>
      </w:pPr>
      <w:r>
        <w:t>نیگیٹیو تھنکنگ میکس یو بلائنڈ۔</w:t>
      </w:r>
    </w:p>
    <w:p>
      <w:r>
        <w:rPr>
          <w:b/>
        </w:rPr>
        <w:t xml:space="preserve">[41:21] </w:t>
      </w:r>
      <w:r>
        <w:t>negative thinking makes you blind.</w:t>
      </w:r>
    </w:p>
    <w:p>
      <w:pPr>
        <w:jc w:val="right"/>
      </w:pPr>
      <w:r>
        <w:t>نیگیٹیو تھنکنگ میکس یو بلائنڈ۔</w:t>
      </w:r>
    </w:p>
    <w:p>
      <w:r>
        <w:rPr>
          <w:b/>
        </w:rPr>
        <w:t xml:space="preserve">[41:28] </w:t>
      </w:r>
      <w:r>
        <w:t>so save yourself from being victim of negativity.</w:t>
      </w:r>
    </w:p>
    <w:p>
      <w:pPr>
        <w:jc w:val="right"/>
      </w:pPr>
      <w:r>
        <w:t>سو سیو یور سیلف فرام بینگ وکٹم اف نیگیٹیوٹی۔</w:t>
      </w:r>
    </w:p>
    <w:p>
      <w:r>
        <w:rPr>
          <w:b/>
        </w:rPr>
        <w:t xml:space="preserve">[41:42] </w:t>
      </w:r>
      <w:r>
        <w:t>it is most important point</w:t>
      </w:r>
    </w:p>
    <w:p>
      <w:pPr>
        <w:jc w:val="right"/>
      </w:pPr>
      <w:r>
        <w:t>اٹ از موسٹ امپورٹنٹ پوائنٹ</w:t>
      </w:r>
    </w:p>
    <w:p>
      <w:r>
        <w:rPr>
          <w:b/>
        </w:rPr>
        <w:t xml:space="preserve">[41:46] </w:t>
      </w:r>
      <w:r>
        <w:t>. according to my study and my experience, the most important ability is</w:t>
      </w:r>
    </w:p>
    <w:p>
      <w:pPr>
        <w:jc w:val="right"/>
      </w:pPr>
      <w:r>
        <w:t>۔ اکارڈنگ ٹو مائی سٹڈی اینڈ مائی ایکسپیرینس، دا موسٹ امپورٹنٹ ایبیلیٹی از</w:t>
      </w:r>
    </w:p>
    <w:p>
      <w:r>
        <w:rPr>
          <w:b/>
        </w:rPr>
        <w:t xml:space="preserve">[41:58] </w:t>
      </w:r>
      <w:r>
        <w:t>positivity. if you are a positive thinker, then</w:t>
      </w:r>
    </w:p>
    <w:p>
      <w:pPr>
        <w:jc w:val="right"/>
      </w:pPr>
      <w:r>
        <w:t>پازیٹیوٹی۔ اف یو ار ا پازیٹیو تھنکر، دین</w:t>
      </w:r>
    </w:p>
    <w:p>
      <w:r>
        <w:rPr>
          <w:b/>
        </w:rPr>
        <w:t xml:space="preserve">[42:08] </w:t>
      </w:r>
      <w:r>
        <w:t>you are able to achieve anything. although super achievers were super although super achievers were positive thinkers.</w:t>
      </w:r>
    </w:p>
    <w:p>
      <w:pPr>
        <w:jc w:val="right"/>
      </w:pPr>
      <w:r>
        <w:t>یو ار ایبل ٹو اچیو اینی تھنگ۔ الدو سپر اچیورز ویر سپر الدو سپر اچیورز ویر پازیٹیو تھنکرز۔</w:t>
      </w:r>
    </w:p>
    <w:p>
      <w:r>
        <w:rPr>
          <w:b/>
        </w:rPr>
        <w:t xml:space="preserve">[42:24] </w:t>
      </w:r>
      <w:r>
        <w:t>no super achievers was a negative thinker.</w:t>
      </w:r>
    </w:p>
    <w:p>
      <w:pPr>
        <w:jc w:val="right"/>
      </w:pPr>
      <w:r>
        <w:t>نو سپر اچیورز واز ا نیگیٹیو تھنکر۔</w:t>
      </w:r>
    </w:p>
    <w:p>
      <w:r>
        <w:rPr>
          <w:b/>
        </w:rPr>
        <w:t xml:space="preserve">[42:35] </w:t>
      </w:r>
      <w:r>
        <w:t>I have studied the book, its title was "Super Achievers". I found that all the super achievers were able to turn disadvantage into advantage.</w:t>
      </w:r>
    </w:p>
    <w:p>
      <w:pPr>
        <w:jc w:val="right"/>
      </w:pPr>
      <w:r>
        <w:t>ائی ہیو اسٹڈی دا بک دیٹ از دا ٹائٹل واز سپر اچیورز۔ ائی فاؤنڈ دیٹ اول دی سپر اچیورز ویر ایبل ٹو ٹرن دس ایڈوانٹیج انٹو ایڈوانٹیج۔</w:t>
      </w:r>
    </w:p>
    <w:p>
      <w:r>
        <w:rPr>
          <w:b/>
        </w:rPr>
        <w:t xml:space="preserve">[42:53] </w:t>
      </w:r>
      <w:r>
        <w:t>they were able to turn negativity into positivity.</w:t>
      </w:r>
    </w:p>
    <w:p>
      <w:pPr>
        <w:jc w:val="right"/>
      </w:pPr>
      <w:r>
        <w:t>دے ویر ایبل ٹو ٹرن نیگیٹیوٹی انٹو پازیٹیوٹی۔</w:t>
      </w:r>
    </w:p>
    <w:p>
      <w:r>
        <w:rPr>
          <w:b/>
        </w:rPr>
        <w:t xml:space="preserve">[43:02] </w:t>
      </w:r>
      <w:r>
        <w:t>So super achiever is not an easy job.</w:t>
      </w:r>
    </w:p>
    <w:p>
      <w:pPr>
        <w:jc w:val="right"/>
      </w:pPr>
      <w:r>
        <w:t>سو سپر اچیور از ناٹ ا ایزی جاب</w:t>
      </w:r>
    </w:p>
    <w:p>
      <w:r>
        <w:rPr>
          <w:b/>
        </w:rPr>
        <w:t xml:space="preserve">[43:08] </w:t>
      </w:r>
      <w:r>
        <w:t>. it iz a difikalat jab.</w:t>
      </w:r>
    </w:p>
    <w:p>
      <w:pPr>
        <w:jc w:val="right"/>
      </w:pPr>
      <w:r>
        <w:t>۔ اٹ از ا ڈیفیکلٹ جاب۔</w:t>
      </w:r>
    </w:p>
    <w:p>
      <w:r>
        <w:rPr>
          <w:b/>
        </w:rPr>
        <w:t xml:space="preserve">[43:14] </w:t>
      </w:r>
      <w:r>
        <w:t>If you want to be a super achiever,</w:t>
      </w:r>
    </w:p>
    <w:p>
      <w:pPr>
        <w:jc w:val="right"/>
      </w:pPr>
      <w:r>
        <w:t>اف یو وانٹ ٹو بی ا سپر اچیور،</w:t>
      </w:r>
    </w:p>
    <w:p>
      <w:r>
        <w:rPr>
          <w:b/>
        </w:rPr>
        <w:t xml:space="preserve">[43:19] </w:t>
      </w:r>
      <w:r>
        <w:t>You must know that the first condition is positive thinking.</w:t>
      </w:r>
    </w:p>
    <w:p>
      <w:pPr>
        <w:jc w:val="right"/>
      </w:pPr>
      <w:r>
        <w:t>یو مسٹ نو دیٹ دا فرسٹ کنڈیشن از پازیٹیو تھنکنگ۔</w:t>
      </w:r>
    </w:p>
    <w:p>
      <w:r>
        <w:rPr>
          <w:b/>
        </w:rPr>
        <w:t xml:space="preserve">[43:33] </w:t>
      </w:r>
      <w:r>
        <w:t>All kind of achievements begins from this point, from positive thinking.</w:t>
      </w:r>
    </w:p>
    <w:p>
      <w:pPr>
        <w:jc w:val="right"/>
      </w:pPr>
      <w:r>
        <w:t>اول کائنڈ اف اچیومنٹس بگنز فرام دس پوائنٹ، فرام پازیٹیو تھنکنگ۔</w:t>
      </w:r>
    </w:p>
    <w:p>
      <w:r>
        <w:rPr>
          <w:b/>
        </w:rPr>
        <w:t xml:space="preserve">[43:47] </w:t>
      </w:r>
      <w:r>
        <w:t>so don't see things as a problem. don't see things as a suffering. don't see things as a disadvantage.</w:t>
      </w:r>
    </w:p>
    <w:p>
      <w:pPr>
        <w:jc w:val="right"/>
      </w:pPr>
      <w:r>
        <w:t>سو ڈونٹ سی تھنگز ایز ا پرابلم۔ ڈونٹ سی تھنگز ایز ا سفرنگ۔ ڈونٹ سی تھنگز ایز ا ڈس ایڈوانٹیج۔</w:t>
      </w:r>
    </w:p>
    <w:p>
      <w:r>
        <w:rPr>
          <w:b/>
        </w:rPr>
        <w:t xml:space="preserve">[44:01] </w:t>
      </w:r>
      <w:r>
        <w:t>but see all things as an advantage, as a blessing.</w:t>
      </w:r>
    </w:p>
    <w:p>
      <w:pPr>
        <w:jc w:val="right"/>
      </w:pPr>
      <w:r>
        <w:t>بٹ سی اول تھنگز ایز ا ایڈوانٹیج، ایز ا بلیسنگ۔</w:t>
      </w:r>
    </w:p>
    <w:p>
      <w:r>
        <w:rPr>
          <w:b/>
        </w:rPr>
        <w:t xml:space="preserve">[44:10] </w:t>
      </w:r>
      <w:r>
        <w:t>And it is a fixed day. Everything is a blessing.</w:t>
      </w:r>
    </w:p>
    <w:p>
      <w:pPr>
        <w:jc w:val="right"/>
      </w:pPr>
      <w:r>
        <w:t>اینڈ اٹ از ا فیکٹ دیٹ ایوری تھنگ از ا بلیسنگ۔</w:t>
      </w:r>
    </w:p>
    <w:p>
      <w:r>
        <w:rPr>
          <w:b/>
        </w:rPr>
        <w:t xml:space="preserve">[44:17] </w:t>
      </w:r>
      <w:r>
        <w:t>Darkness is a blessing. In this world, darkness is a blessing because without darkness, you cannot understand the value of light.</w:t>
      </w:r>
    </w:p>
    <w:p>
      <w:pPr>
        <w:jc w:val="right"/>
      </w:pPr>
      <w:r>
        <w:t>ڈارکنس از ا بلیسنگ۔ ان دس ورلڈ، ڈارکنس از ا بلیسنگ۔ بیکاز وداؤٹ ڈارکنس، یو کناٹ انڈرسٹینڈ دا ویلیو اف لائٹ</w:t>
      </w:r>
    </w:p>
    <w:p>
      <w:r>
        <w:rPr>
          <w:b/>
        </w:rPr>
        <w:t xml:space="preserve">[44:34] </w:t>
      </w:r>
      <w:r>
        <w:t>. It is darkness that makes you able to understand the value of light.</w:t>
      </w:r>
    </w:p>
    <w:p>
      <w:pPr>
        <w:jc w:val="right"/>
      </w:pPr>
      <w:r>
        <w:t>۔ اٹ از ڈارکنس دیٹ میکس یو ایبل ٹو انڈرسٹینڈ دا ویلیو اف لائٹ۔</w:t>
      </w:r>
    </w:p>
    <w:p>
      <w:r>
        <w:rPr>
          <w:b/>
        </w:rPr>
        <w:t xml:space="preserve">[44:43] </w:t>
      </w:r>
      <w:r>
        <w:t>So nothing in this world is disadvantage. Nothing in this world is evil.</w:t>
      </w:r>
    </w:p>
    <w:p>
      <w:pPr>
        <w:jc w:val="right"/>
      </w:pPr>
      <w:r>
        <w:t>سو نتھنگ ان دس ورلڈ از ڈس ایڈوانٹیج۔ نتھنگ ان دس ورلڈ از ایول۔</w:t>
      </w:r>
    </w:p>
    <w:p>
      <w:r>
        <w:rPr>
          <w:b/>
        </w:rPr>
        <w:t xml:space="preserve">[44:55] </w:t>
      </w:r>
      <w:r>
        <w:t>The world is full of goods, full of nice things, full of advantage. What is required is our own ability.</w:t>
      </w:r>
    </w:p>
    <w:p>
      <w:pPr>
        <w:jc w:val="right"/>
      </w:pPr>
      <w:r>
        <w:t>دا ورلڈ از فل اف گڈز، فل اف نائس تھنگز، فل اف ایڈوانٹیج۔ واٹ از ریکوائرڈ از اور اون ایبیلیٹی۔</w:t>
      </w:r>
    </w:p>
    <w:p>
      <w:r>
        <w:rPr>
          <w:b/>
        </w:rPr>
        <w:t xml:space="preserve">[45:11] </w:t>
      </w:r>
      <w:r>
        <w:t>If you are a positive thinker, then we can see light everywhere. And if you are a negative thinker, then we will see everything</w:t>
      </w:r>
    </w:p>
    <w:p>
      <w:pPr>
        <w:jc w:val="right"/>
      </w:pPr>
      <w:r>
        <w:t>اف یو ار پازیٹیو تھنکر، دین وی کین سی لائٹ ایوری ویر۔ اینڈ اف یو ار نیگیٹیو تھنکر، دین وی ویل سی ایوری تھنگ</w:t>
      </w:r>
    </w:p>
    <w:p>
      <w:r>
        <w:rPr>
          <w:b/>
        </w:rPr>
        <w:t xml:space="preserve">[45:27] </w:t>
      </w:r>
      <w:r>
        <w:t>aivri thng az a dark.</w:t>
      </w:r>
    </w:p>
    <w:p>
      <w:pPr>
        <w:jc w:val="right"/>
      </w:pPr>
      <w:r>
        <w:t>ایوری تھنگ ایز ا ڈارک۔</w:t>
      </w:r>
    </w:p>
    <w:p>
      <w:r>
        <w:rPr>
          <w:b/>
        </w:rPr>
        <w:t xml:space="preserve">[45:34] </w:t>
      </w:r>
      <w:r>
        <w:t>Negative thinking makes you blind, and positive thinking makes you able to see light everywhere in the world.</w:t>
      </w:r>
    </w:p>
    <w:p>
      <w:pPr>
        <w:jc w:val="right"/>
      </w:pPr>
      <w:r>
        <w:t>نیگیٹیو تھنکنگ میکس یو بلائنڈ۔ اینڈ پازیٹیو تھنکنگ میکس یو ایبل ٹو سی لائٹ ایوری ویر ان دا ورلڈ۔</w:t>
      </w:r>
    </w:p>
    <w:p>
      <w:r>
        <w:rPr>
          <w:b/>
        </w:rPr>
        <w:t xml:space="preserve">[45:49] </w:t>
      </w:r>
      <w:r>
        <w:t>So I can see that God created every human being for sole purpose, that he become a super achiever.</w:t>
      </w:r>
    </w:p>
    <w:p>
      <w:pPr>
        <w:jc w:val="right"/>
      </w:pPr>
      <w:r>
        <w:t>سو ائی کین سی دیٹ گاڈ کریٹڈ ایوری ہیومن بینگ فار سول پرپس، دیٹ ہی بیکم ا سپر اچیور۔</w:t>
      </w:r>
    </w:p>
    <w:p>
      <w:r>
        <w:rPr>
          <w:b/>
        </w:rPr>
        <w:t xml:space="preserve">[46:09] </w:t>
      </w:r>
      <w:r>
        <w:t>gad almai ty iz</w:t>
      </w:r>
    </w:p>
    <w:p>
      <w:pPr>
        <w:jc w:val="right"/>
      </w:pPr>
      <w:r>
        <w:t>گاڈ المائٹی از</w:t>
      </w:r>
    </w:p>
    <w:p>
      <w:r>
        <w:rPr>
          <w:b/>
        </w:rPr>
        <w:t xml:space="preserve">[46:16] </w:t>
      </w:r>
      <w:r>
        <w:t>mercy feel to all mankind. God Almighty is compassionate to all, to every human being.</w:t>
      </w:r>
    </w:p>
    <w:p>
      <w:pPr>
        <w:jc w:val="right"/>
      </w:pPr>
      <w:r>
        <w:t>مرسی فل ٹو اول مائنڈ کائنڈ۔ گاڈ المائٹی از کمپیشنیٹ ٹو اول ٹو ایوری ہیومن بینگ۔</w:t>
      </w:r>
    </w:p>
    <w:p>
      <w:r>
        <w:rPr>
          <w:b/>
        </w:rPr>
        <w:t xml:space="preserve">[46:30] </w:t>
      </w:r>
      <w:r>
        <w:t>He has created every man and woman for the sole purpose to evaluate their potentials, to turn their potentials into actual, and be and live as a super achiever.</w:t>
      </w:r>
    </w:p>
    <w:p>
      <w:pPr>
        <w:jc w:val="right"/>
      </w:pPr>
      <w:r>
        <w:t>ہی ہیز کریٹڈ ایوری مین اینڈ وومن فار دا سول پرپس ٹو ایوالو دیر پوٹینشلز، ٹو ٹرن دیر پوٹینشلز انٹو ایکچول، اینڈ بی اینڈ لیو ایز ا سپر اچیور۔</w:t>
      </w:r>
    </w:p>
    <w:p>
      <w:r>
        <w:rPr>
          <w:b/>
        </w:rPr>
        <w:t xml:space="preserve">[46:46] </w:t>
      </w:r>
      <w:r>
        <w:t>and live as a successful person.</w:t>
      </w:r>
    </w:p>
    <w:p>
      <w:pPr>
        <w:jc w:val="right"/>
      </w:pPr>
      <w:r>
        <w:t>اینڈ لیو ایز ا سکسیس فل پرسن۔</w:t>
      </w:r>
    </w:p>
    <w:p>
      <w:r>
        <w:rPr>
          <w:b/>
        </w:rPr>
        <w:t xml:space="preserve">[46:53] </w:t>
      </w:r>
      <w:r>
        <w:t>so I can see the success is our right in this world, success is our right.</w:t>
      </w:r>
    </w:p>
    <w:p>
      <w:pPr>
        <w:jc w:val="right"/>
      </w:pPr>
      <w:r>
        <w:t>سو ائی کین سی دیٹ سکسیسز اور رائٹ ان دس ورلڈ، سکسیس از اور رائٹ۔</w:t>
      </w:r>
    </w:p>
    <w:p>
      <w:r>
        <w:rPr>
          <w:b/>
        </w:rPr>
        <w:t xml:space="preserve">[47:04] </w:t>
      </w:r>
      <w:r>
        <w:t>and every one can achieve success. Even so-called disabled person, even so-called sufferers.</w:t>
      </w:r>
    </w:p>
    <w:p>
      <w:pPr>
        <w:jc w:val="right"/>
      </w:pPr>
      <w:r>
        <w:t>اینڈ ایوری ون کین اچیو سکسیس۔ ایون سو کالڈ ڈس ایبلڈ پرسن، ایون سو کالڈ سفررز۔</w:t>
      </w:r>
    </w:p>
    <w:p>
      <w:r>
        <w:rPr>
          <w:b/>
        </w:rPr>
        <w:t xml:space="preserve">[47:17] </w:t>
      </w:r>
      <w:r>
        <w:t>and history proofs, history shows, and history proofs that it is a fact.</w:t>
      </w:r>
    </w:p>
    <w:p>
      <w:pPr>
        <w:jc w:val="right"/>
      </w:pPr>
      <w:r>
        <w:t>اینڈ ہسٹری پروفز، ہسٹری شوز، اینڈ ہسٹری پروفز دیٹ اٹ از ا فیکٹ۔</w:t>
      </w:r>
    </w:p>
    <w:p>
      <w:r>
        <w:rPr>
          <w:b/>
        </w:rPr>
        <w:t xml:space="preserve">[47:31] </w:t>
      </w:r>
      <w:r>
        <w:t>der is ample example in history that all that one who is a dun who is a disabled person, he became a super achiever.</w:t>
      </w:r>
    </w:p>
    <w:p>
      <w:pPr>
        <w:jc w:val="right"/>
      </w:pPr>
      <w:r>
        <w:t>دیر ار ایمپل ایگزیمپل ان ہسٹری دیٹ اول دیٹ ون ہو از ا دن ہو از ا ڈس ایبلڈ پرسن، ہی بیکم ا سپر اچیور۔</w:t>
      </w:r>
    </w:p>
    <w:p>
      <w:r>
        <w:rPr>
          <w:b/>
        </w:rPr>
        <w:t xml:space="preserve">[47:52] </w:t>
      </w:r>
      <w:r>
        <w:t>So there is a saying in Bible that blame thy self.</w:t>
      </w:r>
    </w:p>
    <w:p>
      <w:pPr>
        <w:jc w:val="right"/>
      </w:pPr>
      <w:r>
        <w:t>سو دیر از ا دیر از سیئنگ ان بائبل دیٹ بلیم دائی سیلف۔</w:t>
      </w:r>
    </w:p>
    <w:p>
      <w:r>
        <w:rPr>
          <w:b/>
        </w:rPr>
        <w:t xml:space="preserve">[48:03] </w:t>
      </w:r>
      <w:r>
        <w:t>don't blame others. Now what it means? Blame thyself means discover your own potential.</w:t>
      </w:r>
    </w:p>
    <w:p>
      <w:pPr>
        <w:jc w:val="right"/>
      </w:pPr>
      <w:r>
        <w:t>ڈونٹ بلیم ادرز۔ ناؤ واٹ اٹ مینز؟ بلیم دائی سیلف مینز ڈسکور یور اون پوٹینشل۔</w:t>
      </w:r>
    </w:p>
    <w:p>
      <w:r>
        <w:rPr>
          <w:b/>
        </w:rPr>
        <w:t xml:space="preserve">[48:18] </w:t>
      </w:r>
      <w:r>
        <w:t>when you are in when you are in aware of your own potential, then you become protest, protestant, complainant.</w:t>
      </w:r>
    </w:p>
    <w:p>
      <w:pPr>
        <w:jc w:val="right"/>
      </w:pPr>
      <w:r>
        <w:t>وین یو ار ان وین یو ار ان اویر اف یور اون پوٹینشل، دین یو بیکم پروٹیسٹ، پروٹیسٹنٹ، کمپلیننٹ۔</w:t>
      </w:r>
    </w:p>
    <w:p>
      <w:r>
        <w:rPr>
          <w:b/>
        </w:rPr>
        <w:t xml:space="preserve">[48:31] </w:t>
      </w:r>
      <w:r>
        <w:t>dost people who are unaware of their own potentials. it is these people who blame others.</w:t>
      </w:r>
    </w:p>
    <w:p>
      <w:pPr>
        <w:jc w:val="right"/>
      </w:pPr>
      <w:r>
        <w:t>دوست پیپل ہو ار ان اویر اف دیر اون پوٹینشلز۔ اٹ از دیز پیپل ہو بلیم ادرز۔</w:t>
      </w:r>
    </w:p>
    <w:p>
      <w:r>
        <w:rPr>
          <w:b/>
        </w:rPr>
        <w:t xml:space="preserve">[48:42] </w:t>
      </w:r>
      <w:r>
        <w:t>so blame dai self means</w:t>
      </w:r>
    </w:p>
    <w:p>
      <w:pPr>
        <w:jc w:val="right"/>
      </w:pPr>
      <w:r>
        <w:t>سو بلیم دائی سیلف مینز</w:t>
      </w:r>
    </w:p>
    <w:p>
      <w:r>
        <w:rPr>
          <w:b/>
        </w:rPr>
        <w:t xml:space="preserve">[48:47] </w:t>
      </w:r>
      <w:r>
        <w:t>discover your own qualities. and when you will discover your own qualities, you cannot blame others.</w:t>
      </w:r>
    </w:p>
    <w:p>
      <w:pPr>
        <w:jc w:val="right"/>
      </w:pPr>
      <w:r>
        <w:t>ڈسکور یور اون کوالٹیز۔ اینڈ وین یو ویل ڈسکور یور اون کوالٹیز، یو کناٹ بلیم ادرز۔</w:t>
      </w:r>
    </w:p>
    <w:p>
      <w:r>
        <w:rPr>
          <w:b/>
        </w:rPr>
        <w:t xml:space="preserve">[49:03] </w:t>
      </w:r>
      <w:r>
        <w:t>you will find that you are a blessed person.</w:t>
      </w:r>
    </w:p>
    <w:p>
      <w:pPr>
        <w:jc w:val="right"/>
      </w:pPr>
      <w:r>
        <w:t>یو ویل فائنڈ دیٹ یو ار ا بلیسڈ پرسن۔</w:t>
      </w:r>
    </w:p>
    <w:p>
      <w:r>
        <w:rPr>
          <w:b/>
        </w:rPr>
        <w:t xml:space="preserve">[49:08] </w:t>
      </w:r>
      <w:r>
        <w:t>when you discover your own quality, you will feel that I am a super achiever.</w:t>
      </w:r>
    </w:p>
    <w:p>
      <w:pPr>
        <w:jc w:val="right"/>
      </w:pPr>
      <w:r>
        <w:t>وین یو ڈسکور یور اون کوالٹی، یو ویل فیل دیٹ ائی ایم ا سپر اچیور۔</w:t>
      </w:r>
    </w:p>
    <w:p>
      <w:r>
        <w:rPr>
          <w:b/>
        </w:rPr>
        <w:t xml:space="preserve">[49:19] </w:t>
      </w:r>
      <w:r>
        <w:t>i am a blessed person.</w:t>
      </w:r>
    </w:p>
    <w:p>
      <w:pPr>
        <w:jc w:val="right"/>
      </w:pPr>
      <w:r>
        <w:t>ائی ایم ا بلیسڈ پرسن۔</w:t>
      </w:r>
    </w:p>
    <w:p>
      <w:r>
        <w:rPr>
          <w:b/>
        </w:rPr>
        <w:t xml:space="preserve">[49:27] </w:t>
      </w:r>
      <w:r>
        <w:t>so I can that pessimism is against the law of nature.</w:t>
      </w:r>
    </w:p>
    <w:p>
      <w:pPr>
        <w:jc w:val="right"/>
      </w:pPr>
      <w:r>
        <w:t>سو ائی کین دیٹ پیسیمز از اگینسٹ دی لاء اف نیچر۔</w:t>
      </w:r>
    </w:p>
    <w:p>
      <w:r>
        <w:rPr>
          <w:b/>
        </w:rPr>
        <w:t xml:space="preserve">[49:34] </w:t>
      </w:r>
      <w:r>
        <w:t>there is no room for pessimism being this nature, not at all.</w:t>
      </w:r>
    </w:p>
    <w:p>
      <w:pPr>
        <w:jc w:val="right"/>
      </w:pPr>
      <w:r>
        <w:t>دیر از نو روم فار پیسیمز بینگ دس نیچر، ناٹ ایٹ ال۔</w:t>
      </w:r>
    </w:p>
    <w:p>
      <w:r>
        <w:rPr>
          <w:b/>
        </w:rPr>
        <w:t xml:space="preserve">[49:45] </w:t>
      </w:r>
      <w:r>
        <w:t>according to the creation plan of god, pessimism being a</w:t>
      </w:r>
    </w:p>
    <w:p>
      <w:pPr>
        <w:jc w:val="right"/>
      </w:pPr>
      <w:r>
        <w:t>اکارڈنگ ٹو دا کریشن پلان اف گاڈ، پیسیمز بینگ ا</w:t>
      </w:r>
    </w:p>
    <w:p>
      <w:r>
        <w:rPr>
          <w:b/>
        </w:rPr>
        <w:t xml:space="preserve">[49:52] </w:t>
      </w:r>
      <w:r>
        <w:t>is a baseless, baseless things.</w:t>
      </w:r>
    </w:p>
    <w:p>
      <w:pPr>
        <w:jc w:val="right"/>
      </w:pPr>
      <w:r>
        <w:t>از ا بیسلس، بیسلس تھنگز۔</w:t>
      </w:r>
    </w:p>
    <w:p>
      <w:r>
        <w:rPr>
          <w:b/>
        </w:rPr>
        <w:t xml:space="preserve">[50:02] </w:t>
      </w:r>
      <w:r>
        <w:t>nature knows only one thing that is optimism. the</w:t>
      </w:r>
    </w:p>
    <w:p>
      <w:pPr>
        <w:jc w:val="right"/>
      </w:pPr>
      <w:r>
        <w:t>نیچر نوز اونلی ون تھنگ دیٹ از اپٹیمزم۔ دا</w:t>
      </w:r>
    </w:p>
    <w:p>
      <w:r>
        <w:rPr>
          <w:b/>
        </w:rPr>
        <w:t xml:space="preserve">[50:08] </w:t>
      </w:r>
      <w:r>
        <w:t>natural plan is based in blessing, in optimism, and not in pessimism or</w:t>
      </w:r>
    </w:p>
    <w:p>
      <w:pPr>
        <w:jc w:val="right"/>
      </w:pPr>
      <w:r>
        <w:t>نیچرل پلان از بیسڈ ان بلیسنگ، ان اپٹیمزم، اینڈ ناٹ ان پیسیمزم اور</w:t>
      </w:r>
    </w:p>
    <w:p>
      <w:r>
        <w:rPr>
          <w:b/>
        </w:rPr>
        <w:t xml:space="preserve">[50:20] </w:t>
      </w:r>
      <w:r>
        <w:t>negativity.</w:t>
      </w:r>
    </w:p>
    <w:p>
      <w:pPr>
        <w:jc w:val="right"/>
      </w:pPr>
      <w:r>
        <w:t>نیگیٹیوٹی۔</w:t>
      </w:r>
    </w:p>
    <w:p>
      <w:r>
        <w:rPr>
          <w:b/>
        </w:rPr>
        <w:t xml:space="preserve">[50:26] </w:t>
      </w:r>
      <w:r>
        <w:t>so i think that there are two way to see things. seeing by right angle and seeing by wrong angle.</w:t>
      </w:r>
    </w:p>
    <w:p>
      <w:pPr>
        <w:jc w:val="right"/>
      </w:pPr>
      <w:r>
        <w:t>سو ائی تھنک دیٹ دیر ار ٹو وے ٹو سی تھنگز۔ سیئنگ بائی رائٹ اینگل اینڈ سیئنگ بائی رونگ اینگل۔</w:t>
      </w:r>
    </w:p>
    <w:p>
      <w:r>
        <w:rPr>
          <w:b/>
        </w:rPr>
        <w:t xml:space="preserve">[50:39] </w:t>
      </w:r>
      <w:r>
        <w:t>so there is two way of seeing things, right angle and wrong angle.</w:t>
      </w:r>
    </w:p>
    <w:p>
      <w:pPr>
        <w:jc w:val="right"/>
      </w:pPr>
      <w:r>
        <w:t>تو دیر از ٹو وے اف سیئنگ تھنگز، رائٹ اینگل اینڈ رونگ اینگل۔</w:t>
      </w:r>
    </w:p>
    <w:p>
      <w:r>
        <w:rPr>
          <w:b/>
        </w:rPr>
        <w:t xml:space="preserve">[50:50] </w:t>
      </w:r>
      <w:r>
        <w:t>when you see things by wrong angle, you become protestant, you become pessimist.</w:t>
      </w:r>
    </w:p>
    <w:p>
      <w:pPr>
        <w:jc w:val="right"/>
      </w:pPr>
      <w:r>
        <w:t>وین یو سی تھنگز بائی رونگ اینگل، یو بیکم پروٹیسٹنٹ، یو بیکم پیسیمسٹ۔</w:t>
      </w:r>
    </w:p>
    <w:p>
      <w:r>
        <w:rPr>
          <w:b/>
        </w:rPr>
        <w:t xml:space="preserve">[51:01] </w:t>
      </w:r>
      <w:r>
        <w:t>but when you see things by right angle, you become optimist. you find that every where there are blessing.</w:t>
      </w:r>
    </w:p>
    <w:p>
      <w:pPr>
        <w:jc w:val="right"/>
      </w:pPr>
      <w:r>
        <w:t>بٹ وین یو سی تھنگز بائی رائٹ اینگل، یو بیکم اپٹیمسٹ۔ یو فائنڈ دیٹ ایوری ویر دیر ار بلیسنگ۔</w:t>
      </w:r>
    </w:p>
    <w:p>
      <w:r>
        <w:rPr>
          <w:b/>
        </w:rPr>
        <w:t xml:space="preserve">[51:14] </w:t>
      </w:r>
      <w:r>
        <w:t>the world is full of blessings. when you see things by right angle, you will find that the world is full of blessings, full of advantage,</w:t>
      </w:r>
    </w:p>
    <w:p>
      <w:pPr>
        <w:jc w:val="right"/>
      </w:pPr>
      <w:r>
        <w:t>دا ورلڈ از فل اف بلیسنگز۔ وین یو سی تھنگز بائی رائٹ اینگل، یو ویل فائنڈ دیٹ دا ورلڈ از فل اف بلیسنگز، فل اف ایڈوانٹیج،</w:t>
      </w:r>
    </w:p>
    <w:p>
      <w:r>
        <w:rPr>
          <w:b/>
        </w:rPr>
        <w:t xml:space="preserve">[51:30] </w:t>
      </w:r>
      <w:r>
        <w:t>full of advantages.</w:t>
      </w:r>
    </w:p>
    <w:p>
      <w:pPr>
        <w:jc w:val="right"/>
      </w:pPr>
      <w:r>
        <w:t>فل اف ایڈوانٹیجز۔</w:t>
      </w:r>
    </w:p>
    <w:p>
      <w:r>
        <w:rPr>
          <w:b/>
        </w:rPr>
        <w:t xml:space="preserve">[51:35] </w:t>
      </w:r>
      <w:r>
        <w:t>full of positive items.</w:t>
      </w:r>
    </w:p>
    <w:p>
      <w:pPr>
        <w:jc w:val="right"/>
      </w:pPr>
      <w:r>
        <w:t>فل اف پازیٹیو ائٹمز۔</w:t>
      </w:r>
    </w:p>
    <w:p>
      <w:r>
        <w:rPr>
          <w:b/>
        </w:rPr>
        <w:t xml:space="preserve">[51:44] </w:t>
      </w:r>
      <w:r>
        <w:t>i know a person who is</w:t>
      </w:r>
    </w:p>
    <w:p>
      <w:pPr>
        <w:jc w:val="right"/>
      </w:pPr>
      <w:r>
        <w:t>ائی نو ا پرسن ہو از</w:t>
      </w:r>
    </w:p>
    <w:p>
      <w:r>
        <w:rPr>
          <w:b/>
        </w:rPr>
        <w:t xml:space="preserve">[51:52] </w:t>
      </w:r>
      <w:r>
        <w:t>i know him personally, he was born as a disabled person.</w:t>
      </w:r>
    </w:p>
    <w:p>
      <w:pPr>
        <w:jc w:val="right"/>
      </w:pPr>
      <w:r>
        <w:t>ائی نو ہم پرسنلی، ہی واز بورن ایز ا ڈس ایبلڈ پرسن۔</w:t>
      </w:r>
    </w:p>
    <w:p>
      <w:r>
        <w:rPr>
          <w:b/>
        </w:rPr>
        <w:t xml:space="preserve">[52:01] </w:t>
      </w:r>
      <w:r>
        <w:t>but he became</w:t>
      </w:r>
    </w:p>
    <w:p>
      <w:pPr>
        <w:jc w:val="right"/>
      </w:pPr>
      <w:r>
        <w:t>بٹ ہی بیکم</w:t>
      </w:r>
    </w:p>
    <w:p>
      <w:r>
        <w:rPr>
          <w:b/>
        </w:rPr>
        <w:t xml:space="preserve">[52:05] </w:t>
      </w:r>
      <w:r>
        <w:t>in that locality, he became a leader, very popular. because he was able to speak with full force.</w:t>
      </w:r>
    </w:p>
    <w:p>
      <w:pPr>
        <w:jc w:val="right"/>
      </w:pPr>
      <w:r>
        <w:t>ان دیٹ لوکلٹی، ہی بیکم ا لیڈر، ویری پاپولر۔ بیکاز ہی واز ایبل ٹو سپیک ود فل فورس۔</w:t>
      </w:r>
    </w:p>
    <w:p>
      <w:r>
        <w:rPr>
          <w:b/>
        </w:rPr>
        <w:t xml:space="preserve">[52:19] </w:t>
      </w:r>
      <w:r>
        <w:t>so although he was a disabled person, but he used his speaking power, or became a leader in that locality.</w:t>
      </w:r>
    </w:p>
    <w:p>
      <w:pPr>
        <w:jc w:val="right"/>
      </w:pPr>
      <w:r>
        <w:t>تو الدو ہی واز ا ڈس ایبلڈ پرسن، بٹ ہی یوزڈ ہز سپیکنگ پاور، اور بیکم ا لیڈر ان دیٹ لوکلٹی۔</w:t>
      </w:r>
    </w:p>
    <w:p>
      <w:r>
        <w:rPr>
          <w:b/>
        </w:rPr>
        <w:t xml:space="preserve">[52:34] </w:t>
      </w:r>
      <w:r>
        <w:t>there is so other person who were born as a disabled person, but after great effort, after struggle, they became a successful person.</w:t>
      </w:r>
    </w:p>
    <w:p>
      <w:pPr>
        <w:jc w:val="right"/>
      </w:pPr>
      <w:r>
        <w:t>دیر از سو ادر پرسن ہو ویر بورن ایز ا ڈس ایبلڈ پرسن، بٹ افٹر گریٹ ایفرٹ، افٹر سٹرگل، دے بیکم ا سکسیس فل پرسن۔</w:t>
      </w:r>
    </w:p>
    <w:p>
      <w:r>
        <w:rPr>
          <w:b/>
        </w:rPr>
        <w:t xml:space="preserve">[52:55] </w:t>
      </w:r>
      <w:r>
        <w:t>so basic things is that you have to see things by right angle and not wrong angle.</w:t>
      </w:r>
    </w:p>
    <w:p>
      <w:pPr>
        <w:jc w:val="right"/>
      </w:pPr>
      <w:r>
        <w:t>سو بیسک تھنگز از دیٹ یو ہیو ٹو سی تھنگز بائی رائٹ اینگل اینڈ ناٹ رونگ اینگل۔</w:t>
      </w:r>
    </w:p>
    <w:p>
      <w:r>
        <w:rPr>
          <w:b/>
        </w:rPr>
        <w:t xml:space="preserve">[53:09] </w:t>
      </w:r>
      <w:r>
        <w:t>this is the basic point.</w:t>
      </w:r>
    </w:p>
    <w:p>
      <w:pPr>
        <w:jc w:val="right"/>
      </w:pPr>
      <w:r>
        <w:t>دس از دا بیسک پوائنٹ۔</w:t>
      </w:r>
    </w:p>
    <w:p>
      <w:r>
        <w:rPr>
          <w:b/>
        </w:rPr>
        <w:t xml:space="preserve">[53:12] </w:t>
      </w:r>
      <w:r>
        <w:t>i have read many articles about this issue.</w:t>
      </w:r>
    </w:p>
    <w:p>
      <w:pPr>
        <w:jc w:val="right"/>
      </w:pPr>
      <w:r>
        <w:t>ائی ہیو ریڈ مینی ارٹیکلز اباؤٹ دس ایشو۔</w:t>
      </w:r>
    </w:p>
    <w:p>
      <w:r>
        <w:rPr>
          <w:b/>
        </w:rPr>
        <w:t xml:space="preserve">[53:21] </w:t>
      </w:r>
      <w:r>
        <w:t>these writers were negative. they</w:t>
      </w:r>
    </w:p>
    <w:p>
      <w:pPr>
        <w:jc w:val="right"/>
      </w:pPr>
      <w:r>
        <w:t>دیز رائٹرز ویر نیگیٹیو۔ دے</w:t>
      </w:r>
    </w:p>
    <w:p>
      <w:r>
        <w:rPr>
          <w:b/>
        </w:rPr>
        <w:t xml:space="preserve">[53:30] </w:t>
      </w:r>
      <w:r>
        <w:t>were engaged in complaining.</w:t>
      </w:r>
    </w:p>
    <w:p>
      <w:pPr>
        <w:jc w:val="right"/>
      </w:pPr>
      <w:r>
        <w:t>ویر انگیجڈ ان کمپلیننگ۔</w:t>
      </w:r>
    </w:p>
    <w:p>
      <w:r>
        <w:rPr>
          <w:b/>
        </w:rPr>
        <w:t xml:space="preserve">[53:36] </w:t>
      </w:r>
      <w:r>
        <w:t>they were saying that god almighty is not a</w:t>
      </w:r>
    </w:p>
    <w:p>
      <w:pPr>
        <w:jc w:val="right"/>
      </w:pPr>
      <w:r>
        <w:t>دے ویر سیئنگ دیٹ گاڈ المائٹی از ناٹ ا</w:t>
      </w:r>
    </w:p>
    <w:p>
      <w:r>
        <w:rPr>
          <w:b/>
        </w:rPr>
        <w:t xml:space="preserve">[53:46] </w:t>
      </w:r>
      <w:r>
        <w:t>just god</w:t>
      </w:r>
    </w:p>
    <w:p>
      <w:pPr>
        <w:jc w:val="right"/>
      </w:pPr>
      <w:r>
        <w:t>جسٹ گاڈ</w:t>
      </w:r>
    </w:p>
    <w:p>
      <w:r>
        <w:rPr>
          <w:b/>
        </w:rPr>
        <w:t xml:space="preserve">[53:48] </w:t>
      </w:r>
      <w:r>
        <w:t>, he is a just person.</w:t>
      </w:r>
    </w:p>
    <w:p>
      <w:pPr>
        <w:jc w:val="right"/>
      </w:pPr>
      <w:r>
        <w:t>، ہی از ا جسٹ پرسن۔</w:t>
      </w:r>
    </w:p>
    <w:p>
      <w:r>
        <w:rPr>
          <w:b/>
        </w:rPr>
        <w:t xml:space="preserve">[53:54] </w:t>
      </w:r>
      <w:r>
        <w:t>so why this all these disparities? according to their thinking,</w:t>
      </w:r>
    </w:p>
    <w:p>
      <w:pPr>
        <w:jc w:val="right"/>
      </w:pPr>
      <w:r>
        <w:t>سو وائی دس اول دیز ڈسپیریٹیز؟ اکارڈنگ ٹو دیر تھنکنگ،</w:t>
      </w:r>
    </w:p>
    <w:p>
      <w:r>
        <w:rPr>
          <w:b/>
        </w:rPr>
        <w:t xml:space="preserve">[54:06] </w:t>
      </w:r>
      <w:r>
        <w:t>disparity is a according to their thinking, disparity was a an evil.</w:t>
      </w:r>
    </w:p>
    <w:p>
      <w:pPr>
        <w:jc w:val="right"/>
      </w:pPr>
      <w:r>
        <w:t>ڈسپیریٹی از ا اکارڈنگ ٹو دیر تھنکنگ، ڈسپیریٹی واز ا ان ایول۔</w:t>
      </w:r>
    </w:p>
    <w:p>
      <w:r>
        <w:rPr>
          <w:b/>
        </w:rPr>
        <w:t xml:space="preserve">[54:18] </w:t>
      </w:r>
      <w:r>
        <w:t>but it is it is not correct thinking. it is disparity that creates challenge.</w:t>
      </w:r>
    </w:p>
    <w:p>
      <w:pPr>
        <w:jc w:val="right"/>
      </w:pPr>
      <w:r>
        <w:t>بٹ اٹ از اٹ از ناٹ کریکٹ تھنکنگ۔ اٹ از ڈسپیریٹی دیٹ کریٹس چیلنج۔</w:t>
      </w:r>
    </w:p>
    <w:p>
      <w:r>
        <w:rPr>
          <w:b/>
        </w:rPr>
        <w:t xml:space="preserve">[54:29] </w:t>
      </w:r>
      <w:r>
        <w:t>without disparity, there is no challenge.</w:t>
      </w:r>
    </w:p>
    <w:p>
      <w:pPr>
        <w:jc w:val="right"/>
      </w:pPr>
      <w:r>
        <w:t>وداؤٹ ڈسپیریٹی، دیر از نو چیلنج۔</w:t>
      </w:r>
    </w:p>
    <w:p>
      <w:r>
        <w:rPr>
          <w:b/>
        </w:rPr>
        <w:t xml:space="preserve">[54:35] </w:t>
      </w:r>
      <w:r>
        <w:t>disparity means challenging situation. and you know, challenge creates competition</w:t>
      </w:r>
    </w:p>
    <w:p>
      <w:pPr>
        <w:jc w:val="right"/>
      </w:pPr>
      <w:r>
        <w:t>ڈسپیریٹی مینز چیلنجنگ سچویشن۔ اینڈ یو نو، چیلنج کریٹس کمپٹیشن</w:t>
      </w:r>
    </w:p>
    <w:p>
      <w:r>
        <w:rPr>
          <w:b/>
        </w:rPr>
        <w:t xml:space="preserve">[54:46] </w:t>
      </w:r>
      <w:r>
        <w:t>. challenge inculcate incentive. challenge makes you superman.</w:t>
      </w:r>
    </w:p>
    <w:p>
      <w:pPr>
        <w:jc w:val="right"/>
      </w:pPr>
      <w:r>
        <w:t>۔ چیلنج انکلکیٹ انسینٹیو۔ چیلنج میکس یو سپرمین۔</w:t>
      </w:r>
    </w:p>
    <w:p>
      <w:r>
        <w:rPr>
          <w:b/>
        </w:rPr>
        <w:t xml:space="preserve">[54:55] </w:t>
      </w:r>
      <w:r>
        <w:t>so it is the method of nature. through disparity, nature tries to makes you superman.</w:t>
      </w:r>
    </w:p>
    <w:p>
      <w:pPr>
        <w:jc w:val="right"/>
      </w:pPr>
      <w:r>
        <w:t>سو اٹ از دا میتھڈ اف نیچر۔ تھرو ڈسپیریٹی، نیچر ٹرائز ٹو میکس یو سپرمین۔</w:t>
      </w:r>
    </w:p>
    <w:p>
      <w:r>
        <w:rPr>
          <w:b/>
        </w:rPr>
        <w:t xml:space="preserve">[55:09] </w:t>
      </w:r>
      <w:r>
        <w:t>so challenge is not an evil. so suffer</w:t>
      </w:r>
    </w:p>
    <w:p>
      <w:pPr>
        <w:jc w:val="right"/>
      </w:pPr>
      <w:r>
        <w:t>سو چیلنج از ناٹ ان ایول۔ سو سفر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