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Social Ethics December 13, 2007 - Maulana Wahiduddin Khan</w:t>
      </w:r>
    </w:p>
    <w:p>
      <w:r>
        <w:t>https://www.youtube.com/watch?v=COoLsUtnTHk</w:t>
      </w:r>
    </w:p>
    <w:p>
      <w:r>
        <w:rPr>
          <w:b/>
        </w:rPr>
        <w:t xml:space="preserve">[00:10] </w:t>
      </w:r>
      <w:r>
        <w:t>bismillah rahman rahim, wasallallahu ala nabiyyil karim. rabishrah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[00:31] </w:t>
      </w:r>
      <w:r>
        <w:t>the title for the present talk is "social ethics".</w:t>
      </w:r>
    </w:p>
    <w:p>
      <w:pPr>
        <w:jc w:val="right"/>
      </w:pPr>
      <w:r>
        <w:t>دا ٹائٹل فار دا پریزنٹ ٹاک از "سوشل ایتھکس"۔</w:t>
      </w:r>
    </w:p>
    <w:p>
      <w:r>
        <w:rPr>
          <w:b/>
        </w:rPr>
        <w:t xml:space="preserve">[00:42] </w:t>
      </w:r>
      <w:r>
        <w:t>that is how to manage the social affairs, social problems. so it is social ethics.</w:t>
      </w:r>
    </w:p>
    <w:p>
      <w:pPr>
        <w:jc w:val="right"/>
      </w:pPr>
      <w:r>
        <w:t>دیٹ از ہاؤ ٹو مینج دا سوشل افیئرز، سوشل پرابلمز۔ سو اٹ از سوشل ایتھکس۔</w:t>
      </w:r>
    </w:p>
    <w:p>
      <w:r>
        <w:rPr>
          <w:b/>
        </w:rPr>
        <w:t xml:space="preserve">[00:55] </w:t>
      </w:r>
      <w:r>
        <w:t>yesterday i received an email from south africa.</w:t>
      </w:r>
    </w:p>
    <w:p>
      <w:pPr>
        <w:jc w:val="right"/>
      </w:pPr>
      <w:r>
        <w:t>یسٹرڈے ائی ریسیوڈ این ای میل فرام ساؤتھ افریقہ۔</w:t>
      </w:r>
    </w:p>
    <w:p>
      <w:r>
        <w:rPr>
          <w:b/>
        </w:rPr>
        <w:t xml:space="preserve">[01:06] </w:t>
      </w:r>
      <w:r>
        <w:t>it was from a muslim youth</w:t>
      </w:r>
    </w:p>
    <w:p>
      <w:pPr>
        <w:jc w:val="right"/>
      </w:pPr>
      <w:r>
        <w:t>اٹ واز فرام اے مسلم یوتھ</w:t>
      </w:r>
    </w:p>
    <w:p>
      <w:r>
        <w:rPr>
          <w:b/>
        </w:rPr>
        <w:t xml:space="preserve">[01:12] </w:t>
      </w:r>
      <w:r>
        <w:t>he says that i was educated in a madrasa, arabic madrasa.</w:t>
      </w:r>
    </w:p>
    <w:p>
      <w:pPr>
        <w:jc w:val="right"/>
      </w:pPr>
      <w:r>
        <w:t>۔ ہی سیز دیٹ ائی واز ایجوکیٹڈ ان اے مدرسہ، عربک مدرسہ۔</w:t>
      </w:r>
    </w:p>
    <w:p>
      <w:r>
        <w:rPr>
          <w:b/>
        </w:rPr>
        <w:t xml:space="preserve">[01:23] </w:t>
      </w:r>
      <w:r>
        <w:t>then i learned english, and now i know both the languages, arabic and english.</w:t>
      </w:r>
    </w:p>
    <w:p>
      <w:pPr>
        <w:jc w:val="right"/>
      </w:pPr>
      <w:r>
        <w:t>دین ائی لرنڈ انگلش، اینڈ ناو ائی نو بوتھ دا لینگویجز، عربک اینڈ انگلش۔</w:t>
      </w:r>
    </w:p>
    <w:p>
      <w:r>
        <w:rPr>
          <w:b/>
        </w:rPr>
        <w:t xml:space="preserve">[01:35] </w:t>
      </w:r>
      <w:r>
        <w:t>also I was study lot, but I am not successful in my life.</w:t>
      </w:r>
    </w:p>
    <w:p>
      <w:pPr>
        <w:jc w:val="right"/>
      </w:pPr>
      <w:r>
        <w:t>السو ائی واز سٹڈی لاٹ، بٹ ائی ایم ناٹ سکسیس فل ان مائی لائف۔</w:t>
      </w:r>
    </w:p>
    <w:p>
      <w:r>
        <w:rPr>
          <w:b/>
        </w:rPr>
        <w:t xml:space="preserve">[01:49] </w:t>
      </w:r>
      <w:r>
        <w:t>Although I am married, I have two children, but I don't feel that I am successful in life.</w:t>
      </w:r>
    </w:p>
    <w:p>
      <w:pPr>
        <w:jc w:val="right"/>
      </w:pPr>
      <w:r>
        <w:t>الدو ائی ایم ا میریڈ، ائی ٹو چلڈرن، بٹ ائی بٹ ائی ڈونٹ فیل دیٹ ائی ایم ا سکسیس فل ان لائف۔</w:t>
      </w:r>
    </w:p>
    <w:p>
      <w:r>
        <w:rPr>
          <w:b/>
        </w:rPr>
        <w:t xml:space="preserve">[02:00] </w:t>
      </w:r>
      <w:r>
        <w:t>I am a I feel myself a person that failed in life.</w:t>
      </w:r>
    </w:p>
    <w:p>
      <w:pPr>
        <w:jc w:val="right"/>
      </w:pPr>
      <w:r>
        <w:t>ائی ایم ا ائی فیل مائی سیلف ا پرسن دیٹ فیلڈ ان لائف۔</w:t>
      </w:r>
    </w:p>
    <w:p>
      <w:r>
        <w:rPr>
          <w:b/>
        </w:rPr>
        <w:t xml:space="preserve">[02:10] </w:t>
      </w:r>
      <w:r>
        <w:t>then he states some of his of his problem.</w:t>
      </w:r>
    </w:p>
    <w:p>
      <w:pPr>
        <w:jc w:val="right"/>
      </w:pPr>
      <w:r>
        <w:t>دین ہی سٹیٹس سم اف ہز اف ہز پرابلم۔</w:t>
      </w:r>
    </w:p>
    <w:p>
      <w:r>
        <w:rPr>
          <w:b/>
        </w:rPr>
        <w:t xml:space="preserve">[02:19] </w:t>
      </w:r>
      <w:r>
        <w:t>he says in his email that</w:t>
      </w:r>
    </w:p>
    <w:p>
      <w:pPr>
        <w:jc w:val="right"/>
      </w:pPr>
      <w:r>
        <w:t>ہی سیز ان ہز ای میل دیٹ</w:t>
      </w:r>
    </w:p>
    <w:p>
      <w:r>
        <w:rPr>
          <w:b/>
        </w:rPr>
        <w:t xml:space="preserve">[02:26] </w:t>
      </w:r>
      <w:r>
        <w:t>after study i felt that</w:t>
      </w:r>
    </w:p>
    <w:p>
      <w:pPr>
        <w:jc w:val="right"/>
      </w:pPr>
      <w:r>
        <w:t>افٹر سٹڈی ائی فیلٹ دیٹ</w:t>
      </w:r>
    </w:p>
    <w:p>
      <w:r>
        <w:rPr>
          <w:b/>
        </w:rPr>
        <w:t xml:space="preserve">[02:34] </w:t>
      </w:r>
      <w:r>
        <w:t>our masjid madrasa is not going on right path.</w:t>
      </w:r>
    </w:p>
    <w:p>
      <w:pPr>
        <w:jc w:val="right"/>
      </w:pPr>
      <w:r>
        <w:t>اور مسجد مدرسہ از ناٹ گوئنگ ان رائٹ پاتھ۔</w:t>
      </w:r>
    </w:p>
    <w:p>
      <w:r>
        <w:rPr>
          <w:b/>
        </w:rPr>
        <w:t xml:space="preserve">[02:42] </w:t>
      </w:r>
      <w:r>
        <w:t>our clergy our muslim ulama, these masjid and these madrasa are under control of ulama, that is muslim scholars or clergy.</w:t>
      </w:r>
    </w:p>
    <w:p>
      <w:pPr>
        <w:jc w:val="right"/>
      </w:pPr>
      <w:r>
        <w:t>اور کلرجی اور مسلم علماء، دیز مسجد اینڈ دیز مدرسہ ار انڈر کنٹرول اف علماء، دیٹ از مسلم سکالرز اور کلرجی۔</w:t>
      </w:r>
    </w:p>
    <w:p>
      <w:r>
        <w:rPr>
          <w:b/>
        </w:rPr>
        <w:t xml:space="preserve">[02:57] </w:t>
      </w:r>
      <w:r>
        <w:t>but they are running these institutions in a bad manner, according to this gentleman.</w:t>
      </w:r>
    </w:p>
    <w:p>
      <w:pPr>
        <w:jc w:val="right"/>
      </w:pPr>
      <w:r>
        <w:t>بٹ دے ار رننگ دیز انسٹیٹیوشنز ان ا بیڈ مینر، اکارڈنگ ٹو دس جنٹلمین۔</w:t>
      </w:r>
    </w:p>
    <w:p>
      <w:r>
        <w:rPr>
          <w:b/>
        </w:rPr>
        <w:t xml:space="preserve">[03:11] </w:t>
      </w:r>
      <w:r>
        <w:t>so i criticized, and then they became angry.</w:t>
      </w:r>
    </w:p>
    <w:p>
      <w:pPr>
        <w:jc w:val="right"/>
      </w:pPr>
      <w:r>
        <w:t>سو ائی کریٹیسائزڈ، اینڈ دین دے بیکم اینگری۔</w:t>
      </w:r>
    </w:p>
    <w:p>
      <w:r>
        <w:rPr>
          <w:b/>
        </w:rPr>
        <w:t xml:space="preserve">[03:23] </w:t>
      </w:r>
      <w:r>
        <w:t>i am i became an unwanted in madrasa and masjid, both.</w:t>
      </w:r>
    </w:p>
    <w:p>
      <w:pPr>
        <w:jc w:val="right"/>
      </w:pPr>
      <w:r>
        <w:t>ائی ایم ائی بیکم ان انوانٹڈ ان مدرسہ اینڈ مسجد، بوتھ۔</w:t>
      </w:r>
    </w:p>
    <w:p>
      <w:r>
        <w:rPr>
          <w:b/>
        </w:rPr>
        <w:t xml:space="preserve">[03:31] </w:t>
      </w:r>
      <w:r>
        <w:t>i am not allowed to deliver khutba in masjid,</w:t>
      </w:r>
    </w:p>
    <w:p>
      <w:pPr>
        <w:jc w:val="right"/>
      </w:pPr>
      <w:r>
        <w:t>ائی ایم ناٹ الاؤڈ ٹو ڈیلیور خطبہ ان مسجد،</w:t>
      </w:r>
    </w:p>
    <w:p>
      <w:r>
        <w:rPr>
          <w:b/>
        </w:rPr>
        <w:t xml:space="preserve">[03:36] </w:t>
      </w:r>
      <w:r>
        <w:t>also i am not allowed to to have a job in madrasa.</w:t>
      </w:r>
    </w:p>
    <w:p>
      <w:pPr>
        <w:jc w:val="right"/>
      </w:pPr>
      <w:r>
        <w:t>السو ائی ایم ناٹ الاؤڈ ٹو ٹو ہیو ا جاب ان مدرسہ۔</w:t>
      </w:r>
    </w:p>
    <w:p>
      <w:r>
        <w:rPr>
          <w:b/>
        </w:rPr>
        <w:t xml:space="preserve">[03:47] </w:t>
      </w:r>
      <w:r>
        <w:t>so i am very perturbed. now i want to seek your guidance, what to do.</w:t>
      </w:r>
    </w:p>
    <w:p>
      <w:pPr>
        <w:jc w:val="right"/>
      </w:pPr>
      <w:r>
        <w:t>سو ائی ایم ویری پرٹربڈ۔ ناو ائی وانٹ ٹو سیک یور گائیڈنس، واٹ ٹو ڈو۔</w:t>
      </w:r>
    </w:p>
    <w:p>
      <w:r>
        <w:rPr>
          <w:b/>
        </w:rPr>
        <w:t xml:space="preserve">[04:01] </w:t>
      </w:r>
      <w:r>
        <w:t>i have</w:t>
      </w:r>
    </w:p>
    <w:p>
      <w:pPr>
        <w:jc w:val="right"/>
      </w:pPr>
      <w:r>
        <w:t>ائی ہیو</w:t>
      </w:r>
    </w:p>
    <w:p>
      <w:r>
        <w:rPr>
          <w:b/>
        </w:rPr>
        <w:t xml:space="preserve">[04:05] </w:t>
      </w:r>
      <w:r>
        <w:t>sent a letter to this gentleman. i said that</w:t>
      </w:r>
    </w:p>
    <w:p>
      <w:pPr>
        <w:jc w:val="right"/>
      </w:pPr>
      <w:r>
        <w:t>سینڈ ا لیٹر ٹو دس جنٹلمین۔ ائی سیڈ دیٹ</w:t>
      </w:r>
    </w:p>
    <w:p>
      <w:r>
        <w:rPr>
          <w:b/>
        </w:rPr>
        <w:t xml:space="preserve">[04:13] </w:t>
      </w:r>
      <w:r>
        <w:t>the problem lies in you, and not in the ulama.</w:t>
      </w:r>
    </w:p>
    <w:p>
      <w:pPr>
        <w:jc w:val="right"/>
      </w:pPr>
      <w:r>
        <w:t>دا پرابلم لائز ان یو، اینڈ ناٹ ان دا علماء۔</w:t>
      </w:r>
    </w:p>
    <w:p>
      <w:r>
        <w:rPr>
          <w:b/>
        </w:rPr>
        <w:t xml:space="preserve">[04:22] </w:t>
      </w:r>
      <w:r>
        <w:t>why? because this gentleman, according to my assessment, is an idealist person.</w:t>
      </w:r>
    </w:p>
    <w:p>
      <w:pPr>
        <w:jc w:val="right"/>
      </w:pPr>
      <w:r>
        <w:t>وائی؟ بیکاز دس جنٹلمین، اکارڈنگ ٹو مائی اسسمنٹ، از این ائیڈیلسٹ پرسن۔</w:t>
      </w:r>
    </w:p>
    <w:p>
      <w:r>
        <w:rPr>
          <w:b/>
        </w:rPr>
        <w:t xml:space="preserve">[04:38] </w:t>
      </w:r>
      <w:r>
        <w:t>his studies, after his after his studies, he became ideal.</w:t>
      </w:r>
    </w:p>
    <w:p>
      <w:pPr>
        <w:jc w:val="right"/>
      </w:pPr>
      <w:r>
        <w:t>ہز سٹڈیز، افٹر ہز افٹر ہز سٹڈیز، ہی بیکم ائیڈیل۔</w:t>
      </w:r>
    </w:p>
    <w:p>
      <w:r>
        <w:rPr>
          <w:b/>
        </w:rPr>
        <w:t xml:space="preserve">[04:48] </w:t>
      </w:r>
      <w:r>
        <w:t>now he want to translate those ideals in practical life, in social life, in institutions. but it is not possible.</w:t>
      </w:r>
    </w:p>
    <w:p>
      <w:pPr>
        <w:jc w:val="right"/>
      </w:pPr>
      <w:r>
        <w:t>ناو ہی وانٹ ٹو ٹرانسلیٹ دوز ائیڈیلز ان پریکٹیکل لائف، ان سوشل لائف، ان انسٹیٹیوشنز۔ بٹ اٹ از ناٹ پوسیبل۔</w:t>
      </w:r>
    </w:p>
    <w:p>
      <w:r>
        <w:rPr>
          <w:b/>
        </w:rPr>
        <w:t xml:space="preserve">[05:01] </w:t>
      </w:r>
      <w:r>
        <w:t>simply, it is not possible.</w:t>
      </w:r>
    </w:p>
    <w:p>
      <w:pPr>
        <w:jc w:val="right"/>
      </w:pPr>
      <w:r>
        <w:t>سمپلی، اٹ از ناٹ پوسیبل۔</w:t>
      </w:r>
    </w:p>
    <w:p>
      <w:r>
        <w:rPr>
          <w:b/>
        </w:rPr>
        <w:t xml:space="preserve">[05:07] </w:t>
      </w:r>
      <w:r>
        <w:t>as an individual, you can live according to your own ideals.</w:t>
      </w:r>
    </w:p>
    <w:p>
      <w:pPr>
        <w:jc w:val="right"/>
      </w:pPr>
      <w:r>
        <w:t>ایز این انڈیویجول، یو کین لیو اکارڈنگ ٹو یور اون ائیڈیلز۔</w:t>
      </w:r>
    </w:p>
    <w:p>
      <w:r>
        <w:rPr>
          <w:b/>
        </w:rPr>
        <w:t xml:space="preserve">[05:14] </w:t>
      </w:r>
      <w:r>
        <w:t>bat as far as the society is concerned, the social institutions are concerned, you cannot apply your ideals in these institutions or in in your society.</w:t>
      </w:r>
    </w:p>
    <w:p>
      <w:pPr>
        <w:jc w:val="right"/>
      </w:pPr>
      <w:r>
        <w:t>بٹ ایز فار ایز دا سوسائٹی از کنسرن، دا سوشل انسٹیٹیوشنز ار کنسرن، یو کین ناٹ اپلائی یور ائیڈیلز ان دیز انسٹیٹیوشنز اور ان ان یور سوسائٹی۔</w:t>
      </w:r>
    </w:p>
    <w:p>
      <w:r>
        <w:rPr>
          <w:b/>
        </w:rPr>
        <w:t xml:space="preserve">[05:39] </w:t>
      </w:r>
      <w:r>
        <w:t>you have to be realist.</w:t>
      </w:r>
    </w:p>
    <w:p>
      <w:pPr>
        <w:jc w:val="right"/>
      </w:pPr>
      <w:r>
        <w:t>یو ہیو ٹو بی ریلسٹ۔</w:t>
      </w:r>
    </w:p>
    <w:p>
      <w:r>
        <w:rPr>
          <w:b/>
        </w:rPr>
        <w:t xml:space="preserve">[05:46] </w:t>
      </w:r>
      <w:r>
        <w:t>in your mind, you</w:t>
      </w:r>
    </w:p>
    <w:p>
      <w:pPr>
        <w:jc w:val="right"/>
      </w:pPr>
      <w:r>
        <w:t>ان یور مائنڈ، یو</w:t>
      </w:r>
    </w:p>
    <w:p>
      <w:r>
        <w:rPr>
          <w:b/>
        </w:rPr>
        <w:t xml:space="preserve">[05:52] </w:t>
      </w:r>
      <w:r>
        <w:t>it is good to be idealist in your mind. it is good to be an idealist in your mind.</w:t>
      </w:r>
    </w:p>
    <w:p>
      <w:pPr>
        <w:jc w:val="right"/>
      </w:pPr>
      <w:r>
        <w:t>اٹ از گڈ ٹو بی ائیڈیلسٹ ان یور مائنڈ۔ اٹ از گڈ ٹو بی این ائیڈیلسٹ ان یور مائنڈ۔</w:t>
      </w:r>
    </w:p>
    <w:p>
      <w:r>
        <w:rPr>
          <w:b/>
        </w:rPr>
        <w:t xml:space="preserve">[06:02] </w:t>
      </w:r>
      <w:r>
        <w:t>but as far as the practical life is concerned, you cannot afford to live according to your own ideals.</w:t>
      </w:r>
    </w:p>
    <w:p>
      <w:pPr>
        <w:jc w:val="right"/>
      </w:pPr>
      <w:r>
        <w:t>بٹ ایز فار ایز دا پریکٹیکل لائف از کنسرن، یو کین ناٹ افورڈ ٹو لیو اکارڈنگ ٹو یور اون ائیڈیلز۔</w:t>
      </w:r>
    </w:p>
    <w:p>
      <w:r>
        <w:rPr>
          <w:b/>
        </w:rPr>
        <w:t xml:space="preserve">[06:14] </w:t>
      </w:r>
      <w:r>
        <w:t>you have to be practical, you have to be pragmatic, you have to adjust with other.</w:t>
      </w:r>
    </w:p>
    <w:p>
      <w:pPr>
        <w:jc w:val="right"/>
      </w:pPr>
      <w:r>
        <w:t>یو ہیو ٹو بی پریکٹیکل، یو ہیو ٹو بی پراگمیٹک، یو ہیو ٹو ایڈجسٹ ود ادر۔</w:t>
      </w:r>
    </w:p>
    <w:p>
      <w:r>
        <w:rPr>
          <w:b/>
        </w:rPr>
        <w:t xml:space="preserve">[06:26] </w:t>
      </w:r>
      <w:r>
        <w:t>this formula is not cowardice</w:t>
      </w:r>
    </w:p>
    <w:p>
      <w:pPr>
        <w:jc w:val="right"/>
      </w:pPr>
      <w:r>
        <w:t>دس فارمولا از ناٹ کورڈس</w:t>
      </w:r>
    </w:p>
    <w:p>
      <w:r>
        <w:rPr>
          <w:b/>
        </w:rPr>
        <w:t xml:space="preserve">[06:30] </w:t>
      </w:r>
      <w:r>
        <w:t>. it is formula based on reason, also it is based on islamic teachings. the prophet of islam was an ideal person, it is well known, but at the same time he was a practical person</w:t>
      </w:r>
    </w:p>
    <w:p>
      <w:pPr>
        <w:jc w:val="right"/>
      </w:pPr>
      <w:r>
        <w:t>۔ اٹ از فارمولا بیسڈ ان ریزن، السو اٹ از بیسڈ ان اسلامک ٹیچنگز۔ دا پرافٹ اف اسلام واز این ائیڈیل پرسن، اٹ از ویل نون، بٹ ایٹ دا سیم ٹائم ہی واز ا پریکٹیکل پرسن</w:t>
      </w:r>
    </w:p>
    <w:p>
      <w:r>
        <w:rPr>
          <w:b/>
        </w:rPr>
        <w:t xml:space="preserve">[06:50] </w:t>
      </w:r>
      <w:r>
        <w:t>. there is a</w:t>
      </w:r>
    </w:p>
    <w:p>
      <w:pPr>
        <w:jc w:val="right"/>
      </w:pPr>
      <w:r>
        <w:t>۔ دیر از ا</w:t>
      </w:r>
    </w:p>
    <w:p>
      <w:r>
        <w:rPr>
          <w:b/>
        </w:rPr>
        <w:t xml:space="preserve">[06:54] </w:t>
      </w:r>
      <w:r>
        <w:t>well known saying that politics is the art of the possible.</w:t>
      </w:r>
    </w:p>
    <w:p>
      <w:pPr>
        <w:jc w:val="right"/>
      </w:pPr>
      <w:r>
        <w:t>ویل نون سینگ دیٹ پولیٹکس از دا ارٹ اف دا پاسیبل۔</w:t>
      </w:r>
    </w:p>
    <w:p>
      <w:r>
        <w:rPr>
          <w:b/>
        </w:rPr>
        <w:t xml:space="preserve">[07:07] </w:t>
      </w:r>
      <w:r>
        <w:t>politics is the art of the possible. i would like to say that this formula is not only for politics</w:t>
      </w:r>
    </w:p>
    <w:p>
      <w:pPr>
        <w:jc w:val="right"/>
      </w:pPr>
      <w:r>
        <w:t>پولیٹکس از دا ارٹ اف دا پاسیبل۔ ائی وڈ لائک ٹو سے دیٹ دس فارمولا از ناٹ اونلی فار پولیٹکس</w:t>
      </w:r>
    </w:p>
    <w:p>
      <w:r>
        <w:rPr>
          <w:b/>
        </w:rPr>
        <w:t xml:space="preserve">[07:20] </w:t>
      </w:r>
      <w:r>
        <w:t>. in general sense, it is for whole life. so i would like to say that</w:t>
      </w:r>
    </w:p>
    <w:p>
      <w:pPr>
        <w:jc w:val="right"/>
      </w:pPr>
      <w:r>
        <w:t>۔ ان جنرل سینس، اٹ از فار ہول لائف۔ سو ائی وڈ لائک ٹو سے دیٹ</w:t>
      </w:r>
    </w:p>
    <w:p>
      <w:r>
        <w:rPr>
          <w:b/>
        </w:rPr>
        <w:t xml:space="preserve">[07:30] </w:t>
      </w:r>
      <w:r>
        <w:t>that life is the art of the possible, not only politics, but whole life.</w:t>
      </w:r>
    </w:p>
    <w:p>
      <w:pPr>
        <w:jc w:val="right"/>
      </w:pPr>
      <w:r>
        <w:t>دیٹ لائف از دا ارٹ اف دا پاسیبل، ناٹ اونلی پولیٹکس، بٹ ہول لائف۔</w:t>
      </w:r>
    </w:p>
    <w:p>
      <w:r>
        <w:rPr>
          <w:b/>
        </w:rPr>
        <w:t xml:space="preserve">[07:40] </w:t>
      </w:r>
      <w:r>
        <w:t>because when you are born in this world, you are born in society, in a family, in a nation</w:t>
      </w:r>
    </w:p>
    <w:p>
      <w:pPr>
        <w:jc w:val="right"/>
      </w:pPr>
      <w:r>
        <w:t>بیکاز وین یو ار بورن ان دس ورلڈ، یو ار بورن ان سوسائٹی، ان ا فیملی، ان ا نیشن</w:t>
      </w:r>
    </w:p>
    <w:p>
      <w:r>
        <w:rPr>
          <w:b/>
        </w:rPr>
        <w:t xml:space="preserve">[07:50] </w:t>
      </w:r>
      <w:r>
        <w:t>. you cannot afford to live in an isolation in some island. it is not possible for you.</w:t>
      </w:r>
    </w:p>
    <w:p>
      <w:pPr>
        <w:jc w:val="right"/>
      </w:pPr>
      <w:r>
        <w:t>۔ یو کین ناٹ افورڈ ٹو لیو ان این ائیسولیشن ان سم ائی لینڈ۔ اٹ از ناٹ پوسیبل فار یو۔</w:t>
      </w:r>
    </w:p>
    <w:p>
      <w:r>
        <w:rPr>
          <w:b/>
        </w:rPr>
        <w:t xml:space="preserve">[08:01] </w:t>
      </w:r>
      <w:r>
        <w:t>man is a social animal. man needs a society. man needs social institutions.</w:t>
      </w:r>
    </w:p>
    <w:p>
      <w:pPr>
        <w:jc w:val="right"/>
      </w:pPr>
      <w:r>
        <w:t>مین از ا سوشل اینیمل۔ مین نیڈز ا سوسائٹی۔ مین نیڈز سوشل انسٹیٹیوشنز۔</w:t>
      </w:r>
    </w:p>
    <w:p>
      <w:r>
        <w:rPr>
          <w:b/>
        </w:rPr>
        <w:t xml:space="preserve">[08:12] </w:t>
      </w:r>
      <w:r>
        <w:t>man leads other peoples to complete his plan</w:t>
      </w:r>
    </w:p>
    <w:p>
      <w:pPr>
        <w:jc w:val="right"/>
      </w:pPr>
      <w:r>
        <w:t>مین لیڈز ادر پیپلز ٹو کمپلیٹ ہز پلان</w:t>
      </w:r>
    </w:p>
    <w:p>
      <w:r>
        <w:rPr>
          <w:b/>
        </w:rPr>
        <w:t xml:space="preserve">[08:17] </w:t>
      </w:r>
      <w:r>
        <w:t>s. so you know, everyone was born as mr different.</w:t>
      </w:r>
    </w:p>
    <w:p>
      <w:pPr>
        <w:jc w:val="right"/>
      </w:pPr>
      <w:r>
        <w:t>ز۔ سو یو نو، ایوری ون واز بورن ایز مسٹر ڈفرنٹ۔</w:t>
      </w:r>
    </w:p>
    <w:p>
      <w:r>
        <w:rPr>
          <w:b/>
        </w:rPr>
        <w:t xml:space="preserve">[08:25] </w:t>
      </w:r>
      <w:r>
        <w:t>difference is a part of nature. one philosophers had rightly observe that nature abhors uniformity.</w:t>
      </w:r>
    </w:p>
    <w:p>
      <w:pPr>
        <w:jc w:val="right"/>
      </w:pPr>
      <w:r>
        <w:t>ڈفرنس از ا پارٹ اف نیچر۔ ون فلاسفرز ہیڈ رائٹلی ابزرو دیٹ نیچر ابھورس یونیفارمیٹی۔</w:t>
      </w:r>
    </w:p>
    <w:p>
      <w:r>
        <w:rPr>
          <w:b/>
        </w:rPr>
        <w:t xml:space="preserve">[08:40] </w:t>
      </w:r>
      <w:r>
        <w:t>nature abhors uniformity. there is no uniformity in nature.</w:t>
      </w:r>
    </w:p>
    <w:p>
      <w:pPr>
        <w:jc w:val="right"/>
      </w:pPr>
      <w:r>
        <w:t>نیچر ابھورس یونیفارمیٹی۔ دیر از نو یونیفارمیٹی ان نیچر۔</w:t>
      </w:r>
    </w:p>
    <w:p>
      <w:r>
        <w:rPr>
          <w:b/>
        </w:rPr>
        <w:t xml:space="preserve">[08:49] </w:t>
      </w:r>
      <w:r>
        <w:t>e</w:t>
      </w:r>
    </w:p>
    <w:p>
      <w:pPr>
        <w:jc w:val="right"/>
      </w:pPr>
      <w:r>
        <w:t>ای</w:t>
      </w:r>
    </w:p>
    <w:p>
      <w:r>
        <w:rPr>
          <w:b/>
        </w:rPr>
        <w:t xml:space="preserve">[08:50] </w:t>
      </w:r>
      <w:r>
        <w:t>very where there are differences in nature, in material world, in animal world, and also in human world. so everyone is mr different and ms different.</w:t>
      </w:r>
    </w:p>
    <w:p>
      <w:pPr>
        <w:jc w:val="right"/>
      </w:pPr>
      <w:r>
        <w:t>وری ویر دیر ار ڈفرنسز ان نیچر، ان مٹیریل ورلڈ، ان اینیمل ورلڈ، اینڈ السو ان ہیومن ورلڈ۔ سو ایوری ون از مسٹر ڈفرنٹ اینڈ مس ڈفرنٹ۔</w:t>
      </w:r>
    </w:p>
    <w:p>
      <w:r>
        <w:rPr>
          <w:b/>
        </w:rPr>
        <w:t xml:space="preserve">[09:03] </w:t>
      </w:r>
      <w:r>
        <w:t>then everyone enjoy freedom, and this freedom is his birth right.</w:t>
      </w:r>
    </w:p>
    <w:p>
      <w:pPr>
        <w:jc w:val="right"/>
      </w:pPr>
      <w:r>
        <w:t>دین ایوری ون انجوائے فریڈم، اینڈ دس فریڈم از ہز برتھ رائٹ۔</w:t>
      </w:r>
    </w:p>
    <w:p>
      <w:r>
        <w:rPr>
          <w:b/>
        </w:rPr>
        <w:t xml:space="preserve">[09:13] </w:t>
      </w:r>
      <w:r>
        <w:t>you cannot abolish other freedom.</w:t>
      </w:r>
    </w:p>
    <w:p>
      <w:pPr>
        <w:jc w:val="right"/>
      </w:pPr>
      <w:r>
        <w:t>یو کین ناٹ ابولش ادر فریڈم۔</w:t>
      </w:r>
    </w:p>
    <w:p>
      <w:r>
        <w:rPr>
          <w:b/>
        </w:rPr>
        <w:t xml:space="preserve">[09:19] </w:t>
      </w:r>
      <w:r>
        <w:t>so everyone wants to follow his own wishes, his own interest.</w:t>
      </w:r>
    </w:p>
    <w:p>
      <w:pPr>
        <w:jc w:val="right"/>
      </w:pPr>
      <w:r>
        <w:t>سو ایوری ون وانٹس ٹو فالو ہز اون وشز، ہز اون انٹرسٹ۔</w:t>
      </w:r>
    </w:p>
    <w:p>
      <w:r>
        <w:rPr>
          <w:b/>
        </w:rPr>
        <w:t xml:space="preserve">[09:27] </w:t>
      </w:r>
      <w:r>
        <w:t>it is this. it is this fact. it is this natural fact that</w:t>
      </w:r>
    </w:p>
    <w:p>
      <w:pPr>
        <w:jc w:val="right"/>
      </w:pPr>
      <w:r>
        <w:t>اٹ از دس۔ اٹ از دس فیکٹ۔ اٹ از دس نیچرل فیکٹ دیٹ</w:t>
      </w:r>
    </w:p>
    <w:p>
      <w:r>
        <w:rPr>
          <w:b/>
        </w:rPr>
        <w:t xml:space="preserve">[09:38] </w:t>
      </w:r>
      <w:r>
        <w:t>that creates problems. so everyone. for me, every other man is a problem man.</w:t>
      </w:r>
    </w:p>
    <w:p>
      <w:pPr>
        <w:jc w:val="right"/>
      </w:pPr>
      <w:r>
        <w:t>دیٹ کریٹس پرابلمز۔ سو ایوری ون۔ فار می، ایوری ادر مین از ا پرابلم مین۔</w:t>
      </w:r>
    </w:p>
    <w:p>
      <w:r>
        <w:rPr>
          <w:b/>
        </w:rPr>
        <w:t xml:space="preserve">[09:50] </w:t>
      </w:r>
      <w:r>
        <w:t>for you, every man and woman are problem men and women. so you are compel to live in problem peoples.</w:t>
      </w:r>
    </w:p>
    <w:p>
      <w:pPr>
        <w:jc w:val="right"/>
      </w:pPr>
      <w:r>
        <w:t>فار یو، ایوری مین اینڈ وومن ار پرابلم مین اینڈ وومن۔ سو یو ار کمپل ٹو لیو ان پرابلم پیپلز۔</w:t>
      </w:r>
    </w:p>
    <w:p>
      <w:r>
        <w:rPr>
          <w:b/>
        </w:rPr>
        <w:t xml:space="preserve">[10:03] </w:t>
      </w:r>
      <w:r>
        <w:t>otherwise, you have to leave this world and settle in some island. but that cannot, that you cannot afford. there is not possible</w:t>
      </w:r>
    </w:p>
    <w:p>
      <w:pPr>
        <w:jc w:val="right"/>
      </w:pPr>
      <w:r>
        <w:t>ادروائز، یو ہیو ٹو لیو دس ورلڈ اینڈ سیٹل ان سم ائی لینڈ۔ بٹ دیٹ کین ناٹ، دیٹ یو کین ناٹ افورڈ۔ دیر از ناٹ پوسیبل</w:t>
      </w:r>
    </w:p>
    <w:p>
      <w:r>
        <w:rPr>
          <w:b/>
        </w:rPr>
        <w:t xml:space="preserve">[10:12] </w:t>
      </w:r>
      <w:r>
        <w:t>again. then what to do? then what is the solution?</w:t>
      </w:r>
    </w:p>
    <w:p>
      <w:pPr>
        <w:jc w:val="right"/>
      </w:pPr>
      <w:r>
        <w:t>اگین۔ دین واٹ ٹو ڈو؟ دین واٹ از دا سولیوشن؟</w:t>
      </w:r>
    </w:p>
    <w:p>
      <w:r>
        <w:rPr>
          <w:b/>
        </w:rPr>
        <w:t xml:space="preserve">[10:21] </w:t>
      </w:r>
      <w:r>
        <w:t>according to the reason, as well as according to the islamic teachings, there is only one formula, and that is realistic approach</w:t>
      </w:r>
    </w:p>
    <w:p>
      <w:pPr>
        <w:jc w:val="right"/>
      </w:pPr>
      <w:r>
        <w:t>اکارڈنگ ٹو دا ریزن، ایز ویل ایز اکارڈنگ ٹو دی اسلامک ٹیچنگز، دیر از اونلی ون فارمولا، اینڈ دیٹ از ریلسٹک اپروچ</w:t>
      </w:r>
    </w:p>
    <w:p>
      <w:r>
        <w:rPr>
          <w:b/>
        </w:rPr>
        <w:t xml:space="preserve">[10:38] </w:t>
      </w:r>
      <w:r>
        <w:t>. that is practical approach.</w:t>
      </w:r>
    </w:p>
    <w:p>
      <w:pPr>
        <w:jc w:val="right"/>
      </w:pPr>
      <w:r>
        <w:t>۔ دیٹ از پریکٹیکل اپروچ۔</w:t>
      </w:r>
    </w:p>
    <w:p>
      <w:r>
        <w:rPr>
          <w:b/>
        </w:rPr>
        <w:t xml:space="preserve">[10:43] </w:t>
      </w:r>
      <w:r>
        <w:t>it means that in your own private life, live according to your own idea, your own ideals.</w:t>
      </w:r>
    </w:p>
    <w:p>
      <w:pPr>
        <w:jc w:val="right"/>
      </w:pPr>
      <w:r>
        <w:t>اٹ مینز دیٹ ان یور اون پرائیویٹ لائف، لیو اکارڈنگ ٹو یور اون ائیڈیا، یور اون ائیڈیلز۔</w:t>
      </w:r>
    </w:p>
    <w:p>
      <w:r>
        <w:rPr>
          <w:b/>
        </w:rPr>
        <w:t xml:space="preserve">[10:54] </w:t>
      </w:r>
      <w:r>
        <w:t>but when comes the society, you have to be practical. i will give a very well known example</w:t>
      </w:r>
    </w:p>
    <w:p>
      <w:pPr>
        <w:jc w:val="right"/>
      </w:pPr>
      <w:r>
        <w:t>بٹ وین کمز دا سوسائٹی، یو ہیو ٹو بی پریکٹیکل۔ ائی ویل گیو ا ویری ویل نون ایگزیمپل</w:t>
      </w:r>
    </w:p>
    <w:p>
      <w:r>
        <w:rPr>
          <w:b/>
        </w:rPr>
        <w:t xml:space="preserve">[11:05] </w:t>
      </w:r>
      <w:r>
        <w:t>. you know, the prophet of islam</w:t>
      </w:r>
    </w:p>
    <w:p>
      <w:pPr>
        <w:jc w:val="right"/>
      </w:pPr>
      <w:r>
        <w:t>۔ یو نو، دا پرافٹ اف اسلام</w:t>
      </w:r>
    </w:p>
    <w:p>
      <w:r>
        <w:rPr>
          <w:b/>
        </w:rPr>
        <w:t xml:space="preserve">[11:13] </w:t>
      </w:r>
      <w:r>
        <w:t>used to pray some nafls in his home.</w:t>
      </w:r>
    </w:p>
    <w:p>
      <w:pPr>
        <w:jc w:val="right"/>
      </w:pPr>
      <w:r>
        <w:t>یوز ٹو پری سم نفلز ان ہز ہوم۔</w:t>
      </w:r>
    </w:p>
    <w:p>
      <w:r>
        <w:rPr>
          <w:b/>
        </w:rPr>
        <w:t xml:space="preserve">[11:23] </w:t>
      </w:r>
      <w:r>
        <w:t>so when he was praying his nafl, that was his, that was his private namaz.</w:t>
      </w:r>
    </w:p>
    <w:p>
      <w:pPr>
        <w:jc w:val="right"/>
      </w:pPr>
      <w:r>
        <w:t>سو وین ہی واز پرینگ ہز نفل، دیٹ واز ہز، دیٹ واز ہز پرائیویٹ نماز۔</w:t>
      </w:r>
    </w:p>
    <w:p>
      <w:r>
        <w:rPr>
          <w:b/>
        </w:rPr>
        <w:t xml:space="preserve">[11:34] </w:t>
      </w:r>
      <w:r>
        <w:t>he used to read long long surah, long long chapters, like albaqarah, al-imran, annisa.</w:t>
      </w:r>
    </w:p>
    <w:p>
      <w:pPr>
        <w:jc w:val="right"/>
      </w:pPr>
      <w:r>
        <w:t>ہی یوز ٹو ریڈ لانگ لانگ سورہ، لانگ لانگ چیپٹرز، لائک البقرہ، ال عمران، النساء۔</w:t>
      </w:r>
    </w:p>
    <w:p>
      <w:r>
        <w:rPr>
          <w:b/>
        </w:rPr>
        <w:t xml:space="preserve">[11:46] </w:t>
      </w:r>
      <w:r>
        <w:t>this was his prayers pattern when he was</w:t>
      </w:r>
    </w:p>
    <w:p>
      <w:pPr>
        <w:jc w:val="right"/>
      </w:pPr>
      <w:r>
        <w:t>دس واز ہز پریرز پیٹرن وین ہی واز</w:t>
      </w:r>
    </w:p>
    <w:p>
      <w:r>
        <w:rPr>
          <w:b/>
        </w:rPr>
        <w:t xml:space="preserve">[11:54] </w:t>
      </w:r>
      <w:r>
        <w:t>observing, observing nafl, nafl namaz. b</w:t>
      </w:r>
    </w:p>
    <w:p>
      <w:pPr>
        <w:jc w:val="right"/>
      </w:pPr>
      <w:r>
        <w:t>ابزروونگ، ابزروونگ نفل، نفل نماز۔ ب</w:t>
      </w:r>
    </w:p>
    <w:p>
      <w:r>
        <w:rPr>
          <w:b/>
        </w:rPr>
        <w:t xml:space="preserve">[11:59] </w:t>
      </w:r>
      <w:r>
        <w:t>but when he was in mosque and he was leading congregational prayer, he used to read very small chapters, like alasr, alkauthar.</w:t>
      </w:r>
    </w:p>
    <w:p>
      <w:pPr>
        <w:jc w:val="right"/>
      </w:pPr>
      <w:r>
        <w:t>ٹ وین ہی واز ان مسک اینڈ ہی واز لیڈنگ کنگریگیشنل پریر، ہی یوز ٹو ریڈ ویری سمال چیپٹرز، لائک العصر، الکوثر۔</w:t>
      </w:r>
    </w:p>
    <w:p>
      <w:r>
        <w:rPr>
          <w:b/>
        </w:rPr>
        <w:t xml:space="preserve">[12:15] </w:t>
      </w:r>
      <w:r>
        <w:t>why? in his private namaz, he was alone. he was able to follow his own ideals.</w:t>
      </w:r>
    </w:p>
    <w:p>
      <w:pPr>
        <w:jc w:val="right"/>
      </w:pPr>
      <w:r>
        <w:t>وائی؟ ان ہز پرائیویٹ نماز، ہی واز الون۔ ہی واز ایبل ٹو فالو ہز اون ائیڈیلز۔</w:t>
      </w:r>
    </w:p>
    <w:p>
      <w:r>
        <w:rPr>
          <w:b/>
        </w:rPr>
        <w:t xml:space="preserve">[12:27] </w:t>
      </w:r>
      <w:r>
        <w:t>but when he was leading congregational prayer in masjid, then you know, there were other people, male and female,</w:t>
      </w:r>
    </w:p>
    <w:p>
      <w:pPr>
        <w:jc w:val="right"/>
      </w:pPr>
      <w:r>
        <w:t>بٹ وین ہی واز لیڈنگ کنگریگیشنل پریر ان مسجد، دین یو نو، دیر وار ادر پیپل، میل اینڈ فیمیل،</w:t>
      </w:r>
    </w:p>
    <w:p>
      <w:r>
        <w:rPr>
          <w:b/>
        </w:rPr>
        <w:t xml:space="preserve">[12:40] </w:t>
      </w:r>
      <w:r>
        <w:t>children and old people, may be some patients, different kind of people.</w:t>
      </w:r>
    </w:p>
    <w:p>
      <w:pPr>
        <w:jc w:val="right"/>
      </w:pPr>
      <w:r>
        <w:t>چلڈرن اینڈ اولڈ پیپل، می بی سم پیشنٹس، ڈفرنٹ کائنڈ اف پیپل۔</w:t>
      </w:r>
    </w:p>
    <w:p>
      <w:r>
        <w:rPr>
          <w:b/>
        </w:rPr>
        <w:t xml:space="preserve">[12:51] </w:t>
      </w:r>
      <w:r>
        <w:t>so he</w:t>
      </w:r>
    </w:p>
    <w:p>
      <w:pPr>
        <w:jc w:val="right"/>
      </w:pPr>
      <w:r>
        <w:t>سو ہی</w:t>
      </w:r>
    </w:p>
    <w:p>
      <w:r>
        <w:rPr>
          <w:b/>
        </w:rPr>
        <w:t xml:space="preserve">[12:56] </w:t>
      </w:r>
      <w:r>
        <w:t>he he always read small chapters from the quran. this was a completion between ideal and practical.</w:t>
      </w:r>
    </w:p>
    <w:p>
      <w:pPr>
        <w:jc w:val="right"/>
      </w:pPr>
      <w:r>
        <w:t>ہی ہی ہی الویز ریڈ سمال چیپٹرز فرام دا قران۔ دس واز ا کمپلیشن بٹوین ائیڈیل اینڈ پریکٹیکل۔</w:t>
      </w:r>
    </w:p>
    <w:p>
      <w:r>
        <w:rPr>
          <w:b/>
        </w:rPr>
        <w:t xml:space="preserve">[13:12] </w:t>
      </w:r>
      <w:r>
        <w:t>when he was alone, when he was alone and praying his private namaz, he was ideal.</w:t>
      </w:r>
    </w:p>
    <w:p>
      <w:pPr>
        <w:jc w:val="right"/>
      </w:pPr>
      <w:r>
        <w:t>وین ہی واز الون، وین ہی واز الون اینڈ پرینگ ہز پرائیویٹ نماز، ہی واز ائیڈیل۔</w:t>
      </w:r>
    </w:p>
    <w:p>
      <w:r>
        <w:rPr>
          <w:b/>
        </w:rPr>
        <w:t xml:space="preserve">[13:24] </w:t>
      </w:r>
      <w:r>
        <w:t>he was able to follow his ideals. but in congregational prayer, it was not possible.</w:t>
      </w:r>
    </w:p>
    <w:p>
      <w:pPr>
        <w:jc w:val="right"/>
      </w:pPr>
      <w:r>
        <w:t>ہی واز ایبل ٹو فالو ہز ائیڈیلز۔ بٹ ان کنگریگیشنل پریر، اٹ واز ناٹ پوسیبل۔</w:t>
      </w:r>
    </w:p>
    <w:p>
      <w:r>
        <w:rPr>
          <w:b/>
        </w:rPr>
        <w:t xml:space="preserve">[13:35] </w:t>
      </w:r>
      <w:r>
        <w:t>so he became practical.</w:t>
      </w:r>
    </w:p>
    <w:p>
      <w:pPr>
        <w:jc w:val="right"/>
      </w:pPr>
      <w:r>
        <w:t>سو ہی بیکم پریکٹیکل۔</w:t>
      </w:r>
    </w:p>
    <w:p>
      <w:r>
        <w:rPr>
          <w:b/>
        </w:rPr>
        <w:t xml:space="preserve">[13:40] </w:t>
      </w:r>
      <w:r>
        <w:t>in masjid, he was practical. at home, he was ideal. there is a completion of two different aspect, and it is this which i call realistic approach.</w:t>
      </w:r>
    </w:p>
    <w:p>
      <w:pPr>
        <w:jc w:val="right"/>
      </w:pPr>
      <w:r>
        <w:t>ان مسک، ہی واز پریکٹیکل۔ ایٹ ہوم، ہی واز ائیڈیل۔ دیر از ا کمپلیشن اف ٹو ڈفرنٹ اسپیکٹ، اینڈ اٹ از دس وچ ائی کال ریلسٹک اپروچ۔</w:t>
      </w:r>
    </w:p>
    <w:p>
      <w:r>
        <w:rPr>
          <w:b/>
        </w:rPr>
        <w:t xml:space="preserve">[13:55] </w:t>
      </w:r>
      <w:r>
        <w:t>This approach is not duality. You cannot see that it is duality, a double standard. No, at all, not at all. It is a realistic approach.</w:t>
      </w:r>
    </w:p>
    <w:p>
      <w:pPr>
        <w:jc w:val="right"/>
      </w:pPr>
      <w:r>
        <w:t>دس اپروچ از ناٹ ڈولٹی۔ یو کین ناٹ سی دیٹ اٹ از ڈولٹی، ا ڈبل سٹینڈرڈ۔ نو، ایٹ ال ناٹ ایٹ ال۔ اٹ از ریلسٹک اپروچ۔</w:t>
      </w:r>
    </w:p>
    <w:p>
      <w:r>
        <w:rPr>
          <w:b/>
        </w:rPr>
        <w:t xml:space="preserve">[14:07] </w:t>
      </w:r>
      <w:r>
        <w:t>it is realistic aproach.</w:t>
      </w:r>
    </w:p>
    <w:p>
      <w:pPr>
        <w:jc w:val="right"/>
      </w:pPr>
      <w:r>
        <w:t>اٹ از ریلسٹک اپروچ۔</w:t>
      </w:r>
    </w:p>
    <w:p>
      <w:r>
        <w:rPr>
          <w:b/>
        </w:rPr>
        <w:t xml:space="preserve">[14:11] </w:t>
      </w:r>
      <w:r>
        <w:t>so i say, i would like to say, i i have, i have, i have send a letter to that muslim youth that you can follow your ideals in your private life.</w:t>
      </w:r>
    </w:p>
    <w:p>
      <w:pPr>
        <w:jc w:val="right"/>
      </w:pPr>
      <w:r>
        <w:t>سو ائی سے، ائی وڈ لائک ٹو سے، ائی ائی ہیو، ائی ہیو، ائی ہیو سینڈ ا لیٹر ٹو دیٹ مسلم یوتھ دیٹ یو کین فالو یور ائیڈیلز ان یور پرائیویٹ لائف۔</w:t>
      </w:r>
    </w:p>
    <w:p>
      <w:r>
        <w:rPr>
          <w:b/>
        </w:rPr>
        <w:t xml:space="preserve">[14:31] </w:t>
      </w:r>
      <w:r>
        <w:t>but but but when comes the masjid and madrasa, you have to be practical.</w:t>
      </w:r>
    </w:p>
    <w:p>
      <w:pPr>
        <w:jc w:val="right"/>
      </w:pPr>
      <w:r>
        <w:t>بٹ بٹ بٹ وین کمز دا مسجد اینڈ مدرسہ، یو ہیو ٹو بی پریکٹیکل۔</w:t>
      </w:r>
    </w:p>
    <w:p>
      <w:r>
        <w:rPr>
          <w:b/>
        </w:rPr>
        <w:t xml:space="preserve">[14:38] </w:t>
      </w:r>
      <w:r>
        <w:t>dont criticize. dont criticize.</w:t>
      </w:r>
    </w:p>
    <w:p>
      <w:pPr>
        <w:jc w:val="right"/>
      </w:pPr>
      <w:r>
        <w:t>ڈونٹ کریٹیسائز۔ ڈونٹ کریٹیسائز۔</w:t>
      </w:r>
    </w:p>
    <w:p>
      <w:r>
        <w:rPr>
          <w:b/>
        </w:rPr>
        <w:t xml:space="preserve">[14:46] </w:t>
      </w:r>
      <w:r>
        <w:t>then i mention that if you, if you go to the deep, if you study the whole matters,</w:t>
      </w:r>
    </w:p>
    <w:p>
      <w:pPr>
        <w:jc w:val="right"/>
      </w:pPr>
      <w:r>
        <w:t>دین ائی مینشن دیٹ اف یو، اف یو گو ٹو دا ڈیپ، اف یو سٹڈی دا ہول میٹرز،</w:t>
      </w:r>
    </w:p>
    <w:p>
      <w:r>
        <w:rPr>
          <w:b/>
        </w:rPr>
        <w:t xml:space="preserve">[15:04] </w:t>
      </w:r>
      <w:r>
        <w:t>then you will find</w:t>
      </w:r>
    </w:p>
    <w:p>
      <w:pPr>
        <w:jc w:val="right"/>
      </w:pPr>
      <w:r>
        <w:t>دین یو ویل فائنڈ</w:t>
      </w:r>
    </w:p>
    <w:p>
      <w:r>
        <w:rPr>
          <w:b/>
        </w:rPr>
        <w:t xml:space="preserve">[15:06] </w:t>
      </w:r>
      <w:r>
        <w:t>then in masjid and madrasa, both there are enormous opportunities for you. in masjid and madrasa, there are enormous opportunities for you.</w:t>
      </w:r>
    </w:p>
    <w:p>
      <w:pPr>
        <w:jc w:val="right"/>
      </w:pPr>
      <w:r>
        <w:t>دین ان مسجد اینڈ مدرسہ، بوتھ دیر ار انارمس اپرچونیٹیز فار یو۔ ان مسجد اینڈ مدرسہ، دیر ار انارمس اپرچونیٹیز فار یو۔</w:t>
      </w:r>
    </w:p>
    <w:p>
      <w:r>
        <w:rPr>
          <w:b/>
        </w:rPr>
        <w:t xml:space="preserve">[15:20] </w:t>
      </w:r>
      <w:r>
        <w:t>but at the same time, there are some problems also. so the best formula for you is</w:t>
      </w:r>
    </w:p>
    <w:p>
      <w:pPr>
        <w:jc w:val="right"/>
      </w:pPr>
      <w:r>
        <w:t>بٹ ایٹ دا سیم ٹائم، دیر ار سم پرابلمز السو۔ سو دا بیسٹ فارمولا فار یو از</w:t>
      </w:r>
    </w:p>
    <w:p>
      <w:r>
        <w:rPr>
          <w:b/>
        </w:rPr>
        <w:t xml:space="preserve">[15:32] </w:t>
      </w:r>
      <w:r>
        <w:t>ignore the problems and avail the opportunities. the</w:t>
      </w:r>
    </w:p>
    <w:p>
      <w:pPr>
        <w:jc w:val="right"/>
      </w:pPr>
      <w:r>
        <w:t>اگنور دا پرابلمز اینڈ اویل دا اپرچونیٹیز۔ د</w:t>
      </w:r>
    </w:p>
    <w:p>
      <w:r>
        <w:rPr>
          <w:b/>
        </w:rPr>
        <w:t xml:space="preserve">[15:36] </w:t>
      </w:r>
      <w:r>
        <w:t>there is the best formula.</w:t>
      </w:r>
    </w:p>
    <w:p>
      <w:pPr>
        <w:jc w:val="right"/>
      </w:pPr>
      <w:r>
        <w:t>یر از دا بیسٹ فارمولا۔</w:t>
      </w:r>
    </w:p>
    <w:p>
      <w:r>
        <w:rPr>
          <w:b/>
        </w:rPr>
        <w:t xml:space="preserve">[15:40] </w:t>
      </w:r>
      <w:r>
        <w:t>ignore the problems and avail the opportunities. so you have to adjust with those ulama who are running these masjid, who are running these madrasa.</w:t>
      </w:r>
    </w:p>
    <w:p>
      <w:pPr>
        <w:jc w:val="right"/>
      </w:pPr>
      <w:r>
        <w:t>اگنور دا پرابلمز اینڈ اویل دا اپرچونیٹیز۔ سو یو ہیو ٹو ایڈجسٹ ود دوز علماء ہو ار رننگ دیز مسجد، ہو ار رننگ دیز مدرسہ۔</w:t>
      </w:r>
    </w:p>
    <w:p>
      <w:r>
        <w:rPr>
          <w:b/>
        </w:rPr>
        <w:t xml:space="preserve">[15:59] </w:t>
      </w:r>
      <w:r>
        <w:t>so when you, if you follow this formula, you will find that you are wanted person for them,</w:t>
      </w:r>
    </w:p>
    <w:p>
      <w:pPr>
        <w:jc w:val="right"/>
      </w:pPr>
      <w:r>
        <w:t>سو وین یو، اف یو فالو دس فارمولا، یو ویل فائنڈ دیٹ یو ار وانٹڈ پرسن فار دیم،</w:t>
      </w:r>
    </w:p>
    <w:p>
      <w:r>
        <w:rPr>
          <w:b/>
        </w:rPr>
        <w:t xml:space="preserve">[16:11] </w:t>
      </w:r>
      <w:r>
        <w:t>because you are an intelligent, you are learned person, and they want you. you are their need.</w:t>
      </w:r>
    </w:p>
    <w:p>
      <w:pPr>
        <w:jc w:val="right"/>
      </w:pPr>
      <w:r>
        <w:t>بیکاز یو ار این انٹیلیجنٹ، یو ار لرنڈ پرسن، اینڈ دے وانٹ یو۔ یو ار دیر نیڈ۔</w:t>
      </w:r>
    </w:p>
    <w:p>
      <w:r>
        <w:rPr>
          <w:b/>
        </w:rPr>
        <w:t xml:space="preserve">[16:23] </w:t>
      </w:r>
      <w:r>
        <w:t>they want a person like you, who are intelligent, who know arabic, who know english, who is also energetic.</w:t>
      </w:r>
    </w:p>
    <w:p>
      <w:pPr>
        <w:jc w:val="right"/>
      </w:pPr>
      <w:r>
        <w:t>دے وانٹ ا پرسن لائک یو، ہو ار انٹیلیجنٹ، ہو نو عربک، ہو نو انگلش، ہو از السو انرجیٹک۔</w:t>
      </w:r>
    </w:p>
    <w:p>
      <w:r>
        <w:rPr>
          <w:b/>
        </w:rPr>
        <w:t xml:space="preserve">[16:32] </w:t>
      </w:r>
      <w:r>
        <w:t>so they want a person like you. but your in practical criticism, due to their criticism, you become unwanted for them.</w:t>
      </w:r>
    </w:p>
    <w:p>
      <w:pPr>
        <w:jc w:val="right"/>
      </w:pPr>
      <w:r>
        <w:t>سو دے وانٹ ا پرسن لائک یو۔ بٹ یور ان پریکٹیکل کریٹیسزم، ڈیو ٹو دیر کریٹیسزم، یو بیکم ان وانٹڈ فار دیم۔</w:t>
      </w:r>
    </w:p>
    <w:p>
      <w:r>
        <w:rPr>
          <w:b/>
        </w:rPr>
        <w:t xml:space="preserve">[16:52] </w:t>
      </w:r>
      <w:r>
        <w:t>this is the most important aspect of life, which all people are in aware. then i will, i would like to say that</w:t>
      </w:r>
    </w:p>
    <w:p>
      <w:pPr>
        <w:jc w:val="right"/>
      </w:pPr>
      <w:r>
        <w:t>دس از دا موسٹ امپورٹنٹ اسپیکٹ اف لائف، وچ اول پیپل ار ان اویئر۔ دین ائی ویل، ائی وڈ لائک ٹو سے دیٹ</w:t>
      </w:r>
    </w:p>
    <w:p>
      <w:r>
        <w:rPr>
          <w:b/>
        </w:rPr>
        <w:t xml:space="preserve">[17:08] </w:t>
      </w:r>
      <w:r>
        <w:t>this formula is not based on cowardice, not passivity. it is based on the law of nature.</w:t>
      </w:r>
    </w:p>
    <w:p>
      <w:pPr>
        <w:jc w:val="right"/>
      </w:pPr>
      <w:r>
        <w:t>دس فارمولا از ناٹ بیسڈ ان کورڈس، ناٹ پیسیوٹی۔ اٹ از بیسڈ ان دا لاء اف نیچر۔</w:t>
      </w:r>
    </w:p>
    <w:p>
      <w:r>
        <w:rPr>
          <w:b/>
        </w:rPr>
        <w:t xml:space="preserve">[17:18] </w:t>
      </w:r>
      <w:r>
        <w:t>law of nature. it is based completely on the law of nature. and you know, when comes the nature, you have no option other than to follow it.</w:t>
      </w:r>
    </w:p>
    <w:p>
      <w:pPr>
        <w:jc w:val="right"/>
      </w:pPr>
      <w:r>
        <w:t>لاء اف نیچر۔ اٹ از بیسڈ کمپلیٹلی ان دا لاء اف نیچر۔ اینڈ یو نو، وین کمز دا نیچر، یو ہیو نو اپشن ادر دین ٹو فالو اٹ۔</w:t>
      </w:r>
    </w:p>
    <w:p>
      <w:r>
        <w:rPr>
          <w:b/>
        </w:rPr>
        <w:t xml:space="preserve">[17:34] </w:t>
      </w:r>
      <w:r>
        <w:t>you, if you fail to follow the law of nature, then you will, you will, you will pay a heavy price.</w:t>
      </w:r>
    </w:p>
    <w:p>
      <w:pPr>
        <w:jc w:val="right"/>
      </w:pPr>
      <w:r>
        <w:t>یو، اف یو فیل ٹو فالو دا لاء اف نیچر، دین یو ویل، یو ویل، یو ویل پے ا ہیوی پرائس۔</w:t>
      </w:r>
    </w:p>
    <w:p>
      <w:r>
        <w:rPr>
          <w:b/>
        </w:rPr>
        <w:t xml:space="preserve">[17:44] </w:t>
      </w:r>
      <w:r>
        <w:t>that is hypocrisy.</w:t>
      </w:r>
    </w:p>
    <w:p>
      <w:pPr>
        <w:jc w:val="right"/>
      </w:pPr>
      <w:r>
        <w:t>دیٹ از ہپوکریسی۔</w:t>
      </w:r>
    </w:p>
    <w:p>
      <w:r>
        <w:rPr>
          <w:b/>
        </w:rPr>
        <w:t xml:space="preserve">[17:48] </w:t>
      </w:r>
      <w:r>
        <w:t>hypocrisy. why i say like this? because if you want to live according to your own ideals in society, you can not apply this formula at your home,</w:t>
      </w:r>
    </w:p>
    <w:p>
      <w:pPr>
        <w:jc w:val="right"/>
      </w:pPr>
      <w:r>
        <w:t>ہپوکریسی۔ وائی ائی سے لائک دس؟ بیکاز اف یو وانٹ ٹو لیو اکارڈنگ ٹو یور اون ائیڈیلز ان سوسائٹی، یو کین ناٹ اپلائی دس فارمولا ایٹ یور ہوم،</w:t>
      </w:r>
    </w:p>
    <w:p>
      <w:r>
        <w:rPr>
          <w:b/>
        </w:rPr>
        <w:t xml:space="preserve">[18:06] </w:t>
      </w:r>
      <w:r>
        <w:t>where there are your, where there are your children, there is your wife, there are your parents.</w:t>
      </w:r>
    </w:p>
    <w:p>
      <w:pPr>
        <w:jc w:val="right"/>
      </w:pPr>
      <w:r>
        <w:t>ویر دیر ار یور، ویر دیر ار یور چلڈرن، دیر از یور وائف، دیر ار یور پیرنٹس۔</w:t>
      </w:r>
    </w:p>
    <w:p>
      <w:r>
        <w:rPr>
          <w:b/>
        </w:rPr>
        <w:t xml:space="preserve">[18:13] </w:t>
      </w:r>
      <w:r>
        <w:t>so all these people who talk of idealism, they become practical when they are in their home, because it is not possible to apply this formula in your home.</w:t>
      </w:r>
    </w:p>
    <w:p>
      <w:pPr>
        <w:jc w:val="right"/>
      </w:pPr>
      <w:r>
        <w:t>سو اول دیز پیپل ہو ٹاک اف ائیڈیلزم، دے بیکم پریکٹیکل وین دے ار ان دیر ہوم، بیکاز اٹ از ناٹ پوسیبل ٹو اپلائی دس فارمولا ان یور ہوم۔</w:t>
      </w:r>
    </w:p>
    <w:p>
      <w:r>
        <w:rPr>
          <w:b/>
        </w:rPr>
        <w:t xml:space="preserve">[18:26] </w:t>
      </w:r>
      <w:r>
        <w:t>your father is Mr. Different, your mother is Ms. Different, your wife is Ms. Different, your children is also Mr. Different and Ms. Different.</w:t>
      </w:r>
    </w:p>
    <w:p>
      <w:pPr>
        <w:jc w:val="right"/>
      </w:pPr>
      <w:r>
        <w:t>یور فادر از مسٹر ڈفرنٹ، یور مدر از مس ڈفرنٹ، یور وائف از مس ڈفرنٹ، یور چلڈرن از السو مسٹر ڈفرنٹ اینڈ مس ڈفرنٹ۔</w:t>
      </w:r>
    </w:p>
    <w:p>
      <w:r>
        <w:rPr>
          <w:b/>
        </w:rPr>
        <w:t xml:space="preserve">[18:37] </w:t>
      </w:r>
      <w:r>
        <w:t>so you can not afford</w:t>
      </w:r>
    </w:p>
    <w:p>
      <w:pPr>
        <w:jc w:val="right"/>
      </w:pPr>
      <w:r>
        <w:t>سو یو کین ناٹ افورڈ</w:t>
      </w:r>
    </w:p>
    <w:p>
      <w:r>
        <w:rPr>
          <w:b/>
        </w:rPr>
        <w:t xml:space="preserve">[18:40] </w:t>
      </w:r>
      <w:r>
        <w:t>it is beyond your capacity to change their mind, to change their habits.</w:t>
      </w:r>
    </w:p>
    <w:p>
      <w:pPr>
        <w:jc w:val="right"/>
      </w:pPr>
      <w:r>
        <w:t>۔ اٹ از بیونڈ یور کپیسٹی ٹو چینج دیر مائنڈ، ٹو چینج دیر ہیبٹس۔</w:t>
      </w:r>
    </w:p>
    <w:p>
      <w:r>
        <w:rPr>
          <w:b/>
        </w:rPr>
        <w:t xml:space="preserve">[18:48] </w:t>
      </w:r>
      <w:r>
        <w:t>it is not possible. it is beyond your capacity. here the problem is, is, is against the nature.</w:t>
      </w:r>
    </w:p>
    <w:p>
      <w:pPr>
        <w:jc w:val="right"/>
      </w:pPr>
      <w:r>
        <w:t>اٹ از ناٹ پوسیبل۔ اٹ از بیونڈ یور کپیسٹی۔ ہیر دا پرابلم از، از، از اگینسٹ دا نیچر۔</w:t>
      </w:r>
    </w:p>
    <w:p>
      <w:r>
        <w:rPr>
          <w:b/>
        </w:rPr>
        <w:t xml:space="preserve">[19:02] </w:t>
      </w:r>
      <w:r>
        <w:t>how you can change the natural course? so due to your self interest, you become realistic when you are in your home.</w:t>
      </w:r>
    </w:p>
    <w:p>
      <w:pPr>
        <w:jc w:val="right"/>
      </w:pPr>
      <w:r>
        <w:t>ہاؤ یو کین چینج دا نیچرل کورس؟ سو ڈیو ٹو یور سیلف انٹرسٹ، یو بیکم ریلسٹک وین یو ار ان یور ہوم۔</w:t>
      </w:r>
    </w:p>
    <w:p>
      <w:r>
        <w:rPr>
          <w:b/>
        </w:rPr>
        <w:t xml:space="preserve">[19:16] </w:t>
      </w:r>
      <w:r>
        <w:t>when you are in society, when you are in institutions, where you are in masjid and madrasa, you become critical. this is wrong, this is right, this is wrong, this is right.</w:t>
      </w:r>
    </w:p>
    <w:p>
      <w:pPr>
        <w:jc w:val="right"/>
      </w:pPr>
      <w:r>
        <w:t>وین یو ار ان سوسائٹی، وین یو ار ان انسٹیٹیوشنز، ویر یو ار ان مسجد اینڈ مدرسہ، یو بیکم کریٹیکل۔ دس از رونگ، دس از رائٹ، دس از رونگ، دس از رائٹ۔</w:t>
      </w:r>
    </w:p>
    <w:p>
      <w:r>
        <w:rPr>
          <w:b/>
        </w:rPr>
        <w:t xml:space="preserve">[19:28] </w:t>
      </w:r>
      <w:r>
        <w:t>but when you are living, when you come back in your home, you become practical, because otherwise you will break your home.</w:t>
      </w:r>
    </w:p>
    <w:p>
      <w:pPr>
        <w:jc w:val="right"/>
      </w:pPr>
      <w:r>
        <w:t>بٹ وین یو ار لیونگ، وین یو کم بیک ان یور ہوم، یو بیکم پریکٹیکل، بیکاز ادروائز یو ویل بریک یور ہوم۔</w:t>
      </w:r>
    </w:p>
    <w:p>
      <w:r>
        <w:rPr>
          <w:b/>
        </w:rPr>
        <w:t xml:space="preserve">[19:43] </w:t>
      </w:r>
      <w:r>
        <w:t>this is the. bismillah rahman rahim wa sallallahu ala nabiyyil karim</w:t>
      </w:r>
    </w:p>
    <w:p>
      <w:pPr>
        <w:jc w:val="right"/>
      </w:pPr>
      <w:r>
        <w:t>دس از دا۔ بسم اللہ الرحمن الرحیم و صلی اللہ علی النبی الکریم</w:t>
      </w:r>
    </w:p>
    <w:p>
      <w:r>
        <w:rPr>
          <w:b/>
        </w:rPr>
        <w:t xml:space="preserve">[19:53] </w:t>
      </w:r>
      <w:r>
        <w:t>rabbi ishrah li sadri wa yassir li amri wahlul uqdatan min lisani yafqahu qawli</w:t>
      </w:r>
    </w:p>
    <w:p>
      <w:pPr>
        <w:jc w:val="right"/>
      </w:pPr>
      <w:r>
        <w:t>رب اشرح لی صدری ویسر لی امری واحل العقدۃ من لسانی یفقہ قولی</w:t>
      </w:r>
    </w:p>
    <w:p>
      <w:r>
        <w:rPr>
          <w:b/>
        </w:rPr>
        <w:t xml:space="preserve">[20:06] </w:t>
      </w:r>
      <w:r>
        <w:t>the title for the present talk is social ethics</w:t>
      </w:r>
    </w:p>
    <w:p>
      <w:pPr>
        <w:jc w:val="right"/>
      </w:pPr>
      <w:r>
        <w:t>دا ٹائٹل فار دا پریزنٹ ٹاک از سوشل ایتھکس</w:t>
      </w:r>
    </w:p>
    <w:p>
      <w:r>
        <w:rPr>
          <w:b/>
        </w:rPr>
        <w:t xml:space="preserve">[20:17] </w:t>
      </w:r>
      <w:r>
        <w:t>that is how to manage the social affairs social problems</w:t>
      </w:r>
    </w:p>
    <w:p>
      <w:pPr>
        <w:jc w:val="right"/>
      </w:pPr>
      <w:r>
        <w:t>دیٹ از ہاؤ ٹو مینج دا سوشل افیئرز سوشل پرابلمز</w:t>
      </w:r>
    </w:p>
    <w:p>
      <w:r>
        <w:rPr>
          <w:b/>
        </w:rPr>
        <w:t xml:space="preserve">[20:24] </w:t>
      </w:r>
      <w:r>
        <w:t>so it is social ethics</w:t>
      </w:r>
    </w:p>
    <w:p>
      <w:pPr>
        <w:jc w:val="right"/>
      </w:pPr>
      <w:r>
        <w:t>سو اٹ از سوشل ایتھکس</w:t>
      </w:r>
    </w:p>
    <w:p>
      <w:r>
        <w:rPr>
          <w:b/>
        </w:rPr>
        <w:t xml:space="preserve">[20:30] </w:t>
      </w:r>
      <w:r>
        <w:t>yesterday i received an email from south africa</w:t>
      </w:r>
    </w:p>
    <w:p>
      <w:pPr>
        <w:jc w:val="right"/>
      </w:pPr>
      <w:r>
        <w:t>یسٹرڈے ائی ریسیوڈ این ای میل فرام ساؤتھ افریقہ</w:t>
      </w:r>
    </w:p>
    <w:p>
      <w:r>
        <w:rPr>
          <w:b/>
        </w:rPr>
        <w:t xml:space="preserve">[20:41] </w:t>
      </w:r>
      <w:r>
        <w:t>it was from a muslim youth</w:t>
      </w:r>
    </w:p>
    <w:p>
      <w:pPr>
        <w:jc w:val="right"/>
      </w:pPr>
      <w:r>
        <w:t>اٹ واز فرام ا مسلم یوتھ</w:t>
      </w:r>
    </w:p>
    <w:p>
      <w:r>
        <w:rPr>
          <w:b/>
        </w:rPr>
        <w:t xml:space="preserve">[20:47] </w:t>
      </w:r>
      <w:r>
        <w:t>he says that i was educated in a madrasa arabic madrasa then i learned english and now i know both the languages arabic and english</w:t>
      </w:r>
    </w:p>
    <w:p>
      <w:pPr>
        <w:jc w:val="right"/>
      </w:pPr>
      <w:r>
        <w:t>ہی سیز دیٹ ائی واز ایجوکیٹڈ ان ا مدرسہ عربک مدرسہ دین ائی لرنڈ انگلش اینڈ ناو ائی نو بوتھ دا لینگویجز عربک اینڈ انگلش</w:t>
      </w:r>
    </w:p>
    <w:p>
      <w:r>
        <w:rPr>
          <w:b/>
        </w:rPr>
        <w:t xml:space="preserve">[21:10] </w:t>
      </w:r>
      <w:r>
        <w:t>also i study lot but i am not successful in my life</w:t>
      </w:r>
    </w:p>
    <w:p>
      <w:pPr>
        <w:jc w:val="right"/>
      </w:pPr>
      <w:r>
        <w:t>السو ائی سٹڈی لاٹ بٹ ائی ایم ناٹ سکسیس فل ان مائی لائف</w:t>
      </w:r>
    </w:p>
    <w:p>
      <w:r>
        <w:rPr>
          <w:b/>
        </w:rPr>
        <w:t xml:space="preserve">[21:24] </w:t>
      </w:r>
      <w:r>
        <w:t>although i am a married i have two children but i but i don't feel that i am a successful in life</w:t>
      </w:r>
    </w:p>
    <w:p>
      <w:pPr>
        <w:jc w:val="right"/>
      </w:pPr>
      <w:r>
        <w:t>الدو ائی ایم ا میریڈ ائی ٹو چلڈرن بٹ ائی بٹ ائی ڈونٹ فیل دیٹ ائی ایم ا سکسیس فل ان لائف</w:t>
      </w:r>
    </w:p>
    <w:p>
      <w:r>
        <w:rPr>
          <w:b/>
        </w:rPr>
        <w:t xml:space="preserve">[21:35] </w:t>
      </w:r>
      <w:r>
        <w:t>i am a i feel myself a person that failed in life then he states some of his of his problem</w:t>
      </w:r>
    </w:p>
    <w:p>
      <w:pPr>
        <w:jc w:val="right"/>
      </w:pPr>
      <w:r>
        <w:t>ائی ایم ا ائی فیل مائی سیلف ا پرسن دیٹ فیلڈ ان لائف دین ہی سٹیٹس سم اف ہز اف ہز پرابلم</w:t>
      </w:r>
    </w:p>
    <w:p>
      <w:r>
        <w:rPr>
          <w:b/>
        </w:rPr>
        <w:t xml:space="preserve">[21:54] </w:t>
      </w:r>
      <w:r>
        <w:t>he says in his email that</w:t>
      </w:r>
    </w:p>
    <w:p>
      <w:pPr>
        <w:jc w:val="right"/>
      </w:pPr>
      <w:r>
        <w:t>ہی سیز ان ہز ای میل دیٹ</w:t>
      </w:r>
    </w:p>
    <w:p>
      <w:r>
        <w:rPr>
          <w:b/>
        </w:rPr>
        <w:t xml:space="preserve">[22:00] </w:t>
      </w:r>
      <w:r>
        <w:t>after study i felt that</w:t>
      </w:r>
    </w:p>
    <w:p>
      <w:pPr>
        <w:jc w:val="right"/>
      </w:pPr>
      <w:r>
        <w:t>افٹر سٹڈی ائی فیلٹ دیٹ</w:t>
      </w:r>
    </w:p>
    <w:p>
      <w:r>
        <w:rPr>
          <w:b/>
        </w:rPr>
        <w:t xml:space="preserve">[22:09] </w:t>
      </w:r>
      <w:r>
        <w:t>our masjid madrasa is not going on right path our</w:t>
      </w:r>
    </w:p>
    <w:p>
      <w:pPr>
        <w:jc w:val="right"/>
      </w:pPr>
      <w:r>
        <w:t>اور مسجد مدرسہ از ناٹ گوئنگ ان رائٹ پاتھ اور</w:t>
      </w:r>
    </w:p>
    <w:p>
      <w:r>
        <w:rPr>
          <w:b/>
        </w:rPr>
        <w:t xml:space="preserve">[22:17] </w:t>
      </w:r>
      <w:r>
        <w:t>clergy our muslim ulama</w:t>
      </w:r>
    </w:p>
    <w:p>
      <w:pPr>
        <w:jc w:val="right"/>
      </w:pPr>
      <w:r>
        <w:t>کلرجی اور مسلم علماء</w:t>
      </w:r>
    </w:p>
    <w:p>
      <w:r>
        <w:rPr>
          <w:b/>
        </w:rPr>
        <w:t xml:space="preserve">[22:23] </w:t>
      </w:r>
      <w:r>
        <w:t>these masjid and these madrasa are under control of ulama that is muslim scholars or clergy but they are running these institutions in a bad manner according to this gentleman</w:t>
      </w:r>
    </w:p>
    <w:p>
      <w:pPr>
        <w:jc w:val="right"/>
      </w:pPr>
      <w:r>
        <w:t>دیز مسجد اینڈ دیز مدرسہ ار انڈر کنٹرول اف علماء دیٹ از مسلم سکالرز اور کلرجی بٹ دے ار رننگ دیز انسٹیٹیوشنز ان ا بیڈ مینر اکارڈنگ ٹو دس جنٹلمین</w:t>
      </w:r>
    </w:p>
    <w:p>
      <w:r>
        <w:rPr>
          <w:b/>
        </w:rPr>
        <w:t xml:space="preserve">[22:46] </w:t>
      </w:r>
      <w:r>
        <w:t>so i criticized and then they became angry</w:t>
      </w:r>
    </w:p>
    <w:p>
      <w:pPr>
        <w:jc w:val="right"/>
      </w:pPr>
      <w:r>
        <w:t>سو ائی کریٹیسائزڈ اینڈ دین دے بیکم اینگری</w:t>
      </w:r>
    </w:p>
    <w:p>
      <w:r>
        <w:rPr>
          <w:b/>
        </w:rPr>
        <w:t xml:space="preserve">[22:58] </w:t>
      </w:r>
      <w:r>
        <w:t>i am i became unwanted in madrasa and masjid both</w:t>
      </w:r>
    </w:p>
    <w:p>
      <w:pPr>
        <w:jc w:val="right"/>
      </w:pPr>
      <w:r>
        <w:t>ائی ایم ائی بیکم ان ان وانٹڈ ان مدرسہ اینڈ مسجد بوتھ</w:t>
      </w:r>
    </w:p>
    <w:p>
      <w:r>
        <w:rPr>
          <w:b/>
        </w:rPr>
        <w:t xml:space="preserve">[23:06] </w:t>
      </w:r>
      <w:r>
        <w:t>i am not allowed to deliver khutbah in masjid also i am not allowed to to have a job in madrasa so i am very pert now i want to seek your guidance what to do</w:t>
      </w:r>
    </w:p>
    <w:p>
      <w:pPr>
        <w:jc w:val="right"/>
      </w:pPr>
      <w:r>
        <w:t>ائی ایم ناٹ الاؤڈ ٹو ڈیلیور خطبہ ان مسجد السو ائی ایم ناٹ الاؤڈ ٹو ٹو ہیو ا جاب ان مدرسہ سو ائی ایم ویری پرٹ ناو ائی وانٹ ٹو سیک یور گائیڈنس واٹ ٹو ڈو</w:t>
      </w:r>
    </w:p>
    <w:p>
      <w:r>
        <w:rPr>
          <w:b/>
        </w:rPr>
        <w:t xml:space="preserve">[23:36] </w:t>
      </w:r>
      <w:r>
        <w:t>ai hew</w:t>
      </w:r>
    </w:p>
    <w:p>
      <w:pPr>
        <w:jc w:val="right"/>
      </w:pPr>
      <w:r>
        <w:t>ائی ہیو</w:t>
      </w:r>
    </w:p>
    <w:p>
      <w:r>
        <w:rPr>
          <w:b/>
        </w:rPr>
        <w:t xml:space="preserve">[23:40] </w:t>
      </w:r>
      <w:r>
        <w:t>send a letter to this gentleman i said that</w:t>
      </w:r>
    </w:p>
    <w:p>
      <w:pPr>
        <w:jc w:val="right"/>
      </w:pPr>
      <w:r>
        <w:t>سینڈ ا لیٹر ٹو دس جنٹلمین ائی سیڈ دیٹ</w:t>
      </w:r>
    </w:p>
    <w:p>
      <w:r>
        <w:rPr>
          <w:b/>
        </w:rPr>
        <w:t xml:space="preserve">[23:48] </w:t>
      </w:r>
      <w:r>
        <w:t>the problem lies in you and not in the ulama</w:t>
      </w:r>
    </w:p>
    <w:p>
      <w:pPr>
        <w:jc w:val="right"/>
      </w:pPr>
      <w:r>
        <w:t>دا پرابلم لائز ان یو اینڈ ناٹ ان دا علماء</w:t>
      </w:r>
    </w:p>
    <w:p>
      <w:r>
        <w:rPr>
          <w:b/>
        </w:rPr>
        <w:t xml:space="preserve">[23:57] </w:t>
      </w:r>
      <w:r>
        <w:t>why because this gentleman according to my assessment is an idealist person</w:t>
      </w:r>
    </w:p>
    <w:p>
      <w:pPr>
        <w:jc w:val="right"/>
      </w:pPr>
      <w:r>
        <w:t>وائی بیکاز دس جنٹلمین اکارڈنگ ٹو مائی اسسمنٹ از این ائیڈیلسٹ پرسن</w:t>
      </w:r>
    </w:p>
    <w:p>
      <w:r>
        <w:rPr>
          <w:b/>
        </w:rPr>
        <w:t xml:space="preserve">[24:13] </w:t>
      </w:r>
      <w:r>
        <w:t>his studies after his after his studies he became ideal</w:t>
      </w:r>
    </w:p>
    <w:p>
      <w:pPr>
        <w:jc w:val="right"/>
      </w:pPr>
      <w:r>
        <w:t>ہز سٹڈیز افٹر ہز افٹر ہز سٹڈیز ہی بیکم ائیڈیل</w:t>
      </w:r>
    </w:p>
    <w:p>
      <w:r>
        <w:rPr>
          <w:b/>
        </w:rPr>
        <w:t xml:space="preserve">[24:23] </w:t>
      </w:r>
      <w:r>
        <w:t>now he want to translate those ideals in practical life in social life in institutions but it is not possible simply it is not possible</w:t>
      </w:r>
    </w:p>
    <w:p>
      <w:pPr>
        <w:jc w:val="right"/>
      </w:pPr>
      <w:r>
        <w:t>ناو ہی وانٹ ٹو ٹرانسلیٹ دوز ائیڈیلز ان پریکٹیکل لائف ان سوشل لائف ان انسٹیٹیوشنز بٹ اٹ از ناٹ پوسیبل سمپلی اٹ از ناٹ پوسیبل</w:t>
      </w:r>
    </w:p>
    <w:p>
      <w:r>
        <w:rPr>
          <w:b/>
        </w:rPr>
        <w:t xml:space="preserve">[24:42] </w:t>
      </w:r>
      <w:r>
        <w:t>as an individual you can live according to your own ideals</w:t>
      </w:r>
    </w:p>
    <w:p>
      <w:pPr>
        <w:jc w:val="right"/>
      </w:pPr>
      <w:r>
        <w:t>ایز این انڈیویجول یو کین لیو اکارڈنگ ٹو یور اون ائیڈیلز</w:t>
      </w:r>
    </w:p>
    <w:p>
      <w:r>
        <w:rPr>
          <w:b/>
        </w:rPr>
        <w:t xml:space="preserve">[24:49] </w:t>
      </w:r>
      <w:r>
        <w:t>but as far as the society is concerned the social institutions are concerned you can not apply your ideals in these institutions or in in your society</w:t>
      </w:r>
    </w:p>
    <w:p>
      <w:pPr>
        <w:jc w:val="right"/>
      </w:pPr>
      <w:r>
        <w:t>بٹ ایز فار ایز دا سوسائٹی از کنسرن دا سوشل انسٹیٹیوشنز ار کنسرن یو کین ناٹ اپلائی یور ائیڈیلز ان دیز انسٹیٹیوشنز اور ان ان یور سوسائٹی</w:t>
      </w:r>
    </w:p>
    <w:p>
      <w:r>
        <w:rPr>
          <w:b/>
        </w:rPr>
        <w:t xml:space="preserve">[25:14] </w:t>
      </w:r>
      <w:r>
        <w:t>you have to be realist</w:t>
      </w:r>
    </w:p>
    <w:p>
      <w:pPr>
        <w:jc w:val="right"/>
      </w:pPr>
      <w:r>
        <w:t>یو ہیو ٹو بی ریلسٹ</w:t>
      </w:r>
    </w:p>
    <w:p>
      <w:r>
        <w:rPr>
          <w:b/>
        </w:rPr>
        <w:t xml:space="preserve">[25:21] </w:t>
      </w:r>
      <w:r>
        <w:t>in your mind you</w:t>
      </w:r>
    </w:p>
    <w:p>
      <w:pPr>
        <w:jc w:val="right"/>
      </w:pPr>
      <w:r>
        <w:t>ان یور مائنڈ یو</w:t>
      </w:r>
    </w:p>
    <w:p>
      <w:r>
        <w:rPr>
          <w:b/>
        </w:rPr>
        <w:t xml:space="preserve">[25:27] </w:t>
      </w:r>
      <w:r>
        <w:t>it is good to be idealist in your mind it is good to be an idealist in your mind</w:t>
      </w:r>
    </w:p>
    <w:p>
      <w:pPr>
        <w:jc w:val="right"/>
      </w:pPr>
      <w:r>
        <w:t>اٹ از گڈ ٹو بی ائیڈیلسٹ ان یور مائنڈ اٹ از گڈ ٹو بی این ائیڈیلسٹ ان یور مائنڈ</w:t>
      </w:r>
    </w:p>
    <w:p>
      <w:r>
        <w:rPr>
          <w:b/>
        </w:rPr>
        <w:t xml:space="preserve">[25:37] </w:t>
      </w:r>
      <w:r>
        <w:t>but as far as the practical life is concerned you can not afford to live according to your own ideals you have to be practical you have to be pragmatic you have to adjust with other</w:t>
      </w:r>
    </w:p>
    <w:p>
      <w:pPr>
        <w:jc w:val="right"/>
      </w:pPr>
      <w:r>
        <w:t>بٹ ایز فار ایز دا پریکٹیکل لائف از کنسرن یو کین ناٹ افورڈ ٹو لیو اکارڈنگ ٹو یور اون ائیڈیلز یو ہیو ٹو بی پریکٹیکل یو ہیو ٹو بی پراگمیٹک یو ہیو ٹو ایڈجسٹ ود ادر</w:t>
      </w:r>
    </w:p>
    <w:p>
      <w:r>
        <w:rPr>
          <w:b/>
        </w:rPr>
        <w:t xml:space="preserve">[26:01] </w:t>
      </w:r>
      <w:r>
        <w:t>this formula is not cowardice</w:t>
      </w:r>
    </w:p>
    <w:p>
      <w:pPr>
        <w:jc w:val="right"/>
      </w:pPr>
      <w:r>
        <w:t>دس فارمولا از ناٹ کورڈس</w:t>
      </w:r>
    </w:p>
    <w:p>
      <w:r>
        <w:rPr>
          <w:b/>
        </w:rPr>
        <w:t xml:space="preserve">[26:05] </w:t>
      </w:r>
      <w:r>
        <w:t>it is formula based on reason also it is based on islamic teachings the prophet of islam was an ideal person it is well known but at the same time he was a practical person</w:t>
      </w:r>
    </w:p>
    <w:p>
      <w:pPr>
        <w:jc w:val="right"/>
      </w:pPr>
      <w:r>
        <w:t>اٹ از فارمولا بیسڈ ان ریزن السو اٹ از بیسڈ ان اسلامک ٹیچنگز دا پرافٹ اف اسلام واز این ائیڈیل پرسن اٹ از ویل نون بٹ ایٹ دا سیم ٹائم ہی واز ا پریکٹیکل پرسن</w:t>
      </w:r>
    </w:p>
    <w:p>
      <w:r>
        <w:rPr>
          <w:b/>
        </w:rPr>
        <w:t xml:space="preserve">[26:25] </w:t>
      </w:r>
      <w:r>
        <w:t>there is a</w:t>
      </w:r>
    </w:p>
    <w:p>
      <w:pPr>
        <w:jc w:val="right"/>
      </w:pPr>
      <w:r>
        <w:t>دیر از ا</w:t>
      </w:r>
    </w:p>
    <w:p>
      <w:r>
        <w:rPr>
          <w:b/>
        </w:rPr>
        <w:t xml:space="preserve">[26:29] </w:t>
      </w:r>
      <w:r>
        <w:t>well known saying that politics is the art of the possible</w:t>
      </w:r>
    </w:p>
    <w:p>
      <w:pPr>
        <w:jc w:val="right"/>
      </w:pPr>
      <w:r>
        <w:t>ویل نون سینگ دیٹ پولیٹس از دا ارٹ اف دا پاسیبل</w:t>
      </w:r>
    </w:p>
    <w:p>
      <w:r>
        <w:rPr>
          <w:b/>
        </w:rPr>
        <w:t xml:space="preserve">[26:42] </w:t>
      </w:r>
      <w:r>
        <w:t>politics is the art of the possible i would like to say that this formula is not only for politics</w:t>
      </w:r>
    </w:p>
    <w:p>
      <w:pPr>
        <w:jc w:val="right"/>
      </w:pPr>
      <w:r>
        <w:t>پولیٹس از دا ارٹ اف دا پاسیبل ائی وڈ لائک ٹو سے دیٹ دس فارمولا از ناٹ اونلی فار پولیٹکس</w:t>
      </w:r>
    </w:p>
    <w:p>
      <w:r>
        <w:rPr>
          <w:b/>
        </w:rPr>
        <w:t xml:space="preserve">[26:55] </w:t>
      </w:r>
      <w:r>
        <w:t>in general sense it is for whole life so i would like to say that</w:t>
      </w:r>
    </w:p>
    <w:p>
      <w:pPr>
        <w:jc w:val="right"/>
      </w:pPr>
      <w:r>
        <w:t>ان جنرل سینس اٹ از فار ہول لائف سو ائی وڈ لائک ٹو سے دیٹ</w:t>
      </w:r>
    </w:p>
    <w:p>
      <w:r>
        <w:rPr>
          <w:b/>
        </w:rPr>
        <w:t xml:space="preserve">[27:05] </w:t>
      </w:r>
      <w:r>
        <w:t>that life is the art of the possible not only politics but whole life</w:t>
      </w:r>
    </w:p>
    <w:p>
      <w:pPr>
        <w:jc w:val="right"/>
      </w:pPr>
      <w:r>
        <w:t>دیٹ لائف از دا ارٹ اف دا پاسیبل ناٹ اونلی پولیٹکس بٹ ہول لائف</w:t>
      </w:r>
    </w:p>
    <w:p>
      <w:r>
        <w:rPr>
          <w:b/>
        </w:rPr>
        <w:t xml:space="preserve">[27:15] </w:t>
      </w:r>
      <w:r>
        <w:t>because when you are born in this world you are born in society in a family in a nation</w:t>
      </w:r>
    </w:p>
    <w:p>
      <w:pPr>
        <w:jc w:val="right"/>
      </w:pPr>
      <w:r>
        <w:t>بیکاز وین یو ار بورن ان دس ورلڈ یو ار بورن ان سوسائٹی ان ا فیملی ان ا نیشن</w:t>
      </w:r>
    </w:p>
    <w:p>
      <w:r>
        <w:rPr>
          <w:b/>
        </w:rPr>
        <w:t xml:space="preserve">[27:25] </w:t>
      </w:r>
      <w:r>
        <w:t>you can not afford to live in an isolation in some island it is not possible for you</w:t>
      </w:r>
    </w:p>
    <w:p>
      <w:pPr>
        <w:jc w:val="right"/>
      </w:pPr>
      <w:r>
        <w:t>یو کین ناٹ افورڈ ٹو لیو ان این ایسولیشن ان سم ائی لینڈ اٹ از ناٹ پوسیبل فار یو</w:t>
      </w:r>
    </w:p>
    <w:p>
      <w:r>
        <w:rPr>
          <w:b/>
        </w:rPr>
        <w:t xml:space="preserve">[27:36] </w:t>
      </w:r>
      <w:r>
        <w:t>man is a social animal man needs a society man needs social institutions</w:t>
      </w:r>
    </w:p>
    <w:p>
      <w:pPr>
        <w:jc w:val="right"/>
      </w:pPr>
      <w:r>
        <w:t>مین از ا سوشل اینیمل مین نیڈز ا سوسائٹی مین نیڈز سوشل انسٹیٹیوشنز</w:t>
      </w:r>
    </w:p>
    <w:p>
      <w:r>
        <w:rPr>
          <w:b/>
        </w:rPr>
        <w:t xml:space="preserve">[27:47] </w:t>
      </w:r>
      <w:r>
        <w:t>man leads other peoples to complete his plans</w:t>
      </w:r>
    </w:p>
    <w:p>
      <w:pPr>
        <w:jc w:val="right"/>
      </w:pPr>
      <w:r>
        <w:t>مین لیڈز ادر پیپلز ٹو کمپلیٹ ہز پلانز</w:t>
      </w:r>
    </w:p>
    <w:p>
      <w:r>
        <w:rPr>
          <w:b/>
        </w:rPr>
        <w:t xml:space="preserve">[27:52] </w:t>
      </w:r>
      <w:r>
        <w:t>story of all the peoples they tried to implement their ideals in your in the society but when they are in their home they follow the principle of pragmatism they became pragmatic</w:t>
      </w:r>
    </w:p>
    <w:p>
      <w:pPr>
        <w:jc w:val="right"/>
      </w:pPr>
      <w:r>
        <w:t>. اسٹوری اف اول دا پیپلز دے ٹرائی ٹو امپلیمنٹ دیر ائیڈیلز ان یور ان دی سوسائٹی بٹ وین دے ار ان دیر ہوم دے فالو دا پرنسپل اف پراگمیٹزم دے بیکم پراگمیٹک</w:t>
      </w:r>
    </w:p>
    <w:p>
      <w:r>
        <w:rPr>
          <w:b/>
        </w:rPr>
        <w:t xml:space="preserve">[28:20] </w:t>
      </w:r>
      <w:r>
        <w:t>so i would like to say that the only formula the only possible formula for life is that ignore the problem avail the opportunities because problem are part of nature problem are not part of some conspirators problems are not part of some enemy</w:t>
      </w:r>
    </w:p>
    <w:p>
      <w:pPr>
        <w:jc w:val="right"/>
      </w:pPr>
      <w:r>
        <w:t>سو ائی وڈ لائک ٹو سے دیٹ دا اونلی فارمولا دا اونلی پاسیبل فارمولا فار لائف از دیٹ اگنور دا پرابلم اویل دا اپرچونیٹیز بیکاز پرابلم ار پارٹ اف نیچر پرابلم ار ناٹ پارٹ اف سم کانسپریٹرز پرابلمز ار ناٹ پارٹ اف سم اینمی</w:t>
      </w:r>
    </w:p>
    <w:p>
      <w:r>
        <w:rPr>
          <w:b/>
        </w:rPr>
        <w:t xml:space="preserve">[28:47] </w:t>
      </w:r>
      <w:r>
        <w:t>it is problems are part of nature so you have to adjust with these problems you can not eliminate these problems the best formula is ignore the problems and avail the opportunities</w:t>
      </w:r>
    </w:p>
    <w:p>
      <w:pPr>
        <w:jc w:val="right"/>
      </w:pPr>
      <w:r>
        <w:t>اٹ از پرابلمز ار پارٹ اف نیچر سو یو ہیو ٹو ایڈجسٹ ود دیز پرابلمز یو کین ناٹ ایلیمینیٹ دیز پرابلمز دا بیسٹ فارمولا از اگنور دا پرابلمز اینڈ اویل دا اپرچونیٹیز</w:t>
      </w:r>
    </w:p>
    <w:p>
      <w:r>
        <w:rPr>
          <w:b/>
        </w:rPr>
        <w:t xml:space="preserve">[29:09] </w:t>
      </w:r>
      <w:r>
        <w:t>this formula is not only for your home for institutions</w:t>
      </w:r>
    </w:p>
    <w:p>
      <w:pPr>
        <w:jc w:val="right"/>
      </w:pPr>
      <w:r>
        <w:t>دس فارمولا از ناٹ اونلی فار یور ہوم فار انسٹیٹیوشنز</w:t>
      </w:r>
    </w:p>
    <w:p>
      <w:r>
        <w:rPr>
          <w:b/>
        </w:rPr>
        <w:t xml:space="preserve">[29:13] </w:t>
      </w:r>
      <w:r>
        <w:t>but also for nations for national life and also international life every where you have no option other than to follow this formula</w:t>
      </w:r>
    </w:p>
    <w:p>
      <w:pPr>
        <w:jc w:val="right"/>
      </w:pPr>
      <w:r>
        <w:t>بٹ الدو فار نیشنز فار نیشنل لائف اینڈ السو انٹرنیشنل لائف ایوری ویر یو ہیو نو اپشن ادر دین ٹو فالو دس فارمولا</w:t>
      </w:r>
    </w:p>
    <w:p>
      <w:r>
        <w:rPr>
          <w:b/>
        </w:rPr>
        <w:t xml:space="preserve">[29:32] </w:t>
      </w:r>
      <w:r>
        <w:t>then this formula was describe in quran in several ways</w:t>
      </w:r>
    </w:p>
    <w:p>
      <w:pPr>
        <w:jc w:val="right"/>
      </w:pPr>
      <w:r>
        <w:t>دین دس فارمولا واز ڈسکرائب ان قران ان سیورل ویز</w:t>
      </w:r>
    </w:p>
    <w:p>
      <w:r>
        <w:rPr>
          <w:b/>
        </w:rPr>
        <w:t xml:space="preserve">[29:44] </w:t>
      </w:r>
      <w:r>
        <w:t>like you know quran always teaches sabr sabr literally means patience but why patience sabr means that you have to be realistic you can not change the world so you have to adjust with the world otherwise you can not do anything</w:t>
      </w:r>
    </w:p>
    <w:p>
      <w:pPr>
        <w:jc w:val="right"/>
      </w:pPr>
      <w:r>
        <w:t>لائک یو نو قران الویز ٹیچز صبر صبر لٹرلی مینز پیشنس بٹ وائی پیشنس صبر مینز دیٹ یو ہیو ٹو بی ریلسٹک یو کین ناٹ چینج دا ورلڈ سو یو ہیو ٹو ایڈجسٹ ود دی ورلڈ ادروائز یو کین ناٹ ڈو اینی تھنگ</w:t>
      </w:r>
    </w:p>
    <w:p>
      <w:r>
        <w:rPr>
          <w:b/>
        </w:rPr>
        <w:t xml:space="preserve">[30:14] </w:t>
      </w:r>
      <w:r>
        <w:t>sabr means you know quran is a great advocate of sabr</w:t>
      </w:r>
    </w:p>
    <w:p>
      <w:pPr>
        <w:jc w:val="right"/>
      </w:pPr>
      <w:r>
        <w:t>صبر مینز یو نو قران از ا گریٹ ایڈوکیٹ اف صبر</w:t>
      </w:r>
    </w:p>
    <w:p>
      <w:r>
        <w:rPr>
          <w:b/>
        </w:rPr>
        <w:t xml:space="preserve">[30:25] </w:t>
      </w:r>
      <w:r>
        <w:t>but what is sabr literally sabr means patience sabr means that you have to live as far as your personal life is concerned</w:t>
      </w:r>
    </w:p>
    <w:p>
      <w:pPr>
        <w:jc w:val="right"/>
      </w:pPr>
      <w:r>
        <w:t>بٹ واٹ از صبر لٹرلی صبر مینز پیشنس صبر مینز دیٹ یو ہیو ٹو لیو ایز فار ایز یور پرسنل لائف از کنسرن</w:t>
      </w:r>
    </w:p>
    <w:p>
      <w:r>
        <w:rPr>
          <w:b/>
        </w:rPr>
        <w:t xml:space="preserve">[30:40] </w:t>
      </w:r>
      <w:r>
        <w:t>you have to live according to your creed according to your belief you can not you can not you can not compromise on your belief it is not possible for a woman a true woman is one who is not ready to compromise on his belief in his creed</w:t>
      </w:r>
    </w:p>
    <w:p>
      <w:pPr>
        <w:jc w:val="right"/>
      </w:pPr>
      <w:r>
        <w:t>یو ہیو ٹو لیو اکارڈنگ ٹو یور کریڈ اکارڈنگ ٹو یور بیلیف یو کین ناٹ یو کین ناٹ یو کین ناٹ کمپرومائز ان یور بیلیف اٹ از ناٹ پوسیبل فار ا وومن ا ٹرو وومن از ون ہو از ناٹ ریڈی ٹو کمپرومائز ان ہز بیلیف ان ہز کریڈ</w:t>
      </w:r>
    </w:p>
    <w:p>
      <w:r>
        <w:rPr>
          <w:b/>
        </w:rPr>
        <w:t xml:space="preserve">[31:07] </w:t>
      </w:r>
      <w:r>
        <w:t>so as far as the belief or creed is concerned there is no question of compromise or adjustment no this formula is applicable in practical life in social life</w:t>
      </w:r>
    </w:p>
    <w:p>
      <w:pPr>
        <w:jc w:val="right"/>
      </w:pPr>
      <w:r>
        <w:t>سو ایز فار ایز دا بیلیف اور کریڈ از کنسرن دیر از نو کوسچن اف کمپرومائز اور ایڈجسٹمنٹ نو دس فارمولا از ایپلیکیبل ان پریکٹیکل لائف ان سوشل لائف</w:t>
      </w:r>
    </w:p>
    <w:p>
      <w:r>
        <w:rPr>
          <w:b/>
        </w:rPr>
        <w:t xml:space="preserve">[31:28] </w:t>
      </w:r>
      <w:r>
        <w:t>so sabr means be patient in social affairs not in belief</w:t>
      </w:r>
    </w:p>
    <w:p>
      <w:pPr>
        <w:jc w:val="right"/>
      </w:pPr>
      <w:r>
        <w:t>سو صبر مینز بی پیشنٹ ان سوشل افیئرز ناٹ ان بیلیف</w:t>
      </w:r>
    </w:p>
    <w:p>
      <w:r>
        <w:rPr>
          <w:b/>
        </w:rPr>
        <w:t xml:space="preserve">[31:38] </w:t>
      </w:r>
      <w:r>
        <w:t>sabr means be patient in social affairs not in your belief system in belief system you have to be ideal</w:t>
      </w:r>
    </w:p>
    <w:p>
      <w:pPr>
        <w:jc w:val="right"/>
      </w:pPr>
      <w:r>
        <w:t>صبر مینز بی پیشنٹ ان سوشل افیئرز ناٹ ان یور بیلیف سسٹم ان بیلیف سسٹم یو ہیو ٹو بی ائیڈیل</w:t>
      </w:r>
    </w:p>
    <w:p>
      <w:r>
        <w:rPr>
          <w:b/>
        </w:rPr>
        <w:t xml:space="preserve">[31:56] </w:t>
      </w:r>
      <w:r>
        <w:t>in belief system you have to be an ideal no compromise at all</w:t>
      </w:r>
    </w:p>
    <w:p>
      <w:pPr>
        <w:jc w:val="right"/>
      </w:pPr>
      <w:r>
        <w:t>ان بیلیف سسٹم یو ہیو ٹو بی این ائیڈیل نو کمپرومائز ایٹ ال</w:t>
      </w:r>
    </w:p>
    <w:p>
      <w:r>
        <w:rPr>
          <w:b/>
        </w:rPr>
        <w:t xml:space="preserve">[32:05] </w:t>
      </w:r>
      <w:r>
        <w:t>you can not say the god is one also god is two or is three is not permissible</w:t>
      </w:r>
    </w:p>
    <w:p>
      <w:pPr>
        <w:jc w:val="right"/>
      </w:pPr>
      <w:r>
        <w:t>یو کین ناٹ سے دا گاڈ از ون السو گاڈ از ٹو اور از تھری از ناٹ پرمسیبل</w:t>
      </w:r>
    </w:p>
    <w:p>
      <w:r>
        <w:rPr>
          <w:b/>
        </w:rPr>
        <w:t xml:space="preserve">[32:15] </w:t>
      </w:r>
      <w:r>
        <w:t>you can not afford this kind of creed this kind of belief you are not allowed</w:t>
      </w:r>
    </w:p>
    <w:p>
      <w:pPr>
        <w:jc w:val="right"/>
      </w:pPr>
      <w:r>
        <w:t>یو کین ناٹ افورڈ دس کائنڈ اف کریڈ دس کائنڈ اف بیلیف یو ار ناٹ الاؤڈ</w:t>
      </w:r>
    </w:p>
    <w:p>
      <w:r>
        <w:rPr>
          <w:b/>
        </w:rPr>
        <w:t xml:space="preserve">[32:24] </w:t>
      </w:r>
      <w:r>
        <w:t>to say that god is one or the same time god is two or the same time god is three this kind of adjustment is haram in islam</w:t>
      </w:r>
    </w:p>
    <w:p>
      <w:pPr>
        <w:jc w:val="right"/>
      </w:pPr>
      <w:r>
        <w:t>ٹو سے دیٹ گاڈ از ون اور دا سیم ٹائم گاڈ از ٹو اور دا سیم ٹائم گاڈ از تھری دس کائنڈ اف ایڈجسٹمنٹ از حرام ان اسلام</w:t>
      </w:r>
    </w:p>
    <w:p>
      <w:r>
        <w:rPr>
          <w:b/>
        </w:rPr>
        <w:t xml:space="preserve">[32:38] </w:t>
      </w:r>
      <w:r>
        <w:t>so sabr the formula of sabr is applicable in social affairs and not in belief system as far as the belief system is concerned you are required to be ideal</w:t>
      </w:r>
    </w:p>
    <w:p>
      <w:pPr>
        <w:jc w:val="right"/>
      </w:pPr>
      <w:r>
        <w:t>سو صبر دا فارمولا اف صبر از ایپلیکیبل ان سوشل افیئرز اینڈ ناٹ ان بیلیف سسٹم ایز فار ایز دا بیلیف سسٹم از کنسرن یو ار ریکوائرڈ ٹو بی ائیڈیل</w:t>
      </w:r>
    </w:p>
    <w:p>
      <w:r>
        <w:rPr>
          <w:b/>
        </w:rPr>
        <w:t xml:space="preserve">[32:58] </w:t>
      </w:r>
      <w:r>
        <w:t>but when you are in family when you are in neighborhood when you are society when you are in national affairs</w:t>
      </w:r>
    </w:p>
    <w:p>
      <w:pPr>
        <w:jc w:val="right"/>
      </w:pPr>
      <w:r>
        <w:t>بٹ وین یو ار ان فیملی وین یو ار ان نیبرہڈ وین یو ار سوسائٹی وین یو ار ان نیشنل افیئرز</w:t>
      </w:r>
    </w:p>
    <w:p>
      <w:r>
        <w:rPr>
          <w:b/>
        </w:rPr>
        <w:t xml:space="preserve">[33:09] </w:t>
      </w:r>
      <w:r>
        <w:t>so you have to be practical that is the true meaning of sabr so prophet of islam always so prophet of islam always adopted this formula in every affairs in every matters</w:t>
      </w:r>
    </w:p>
    <w:p>
      <w:pPr>
        <w:jc w:val="right"/>
      </w:pPr>
      <w:r>
        <w:t>سو یو ہیو ٹو بی پریکٹیکل دٹ از دا ٹرو میننگ اف صبر سو پرافٹ اف اسلام الویز سو پرافٹ اف اسلام الویز اڈاپٹڈ دس فارمولا ان ایوری افیئرز ان ایوری میٹرز</w:t>
      </w:r>
    </w:p>
    <w:p>
      <w:r>
        <w:rPr>
          <w:b/>
        </w:rPr>
        <w:t xml:space="preserve">[33:34] </w:t>
      </w:r>
      <w:r>
        <w:t>not only in congregational prayer but in all other affairs</w:t>
      </w:r>
    </w:p>
    <w:p>
      <w:pPr>
        <w:jc w:val="right"/>
      </w:pPr>
      <w:r>
        <w:t>ناٹ اونلی ان کانگریگیشنل پریر بٹ ان اول ادر افیئرز</w:t>
      </w:r>
    </w:p>
    <w:p>
      <w:r>
        <w:rPr>
          <w:b/>
        </w:rPr>
        <w:t xml:space="preserve">[33:43] </w:t>
      </w:r>
      <w:r>
        <w:t>he was</w:t>
      </w:r>
    </w:p>
    <w:p>
      <w:pPr>
        <w:jc w:val="right"/>
      </w:pPr>
      <w:r>
        <w:t>ہی واز</w:t>
      </w:r>
    </w:p>
    <w:p>
      <w:r>
        <w:rPr>
          <w:b/>
        </w:rPr>
        <w:t xml:space="preserve">[33:46] </w:t>
      </w:r>
      <w:r>
        <w:t>i think that he was great states quest</w:t>
      </w:r>
    </w:p>
    <w:p>
      <w:pPr>
        <w:jc w:val="right"/>
      </w:pPr>
      <w:r>
        <w:t>ائی تھنک دیٹ ہی واز گریٹ اسٹیٹس کوئسٹ</w:t>
      </w:r>
    </w:p>
    <w:p>
      <w:r>
        <w:rPr>
          <w:b/>
        </w:rPr>
        <w:t xml:space="preserve">[33:52] </w:t>
      </w:r>
      <w:r>
        <w:t>he was great practical</w:t>
      </w:r>
    </w:p>
    <w:p>
      <w:pPr>
        <w:jc w:val="right"/>
      </w:pPr>
      <w:r>
        <w:t>ہی واز گریٹ پریکٹیکل</w:t>
      </w:r>
    </w:p>
    <w:p>
      <w:r>
        <w:rPr>
          <w:b/>
        </w:rPr>
        <w:t xml:space="preserve">[34:00] </w:t>
      </w:r>
      <w:r>
        <w:t>so prophet of islam</w:t>
      </w:r>
    </w:p>
    <w:p>
      <w:pPr>
        <w:jc w:val="right"/>
      </w:pPr>
      <w:r>
        <w:t>سو پرافٹ اف اسلام</w:t>
      </w:r>
    </w:p>
    <w:p>
      <w:r>
        <w:rPr>
          <w:b/>
        </w:rPr>
        <w:t xml:space="preserve">[34:04] </w:t>
      </w:r>
      <w:r>
        <w:t>according to this teaching and according to this sira i would like to say that it is a fact that there are something wrong or something right in theory something are wrong something are right</w:t>
      </w:r>
    </w:p>
    <w:p>
      <w:pPr>
        <w:jc w:val="right"/>
      </w:pPr>
      <w:r>
        <w:t>اکارڈنگ ٹو دس ٹیچنگ اینڈ اکارڈنگ ٹو دس سیرا ائی وڈ لائک ٹو سے دیٹ اٹ از ا فیکٹ دیٹ دیر ار سمથنگ رونگ اور سمથنگ رائٹ ان تھیوری سمથنگ ار رونگ سمથنگ ار رائٹ</w:t>
      </w:r>
    </w:p>
    <w:p>
      <w:r>
        <w:rPr>
          <w:b/>
        </w:rPr>
        <w:t xml:space="preserve">[34:24] </w:t>
      </w:r>
      <w:r>
        <w:t>in theory</w:t>
      </w:r>
    </w:p>
    <w:p>
      <w:pPr>
        <w:jc w:val="right"/>
      </w:pPr>
      <w:r>
        <w:t>ان تھیوری</w:t>
      </w:r>
    </w:p>
    <w:p>
      <w:r>
        <w:rPr>
          <w:b/>
        </w:rPr>
        <w:t xml:space="preserve">[34:28] </w:t>
      </w:r>
      <w:r>
        <w:t>right aur wrong is a is a fact</w:t>
      </w:r>
    </w:p>
    <w:p>
      <w:pPr>
        <w:jc w:val="right"/>
      </w:pPr>
      <w:r>
        <w:t>رائٹ اور رونگ از ا از ا فیکٹ</w:t>
      </w:r>
    </w:p>
    <w:p>
      <w:r>
        <w:rPr>
          <w:b/>
        </w:rPr>
        <w:t xml:space="preserve">[34:35] </w:t>
      </w:r>
      <w:r>
        <w:t>it is a fact that there are something there are something that are wrong or something that are right but</w:t>
      </w:r>
    </w:p>
    <w:p>
      <w:pPr>
        <w:jc w:val="right"/>
      </w:pPr>
      <w:r>
        <w:t>اٹ از ا فیکٹ دیٹ دیر ار سمથنگ دیر ار سمથنگ دیٹ ار رونگ اور سمથنگ دیٹ ار رائٹ بٹ</w:t>
      </w:r>
    </w:p>
    <w:p>
      <w:r>
        <w:rPr>
          <w:b/>
        </w:rPr>
        <w:t xml:space="preserve">[34:48] </w:t>
      </w:r>
      <w:r>
        <w:t>but you can not follow this kind of belief in practical affairs</w:t>
      </w:r>
    </w:p>
    <w:p>
      <w:pPr>
        <w:jc w:val="right"/>
      </w:pPr>
      <w:r>
        <w:t>بٹ یو کین ناٹ فالو دس کائنڈ اف بیلیف ان پریکٹیکل افیئرز</w:t>
      </w:r>
    </w:p>
    <w:p>
      <w:r>
        <w:rPr>
          <w:b/>
        </w:rPr>
        <w:t xml:space="preserve">[34:55] </w:t>
      </w:r>
      <w:r>
        <w:t>in your mind you can say right is wrong in your mind</w:t>
      </w:r>
    </w:p>
    <w:p>
      <w:pPr>
        <w:jc w:val="right"/>
      </w:pPr>
      <w:r>
        <w:t>ان یور مائنڈ یو کین سے رائٹ از رونگ ان یور مائنڈ</w:t>
      </w:r>
    </w:p>
    <w:p>
      <w:r>
        <w:rPr>
          <w:b/>
        </w:rPr>
        <w:t xml:space="preserve">[35:01] </w:t>
      </w:r>
      <w:r>
        <w:t>as a theory</w:t>
      </w:r>
    </w:p>
    <w:p>
      <w:pPr>
        <w:jc w:val="right"/>
      </w:pPr>
      <w:r>
        <w:t>ایز ا تھیوری</w:t>
      </w:r>
    </w:p>
    <w:p>
      <w:r>
        <w:rPr>
          <w:b/>
        </w:rPr>
        <w:t xml:space="preserve">[35:04] </w:t>
      </w:r>
      <w:r>
        <w:t>in theoretical sense</w:t>
      </w:r>
    </w:p>
    <w:p>
      <w:pPr>
        <w:jc w:val="right"/>
      </w:pPr>
      <w:r>
        <w:t>ان تھریٹیکل سینس</w:t>
      </w:r>
    </w:p>
    <w:p>
      <w:r>
        <w:rPr>
          <w:b/>
        </w:rPr>
        <w:t xml:space="preserve">[35:06] </w:t>
      </w:r>
      <w:r>
        <w:t>in theoretical sense you can say right and wrong</w:t>
      </w:r>
    </w:p>
    <w:p>
      <w:pPr>
        <w:jc w:val="right"/>
      </w:pPr>
      <w:r>
        <w:t>ان تھریٹیکل سینس یو کین سے رائٹ اینڈ رونگ</w:t>
      </w:r>
    </w:p>
    <w:p>
      <w:r>
        <w:rPr>
          <w:b/>
        </w:rPr>
        <w:t xml:space="preserve">[35:12] </w:t>
      </w:r>
      <w:r>
        <w:t>but when comes</w:t>
      </w:r>
    </w:p>
    <w:p>
      <w:pPr>
        <w:jc w:val="right"/>
      </w:pPr>
      <w:r>
        <w:t>بٹ وین کمز</w:t>
      </w:r>
    </w:p>
    <w:p>
      <w:r>
        <w:rPr>
          <w:b/>
        </w:rPr>
        <w:t xml:space="preserve">[35:15] </w:t>
      </w:r>
      <w:r>
        <w:t>the practical when you are in practical life you cannot afford to follow this kind of formula</w:t>
      </w:r>
    </w:p>
    <w:p>
      <w:pPr>
        <w:jc w:val="right"/>
      </w:pPr>
      <w:r>
        <w:t>دا پریکٹیکل وین یو ار ان پریکٹیکل لائف یو کین ناٹ افورڈ ٹو فالو دس کائنڈ اف فارمولا</w:t>
      </w:r>
    </w:p>
    <w:p>
      <w:r>
        <w:rPr>
          <w:b/>
        </w:rPr>
        <w:t xml:space="preserve">[35:26] </w:t>
      </w:r>
      <w:r>
        <w:t>you have to be you have to compromise you have to adjust</w:t>
      </w:r>
    </w:p>
    <w:p>
      <w:pPr>
        <w:jc w:val="right"/>
      </w:pPr>
      <w:r>
        <w:t>یو ہیو ٹو بی یو ہیو ٹو کمپرومائز یو ہیو ٹو ایڈجسٹ</w:t>
      </w:r>
    </w:p>
    <w:p>
      <w:r>
        <w:rPr>
          <w:b/>
        </w:rPr>
        <w:t xml:space="preserve">[35:33] </w:t>
      </w:r>
      <w:r>
        <w:t>for example prophet of islam was appointed up as a prophet in 610 ad then he lived up to 13 years in mecca</w:t>
      </w:r>
    </w:p>
    <w:p>
      <w:pPr>
        <w:jc w:val="right"/>
      </w:pPr>
      <w:r>
        <w:t>فار ایگزمپل پرافٹ اف اسلام واز اپوائنٹڈ اپ ایز ا پرافٹ ان 610 اے ڈی دین ہی لیوڈ اپ ٹو 13 ایئرز ان مکہ</w:t>
      </w:r>
    </w:p>
    <w:p>
      <w:r>
        <w:rPr>
          <w:b/>
        </w:rPr>
        <w:t xml:space="preserve">[35:48] </w:t>
      </w:r>
      <w:r>
        <w:t>13 years after after prophethood he lived up to 13 years in mecca</w:t>
      </w:r>
    </w:p>
    <w:p>
      <w:pPr>
        <w:jc w:val="right"/>
      </w:pPr>
      <w:r>
        <w:t>13 ایئرز افٹر افٹر پرافٹہ ہی لیوڈ اپ ٹو 13 ایئرز ان مکہ</w:t>
      </w:r>
    </w:p>
    <w:p>
      <w:r>
        <w:rPr>
          <w:b/>
        </w:rPr>
        <w:t xml:space="preserve">[36:00] </w:t>
      </w:r>
      <w:r>
        <w:t>so you know at the time kabah was full of idols there were 360 idols placed in kabah</w:t>
      </w:r>
    </w:p>
    <w:p>
      <w:pPr>
        <w:jc w:val="right"/>
      </w:pPr>
      <w:r>
        <w:t>سو یو نو ایٹ دا ٹائم کعبہ واز فل اف ائیڈلز دیر وار 360 ائیڈلز پلیسڈ ان کعبہ</w:t>
      </w:r>
    </w:p>
    <w:p>
      <w:r>
        <w:rPr>
          <w:b/>
        </w:rPr>
        <w:t xml:space="preserve">[36:13] </w:t>
      </w:r>
      <w:r>
        <w:t>but he never touched he never tried to destroy all those idols</w:t>
      </w:r>
    </w:p>
    <w:p>
      <w:pPr>
        <w:jc w:val="right"/>
      </w:pPr>
      <w:r>
        <w:t>بٹ ہی نیور ٹچڈ ہی نیور ٹرائیڈ ٹو ڈسٹروئے اول دوز ائیڈلز</w:t>
      </w:r>
    </w:p>
    <w:p>
      <w:r>
        <w:rPr>
          <w:b/>
        </w:rPr>
        <w:t xml:space="preserve">[36:22] </w:t>
      </w:r>
      <w:r>
        <w:t>up to 13 years he was great believer of tauheed up to 13 years in mecca prophet was a great believer of oneness of god as far as his belief his belief was concerned</w:t>
      </w:r>
    </w:p>
    <w:p>
      <w:pPr>
        <w:jc w:val="right"/>
      </w:pPr>
      <w:r>
        <w:t>اپ ٹو 13 ایئرز ہی واز گریٹ بیلیور اف توحید اپ ٹو 13 ایئرز ان مکہ پرافٹ واز ا گریٹ بیلیور اف وننس اف گاڈ ایز فار ایز ہز بیلیف ہز بیلیف واز کنسرن</w:t>
      </w:r>
    </w:p>
    <w:p>
      <w:r>
        <w:rPr>
          <w:b/>
        </w:rPr>
        <w:t xml:space="preserve">[36:43] </w:t>
      </w:r>
      <w:r>
        <w:t>his belief was that idol worship is haram</w:t>
      </w:r>
    </w:p>
    <w:p>
      <w:pPr>
        <w:jc w:val="right"/>
      </w:pPr>
      <w:r>
        <w:t>ہز بیلیف واز دیٹ ائیڈل ورشپ از حرام</w:t>
      </w:r>
    </w:p>
    <w:p>
      <w:r>
        <w:rPr>
          <w:b/>
        </w:rPr>
        <w:t xml:space="preserve">[36:50] </w:t>
      </w:r>
      <w:r>
        <w:t>so he was a great believer of tauheed but he never tried to destroy all those idols why due to practical reason due to practical reason in theory he was a muwahid</w:t>
      </w:r>
    </w:p>
    <w:p>
      <w:pPr>
        <w:jc w:val="right"/>
      </w:pPr>
      <w:r>
        <w:t>سو ہی واز ا گریٹ بیلیور اف توحید بٹ ہی نیور ٹرائیڈ ٹو ڈسٹروئے اول دوز ائیڈلز وائی ڈیو ٹو پریکٹیکل ریزن ڈیو ٹو پریکٹیکل ریزن ان تھیوری ہی واز ا موحد</w:t>
      </w:r>
    </w:p>
    <w:p>
      <w:r>
        <w:rPr>
          <w:b/>
        </w:rPr>
        <w:t xml:space="preserve">[37:12] </w:t>
      </w:r>
      <w:r>
        <w:t>in theory he was a great believer of oneness of God</w:t>
      </w:r>
    </w:p>
    <w:p>
      <w:pPr>
        <w:jc w:val="right"/>
      </w:pPr>
      <w:r>
        <w:t>ان تھیوری ہی واز ا گریٹ بیلیور اف وننس اف گاڈ</w:t>
      </w:r>
    </w:p>
    <w:p>
      <w:r>
        <w:rPr>
          <w:b/>
        </w:rPr>
        <w:t xml:space="preserve">[37:19] </w:t>
      </w:r>
      <w:r>
        <w:t>but in practice in practices</w:t>
      </w:r>
    </w:p>
    <w:p>
      <w:pPr>
        <w:jc w:val="right"/>
      </w:pPr>
      <w:r>
        <w:t>بٹ ان پریکٹس ان پریکٹیکس</w:t>
      </w:r>
    </w:p>
    <w:p>
      <w:r>
        <w:rPr>
          <w:b/>
        </w:rPr>
        <w:t xml:space="preserve">[37:22] </w:t>
      </w:r>
      <w:r>
        <w:t>in practice he adopted the realistic approach the practical approach because at the time it was not possible</w:t>
      </w:r>
    </w:p>
    <w:p>
      <w:pPr>
        <w:jc w:val="right"/>
      </w:pPr>
      <w:r>
        <w:t>ان پریکٹس ہی اڈاپٹڈ دا ریلسٹک اپروچ دا پریکٹیکل اپروچ بیکاز ایٹ دا ٹائم اٹ واز ناٹ پوسیبل</w:t>
      </w:r>
    </w:p>
    <w:p>
      <w:r>
        <w:rPr>
          <w:b/>
        </w:rPr>
        <w:t xml:space="preserve">[37:31] </w:t>
      </w:r>
      <w:r>
        <w:t>for him to destroy all those idols</w:t>
      </w:r>
    </w:p>
    <w:p>
      <w:pPr>
        <w:jc w:val="right"/>
      </w:pPr>
      <w:r>
        <w:t>فار ہم ٹو ڈسٹروئے اول دوز ائیڈلز</w:t>
      </w:r>
    </w:p>
    <w:p>
      <w:r>
        <w:rPr>
          <w:b/>
        </w:rPr>
        <w:t xml:space="preserve">[37:35] </w:t>
      </w:r>
      <w:r>
        <w:t>at the time Mecca was occupied by mushrik leaders</w:t>
      </w:r>
    </w:p>
    <w:p>
      <w:pPr>
        <w:jc w:val="right"/>
      </w:pPr>
      <w:r>
        <w:t>ایٹ دا ٹائم مکہ واز اکوپائیڈ بائی مشرک لیڈرز</w:t>
      </w:r>
    </w:p>
    <w:p>
      <w:r>
        <w:rPr>
          <w:b/>
        </w:rPr>
        <w:t xml:space="preserve">[37:43] </w:t>
      </w:r>
      <w:r>
        <w:t>at the time mecca was was occupied by by mushrik leaders like abujahal or abulahab etcetera they were very very powerful</w:t>
      </w:r>
    </w:p>
    <w:p>
      <w:pPr>
        <w:jc w:val="right"/>
      </w:pPr>
      <w:r>
        <w:t>ایٹ دا ٹائم مکہ واز واز اکوپائیڈ بائی بائی مشرک لیڈرز لائک ابوجہل اور ابو لہب ایٹسرا دے ویر ویری ویری پاورفل</w:t>
      </w:r>
    </w:p>
    <w:p>
      <w:r>
        <w:rPr>
          <w:b/>
        </w:rPr>
        <w:t xml:space="preserve">[38:03] </w:t>
      </w:r>
      <w:r>
        <w:t>so it not at the time it was not possible to destroy all those idols</w:t>
      </w:r>
    </w:p>
    <w:p>
      <w:pPr>
        <w:jc w:val="right"/>
      </w:pPr>
      <w:r>
        <w:t>سو اٹ ناٹ ایٹ دا ٹائم اٹ واز ناٹ پوسیبل ٹو ڈسٹروئے اول دوز ائیڈلز</w:t>
      </w:r>
    </w:p>
    <w:p>
      <w:r>
        <w:rPr>
          <w:b/>
        </w:rPr>
        <w:t xml:space="preserve">[38:10] </w:t>
      </w:r>
      <w:r>
        <w:t>so prophet so in theory prophet</w:t>
      </w:r>
    </w:p>
    <w:p>
      <w:pPr>
        <w:jc w:val="right"/>
      </w:pPr>
      <w:r>
        <w:t>سو پرافٹ سو ان تھیوری پرافٹ</w:t>
      </w:r>
    </w:p>
    <w:p>
      <w:r>
        <w:rPr>
          <w:b/>
        </w:rPr>
        <w:t xml:space="preserve">[38:18] </w:t>
      </w:r>
      <w:r>
        <w:t>became a great believer of tauheed but in practice he avoid he avoided to destroy all those byters until the fath mecca</w:t>
      </w:r>
    </w:p>
    <w:p>
      <w:pPr>
        <w:jc w:val="right"/>
      </w:pPr>
      <w:r>
        <w:t>بیکم ا گریٹ بیلیور اف توحید بٹ ان پریکٹس ہی اوائڈ ہی اوائڈڈ ٹو ڈسٹروئے اول دوز بائٹرز انٹل دی فتح مکہ</w:t>
      </w:r>
    </w:p>
    <w:p>
      <w:r>
        <w:rPr>
          <w:b/>
        </w:rPr>
        <w:t xml:space="preserve">[38:32] </w:t>
      </w:r>
      <w:r>
        <w:t>he waited</w:t>
      </w:r>
    </w:p>
    <w:p>
      <w:pPr>
        <w:jc w:val="right"/>
      </w:pPr>
      <w:r>
        <w:t>ہی ویٹڈ</w:t>
      </w:r>
    </w:p>
    <w:p>
      <w:r>
        <w:rPr>
          <w:b/>
        </w:rPr>
        <w:t xml:space="preserve">[38:35] </w:t>
      </w:r>
      <w:r>
        <w:t>as far as the problem of idol is concerned he adopted the policy wait and see wait and see</w:t>
      </w:r>
    </w:p>
    <w:p>
      <w:pPr>
        <w:jc w:val="right"/>
      </w:pPr>
      <w:r>
        <w:t>ان ایز فار ایز دا پرابلم اف ائیڈل از کنسرن ہی اڈاپٹڈ دا پالیسی ویٹ اینڈ سی ویٹ اینڈ سی</w:t>
      </w:r>
    </w:p>
    <w:p>
      <w:r>
        <w:rPr>
          <w:b/>
        </w:rPr>
        <w:t xml:space="preserve">[38:46] </w:t>
      </w:r>
      <w:r>
        <w:t>as far as the theoretical aspect is concerned he he adopted the policy of idealism</w:t>
      </w:r>
    </w:p>
    <w:p>
      <w:pPr>
        <w:jc w:val="right"/>
      </w:pPr>
      <w:r>
        <w:t>ایز فار ایز دا تھریٹیکل اسپیکٹ از کنسرن ہی ہی اڈاپٹڈ دا پالیسی اف ائیڈیلزم</w:t>
      </w:r>
    </w:p>
    <w:p>
      <w:r>
        <w:rPr>
          <w:b/>
        </w:rPr>
        <w:t xml:space="preserve">[38:57] </w:t>
      </w:r>
      <w:r>
        <w:t>but as far as the practical matters are concerned he adopted the policy wait and see wait and see this is sabr</w:t>
      </w:r>
    </w:p>
    <w:p>
      <w:pPr>
        <w:jc w:val="right"/>
      </w:pPr>
      <w:r>
        <w:t>بٹ ایز فار ایز دا پریکٹیکل میٹرز ار کنسرن ہی اڈاپٹڈ دا پالیسی ویٹ اینڈ سی ویٹ اینڈ سی دس از صبر</w:t>
      </w:r>
    </w:p>
    <w:p>
      <w:r>
        <w:rPr>
          <w:b/>
        </w:rPr>
        <w:t xml:space="preserve">[39:10] </w:t>
      </w:r>
      <w:r>
        <w:t>sabr is only the other name of sabr is sabr is the sabr is only and a quranic name of of the policy of wait and see wait and see</w:t>
      </w:r>
    </w:p>
    <w:p>
      <w:pPr>
        <w:jc w:val="right"/>
      </w:pPr>
      <w:r>
        <w:t>صبر از اونلی دی ادر نیم اف صبر از صبر از دا صبر از اونلی اینڈ ا قرانک نیم اف اف دا پالیسی اف ویٹ اینڈ سی ویٹ اینڈ سی</w:t>
      </w:r>
    </w:p>
    <w:p>
      <w:r>
        <w:rPr>
          <w:b/>
        </w:rPr>
        <w:t xml:space="preserve">[39:22] </w:t>
      </w:r>
      <w:r>
        <w:t>if you read those books that are that were compiled in shamail or sunnah sunnah there are so many books in which the author tried to to tell you what are the sunnah of the prophet what were the sunnah of the prophet</w:t>
      </w:r>
    </w:p>
    <w:p>
      <w:pPr>
        <w:jc w:val="right"/>
      </w:pPr>
      <w:r>
        <w:t>. اف یو ریڈ دوز بکس دیٹ ار دیٹ ویر کمپائل ان شمائل اور سنہ سنہ دیر ار سو مینی بکس ان وچ دا اتھر ٹرائی ٹو ٹو ٹیل یو واٹ ار دا سنہ اف دا پرافٹ واٹ ویر دا سنہ اف دا پرافٹ</w:t>
      </w:r>
    </w:p>
    <w:p>
      <w:r>
        <w:rPr>
          <w:b/>
        </w:rPr>
        <w:t xml:space="preserve">[39:51] </w:t>
      </w:r>
      <w:r>
        <w:t>but if you read this kind of books you find that there are very trivial kind of sunnah like like khidab on beard like surma in eyes like</w:t>
      </w:r>
    </w:p>
    <w:p>
      <w:pPr>
        <w:jc w:val="right"/>
      </w:pPr>
      <w:r>
        <w:t>بٹ اف یو ریڈ دس کائنڈ اف بکس یو فائنڈ دیٹ دیر ار ویری انٹریول کائنڈ اف سنہ لائک لائک خداب ان بیئرڈ لائک سرما ان ائیز لائک</w:t>
      </w:r>
    </w:p>
    <w:p>
      <w:r>
        <w:rPr>
          <w:b/>
        </w:rPr>
        <w:t xml:space="preserve">[40:13] </w:t>
      </w:r>
      <w:r>
        <w:t>and another thing like this</w:t>
      </w:r>
    </w:p>
    <w:p>
      <w:pPr>
        <w:jc w:val="right"/>
      </w:pPr>
      <w:r>
        <w:t>اینڈ انادر تھنگ لائک دس</w:t>
      </w:r>
    </w:p>
    <w:p>
      <w:r>
        <w:rPr>
          <w:b/>
        </w:rPr>
        <w:t xml:space="preserve">[40:17] </w:t>
      </w:r>
      <w:r>
        <w:t>bat these authors fail to mention those great sunnah</w:t>
      </w:r>
    </w:p>
    <w:p>
      <w:pPr>
        <w:jc w:val="right"/>
      </w:pPr>
      <w:r>
        <w:t>بٹ دیز اتھرز فیل ٹو مینشن دوز گریٹ سنہ</w:t>
      </w:r>
    </w:p>
    <w:p>
      <w:r>
        <w:rPr>
          <w:b/>
        </w:rPr>
        <w:t xml:space="preserve">[40:26] </w:t>
      </w:r>
      <w:r>
        <w:t>one of of that kind of sunnah is is is status quoism that is</w:t>
      </w:r>
    </w:p>
    <w:p>
      <w:pPr>
        <w:jc w:val="right"/>
      </w:pPr>
      <w:r>
        <w:t>ون اف اف دیٹ کائنڈ اف سنہ از از از اسٹیٹس کوئزم دیٹ از</w:t>
      </w:r>
    </w:p>
    <w:p>
      <w:r>
        <w:rPr>
          <w:b/>
        </w:rPr>
        <w:t xml:space="preserve">[40:42] </w:t>
      </w:r>
      <w:r>
        <w:t>as far as a theory is concerned</w:t>
      </w:r>
    </w:p>
    <w:p>
      <w:pPr>
        <w:jc w:val="right"/>
      </w:pPr>
      <w:r>
        <w:t>ایز فار ایز ا تھیوری از کنسرن</w:t>
      </w:r>
    </w:p>
    <w:p>
      <w:r>
        <w:rPr>
          <w:b/>
        </w:rPr>
        <w:t xml:space="preserve">[40:45] </w:t>
      </w:r>
      <w:r>
        <w:t>you are required to be an ideal but as far as the as the practical aspect is concerned you have to be you have to adjust with other other other wise you can not do anything you can not do dawah work you can not pre</w:t>
      </w:r>
    </w:p>
    <w:p>
      <w:pPr>
        <w:jc w:val="right"/>
      </w:pPr>
      <w:r>
        <w:t>یو ار ریکوائرڈ ٹو بی این ائیڈیل بٹ ایز فار ایز دا ایز دا پریکٹیکل اسپیکٹ از کنسرن یو ہیو ٹو بی یو ہیو ٹو ایڈجسٹ ود ادر ادر ادر وائز یو کین ناٹ ڈو اینی تھنگ یو کین ناٹ ڈو داوا ورک یو کین ناٹ پری</w:t>
      </w:r>
    </w:p>
    <w:p>
      <w:r>
        <w:rPr>
          <w:b/>
        </w:rPr>
        <w:t xml:space="preserve">[41:11] </w:t>
      </w:r>
      <w:r>
        <w:t>you can not do anything because you are living in society</w:t>
      </w:r>
    </w:p>
    <w:p>
      <w:pPr>
        <w:jc w:val="right"/>
      </w:pPr>
      <w:r>
        <w:t>یو کین ناٹ ڈو اینی تھنگ بیکاز یو ار لیونگ ان سوسائٹی</w:t>
      </w:r>
    </w:p>
    <w:p>
      <w:r>
        <w:rPr>
          <w:b/>
        </w:rPr>
        <w:t xml:space="preserve">[41:17] </w:t>
      </w:r>
      <w:r>
        <w:t>not in in isolation so this formula was followed by the prophet of Islam in every affairs throughout his life until his death</w:t>
      </w:r>
    </w:p>
    <w:p>
      <w:pPr>
        <w:jc w:val="right"/>
      </w:pPr>
      <w:r>
        <w:t>ناٹ ان ان اسولیشن سو دس فارمولا واز فالوڈ بائی دی پرافٹ اف اسلام ان ایوری افیئرز تھرو اؤٹ ہز لائف انٹل ہز ڈیتھ</w:t>
      </w:r>
    </w:p>
    <w:p>
      <w:r>
        <w:rPr>
          <w:b/>
        </w:rPr>
        <w:t xml:space="preserve">[41:35] </w:t>
      </w:r>
      <w:r>
        <w:t>until his death</w:t>
      </w:r>
    </w:p>
    <w:p>
      <w:pPr>
        <w:jc w:val="right"/>
      </w:pPr>
      <w:r>
        <w:t>انٹل ہز ڈیتھ</w:t>
      </w:r>
    </w:p>
    <w:p>
      <w:r>
        <w:rPr>
          <w:b/>
        </w:rPr>
        <w:t xml:space="preserve">[41:39] </w:t>
      </w:r>
      <w:r>
        <w:t>you know what happened with kaaba</w:t>
      </w:r>
    </w:p>
    <w:p>
      <w:pPr>
        <w:jc w:val="right"/>
      </w:pPr>
      <w:r>
        <w:t>یو نو واٹ ہیپنڈ ود کعبہ</w:t>
      </w:r>
    </w:p>
    <w:p>
      <w:r>
        <w:rPr>
          <w:b/>
        </w:rPr>
        <w:t xml:space="preserve">[41:44] </w:t>
      </w:r>
      <w:r>
        <w:t>kaaba was built by prophet Ibrahim before 4000 years</w:t>
      </w:r>
    </w:p>
    <w:p>
      <w:pPr>
        <w:jc w:val="right"/>
      </w:pPr>
      <w:r>
        <w:t>کعبہ واز بلٹ بائی پرافٹ ابراہیم بیفور 4000 ایئرز</w:t>
      </w:r>
    </w:p>
    <w:p>
      <w:r>
        <w:rPr>
          <w:b/>
        </w:rPr>
        <w:t xml:space="preserve">[41:57] </w:t>
      </w:r>
      <w:r>
        <w:t>4000 years ago when Prophet Ibrahim built Kaaba then sometime he was it was demolished due to some reason</w:t>
      </w:r>
    </w:p>
    <w:p>
      <w:pPr>
        <w:jc w:val="right"/>
      </w:pPr>
      <w:r>
        <w:t>4000 ایئرز اگو وین پرافٹ ابراہیم بلڈ کعبہ دین سم ٹائم ہی واز اٹ واز ڈیمولش ڈیو ٹو سم ریزن</w:t>
      </w:r>
    </w:p>
    <w:p>
      <w:r>
        <w:rPr>
          <w:b/>
        </w:rPr>
        <w:t xml:space="preserve">[42:11] </w:t>
      </w:r>
      <w:r>
        <w:t>then mushrik people at the time mushrik people were the custodian of Kaaba so they rebuilt it but when they rebuilt Kaaba they reduced area</w:t>
      </w:r>
    </w:p>
    <w:p>
      <w:pPr>
        <w:jc w:val="right"/>
      </w:pPr>
      <w:r>
        <w:t>دین مشرک پیپل ایٹ دا ٹائم مشرک پیپل ویر دی کسٹوڈین اف کعبہ سو دے ری بلٹ اٹ بٹ وین دے ری بلٹ کعبہ دے ریڈیوس اریہ</w:t>
      </w:r>
    </w:p>
    <w:p>
      <w:r>
        <w:rPr>
          <w:b/>
        </w:rPr>
        <w:t xml:space="preserve">[42:30] </w:t>
      </w:r>
      <w:r>
        <w:t>they reduce area no the present Kaaba was built by mushrik people</w:t>
      </w:r>
    </w:p>
    <w:p>
      <w:pPr>
        <w:jc w:val="right"/>
      </w:pPr>
      <w:r>
        <w:t>دے ریڈیوس اریہ نو دا پریزنٹ کعبہ واز بلٹ بائی مشرک پیپل</w:t>
      </w:r>
    </w:p>
    <w:p>
      <w:r>
        <w:rPr>
          <w:b/>
        </w:rPr>
        <w:t xml:space="preserve">[42:39] </w:t>
      </w:r>
      <w:r>
        <w:t>it is not at the base of prophet Abraham</w:t>
      </w:r>
    </w:p>
    <w:p>
      <w:pPr>
        <w:jc w:val="right"/>
      </w:pPr>
      <w:r>
        <w:t>اٹ از ناٹ ایٹ دا بیس اف پرافٹ ابراہم</w:t>
      </w:r>
    </w:p>
    <w:p>
      <w:r>
        <w:rPr>
          <w:b/>
        </w:rPr>
        <w:t xml:space="preserve">[42:45] </w:t>
      </w:r>
      <w:r>
        <w:t>prophet was aware of this fact that the present building of kaaba was built by the mushrik people</w:t>
      </w:r>
    </w:p>
    <w:p>
      <w:pPr>
        <w:jc w:val="right"/>
      </w:pPr>
      <w:r>
        <w:t>پرافٹ واز اویر اف دس فیکٹ دیٹ دا پریزنٹ بلڈنگ اف کعبہ واز بلٹ بائی دا مشرک پیپل</w:t>
      </w:r>
    </w:p>
    <w:p>
      <w:r>
        <w:rPr>
          <w:b/>
        </w:rPr>
        <w:t xml:space="preserve">[42:59] </w:t>
      </w:r>
      <w:r>
        <w:t>prophet the kaaba built by Ibrahim was not square but now it is square</w:t>
      </w:r>
    </w:p>
    <w:p>
      <w:pPr>
        <w:jc w:val="right"/>
      </w:pPr>
      <w:r>
        <w:t>پرافٹ دا کعبہ بلٹ بائے ابراہیم واز ناٹ اسکوئر بٹ ناؤ اٹ از اسکوئر</w:t>
      </w:r>
    </w:p>
    <w:p>
      <w:r>
        <w:rPr>
          <w:b/>
        </w:rPr>
        <w:t xml:space="preserve">[43:09] </w:t>
      </w:r>
      <w:r>
        <w:t>but he avoided to rebuild Kaaba why it was bound to create new controversies</w:t>
      </w:r>
    </w:p>
    <w:p>
      <w:pPr>
        <w:jc w:val="right"/>
      </w:pPr>
      <w:r>
        <w:t>بٹ ہی اوائڈڈ ٹو ری بلٹ کعبہ وائی اٹ واز باؤنڈ ٹو کریٹ نیو کنٹروورسیز</w:t>
      </w:r>
    </w:p>
    <w:p>
      <w:r>
        <w:rPr>
          <w:b/>
        </w:rPr>
        <w:t xml:space="preserve">[43:22] </w:t>
      </w:r>
      <w:r>
        <w:t>it was bound to create new controversies so simply for this reason to avoid all those controversies he left Kaaba at his at that base</w:t>
      </w:r>
    </w:p>
    <w:p>
      <w:pPr>
        <w:jc w:val="right"/>
      </w:pPr>
      <w:r>
        <w:t>اٹ واز باؤنڈ ٹو کریٹ نیو کنٹروورسیز سو سمپلی فار دس ریزن ٹو اوائڈ اول دوز کنٹروورسیز ہی لیفٹ کعبہ ایٹ ہز ایٹ دیٹ بیس</w:t>
      </w:r>
    </w:p>
    <w:p>
      <w:r>
        <w:rPr>
          <w:b/>
        </w:rPr>
        <w:t xml:space="preserve">[43:37] </w:t>
      </w:r>
      <w:r>
        <w:t>he never tried to rebuild Kaaba on the base of Hazrat Ibrahim and now the present Kaaba which we know is not on that base on that base that was that was at the time of Prophet Ibrahim it is on the base of mushrik people</w:t>
      </w:r>
    </w:p>
    <w:p>
      <w:pPr>
        <w:jc w:val="right"/>
      </w:pPr>
      <w:r>
        <w:t>ہی نیور ٹرائیڈ ٹو ری بلٹ کعبہ ان دا بیس اف حضرت ابراہیم اینڈ ناؤ دا پریزنٹ کعبہ وچ وی نو از ناٹ ان دیٹ بیسز ان دیٹ بیس دیٹ واز دیٹ واز ایٹ دا ٹائم اف پرافٹ ابراہیم اٹ از ان دا بیس اف مشرک پیپل</w:t>
      </w:r>
    </w:p>
    <w:p>
      <w:r>
        <w:rPr>
          <w:b/>
        </w:rPr>
        <w:t xml:space="preserve">[44:06] </w:t>
      </w:r>
      <w:r>
        <w:t>because kaaba built by Ibrahim was not square and now it is square so this is</w:t>
      </w:r>
    </w:p>
    <w:p>
      <w:pPr>
        <w:jc w:val="right"/>
      </w:pPr>
      <w:r>
        <w:t>بیکاز کعبہ بلڈ بائے ابراہیم واز ناٹ اسکوئر اینڈ ناؤ اٹ از اسکوئر سو دس از</w:t>
      </w:r>
    </w:p>
    <w:p>
      <w:r>
        <w:rPr>
          <w:b/>
        </w:rPr>
        <w:t xml:space="preserve">[44:18] </w:t>
      </w:r>
      <w:r>
        <w:t>by this example you can understand what was the policy of the prophet of Islam</w:t>
      </w:r>
    </w:p>
    <w:p>
      <w:pPr>
        <w:jc w:val="right"/>
      </w:pPr>
      <w:r>
        <w:t>بائی دس ایگزمپل یو کین انڈرسٹینڈ واٹ واز دا پالیسی اف دا پرافٹ اف اسلام</w:t>
      </w:r>
    </w:p>
    <w:p>
      <w:r>
        <w:rPr>
          <w:b/>
        </w:rPr>
        <w:t xml:space="preserve">[44:26] </w:t>
      </w:r>
      <w:r>
        <w:t>in theory he was ideal but in social affairs he was practical practical</w:t>
      </w:r>
    </w:p>
    <w:p>
      <w:pPr>
        <w:jc w:val="right"/>
      </w:pPr>
      <w:r>
        <w:t>ان تھیوری ہی واز ائیڈیل بٹ ان سوشل افیئرز ہی واز پریکٹیکل پریکٹیکل</w:t>
      </w:r>
    </w:p>
    <w:p>
      <w:r>
        <w:rPr>
          <w:b/>
        </w:rPr>
        <w:t xml:space="preserve">[44:39] </w:t>
      </w:r>
      <w:r>
        <w:t>in other words he was status quest in social affairs he was an status he was a status quest</w:t>
      </w:r>
    </w:p>
    <w:p>
      <w:pPr>
        <w:jc w:val="right"/>
      </w:pPr>
      <w:r>
        <w:t>ان ادر ورڈز ہی واز اسٹیٹس کوئسٹ ان سوشل افیئرز ہی واز این اسٹیٹس ہی واز ا اسٹیٹس کوئسٹ</w:t>
      </w:r>
    </w:p>
    <w:p>
      <w:r>
        <w:rPr>
          <w:b/>
        </w:rPr>
        <w:t xml:space="preserve">[44:53] </w:t>
      </w:r>
      <w:r>
        <w:t>so now everyone speaks of Muslims defeat and Muslims problems and all that</w:t>
      </w:r>
    </w:p>
    <w:p>
      <w:pPr>
        <w:jc w:val="right"/>
      </w:pPr>
      <w:r>
        <w:t>سو ناؤ ایوری ون سپیکس اف مسلمز ڈیفیٹ اینڈ مسلمز پرابلمز اینڈ اول دیٹ</w:t>
      </w:r>
    </w:p>
    <w:p>
      <w:r>
        <w:rPr>
          <w:b/>
        </w:rPr>
        <w:t xml:space="preserve">[45:04] </w:t>
      </w:r>
      <w:r>
        <w:t>but according to my analysis my experience the basic reason is that present Muslim leaders fail to adopt this policy everywhere they are engaged in fighting against so called problems</w:t>
      </w:r>
    </w:p>
    <w:p>
      <w:pPr>
        <w:jc w:val="right"/>
      </w:pPr>
      <w:r>
        <w:t>بٹ اکارڈنگ ٹو مائی انالیسز مائی ایکسپیرینس دا بیسک ریزن از دیٹ پریزنٹ مسلم لیڈرز فیل ٹو اڈاپٹ دس پالیسی ایوری ویر دے ار انگیجڈ ان فائٹنگ اگینسٹ سو کالڈ پرابلمز</w:t>
      </w:r>
    </w:p>
    <w:p>
      <w:r>
        <w:rPr>
          <w:b/>
        </w:rPr>
        <w:t xml:space="preserve">[45:26] </w:t>
      </w:r>
      <w:r>
        <w:t>they don't know this fact that the prophet of Islam always tried to avoid problems so that he may be able to avail those opportunities at the time but now present Muslim leaders don't know this formula this prophetic formula everywhere in the world</w:t>
      </w:r>
    </w:p>
    <w:p>
      <w:pPr>
        <w:jc w:val="right"/>
      </w:pPr>
      <w:r>
        <w:t>دے ڈونٹ نو دس فیکٹ دیٹ دا پرافٹ اف اسلام الویز ٹرائیڈ ٹو اوائڈ پرابلمز سو دیٹ ہی می بی ایبل ٹو اویل دوز اپرچونیٹیز ایٹ دا ٹائم بٹ ناؤ پریزنٹ مسلم لیڈرز ڈونٹ نو دس فارمولا دس پرافٹک فارمولا ایوری ویر ان دا ورلڈ</w:t>
      </w:r>
    </w:p>
    <w:p>
      <w:r>
        <w:rPr>
          <w:b/>
        </w:rPr>
        <w:t xml:space="preserve">[45:53] </w:t>
      </w:r>
      <w:r>
        <w:t>everywhere in the world they discover some problems some conspiracies and try to fight everywhere Muslim leaders are engaged to eliminate all those problems it is not possible</w:t>
      </w:r>
    </w:p>
    <w:p>
      <w:pPr>
        <w:jc w:val="right"/>
      </w:pPr>
      <w:r>
        <w:t>ایوری ویر ان دا ورلڈ دے ڈسکور سم پرابلمز سم کانسپریسیز اینڈ ٹرائی ٹو فائٹ ایوری ویر مسلم لیڈرز ار انگیج ٹو ایلیمینیٹ اول دوز پرابلمز اٹ از ناٹ پوسیبل</w:t>
      </w:r>
    </w:p>
    <w:p>
      <w:r>
        <w:rPr>
          <w:b/>
        </w:rPr>
        <w:t xml:space="preserve">[46:16] </w:t>
      </w:r>
      <w:r>
        <w:t>so</w:t>
      </w:r>
    </w:p>
    <w:p>
      <w:pPr>
        <w:jc w:val="right"/>
      </w:pPr>
      <w:r>
        <w:t>سو</w:t>
      </w:r>
    </w:p>
    <w:p>
      <w:r>
        <w:rPr>
          <w:b/>
        </w:rPr>
        <w:t xml:space="preserve">[46:20] </w:t>
      </w:r>
      <w:r>
        <w:t>they</w:t>
      </w:r>
    </w:p>
    <w:p>
      <w:pPr>
        <w:jc w:val="right"/>
      </w:pPr>
      <w:r>
        <w:t>دے</w:t>
      </w:r>
    </w:p>
    <w:p>
      <w:r>
        <w:rPr>
          <w:b/>
        </w:rPr>
        <w:t xml:space="preserve">[46:23] </w:t>
      </w:r>
      <w:r>
        <w:t>fail to achieve anything after long long effort after great sacrifices they fail to achieve anything because their target was problems and not opportunities prophets' target was opportunities and not problems</w:t>
      </w:r>
    </w:p>
    <w:p>
      <w:pPr>
        <w:jc w:val="right"/>
      </w:pPr>
      <w:r>
        <w:t>فیل ٹو اچیو اینی تھنگ افٹر لانگ لانگ ایفرٹ افٹر گریٹ سیکریفائسز دے فیل ٹو اچیو اینی تھنگ بیکاز دیر ٹارگٹ واز پرابلم اینڈ ناٹ اپرچونیٹیز پرافٹس ٹارگٹ واز واز اپرچونیٹیز اینڈ ناٹ پرابلم</w:t>
      </w:r>
    </w:p>
    <w:p>
      <w:r>
        <w:rPr>
          <w:b/>
        </w:rPr>
        <w:t xml:space="preserve">[46:48] </w:t>
      </w:r>
      <w:r>
        <w:t>but present Muslim leaders have changed the course they always target problems and they leave opportunities</w:t>
      </w:r>
    </w:p>
    <w:p>
      <w:pPr>
        <w:jc w:val="right"/>
      </w:pPr>
      <w:r>
        <w:t>بٹ پریزنٹ مسلم لیڈرز ہیو چینج دا کورس دے الویز ٹارگٹ پرابلمز اینڈ دے لیو اپرچونیٹیز</w:t>
      </w:r>
    </w:p>
    <w:p>
      <w:r>
        <w:rPr>
          <w:b/>
        </w:rPr>
        <w:t xml:space="preserve">[47:02] </w:t>
      </w:r>
      <w:r>
        <w:t>so i think that</w:t>
      </w:r>
    </w:p>
    <w:p>
      <w:pPr>
        <w:jc w:val="right"/>
      </w:pPr>
      <w:r>
        <w:t>سو ائی تھنک دیٹ</w:t>
      </w:r>
    </w:p>
    <w:p>
      <w:r>
        <w:rPr>
          <w:b/>
        </w:rPr>
        <w:t xml:space="preserve">[47:07] </w:t>
      </w:r>
      <w:r>
        <w:t>the this is the only important thing that is missing in the in present leadership</w:t>
      </w:r>
    </w:p>
    <w:p>
      <w:pPr>
        <w:jc w:val="right"/>
      </w:pPr>
      <w:r>
        <w:t>دا دس از دا اونلی امپورٹنٹ تھنگ دیٹ از مسنگ ان دا ان پریزنٹ لیڈرشپ</w:t>
      </w:r>
    </w:p>
    <w:p>
      <w:r>
        <w:rPr>
          <w:b/>
        </w:rPr>
        <w:t xml:space="preserve">[47:17] </w:t>
      </w:r>
      <w:r>
        <w:t>now i would like to say that</w:t>
      </w:r>
    </w:p>
    <w:p>
      <w:pPr>
        <w:jc w:val="right"/>
      </w:pPr>
      <w:r>
        <w:t>ناؤ ائی وڈ لائک ٹو سے دیٹ</w:t>
      </w:r>
    </w:p>
    <w:p>
      <w:r>
        <w:rPr>
          <w:b/>
        </w:rPr>
        <w:t xml:space="preserve">[47:23] </w:t>
      </w:r>
      <w:r>
        <w:t>our leaders must revise their policy now the time is of reassessment reassessment we have to revise we have to reassess</w:t>
      </w:r>
    </w:p>
    <w:p>
      <w:pPr>
        <w:jc w:val="right"/>
      </w:pPr>
      <w:r>
        <w:t>اور لیڈرز مسٹ ریوائز دیر پالیسی ناؤ دا ٹائم از اف ری اسسمنٹ ری اسسمنٹ وی ہیو ٹو ریوائز وی ہیو ٹو ری اسس</w:t>
      </w:r>
    </w:p>
    <w:p>
      <w:r>
        <w:rPr>
          <w:b/>
        </w:rPr>
        <w:t xml:space="preserve">[47:46] </w:t>
      </w:r>
      <w:r>
        <w:t>then when we find that we were wrong to we have to say clearly that we were wrong we have to acknowledge we have to declare that we were wrong we were wrong</w:t>
      </w:r>
    </w:p>
    <w:p>
      <w:pPr>
        <w:jc w:val="right"/>
      </w:pPr>
      <w:r>
        <w:t>دین وین وی فائنڈ دیٹ وی ویر رونگ تو وی ہیو ٹو سے کلیئرلی دیٹ وی ویر رونگ وی ہیو ٹو ایکنالج وی ہیو ٹو ڈیکلیئر دیٹ وی ویر رونگ وی ویر رونگ</w:t>
      </w:r>
    </w:p>
    <w:p>
      <w:r>
        <w:rPr>
          <w:b/>
        </w:rPr>
        <w:t xml:space="preserve">[48:05] </w:t>
      </w:r>
      <w:r>
        <w:t>all the muslims are all the muslim leaders are engaged to blame others</w:t>
      </w:r>
    </w:p>
    <w:p>
      <w:pPr>
        <w:jc w:val="right"/>
      </w:pPr>
      <w:r>
        <w:t>اول د مسلمز ار اول د مسلم لیڈرز ار انگیج ٹو بلیم ادرز</w:t>
      </w:r>
    </w:p>
    <w:p>
      <w:r>
        <w:rPr>
          <w:b/>
        </w:rPr>
        <w:t xml:space="preserve">[48:13] </w:t>
      </w:r>
      <w:r>
        <w:t>their policies blame others</w:t>
      </w:r>
    </w:p>
    <w:p>
      <w:pPr>
        <w:jc w:val="right"/>
      </w:pPr>
      <w:r>
        <w:t>دیر پالیسیز بلیم ادرز</w:t>
      </w:r>
    </w:p>
    <w:p>
      <w:r>
        <w:rPr>
          <w:b/>
        </w:rPr>
        <w:t xml:space="preserve">[48:16] </w:t>
      </w:r>
      <w:r>
        <w:t>it is against the law of nature the best policies blame themselves blame themselves blame themselves</w:t>
      </w:r>
    </w:p>
    <w:p>
      <w:pPr>
        <w:jc w:val="right"/>
      </w:pPr>
      <w:r>
        <w:t>اٹ از اگینسٹ دی لاء اف نیچر دا بیسٹ پالیسیز بلیم دائی سیلف بلیم دائی سیلف بلیم دائی سیلف</w:t>
      </w:r>
    </w:p>
    <w:p>
      <w:r>
        <w:rPr>
          <w:b/>
        </w:rPr>
        <w:t xml:space="preserve">[48:29] </w:t>
      </w:r>
      <w:r>
        <w:t>so the best so the need of the hour is introspection the need of the hour is introspection to find our our own fault</w:t>
      </w:r>
    </w:p>
    <w:p>
      <w:pPr>
        <w:jc w:val="right"/>
      </w:pPr>
      <w:r>
        <w:t>سو دا بیسٹ سو دا نیڈ اف دا اور از انٹراسپیکشن دا نیڈ اف دا اور از انٹراسپیکشن ٹو فائنڈ اور اور اون فالٹ</w:t>
      </w:r>
    </w:p>
    <w:p>
      <w:r>
        <w:rPr>
          <w:b/>
        </w:rPr>
        <w:t xml:space="preserve">[48:44] </w:t>
      </w:r>
      <w:r>
        <w:t>our own mistakes</w:t>
      </w:r>
    </w:p>
    <w:p>
      <w:pPr>
        <w:jc w:val="right"/>
      </w:pPr>
      <w:r>
        <w:t>اور اون مسٹیکس</w:t>
      </w:r>
    </w:p>
    <w:p>
      <w:r>
        <w:rPr>
          <w:b/>
        </w:rPr>
        <w:t xml:space="preserve">[48:51] </w:t>
      </w:r>
      <w:r>
        <w:t>so according to my experience to my study the best formula for life for individuals for community for nation</w:t>
      </w:r>
    </w:p>
    <w:p>
      <w:pPr>
        <w:jc w:val="right"/>
      </w:pPr>
      <w:r>
        <w:t>سو اکارڈنگ ٹو مائی ایکسپیرینس ٹو مائی سٹڈی دا بیسٹ فارمولا فار لائف فار انڈیویجولز فار کمیونٹی فار نیشن</w:t>
      </w:r>
    </w:p>
    <w:p>
      <w:r>
        <w:rPr>
          <w:b/>
        </w:rPr>
        <w:t xml:space="preserve">[49:07] </w:t>
      </w:r>
      <w:r>
        <w:t>for institutions</w:t>
      </w:r>
    </w:p>
    <w:p>
      <w:pPr>
        <w:jc w:val="right"/>
      </w:pPr>
      <w:r>
        <w:t>فار انسٹیٹیوشنز</w:t>
      </w:r>
    </w:p>
    <w:p>
      <w:r>
        <w:rPr>
          <w:b/>
        </w:rPr>
        <w:t xml:space="preserve">[49:08] </w:t>
      </w:r>
      <w:r>
        <w:t>is</w:t>
      </w:r>
    </w:p>
    <w:p>
      <w:pPr>
        <w:jc w:val="right"/>
      </w:pPr>
      <w:r>
        <w:t>از</w:t>
      </w:r>
    </w:p>
    <w:p>
      <w:r>
        <w:rPr>
          <w:b/>
        </w:rPr>
        <w:t xml:space="preserve">[49:12] </w:t>
      </w:r>
      <w:r>
        <w:t>ignore the problems and avail the opportunities</w:t>
      </w:r>
    </w:p>
    <w:p>
      <w:pPr>
        <w:jc w:val="right"/>
      </w:pPr>
      <w:r>
        <w:t>اگنور دا پرابلمز اینڈ اویل دا اپرچونیٹیز</w:t>
      </w:r>
    </w:p>
    <w:p>
      <w:r>
        <w:rPr>
          <w:b/>
        </w:rPr>
        <w:t xml:space="preserve">[49:18] </w:t>
      </w:r>
      <w:r>
        <w:t>it is a law of nature you know if you see a rose plant you will find that every rose plant has a beautiful flowers beautiful flowers</w:t>
      </w:r>
    </w:p>
    <w:p>
      <w:pPr>
        <w:jc w:val="right"/>
      </w:pPr>
      <w:r>
        <w:t>اٹ از ا لاء اف نیچر یو نو اف یو سی ا روز پلانٹ یو ویل فائنڈ دیٹ ایوری روز پلانٹ ہیز ا بیوٹیفل فلاورز بیوٹیفل فلاورز</w:t>
      </w:r>
    </w:p>
    <w:p>
      <w:r>
        <w:rPr>
          <w:b/>
        </w:rPr>
        <w:t xml:space="preserve">[49:36] </w:t>
      </w:r>
      <w:r>
        <w:t>but at the same time there are thorns there are thorns</w:t>
      </w:r>
    </w:p>
    <w:p>
      <w:pPr>
        <w:jc w:val="right"/>
      </w:pPr>
      <w:r>
        <w:t>بٹ ایٹ دا سیم ٹائم دیر ار تھاٹس دیر ار تھاٹس</w:t>
      </w:r>
    </w:p>
    <w:p>
      <w:r>
        <w:rPr>
          <w:b/>
        </w:rPr>
        <w:t xml:space="preserve">[49:45] </w:t>
      </w:r>
      <w:r>
        <w:t>so at every branch there are flowers at the same time there are thorns but this is law of nature you not do to any conspiracy</w:t>
      </w:r>
    </w:p>
    <w:p>
      <w:pPr>
        <w:jc w:val="right"/>
      </w:pPr>
      <w:r>
        <w:t>سو ایٹ ایوری برانچ دیر ار فلاورز ایٹ دا سیم ٹائم دیر ار تھاٹس بٹ دس از لاء اف نیچر یو ناٹ ڈو ٹو اینی کانسپریسی</w:t>
      </w:r>
    </w:p>
    <w:p>
      <w:r>
        <w:rPr>
          <w:b/>
        </w:rPr>
        <w:t xml:space="preserve">[50:01] </w:t>
      </w:r>
      <w:r>
        <w:t>so what to do in such such situation we have to avoid</w:t>
      </w:r>
    </w:p>
    <w:p>
      <w:pPr>
        <w:jc w:val="right"/>
      </w:pPr>
      <w:r>
        <w:t>سو واٹ ٹو ڈو ان سچ سچویشن وی ہیو ٹو اوائڈ</w:t>
      </w:r>
    </w:p>
    <w:p>
      <w:r>
        <w:rPr>
          <w:b/>
        </w:rPr>
        <w:t xml:space="preserve">[50:05] </w:t>
      </w:r>
      <w:r>
        <w:t>thorns and we have to to take flowers this is the only option fast if you try to eliminate all those thorns you will fail you will fail you will fail</w:t>
      </w:r>
    </w:p>
    <w:p>
      <w:pPr>
        <w:jc w:val="right"/>
      </w:pPr>
      <w:r>
        <w:t>تھاٹ اینڈ وی ہیو ٹو ٹو ٹیک فلاورز دس از دا اونلی اپشن فاسٹ اف یو ٹرائی ٹو ایلیمینیٹ اول دوز تھاٹس یو ویل فیل یو ویل فیل یو ویل فیل</w:t>
      </w:r>
    </w:p>
    <w:p>
      <w:r>
        <w:rPr>
          <w:b/>
        </w:rPr>
        <w:t xml:space="preserve">[50:23] </w:t>
      </w:r>
      <w:r>
        <w:t>it not possible to you it not possible for you to change the course of nature it not possible for you</w:t>
      </w:r>
    </w:p>
    <w:p>
      <w:pPr>
        <w:jc w:val="right"/>
      </w:pPr>
      <w:r>
        <w:t>اٹ ناٹ پوسیبل ٹو یو اٹ ناٹ پوسیبل فار یو ٹو چینج دا کورس اف نیچر اٹ ناٹ پوسیبل فار یو</w:t>
      </w:r>
    </w:p>
    <w:p>
      <w:r>
        <w:rPr>
          <w:b/>
        </w:rPr>
        <w:t xml:space="preserve">[50:34] </w:t>
      </w:r>
      <w:r>
        <w:t>you can not change the course of nature you can not change the law of god you can not change the divine law you have no power no no such power</w:t>
      </w:r>
    </w:p>
    <w:p>
      <w:pPr>
        <w:jc w:val="right"/>
      </w:pPr>
      <w:r>
        <w:t>یو کین ناٹ چینج دا کورس اف نیچر یو کین ناٹ چینج دا لاء اف گاڈ یو کین ناٹ چینج دا ڈیوائن لاء یو ہیو نو پاور نو نو سچ پاور</w:t>
      </w:r>
    </w:p>
    <w:p>
      <w:r>
        <w:rPr>
          <w:b/>
        </w:rPr>
        <w:t xml:space="preserve">[50:51] </w:t>
      </w:r>
      <w:r>
        <w:t>so the best formula is avoid the thought and take the flowers the same formula is applicable in social affairs</w:t>
      </w:r>
    </w:p>
    <w:p>
      <w:pPr>
        <w:jc w:val="right"/>
      </w:pPr>
      <w:r>
        <w:t>سو دا بیسٹ فارمولا از اوائڈ دا تھاٹ اینڈ ٹیک دا فلاورز دا سیم فارمولا از اپلیکیبل ان سوشل افیئرز</w:t>
      </w:r>
    </w:p>
    <w:p>
      <w:r>
        <w:rPr>
          <w:b/>
        </w:rPr>
        <w:t xml:space="preserve">[51:06] </w:t>
      </w:r>
      <w:r>
        <w:t>in national affairs</w:t>
      </w:r>
    </w:p>
    <w:p>
      <w:pPr>
        <w:jc w:val="right"/>
      </w:pPr>
      <w:r>
        <w:t>ان نیشنل افیئرز</w:t>
      </w:r>
    </w:p>
    <w:p>
      <w:r>
        <w:rPr>
          <w:b/>
        </w:rPr>
        <w:t xml:space="preserve">[51:12] </w:t>
      </w:r>
      <w:r>
        <w:t>but present muslim leaders have deviated from this formula present muslim leaders through the world have deviated from this formula every where they are fighting</w:t>
      </w:r>
    </w:p>
    <w:p>
      <w:pPr>
        <w:jc w:val="right"/>
      </w:pPr>
      <w:r>
        <w:t>بٹ پریزنٹ مسلم لیڈرز ہیو ڈیویٹڈ فرام دس فارمولا پریزنٹ مسلم لیڈرز تھرو دی ورلڈ ہیو ڈیویٹڈ فرام دس فارمولا ایوری ویر دے ار فائٹنگ</w:t>
      </w:r>
    </w:p>
    <w:p>
      <w:r>
        <w:rPr>
          <w:b/>
        </w:rPr>
        <w:t xml:space="preserve">[51:32] </w:t>
      </w:r>
      <w:r>
        <w:t>some some leaders are fighting by gun and boom and others are fighting by words so some leaders are engaged in the war of words and some are engaged in war of arms all the leaders are doing like this there is no difference except this one</w:t>
      </w:r>
    </w:p>
    <w:p>
      <w:pPr>
        <w:jc w:val="right"/>
      </w:pPr>
      <w:r>
        <w:t>سم سم لیڈرز ار فائٹنگ بائی گن اینڈ بوم اینڈ ادرز ار فائٹنگ بائی ورڈز سو سم لیڈرز ار انگیج ان دا وار اف ورڈز اینڈ سم ار انگیج ان وار اف ارمز اول د لیڈرز ار ڈوئنگ لائک دس دیر از نو ڈیفرنس ایکسیپٹ دس ون</w:t>
      </w:r>
    </w:p>
    <w:p>
      <w:r>
        <w:rPr>
          <w:b/>
        </w:rPr>
        <w:t xml:space="preserve">[52:00] </w:t>
      </w:r>
      <w:r>
        <w:t>that some are engaged in in the war of words and some are engaged in the war of arms</w:t>
      </w:r>
    </w:p>
    <w:p>
      <w:pPr>
        <w:jc w:val="right"/>
      </w:pPr>
      <w:r>
        <w:t>دیٹ سم ار انگیج ان ان دی وار اف ورڈز اینڈ سم ار انگیج ان دی وار اف ارمز</w:t>
      </w:r>
    </w:p>
    <w:p>
      <w:r>
        <w:rPr>
          <w:b/>
        </w:rPr>
        <w:t xml:space="preserve">[52:13] </w:t>
      </w:r>
      <w:r>
        <w:t>we must abandon this policy we must say that we were wrong we have to acknowledge our mistakes otherwise we can not achieve anything in this world</w:t>
      </w:r>
    </w:p>
    <w:p>
      <w:pPr>
        <w:jc w:val="right"/>
      </w:pPr>
      <w:r>
        <w:t>وی مسٹ ابینڈن دس پالیسی وی مسٹ سے دیٹ وی ویر رونگ وی ہیو ٹو ایکنالج اور مسٹیکس ادر وائز وی کین ناٹ اچیو اینی تھنگ ان دس ورلڈ</w:t>
      </w:r>
    </w:p>
    <w:p>
      <w:r>
        <w:rPr>
          <w:b/>
        </w:rPr>
        <w:t xml:space="preserve">[52:32] </w:t>
      </w:r>
      <w:r>
        <w:t>the only way to achieve our required target is to follow this formula realistic formula</w:t>
      </w:r>
    </w:p>
    <w:p>
      <w:pPr>
        <w:jc w:val="right"/>
      </w:pPr>
      <w:r>
        <w:t>دا اونلی وے ٹو اچیو اور ریکوائرڈ ٹارگٹ از ٹو فالو دس فارمولا ریلسٹک فارمولا</w:t>
      </w:r>
    </w:p>
    <w:p>
      <w:r>
        <w:rPr>
          <w:b/>
        </w:rPr>
        <w:t xml:space="preserve">[52:51] </w:t>
      </w:r>
      <w:r>
        <w:t>and this is not</w:t>
      </w:r>
    </w:p>
    <w:p>
      <w:pPr>
        <w:jc w:val="right"/>
      </w:pPr>
      <w:r>
        <w:t>اینڈ دس از ناٹ</w:t>
      </w:r>
    </w:p>
    <w:p>
      <w:r>
        <w:rPr>
          <w:b/>
        </w:rPr>
        <w:t xml:space="preserve">[52:55] </w:t>
      </w:r>
      <w:r>
        <w:t>this is not my formula it is formula of nature</w:t>
      </w:r>
    </w:p>
    <w:p>
      <w:pPr>
        <w:jc w:val="right"/>
      </w:pPr>
      <w:r>
        <w:t>دس از ناٹ مائی فارمولا اٹ از فارمولا اف نیچر</w:t>
      </w:r>
    </w:p>
    <w:p>
      <w:r>
        <w:rPr>
          <w:b/>
        </w:rPr>
        <w:t xml:space="preserve">[53:01] </w:t>
      </w:r>
      <w:r>
        <w:t>and this formula was adopted by the prophet of islam so it is it is islamic formula it completely islamic formula</w:t>
      </w:r>
    </w:p>
    <w:p>
      <w:pPr>
        <w:jc w:val="right"/>
      </w:pPr>
      <w:r>
        <w:t>اینڈ دس فارمولا واز اڈاپٹڈ بائی دا پرافٹ اف اسلام سو اٹ از اٹ از اسلامک فارمولا اٹ کمپلیٹلی اسلامک فارمولا</w:t>
      </w:r>
    </w:p>
    <w:p>
      <w:r>
        <w:rPr>
          <w:b/>
        </w:rPr>
        <w:t xml:space="preserve">[53:16] </w:t>
      </w:r>
      <w:r>
        <w:t>so i would like to say that</w:t>
      </w:r>
    </w:p>
    <w:p>
      <w:pPr>
        <w:jc w:val="right"/>
      </w:pPr>
      <w:r>
        <w:t>سو ائی وڈ لائک ٹو سے دیٹ</w:t>
      </w:r>
    </w:p>
    <w:p>
      <w:r>
        <w:rPr>
          <w:b/>
        </w:rPr>
        <w:t xml:space="preserve">[53:21] </w:t>
      </w:r>
      <w:r>
        <w:t>simply knowing that this is right this is wrong is not enough</w:t>
      </w:r>
    </w:p>
    <w:p>
      <w:pPr>
        <w:jc w:val="right"/>
      </w:pPr>
      <w:r>
        <w:t>سمپلی نوئنگ دیٹ دس از رائٹ دس از رونگ از ناٹ انف</w:t>
      </w:r>
    </w:p>
    <w:p>
      <w:r>
        <w:rPr>
          <w:b/>
        </w:rPr>
        <w:t xml:space="preserve">[53:29] </w:t>
      </w:r>
      <w:r>
        <w:t>if you know that this is right this is wrong this is not enough you have to know the practical aspect of the of the situation some time you have to compromise with that is wrong in your according to your your thought because it not possible to remove that mistakes</w:t>
      </w:r>
    </w:p>
    <w:p>
      <w:pPr>
        <w:jc w:val="right"/>
      </w:pPr>
      <w:r>
        <w:t>اف یو نو دیٹ دس از رائٹ دس از رونگ دس از ناٹ انف یو ہیو ٹو نو دا پریکٹیکل اسپیکٹ اف دا اف دا سچویشن سم ٹائم یو ہیو ٹو کمپرومائز ود دیٹ از رونگ ان یور اکارڈنگ ٹو یور یور تھاٹ بیکاز اٹ ناٹ پوسیبل ٹو ریموو دیٹ مسٹیکس</w:t>
      </w:r>
    </w:p>
    <w:p>
      <w:r>
        <w:rPr>
          <w:b/>
        </w:rPr>
        <w:t xml:space="preserve">[53:59] </w:t>
      </w:r>
      <w:r>
        <w:t>just like the prophet of islam prophet of islam avoided all those idols because at the time he was not in a position to destroy all those idols all though it was super haram you know kabah was built by prophet abraham as a house of tauheed</w:t>
      </w:r>
    </w:p>
    <w:p>
      <w:pPr>
        <w:jc w:val="right"/>
      </w:pPr>
      <w:r>
        <w:t>جسٹ لائک دا پرافٹ اف اسلام پرافٹ اف اسلام اوائڈڈ اول دوز ائیڈلز بیکاز ایٹ دا ٹائم ہی واز ناٹ ان ا پوزیشن ٹو ڈسٹروئے اول دوز ائیڈلز اول دو اٹ واز سپر حرام یو نو کعبہ واز بلڈ بائی پرافٹ ابراہم ایز ا ہاؤس اف توحید</w:t>
      </w:r>
    </w:p>
    <w:p>
      <w:r>
        <w:rPr>
          <w:b/>
        </w:rPr>
        <w:t xml:space="preserve">[54:25] </w:t>
      </w:r>
      <w:r>
        <w:t>baitullah house of god kabah was built by the prophet ibrahim as a baitullah that is house of god house of tauheed but after some after centuries mushrik people occupied mecca and they place so many id</w:t>
      </w:r>
    </w:p>
    <w:p>
      <w:pPr>
        <w:jc w:val="right"/>
      </w:pPr>
      <w:r>
        <w:t>بیت اللہ ہاؤس اف گاڈ کعبہ واز بلڈ بائی دا پرافٹ ابراہیم ایز ا بیت اللہ دیٹ از ہاؤس اف گاڈ ہاؤس اف توحید بٹ افٹر سم افٹر سینچریز مشرک پیپل اکوپائیڈ مکہ اینڈ دے پلیس سو مینی ائیڈ</w:t>
      </w:r>
    </w:p>
    <w:p>
      <w:r>
        <w:rPr>
          <w:b/>
        </w:rPr>
        <w:t xml:space="preserve">[54:55] </w:t>
      </w:r>
      <w:r>
        <w:t>ols hundreds several hundreds of idols in in in kabah and at the advent of the islam this was the situation so the prophet of islam was born in mecca in 610 and at that time this was the situation</w:t>
      </w:r>
    </w:p>
    <w:p>
      <w:pPr>
        <w:jc w:val="right"/>
      </w:pPr>
      <w:r>
        <w:t>لز ہنڈرڈز سیورل ہنڈرڈز اف ائیڈلز ان ان ان کعبہ اینڈ ایٹ دا ایڈونٹ اف دا اسلام دس واز دا سچویشن سو دا پرافٹ اف اسلام واز born ان مکہ ان 610 اینڈ ایٹ دیٹ ٹائم دس واز دا سچویشن</w:t>
      </w:r>
    </w:p>
    <w:p>
      <w:r>
        <w:rPr>
          <w:b/>
        </w:rPr>
        <w:t xml:space="preserve">[55:19] </w:t>
      </w:r>
      <w:r>
        <w:t>at that time Mecca not only Mecca but whole Arabia was under the occupation of Muslim mushrik leaders</w:t>
      </w:r>
    </w:p>
    <w:p>
      <w:pPr>
        <w:jc w:val="right"/>
      </w:pPr>
      <w:r>
        <w:t>ایٹ دیٹ ٹائم مکہ ناٹ اونلی مکہ بٹ ہول عربیا واز انڈر دی اکوپیشن اف مسلم مشرک لیڈرز</w:t>
      </w:r>
    </w:p>
    <w:p>
      <w:r>
        <w:rPr>
          <w:b/>
        </w:rPr>
        <w:t xml:space="preserve">[55:28] </w:t>
      </w:r>
      <w:r>
        <w:t>so it not was so it was not possible for</w:t>
      </w:r>
    </w:p>
    <w:p>
      <w:pPr>
        <w:jc w:val="right"/>
      </w:pPr>
      <w:r>
        <w:t>سو اٹ ناٹ واز سو اٹ واز ناٹ پوسیبل فار</w:t>
      </w:r>
    </w:p>
    <w:p>
      <w:r>
        <w:rPr>
          <w:b/>
        </w:rPr>
        <w:t xml:space="preserve">[55:32] </w:t>
      </w:r>
      <w:r>
        <w:t>prophet or companions at that time</w:t>
      </w:r>
    </w:p>
    <w:p>
      <w:pPr>
        <w:jc w:val="right"/>
      </w:pPr>
      <w:r>
        <w:t>پرافٹ اور کمپینینز ایٹ دیٹ ٹائم</w:t>
      </w:r>
    </w:p>
    <w:p>
      <w:r>
        <w:rPr>
          <w:b/>
        </w:rPr>
        <w:t xml:space="preserve">[55:37] </w:t>
      </w:r>
      <w:r>
        <w:t>so in this</w:t>
      </w:r>
    </w:p>
    <w:p>
      <w:pPr>
        <w:jc w:val="right"/>
      </w:pPr>
      <w:r>
        <w:t>سو ان دس</w:t>
      </w:r>
    </w:p>
    <w:p>
      <w:r>
        <w:rPr>
          <w:b/>
        </w:rPr>
        <w:t xml:space="preserve">[55:39] </w:t>
      </w:r>
      <w:r>
        <w:t>matter he adopted the policy wait and see</w:t>
      </w:r>
    </w:p>
    <w:p>
      <w:pPr>
        <w:jc w:val="right"/>
      </w:pPr>
      <w:r>
        <w:t>میٹر ہیڈ اڈور دا پالیسی ویٹ اینڈ سی</w:t>
      </w:r>
    </w:p>
    <w:p>
      <w:r>
        <w:rPr>
          <w:b/>
        </w:rPr>
        <w:t xml:space="preserve">[55:45] </w:t>
      </w:r>
      <w:r>
        <w:t>that is sabr</w:t>
      </w:r>
    </w:p>
    <w:p>
      <w:pPr>
        <w:jc w:val="right"/>
      </w:pPr>
      <w:r>
        <w:t>دیٹ از صبر</w:t>
      </w:r>
    </w:p>
    <w:p>
      <w:r>
        <w:rPr>
          <w:b/>
        </w:rPr>
        <w:t xml:space="preserve">[55:51] </w:t>
      </w:r>
      <w:r>
        <w:t>so we have no option other than to adopt this policy in our present age</w:t>
      </w:r>
    </w:p>
    <w:p>
      <w:pPr>
        <w:jc w:val="right"/>
      </w:pPr>
      <w:r>
        <w:t>سو وی ہیو نو اپشن ادر دین ٹو اڈاپٹ دس پالیسی ان اور پریزنٹ ایج</w:t>
      </w:r>
    </w:p>
    <w:p>
      <w:r>
        <w:rPr>
          <w:b/>
        </w:rPr>
        <w:t xml:space="preserve">[56:01] </w:t>
      </w:r>
      <w:r>
        <w:t>there are so many articles so many books why muslims backward why muslims are suffering but all these books are rubbish rubbish because they always try to complain others they always try to find out some many me some conspirators</w:t>
      </w:r>
    </w:p>
    <w:p>
      <w:pPr>
        <w:jc w:val="right"/>
      </w:pPr>
      <w:r>
        <w:t>دیر ار سو مینی ارٹیکلز سو مینی بکس وائی مسلمز بیکورڈ وائی مسلمز ار سفرنگ بٹ اول دیس بکس ار ربش ربش بیکاز دے الویز ٹرائی ٹو کمپلین ادرز دے الویز ٹرائی ٹو فائنڈ اؤٹ سم مینی می سم کانسپریٹرز</w:t>
      </w:r>
    </w:p>
    <w:p>
      <w:r>
        <w:rPr>
          <w:b/>
        </w:rPr>
        <w:t xml:space="preserve">[56:21] </w:t>
      </w:r>
      <w:r>
        <w:t>all those books perhaps without any exception</w:t>
      </w:r>
    </w:p>
    <w:p>
      <w:pPr>
        <w:jc w:val="right"/>
      </w:pPr>
      <w:r>
        <w:t>اول دوز بکس پرہیپس وداؤٹ اینی ایکسیپشن</w:t>
      </w:r>
    </w:p>
    <w:p>
      <w:r>
        <w:rPr>
          <w:b/>
        </w:rPr>
        <w:t xml:space="preserve">[56:29] </w:t>
      </w:r>
      <w:r>
        <w:t>all those authors of these books try to find out some Jew, some Hindu, some American, some European, who are they who are responsible for our backwardness. Absurd.</w:t>
      </w:r>
    </w:p>
    <w:p>
      <w:pPr>
        <w:jc w:val="right"/>
      </w:pPr>
      <w:r>
        <w:t>اول د اتھرز اف دیس بکس ٹرائی ٹو فائنڈ اؤٹ سم سم سم جو سم ہندو سم امریکن سم یورپین ہو ار دی ہو ار ریسپانسبل فار اور بیکورڈنس ابسڈ</w:t>
      </w:r>
    </w:p>
    <w:p>
      <w:r>
        <w:rPr>
          <w:b/>
        </w:rPr>
        <w:t xml:space="preserve">[56:53] </w:t>
      </w:r>
      <w:r>
        <w:t>the reason is that muslim leaders fail to adopt the natural formula</w:t>
      </w:r>
    </w:p>
    <w:p>
      <w:pPr>
        <w:jc w:val="right"/>
      </w:pPr>
      <w:r>
        <w:t>دی ریزن از دیٹ مسلم لیڈرز فیل ٹو اڈاپٹ دا نیچرل فارمولا</w:t>
      </w:r>
    </w:p>
    <w:p>
      <w:r>
        <w:rPr>
          <w:b/>
        </w:rPr>
        <w:t xml:space="preserve">[57:04] </w:t>
      </w:r>
      <w:r>
        <w:t>natural formula they followed their emotions their sentiments for example</w:t>
      </w:r>
    </w:p>
    <w:p>
      <w:pPr>
        <w:jc w:val="right"/>
      </w:pPr>
      <w:r>
        <w:t>نیچرل فارمولا دے فالوڈ دیر ایموشنز دیر سینٹیمنٹس فار ایگزمپل</w:t>
      </w:r>
    </w:p>
    <w:p>
      <w:r>
        <w:rPr>
          <w:b/>
        </w:rPr>
        <w:t xml:space="preserve">[57:12] </w:t>
      </w:r>
      <w:r>
        <w:t>every time when someone publish book</w:t>
      </w:r>
    </w:p>
    <w:p>
      <w:pPr>
        <w:jc w:val="right"/>
      </w:pPr>
      <w:r>
        <w:t>ایوری ٹائم وین سم ون پبلش بک</w:t>
      </w:r>
    </w:p>
    <w:p>
      <w:r>
        <w:rPr>
          <w:b/>
        </w:rPr>
        <w:t xml:space="preserve">[57:16] </w:t>
      </w:r>
      <w:r>
        <w:t>which according to these Muslim leaders</w:t>
      </w:r>
    </w:p>
    <w:p>
      <w:pPr>
        <w:jc w:val="right"/>
      </w:pPr>
      <w:r>
        <w:t>وچ اکارڈنگ ٹو دس مسلم لیڈرز</w:t>
      </w:r>
    </w:p>
    <w:p>
      <w:r>
        <w:rPr>
          <w:b/>
        </w:rPr>
        <w:t xml:space="preserve">[57:21] </w:t>
      </w:r>
      <w:r>
        <w:t>is against the Islamic</w:t>
      </w:r>
    </w:p>
    <w:p>
      <w:pPr>
        <w:jc w:val="right"/>
      </w:pPr>
      <w:r>
        <w:t>از اگینسٹ دا اسلامک</w:t>
      </w:r>
    </w:p>
    <w:p>
      <w:r>
        <w:rPr>
          <w:b/>
        </w:rPr>
        <w:t xml:space="preserve">[57:25] </w:t>
      </w:r>
      <w:r>
        <w:t>sentiments against Muslim sentiments they become furious they say it is against Islam</w:t>
      </w:r>
    </w:p>
    <w:p>
      <w:pPr>
        <w:jc w:val="right"/>
      </w:pPr>
      <w:r>
        <w:t>سینٹیمنٹس اگینسٹ مسلم سینٹیمنٹس دے بیکم فیوریس دے سے اٹ از اگینسٹ اسلام</w:t>
      </w:r>
    </w:p>
    <w:p>
      <w:r>
        <w:rPr>
          <w:b/>
        </w:rPr>
        <w:t xml:space="preserve">[57:33] </w:t>
      </w:r>
      <w:r>
        <w:t>they try to burn all those books</w:t>
      </w:r>
    </w:p>
    <w:p>
      <w:pPr>
        <w:jc w:val="right"/>
      </w:pPr>
      <w:r>
        <w:t>دے ٹرائی ٹو برن اول دوز بکس</w:t>
      </w:r>
    </w:p>
    <w:p>
      <w:r>
        <w:rPr>
          <w:b/>
        </w:rPr>
        <w:t xml:space="preserve">[57:38] </w:t>
      </w:r>
      <w:r>
        <w:t>they try to kill that authors</w:t>
      </w:r>
    </w:p>
    <w:p>
      <w:pPr>
        <w:jc w:val="right"/>
      </w:pPr>
      <w:r>
        <w:t>دے ٹرائی ٹو کل دیٹ اتھرز</w:t>
      </w:r>
    </w:p>
    <w:p>
      <w:r>
        <w:rPr>
          <w:b/>
        </w:rPr>
        <w:t xml:space="preserve">[57:43] </w:t>
      </w:r>
      <w:r>
        <w:t>bat it is a step old these are futile completely futile why because in this world everyone is free god created man as a free person so every man and woman are free</w:t>
      </w:r>
    </w:p>
    <w:p>
      <w:pPr>
        <w:jc w:val="right"/>
      </w:pPr>
      <w:r>
        <w:t>بٹ اٹ از اسٹیپڈ اول دیس ار فوٹائل کمپلیٹلی فوٹائل وائی بیکاز ان دس ورلڈ ایوری ون از فری گاڈ کریٹڈ مین ایز ا فری پرسن سو ایوری مین اینڈ وومن ار فری</w:t>
      </w:r>
    </w:p>
    <w:p>
      <w:r>
        <w:rPr>
          <w:b/>
        </w:rPr>
        <w:t xml:space="preserve">[58:11] </w:t>
      </w:r>
      <w:r>
        <w:t>you can not abolish their freedom so they are they are free to publish such books</w:t>
      </w:r>
    </w:p>
    <w:p>
      <w:pPr>
        <w:jc w:val="right"/>
      </w:pPr>
      <w:r>
        <w:t>یو کین ناٹ ابالش دیر فریڈم سو دے ار دے ار فری ٹو پبلش سچ بکس</w:t>
      </w:r>
    </w:p>
    <w:p>
      <w:r>
        <w:rPr>
          <w:b/>
        </w:rPr>
        <w:t xml:space="preserve">[58:21] </w:t>
      </w:r>
      <w:r>
        <w:t>you also have freedom to publish some other books</w:t>
      </w:r>
    </w:p>
    <w:p>
      <w:pPr>
        <w:jc w:val="right"/>
      </w:pPr>
      <w:r>
        <w:t>یو السو ہیو فریڈم ٹو پبلش سم ادر بکس</w:t>
      </w:r>
    </w:p>
    <w:p>
      <w:r>
        <w:rPr>
          <w:b/>
        </w:rPr>
        <w:t xml:space="preserve">[58:28] </w:t>
      </w:r>
      <w:r>
        <w:t>but you are not not possible to to kill all those authors it is not possible it is beyond your capacity</w:t>
      </w:r>
    </w:p>
    <w:p>
      <w:pPr>
        <w:jc w:val="right"/>
      </w:pPr>
      <w:r>
        <w:t>بٹ یو ار ناٹ اٹ ناٹ پوسیبل ٹو ٹو کل اول دوز اتھرز اٹ از ناٹ پوسیبل اٹ از بیونڈ یور کپیسٹی</w:t>
      </w:r>
    </w:p>
    <w:p>
      <w:r>
        <w:rPr>
          <w:b/>
        </w:rPr>
        <w:t xml:space="preserve">[58:44] </w:t>
      </w:r>
      <w:r>
        <w:t>it is beyond your capacity</w:t>
      </w:r>
    </w:p>
    <w:p>
      <w:pPr>
        <w:jc w:val="right"/>
      </w:pPr>
      <w:r>
        <w:t>اٹ از بیونڈ یور کپیسٹی</w:t>
      </w:r>
    </w:p>
    <w:p>
      <w:r>
        <w:rPr>
          <w:b/>
        </w:rPr>
        <w:t xml:space="preserve">[58:49] </w:t>
      </w:r>
      <w:r>
        <w:t>so we have to know that where we miss the train where we miss the bus</w:t>
      </w:r>
    </w:p>
    <w:p>
      <w:pPr>
        <w:jc w:val="right"/>
      </w:pPr>
      <w:r>
        <w:t>سو وی ہیو ٹو نو دیٹ ویر وی مس دا ٹرین ویر وی مس دا بس</w:t>
      </w:r>
    </w:p>
    <w:p>
      <w:r>
        <w:rPr>
          <w:b/>
        </w:rPr>
        <w:t xml:space="preserve">[58:59] </w:t>
      </w:r>
      <w:r>
        <w:t>we have to know where we miss the bus</w:t>
      </w:r>
    </w:p>
    <w:p>
      <w:pPr>
        <w:jc w:val="right"/>
      </w:pPr>
      <w:r>
        <w:t>وی ہیو ٹو نو ویر وی مس دا بس</w:t>
      </w:r>
    </w:p>
    <w:p>
      <w:r>
        <w:rPr>
          <w:b/>
        </w:rPr>
        <w:t xml:space="preserve">[59:05] </w:t>
      </w:r>
      <w:r>
        <w:t>and that is we</w:t>
      </w:r>
    </w:p>
    <w:p>
      <w:pPr>
        <w:jc w:val="right"/>
      </w:pPr>
      <w:r>
        <w:t>اینڈ دیٹ از وی</w:t>
      </w:r>
    </w:p>
    <w:p>
      <w:r>
        <w:rPr>
          <w:b/>
        </w:rPr>
        <w:t xml:space="preserve">[59:10] </w:t>
      </w:r>
      <w:r>
        <w:t>fail to follow the realistic approach we fail to follow the natural path</w:t>
      </w:r>
    </w:p>
    <w:p>
      <w:pPr>
        <w:jc w:val="right"/>
      </w:pPr>
      <w:r>
        <w:t>فیل ٹو فالو دا ریلسٹک اپروچ وی فیل ٹو فالو دا نیچرل پاتھ</w:t>
      </w:r>
    </w:p>
    <w:p>
      <w:r>
        <w:rPr>
          <w:b/>
        </w:rPr>
        <w:t xml:space="preserve">[59:22] </w:t>
      </w:r>
      <w:r>
        <w:t>we</w:t>
      </w:r>
    </w:p>
    <w:p>
      <w:pPr>
        <w:jc w:val="right"/>
      </w:pPr>
      <w:r>
        <w:t>وی</w:t>
      </w:r>
    </w:p>
    <w:p>
      <w:r>
        <w:rPr>
          <w:b/>
        </w:rPr>
        <w:t xml:space="preserve">[59:26] </w:t>
      </w:r>
      <w:r>
        <w:t>become sentimental muslims are engaged in their emotions</w:t>
      </w:r>
    </w:p>
    <w:p>
      <w:pPr>
        <w:jc w:val="right"/>
      </w:pPr>
      <w:r>
        <w:t>بیکم سینٹیمنٹل مسلمز ار انگیج ان دیر ایموشنز</w:t>
      </w:r>
    </w:p>
    <w:p>
      <w:r>
        <w:rPr>
          <w:b/>
        </w:rPr>
        <w:t xml:space="preserve">[59:34] </w:t>
      </w:r>
      <w:r>
        <w:t>it is not enough all the muslims speak in emotions this are our sentiment this are our emotions this kind of language will not work</w:t>
      </w:r>
    </w:p>
    <w:p>
      <w:pPr>
        <w:jc w:val="right"/>
      </w:pPr>
      <w:r>
        <w:t>اٹ از ناٹ انف اول د مسلمز اسپیک ان ایموشنز دس ار اور سینٹیمنٹ دس ار اور ایموشنز دس کائنڈ اف لینگویج ول ناٹ ورک</w:t>
      </w:r>
    </w:p>
    <w:p>
      <w:r>
        <w:rPr>
          <w:b/>
        </w:rPr>
        <w:t xml:space="preserve">[59:54] </w:t>
      </w:r>
      <w:r>
        <w:t>you have to provide some reason you have to provide some logic otherwise no one is going to hear your your speeches</w:t>
      </w:r>
    </w:p>
    <w:p>
      <w:pPr>
        <w:jc w:val="right"/>
      </w:pPr>
      <w:r>
        <w:t>یو ہیو ٹو پرووائیڈ سم ریزن یو ہیو ٹو پرووائیڈ سم لاجک ادر وائز نو ون از گوئنگ ٹو ہیئر یور یور سپیچز</w:t>
      </w:r>
    </w:p>
    <w:p>
      <w:r>
        <w:rPr>
          <w:b/>
        </w:rPr>
        <w:t xml:space="preserve">[1:00:04] </w:t>
      </w:r>
      <w:r>
        <w:t>no one is going to read your books no one is going to read your statements</w:t>
      </w:r>
    </w:p>
    <w:p>
      <w:pPr>
        <w:jc w:val="right"/>
      </w:pPr>
      <w:r>
        <w:t>نو ون از گوئنگ ٹو ریڈ یور بکس نو ون از گوئنگ ٹو ریڈ یور سٹیٹمنٹس</w:t>
      </w:r>
    </w:p>
    <w:p>
      <w:r>
        <w:rPr>
          <w:b/>
        </w:rPr>
        <w:t xml:space="preserve">[1:00:14] </w:t>
      </w:r>
      <w:r>
        <w:t>if your sentiment was hurt that your your own problem</w:t>
      </w:r>
    </w:p>
    <w:p>
      <w:pPr>
        <w:jc w:val="right"/>
      </w:pPr>
      <w:r>
        <w:t>اف یور سینٹیمنٹ واز ہرٹ دیٹ یور یور اون پرابلم</w:t>
      </w:r>
    </w:p>
    <w:p>
      <w:r>
        <w:rPr>
          <w:b/>
        </w:rPr>
        <w:t xml:space="preserve">[1:00:21] </w:t>
      </w:r>
      <w:r>
        <w:t>if your sentiment was hurt this is your own problem</w:t>
      </w:r>
    </w:p>
    <w:p>
      <w:pPr>
        <w:jc w:val="right"/>
      </w:pPr>
      <w:r>
        <w:t>اف یور سینٹیمنٹ واز ہرٹ دس از یور اون پرابلم</w:t>
      </w:r>
    </w:p>
    <w:p>
      <w:r>
        <w:rPr>
          <w:b/>
        </w:rPr>
        <w:t xml:space="preserve">[1:00:27] </w:t>
      </w:r>
      <w:r>
        <w:t>no one bother about your sentiments</w:t>
      </w:r>
    </w:p>
    <w:p>
      <w:pPr>
        <w:jc w:val="right"/>
      </w:pPr>
      <w:r>
        <w:t>نو ون بادر اباؤٹ یور سینٹیمنٹس</w:t>
      </w:r>
    </w:p>
    <w:p>
      <w:r>
        <w:rPr>
          <w:b/>
        </w:rPr>
        <w:t xml:space="preserve">[1:00:34] </w:t>
      </w:r>
      <w:r>
        <w:t>the only thing required is to provide some reason some logic some argument</w:t>
      </w:r>
    </w:p>
    <w:p>
      <w:pPr>
        <w:jc w:val="right"/>
      </w:pPr>
      <w:r>
        <w:t>دا اونلی تھنگ ریکوائرڈ از ٹو پرووائیڈ سم ریزن سم لاجک سم ارگیومنٹ</w:t>
      </w:r>
    </w:p>
    <w:p>
      <w:r>
        <w:rPr>
          <w:b/>
        </w:rPr>
        <w:t xml:space="preserve">[1:00:48] </w:t>
      </w:r>
      <w:r>
        <w:t>so if there are some books against islamic belief you have to you have to publish some other books to counter his theme</w:t>
      </w:r>
    </w:p>
    <w:p>
      <w:pPr>
        <w:jc w:val="right"/>
      </w:pPr>
      <w:r>
        <w:t>سو اف دیر ار سم بکس اگینسٹ اسلامک بیلیف یو ہیو ٹو یو ہیو ٹو پبلش سم ادر بکس ٹو کاؤنٹر ہز تھیم</w:t>
      </w:r>
    </w:p>
    <w:p>
      <w:r>
        <w:rPr>
          <w:b/>
        </w:rPr>
        <w:t xml:space="preserve">[1:01:03] </w:t>
      </w:r>
      <w:r>
        <w:t>you have to present some other ideology to counter his ideology</w:t>
      </w:r>
    </w:p>
    <w:p>
      <w:pPr>
        <w:jc w:val="right"/>
      </w:pPr>
      <w:r>
        <w:t>یو ہیو ٹو پریزنٹ سم ادر ائیڈیالوجی ٹو کاؤنٹر ہز ائیڈیالوجی</w:t>
      </w:r>
    </w:p>
    <w:p>
      <w:r>
        <w:rPr>
          <w:b/>
        </w:rPr>
        <w:t xml:space="preserve">[1:01:10] </w:t>
      </w:r>
      <w:r>
        <w:t>so this is the only option fast in this world and this was the policy of the prophet of islam</w:t>
      </w:r>
    </w:p>
    <w:p>
      <w:pPr>
        <w:jc w:val="right"/>
      </w:pPr>
      <w:r>
        <w:t>سو دس از دا اونلی اپشن فاسٹ ان دس ورلڈ اینڈ دس واز دا پالیسی اف دا پرافٹ اف اسلام</w:t>
      </w:r>
    </w:p>
    <w:p>
      <w:r>
        <w:rPr>
          <w:b/>
        </w:rPr>
        <w:t xml:space="preserve">[1:01:23] </w:t>
      </w:r>
      <w:r>
        <w:t>this is the rational stand this is the logical stand this is the practical stand</w:t>
      </w:r>
    </w:p>
    <w:p>
      <w:pPr>
        <w:jc w:val="right"/>
      </w:pPr>
      <w:r>
        <w:t>دس از دا ریشنل اسٹینڈ دس از دا لاجیکل اسٹینڈ دس از دا پریکٹیکل اسٹینڈ</w:t>
      </w:r>
    </w:p>
    <w:p>
      <w:r>
        <w:rPr>
          <w:b/>
        </w:rPr>
        <w:t xml:space="preserve">[1:01:33] </w:t>
      </w:r>
      <w:r>
        <w:t>and at the same time this is the islamic stand at the same time it is the sunnah of the prophet of islam sunnah means example</w:t>
      </w:r>
    </w:p>
    <w:p>
      <w:pPr>
        <w:jc w:val="right"/>
      </w:pPr>
      <w:r>
        <w:t>اینڈ ایٹ دا سیم ٹائم دس از دا اسلامک اسٹینڈ ایٹ دا سیم ٹائم اٹ از دا سنہ اف دا پرافٹ اف اسلام سنہ مینز ایگزیمپل</w:t>
      </w:r>
    </w:p>
    <w:p>
      <w:r>
        <w:rPr>
          <w:b/>
        </w:rPr>
        <w:t xml:space="preserve">[1:01:48] </w:t>
      </w:r>
      <w:r>
        <w:t>quran says laqad kana lakum fi rasool allah uswa hasana in the prophet there is a good example for you</w:t>
      </w:r>
    </w:p>
    <w:p>
      <w:pPr>
        <w:jc w:val="right"/>
      </w:pPr>
      <w:r>
        <w:t>قران سیز لقد کان لکم فی رسول اللہ اسوۃ حسنہ ان دی پرافٹ دیر از ا گڈ ایگزیمپل فار یو</w:t>
      </w:r>
    </w:p>
    <w:p>
      <w:r>
        <w:rPr>
          <w:b/>
        </w:rPr>
        <w:t xml:space="preserve">[1:02:00] </w:t>
      </w:r>
      <w:r>
        <w:t>in the prophet there is a good example for you so in every matter prophet provides a good example in every matters so this is also sunnah of the prophet of islam a also good example given by the prophet of islam that you have to differentiate between possible or impossible</w:t>
      </w:r>
    </w:p>
    <w:p>
      <w:pPr>
        <w:jc w:val="right"/>
      </w:pPr>
      <w:r>
        <w:t>ان دی پرافٹ دیر از ا گڈ ایگزیمپل فار یو سو ان ایوری میٹر پرافٹ پرووائیڈس ا گڈ ایگزیمپل ان ایوری میٹرز سو دس از السو سنہ اف دا پرافٹ اف اسلام ا السو گڈ ایگزیمپل گون بائی دا پرافٹ اف اسلام دیٹ یو ہیو ٹو ڈیفرنشیٹ بٹوین پوسیبل اور امپوسیبل</w:t>
      </w:r>
    </w:p>
    <w:p>
      <w:r>
        <w:rPr>
          <w:b/>
        </w:rPr>
        <w:t xml:space="preserve">[1:02:29] </w:t>
      </w:r>
      <w:r>
        <w:t>also sunnah of the prophet of Islam</w:t>
      </w:r>
    </w:p>
    <w:p>
      <w:pPr>
        <w:jc w:val="right"/>
      </w:pPr>
      <w:r>
        <w:t>ا السو سنہ اف دا پرافٹ اف اسلام</w:t>
      </w:r>
    </w:p>
    <w:p>
      <w:r>
        <w:rPr>
          <w:b/>
        </w:rPr>
        <w:t xml:space="preserve">[1:02:34] </w:t>
      </w:r>
      <w:r>
        <w:t>dat you have to differentiate between what is possible and what is impossible</w:t>
      </w:r>
    </w:p>
    <w:p>
      <w:pPr>
        <w:jc w:val="right"/>
      </w:pPr>
      <w:r>
        <w:t>دیٹ یو ہیو ٹو ڈیفرنشیٹ بٹوین واٹ از پوسیبل اینڈ واٹ از امپوسیبل</w:t>
      </w:r>
    </w:p>
    <w:p>
      <w:r>
        <w:rPr>
          <w:b/>
        </w:rPr>
        <w:t xml:space="preserve">[1:02:48] </w:t>
      </w:r>
      <w:r>
        <w:t>what is achievable and what is not achievable</w:t>
      </w:r>
    </w:p>
    <w:p>
      <w:pPr>
        <w:jc w:val="right"/>
      </w:pPr>
      <w:r>
        <w:t>واٹ از اچیویبل اینڈ واٹ از ناٹ اچیویبل</w:t>
      </w:r>
    </w:p>
    <w:p>
      <w:r>
        <w:rPr>
          <w:b/>
        </w:rPr>
        <w:t xml:space="preserve">[1:02:54] </w:t>
      </w:r>
      <w:r>
        <w:t>This also sunnah of the prophet of Islam. This also good example.</w:t>
      </w:r>
    </w:p>
    <w:p>
      <w:pPr>
        <w:jc w:val="right"/>
      </w:pPr>
      <w:r>
        <w:t>دس السو سنہ اف دا پرافٹ اف اسلام دس السو گڈ ایگزیمپل</w:t>
      </w:r>
    </w:p>
    <w:p>
      <w:r>
        <w:rPr>
          <w:b/>
        </w:rPr>
        <w:t xml:space="preserve">[1:03:04] </w:t>
      </w:r>
      <w:r>
        <w:t>so here we miss the bus</w:t>
      </w:r>
    </w:p>
    <w:p>
      <w:pPr>
        <w:jc w:val="right"/>
      </w:pPr>
      <w:r>
        <w:t>سو ہیر وی مس دا بس</w:t>
      </w:r>
    </w:p>
    <w:p>
      <w:r>
        <w:rPr>
          <w:b/>
        </w:rPr>
        <w:t xml:space="preserve">[1:03:11] </w:t>
      </w:r>
      <w:r>
        <w:t>but that we followed our emotions but we fail to follow the practical realities</w:t>
      </w:r>
    </w:p>
    <w:p>
      <w:pPr>
        <w:jc w:val="right"/>
      </w:pPr>
      <w:r>
        <w:t>بٹ دیٹ وی فالوڈ اور ایموشنز بٹ وی فیل ٹو فالو دا پریکٹیکل ریلیٹیز</w:t>
      </w:r>
    </w:p>
    <w:p>
      <w:r>
        <w:rPr>
          <w:b/>
        </w:rPr>
        <w:t xml:space="preserve">[1:03:26] </w:t>
      </w:r>
      <w:r>
        <w:t>this is my this is according to my study this is my experience</w:t>
      </w:r>
    </w:p>
    <w:p>
      <w:pPr>
        <w:jc w:val="right"/>
      </w:pPr>
      <w:r>
        <w:t>دس از مائی دس از اکارڈنگ ٹو مائی سٹڈی دس از مائی ایکسپیرینس</w:t>
      </w:r>
    </w:p>
    <w:p>
      <w:r>
        <w:rPr>
          <w:b/>
        </w:rPr>
        <w:t xml:space="preserve">[1:03:37] </w:t>
      </w:r>
      <w:r>
        <w:t>and i firmly believe that there is no other option for muslims</w:t>
      </w:r>
    </w:p>
    <w:p>
      <w:pPr>
        <w:jc w:val="right"/>
      </w:pPr>
      <w:r>
        <w:t>اینڈ ائی فرملی بیلیو دیٹ دیر از نو ادر اپشن فار مسلمز</w:t>
      </w:r>
    </w:p>
    <w:p>
      <w:r>
        <w:rPr>
          <w:b/>
        </w:rPr>
        <w:t xml:space="preserve">[1:03:47] </w:t>
      </w:r>
      <w:r>
        <w:t>you know all the all the all the those so called jihad agnaited by muslims became failure nothing was yielded by these jihads</w:t>
      </w:r>
    </w:p>
    <w:p>
      <w:pPr>
        <w:jc w:val="right"/>
      </w:pPr>
      <w:r>
        <w:t>یو نو اول د اول د اول دوز سو کالڈ جہاد اگنائز بائی مسلم بیکم فیلیر نتھنگ واز ایلڈڈ بائی دی جہادز</w:t>
      </w:r>
    </w:p>
    <w:p>
      <w:r>
        <w:rPr>
          <w:b/>
        </w:rPr>
        <w:t xml:space="preserve">[1:04:05] </w:t>
      </w:r>
      <w:r>
        <w:t>we are fighting from no less than 200 years</w:t>
      </w:r>
    </w:p>
    <w:p>
      <w:pPr>
        <w:jc w:val="right"/>
      </w:pPr>
      <w:r>
        <w:t>وی ار فائٹنگ فرام نو لیس دین 200 ایئرز</w:t>
      </w:r>
    </w:p>
    <w:p>
      <w:r>
        <w:rPr>
          <w:b/>
        </w:rPr>
        <w:t xml:space="preserve">[1:04:13] </w:t>
      </w:r>
      <w:r>
        <w:t>very strange we are fighting from no less than 200 years but all in vain all in vain all in vain</w:t>
      </w:r>
    </w:p>
    <w:p>
      <w:pPr>
        <w:jc w:val="right"/>
      </w:pPr>
      <w:r>
        <w:t>ویری سٹرینج وی ار فائٹنگ فرام نو لیس دین 200 ایئرز بٹ اول ان وین اول ان وین اول ان وین</w:t>
      </w:r>
    </w:p>
    <w:p>
      <w:r>
        <w:rPr>
          <w:b/>
        </w:rPr>
        <w:t xml:space="preserve">[1:04:25] </w:t>
      </w:r>
      <w:r>
        <w:t>nothing was achieved by this mujahid except disaster except except losses losses</w:t>
      </w:r>
    </w:p>
    <w:p>
      <w:pPr>
        <w:jc w:val="right"/>
      </w:pPr>
      <w:r>
        <w:t>نتھنگ واز اچیوڈ بائی دس مجاہد ایکسیپٹ ڈساسٹر ایکسیپٹ ایکسیپٹ لاس لاسز</w:t>
      </w:r>
    </w:p>
    <w:p>
      <w:r>
        <w:rPr>
          <w:b/>
        </w:rPr>
        <w:t xml:space="preserve">[1:04:36] </w:t>
      </w:r>
      <w:r>
        <w:t>in term of money in term of life in term of prestige</w:t>
      </w:r>
    </w:p>
    <w:p>
      <w:pPr>
        <w:jc w:val="right"/>
      </w:pPr>
      <w:r>
        <w:t>ان ٹرم اف منی ان ٹرم اف لائف ان ٹرم اف پریسٹیج</w:t>
      </w:r>
    </w:p>
    <w:p>
      <w:r>
        <w:rPr>
          <w:b/>
        </w:rPr>
        <w:t xml:space="preserve">[1:04:49] </w:t>
      </w:r>
      <w:r>
        <w:t>so i would like to say that at present we need jihad dawah not jihad saif</w:t>
      </w:r>
    </w:p>
    <w:p>
      <w:pPr>
        <w:jc w:val="right"/>
      </w:pPr>
      <w:r>
        <w:t>سو ائی وڈ لائک ٹو سے دیٹ ایٹ پریزنٹ وی نیڈ جہاد دعوت ناٹ جہاد سیف</w:t>
      </w:r>
    </w:p>
    <w:p>
      <w:r>
        <w:rPr>
          <w:b/>
        </w:rPr>
        <w:t xml:space="preserve">[1:05:03] </w:t>
      </w:r>
      <w:r>
        <w:t>in our present situation we need jihad but jihad dawah and not jihad saif that is dua work and not jihad work</w:t>
      </w:r>
    </w:p>
    <w:p>
      <w:pPr>
        <w:jc w:val="right"/>
      </w:pPr>
      <w:r>
        <w:t>ان اور پریزنٹ سچویشن وی نیڈ جہاد بٹ جہاد دعوت اینڈ ناٹ جہاد سیف دیٹ از دعا ورک اینڈ ناٹ جہاد ورک</w:t>
      </w:r>
    </w:p>
    <w:p>
      <w:r>
        <w:rPr>
          <w:b/>
        </w:rPr>
        <w:t xml:space="preserve">[1:05:19] </w:t>
      </w:r>
      <w:r>
        <w:t>in our present situation there are enormous opportunities enormous opportunities there are modern communications</w:t>
      </w:r>
    </w:p>
    <w:p>
      <w:pPr>
        <w:jc w:val="right"/>
      </w:pPr>
      <w:r>
        <w:t>ان اور پریزنٹ سچویشن دیر ار انارمس اپرچونیٹیز انارمس اپرچونیٹیز دیر ار ماڈرن کمیونیکیشنز</w:t>
      </w:r>
    </w:p>
    <w:p>
      <w:r>
        <w:rPr>
          <w:b/>
        </w:rPr>
        <w:t xml:space="preserve">[1:05:32] </w:t>
      </w:r>
      <w:r>
        <w:t>there are there are religious freedom there are so many favorable things fast but we can avail all these opportunities only through dawah peaceful dawah work not through armed struggle through fighting no not at all so we have to bring about change in our policy</w:t>
      </w:r>
    </w:p>
    <w:p>
      <w:pPr>
        <w:jc w:val="right"/>
      </w:pPr>
      <w:r>
        <w:t>دیر ار دیر ار ریلیجس فریڈم دیر ار سو مینی فیوریبل تھنگز فاسٹ بٹ وی کین اویل اول دز اپرچونیٹیز اونلی تھرو دعوی پیس فل دعوی ورک ناٹ تھرو ارمڈ سٹرگل تھرو فائٹنگ نو ناٹ ایٹ ال سو وی ہیو ٹو برگ اباؤٹ چینج ان اور پالیسی</w:t>
      </w:r>
    </w:p>
    <w:p>
      <w:r>
        <w:rPr>
          <w:b/>
        </w:rPr>
        <w:t xml:space="preserve">[1:06:01] </w:t>
      </w:r>
      <w:r>
        <w:t>we have to admit that we were wrong</w:t>
      </w:r>
    </w:p>
    <w:p>
      <w:pPr>
        <w:jc w:val="right"/>
      </w:pPr>
      <w:r>
        <w:t>وی ہیو ٹو ایڈمٹ دیٹ وی وار رونگ</w:t>
      </w:r>
    </w:p>
    <w:p>
      <w:r>
        <w:rPr>
          <w:b/>
        </w:rPr>
        <w:t xml:space="preserve">[1:06:08] </w:t>
      </w:r>
      <w:r>
        <w:t>in short i can say that in our present time there are</w:t>
      </w:r>
    </w:p>
    <w:p>
      <w:pPr>
        <w:jc w:val="right"/>
      </w:pPr>
      <w:r>
        <w:t>ان شارٹ ائی کین سے دیٹ ان اور پریزنٹ ٹائم دیر ار</w:t>
      </w:r>
    </w:p>
    <w:p>
      <w:r>
        <w:rPr>
          <w:b/>
        </w:rPr>
        <w:t xml:space="preserve">[1:06:19] </w:t>
      </w:r>
      <w:r>
        <w:t>abundant opportunities in every field</w:t>
      </w:r>
    </w:p>
    <w:p>
      <w:pPr>
        <w:jc w:val="right"/>
      </w:pPr>
      <w:r>
        <w:t>ابینڈنٹ اپرچونیٹیز ان ایوری فیلڈ</w:t>
      </w:r>
    </w:p>
    <w:p>
      <w:r>
        <w:rPr>
          <w:b/>
        </w:rPr>
        <w:t xml:space="preserve">[1:06:24] </w:t>
      </w:r>
      <w:r>
        <w:t>but the only condition is only condition</w:t>
      </w:r>
    </w:p>
    <w:p>
      <w:pPr>
        <w:jc w:val="right"/>
      </w:pPr>
      <w:r>
        <w:t>بٹ دا اونلی کنڈیشن از اونلی کنڈیشن</w:t>
      </w:r>
    </w:p>
    <w:p>
      <w:r>
        <w:rPr>
          <w:b/>
        </w:rPr>
        <w:t xml:space="preserve">[1:06:33] </w:t>
      </w:r>
      <w:r>
        <w:t>is required to be peaceful to abandon all those all those fightings all those violence and adopt the peaceful dawah work</w:t>
      </w:r>
    </w:p>
    <w:p>
      <w:pPr>
        <w:jc w:val="right"/>
      </w:pPr>
      <w:r>
        <w:t>از ریکوائرڈ ٹو بی پیس فل ٹو ابینڈن اول دوز اول دوز فائٹنگز اول دوز وائلنس اینڈ اڈاپٹ دا پیس فل دعوی ورک</w:t>
      </w:r>
    </w:p>
    <w:p>
      <w:r>
        <w:rPr>
          <w:b/>
        </w:rPr>
        <w:t xml:space="preserve">[1:06:48] </w:t>
      </w:r>
      <w:r>
        <w:t>peaceful dawah w</w:t>
      </w:r>
    </w:p>
    <w:p>
      <w:pPr>
        <w:jc w:val="right"/>
      </w:pPr>
      <w:r>
        <w:t>پیس فل دعوی و</w:t>
      </w:r>
    </w:p>
    <w:p>
      <w:r>
        <w:rPr>
          <w:b/>
        </w:rPr>
        <w:t xml:space="preserve">[1:06:49] </w:t>
      </w:r>
      <w:r>
        <w:t>ork peaceful islamic activism is the only answer</w:t>
      </w:r>
    </w:p>
    <w:p>
      <w:pPr>
        <w:jc w:val="right"/>
      </w:pPr>
      <w:r>
        <w:t>رک پیس فل اسلامک ایکٹیزم از دی اونلی انسر</w:t>
      </w:r>
    </w:p>
    <w:p>
      <w:r>
        <w:rPr>
          <w:b/>
        </w:rPr>
        <w:t xml:space="preserve">[1:06:59] </w:t>
      </w:r>
      <w:r>
        <w:t>in the present situation aqool qawli wastaghfirullaha li walakum ajmaeen.</w:t>
      </w:r>
    </w:p>
    <w:p>
      <w:pPr>
        <w:jc w:val="right"/>
      </w:pPr>
      <w:r>
        <w:t>ان دا پریزنٹ سچویشن اقول قولی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