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Love of God May 3, 2009 Maulana Wahiduddin Khan</w:t>
      </w:r>
    </w:p>
    <w:p>
      <w:r>
        <w:t>https://www.youtube.com/watch?v=o6rerQQc8H4</w:t>
      </w:r>
    </w:p>
    <w:p>
      <w:r>
        <w:rPr>
          <w:b/>
        </w:rPr>
        <w:t xml:space="preserve">[00:13] </w:t>
      </w:r>
      <w:r>
        <w:t>bismillah hir rahman nir rahim, wa salla Allahu 'ala an nabiyyil karim. rab ishrah li sadri, wa yassir li amri, wah lul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[00:29] </w:t>
      </w:r>
      <w:r>
        <w:t>yafqahu qawli.</w:t>
      </w:r>
    </w:p>
    <w:p>
      <w:pPr>
        <w:jc w:val="right"/>
      </w:pPr>
      <w:r>
        <w:t>یفقہ قولی۔</w:t>
      </w:r>
    </w:p>
    <w:p>
      <w:r>
        <w:rPr>
          <w:b/>
        </w:rPr>
        <w:t xml:space="preserve">[00:34] </w:t>
      </w:r>
      <w:r>
        <w:t>aaj ke liye jo topic hai woh hai Khuda se mohabbat, love of God.</w:t>
      </w:r>
    </w:p>
    <w:p>
      <w:pPr>
        <w:jc w:val="right"/>
      </w:pPr>
      <w:r>
        <w:t>آج کے لیے جو ٹاپک ہے وہ ہے خدا سے محبت، لو آف گاڈ۔</w:t>
      </w:r>
    </w:p>
    <w:p>
      <w:r>
        <w:rPr>
          <w:b/>
        </w:rPr>
        <w:t xml:space="preserve">[00:48] </w:t>
      </w:r>
      <w:r>
        <w:t>Qur'an mein aur hadith mein bar bar yeh bataya gaya hai ke bande ko Khuda se mohabbat ka ta'alluq hona chahiye.</w:t>
      </w:r>
    </w:p>
    <w:p>
      <w:pPr>
        <w:jc w:val="right"/>
      </w:pPr>
      <w:r>
        <w:t>قرآن میں اور حدیث میں بار بار یہ بتایا گیا ہے کہ بندے کو خدا سے محبت کا تعلق ہونا چاہیے۔</w:t>
      </w:r>
    </w:p>
    <w:p>
      <w:r>
        <w:rPr>
          <w:b/>
        </w:rPr>
        <w:t xml:space="preserve">[01:04] </w:t>
      </w:r>
      <w:r>
        <w:t>mohabbat ka ta'alluq. aap jante hain ke insan ke andar sab se zyada jo powerful jazba hai, sab se taqatwar jazba jo hai woh mohabbat hai.</w:t>
      </w:r>
    </w:p>
    <w:p>
      <w:pPr>
        <w:jc w:val="right"/>
      </w:pPr>
      <w:r>
        <w:t>محبت کا تعلق۔ آپ جانتے ہیں کہ انسان کے اندر سب سے زیادہ جو پاور فل جذبہ ہے، سب سے طاقتور جذبہ جو ہے وہ محبت ہے۔</w:t>
      </w:r>
    </w:p>
    <w:p>
      <w:r>
        <w:rPr>
          <w:b/>
        </w:rPr>
        <w:t xml:space="preserve">[01:19] </w:t>
      </w:r>
      <w:r>
        <w:t>to yeh jo taqatwar jazba hai, is ko mohabbat kaha jata hai, aur yeh sirf Khuda ke liye hai. Qur'an mein hai ke wa min an nas man yattakhidhu andadan min dunillahi yuhibbunahum kahubbillah, walladhina amanu ashadd hubban lillah.</w:t>
      </w:r>
    </w:p>
    <w:p>
      <w:pPr>
        <w:jc w:val="right"/>
      </w:pPr>
      <w:r>
        <w:t>تو یہ جو طاقتور جذبہ ہے، اس کو محبت کہا جاتا ہے، اور یہ صرف خدا کے لیے ہے۔ قرآن میں ہے کہ ومن الناس من یتخذ انداد من دون اللہ یحبونہم قحب باللہ، والذین آمنوا اشد حبا للہ۔</w:t>
      </w:r>
    </w:p>
    <w:p>
      <w:r>
        <w:rPr>
          <w:b/>
        </w:rPr>
        <w:t xml:space="preserve">[01:45] </w:t>
      </w:r>
      <w:r>
        <w:t>bahut se log hain jo doosron se is tarah mohabbat karte hain jis tarah Khuda se karna chahiye, yani doosron ko Khuda ka partner banate hain.</w:t>
      </w:r>
    </w:p>
    <w:p>
      <w:pPr>
        <w:jc w:val="right"/>
      </w:pPr>
      <w:r>
        <w:t>بہت سے لوگ ہیں جو دوسروں سے اس طرح محبت کرتے ہیں جس طرح خدا سے کرنا چاہیے، یعنی دوسروں کو خدا کا پارٹنر بناتے ہیں۔</w:t>
      </w:r>
    </w:p>
    <w:p>
      <w:r>
        <w:rPr>
          <w:b/>
        </w:rPr>
        <w:t xml:space="preserve">[01:58] </w:t>
      </w:r>
      <w:r>
        <w:t>lekin jo Allah, jo Allah ko man'ne wale hain sach much, to un ko sab se zyada mohabbat Khuda se hoti hai.</w:t>
      </w:r>
    </w:p>
    <w:p>
      <w:pPr>
        <w:jc w:val="right"/>
      </w:pPr>
      <w:r>
        <w:t>لیکن جو اللہ، جو اللہ کو ماننے والے ہیں سچ مچ، تو ان کو سب سے زیادہ محبت خدا سے ہوتی ہے۔</w:t>
      </w:r>
    </w:p>
    <w:p>
      <w:r>
        <w:rPr>
          <w:b/>
        </w:rPr>
        <w:t xml:space="preserve">[02:09] </w:t>
      </w:r>
      <w:r>
        <w:t>believers love God most. ahl e iman jo hain, woh sab se zyada mohabbat Khuda se karte hain. believers love God most.</w:t>
      </w:r>
    </w:p>
    <w:p>
      <w:pPr>
        <w:jc w:val="right"/>
      </w:pPr>
      <w:r>
        <w:t>بیلیورز لو گاڈ موسٹ۔ اہل ایمان جو ہیں، وہ سب سے زیادہ محبت خدا سے کرتے ہیں۔ بیلیورز لو گاڈ موسٹ۔</w:t>
      </w:r>
    </w:p>
    <w:p>
      <w:r>
        <w:rPr>
          <w:b/>
        </w:rPr>
        <w:t xml:space="preserve">[02:24] </w:t>
      </w:r>
      <w:r>
        <w:t>mohabbat ko agar aap lughat ke aitbar se janna chahein to dictionary mein is ka matlab bataya jata hai.</w:t>
      </w:r>
    </w:p>
    <w:p>
      <w:pPr>
        <w:jc w:val="right"/>
      </w:pPr>
      <w:r>
        <w:t>محبت کو اگر آپ لغت کے اعتبار سے جاننا چاہیں تو ڈکشنری میں اس کا مطلب بتایا جاتا ہے۔</w:t>
      </w:r>
    </w:p>
    <w:p>
      <w:r>
        <w:rPr>
          <w:b/>
        </w:rPr>
        <w:t xml:space="preserve">[02:36] </w:t>
      </w:r>
      <w:r>
        <w:t>strong affection. mohabbat kya hai? strong affection.</w:t>
      </w:r>
    </w:p>
    <w:p>
      <w:pPr>
        <w:jc w:val="right"/>
      </w:pPr>
      <w:r>
        <w:t>اسٹرانگ افیکشن۔ محبت کیا ہے؟ اسٹرانگ افیکشن۔</w:t>
      </w:r>
    </w:p>
    <w:p>
      <w:r>
        <w:rPr>
          <w:b/>
        </w:rPr>
        <w:t xml:space="preserve">[02:44] </w:t>
      </w:r>
      <w:r>
        <w:t>yeh strong affection kis se hota hai? jis se aadmi ko unilateral taur par mile kuch.</w:t>
      </w:r>
    </w:p>
    <w:p>
      <w:pPr>
        <w:jc w:val="right"/>
      </w:pPr>
      <w:r>
        <w:t>یہ اسٹرانگ افیکشن کس سے ہوتا ہے؟ جس سے آدمی کو انریٹرل طور پر ملے کچھ۔</w:t>
      </w:r>
    </w:p>
    <w:p>
      <w:r>
        <w:rPr>
          <w:b/>
        </w:rPr>
        <w:t xml:space="preserve">[02:55] </w:t>
      </w:r>
      <w:r>
        <w:t>receiving favor without payment.</w:t>
      </w:r>
    </w:p>
    <w:p>
      <w:pPr>
        <w:jc w:val="right"/>
      </w:pPr>
      <w:r>
        <w:t>ریسیونگ فیور ودا آؤٹ پیمنٹ۔</w:t>
      </w:r>
    </w:p>
    <w:p>
      <w:r>
        <w:rPr>
          <w:b/>
        </w:rPr>
        <w:t xml:space="preserve">[03:01] </w:t>
      </w:r>
      <w:r>
        <w:t>jaise maa se aap ko milta hai jo kuch, woh yak tarfa milta hai. aap is ki koi price nahi dete, to aap ko maa se bahut zyada mohabbat ho jati hai.</w:t>
      </w:r>
    </w:p>
    <w:p>
      <w:pPr>
        <w:jc w:val="right"/>
      </w:pPr>
      <w:r>
        <w:t>جیسے ماں سے آپ کو ملتا ہے جو کچھ، وہ یکطرفہ ملتا ہے۔ آپ اس کی کوئی پرائز نہیں دیتے، تو آپ کو ماں سے بہت زیادہ محبت ہو جاتی ہے۔</w:t>
      </w:r>
    </w:p>
    <w:p>
      <w:r>
        <w:rPr>
          <w:b/>
        </w:rPr>
        <w:t xml:space="preserve">[03:13] </w:t>
      </w:r>
      <w:r>
        <w:t>lekin sab se zyada dene wala to Khuda hai.</w:t>
      </w:r>
    </w:p>
    <w:p>
      <w:pPr>
        <w:jc w:val="right"/>
      </w:pPr>
      <w:r>
        <w:t>لیکن سب سے زیادہ دینے والا تو خدا ہے۔</w:t>
      </w:r>
    </w:p>
    <w:p>
      <w:r>
        <w:rPr>
          <w:b/>
        </w:rPr>
        <w:t xml:space="preserve">[03:18] </w:t>
      </w:r>
      <w:r>
        <w:t>maa se jo kuch milta hai aap ko, us se billion trillion se bhi zyada milta hai aap ko Khuda se.</w:t>
      </w:r>
    </w:p>
    <w:p>
      <w:pPr>
        <w:jc w:val="right"/>
      </w:pPr>
      <w:r>
        <w:t>ماں سے جو کچھ ملتا ہے آپ کو، اس سے بلین ٹریلین سے بھی زیادہ ملتا ہے آپ کو خدا سے۔</w:t>
      </w:r>
    </w:p>
    <w:p>
      <w:r>
        <w:rPr>
          <w:b/>
        </w:rPr>
        <w:t xml:space="preserve">[03:26] </w:t>
      </w:r>
      <w:r>
        <w:t>to sab se zyada mohabbat insan ko Khuda se honi chahiye.</w:t>
      </w:r>
    </w:p>
    <w:p>
      <w:pPr>
        <w:jc w:val="right"/>
      </w:pPr>
      <w:r>
        <w:t>تو سب سے زیادہ محبت انسان کو خدا سے ہونی چاہیے۔</w:t>
      </w:r>
    </w:p>
    <w:p>
      <w:r>
        <w:rPr>
          <w:b/>
        </w:rPr>
        <w:t xml:space="preserve">[03:33] </w:t>
      </w:r>
      <w:r>
        <w:t>yahan main ek arz karunga ke insan ke andar yeh jazba rakha Allah taala ne mohabbat ka.</w:t>
      </w:r>
    </w:p>
    <w:p>
      <w:pPr>
        <w:jc w:val="right"/>
      </w:pPr>
      <w:r>
        <w:t>یہاں میں ایک عرض کروں گا کہ انسان کے اندر یہ جذبہ رکھا اللہ تعالی نے محبت کا۔</w:t>
      </w:r>
    </w:p>
    <w:p>
      <w:r>
        <w:rPr>
          <w:b/>
        </w:rPr>
        <w:t xml:space="preserve">[03:42] </w:t>
      </w:r>
      <w:r>
        <w:t>yani mohabbat jo hai, woh aisa nahi ke koi bataye aap ko to mohabbat ho aap ko. ashadd hubban lillah ka matlab yeh nahi hai ke bataya jaye to aap mohabbat karne lagen.</w:t>
      </w:r>
    </w:p>
    <w:p>
      <w:pPr>
        <w:jc w:val="right"/>
      </w:pPr>
      <w:r>
        <w:t>یعنی محبت جو ہے، وہ ایسا نہیں کہ کوئی بتایا آپ کو تو محبت ہو آپ کو۔ اشد حب للہ کا مطلب یہ نہیں ہے کہ بتایا جائے تو آپ محبت کرنے لگیں۔</w:t>
      </w:r>
    </w:p>
    <w:p>
      <w:r>
        <w:rPr>
          <w:b/>
        </w:rPr>
        <w:t xml:space="preserve">[03:57] </w:t>
      </w:r>
      <w:r>
        <w:t>maa se mohabbat aap ko hoti hai to aisa nahi hai ke koi batata hai aap ko ke dekho maa se mohabbat karo. nahi, apne aap hoti hai.</w:t>
      </w:r>
    </w:p>
    <w:p>
      <w:pPr>
        <w:jc w:val="right"/>
      </w:pPr>
      <w:r>
        <w:t>ماں سے محبت آپ کو ہوتی ہے تو ایسا نہیں ہے کہ کوئی بتاتا ہے آپ کو کہ دیکھو ماں سے محبت کرو۔ نہیں، اپنے آپ ہوتی ہے۔</w:t>
      </w:r>
    </w:p>
    <w:p>
      <w:r>
        <w:rPr>
          <w:b/>
        </w:rPr>
        <w:t xml:space="preserve">[04:07] </w:t>
      </w:r>
      <w:r>
        <w:t>to Khuda se mohabbat ka matlab yeh nahi hai ke kahin likha hua hai to us ko padha aap ne to lage aap Khuda se mohabbat kar rahe hain. yeh matlab nahi hai.</w:t>
      </w:r>
    </w:p>
    <w:p>
      <w:pPr>
        <w:jc w:val="right"/>
      </w:pPr>
      <w:r>
        <w:t>تو خدا سے محبت کا مطلب یہ نہیں ہے کہ کہیں لکھا ہوا ہے تو اس کو پڑھا آپ نے تو لگے آپ خدا سے محبت کر رہے ہیں۔ یہ مطلب نہیں ہے۔</w:t>
      </w:r>
    </w:p>
    <w:p>
      <w:r>
        <w:rPr>
          <w:b/>
        </w:rPr>
        <w:t xml:space="preserve">[04:18] </w:t>
      </w:r>
      <w:r>
        <w:t>woh to bahut hi strong feeling aap ke andar already maujood hai mohabbat ki.</w:t>
      </w:r>
    </w:p>
    <w:p>
      <w:pPr>
        <w:jc w:val="right"/>
      </w:pPr>
      <w:r>
        <w:t>وہ تو بہت ہی سٹرانگ فیلنگ آپ کے اندر الریڈی موجود ہے محبت کی۔</w:t>
      </w:r>
    </w:p>
    <w:p>
      <w:r>
        <w:rPr>
          <w:b/>
        </w:rPr>
        <w:t xml:space="preserve">[04:25] </w:t>
      </w:r>
      <w:r>
        <w:t>ab sawal yeh hai ke woh strong feeling jo hai mohabbat ki, us ka object kaun ho? yeh hai masla. to main sochta hoon ke is mamle mein do tareeqe hain.</w:t>
      </w:r>
    </w:p>
    <w:p>
      <w:pPr>
        <w:jc w:val="right"/>
      </w:pPr>
      <w:r>
        <w:t>اب سوال یہ ہے کہ وہ سٹرانگ فیلنگ جو ہے محبت کی، اس کا ابجیکٹ کون ہو؟ یہ ہے مسئلہ۔ تو میں سوچتا ہوں کہ اس معاملے میں دو طریقے ہیں۔</w:t>
      </w:r>
    </w:p>
    <w:p>
      <w:r>
        <w:rPr>
          <w:b/>
        </w:rPr>
        <w:t xml:space="preserve">[04:39] </w:t>
      </w:r>
      <w:r>
        <w:t>ek hai true object of love, ek hai false object of love.</w:t>
      </w:r>
    </w:p>
    <w:p>
      <w:pPr>
        <w:jc w:val="right"/>
      </w:pPr>
      <w:r>
        <w:t>ایک ہے ٹرو ابجیکٹ آف لو، ایک ہے فالس ابجیکٹ آف لو۔</w:t>
      </w:r>
    </w:p>
    <w:p>
      <w:r>
        <w:rPr>
          <w:b/>
        </w:rPr>
        <w:t xml:space="preserve">[04:47] </w:t>
      </w:r>
      <w:r>
        <w:t>yani already jo aap ke andar mohabbat ka jazba rakha hua hai, us ka sachcha object kaun ho aur false object kaun ho ban jata hai.</w:t>
      </w:r>
    </w:p>
    <w:p>
      <w:pPr>
        <w:jc w:val="right"/>
      </w:pPr>
      <w:r>
        <w:t>یعنی الریڈی جو آپ کے اندر محبت کا جذبہ رکھا ہوا ہے، اس کا سچا ابجیکٹ کون ہو اور فالس ابجیکٹ کون ہو بن جاتا ہے۔</w:t>
      </w:r>
    </w:p>
    <w:p>
      <w:r>
        <w:rPr>
          <w:b/>
        </w:rPr>
        <w:t xml:space="preserve">[04:58] </w:t>
      </w:r>
      <w:r>
        <w:t>yeh hai masla. to khuda is jazbe ka true object of love hai. aur khuda ke siwa jo kuch bhi aap banate hain, jo kuch bhi aap karte hain, woh sab false object of love hota hai.</w:t>
      </w:r>
    </w:p>
    <w:p>
      <w:pPr>
        <w:jc w:val="right"/>
      </w:pPr>
      <w:r>
        <w:t>یہ ہے مسئلہ۔ تو خدا اس جذبے کا ٹرو ابجیکٹ آف لو ہے۔ اور خدا کے سوا جو کچھ بھی آپ بناتے ہیں، جو کچھ بھی آپ کرتے ہیں، وہ سب فالس ابجیکٹ آف لو ہوتا ہے۔</w:t>
      </w:r>
    </w:p>
    <w:p>
      <w:r>
        <w:rPr>
          <w:b/>
        </w:rPr>
        <w:t xml:space="preserve">[05:13] </w:t>
      </w:r>
      <w:r>
        <w:t>yeh right aap yeh keh sakte hain right object of love aur wrong object of love. isi baat ko samajhne ki zaroorat hai.</w:t>
      </w:r>
    </w:p>
    <w:p>
      <w:pPr>
        <w:jc w:val="right"/>
      </w:pPr>
      <w:r>
        <w:t>یہ رائٹ آپ یہ کہہ سکتے ہیں رائٹ ابجیکٹ آف لو اور رونگ ابجیکٹ آف لو۔ اسی بات کو سمجھنے کی ضرورت ہے۔</w:t>
      </w:r>
    </w:p>
    <w:p>
      <w:r>
        <w:rPr>
          <w:b/>
        </w:rPr>
        <w:t xml:space="preserve">[05:27] </w:t>
      </w:r>
      <w:r>
        <w:t>to aisa nahi hai ke kahin likha hua hai ke aye logon ko khuda se mohabbat karo to aap lage mohabbat kar rahe hain.</w:t>
      </w:r>
    </w:p>
    <w:p>
      <w:pPr>
        <w:jc w:val="right"/>
      </w:pPr>
      <w:r>
        <w:t>تو ایسا نہیں ہے کہ کہیں لکھا ہوا ہے کہ اے لوگوں کو خدا سے محبت کرو تو آپ لگے محبت کر رہے ہیں۔</w:t>
      </w:r>
    </w:p>
    <w:p>
      <w:r>
        <w:rPr>
          <w:b/>
        </w:rPr>
        <w:t xml:space="preserve">[05:34] </w:t>
      </w:r>
      <w:r>
        <w:t>nahi, woh to dil ki awaaz hoti hai. andar se dil se mohabbat ka chashma ubalta hai. apne aap ubalta hai.</w:t>
      </w:r>
    </w:p>
    <w:p>
      <w:pPr>
        <w:jc w:val="right"/>
      </w:pPr>
      <w:r>
        <w:t>نہیں، وہ تو دل کی آواز ہوتی ہے۔ اندر سے دل سے محبت کا چشمہ ابلتا ہے۔ اپنے آپ ابلتا ہے۔</w:t>
      </w:r>
    </w:p>
    <w:p>
      <w:r>
        <w:rPr>
          <w:b/>
        </w:rPr>
        <w:t xml:space="preserve">[05:43] </w:t>
      </w:r>
      <w:r>
        <w:t>khud nature mein interwoven hai yeh mohabbat. lekin log object banane mein ghalti karte hain. yaani falsely kisi aur cheez ko object bana lete hain.</w:t>
      </w:r>
    </w:p>
    <w:p>
      <w:pPr>
        <w:jc w:val="right"/>
      </w:pPr>
      <w:r>
        <w:t>خود نیچر میں انٹربوبن ہے یہ محبت۔ لیکن لوگ ابجیکٹ بنانے میں غلطی کرتے ہیں۔ یعنی فالسلی کسی اور چیز کو ابجیکٹ بنا لیتے ہیں۔</w:t>
      </w:r>
    </w:p>
    <w:p>
      <w:r>
        <w:rPr>
          <w:b/>
        </w:rPr>
        <w:t xml:space="preserve">[05:58] </w:t>
      </w:r>
      <w:r>
        <w:t>to agar aap kisi insaan ko deconditioning kar saken uski aur sach much usko wahan tak pahuncha saken to apne aap jaise taar se taar jud jata hai, woh baat hoti hai.</w:t>
      </w:r>
    </w:p>
    <w:p>
      <w:pPr>
        <w:jc w:val="right"/>
      </w:pPr>
      <w:r>
        <w:t>تو اگر آپ کسی انسان کو ڈی کنڈیشننگ کر سکیں اس کی اور سچ مچ اس کو وہاں تک پہنچا سکیں تو اپنے آپ جیسے تار سے تار جڑ جاتا ہے، وہ بات ہوتی ہے۔</w:t>
      </w:r>
    </w:p>
    <w:p>
      <w:r>
        <w:rPr>
          <w:b/>
        </w:rPr>
        <w:t xml:space="preserve">[06:12] </w:t>
      </w:r>
      <w:r>
        <w:t>iska mujhe kai baar tajurba hua hai ke jo log false object liye hue thay, unhi ko agar samjhaya gaya, unke dil ke unki deconditioning ki gayi,</w:t>
      </w:r>
    </w:p>
    <w:p>
      <w:pPr>
        <w:jc w:val="right"/>
      </w:pPr>
      <w:r>
        <w:t>اس کا مجھے کئی بار تجربہ ہوا ہے کہ جو لوگ فالس ابجیکٹ لیے ہوئے تھے، انہی کو اگر سمجھایا گیا، ان کے دل کے ان کی ڈی کنڈیشننگ کی گئی،</w:t>
      </w:r>
    </w:p>
    <w:p>
      <w:r>
        <w:rPr>
          <w:b/>
        </w:rPr>
        <w:t xml:space="preserve">[06:25] </w:t>
      </w:r>
      <w:r>
        <w:t>unke dil ke taar ko khuda se joda gaya to achaanak unka dil roshan ho gaya. to iska main ek experience abhi jo parson mujhe hua, usko batana chahta hoon.</w:t>
      </w:r>
    </w:p>
    <w:p>
      <w:pPr>
        <w:jc w:val="right"/>
      </w:pPr>
      <w:r>
        <w:t>ان کے دل کے تار کو خدا سے جوڑا گیا تو اچانک ان کا دل روشن ہو گیا۔ تو اس کا میں ایک ایکسپیرینس ابھی جو پرسوں مجھے ہوا، اس کو بتانا چاہتا ہوں۔</w:t>
      </w:r>
    </w:p>
    <w:p>
      <w:r>
        <w:rPr>
          <w:b/>
        </w:rPr>
        <w:t xml:space="preserve">[06:36] </w:t>
      </w:r>
      <w:r>
        <w:t>main is waqt parson yaani first may ko main saharanpur mein tha.</w:t>
      </w:r>
    </w:p>
    <w:p>
      <w:pPr>
        <w:jc w:val="right"/>
      </w:pPr>
      <w:r>
        <w:t>میں اس وقت پرسوں یعنی فرسٹ مئی کو میں سہارن پور میں تھا۔</w:t>
      </w:r>
    </w:p>
    <w:p>
      <w:r>
        <w:rPr>
          <w:b/>
        </w:rPr>
        <w:t xml:space="preserve">[06:41] </w:t>
      </w:r>
      <w:r>
        <w:t>wahan par ek public gathering thi, selected logon ki thi. woh baz parhe likhe log wahan thay, hindu musalman dono.</w:t>
      </w:r>
    </w:p>
    <w:p>
      <w:pPr>
        <w:jc w:val="right"/>
      </w:pPr>
      <w:r>
        <w:t>وہاں پر ایک پبلک گیدرنگ تھی، سلیکٹڈ لوگوں کی تھی۔ وہ بعض پڑھے لکھے لوگ وہاں تھے، ہندو مسلمان دونوں۔</w:t>
      </w:r>
    </w:p>
    <w:p>
      <w:r>
        <w:rPr>
          <w:b/>
        </w:rPr>
        <w:t xml:space="preserve">[06:54] </w:t>
      </w:r>
      <w:r>
        <w:t>to mujh se pehle kuch aur speeches wahan ho rahi theen. to maine dekha ke log bar bar uthte thay mobile ke liye, bar bar ek ke baad doosra, doosre ke baad teesra.</w:t>
      </w:r>
    </w:p>
    <w:p>
      <w:pPr>
        <w:jc w:val="right"/>
      </w:pPr>
      <w:r>
        <w:t>تو مجھ سے پہلے کچھ اور اسپیچز وہاں ہو رہی تھیں۔ تو میں نے دیکھا کہ لوگ بار بار اٹھتے تھے موبائل کے لیے، بار بار ایک کے بعد دوسرا، دوسرے کے بعد تیسرا۔</w:t>
      </w:r>
    </w:p>
    <w:p>
      <w:r>
        <w:rPr>
          <w:b/>
        </w:rPr>
        <w:t xml:space="preserve">[07:11] </w:t>
      </w:r>
      <w:r>
        <w:t>to main bohat perturb tha is se. phir kya hua ke jab meri bari aayi to maine ek cheez batai.</w:t>
      </w:r>
    </w:p>
    <w:p>
      <w:pPr>
        <w:jc w:val="right"/>
      </w:pPr>
      <w:r>
        <w:t>تو میں بہت پرٹرب تھا اس سے۔ پھر کیا ہوا کہ جب میری باری آئی تو میں نے ایک چیز بتائی۔</w:t>
      </w:r>
    </w:p>
    <w:p>
      <w:r>
        <w:rPr>
          <w:b/>
        </w:rPr>
        <w:t xml:space="preserve">[07:20] </w:t>
      </w:r>
      <w:r>
        <w:t>isko sunte hi ek dam wahan ka mahaul badal gaya.</w:t>
      </w:r>
    </w:p>
    <w:p>
      <w:pPr>
        <w:jc w:val="right"/>
      </w:pPr>
      <w:r>
        <w:t>اس کو سنتے ہی ایک دم وہاں کا ماحول بدل گیا۔</w:t>
      </w:r>
    </w:p>
    <w:p>
      <w:r>
        <w:rPr>
          <w:b/>
        </w:rPr>
        <w:t xml:space="preserve">[07:26] </w:t>
      </w:r>
      <w:r>
        <w:t>maine woh hadith sunai jis mein bataya gaya hai ke kuch log aise honge aakhirat mein jin ke bare mein aata hai ke yutabahu bihim almalaika ke khuda un se malaika ke samne fakhr ke taur par kahega ke dekho yeh mere bande hain.</w:t>
      </w:r>
    </w:p>
    <w:p>
      <w:pPr>
        <w:jc w:val="right"/>
      </w:pPr>
      <w:r>
        <w:t>میں نے وہ حدیث سنائی جس میں بتایا گیا ہے کہ کچھ لوگ ایسے ہوں گے آخرت میں جن کے بارے میں آتا ہے کہ یتباہ بہم الملائکہ کہ خدا ان سے ملائکہ کے سامنے فخر کے طور پر کہے گا کہ دیکھو یہ میرے بندے ہیں۔</w:t>
      </w:r>
    </w:p>
    <w:p>
      <w:r>
        <w:rPr>
          <w:b/>
        </w:rPr>
        <w:t xml:space="preserve">[07:46] </w:t>
      </w:r>
      <w:r>
        <w:t>yaani khud khuda fakhr karega un bando ke upar.</w:t>
      </w:r>
    </w:p>
    <w:p>
      <w:pPr>
        <w:jc w:val="right"/>
      </w:pPr>
      <w:r>
        <w:t>یعنی خود خدا فخر کرے گا ان بندوں کے اوپر۔</w:t>
      </w:r>
    </w:p>
    <w:p>
      <w:r>
        <w:rPr>
          <w:b/>
        </w:rPr>
        <w:t xml:space="preserve">[07:52] </w:t>
      </w:r>
      <w:r>
        <w:t>yeh kaun log honge? to main maine kaha ke yeh woh log honge jinhone duniya mein khuda ki umeed ko sach kar dikhaya.</w:t>
      </w:r>
    </w:p>
    <w:p>
      <w:pPr>
        <w:jc w:val="right"/>
      </w:pPr>
      <w:r>
        <w:t>یہ کون لوگ ہوں گے؟ تو میں میں نے کہا کہ یہ وہ لوگ ہوں گے جنہوں نے دنیا میں خدا کی امید کو سچ کر دکھایا۔</w:t>
      </w:r>
    </w:p>
    <w:p>
      <w:r>
        <w:rPr>
          <w:b/>
        </w:rPr>
        <w:t xml:space="preserve">[08:05] </w:t>
      </w:r>
      <w:r>
        <w:t>phir maine quran mein jo history hai, story hai, bataya. maine ke dekhen, allah taala ne jab insaan ko banaya aur kaha ke main isko ke zameen ko main iske charge mein dene wala hoon, inni jaalun fil ardh khalifa ka matlab yeh hai ke main isko zameen ka incharge banane wala hoon.</w:t>
      </w:r>
    </w:p>
    <w:p>
      <w:pPr>
        <w:jc w:val="right"/>
      </w:pPr>
      <w:r>
        <w:t>پھر میں نے قرآن میں جو ہسٹری ہے، سٹوری ہے، بتایا۔ میں نے کہ دیکھیں، اللہ تعالی نے جب انسان کو بنایا اور کہا کہ میں اس کو کہ زمین کو میں اس کے چارج میں دینے والا ہوں، انی جال فی الارض خلیفہ کا مطلب یہ ہے کہ میں اس کو زمین کا انچارج بنانے والا ہوں۔</w:t>
      </w:r>
    </w:p>
    <w:p>
      <w:r>
        <w:rPr>
          <w:b/>
        </w:rPr>
        <w:t xml:space="preserve">[08:25] </w:t>
      </w:r>
      <w:r>
        <w:t>to farishton ne kaha ke</w:t>
      </w:r>
    </w:p>
    <w:p>
      <w:pPr>
        <w:jc w:val="right"/>
      </w:pPr>
      <w:r>
        <w:t>تو فرشتوں نے کہا کہ</w:t>
      </w:r>
    </w:p>
    <w:p>
      <w:r>
        <w:rPr>
          <w:b/>
        </w:rPr>
        <w:t xml:space="preserve">[08:32] </w:t>
      </w:r>
      <w:r>
        <w:t>phir to yeh fasad machayenge aur wahan par bloodshed karenge. to aisa kyun hua? is liye ke farishte jo thay, woh yeh jante thay ke is universe mein kisi ko bhi azadi hasil nahi hai.</w:t>
      </w:r>
    </w:p>
    <w:p>
      <w:pPr>
        <w:jc w:val="right"/>
      </w:pPr>
      <w:r>
        <w:t>پھر تو یہ فساد مچائیں گے اور وہاں پر بلڈ شیڈ کریں گے۔ تو ایسا کیوں ہوا؟ اس لیے کہ فرشتے جو تھے، وہ یہ جانتے تھے کہ اس یونیورس میں کسی کو بھی آزادی حاصل نہیں ہے۔</w:t>
      </w:r>
    </w:p>
    <w:p>
      <w:r>
        <w:rPr>
          <w:b/>
        </w:rPr>
        <w:t xml:space="preserve">[08:46] </w:t>
      </w:r>
      <w:r>
        <w:t>material world hai, animal world hai, plant world hai, malaika hain, sab ke sab hundred percent khuda ke hukum par chal rahe hain.</w:t>
      </w:r>
    </w:p>
    <w:p>
      <w:pPr>
        <w:jc w:val="right"/>
      </w:pPr>
      <w:r>
        <w:t>مٹیریل ورلڈ ہے، اینیمل ورلڈ ہے، پلانٹ ورلڈ ہے، ملائکہ ہیں، سب کے سب ہنڈرڈ پرسنٹ خدا کے حکم پر چل رہے ہیں۔</w:t>
      </w:r>
    </w:p>
    <w:p>
      <w:r>
        <w:rPr>
          <w:b/>
        </w:rPr>
        <w:t xml:space="preserve">[08:56] </w:t>
      </w:r>
      <w:r>
        <w:t>yaani unhein koi freedom of choice nahi hai.</w:t>
      </w:r>
    </w:p>
    <w:p>
      <w:pPr>
        <w:jc w:val="right"/>
      </w:pPr>
      <w:r>
        <w:t>یعنی انہیں کوئی فریڈم آف چوائس نہیں ہے۔</w:t>
      </w:r>
    </w:p>
    <w:p>
      <w:r>
        <w:rPr>
          <w:b/>
        </w:rPr>
        <w:t xml:space="preserve">[09:01] </w:t>
      </w:r>
      <w:r>
        <w:t>kisi ko choice nahi hai ke woh khuda se khilaf jaye, khuda ka jo rasta hai, uske khilaf jaye. na material world ko hai, na plant world ko hai, na animal world ko hai, na angel ko hai.</w:t>
      </w:r>
    </w:p>
    <w:p>
      <w:pPr>
        <w:jc w:val="right"/>
      </w:pPr>
      <w:r>
        <w:t>کسی کو چوائس نہیں ہے کہ وہ خدا سے خلاف جائے، خدا کا جو راستہ ہے، اس کے خلاف جائے۔ نہ مٹیریل ورلڈ کو ہے، نہ پلانٹ ورلڈ کو ہے، نہ اینیمل ورلڈ کو ہے، نہ اینجل کو ہے۔</w:t>
      </w:r>
    </w:p>
    <w:p>
      <w:r>
        <w:rPr>
          <w:b/>
        </w:rPr>
        <w:t xml:space="preserve">[09:14] </w:t>
      </w:r>
      <w:r>
        <w:t>to kisi ko freedom of choice nahi hai. aur khuda ne kaha ke main insaan ko freedom of choice doonga.</w:t>
      </w:r>
    </w:p>
    <w:p>
      <w:pPr>
        <w:jc w:val="right"/>
      </w:pPr>
      <w:r>
        <w:t>تو کسی کو فریڈم آف چوائس نہیں ہے۔ اور خدا نے کہا کہ میں انسان کو فریڈم آف چوائس دوں گا۔</w:t>
      </w:r>
    </w:p>
    <w:p>
      <w:r>
        <w:rPr>
          <w:b/>
        </w:rPr>
        <w:t xml:space="preserve">[09:22] </w:t>
      </w:r>
      <w:r>
        <w:t>to farishton ko laga ke yeh jab inko azadi milegi to yeh fasad machayenge.</w:t>
      </w:r>
    </w:p>
    <w:p>
      <w:pPr>
        <w:jc w:val="right"/>
      </w:pPr>
      <w:r>
        <w:t>تو فرشتوں کو لگا کہ یہ جب ان کو آزادی ملے گی تو یہ فساد مچائیں گے۔</w:t>
      </w:r>
    </w:p>
    <w:p>
      <w:r>
        <w:rPr>
          <w:b/>
        </w:rPr>
        <w:t xml:space="preserve">[09:30] </w:t>
      </w:r>
      <w:r>
        <w:t>to khuda ne kaha ke nahi. khuda jo alimul ghaib wash shahada hai, usko maazi ka bhi pata hai, present ka bhi pata hai, future ka bhi pata hai.</w:t>
      </w:r>
    </w:p>
    <w:p>
      <w:pPr>
        <w:jc w:val="right"/>
      </w:pPr>
      <w:r>
        <w:t>تو خدا نے کہا کہ نہیں۔ خدا جو عالم الغیب والشہادہ ہے، اس کو ماضی کا بھی پتہ ہے، پریزنٹ کا بھی پتہ ہے، فیوچر کا بھی پتہ ہے۔</w:t>
      </w:r>
    </w:p>
    <w:p>
      <w:r>
        <w:rPr>
          <w:b/>
        </w:rPr>
        <w:t xml:space="preserve">[09:39] </w:t>
      </w:r>
      <w:r>
        <w:t>us ne kaha ke nahi, aise mere bande niklenge</w:t>
      </w:r>
    </w:p>
    <w:p>
      <w:pPr>
        <w:jc w:val="right"/>
      </w:pPr>
      <w:r>
        <w:t>اس نے کہا کہ نہیں، ایسے میرے بندے نکلیں گے</w:t>
      </w:r>
    </w:p>
    <w:p>
      <w:r>
        <w:rPr>
          <w:b/>
        </w:rPr>
        <w:t xml:space="preserve">[09:45] </w:t>
      </w:r>
      <w:r>
        <w:t>ke dekhen, baghair mujh par iman layenge, dekhen, baghair mujh se darenge, dekhen, baghair mujh ko yaad karenge, dekhen, baghair mere aage surrender kar denge.</w:t>
      </w:r>
    </w:p>
    <w:p>
      <w:pPr>
        <w:jc w:val="right"/>
      </w:pPr>
      <w:r>
        <w:t>کہ دیکھیں، بغیر مجھ پر ایمان لائیں گے، دیکھیں، بغیر مجھ سے ڈریں گے، دیکھیں، بغیر مجھ کو یاد کریں گے، دیکھیں، بغیر میرے آگے سرینڈر کر دیں گے۔</w:t>
      </w:r>
    </w:p>
    <w:p>
      <w:r>
        <w:rPr>
          <w:b/>
        </w:rPr>
        <w:t xml:space="preserve">[09:58] </w:t>
      </w:r>
      <w:r>
        <w:t>yeh Khuda ne is waqt farishton ke samne yeh baat kahi,</w:t>
      </w:r>
    </w:p>
    <w:p>
      <w:pPr>
        <w:jc w:val="right"/>
      </w:pPr>
      <w:r>
        <w:t>یہ خدا نے اس وقت فرشتوں کے سامنے یہ بات کہی،</w:t>
      </w:r>
    </w:p>
    <w:p>
      <w:r>
        <w:rPr>
          <w:b/>
        </w:rPr>
        <w:t xml:space="preserve">[10:03] </w:t>
      </w:r>
      <w:r>
        <w:t>goya ke Khuda ne ek umeed qaim ki insanon mein se ke bare mein ke jab yeh dunya mein insan phaila, salvation aayi,</w:t>
      </w:r>
    </w:p>
    <w:p>
      <w:pPr>
        <w:jc w:val="right"/>
      </w:pPr>
      <w:r>
        <w:t>گویا کہ خدا نے ایک امید قائم کی انسانوں میں سے کے بارے میں کہ جب یہ دنیا میں انسان پھیلا، سروائشن آئی،</w:t>
      </w:r>
    </w:p>
    <w:p>
      <w:r>
        <w:rPr>
          <w:b/>
        </w:rPr>
        <w:t xml:space="preserve">[10:16] </w:t>
      </w:r>
      <w:r>
        <w:t>ilm phaila, aur kya kya hua, kya kya hua, kya kya hua,</w:t>
      </w:r>
    </w:p>
    <w:p>
      <w:pPr>
        <w:jc w:val="right"/>
      </w:pPr>
      <w:r>
        <w:t>علم پھیلا، اور کیا کیا ہوا، کیا کیا ہوا، کیا کیا ہوا،</w:t>
      </w:r>
    </w:p>
    <w:p>
      <w:r>
        <w:rPr>
          <w:b/>
        </w:rPr>
        <w:t xml:space="preserve">[10:19] </w:t>
      </w:r>
      <w:r>
        <w:t>aur is mein se kuch log aise nikle, bande Allah taala ke, jinhone Khuda ko dekhe baghair discover kiya.</w:t>
      </w:r>
    </w:p>
    <w:p>
      <w:pPr>
        <w:jc w:val="right"/>
      </w:pPr>
      <w:r>
        <w:t>اور اس میں سے کچھ لوگ ایسے نکلے، بندے اللہ تعالی کے، جنہوں نے خدا کو دیکھے بغیر ڈسکور کیا۔</w:t>
      </w:r>
    </w:p>
    <w:p>
      <w:r>
        <w:rPr>
          <w:b/>
        </w:rPr>
        <w:t xml:space="preserve">[10:30] </w:t>
      </w:r>
      <w:r>
        <w:t>dekhe baghair Khuda ko discover kiya. dekhe baghair Khuda par yaqeen kiya. dekhe baghair Khuda ke surrender kar diya.</w:t>
      </w:r>
    </w:p>
    <w:p>
      <w:pPr>
        <w:jc w:val="right"/>
      </w:pPr>
      <w:r>
        <w:t>دیکھے بغیر خدا کو ڈسکور کیا۔ دیکھے بغیر خدا پر یقین کیا۔ دیکھے بغیر خدا کے سرینڈر کر دیا۔</w:t>
      </w:r>
    </w:p>
    <w:p>
      <w:r>
        <w:rPr>
          <w:b/>
        </w:rPr>
        <w:t xml:space="preserve">[10:44] </w:t>
      </w:r>
      <w:r>
        <w:t>dekhe baghair unhone Khuda ke hukumon ko follow kiya.</w:t>
      </w:r>
    </w:p>
    <w:p>
      <w:pPr>
        <w:jc w:val="right"/>
      </w:pPr>
      <w:r>
        <w:t>دیکھے بغیر انہوں نے خدا کے حکموں کو فالو کیا۔</w:t>
      </w:r>
    </w:p>
    <w:p>
      <w:r>
        <w:rPr>
          <w:b/>
        </w:rPr>
        <w:t xml:space="preserve">[10:49] </w:t>
      </w:r>
      <w:r>
        <w:t>to yeh woh log hain jinhone Khuda ki umeed ko poora kiya jo Khuda ne angel ke samne kaha tha. to Khuda is waqt pesh karega akhirat mein farishton ke samne ke dekho, yeh yeh bande hain,</w:t>
      </w:r>
    </w:p>
    <w:p>
      <w:pPr>
        <w:jc w:val="right"/>
      </w:pPr>
      <w:r>
        <w:t>تو یہ وہ لوگ ہیں جنہوں نے خدا کی امید کو پورا کیا جو خدا نے اینجل کے سامنے کہا تھا۔ تو خدا اس وقت پیش کرے گا آخرت میں فرشتوں کے سامنے کہ دیکھو، یہ یہ بندے ہیں،</w:t>
      </w:r>
    </w:p>
    <w:p>
      <w:r>
        <w:rPr>
          <w:b/>
        </w:rPr>
        <w:t xml:space="preserve">[11:03] </w:t>
      </w:r>
      <w:r>
        <w:t>tum kehte the ke jab fasad machayenge, khoon bahayenge, lekin dekho, isi mein aise bande bhi nikle. mujhe fakhr hai aise bandon ke upar.</w:t>
      </w:r>
    </w:p>
    <w:p>
      <w:pPr>
        <w:jc w:val="right"/>
      </w:pPr>
      <w:r>
        <w:t>تم کہتے تھے کہ جب فساد مچائیں گے، خون بہائیں گے، لیکن دیکھو، اسی میں ایسے بندے بھی نکلے۔ مجھے فخر ہے ایسے بندوں کے اوپر۔</w:t>
      </w:r>
    </w:p>
    <w:p>
      <w:r>
        <w:rPr>
          <w:b/>
        </w:rPr>
        <w:t xml:space="preserve">[11:14] </w:t>
      </w:r>
      <w:r>
        <w:t>aaj mein in ko jannat mein dakhil karunga.</w:t>
      </w:r>
    </w:p>
    <w:p>
      <w:pPr>
        <w:jc w:val="right"/>
      </w:pPr>
      <w:r>
        <w:t>آج میں ان کو جنت میں داخل کروں گا۔</w:t>
      </w:r>
    </w:p>
    <w:p>
      <w:r>
        <w:rPr>
          <w:b/>
        </w:rPr>
        <w:t xml:space="preserve">[11:20] </w:t>
      </w:r>
      <w:r>
        <w:t>yeh dunya jis mein hum rehte hain, yeh bhi ek imperfect paradise hai ya temporary paradise hai.</w:t>
      </w:r>
    </w:p>
    <w:p>
      <w:pPr>
        <w:jc w:val="right"/>
      </w:pPr>
      <w:r>
        <w:t>یہ دنیا جس میں ہم رہتے ہیں، یہ بھی ایک امپرفیکٹ پیراڈائز ہے یا ٹیمپرری پیراڈائز ہے۔</w:t>
      </w:r>
    </w:p>
    <w:p>
      <w:r>
        <w:rPr>
          <w:b/>
        </w:rPr>
        <w:t xml:space="preserve">[11:29] </w:t>
      </w:r>
      <w:r>
        <w:t>is mein dekhen, itna beauty hai, itni husn hai, itna itna is mein enjoy ka saman hai ke abhi just like jannat hai yeh, lekin yeh hai temporary, yeh hai imperfect, yeh hai less than ideal.</w:t>
      </w:r>
    </w:p>
    <w:p>
      <w:pPr>
        <w:jc w:val="right"/>
      </w:pPr>
      <w:r>
        <w:t>اس میں دیکھیں، اتنا بوٹی ہے، اتنی حسن ہے، اتنا اتنا اس میں انجوائے کا سامان ہے کہ ابھی جسٹ لائک جنت ہے یہ، لیکن یہ ہے ٹیمپرری، یہ ہے امپرفیکٹ، یہ ہے لیس دین آئیڈیل۔</w:t>
      </w:r>
    </w:p>
    <w:p>
      <w:r>
        <w:rPr>
          <w:b/>
        </w:rPr>
        <w:t xml:space="preserve">[11:50] </w:t>
      </w:r>
      <w:r>
        <w:t>to yeh hai goya Khuda ka ek temporary guest house. is mein rakha gaya hai isi test ke liye ke kaun hai jo apne option ko misuse nahi karta?</w:t>
      </w:r>
    </w:p>
    <w:p>
      <w:pPr>
        <w:jc w:val="right"/>
      </w:pPr>
      <w:r>
        <w:t>تو یہ ہے گویا خدا کا ایک ٹیمپرری گیسٹ ہاؤس۔ اس میں رکھا گیا ہے اسی ٹیسٹ کے لیے کہ کون ہے جو اپنے آپشن کو مس یوز نہیں کرتا؟</w:t>
      </w:r>
    </w:p>
    <w:p>
      <w:r>
        <w:rPr>
          <w:b/>
        </w:rPr>
        <w:t xml:space="preserve">[12:06] </w:t>
      </w:r>
      <w:r>
        <w:t>kaun hai jo dekhe baghair Khuda ko kya ke surrender karta hai? kaun hai jo ghaib mein Khuda ko discover karta hai?</w:t>
      </w:r>
    </w:p>
    <w:p>
      <w:pPr>
        <w:jc w:val="right"/>
      </w:pPr>
      <w:r>
        <w:t>کون ہے جو دیکھے بغیر خدا کو کیا کہ سرینڈر کرتا ہے؟ کون ہے جو غیب میں خدا کو ڈسکور کرتا ہے؟</w:t>
      </w:r>
    </w:p>
    <w:p>
      <w:r>
        <w:rPr>
          <w:b/>
        </w:rPr>
        <w:t xml:space="preserve">[12:19] </w:t>
      </w:r>
      <w:r>
        <w:t>isi liye rakha gaya hai yeh. to jo yahan par test mein poora utrega, jo is test par stand karega, us ko Khuda select karega aur phir us ko permanently apne guest house mein rakh ke jagah dega.</w:t>
      </w:r>
    </w:p>
    <w:p>
      <w:pPr>
        <w:jc w:val="right"/>
      </w:pPr>
      <w:r>
        <w:t>اسی لیے رکھا گیا ہے یہ۔ تو جو یہاں پر ٹیسٹ میں پورا اترے گا، جو اس ٹیسٹ پر سٹینڈ کرے گا، اس کو خدا سلیکٹ کرے گا اور پھر اس کو پرماننٹلی اپنے گیسٹ ہاؤس میں رکھ کے جگہ دے گا۔</w:t>
      </w:r>
    </w:p>
    <w:p>
      <w:r>
        <w:rPr>
          <w:b/>
        </w:rPr>
        <w:t xml:space="preserve">[12:36] </w:t>
      </w:r>
      <w:r>
        <w:t>jo eternal hoga, jo ideal hoga, jo perfect hoga, jahan aadmi ko apne sare desire ka f</w:t>
      </w:r>
    </w:p>
    <w:p>
      <w:pPr>
        <w:jc w:val="right"/>
      </w:pPr>
      <w:r>
        <w:t>جو ایٹرنل ہوگا، جو آئیڈیل ہوگا، جو پرفیکٹ ہوگا، جہاں آدمی کو اپنے سارے ڈیزائر کا ف</w:t>
      </w:r>
    </w:p>
    <w:p>
      <w:r>
        <w:rPr>
          <w:b/>
        </w:rPr>
        <w:t xml:space="preserve">[12:43] </w:t>
      </w:r>
      <w:r>
        <w:t>ulfillment milega. to jab maine yeh kaha ke yeh jo log yahan ekatha hain, agar woh woh insan apne ko sabit kar saken, woh insan jo Khuda ki umeed ban saken,</w:t>
      </w:r>
    </w:p>
    <w:p>
      <w:pPr>
        <w:jc w:val="right"/>
      </w:pPr>
      <w:r>
        <w:t>لفلمنٹ ملے گا۔ تو جب میں نے یہ کہا کہ یہ جو لوگ یہاں اکٹھا ہیں، اگر وہ وہ انسان اپنے کو ثابت کر سکیں، وہ انسان جو خدا کی امید بن سکیں،</w:t>
      </w:r>
    </w:p>
    <w:p>
      <w:r>
        <w:rPr>
          <w:b/>
        </w:rPr>
        <w:t xml:space="preserve">[12:56] </w:t>
      </w:r>
      <w:r>
        <w:t>to yeh woh insan hai jis par Khuda fakhr karega farishton ke samne.</w:t>
      </w:r>
    </w:p>
    <w:p>
      <w:pPr>
        <w:jc w:val="right"/>
      </w:pPr>
      <w:r>
        <w:t>تو یہ وہ انسان ہے جس پر خدا فخر کرے گا فرشتوں کے سامنے۔</w:t>
      </w:r>
    </w:p>
    <w:p>
      <w:r>
        <w:rPr>
          <w:b/>
        </w:rPr>
        <w:t xml:space="preserve">[13:00] </w:t>
      </w:r>
      <w:r>
        <w:t>to maine dekha ke sare mobile band ho gaye. ek dam pin drop silence hoga wahan par, jaise saans ki awaz bhi na aa rahi ho ke achha, hum woh qeemti log hain</w:t>
      </w:r>
    </w:p>
    <w:p>
      <w:pPr>
        <w:jc w:val="right"/>
      </w:pPr>
      <w:r>
        <w:t>تو میں نے دیکھا کہ سارے موبائل بند ہو گئے۔ ایک دم پن ڈراپ سائلنس ہوگا وہاں پر، جیسے سانس کی آواز بھی نہ آ رہی ہو کہ اچھا، ہم وہ قیمتی لوگ ہیں</w:t>
      </w:r>
    </w:p>
    <w:p>
      <w:r>
        <w:rPr>
          <w:b/>
        </w:rPr>
        <w:t xml:space="preserve">[13:17] </w:t>
      </w:r>
      <w:r>
        <w:t>jo Khuda ka pride ban sakte hain. un ki rooh ne pukara, koi nature ne unhein awaz di ke tum woh log ho jo Khuda ka pride ban sakte ho.</w:t>
      </w:r>
    </w:p>
    <w:p>
      <w:pPr>
        <w:jc w:val="right"/>
      </w:pPr>
      <w:r>
        <w:t>جو خدا کا پرائیڈ بن سکتے ہیں۔ ان کی روح نے پکارا، کوئی نیچر نے انہیں آواز دی کہ تم وہ لوگ ہو جو خدا کا پرائیڈ بن سکتے ہو۔</w:t>
      </w:r>
    </w:p>
    <w:p>
      <w:r>
        <w:rPr>
          <w:b/>
        </w:rPr>
        <w:t xml:space="preserve">[13:31] </w:t>
      </w:r>
      <w:r>
        <w:t>un ka andar bol pada, andar un ka jo hai, un ka jo andar woh bol pada.</w:t>
      </w:r>
    </w:p>
    <w:p>
      <w:pPr>
        <w:jc w:val="right"/>
      </w:pPr>
      <w:r>
        <w:t>ان کا اندر بول پڑا، اندر ان کا جو ہے، ان کا جو اندر وہ بول پڑا۔</w:t>
      </w:r>
    </w:p>
    <w:p>
      <w:r>
        <w:rPr>
          <w:b/>
        </w:rPr>
        <w:t xml:space="preserve">[13:40] </w:t>
      </w:r>
      <w:r>
        <w:t>aur phir wahan pin drop silence tha. wahan kisi ka mobile is ke baad nahi bja, kisi ne koi mobile le ke dauda nahi baat karne ke liye.</w:t>
      </w:r>
    </w:p>
    <w:p>
      <w:pPr>
        <w:jc w:val="right"/>
      </w:pPr>
      <w:r>
        <w:t>اور پھر وہاں پن ڈراپ سائلنس تھا۔ وہاں کسی کا موبائل اس کے بعد نہیں بجا، کسی نے کوئی موبائل لے کے دوڑا نہیں بات کرنے کے لیے۔</w:t>
      </w:r>
    </w:p>
    <w:p>
      <w:r>
        <w:rPr>
          <w:b/>
        </w:rPr>
        <w:t xml:space="preserve">[13:53] </w:t>
      </w:r>
      <w:r>
        <w:t>yeh hai ashad hubbillah. to mein yeh kahunga ke ashad hubbillah ka matlab yeh nahi hai ke kahin likha hua hai ke ae logon</w:t>
      </w:r>
    </w:p>
    <w:p>
      <w:pPr>
        <w:jc w:val="right"/>
      </w:pPr>
      <w:r>
        <w:t>یہ ہے اشد حب للہ۔ تو میں یہ کہوں گا کہ اشد حب للہ کا مطلب یہ نہیں ہے کہ کہیں لکھا ہوا ہے کہ اے لوگوں</w:t>
      </w:r>
    </w:p>
    <w:p>
      <w:r>
        <w:rPr>
          <w:b/>
        </w:rPr>
        <w:t xml:space="preserve">[14:01] </w:t>
      </w:r>
      <w:r>
        <w:t>tum log Khuda se mohabbat karo aur us ko parh kar aap lage mohabbat karne. nahi, is ka matlab hai ke tum apne nature ko parho, andar likhe hue Quran ko parho.</w:t>
      </w:r>
    </w:p>
    <w:p>
      <w:pPr>
        <w:jc w:val="right"/>
      </w:pPr>
      <w:r>
        <w:t>، تم لوگ خدا سے محبت کرو اور اس کو پڑھ کر آپ لگے محبت کرنے۔ نہیں، اس کا مطلب ہے کہ تم اپنے نیچر کو پڑھو، اندر لکھے ہوئے قرآن کو پڑھو۔</w:t>
      </w:r>
    </w:p>
    <w:p>
      <w:r>
        <w:rPr>
          <w:b/>
        </w:rPr>
        <w:t xml:space="preserve">[14:16] </w:t>
      </w:r>
      <w:r>
        <w:t>tumhare nature mein jo khuda ne likh diya, us din us ko jano, us ko unfold karo. unfold!</w:t>
      </w:r>
    </w:p>
    <w:p>
      <w:pPr>
        <w:jc w:val="right"/>
      </w:pPr>
      <w:r>
        <w:t>تمہارے نیچر میں جو خدا نے لکھ دیا، اس دن اس کو جانو، اس کو ان فولڈ کرو۔ ان فولڈ!</w:t>
      </w:r>
    </w:p>
    <w:p>
      <w:r>
        <w:rPr>
          <w:b/>
        </w:rPr>
        <w:t xml:space="preserve">[14:26] </w:t>
      </w:r>
      <w:r>
        <w:t>jab tum unfold karoge to achaanak ek nayi duniya tumhare saamne aa jayegi. aur phir to woh insaan bano ge jis par qayamat mein khuda fakhr kare.</w:t>
      </w:r>
    </w:p>
    <w:p>
      <w:pPr>
        <w:jc w:val="right"/>
      </w:pPr>
      <w:r>
        <w:t>جب تم ان فولڈ کرو گے تو اچانک ایک نئی دنیا تمہارے سامنے آ جائے گی۔ اور پھر تو وہ انسان بنو گے جس پر قیامت میں خدا فخر کرے۔</w:t>
      </w:r>
    </w:p>
    <w:p>
      <w:r>
        <w:rPr>
          <w:b/>
        </w:rPr>
        <w:t xml:space="preserve">[14:37] </w:t>
      </w:r>
      <w:r>
        <w:t>yeh woh log hain jinho ne shaitan ko, shaitan ko refute kiya, apne apne apni khwahishon ke khilaaf chale, jo bin dekhe baghair khuda par yaqeen kiya.</w:t>
      </w:r>
    </w:p>
    <w:p>
      <w:pPr>
        <w:jc w:val="right"/>
      </w:pPr>
      <w:r>
        <w:t>یہ وہ لوگ ہیں جنہوں نے شیطان کو، شیطان کو کو ریفیوٹ کیا، اپنے اپنے اپنی خواہشوں کے خلاف چلے، جو بن دیکھے بغیر خدا پر یقین کیا۔</w:t>
      </w:r>
    </w:p>
    <w:p>
      <w:r>
        <w:rPr>
          <w:b/>
        </w:rPr>
        <w:t xml:space="preserve">[14:52] </w:t>
      </w:r>
      <w:r>
        <w:t>unho ne, unho ne be-yaqeeni ke jangall mein yaqeen ka hasil kiya.</w:t>
      </w:r>
    </w:p>
    <w:p>
      <w:pPr>
        <w:jc w:val="right"/>
      </w:pPr>
      <w:r>
        <w:t>انہوں نے، انہوں نے بے یقینی کے جنگل میں یقین کا حاصل کیا۔</w:t>
      </w:r>
    </w:p>
    <w:p>
      <w:r>
        <w:rPr>
          <w:b/>
        </w:rPr>
        <w:t xml:space="preserve">[14:58] </w:t>
      </w:r>
      <w:r>
        <w:t>yaad rakhiye, be-yaqeeni ka jangall hai. duniya aaj har taraf tarah tarah ki baatein hain. jungle of thought hai, har taraf yahi fitna dhi meh hai.</w:t>
      </w:r>
    </w:p>
    <w:p>
      <w:pPr>
        <w:jc w:val="right"/>
      </w:pPr>
      <w:r>
        <w:t>یاد رکھیے، بے یقینی کا جنگل ہے۔ دنیا آج ہر طرف طرح طرح کی باتیں ہیں۔ جنگل آف تھاٹ ہے، ہر طرف یہی فتنہ دھیمہ ہے۔</w:t>
      </w:r>
    </w:p>
    <w:p>
      <w:r>
        <w:rPr>
          <w:b/>
        </w:rPr>
        <w:t xml:space="preserve">[15:10] </w:t>
      </w:r>
      <w:r>
        <w:t>hum be-yaqeeni ke jangall mein jee rahe hain, hum thought ke jangall mein jee rahe hain. beshumaar aawazein hain har taraf, chaaron taraf.</w:t>
      </w:r>
    </w:p>
    <w:p>
      <w:pPr>
        <w:jc w:val="right"/>
      </w:pPr>
      <w:r>
        <w:t>ہم بے یقینی کے جنگل میں جی رہے ہیں، ہم تھاٹ کے جنگل میں جی رہے ہیں۔ بے شمار آوازیں ہیں ہر طرف، چاروں طرف۔</w:t>
      </w:r>
    </w:p>
    <w:p>
      <w:r>
        <w:rPr>
          <w:b/>
        </w:rPr>
        <w:t xml:space="preserve">[15:19] </w:t>
      </w:r>
      <w:r>
        <w:t>is mein woh insaan kitna qeemti hoga Allah ki nazar mein jo saare pardo ko phaare, saari siyahiyon ko mitaye, saara jhanjha gaad ko saaf kare,</w:t>
      </w:r>
    </w:p>
    <w:p>
      <w:pPr>
        <w:jc w:val="right"/>
      </w:pPr>
      <w:r>
        <w:t>اس میں وہ انسان کتنا قیمتی ہوگا اللہ کی نظر میں جو سارے پردوں کو پھاڑے، ساری سیاہیوں کو مٹائے، سارا جھانجھا گاڑ کو صاف کرے،</w:t>
      </w:r>
    </w:p>
    <w:p>
      <w:r>
        <w:rPr>
          <w:b/>
        </w:rPr>
        <w:t xml:space="preserve">[15:32] </w:t>
      </w:r>
      <w:r>
        <w:t>aur phir khuda ke chehre</w:t>
      </w:r>
    </w:p>
    <w:p>
      <w:pPr>
        <w:jc w:val="right"/>
      </w:pPr>
      <w:r>
        <w:t>اور پھر خدا کے چہرے</w:t>
      </w:r>
    </w:p>
    <w:p>
      <w:r>
        <w:rPr>
          <w:b/>
        </w:rPr>
        <w:t xml:space="preserve">[15:34] </w:t>
      </w:r>
      <w:r>
        <w:t>ko dekhe. woh</w:t>
      </w:r>
    </w:p>
    <w:p>
      <w:pPr>
        <w:jc w:val="right"/>
      </w:pPr>
      <w:r>
        <w:t>کو دیکھے۔ وہ</w:t>
      </w:r>
    </w:p>
    <w:p>
      <w:r>
        <w:rPr>
          <w:b/>
        </w:rPr>
        <w:t xml:space="preserve">[15:42] </w:t>
      </w:r>
      <w:r>
        <w:t>bilashubah khuda suraj 84 zyada roshan hai. yaad rakhiye, khuda chupa hua nahi hai,</w:t>
      </w:r>
    </w:p>
    <w:p>
      <w:pPr>
        <w:jc w:val="right"/>
      </w:pPr>
      <w:r>
        <w:t>بلاشبہ خدا سورج 84 زیادہ روشن ہے۔ یاد رکھیے، خدا چھپا ہوا نہیں ہے،</w:t>
      </w:r>
    </w:p>
    <w:p>
      <w:r>
        <w:rPr>
          <w:b/>
        </w:rPr>
        <w:t xml:space="preserve">[15:51] </w:t>
      </w:r>
      <w:r>
        <w:t>khuda suraj 84 zyada roshan hai. lekin kis ke liye? jo taariki ke parde ko phaad sake, jo shubhat ke jangall ko phaad sake, jo be be-yaqeeni ke jangall se mein saare jhaar jhankaar ko saaf kar sake.</w:t>
      </w:r>
    </w:p>
    <w:p>
      <w:pPr>
        <w:jc w:val="right"/>
      </w:pPr>
      <w:r>
        <w:t>خدا سورج 84 زیادہ روشن ہے۔ لیکن کس کے لیے؟ جو تاریکیوں کے پردے کو پھاڑ سکے، جو شبہات کے جنگل کو پھاڑ سکے، جو بے بے یقینی کے جنگل سے میں سارے جھاڑ جھنکار کو صاف کر سکے۔</w:t>
      </w:r>
    </w:p>
    <w:p>
      <w:r>
        <w:rPr>
          <w:b/>
        </w:rPr>
        <w:t xml:space="preserve">[16:10] </w:t>
      </w:r>
      <w:r>
        <w:t>aise insaan ke liye khuda suraj 84 bhi zyada roshan hai. isi insaan ke liye khuda ne yeh duniya banayi. qayamat ka intezar isi liye ho raha hai ke woh insaan jab select ho chuke honge to phir achaanak qayamat aa jayegi.</w:t>
      </w:r>
    </w:p>
    <w:p>
      <w:pPr>
        <w:jc w:val="right"/>
      </w:pPr>
      <w:r>
        <w:t>ایسے انسان کے لیے خدا سورج 84 بھی زیادہ روشن ہے۔ اسی انسان کے لیے خدا نے یہ دنیا بنائی۔ قیامت کا انتظار اسی لیے ہو رہا ہے کہ وہ انسان جب سلیکٹ ہو چکے ہوں گے تو پھر اچانک قیامت آ جائے گی۔</w:t>
      </w:r>
    </w:p>
    <w:p>
      <w:r>
        <w:rPr>
          <w:b/>
        </w:rPr>
        <w:t xml:space="preserve">[16:28] </w:t>
      </w:r>
      <w:r>
        <w:t>la تعطکم اللہ بختہ! jis din khuda mehsoos karega ke aakhri din, aakhri insaan mil chuka,</w:t>
      </w:r>
    </w:p>
    <w:p>
      <w:pPr>
        <w:jc w:val="right"/>
      </w:pPr>
      <w:r>
        <w:t>لا تعطکم اللہ بختہ! جس دن خدا محسوس کرے گا کہ آخری دن، آخری انسان مل چکا،</w:t>
      </w:r>
    </w:p>
    <w:p>
      <w:r>
        <w:rPr>
          <w:b/>
        </w:rPr>
        <w:t xml:space="preserve">[16:39] </w:t>
      </w:r>
      <w:r>
        <w:t>aakhri insaan jo khuda ki umeed ban sakta tha, woh mil chuka to bas achaanak qayamat aa jayegi.</w:t>
      </w:r>
    </w:p>
    <w:p>
      <w:pPr>
        <w:jc w:val="right"/>
      </w:pPr>
      <w:r>
        <w:t>آخری انسان جو خدا کی امید بن سکتا تھا، وہ مل چکا تو بس اچانک قیامت آ جائے گی۔</w:t>
      </w:r>
    </w:p>
    <w:p>
      <w:r>
        <w:rPr>
          <w:b/>
        </w:rPr>
        <w:t xml:space="preserve">[16:50] </w:t>
      </w:r>
      <w:r>
        <w:t>la تعطکم اللہ بختہ!</w:t>
      </w:r>
    </w:p>
    <w:p>
      <w:pPr>
        <w:jc w:val="right"/>
      </w:pPr>
      <w:r>
        <w:t>لا تعطکم اللہ بختہ!</w:t>
      </w:r>
    </w:p>
    <w:p>
      <w:r>
        <w:rPr>
          <w:b/>
        </w:rPr>
        <w:t xml:space="preserve">[16:55] </w:t>
      </w:r>
      <w:r>
        <w:t>yeh jo baat hai, yeh pehli quran ki pehli ayat hi bata di gayi hai. pehli ayat bilkul: alhamdulillah rabbil alameen. hum jo hai, sirf Allah rabbil alameen ke liye hain.</w:t>
      </w:r>
    </w:p>
    <w:p>
      <w:pPr>
        <w:jc w:val="right"/>
      </w:pPr>
      <w:r>
        <w:t>یہ جو بات ہے، یہ پہلی قرآن کی پہلی آیت ہی بتا دی گئی ہے۔ پہلی آیت بالکل: الحمدللہ رب العالمین۔ ہم جو ہے، صرف اللہ رب العالمین کے لیے ہیں۔</w:t>
      </w:r>
    </w:p>
    <w:p>
      <w:r>
        <w:rPr>
          <w:b/>
        </w:rPr>
        <w:t xml:space="preserve">[17:05] </w:t>
      </w:r>
      <w:r>
        <w:t>hum kya hain? hum darasal mohabbat plus ka naam hai. mohabbat plus ka naam hamd hai. yaani hamd, mohabbat ma izafa ka naam.</w:t>
      </w:r>
    </w:p>
    <w:p>
      <w:pPr>
        <w:jc w:val="right"/>
      </w:pPr>
      <w:r>
        <w:t>ہم کیا ہیں؟ ہم دراصل محبت پلس کا نام ہے۔ محبت پلس کا نام حمد ہے۔ یعنی حمد، محبت ما اضافہ کا نام۔</w:t>
      </w:r>
    </w:p>
    <w:p>
      <w:r>
        <w:rPr>
          <w:b/>
        </w:rPr>
        <w:t xml:space="preserve">[17:18] </w:t>
      </w:r>
      <w:r>
        <w:t>mohabbat ma izafa ka naam hamd hota hai.</w:t>
      </w:r>
    </w:p>
    <w:p>
      <w:pPr>
        <w:jc w:val="right"/>
      </w:pPr>
      <w:r>
        <w:t>محبت ما اضافہ کا نام حمد ہوتا ہے۔</w:t>
      </w:r>
    </w:p>
    <w:p>
      <w:r>
        <w:rPr>
          <w:b/>
        </w:rPr>
        <w:t xml:space="preserve">[17:21] </w:t>
      </w:r>
      <w:r>
        <w:t>yeh saari mohabbat, dil o jaan ki mohabbat, saari tareefein, saare achhe alfaaz aap ke jo khuda ke liye waqf ho jayein, sab kuch aap khuda ko nichhawar karne ke liye wale ban jayein to wahi aap hamd karne wale banen.</w:t>
      </w:r>
    </w:p>
    <w:p>
      <w:pPr>
        <w:jc w:val="right"/>
      </w:pPr>
      <w:r>
        <w:t>یہ ساری محبت، دل و جان کی محبت، ساری تعریفیں، سارے اچھے الفاظ آپ کے جو خدا کے لیے وقف ہو جائیں، سب کچھ آپ خدا کو نچھاور کرنے کے لیے والے بن جائیں تو وہی آپ حمد کرنے والے بنیں۔</w:t>
      </w:r>
    </w:p>
    <w:p>
      <w:r>
        <w:rPr>
          <w:b/>
        </w:rPr>
        <w:t xml:space="preserve">[17:40] </w:t>
      </w:r>
      <w:r>
        <w:t>isi ko bible mein is tarah kaha gaya hai.</w:t>
      </w:r>
    </w:p>
    <w:p>
      <w:pPr>
        <w:jc w:val="right"/>
      </w:pPr>
      <w:r>
        <w:t>اسی کو بائبل میں اس طرح کہا گیا ہے۔</w:t>
      </w:r>
    </w:p>
    <w:p>
      <w:r>
        <w:rPr>
          <w:b/>
        </w:rPr>
        <w:t xml:space="preserve">[17:46] </w:t>
      </w:r>
      <w:r>
        <w:t>bible ki ek ayat mujhe bahut pasand hai. bible, aap jante hain ke is mein</w:t>
      </w:r>
    </w:p>
    <w:p>
      <w:pPr>
        <w:jc w:val="right"/>
      </w:pPr>
      <w:r>
        <w:t>بائبل کی ایک آیت مجھے بہت پسند ہے۔ بائبل، آپ جانتے ہیں کہ اس میں</w:t>
      </w:r>
    </w:p>
    <w:p>
      <w:r>
        <w:rPr>
          <w:b/>
        </w:rPr>
        <w:t xml:space="preserve">[17:56] </w:t>
      </w:r>
      <w:r>
        <w:t>bahut si cheezein alteration hua hai, lekin is mein bahut si ab bhi jhalakiyan hain paighambar ke kalam ki.</w:t>
      </w:r>
    </w:p>
    <w:p>
      <w:pPr>
        <w:jc w:val="right"/>
      </w:pPr>
      <w:r>
        <w:t>بہت سی چیزیں الٹریشن ہوا ہے، لیکن اس میں بہت سی اب بھی جھلکیاں ہیں پیغمبر کے کلام کی۔</w:t>
      </w:r>
    </w:p>
    <w:p>
      <w:r>
        <w:rPr>
          <w:b/>
        </w:rPr>
        <w:t xml:space="preserve">[18:06] </w:t>
      </w:r>
      <w:r>
        <w:t>to is mein paighambar ki zabaan se yeh aaya hai ke: "love god with all your heart, with all your soul, with all your might.</w:t>
      </w:r>
    </w:p>
    <w:p>
      <w:pPr>
        <w:jc w:val="right"/>
      </w:pPr>
      <w:r>
        <w:t>تو اس میں پیغمبر کی زبان سے یہ آیا ہے کہ: "لو گاڈ ود آل یور ہارٹ، ود آل یور سول، ود آل یور مائٹ۔</w:t>
      </w:r>
    </w:p>
    <w:p>
      <w:r>
        <w:rPr>
          <w:b/>
        </w:rPr>
        <w:t xml:space="preserve">[18:19] </w:t>
      </w:r>
      <w:r>
        <w:t>love god with all your heart, with all your soul, with all your might." yaani khuda se mohabbat karo, apne saare dil, apni saari rooh, apni saari jaan, aap saare wajood ke saath</w:t>
      </w:r>
    </w:p>
    <w:p>
      <w:pPr>
        <w:jc w:val="right"/>
      </w:pPr>
      <w:r>
        <w:t>لو گاڈ ود آل یور ہارٹ، ود آل یور سول، ود آل یور مائٹ۔" یعنی خدا سے محبت کرو، اپنے سارے دل، اپنی ساری روح، اپنی ساری جان، آپ سارے وجود کے ساتھ</w:t>
      </w:r>
    </w:p>
    <w:p>
      <w:r>
        <w:rPr>
          <w:b/>
        </w:rPr>
        <w:t xml:space="preserve">[18:36] </w:t>
      </w:r>
      <w:r>
        <w:t>. yahi hai hamd. is liye maine kaha hamd jo hai, mohabbat plus ka naam hai. aur yahi bataya gaya hai. pehli ayat, bilkul pehli jo ayat hai, wahi khulasa deen hai, khulasa quran hai,</w:t>
      </w:r>
    </w:p>
    <w:p>
      <w:pPr>
        <w:jc w:val="right"/>
      </w:pPr>
      <w:r>
        <w:t>۔ یہی ہے حمد۔ اس لیے میں نے کہا حمد جو ہے، محبت پلس کا نام ہے۔ اور یہی بتایا گیا ہے۔ پہلی آیت، بالکل پہلی جو آیت ہے، وہی خلاصہ دین ہے، خلاصہ قرآن ہے،</w:t>
      </w:r>
    </w:p>
    <w:p>
      <w:r>
        <w:rPr>
          <w:b/>
        </w:rPr>
        <w:t xml:space="preserve">[18:50] </w:t>
      </w:r>
      <w:r>
        <w:t>khulasa kalam elahi hai. alhamdulillah rabbul alameen. jo rabbul alameen hai, uska bohat chota sa zariya maan ki mohabbat mein dikhaya gaya hai.</w:t>
      </w:r>
    </w:p>
    <w:p>
      <w:pPr>
        <w:jc w:val="right"/>
      </w:pPr>
      <w:r>
        <w:t>خلاصہ کلام الہی ہے۔ الحمدللہ رب العالمین۔ جو رب العالمین ہے، اس کا بہت چھوٹا سا ذریعہ ماں کی محبت میں دکھایا گیا ہے۔</w:t>
      </w:r>
    </w:p>
    <w:p>
      <w:r>
        <w:rPr>
          <w:b/>
        </w:rPr>
        <w:t xml:space="preserve">[19:03] </w:t>
      </w:r>
      <w:r>
        <w:t>aap jante hain, har aadmi ko maan se bohat mohabbat hoti hai. to ek chota sa, bohat hi tiny ek ka ek hissa hai is mohabbat ka.</w:t>
      </w:r>
    </w:p>
    <w:p>
      <w:pPr>
        <w:jc w:val="right"/>
      </w:pPr>
      <w:r>
        <w:t>آپ جانتے ہیں، ہر آدمی کو ماں سے بہت محبت ہوتی ہے۔ تو ایک چھوٹا سا، بہت ہی ٹائنی ایک کا ایک حصہ ہے اس محبت کا۔</w:t>
      </w:r>
    </w:p>
    <w:p>
      <w:r>
        <w:rPr>
          <w:b/>
        </w:rPr>
        <w:t xml:space="preserve">[19:13] </w:t>
      </w:r>
      <w:r>
        <w:t>bohat hi chote darje mein aap ko paalti poochti hai maan. is se billion, trillion se bhi zyada, zyada, zyada khuda aap ka rabb hai jisne aap ko paida kiya.</w:t>
      </w:r>
    </w:p>
    <w:p>
      <w:pPr>
        <w:jc w:val="right"/>
      </w:pPr>
      <w:r>
        <w:t>بہت ہی چھوٹے درجے میں آپ کو پالتی پوچھتی ہے ماں۔ اس سے بلین، ٹریلین سے بھی زیادہ، زیادہ، زیادہ خدا آپ کا رب ہے جس نے آپ کو پیدا کیا۔</w:t>
      </w:r>
    </w:p>
    <w:p>
      <w:r>
        <w:rPr>
          <w:b/>
        </w:rPr>
        <w:t xml:space="preserve">[19:25] </w:t>
      </w:r>
      <w:r>
        <w:t>ab dekhen ke yeh insaan jo paida kiya gaya hai, kaisa ajeeb hai insaan.</w:t>
      </w:r>
    </w:p>
    <w:p>
      <w:pPr>
        <w:jc w:val="right"/>
      </w:pPr>
      <w:r>
        <w:t>اب دیکھیں کہ یہ انسان جو پیدا کیا گیا ہے، کیسا عجیب ہے انسان۔</w:t>
      </w:r>
    </w:p>
    <w:p>
      <w:r>
        <w:rPr>
          <w:b/>
        </w:rPr>
        <w:t xml:space="preserve">[19:33] </w:t>
      </w:r>
      <w:r>
        <w:t>ek</w:t>
      </w:r>
    </w:p>
    <w:p>
      <w:pPr>
        <w:jc w:val="right"/>
      </w:pPr>
      <w:r>
        <w:t>ایک</w:t>
      </w:r>
    </w:p>
    <w:p>
      <w:r>
        <w:rPr>
          <w:b/>
        </w:rPr>
        <w:t xml:space="preserve">[19:34] </w:t>
      </w:r>
      <w:r>
        <w:t>zamane mein mujhe yeh electric burn hua tha, to mera, mera, mera ontha chalta nahi tha. electric burn ki wajah se yeh ho gaya tha.</w:t>
      </w:r>
    </w:p>
    <w:p>
      <w:pPr>
        <w:jc w:val="right"/>
      </w:pPr>
      <w:r>
        <w:t>زمانے میں مجھے یہ الیکٹرک برن ہوا تھا، تو میرا، میرا، میرا اونٹھا چلتا نہیں تھا۔ الیکٹرک برن کی وجہ سے یہ ہو گیا تھا۔</w:t>
      </w:r>
    </w:p>
    <w:p>
      <w:r>
        <w:rPr>
          <w:b/>
        </w:rPr>
        <w:t xml:space="preserve">[19:43] </w:t>
      </w:r>
      <w:r>
        <w:t>mujhe kai mahine tak aisa tha ke mera ontha nahi chalta tha. to wahan jo surgeon the, main jab hospital mein tha to surgeon mere paas aate the to aisa haath dikhate the.</w:t>
      </w:r>
    </w:p>
    <w:p>
      <w:pPr>
        <w:jc w:val="right"/>
      </w:pPr>
      <w:r>
        <w:t>مجھے کئی مہینے تک ایسا تھا کہ میرا اونٹھا نہیں چلتا تھا۔ تو وہاں جو سرجن تھے، میں جب ہاسپٹل میں تھا تو سرجن میرے پاس آتے تھے تو ایسا ہاتھ دکھاتے تھے۔</w:t>
      </w:r>
    </w:p>
    <w:p>
      <w:r>
        <w:rPr>
          <w:b/>
        </w:rPr>
        <w:t xml:space="preserve">[19:54] </w:t>
      </w:r>
      <w:r>
        <w:t>main ke dekhen, ontha jo hai, king hai, ungliyon ka king hai. ontha, ontha na ho to kuch bhi nahi.</w:t>
      </w:r>
    </w:p>
    <w:p>
      <w:pPr>
        <w:jc w:val="right"/>
      </w:pPr>
      <w:r>
        <w:t>میں کہ دیکھیں، اونٹھا جو ہے، کنگ ہے، انگلیوں کا کنگ ہے۔ اونٹھا، اونٹھا نہ ہو تو کچھ بھی نہیں۔</w:t>
      </w:r>
    </w:p>
    <w:p>
      <w:r>
        <w:rPr>
          <w:b/>
        </w:rPr>
        <w:t xml:space="preserve">[20:01] </w:t>
      </w:r>
      <w:r>
        <w:t>to mujhe bada ajeeb lagta tha yeh ke ontha king hai ungliyon ka. isi ke sath agar surgery hum karte hain to ontha na ho to surgery na kar saken.</w:t>
      </w:r>
    </w:p>
    <w:p>
      <w:pPr>
        <w:jc w:val="right"/>
      </w:pPr>
      <w:r>
        <w:t>تو مجھے بڑا عجیب لگتا تھا یہ کہ اونٹھا کنگ ہے انگلیوں کا۔ اسی کے ساتھ اگر سرجری ہم کرتے ہیں تو اونٹھا نہ ہو تو سرجری نہ کر سکیں۔</w:t>
      </w:r>
    </w:p>
    <w:p>
      <w:r>
        <w:rPr>
          <w:b/>
        </w:rPr>
        <w:t xml:space="preserve">[20:11] </w:t>
      </w:r>
      <w:r>
        <w:t>hum qalam pakadte hain, aap to ontha na ho to qalam na pakad saken. aap to aise haath dikhate the woh.</w:t>
      </w:r>
    </w:p>
    <w:p>
      <w:pPr>
        <w:jc w:val="right"/>
      </w:pPr>
      <w:r>
        <w:t>ہم قلم پکڑتے ہیں، آپ تو اونٹھا نہ ہو تو قلم نہ پکڑ سکیں۔ آپ تو ایسے ہاتھ دکھاتے تھے وہ۔</w:t>
      </w:r>
    </w:p>
    <w:p>
      <w:r>
        <w:rPr>
          <w:b/>
        </w:rPr>
        <w:t xml:space="preserve">[20:22] </w:t>
      </w:r>
      <w:r>
        <w:t>to kya ek ontha koi bana sakta hai? koi maan, koi baap, koi rishtedar, koi bank balance aap ko ontha de sakta hai? to onthe se khuda ne sirf ontha nahi diya hai, sara wajood diya hai aap ko.</w:t>
      </w:r>
    </w:p>
    <w:p>
      <w:pPr>
        <w:jc w:val="right"/>
      </w:pPr>
      <w:r>
        <w:t>تو کیا ایک اونٹھا کوئی بنا سکتا ہے؟ کوئی ماں، کوئی باپ، کوئی رشتہ دار، کوئی بینک بیلنس آپ کو اونٹھا دے سکتا ہے؟ تو اونٹھے سے خدا نے صرف اونٹھا نہیں دیا ہے، سارا وجود دیا ہے آپ کو۔</w:t>
      </w:r>
    </w:p>
    <w:p>
      <w:r>
        <w:rPr>
          <w:b/>
        </w:rPr>
        <w:t xml:space="preserve">[20:39] </w:t>
      </w:r>
      <w:r>
        <w:t>to is khuda ke liye jo mohabbat hai, isi ko hamd kaha gaya hai.</w:t>
      </w:r>
    </w:p>
    <w:p>
      <w:pPr>
        <w:jc w:val="right"/>
      </w:pPr>
      <w:r>
        <w:t>تو اس خدا کے لیے جو محبت ہے، اسی کو حمد کہا گیا ہے۔</w:t>
      </w:r>
    </w:p>
    <w:p>
      <w:r>
        <w:rPr>
          <w:b/>
        </w:rPr>
        <w:t xml:space="preserve">[20:45] </w:t>
      </w:r>
      <w:r>
        <w:t>yani mohabbat ka aakhri darja,</w:t>
      </w:r>
    </w:p>
    <w:p>
      <w:pPr>
        <w:jc w:val="right"/>
      </w:pPr>
      <w:r>
        <w:t>یعنی محبت کا آخری درجہ،</w:t>
      </w:r>
    </w:p>
    <w:p>
      <w:r>
        <w:rPr>
          <w:b/>
        </w:rPr>
        <w:t xml:space="preserve">[20:50] </w:t>
      </w:r>
      <w:r>
        <w:t>in acknowledge karne ka aakhri darja, itraaf karne ka aakhri darja jo hota hai ke khuda hai, to hi sab kuch hai. khuda, sari tareef tere liye hai,</w:t>
      </w:r>
    </w:p>
    <w:p>
      <w:pPr>
        <w:jc w:val="right"/>
      </w:pPr>
      <w:r>
        <w:t>ان ایکنالج کرنے کا آخری درجہ، اعتراف کرنے کا آخری درجہ جو ہوتا ہے کہ خدا ہے، تو ہی سب کچھ ہے۔ خدا، ساری تعریف تیرے لیے ہے،</w:t>
      </w:r>
    </w:p>
    <w:p>
      <w:r>
        <w:rPr>
          <w:b/>
        </w:rPr>
        <w:t xml:space="preserve">[21:07] </w:t>
      </w:r>
      <w:r>
        <w:t>tere siwa jo kuch hai, woh sab kuch bhi nahi, be haqeeqat hai. hum ko main lafzon mein bayan nahi kar sakta.</w:t>
      </w:r>
    </w:p>
    <w:p>
      <w:pPr>
        <w:jc w:val="right"/>
      </w:pPr>
      <w:r>
        <w:t>تیرے سوا جو کچھ ہے، وہ سب کچھ بھی نہیں، بے حقیقت ہے۔ ہم کو میں لفظوں میں بیان نہیں کر سکتا۔</w:t>
      </w:r>
    </w:p>
    <w:p>
      <w:r>
        <w:rPr>
          <w:b/>
        </w:rPr>
        <w:t xml:space="preserve">[21:18] </w:t>
      </w:r>
      <w:r>
        <w:t>ek bohat hi tiny part is ka maan ki mohabbat mein hota hai. aap ko apne maan se jo mohabbat hoti hai, isi ko multiply kijiye, multiply kijiye, multiply kijiye, trillion time, trillion time.</w:t>
      </w:r>
    </w:p>
    <w:p>
      <w:pPr>
        <w:jc w:val="right"/>
      </w:pPr>
      <w:r>
        <w:t>ایک بہت ہی ٹائنی پارٹ اس کا ماں کی محبت میں ہوتا ہے۔ آپ کو اپنے ماں سے جو محبت ہوتی ہے، اسی کو ملٹی پلائی کیجئے، ملٹی پلائی کیجئے، ملٹی پلائی کیجئے، ٹریلین ٹائم، ٹریلین ٹائم۔</w:t>
      </w:r>
    </w:p>
    <w:p>
      <w:r>
        <w:rPr>
          <w:b/>
        </w:rPr>
        <w:t xml:space="preserve">[21:29] </w:t>
      </w:r>
      <w:r>
        <w:t>tab aap zara samajh payenge ke hamd kya cheez hoti hai. tab samajh payenge aap is hamd ke darje ko pahunchna.</w:t>
      </w:r>
    </w:p>
    <w:p>
      <w:pPr>
        <w:jc w:val="right"/>
      </w:pPr>
      <w:r>
        <w:t>تب آپ ذرا سمجھ پائیں گے کہ حمد کیا چیز ہوتی ہے۔ تب سمجھ پائیں گے آپ اس حمد کے درجے کو پہنچنا۔</w:t>
      </w:r>
    </w:p>
    <w:p>
      <w:r>
        <w:rPr>
          <w:b/>
        </w:rPr>
        <w:t xml:space="preserve">[21:38] </w:t>
      </w:r>
      <w:r>
        <w:t>aur yeh keh sakta hoon ke alhamdulillah rabbul alameen. jab insaan yahan pahunchta hai, tab woh khuda ka fakhr mit jata hai.</w:t>
      </w:r>
    </w:p>
    <w:p>
      <w:pPr>
        <w:jc w:val="right"/>
      </w:pPr>
      <w:r>
        <w:t>اور یہ کہہ سکتا ہوں کہ الحمدللہ رب العالمین۔ جب انسان یہاں پہنچتا ہے، تب وہ خدا کا فخر مٹ جاتا ہے۔</w:t>
      </w:r>
    </w:p>
    <w:p>
      <w:r>
        <w:rPr>
          <w:b/>
        </w:rPr>
        <w:t xml:space="preserve">[21:50] </w:t>
      </w:r>
      <w:r>
        <w:t>kaisa ajeeb lamha hoga woh jab khuda ne kaha hoga ke main insaan ko zameen par ek ba-ikhtiyar makhlooq ke taur par basane wala hoon,</w:t>
      </w:r>
    </w:p>
    <w:p>
      <w:pPr>
        <w:jc w:val="right"/>
      </w:pPr>
      <w:r>
        <w:t>کیسا عجیب لمحہ ہوگا وہ جب خدا نے کہا ہوگا کہ میں انسان کو زمین پر ایک بااختیار مخلوق کے طور پر بسانے والا ہوں،</w:t>
      </w:r>
    </w:p>
    <w:p>
      <w:r>
        <w:rPr>
          <w:b/>
        </w:rPr>
        <w:t xml:space="preserve">[22:01] </w:t>
      </w:r>
      <w:r>
        <w:t>azaad makhlooq ke taur par basane wala hoon. aur phir farishton ne kaha hoga ke yeh to wahan fasad karega, yeh to wahan khoon bahayega.</w:t>
      </w:r>
    </w:p>
    <w:p>
      <w:pPr>
        <w:jc w:val="right"/>
      </w:pPr>
      <w:r>
        <w:t>آزاد مخلوق کے طور پر بسانے والا ہوں۔ اور پھر فرشتوں نے کہا ہوگا کہ یہ تو وہاں فساد کرے گا، یہ تو وہاں خون بہائے گا۔</w:t>
      </w:r>
    </w:p>
    <w:p>
      <w:r>
        <w:rPr>
          <w:b/>
        </w:rPr>
        <w:t xml:space="preserve">[22:12] </w:t>
      </w:r>
      <w:r>
        <w:t>phir khuda ne kaha hoga ke nahi, tum dekho ge ke is ke khilaf bhi karne wale insaan niklen ge isi mein se.</w:t>
      </w:r>
    </w:p>
    <w:p>
      <w:pPr>
        <w:jc w:val="right"/>
      </w:pPr>
      <w:r>
        <w:t>پھر خدا نے کہا ہوگا کہ نہیں، تم دیکھو گے کہ اس کے خلاف بھی کرنے والے انسان نکلیں گے اسی میں سے۔</w:t>
      </w:r>
    </w:p>
    <w:p>
      <w:r>
        <w:rPr>
          <w:b/>
        </w:rPr>
        <w:t xml:space="preserve">[22:20] </w:t>
      </w:r>
      <w:r>
        <w:t>zara dekhen, is is socheye ke is waqt, is lamhe ko socheye, aap</w:t>
      </w:r>
    </w:p>
    <w:p>
      <w:pPr>
        <w:jc w:val="right"/>
      </w:pPr>
      <w:r>
        <w:t>ذرا دیکھیں، اس اس سوچیے کہ اس وقت، اس لمحے کو سوچیے، آپ</w:t>
      </w:r>
    </w:p>
    <w:p>
      <w:r>
        <w:rPr>
          <w:b/>
        </w:rPr>
        <w:t xml:space="preserve">[22:27] </w:t>
      </w:r>
      <w:r>
        <w:t>is lamhe ko socheye</w:t>
      </w:r>
    </w:p>
    <w:p>
      <w:pPr>
        <w:jc w:val="right"/>
      </w:pPr>
      <w:r>
        <w:t>اس لمحے کو سوچیے</w:t>
      </w:r>
    </w:p>
    <w:p>
      <w:r>
        <w:rPr>
          <w:b/>
        </w:rPr>
        <w:t xml:space="preserve">[22:31] </w:t>
      </w:r>
      <w:r>
        <w:t>ke ek taraf insaan khada hua hoga, ek taraf farishte honge, ek taraf khuda hoga.</w:t>
      </w:r>
    </w:p>
    <w:p>
      <w:pPr>
        <w:jc w:val="right"/>
      </w:pPr>
      <w:r>
        <w:t>کہ ایک طرف انسان کھڑا ہوا ہوگا، ایک طرف فرشتے ہوں گے، ایک طرف خدا ہوگا۔</w:t>
      </w:r>
    </w:p>
    <w:p>
      <w:r>
        <w:rPr>
          <w:b/>
        </w:rPr>
        <w:t xml:space="preserve">[22:41] </w:t>
      </w:r>
      <w:r>
        <w:t>insaan ka mustaqbil, insaan ka future abhi dark mein hai, abhi kuch nahi pata ke insaan kya banega aindah.</w:t>
      </w:r>
    </w:p>
    <w:p>
      <w:pPr>
        <w:jc w:val="right"/>
      </w:pPr>
      <w:r>
        <w:t>انسان کا مستقبل، انسان کا فیوچر ابھی ڈارک میں ہے، ابھی کچھ نہیں پتہ کہ انسان کیا بنے گا آئندہ۔</w:t>
      </w:r>
    </w:p>
    <w:p>
      <w:r>
        <w:rPr>
          <w:b/>
        </w:rPr>
        <w:t xml:space="preserve">[22:48] </w:t>
      </w:r>
      <w:r>
        <w:t>is waqt farishtay kehte hain ke jo fasad karega, yeh to khoon bahayega. is waqt khuda kehta hai ghayb ko jannay wala ke nahi, tum dekho ge ke inhi mein se, inhi naslon mein se aisay log niklein ge.</w:t>
      </w:r>
    </w:p>
    <w:p>
      <w:pPr>
        <w:jc w:val="right"/>
      </w:pPr>
      <w:r>
        <w:t>اس وقت فرشتے کہتے ہیں کہ جو فساد کرے گا، یہ تو خون بہائے گا۔ اس وقت خدا کہتا ہے غیب کو جاننے والا کہ نہیں، تم دیکھو گے کہ انہی میں سے، انہی نسلوں میں سے ایسے لوگ نکلیں گے۔</w:t>
      </w:r>
    </w:p>
    <w:p>
      <w:r>
        <w:rPr>
          <w:b/>
        </w:rPr>
        <w:t xml:space="preserve">[23:00] </w:t>
      </w:r>
      <w:r>
        <w:t>mere par mein khud fakhr karunga.</w:t>
      </w:r>
    </w:p>
    <w:p>
      <w:pPr>
        <w:jc w:val="right"/>
      </w:pPr>
      <w:r>
        <w:t>میرے پر میں خود فخر کروں گا۔</w:t>
      </w:r>
    </w:p>
    <w:p>
      <w:r>
        <w:rPr>
          <w:b/>
        </w:rPr>
        <w:t xml:space="preserve">[23:05] </w:t>
      </w:r>
      <w:r>
        <w:t>yeh kon log hain? wahi log hain jo dunya mein keh sakega alhamdulillah rabbul alameen. yeh wahi log hain jo</w:t>
      </w:r>
    </w:p>
    <w:p>
      <w:pPr>
        <w:jc w:val="right"/>
      </w:pPr>
      <w:r>
        <w:t>یہ کون لوگ ہیں؟ وہی لوگ ہیں جو دنیا میں کہہ سکے گا الحمدللہ رب العالمین۔ یہ وہی لوگ ہیں جو</w:t>
      </w:r>
    </w:p>
    <w:p>
      <w:r>
        <w:rPr>
          <w:b/>
        </w:rPr>
        <w:t xml:space="preserve">[23:13] </w:t>
      </w:r>
      <w:r>
        <w:t>sach much keh sake, lafz service nahi, lafz service ke tor par nahi, sach much keh sake.</w:t>
      </w:r>
    </w:p>
    <w:p>
      <w:pPr>
        <w:jc w:val="right"/>
      </w:pPr>
      <w:r>
        <w:t>سچ مچ کہہ سکے، لفظ سروس نہیں، لفظ سروس کے طور پر نہیں، سچ مچ کہہ سکے۔</w:t>
      </w:r>
    </w:p>
    <w:p>
      <w:r>
        <w:rPr>
          <w:b/>
        </w:rPr>
        <w:t xml:space="preserve">[23:24] </w:t>
      </w:r>
      <w:r>
        <w:t>jo sach much keh saka alhamdulillah rabbul alameen, woh sare samundaron se zyada bara chashma munh se ubhla. is ke yeh koi saada baat nahi hai, yeh</w:t>
      </w:r>
    </w:p>
    <w:p>
      <w:pPr>
        <w:jc w:val="right"/>
      </w:pPr>
      <w:r>
        <w:t>جو سچ مچ کہہ سکا الحمدللہ رب العالمین، وہ سارے سمندروں سے زیادہ بڑا چشمہ منہ سے ابھلا۔ اس کے یہ کوئی سادہ بات نہیں ہے، یہ</w:t>
      </w:r>
    </w:p>
    <w:p>
      <w:r>
        <w:rPr>
          <w:b/>
        </w:rPr>
        <w:t xml:space="preserve">[23:35] </w:t>
      </w:r>
      <w:r>
        <w:t>jis ke munh se sach much nikla, sach much nikla alhamdulillah rabbul alameen.</w:t>
      </w:r>
    </w:p>
    <w:p>
      <w:pPr>
        <w:jc w:val="right"/>
      </w:pPr>
      <w:r>
        <w:t>جس کے منہ سے سچ مچ نکلا، سچ مچ نکلا الحمدللہ رب العالمین۔</w:t>
      </w:r>
    </w:p>
    <w:p>
      <w:r>
        <w:rPr>
          <w:b/>
        </w:rPr>
        <w:t xml:space="preserve">[23:40] </w:t>
      </w:r>
      <w:r>
        <w:t>is ne ek aisi baat kahi jo sari kainat se zyada bari baat thi. woh isi liye hadith mein aata hai ke alhamdulillah tammal mizan. alhamdulillah itni bari cheez hai ke woh mizan ko, tarazu ko bhar deti hai.</w:t>
      </w:r>
    </w:p>
    <w:p>
      <w:pPr>
        <w:jc w:val="right"/>
      </w:pPr>
      <w:r>
        <w:t>اس نے ایک ایسی بات کہی جو ساری کائنات سے زیادہ بڑی بات تھی۔ وہ اسی لیے حدیث میں آتا ہے کہ الحمدللہ تمل المیزان۔ الحمدللہ اتنی بڑی چیز ہے کہ وہ میزان کو، ترازو کو بھر دیتی ہے۔</w:t>
      </w:r>
    </w:p>
    <w:p>
      <w:r>
        <w:rPr>
          <w:b/>
        </w:rPr>
        <w:t xml:space="preserve">[23:56] </w:t>
      </w:r>
      <w:r>
        <w:t>alhamdulillah rabbul alameen sari zameen o asman se zyada bari haqeeqat hai, lekin lafz service nahi.</w:t>
      </w:r>
    </w:p>
    <w:p>
      <w:pPr>
        <w:jc w:val="right"/>
      </w:pPr>
      <w:r>
        <w:t>الحمدللہ رب العالمین ساری زمین و آسمان سے زیادہ بڑی حقیقت ہے، لیکن لفظ سروس نہیں۔</w:t>
      </w:r>
    </w:p>
    <w:p>
      <w:r>
        <w:rPr>
          <w:b/>
        </w:rPr>
        <w:t xml:space="preserve">[24:05] </w:t>
      </w:r>
      <w:r>
        <w:t>woh, woh, woh alhamdulillah jis mein sara insan ka, sari hasti dhal jati hai, sari personality isi mein absorb ho jati hai, is sare jazbat isi mein shamil ho jatay hain.</w:t>
      </w:r>
    </w:p>
    <w:p>
      <w:pPr>
        <w:jc w:val="right"/>
      </w:pPr>
      <w:r>
        <w:t>وہ، وہ، وہ الحمدللہ جس میں سارا انسان کا، ساری ہستی ڈھل جاتی ہے، ساری پرسنیلٹی اسی میں ابزارب ہو جاتی ہے، اس سارے جذبات اسی میں شامل ہو جاتے ہیں۔</w:t>
      </w:r>
    </w:p>
    <w:p>
      <w:r>
        <w:rPr>
          <w:b/>
        </w:rPr>
        <w:t xml:space="preserve">[24:17] </w:t>
      </w:r>
      <w:r>
        <w:t>insan apne aap ko is mein daal kar khali ho jata hai, bilkul phir insan ke paas kuch bhi alag nahi rehta. is ka poora wajood jo hai, alhamdulillah rabbul alameen mein dhal chuka hota hai.</w:t>
      </w:r>
    </w:p>
    <w:p>
      <w:pPr>
        <w:jc w:val="right"/>
      </w:pPr>
      <w:r>
        <w:t>انسان اپنے آپ کو اس میں ڈال کر خالی ہو جاتا ہے، بالکل پھر انسان کے پاس کچھ بھی الگ نہیں رہتا۔ اس کا پورا وجود جو ہے، الحمدللہ رب العالمین میں ڈھل چکا ہوتا ہے۔</w:t>
      </w:r>
    </w:p>
    <w:p>
      <w:r>
        <w:rPr>
          <w:b/>
        </w:rPr>
        <w:t xml:space="preserve">[24:32] </w:t>
      </w:r>
      <w:r>
        <w:t>jo ke insan ka embodiment ho jata hai. to jo insan yeh keh sake ke is dunya mein jahan khuda dikhai nahi deta, jahan hamein azadi mili hui hai, yeh hamein option mila hua hai,</w:t>
      </w:r>
    </w:p>
    <w:p>
      <w:pPr>
        <w:jc w:val="right"/>
      </w:pPr>
      <w:r>
        <w:t>جو کہ انسان کا ایمبارڈمنٹ ہو جاتا ہے۔ تو جو انسان یہ کہہ سکے کہ اس دنیا میں جہاں خدا دکھائی نہیں دیتا، جہاں ہمیں آزادی ملی ہوئی ہے، یہ ہمیں آپشن ملا ہوا ہے،</w:t>
      </w:r>
    </w:p>
    <w:p>
      <w:r>
        <w:rPr>
          <w:b/>
        </w:rPr>
        <w:t xml:space="preserve">[24:47] </w:t>
      </w:r>
      <w:r>
        <w:t>wahan yeh keh sakna itni bari cheez hai, itni bari cheez hai ke aap khuda ke liye fakhr ban jatay hain. to</w:t>
      </w:r>
    </w:p>
    <w:p>
      <w:pPr>
        <w:jc w:val="right"/>
      </w:pPr>
      <w:r>
        <w:t>وہاں یہ کہہ سکنا اتنی بڑی چیز ہے، اتنی بڑی چیز ہے کہ آپ خدا کے لیے فخر بن جاتے ہیں۔ تو</w:t>
      </w:r>
    </w:p>
    <w:p>
      <w:r>
        <w:rPr>
          <w:b/>
        </w:rPr>
        <w:t xml:space="preserve">[24:58] </w:t>
      </w:r>
      <w:r>
        <w:t>jab mein ne saharanpur ke is jalsay mein yeh kaha, jahan hindu thay, musalman thay, parhay likhay thay, baray baray log thay, wahan par bohat parhay likhay log thay. aap ek dam sunna aa gaya, halankay sab ke mobile bachtay thay is se pehle, sab dorrtay thay mobile ke liye.</w:t>
      </w:r>
    </w:p>
    <w:p>
      <w:pPr>
        <w:jc w:val="right"/>
      </w:pPr>
      <w:r>
        <w:t>جب میں نے سہارن پور کے اس جلسے میں یہ کہا، جہاں ہندو تھے، مسلمان تھے، پڑھے لکھے تھے، بڑے بڑے لوگ تھے، وہاں پر بہت پڑھے لکھے لوگ تھے۔ آپ ایک دم سننا آ گیا، حالانکہ سب کے موبائل بچتے تھے اس سے پہلے، سب دوڑتے تھے موبائل کے لیے۔</w:t>
      </w:r>
    </w:p>
    <w:p>
      <w:r>
        <w:rPr>
          <w:b/>
        </w:rPr>
        <w:t xml:space="preserve">[25:16] </w:t>
      </w:r>
      <w:r>
        <w:t>to un ka nature address ho gaya, un ka jo andar ka nature hai, woh address ho gaya. woh chupa hua jo tha, chupa hua jazba, chupa hua jazba mohabbat jo tha, woh address ho gaya.</w:t>
      </w:r>
    </w:p>
    <w:p>
      <w:pPr>
        <w:jc w:val="right"/>
      </w:pPr>
      <w:r>
        <w:t>تو ان کا نیچر ایڈریس ہو گیا، ان کا جو انجل کا نیچر ہے، وہ ایڈریس ہو گیا۔ وہ چھپا ہوا جو تھا، چھپا ہوا جذبہ، چھپا ہوا جذبہ محبت جو تھا، وہ ایڈریس ہو گیا۔</w:t>
      </w:r>
    </w:p>
    <w:p>
      <w:r>
        <w:rPr>
          <w:b/>
        </w:rPr>
        <w:t xml:space="preserve">[25:28] </w:t>
      </w:r>
      <w:r>
        <w:t>to sab ki bol band ho gayi, sab speechless ho gaye. ab kisi paas lafz nahi tha is se mobile par kalam karen, kisi se sab speechless ho gaye.</w:t>
      </w:r>
    </w:p>
    <w:p>
      <w:pPr>
        <w:jc w:val="right"/>
      </w:pPr>
      <w:r>
        <w:t>تو سب کی بول بند ہو گئی، سب اسپیچ لیس ہو گئے۔ اب کسی پاس لفظ نہیں تھا اس سے موبائل پر کلام کریں، کسی سے سب اسپیچ لیس ہو گئے۔</w:t>
      </w:r>
    </w:p>
    <w:p>
      <w:r>
        <w:rPr>
          <w:b/>
        </w:rPr>
        <w:t xml:space="preserve">[25:45] </w:t>
      </w:r>
      <w:r>
        <w:t>is baat ko janiye,</w:t>
      </w:r>
    </w:p>
    <w:p>
      <w:pPr>
        <w:jc w:val="right"/>
      </w:pPr>
      <w:r>
        <w:t>اس بات کو جانیے،</w:t>
      </w:r>
    </w:p>
    <w:p>
      <w:r>
        <w:rPr>
          <w:b/>
        </w:rPr>
        <w:t xml:space="preserve">[25:52] </w:t>
      </w:r>
      <w:r>
        <w:t>is baat ko janiye.</w:t>
      </w:r>
    </w:p>
    <w:p>
      <w:pPr>
        <w:jc w:val="right"/>
      </w:pPr>
      <w:r>
        <w:t>اس بات کو جانیے۔</w:t>
      </w:r>
    </w:p>
    <w:p>
      <w:r>
        <w:rPr>
          <w:b/>
        </w:rPr>
        <w:t xml:space="preserve">[25:58] </w:t>
      </w:r>
      <w:r>
        <w:t>hamd ke baray mein ek hadith hai: khair ibad Allah al-hammadun,</w:t>
      </w:r>
    </w:p>
    <w:p>
      <w:pPr>
        <w:jc w:val="right"/>
      </w:pPr>
      <w:r>
        <w:t>حمد کے بارے میں ایک حدیث ہے: خیر عباد اللہ الحمادون،</w:t>
      </w:r>
    </w:p>
    <w:p>
      <w:r>
        <w:rPr>
          <w:b/>
        </w:rPr>
        <w:t xml:space="preserve">[26:09] </w:t>
      </w:r>
      <w:r>
        <w:t>khair ibad Allah al-hammadun. sab se achay bande khuda ke woh hain jo khuda ki hamd karne walay hotay hain, sab se zyada hamd karne walay hotay hain.</w:t>
      </w:r>
    </w:p>
    <w:p>
      <w:pPr>
        <w:jc w:val="right"/>
      </w:pPr>
      <w:r>
        <w:t>خیر عباد اللہ الحمادون۔ سب سے اچھے بندے خدا کے وہ ہیں جو خدا کی حمد کرنے والے ہوتے ہیں، سب سے زیادہ حمد کرنے والے ہوتے ہیں۔</w:t>
      </w:r>
    </w:p>
    <w:p>
      <w:r>
        <w:rPr>
          <w:b/>
        </w:rPr>
        <w:t xml:space="preserve">[26:20] </w:t>
      </w:r>
      <w:r>
        <w:t>khuda ke sab se achay bande woh hain jo khuda ki sab se zyada, sab se zyada hamd karne walay hain. isi mani mein hai yeh.</w:t>
      </w:r>
    </w:p>
    <w:p>
      <w:pPr>
        <w:jc w:val="right"/>
      </w:pPr>
      <w:r>
        <w:t>خدا کے سب سے اچھے بندے وہ ہیں جو خدا کی سب سے زیادہ، سب سے زیادہ حمد کرنے والے ہیں۔ اسی معنی میں ہے یہ۔</w:t>
      </w:r>
    </w:p>
    <w:p>
      <w:r>
        <w:rPr>
          <w:b/>
        </w:rPr>
        <w:t xml:space="preserve">[26:27] </w:t>
      </w:r>
      <w:r>
        <w:t>is ka matlab yeh nahi ke lakhon bar hum alhamdulillah, alhamdulillah, alhamdulillah kehtay rahen. yeh matlab nahi is ka ke is ke ko repeat karte rahen, bar bar, lakh bar repeat karen, das hazar bar repeat karen.</w:t>
      </w:r>
    </w:p>
    <w:p>
      <w:pPr>
        <w:jc w:val="right"/>
      </w:pPr>
      <w:r>
        <w:t>اس کا مطلب یہ نہیں کہ لاکھوں بار ہم الحمدللہ، الحمدللہ، الحمدللہ کہتے رہیں۔ یہ مطلب نہیں اس کا کہ اس کے کو ریپیٹ کرتے رہیں، بار بار، لاکھ بار ریپیٹ کریں، دس ہزار بار ریپیٹ کریں۔</w:t>
      </w:r>
    </w:p>
    <w:p>
      <w:r>
        <w:rPr>
          <w:b/>
        </w:rPr>
        <w:t xml:space="preserve">[26:43] </w:t>
      </w:r>
      <w:r>
        <w:t>yeh is ka underestimation hai, yeh hamd ka underestimation hai ke aap yeh samjhen ke is hadith ka matlab yeh hai ke ek lakh bar alhamdulillah kaho, is ka underestimation hai.</w:t>
      </w:r>
    </w:p>
    <w:p>
      <w:pPr>
        <w:jc w:val="right"/>
      </w:pPr>
      <w:r>
        <w:t>یہ اس کا انڈر ایسٹیمیشن ہے، یہ حمد کا انڈر ایسٹیمیشن ہے کہ آپ یہ سمجھیں کہ اس حدیث کا مطلب یہ ہے کہ ایک لاکھ بار الحمدللہ کہو، اس کا انڈر ایسٹیمیشن ہے۔</w:t>
      </w:r>
    </w:p>
    <w:p>
      <w:r>
        <w:rPr>
          <w:b/>
        </w:rPr>
        <w:t xml:space="preserve">[26:59] </w:t>
      </w:r>
      <w:r>
        <w:t>woh to apne pooray wajood jis par dhal jaye, woh alhamdulillah Allah taala ko matloob hai.</w:t>
      </w:r>
    </w:p>
    <w:p>
      <w:pPr>
        <w:jc w:val="right"/>
      </w:pPr>
      <w:r>
        <w:t>وہ تو اپنے پورے وجود جس پر ڈھل جائے، وہ الحمدللہ اللہ تعالی کو مطلوب ہے۔</w:t>
      </w:r>
    </w:p>
    <w:p>
      <w:r>
        <w:rPr>
          <w:b/>
        </w:rPr>
        <w:t xml:space="preserve">[27:09] </w:t>
      </w:r>
      <w:r>
        <w:t>ab dekhiye, mein</w:t>
      </w:r>
    </w:p>
    <w:p>
      <w:pPr>
        <w:jc w:val="right"/>
      </w:pPr>
      <w:r>
        <w:t>اب دیکھیے، میں</w:t>
      </w:r>
    </w:p>
    <w:p>
      <w:r>
        <w:rPr>
          <w:b/>
        </w:rPr>
        <w:t xml:space="preserve">[27:14] </w:t>
      </w:r>
      <w:r>
        <w:t>ek baat yeh arz karna chahta hoon ke aisa kyun hota hai ke insan khuda ko apni mohabbat ka markaz nahi bana pata? majority logon ki</w:t>
      </w:r>
    </w:p>
    <w:p>
      <w:pPr>
        <w:jc w:val="right"/>
      </w:pPr>
      <w:r>
        <w:t>ایک بات یہ عرض کرنا چاہتا ہوں کہ ایسا کیوں ہوتا ہے کہ انسان خدا کو اپنی محبت کا مرکز نہیں بنا پاتا؟ میجورٹی لوگوں کی</w:t>
      </w:r>
    </w:p>
    <w:p>
      <w:r>
        <w:rPr>
          <w:b/>
        </w:rPr>
        <w:t xml:space="preserve">[27:27] </w:t>
      </w:r>
      <w:r>
        <w:t>aisa kyun hota hai?</w:t>
      </w:r>
    </w:p>
    <w:p>
      <w:pPr>
        <w:jc w:val="right"/>
      </w:pPr>
      <w:r>
        <w:t>ایسا کیوں ہوتا ہے؟</w:t>
      </w:r>
    </w:p>
    <w:p>
      <w:r>
        <w:rPr>
          <w:b/>
        </w:rPr>
        <w:t xml:space="preserve">[27:31] </w:t>
      </w:r>
      <w:r>
        <w:t>to quran mein hai ke zainat al-shahwat aik aayat hai ke khuda ne farmaya quran majeed mein ke insaan ke liye dunya ki cheezein, worldly cheezein mazeen kar di gayi hain, beautify kar di gayi hain.</w:t>
      </w:r>
    </w:p>
    <w:p>
      <w:pPr>
        <w:jc w:val="right"/>
      </w:pPr>
      <w:r>
        <w:t>تو قرآن میں ہے کہ زینات الشہوات ایک آیت ہے کہ خدا نے فرمایا قرآن مجید میں کہ انسان کے لیے دنیا کی چیزیں، ورلڈلی چیزیں مزین کر دی گئی ہیں، بیوٹیفائی کر دی گئی ہیں۔</w:t>
      </w:r>
    </w:p>
    <w:p>
      <w:r>
        <w:rPr>
          <w:b/>
        </w:rPr>
        <w:t xml:space="preserve">[27:46] </w:t>
      </w:r>
      <w:r>
        <w:t>aulad, maal, property, paisa, yeh sab quran majeed mein hai. yeh sab cheezein beautify kar di gayi hain.</w:t>
      </w:r>
    </w:p>
    <w:p>
      <w:pPr>
        <w:jc w:val="right"/>
      </w:pPr>
      <w:r>
        <w:t>اولاد، مال، پراپرٹی، پیسہ، یہ سب قرآن مجید میں ہے۔ یہ سب چیزیں بیوٹیفائی کر دی گئی ہیں۔</w:t>
      </w:r>
    </w:p>
    <w:p>
      <w:r>
        <w:rPr>
          <w:b/>
        </w:rPr>
        <w:t xml:space="preserve">[27:56] </w:t>
      </w:r>
      <w:r>
        <w:t>bas isi par toot padta hai aadmi,</w:t>
      </w:r>
    </w:p>
    <w:p>
      <w:pPr>
        <w:jc w:val="right"/>
      </w:pPr>
      <w:r>
        <w:t>بس اسی پر ٹوٹ پڑتا ہے آدمی،</w:t>
      </w:r>
    </w:p>
    <w:p>
      <w:r>
        <w:rPr>
          <w:b/>
        </w:rPr>
        <w:t xml:space="preserve">[28:02] </w:t>
      </w:r>
      <w:r>
        <w:t>isi par toot padta hai aadmi.</w:t>
      </w:r>
    </w:p>
    <w:p>
      <w:pPr>
        <w:jc w:val="right"/>
      </w:pPr>
      <w:r>
        <w:t>اسی پر ٹوٹ پڑتا ہے آدمی۔</w:t>
      </w:r>
    </w:p>
    <w:p>
      <w:r>
        <w:rPr>
          <w:b/>
        </w:rPr>
        <w:t xml:space="preserve">[28:09] </w:t>
      </w:r>
      <w:r>
        <w:t>yeh kyun ki gayi? yeh price hai. agar woh beautify na ki gayi hoti to aap price kahan se dete hain?</w:t>
      </w:r>
    </w:p>
    <w:p>
      <w:pPr>
        <w:jc w:val="right"/>
      </w:pPr>
      <w:r>
        <w:t>یہ کیوں کی گئی؟ یہ پرائس ہے۔ اگر وہ بیوٹیفائی نہ کی گئی ہوتی تو آپ پرائس کہاں سے دیتے ہیں؟</w:t>
      </w:r>
    </w:p>
    <w:p>
      <w:r>
        <w:rPr>
          <w:b/>
        </w:rPr>
        <w:t xml:space="preserve">[28:18] </w:t>
      </w:r>
      <w:r>
        <w:t>aap</w:t>
      </w:r>
    </w:p>
    <w:p>
      <w:pPr>
        <w:jc w:val="right"/>
      </w:pPr>
      <w:r>
        <w:t>آپ</w:t>
      </w:r>
    </w:p>
    <w:p>
      <w:r>
        <w:rPr>
          <w:b/>
        </w:rPr>
        <w:t xml:space="preserve">[28:22] </w:t>
      </w:r>
      <w:r>
        <w:t>other than god jo cheezein hain, un ko bohat beautiful bana diya khuda ne. other than god, aulad hai, property hai, paisa hai, business hai, daulat hai, shohrat hai, political power hai,</w:t>
      </w:r>
    </w:p>
    <w:p>
      <w:pPr>
        <w:jc w:val="right"/>
      </w:pPr>
      <w:r>
        <w:t>ادر دین گاڈ جو چیزیں ہیں، ان کو بہت بیوٹی فل بنا دیا خدا نے۔ ادر دین گاڈ، اولاد ہے، پراپرٹی ہے، پیسہ ہے، بزنس ہے، دولت ہے، شہرت ہے، پولیٹیکل پاور ہے،</w:t>
      </w:r>
    </w:p>
    <w:p>
      <w:r>
        <w:rPr>
          <w:b/>
        </w:rPr>
        <w:t xml:space="preserve">[28:37] </w:t>
      </w:r>
      <w:r>
        <w:t>fame hai. in sab cheezon ko khuda ne bohat hi beautiful bana diya insaan ke liye.</w:t>
      </w:r>
    </w:p>
    <w:p>
      <w:pPr>
        <w:jc w:val="right"/>
      </w:pPr>
      <w:r>
        <w:t>فیم ہے۔ ان سب چیزوں کو خدا نے بہت ہی بیوٹی فل بنا دیا انسان کے لیے۔</w:t>
      </w:r>
    </w:p>
    <w:p>
      <w:r>
        <w:rPr>
          <w:b/>
        </w:rPr>
        <w:t xml:space="preserve">[28:45] </w:t>
      </w:r>
      <w:r>
        <w:t>yahi to, yahi to, yahi to, yahi to test hai.</w:t>
      </w:r>
    </w:p>
    <w:p>
      <w:pPr>
        <w:jc w:val="right"/>
      </w:pPr>
      <w:r>
        <w:t>یہی تو، یہی تو، یہی تو، یہی تو ٹیسٹ ہے۔</w:t>
      </w:r>
    </w:p>
    <w:p>
      <w:r>
        <w:rPr>
          <w:b/>
        </w:rPr>
        <w:t xml:space="preserve">[28:51] </w:t>
      </w:r>
      <w:r>
        <w:t>yahi to test hai jo is false beautification ka parda phaar sake. that is false beautification.</w:t>
      </w:r>
    </w:p>
    <w:p>
      <w:pPr>
        <w:jc w:val="right"/>
      </w:pPr>
      <w:r>
        <w:t>یہی تو ٹیسٹ ہے جو اس فالس بیوٹیفیکیشن کا پردہ پھاڑ سکے۔ دیٹ از فالس بیوٹیفیکیشن۔</w:t>
      </w:r>
    </w:p>
    <w:p>
      <w:r>
        <w:rPr>
          <w:b/>
        </w:rPr>
        <w:t xml:space="preserve">[29:03] </w:t>
      </w:r>
      <w:r>
        <w:t>woh real beauty nahi hoti, us ko aap dekhte hain, woh real beauty nahi hoti hai. that is false beautification. is false beautification ko samajh pana, is ka parda phaar sakna,</w:t>
      </w:r>
    </w:p>
    <w:p>
      <w:pPr>
        <w:jc w:val="right"/>
      </w:pPr>
      <w:r>
        <w:t>وہ ریل بیوٹی نہیں ہوتی، اس کو آپ دیکھتے ہیں، وہ ریل بیوٹی نہیں ہوتی ہے۔ دیٹ از فالس بیوٹیفیکیشن۔ اس فالس بیوٹیفیکیشن کو سمجھ پانا، اس کا پردہ پھاڑ سکنا،</w:t>
      </w:r>
    </w:p>
    <w:p>
      <w:r>
        <w:rPr>
          <w:b/>
        </w:rPr>
        <w:t xml:space="preserve">[29:19] </w:t>
      </w:r>
      <w:r>
        <w:t>is is false mohabbatun ke janglun se nikal sakna, yahi to price hai jo aap ko khuda ka pride banati hai, khuda ke liye qabil-e-fakhr banati hai.</w:t>
      </w:r>
    </w:p>
    <w:p>
      <w:pPr>
        <w:jc w:val="right"/>
      </w:pPr>
      <w:r>
        <w:t>اس اس فالس محبتوں کے جنگل سے نکل سکنا، یہی تو پرائس ہے جو آپ کو خدا کا پرائیڈ بناتی ہے، خدا کے لیے قابل فخر بناتی ہے۔</w:t>
      </w:r>
    </w:p>
    <w:p>
      <w:r>
        <w:rPr>
          <w:b/>
        </w:rPr>
        <w:t xml:space="preserve">[29:36] </w:t>
      </w:r>
      <w:r>
        <w:t>to yeh sab kaise hota hai? sochne se hota hai. bohat zyada sochna padta hai, apni aqal ko bohat zyada activate karna padta hai.</w:t>
      </w:r>
    </w:p>
    <w:p>
      <w:pPr>
        <w:jc w:val="right"/>
      </w:pPr>
      <w:r>
        <w:t>تو یہ سب کیسے ہوتا ہے؟ سوچنے سے ہوتا ہے۔ بہت زیادہ سوچنا پڑتا ہے، اپنی عقل کو بہت زیادہ ایکٹیویٹ کرنا پڑتا ہے۔</w:t>
      </w:r>
    </w:p>
    <w:p>
      <w:r>
        <w:rPr>
          <w:b/>
        </w:rPr>
        <w:t xml:space="preserve">[29:48] </w:t>
      </w:r>
      <w:r>
        <w:t>deen ka مدار aqal par hai, yaad rakhiye, deen ka مدار aqal par hai. khuda ke deen ka مدار aqal par hai. aqal ko activate karna hai, apne mind ko activate karna hai, apni thinking process ko bohat zyada chalana hai.</w:t>
      </w:r>
    </w:p>
    <w:p>
      <w:pPr>
        <w:jc w:val="right"/>
      </w:pPr>
      <w:r>
        <w:t>دین کا مدار عقل پر ہے، یاد رکھیے، دین کا مدار عقل پر ہے۔ خدا کے دین کا مدار عقل پر ہے۔ عقل کو ایکٹیویٹ کرنا ہے، اپنے مائنڈ کو ایکٹیویٹ کرنا ہے، اپنی تھنکنگ پروسیس کو بہت زیادہ چلانا ہے۔</w:t>
      </w:r>
    </w:p>
    <w:p>
      <w:r>
        <w:rPr>
          <w:b/>
        </w:rPr>
        <w:t xml:space="preserve">[30:03] </w:t>
      </w:r>
      <w:r>
        <w:t>tab ja kar aap in baaton ko samajh payenge, aur tab ja kar aap woh insaan banenge jo khuda ke liye pride ban jaye aakhirat mein. yahi, yahi is ki price hai.</w:t>
      </w:r>
    </w:p>
    <w:p>
      <w:pPr>
        <w:jc w:val="right"/>
      </w:pPr>
      <w:r>
        <w:t>تب جا کر آپ ان باتوں کو سمجھ پائیں گے، اور تب جا کر آپ وہ انسان بنیں گے جو خدا کے لیے پرائیڈ بن جائے آخرت میں۔ یہی، یہی اس کی پرائس ہے۔</w:t>
      </w:r>
    </w:p>
    <w:p>
      <w:r>
        <w:rPr>
          <w:b/>
        </w:rPr>
        <w:t xml:space="preserve">[30:18] </w:t>
      </w:r>
      <w:r>
        <w:t>is ka aik chota sa test hota hai talluqat mein. aik hadith mein aata hai ke wajabat waajabat mahabbati lil mutahabbeen fi.</w:t>
      </w:r>
    </w:p>
    <w:p>
      <w:pPr>
        <w:jc w:val="right"/>
      </w:pPr>
      <w:r>
        <w:t>اس کا ایک چھوٹا سا ٹیسٹ ہوتا ہے تعلقات میں۔ ایک حدیث میں آتا ہے کہ وجب واجبت محبتی للمتحابین فیہ۔</w:t>
      </w:r>
    </w:p>
    <w:p>
      <w:r>
        <w:rPr>
          <w:b/>
        </w:rPr>
        <w:t xml:space="preserve">[30:31] </w:t>
      </w:r>
      <w:r>
        <w:t>yeh aik hadith hai: wajabat mahabbati lil mutahabbeen fi. in do aadmiyon ke liye meri mohabbat waajib ho gayi jo aapas mein sirf Allah ke liye mohabbat karein.</w:t>
      </w:r>
    </w:p>
    <w:p>
      <w:pPr>
        <w:jc w:val="right"/>
      </w:pPr>
      <w:r>
        <w:t>یہ ایک حدیث ہے: وجبت محبتی للمتحابین فیہ۔ ان دو آدمیوں کے لیے میری محبت واجب ہو گئی جو آپس میں صرف اللہ کے لیے محبت کریں۔</w:t>
      </w:r>
    </w:p>
    <w:p>
      <w:r>
        <w:rPr>
          <w:b/>
        </w:rPr>
        <w:t xml:space="preserve">[30:48] </w:t>
      </w:r>
      <w:r>
        <w:t>do insaan jo sirf Allah ke liye aapas mein mohabbat karein, un ke liye khuda ki mohabbat waajib ho gayi. yaani is ke is mein yeh bataya gaya ke kaun si qurbani tum ko dena hai dunya mein.</w:t>
      </w:r>
    </w:p>
    <w:p>
      <w:pPr>
        <w:jc w:val="right"/>
      </w:pPr>
      <w:r>
        <w:t>دو انسان جو صرف اللہ کے لیے آپس میں محبت کریں، ان کے لیے خدا کی محبت واجب ہو گئی۔ یعنی اس کے اس میں یہ بتایا گیا کہ کون سی قربانی تم کو دینا ہے دنیا میں۔</w:t>
      </w:r>
    </w:p>
    <w:p>
      <w:r>
        <w:rPr>
          <w:b/>
        </w:rPr>
        <w:t xml:space="preserve">[31:04] </w:t>
      </w:r>
      <w:r>
        <w:t>dekhein, aap deen ka kaam karein, jaise aap da'wah work hai. da'wah work akele to hota nahi, mil jul kar hota hai. mil jul kar aap ke jab da'wah work karenge to bar bar aik doosre ko shikayat hogi.</w:t>
      </w:r>
    </w:p>
    <w:p>
      <w:pPr>
        <w:jc w:val="right"/>
      </w:pPr>
      <w:r>
        <w:t>دیکھیں، آپ دین کا کام کریں، جیسے آپ دعویٰ ورک ہے۔ دعویٰ ورک اکیلے تو ہوتا نہیں، مل جل کر ہوتا ہے۔ مل جل کر آپ کے جب دعویٰ ورک کریں گے تو بار بار ایک دوسرے کو شکایت ہوگی۔</w:t>
      </w:r>
    </w:p>
    <w:p>
      <w:r>
        <w:rPr>
          <w:b/>
        </w:rPr>
        <w:t xml:space="preserve">[31:20] </w:t>
      </w:r>
      <w:r>
        <w:t>dekhein, shikayat is part of nature. yeh na samjhiye ke kabhi bhi aisa ho sakta hai ke shikayatein na hon.</w:t>
      </w:r>
    </w:p>
    <w:p>
      <w:pPr>
        <w:jc w:val="right"/>
      </w:pPr>
      <w:r>
        <w:t>دیکھیں، شکایت از پارٹ آف نیچر۔ یہ نہ سمجھیے کہ کبھی بھی ایسا ہو سکتا ہے کہ شکایتیں نہ ہوں۔</w:t>
      </w:r>
    </w:p>
    <w:p>
      <w:r>
        <w:rPr>
          <w:b/>
        </w:rPr>
        <w:t xml:space="preserve">[31:29] </w:t>
      </w:r>
      <w:r>
        <w:t>shikayat to sahaba ko hui, shikayat to jab do paighambar the dunya mein to do paighambaron ko shikayat ho gayi. yeh quran se sabit hai.</w:t>
      </w:r>
    </w:p>
    <w:p>
      <w:pPr>
        <w:jc w:val="right"/>
      </w:pPr>
      <w:r>
        <w:t>شکایت تو صحابہ کو ہوئی، شکایت تو جب دو پیغمبر تھے دنیا میں تو دو پیغمبروں کو شکایت ہو گئی۔ یہ قرآن سے ثابت ہے۔</w:t>
      </w:r>
    </w:p>
    <w:p>
      <w:r>
        <w:rPr>
          <w:b/>
        </w:rPr>
        <w:t xml:space="preserve">[31:39] </w:t>
      </w:r>
      <w:r>
        <w:t>hazrat Musa paighambar the, hazrat Haroon paighambar the, aur is mein bhi shikayat paida ho gayi. la ta'khudh bi-ra'si wa bi-ahiy.</w:t>
      </w:r>
    </w:p>
    <w:p>
      <w:pPr>
        <w:jc w:val="right"/>
      </w:pPr>
      <w:r>
        <w:t>حضرت موسیٰ پیغمبر تھے، حضرت ہارون پیغمبر تھے، اور اس میں بھی شکایت پیدا ہو گئی۔ لا تاخذ براہتی ولا براسی۔</w:t>
      </w:r>
    </w:p>
    <w:p>
      <w:r>
        <w:rPr>
          <w:b/>
        </w:rPr>
        <w:t xml:space="preserve">[31:50] </w:t>
      </w:r>
      <w:r>
        <w:t>shikayat is part of nature. to shikayat se oopar uth kar ke aap ko mohabbat baqi rakhna hai apni taake ijtimaiyat baqi rahe, taake mil kar kaam karna ho sake.</w:t>
      </w:r>
    </w:p>
    <w:p>
      <w:pPr>
        <w:jc w:val="right"/>
      </w:pPr>
      <w:r>
        <w:t>شکایت از پارٹ آف نیچر۔ تو شکایت سے اوپر اٹھ کر کے آپ کو محبت باقی رکھنا ہے اپنی تاکہ اجتماعیت باقی رہے، تاکہ مل کر کام کرنا ہو سکے۔</w:t>
      </w:r>
    </w:p>
    <w:p>
      <w:r>
        <w:rPr>
          <w:b/>
        </w:rPr>
        <w:t xml:space="preserve">[32:04] </w:t>
      </w:r>
      <w:r>
        <w:t>mil kar kaam karne ke liye zaroori hai ke aap shikayaton se oopar uth sakte hain. shikayat to hogi, zaroor hogi. yeh impossible hai ke do aadmi, chaar aadmi, das aadmi mil kar kaam karein aur shikayatein na hon.</w:t>
      </w:r>
    </w:p>
    <w:p>
      <w:pPr>
        <w:jc w:val="right"/>
      </w:pPr>
      <w:r>
        <w:t>مل کر کام کرنے کے لیے ضروری ہے کہ آپ شکایتوں سے اوپر اٹھ سکتے ہیں۔ شکایت تو ہوگی، ضرور ہوگی۔ یہ امپاسیبل ہے کہ دو آدمی، چار آدمی، دس آدمی مل کر کام کریں اور شکایتیں نہ ہوں۔</w:t>
      </w:r>
    </w:p>
    <w:p>
      <w:r>
        <w:rPr>
          <w:b/>
        </w:rPr>
        <w:t xml:space="preserve">[32:17] </w:t>
      </w:r>
      <w:r>
        <w:t>woh to hona hi hona hai. isi liye farmaya ke Allah ki mohabbat un insano par wajib ho jati hai jo shikayaton ke bawajood aapas mein mohabbat karein deen ke liye, Allah ke liye.</w:t>
      </w:r>
    </w:p>
    <w:p>
      <w:pPr>
        <w:jc w:val="right"/>
      </w:pPr>
      <w:r>
        <w:t>وہ تو ہونا ہی ہونا ہے۔ اسی لیے فرمایا کہ اللہ کی محبت ان انسانوں پر واجب ہو جاتی ہے جو شکایتوں کے باوجود آپس میں محبت کریں دین کے لیے، اللہ کے لیے۔</w:t>
      </w:r>
    </w:p>
    <w:p>
      <w:r>
        <w:rPr>
          <w:b/>
        </w:rPr>
        <w:t xml:space="preserve">[32:33] </w:t>
      </w:r>
      <w:r>
        <w:t>to hum aap dawah work jo kar rahe hain, is mein bar bar aise moqa aayenge ke hum dawat ke naam par aik ho gaye aur phir shikayat ke naam par alag ho jayenge.</w:t>
      </w:r>
    </w:p>
    <w:p>
      <w:pPr>
        <w:jc w:val="right"/>
      </w:pPr>
      <w:r>
        <w:t>تو ہم آپ دعویٰ ورک جو کر رہے ہیں، اس میں بار بار ایسے مواقع آئیں گے کہ ہم دعوت کے نام پر ایک ہو گئے اور پھر شکایت کے نام پر الگ ہو جائیں گے۔</w:t>
      </w:r>
    </w:p>
    <w:p>
      <w:r>
        <w:rPr>
          <w:b/>
        </w:rPr>
        <w:t xml:space="preserve">[32:44] </w:t>
      </w:r>
      <w:r>
        <w:t>yani Khuda ke deen ki dawat ke naam par ikhatta honge. jab mil kar kaam karenge to shikayatein paida hongi, phir shikayatein woh le kar door ho jayengi.</w:t>
      </w:r>
    </w:p>
    <w:p>
      <w:pPr>
        <w:jc w:val="right"/>
      </w:pPr>
      <w:r>
        <w:t>یعنی خدا کے دین کی دعوت کے نام پر اکٹھا ہوں گے۔ جب مل کر کام کریں گے تو شکایتیں پیدا ہوں گی، پھر شکایتیں وہ لے کر دور ہو جائیں گے۔</w:t>
      </w:r>
    </w:p>
    <w:p>
      <w:r>
        <w:rPr>
          <w:b/>
        </w:rPr>
        <w:t xml:space="preserve">[32:54] </w:t>
      </w:r>
      <w:r>
        <w:t>aise logo ke liye Khuda ki mohabbat nahi hai. aise log Khuda ka pride banne wale nahi hain. Khuda ka pride banne wale woh log hain jo shikayaton se oopar uth sakein, complaint se oopar uth sakein,</w:t>
      </w:r>
    </w:p>
    <w:p>
      <w:pPr>
        <w:jc w:val="right"/>
      </w:pPr>
      <w:r>
        <w:t>ایسے لوگوں کے لیے خدا کی محبت نہیں ہے۔ ایسے لوگ خدا کا پرائیڈ بننے والے نہیں ہیں۔ خدا کا پرائیڈ بننے والے وہ لوگ ہیں جو شکایتوں سے اوپر اٹھ سکیں، کمپلینٹ سے اوپر اٹھ سکیں،</w:t>
      </w:r>
    </w:p>
    <w:p>
      <w:r>
        <w:rPr>
          <w:b/>
        </w:rPr>
        <w:t xml:space="preserve">[33:13] </w:t>
      </w:r>
      <w:r>
        <w:t>aur sirf Khuda ke liye jiyein. sirf Khuda ke liye doosre se ta'alluq qaim karein, sirf Khuda ke liye doosre se mohabbat karein. shikayaton ko hamesha brush aside karte rahein, shikayaton ko avoid karte rahein, shikayaton ko bhool ke khane mein dalte rahein.</w:t>
      </w:r>
    </w:p>
    <w:p>
      <w:pPr>
        <w:jc w:val="right"/>
      </w:pPr>
      <w:r>
        <w:t>اور صرف خدا کے لیے جیئیں۔ صرف خدا کے لیے دوسرے سے تعلق قائم کریں، صرف خدا کے لیے دوسرے سے محبت کریں۔ شکایتوں کو ہمیشہ برش اسائیڈ کرتے رہیں، شکایتوں کو اوائڈ کرتے رہیں، شکایتوں کو بھول کے خانے میں ڈالتے رہیں۔</w:t>
      </w:r>
    </w:p>
    <w:p>
      <w:r>
        <w:rPr>
          <w:b/>
        </w:rPr>
        <w:t xml:space="preserve">[33:36] </w:t>
      </w:r>
      <w:r>
        <w:t>yeh hai qeemat is cheez ki jo aap ko, jo aik insan ko Khuda ka pride banati hai.</w:t>
      </w:r>
    </w:p>
    <w:p>
      <w:pPr>
        <w:jc w:val="right"/>
      </w:pPr>
      <w:r>
        <w:t>یہ ہے قیمت اس چیز کی جو آپ کو، جو ایک انسان کو خدا کا پرائیڈ بناتی ہے۔</w:t>
      </w:r>
    </w:p>
    <w:p>
      <w:r>
        <w:rPr>
          <w:b/>
        </w:rPr>
        <w:t xml:space="preserve">[33:45] </w:t>
      </w:r>
      <w:r>
        <w:t>mein samajhta hoon ke is dunya mein sab se bari cheez jo hamein paane ki hai, woh yahi hai ke hum aakhirat mein Khuda ka pride ban sakein.</w:t>
      </w:r>
    </w:p>
    <w:p>
      <w:pPr>
        <w:jc w:val="right"/>
      </w:pPr>
      <w:r>
        <w:t>میں سمجھتا ہوں کہ اس دنیا میں سب سے بڑی چیز جو ہمیں پانے کی ہے، وہ یہی ہے کہ ہم آخرت میں خدا کا پرائیڈ بن سکیں۔</w:t>
      </w:r>
    </w:p>
    <w:p>
      <w:r>
        <w:rPr>
          <w:b/>
        </w:rPr>
        <w:t xml:space="preserve">[33:55] </w:t>
      </w:r>
      <w:r>
        <w:t>yani woh log jo farishton ke</w:t>
      </w:r>
    </w:p>
    <w:p>
      <w:pPr>
        <w:jc w:val="right"/>
      </w:pPr>
      <w:r>
        <w:t>یعنی وہ لوگ جو فرشتوں کے</w:t>
      </w:r>
    </w:p>
    <w:p>
      <w:r>
        <w:rPr>
          <w:b/>
        </w:rPr>
        <w:t xml:space="preserve">[33:58] </w:t>
      </w:r>
      <w:r>
        <w:t>ke jo doubt tha, farishton ke is doubt ko ghalat sabit kar dein ke farishton ne ghalat socha tha. jo aur Khuda ki soch ko sahi sabit karein, yani Khuda ki soch ko sahi sabit kar dein, us ko confirm kar dein, Khuda ki soch sahi thi.</w:t>
      </w:r>
    </w:p>
    <w:p>
      <w:pPr>
        <w:jc w:val="right"/>
      </w:pPr>
      <w:r>
        <w:t>کہ جو ڈاؤٹ تھا، فرشتوں کے اس ڈاؤٹ کو غلط ثابت کر دیں کہ فرشتوں نے غلط سوچا تھا۔ جو اور خدا کی سوچ کو صحیح ثابت کریں، یعنی خدا کی سوچ کو صحیح ثابت کر دیں، اس کو کنفرم کر دیں، خدا کی سوچ صحیح تھی۔</w:t>
      </w:r>
    </w:p>
    <w:p>
      <w:r>
        <w:rPr>
          <w:b/>
        </w:rPr>
        <w:t xml:space="preserve">[34:20] </w:t>
      </w:r>
      <w:r>
        <w:t>un ko Khuda apna apna pride banayega. dekho aye farishton, dekho jo mein ne kaha tha, woh sach nikla. aise bhi insan the is dunya mein</w:t>
      </w:r>
    </w:p>
    <w:p>
      <w:pPr>
        <w:jc w:val="right"/>
      </w:pPr>
      <w:r>
        <w:t>ان کو خدا اپنا اپنا پرائیڈ بنائے گا۔ دیکھو اے فرشتوں، دیکھو جو میں نے کہا تھا، وہ سچ نکلا۔ ایسے بھی انسان تھے اس دنیا میں</w:t>
      </w:r>
    </w:p>
    <w:p>
      <w:r>
        <w:rPr>
          <w:b/>
        </w:rPr>
        <w:t xml:space="preserve">[34:31] </w:t>
      </w:r>
      <w:r>
        <w:t>jinhone dunya ki jannat ko mere liye chhod diya. dunya ki jannat ko mere liye chhod diya.</w:t>
      </w:r>
    </w:p>
    <w:p>
      <w:pPr>
        <w:jc w:val="right"/>
      </w:pPr>
      <w:r>
        <w:t>جنہوں نے دنیا کی جنت کو میرے لیے چھوڑا۔ دنیا کی جنت کو میرے لیے چھوڑا۔</w:t>
      </w:r>
    </w:p>
    <w:p>
      <w:r>
        <w:rPr>
          <w:b/>
        </w:rPr>
        <w:t xml:space="preserve">[34:42] </w:t>
      </w:r>
      <w:r>
        <w:t>ab mein un ko yahan jannat doonga.</w:t>
      </w:r>
    </w:p>
    <w:p>
      <w:pPr>
        <w:jc w:val="right"/>
      </w:pPr>
      <w:r>
        <w:t>اب میں ان کو یہاں جنت دوں گا۔</w:t>
      </w:r>
    </w:p>
    <w:p>
      <w:r>
        <w:rPr>
          <w:b/>
        </w:rPr>
        <w:t xml:space="preserve">[34:48] </w:t>
      </w:r>
      <w:r>
        <w:t>abhi mein ne bible mein aap ko aik sunaya tha</w:t>
      </w:r>
    </w:p>
    <w:p>
      <w:pPr>
        <w:jc w:val="right"/>
      </w:pPr>
      <w:r>
        <w:t>ابھی میں نے بائبل میں آپ کو ایک سنایا تھا</w:t>
      </w:r>
    </w:p>
    <w:p>
      <w:r>
        <w:rPr>
          <w:b/>
        </w:rPr>
        <w:t xml:space="preserve">[34:56] </w:t>
      </w:r>
      <w:r>
        <w:t>to aik aur bible ka mein aap ko sunaoonga jo mujhe bohat hi zyada meaningful dikhai deta hai. aik paighambar ki zuban se hai bible mein.</w:t>
      </w:r>
    </w:p>
    <w:p>
      <w:pPr>
        <w:jc w:val="right"/>
      </w:pPr>
      <w:r>
        <w:t>تو ایک اور بائبل کا میں آپ کو سناؤں گا جو مجھے بہت ہی زیادہ میننگ فل دکھائی دیتا ہے۔ ایک پیغمبر کی زبان سے ہے بائبل میں۔</w:t>
      </w:r>
    </w:p>
    <w:p>
      <w:r>
        <w:rPr>
          <w:b/>
        </w:rPr>
        <w:t xml:space="preserve">[35:10] </w:t>
      </w:r>
      <w:r>
        <w:t>bible mein bohat hi qeemti cheezein hain. agarche is mein belawatein bhi hain, belawatein se alag kar ke dekhein, aap to bohat qeemti cheezein hain bible mein. to aik paighambar ki zuban se hai ke: "Ana zummar na lakum fa ma raqastum".</w:t>
      </w:r>
    </w:p>
    <w:p>
      <w:pPr>
        <w:jc w:val="right"/>
      </w:pPr>
      <w:r>
        <w:t>بائبل میں بہت ہی قیمتی چیزیں ہیں۔ اگرچہ اس میں بلاوٹیں بھی ہیں، بلاوٹ سے الگ کر کے دیکھیں، آپ تو بہت قیمتی چیزیں ہیں بائبل میں۔ تو ایک پیغمبر کی زبان سے ہے کہ: "انا زمرنا لکم فما رقستم"۔</w:t>
      </w:r>
    </w:p>
    <w:p>
      <w:r>
        <w:rPr>
          <w:b/>
        </w:rPr>
        <w:t xml:space="preserve">[35:26] </w:t>
      </w:r>
      <w:r>
        <w:t>"Ana zummar na lakum fa ma raqastum".</w:t>
      </w:r>
    </w:p>
    <w:p>
      <w:pPr>
        <w:jc w:val="right"/>
      </w:pPr>
      <w:r>
        <w:t>"انا زمرنا لکم فما رقستم"۔</w:t>
      </w:r>
    </w:p>
    <w:p>
      <w:r>
        <w:rPr>
          <w:b/>
        </w:rPr>
        <w:t xml:space="preserve">[35:33] </w:t>
      </w:r>
      <w:r>
        <w:t>is ka translation angrezi mein is mein jo hai, woh yeh hai: "We played the flute for you and you did not dance".</w:t>
      </w:r>
    </w:p>
    <w:p>
      <w:pPr>
        <w:jc w:val="right"/>
      </w:pPr>
      <w:r>
        <w:t>اس کا ٹرانسلیشن انگریزی میں اس میں جو ہے، وہ یہ ہے: "گی وی پلیٹ دا فلوٹ فار یو اینڈ یو ڈیڈ ناٹ ڈانس"۔</w:t>
      </w:r>
    </w:p>
    <w:p>
      <w:r>
        <w:rPr>
          <w:b/>
        </w:rPr>
        <w:t xml:space="preserve">[35:45] </w:t>
      </w:r>
      <w:r>
        <w:t>hum ne tumhare liye bansuri bajayi magar tum, magar tum ne raqs nahi kiya.</w:t>
      </w:r>
    </w:p>
    <w:p>
      <w:pPr>
        <w:jc w:val="right"/>
      </w:pPr>
      <w:r>
        <w:t>ہم نے تمہارے لیے بانسری بجائی مگر تم، مگر تم نے رقص نہیں کیا۔</w:t>
      </w:r>
    </w:p>
    <w:p>
      <w:r>
        <w:rPr>
          <w:b/>
        </w:rPr>
        <w:t xml:space="preserve">[35:53] </w:t>
      </w:r>
      <w:r>
        <w:t>kaisi ajeeb baat hai!</w:t>
      </w:r>
    </w:p>
    <w:p>
      <w:pPr>
        <w:jc w:val="right"/>
      </w:pPr>
      <w:r>
        <w:t>کیسی عجیب بات ہے!</w:t>
      </w:r>
    </w:p>
    <w:p>
      <w:r>
        <w:rPr>
          <w:b/>
        </w:rPr>
        <w:t xml:space="preserve">[35:56] </w:t>
      </w:r>
      <w:r>
        <w:t>"We played flute for you and you did not dance".</w:t>
      </w:r>
    </w:p>
    <w:p>
      <w:pPr>
        <w:jc w:val="right"/>
      </w:pPr>
      <w:r>
        <w:t>"وی پلیٹ فلوٹ فار یو اینڈ یو ڈیڈ ناٹ ڈانس"۔</w:t>
      </w:r>
    </w:p>
    <w:p>
      <w:r>
        <w:rPr>
          <w:b/>
        </w:rPr>
        <w:t xml:space="preserve">[36:09] </w:t>
      </w:r>
      <w:r>
        <w:t>"We played flute for you and you did not dance". hum ne tumhare liye bansuri bajayi magar tum ne raqs nahi kiya.</w:t>
      </w:r>
    </w:p>
    <w:p>
      <w:pPr>
        <w:jc w:val="right"/>
      </w:pPr>
      <w:r>
        <w:t>"وی پلیٹ فلوٹ فار یو اینڈ یو ڈیڈ ناٹ ڈانس"۔ ہم نے تمہارے لیے بانسری بجائی مگر تم نے رقص نہیں کیا۔</w:t>
      </w:r>
    </w:p>
    <w:p>
      <w:r>
        <w:rPr>
          <w:b/>
        </w:rPr>
        <w:t xml:space="preserve">[36:18] </w:t>
      </w:r>
      <w:r>
        <w:t>is ka matlab kya hai? hum ne tumhare liye Khuda ka daghma chhod diya, hum ne tumhare liye Khuda ki booti kholi, hum ne tumhare liye Khuda ki kya kya cheezein jo hain, us ko tumhare samne khol diya.</w:t>
      </w:r>
    </w:p>
    <w:p>
      <w:pPr>
        <w:jc w:val="right"/>
      </w:pPr>
      <w:r>
        <w:t>اس کا مطلب کیا ہے؟ ہم نے تمہارے لیے خدا کا ڈغمہ چھوڑا، ہم نے تمہارے لیے خدا کی بوٹی کھولی، ہم نے تمہارے لیے خدا کی کیا کیا چیزیں جو ہیں، اس کو تمہارے سامنے کھول دیا۔</w:t>
      </w:r>
    </w:p>
    <w:p>
      <w:r>
        <w:rPr>
          <w:b/>
        </w:rPr>
        <w:t xml:space="preserve">[36:34] </w:t>
      </w:r>
      <w:r>
        <w:t>tumhare dil paida ho, kainat ki beauty, kainat ki meaning, kitna meaningful hai yeh dunya,</w:t>
      </w:r>
    </w:p>
    <w:p>
      <w:pPr>
        <w:jc w:val="right"/>
      </w:pPr>
      <w:r>
        <w:t>تمہارے دل پیدا ہو، کائنات کی بیوٹی، کائنات کی میننگ، کتنا میننگ فل ہے یہ دنیا،</w:t>
      </w:r>
    </w:p>
    <w:p>
      <w:r>
        <w:rPr>
          <w:b/>
        </w:rPr>
        <w:t xml:space="preserve">[36:45] </w:t>
      </w:r>
      <w:r>
        <w:t>aur kya kya cheezein hain is is is creation mein jis ke beech mein hum hain, un sab ko bayan kiya jis se aadmi ka thrill paida ho.</w:t>
      </w:r>
    </w:p>
    <w:p>
      <w:pPr>
        <w:jc w:val="right"/>
      </w:pPr>
      <w:r>
        <w:t>اور کیا کیا چیزیں ہیں اس اس اس کریشن میں جس کے بیچ میں ہم ہیں، ان سب کو بیان کیا جس سے آدمی کا تھرل پیدا ہو۔</w:t>
      </w:r>
    </w:p>
    <w:p>
      <w:r>
        <w:rPr>
          <w:b/>
        </w:rPr>
        <w:t xml:space="preserve">[36:54] </w:t>
      </w:r>
      <w:r>
        <w:t>thrill! yahan yahan dance ke ma'ani thrill nahi, tumhare andar paida hua.</w:t>
      </w:r>
    </w:p>
    <w:p>
      <w:pPr>
        <w:jc w:val="right"/>
      </w:pPr>
      <w:r>
        <w:t>تھرل! یہاں یہاں ڈانس کے معنی تھرل نہیں، تمہارے اندر پیدا ہوا۔</w:t>
      </w:r>
    </w:p>
    <w:p>
      <w:r>
        <w:rPr>
          <w:b/>
        </w:rPr>
        <w:t xml:space="preserve">[37:04] </w:t>
      </w:r>
      <w:r>
        <w:t>tu peghambar ki zaban se yeh hai bible mein: "ana zamarnaa lakum fa ma raqastum".</w:t>
      </w:r>
    </w:p>
    <w:p>
      <w:pPr>
        <w:jc w:val="right"/>
      </w:pPr>
      <w:r>
        <w:t>تو پیغمبر کی زبان سے یہ ہے بائبل میں: "انا زمرنا لکم فما رقستم"۔</w:t>
      </w:r>
    </w:p>
    <w:p>
      <w:r>
        <w:rPr>
          <w:b/>
        </w:rPr>
        <w:t xml:space="preserve">[37:12] </w:t>
      </w:r>
      <w:r>
        <w:t>kisi anokhi baat hai!</w:t>
      </w:r>
    </w:p>
    <w:p>
      <w:pPr>
        <w:jc w:val="right"/>
      </w:pPr>
      <w:r>
        <w:t>کیسی انوکھی بات ہے!</w:t>
      </w:r>
    </w:p>
    <w:p>
      <w:r>
        <w:rPr>
          <w:b/>
        </w:rPr>
        <w:t xml:space="preserve">[37:24] </w:t>
      </w:r>
      <w:r>
        <w:t>"we played the flute for you and you did not dance".</w:t>
      </w:r>
    </w:p>
    <w:p>
      <w:pPr>
        <w:jc w:val="right"/>
      </w:pPr>
      <w:r>
        <w:t>"وی پلیٹ دا فلوٹ فار یو اینڈ یو ڈیڈ ناٹ ڈانس"۔</w:t>
      </w:r>
    </w:p>
    <w:p>
      <w:r>
        <w:rPr>
          <w:b/>
        </w:rPr>
        <w:t xml:space="preserve">[37:38] </w:t>
      </w:r>
      <w:r>
        <w:t>kisi inokhi baat hai!</w:t>
      </w:r>
    </w:p>
    <w:p>
      <w:pPr>
        <w:jc w:val="right"/>
      </w:pPr>
      <w:r>
        <w:t>اب دیکھیے، محبت کچھ لوگ جو ہیں، خاص طور پر صوفی لوگ، محبت کو عشق کے معنی میں لیتے ہیں۔</w:t>
      </w:r>
    </w:p>
    <w:p>
      <w:r>
        <w:rPr>
          <w:b/>
        </w:rPr>
        <w:t xml:space="preserve">[37:50] </w:t>
      </w:r>
      <w:r>
        <w:t>yeh bilkul be maani hai, bilkul yaani</w:t>
      </w:r>
    </w:p>
    <w:p>
      <w:pPr>
        <w:jc w:val="right"/>
      </w:pPr>
      <w:r>
        <w:t>یہ بالکل بے معنی ہے، بالکل یعنی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