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Judaism 8 Dec, 2007 - Maulana Wahiduddin Khan</w:t>
      </w:r>
    </w:p>
    <w:p>
      <w:r>
        <w:t>https://www.youtube.com/watch?v=NBphTzgjDIU</w:t>
      </w:r>
    </w:p>
    <w:p>
      <w:r>
        <w:rPr>
          <w:b/>
        </w:rPr>
        <w:t xml:space="preserve">[00:09]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wasalli allah ala al-nabi al-kareem.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[00:17]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واحلل عقدة من لساني،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Yafqahu qauli.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[00:34] </w:t>
      </w:r>
      <w:r>
        <w:t>The title for the present talk is</w:t>
      </w:r>
    </w:p>
    <w:p>
      <w:pPr>
        <w:jc w:val="right"/>
      </w:pPr>
      <w:r>
        <w:t>دا ٹائٹل فار دی پریزیڈنٹ ٹاک از</w:t>
      </w:r>
    </w:p>
    <w:p>
      <w:r>
        <w:rPr>
          <w:b/>
        </w:rPr>
        <w:t xml:space="preserve">[00:39] </w:t>
      </w:r>
      <w:r>
        <w:t>"Islam and Judaism".</w:t>
      </w:r>
    </w:p>
    <w:p>
      <w:pPr>
        <w:jc w:val="right"/>
      </w:pPr>
      <w:r>
        <w:t>"اسلام اینڈ جڈائزم".</w:t>
      </w:r>
    </w:p>
    <w:p>
      <w:r>
        <w:rPr>
          <w:b/>
        </w:rPr>
        <w:t xml:space="preserve">[00:46] </w:t>
      </w:r>
      <w:r>
        <w:t>You know, both are Semitic religions.</w:t>
      </w:r>
    </w:p>
    <w:p>
      <w:pPr>
        <w:jc w:val="right"/>
      </w:pPr>
      <w:r>
        <w:t>یو نو، بوتھ آر سیمیٹک ریلیجنز۔</w:t>
      </w:r>
    </w:p>
    <w:p>
      <w:r>
        <w:rPr>
          <w:b/>
        </w:rPr>
        <w:t xml:space="preserve">[00:52] </w:t>
      </w:r>
      <w:r>
        <w:t>There are three Semitic religions: Islam,</w:t>
      </w:r>
    </w:p>
    <w:p>
      <w:pPr>
        <w:jc w:val="right"/>
      </w:pPr>
      <w:r>
        <w:t>دیر آر تھری سیمیٹک ریلیجنز: اسلام،</w:t>
      </w:r>
    </w:p>
    <w:p>
      <w:r>
        <w:rPr>
          <w:b/>
        </w:rPr>
        <w:t xml:space="preserve">[00:56] </w:t>
      </w:r>
      <w:r>
        <w:t>and Judaism, and Christianity.</w:t>
      </w:r>
    </w:p>
    <w:p>
      <w:pPr>
        <w:jc w:val="right"/>
      </w:pPr>
      <w:r>
        <w:t>اینڈ جڈائزم، اینڈ کرسچینٹی۔</w:t>
      </w:r>
    </w:p>
    <w:p>
      <w:r>
        <w:rPr>
          <w:b/>
        </w:rPr>
        <w:t xml:space="preserve">[01:02] </w:t>
      </w:r>
      <w:r>
        <w:t>but</w:t>
      </w:r>
    </w:p>
    <w:p>
      <w:pPr>
        <w:jc w:val="right"/>
      </w:pPr>
      <w:r>
        <w:t>بٹ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