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Warning and Punishment May 15, 2008</w:t>
      </w:r>
    </w:p>
    <w:p>
      <w:r>
        <w:t>https://youtu.be/tL3qIGvBuBE</w:t>
      </w:r>
    </w:p>
    <w:p>
      <w:r>
        <w:rPr>
          <w:b/>
        </w:rPr>
        <w:t xml:space="preserve">[00:13] </w:t>
      </w:r>
      <w:r>
        <w:t>Bismillah Rehman ur Rahim, wa salla Allahu ala Nabiyil Kareem. Rab ishrah li sadri, wa yassir li amri, wah al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 qawli.</w:t>
      </w:r>
    </w:p>
    <w:p>
      <w:pPr>
        <w:jc w:val="right"/>
      </w:pPr>
      <w:r>
        <w:t>یفقہ قولی۔</w:t>
      </w:r>
    </w:p>
    <w:p>
      <w:r>
        <w:rPr>
          <w:b/>
        </w:rPr>
        <w:t xml:space="preserve">[00:35] </w:t>
      </w:r>
      <w:r>
        <w:t>aaj ki jo baat hai,</w:t>
      </w:r>
    </w:p>
    <w:p>
      <w:pPr>
        <w:jc w:val="right"/>
      </w:pPr>
      <w:r>
        <w:t>آج کی جو بات ہے،</w:t>
      </w:r>
    </w:p>
    <w:p>
      <w:r>
        <w:rPr>
          <w:b/>
        </w:rPr>
        <w:t xml:space="preserve">[00:40] </w:t>
      </w:r>
      <w:r>
        <w:t>is ka topic hai "warning and punishment", yani intibah aur azab.</w:t>
      </w:r>
    </w:p>
    <w:p>
      <w:pPr>
        <w:jc w:val="right"/>
      </w:pPr>
      <w:r>
        <w:t>اس کا ٹاپک ہے "وارننگ اینڈ پنشمنٹ"، یعنی انتباہ اور عذاب۔</w:t>
      </w:r>
    </w:p>
    <w:p>
      <w:r>
        <w:rPr>
          <w:b/>
        </w:rPr>
        <w:t xml:space="preserve">[00:56] </w:t>
      </w:r>
      <w:r>
        <w:t>warning and punishment, ya intibah aur azab.</w:t>
      </w:r>
    </w:p>
    <w:p>
      <w:pPr>
        <w:jc w:val="right"/>
      </w:pPr>
      <w:r>
        <w:t>وارننگ اینڈ پنشمنٹ، یا انتباہ اور عذاب۔</w:t>
      </w:r>
    </w:p>
    <w:p>
      <w:r>
        <w:rPr>
          <w:b/>
        </w:rPr>
        <w:t xml:space="preserve">[01:04] </w:t>
      </w:r>
      <w:r>
        <w:t>yeh</w:t>
      </w:r>
    </w:p>
    <w:p>
      <w:pPr>
        <w:jc w:val="right"/>
      </w:pPr>
      <w:r>
        <w:t>یہ</w:t>
      </w:r>
    </w:p>
    <w:p>
      <w:r>
        <w:rPr>
          <w:b/>
        </w:rPr>
        <w:t xml:space="preserve">[01:07] </w:t>
      </w:r>
      <w:r>
        <w:t>topic</w:t>
      </w:r>
    </w:p>
    <w:p>
      <w:pPr>
        <w:jc w:val="right"/>
      </w:pPr>
      <w:r>
        <w:t>ٹاپک</w:t>
      </w:r>
    </w:p>
    <w:p>
      <w:r>
        <w:rPr>
          <w:b/>
        </w:rPr>
        <w:t xml:space="preserve">[01:11] </w:t>
      </w:r>
      <w:r>
        <w:t>hum ne is liye chuna ke dekha jata hai ke jab kahin koi zalzala aaya, koi storm aaya, koi</w:t>
      </w:r>
    </w:p>
    <w:p>
      <w:pPr>
        <w:jc w:val="right"/>
      </w:pPr>
      <w:r>
        <w:t>ہم نے اس لیے چنا کہ دیکھا جاتا ہے کہ جب کہیں کوئی زلزلہ آیا، کوئی سٹارم آیا، کوئی</w:t>
      </w:r>
    </w:p>
    <w:p>
      <w:r>
        <w:rPr>
          <w:b/>
        </w:rPr>
        <w:t xml:space="preserve">[01:24] </w:t>
      </w:r>
      <w:r>
        <w:t>tabahi aayi to log bohat aasani se kehne lagte hain ke yeh azab hai.</w:t>
      </w:r>
    </w:p>
    <w:p>
      <w:pPr>
        <w:jc w:val="right"/>
      </w:pPr>
      <w:r>
        <w:t>تباہی آئی تو لوگ بہت آسانی سے کہنے لگتے ہیں کہ یہ عذاب ہے۔</w:t>
      </w:r>
    </w:p>
    <w:p>
      <w:r>
        <w:rPr>
          <w:b/>
        </w:rPr>
        <w:t xml:space="preserve">[01:31] </w:t>
      </w:r>
      <w:r>
        <w:t>jaise aaj kal media mein bohat news aa rahi hai ke Burma mein storm aaya, is mein bohat log mar gaye, kai bastiyan bilkul wipe out ho gayin,</w:t>
      </w:r>
    </w:p>
    <w:p>
      <w:pPr>
        <w:jc w:val="right"/>
      </w:pPr>
      <w:r>
        <w:t>جیسے آج کل میڈیا میں بہت نیوز آ رہی ہے کہ برما میں سٹارم آیا، اس میں بہت لوگ مر گئے، کئی بستیاں بالکل وائپ آؤٹ ہو گئیں،</w:t>
      </w:r>
    </w:p>
    <w:p>
      <w:r>
        <w:rPr>
          <w:b/>
        </w:rPr>
        <w:t xml:space="preserve">[01:50] </w:t>
      </w:r>
      <w:r>
        <w:t>kai city khatam ho gaye.</w:t>
      </w:r>
    </w:p>
    <w:p>
      <w:pPr>
        <w:jc w:val="right"/>
      </w:pPr>
      <w:r>
        <w:t>کئی سٹی ختم ہو گئے۔</w:t>
      </w:r>
    </w:p>
    <w:p>
      <w:r>
        <w:rPr>
          <w:b/>
        </w:rPr>
        <w:t xml:space="preserve">[01:55] </w:t>
      </w:r>
      <w:r>
        <w:t>ghair sarkari, yani unofficial,</w:t>
      </w:r>
    </w:p>
    <w:p>
      <w:pPr>
        <w:jc w:val="right"/>
      </w:pPr>
      <w:r>
        <w:t>غیر سرکاری، یعنی ان آفیشل،</w:t>
      </w:r>
    </w:p>
    <w:p>
      <w:r>
        <w:rPr>
          <w:b/>
        </w:rPr>
        <w:t xml:space="preserve">[02:02] </w:t>
      </w:r>
      <w:r>
        <w:t>andaza to yeh hai ke ek lakh aadmi mar gaye. isi tarah se china mein earthquake aaya,</w:t>
      </w:r>
    </w:p>
    <w:p>
      <w:pPr>
        <w:jc w:val="right"/>
      </w:pPr>
      <w:r>
        <w:t>اندازہ تو یہ ہے کہ ایک لاکھ آدمی مر گئے۔ اسی طرح سے چائنہ میں ارتھ کویک آیا،</w:t>
      </w:r>
    </w:p>
    <w:p>
      <w:r>
        <w:rPr>
          <w:b/>
        </w:rPr>
        <w:t xml:space="preserve">[02:18] </w:t>
      </w:r>
      <w:r>
        <w:t>woh bhi bohat hi zyada disastrous tha, aur abhi aaj ki news jo maine suni to abhi tak wahan par control nahi hua hai.</w:t>
      </w:r>
    </w:p>
    <w:p>
      <w:pPr>
        <w:jc w:val="right"/>
      </w:pPr>
      <w:r>
        <w:t>وہ بھی بہت ہی زیادہ ڈزاسٹرس تھا، اور ابھی آج کی نیوز جو میں نے سنی تو ابھی تک وہاں پر کنٹرول نہیں ہوا ہے۔</w:t>
      </w:r>
    </w:p>
    <w:p>
      <w:r>
        <w:rPr>
          <w:b/>
        </w:rPr>
        <w:t xml:space="preserve">[02:31] </w:t>
      </w:r>
      <w:r>
        <w:t>90 ya 90 helicopter wahan par bheje gaye hain, lekin sab nakafi hain. to aisa hota rehta hai.</w:t>
      </w:r>
    </w:p>
    <w:p>
      <w:pPr>
        <w:jc w:val="right"/>
      </w:pPr>
      <w:r>
        <w:t>90 یا 90 ہیلی کاپٹر وہاں پر بھیجے گئے ہیں، لیکن سب ناکافی ہیں۔ تو ایسا ہوتا رہتا ہے۔</w:t>
      </w:r>
    </w:p>
    <w:p>
      <w:r>
        <w:rPr>
          <w:b/>
        </w:rPr>
        <w:t xml:space="preserve">[02:45] </w:t>
      </w:r>
      <w:r>
        <w:t>to jab aisa hota hai to log kehne lagte hain ke yeh azaab hai. dekhein, is tarah se bolna bohat bhari responsibility hai.</w:t>
      </w:r>
    </w:p>
    <w:p>
      <w:pPr>
        <w:jc w:val="right"/>
      </w:pPr>
      <w:r>
        <w:t>تو جب ایسا ہوتا ہے تو لوگ کہنے لگتے ہیں کہ یہ عذاب ہے۔ دیکھیں، اس طرح سے بولنا بہت بھاری رسپانسبیلٹی ہے۔</w:t>
      </w:r>
    </w:p>
    <w:p>
      <w:r>
        <w:rPr>
          <w:b/>
        </w:rPr>
        <w:t xml:space="preserve">[02:58] </w:t>
      </w:r>
      <w:r>
        <w:t>is tarah ki baat ko bohat zyada soch samajh kar bolna chahiye. bohat zyada soch samajh kar bolna chahiye. kyun?</w:t>
      </w:r>
    </w:p>
    <w:p>
      <w:pPr>
        <w:jc w:val="right"/>
      </w:pPr>
      <w:r>
        <w:t>اس طرح کی بات کو بہت زیادہ سوچ سمجھ کر بولنا چاہیے۔ بہت زیادہ سوچ سمجھ کر بولنا چاہیے۔ کیوں؟</w:t>
      </w:r>
    </w:p>
    <w:p>
      <w:r>
        <w:rPr>
          <w:b/>
        </w:rPr>
        <w:t xml:space="preserve">[03:07] </w:t>
      </w:r>
      <w:r>
        <w:t>kyunki azaab ek term hai, ek islamic term hai.</w:t>
      </w:r>
    </w:p>
    <w:p>
      <w:pPr>
        <w:jc w:val="right"/>
      </w:pPr>
      <w:r>
        <w:t>کیونکہ عذاب ایک ٹرم ہے، ایک اسلامک ٹرم ہے۔</w:t>
      </w:r>
    </w:p>
    <w:p>
      <w:r>
        <w:rPr>
          <w:b/>
        </w:rPr>
        <w:t xml:space="preserve">[03:13] </w:t>
      </w:r>
      <w:r>
        <w:t>to kisi ko yeh right nahi hai ke islamic term ko apne mani mein istemal kare. aap apne taur par kuch bhi boliye.</w:t>
      </w:r>
    </w:p>
    <w:p>
      <w:pPr>
        <w:jc w:val="right"/>
      </w:pPr>
      <w:r>
        <w:t>تو کسی کو یہ رائٹ نہیں ہے کہ اسلامک ٹرم کو اپنے معنی میں استعمال کرے۔ آپ اپنے طور پر کچھ بھی بولیے۔</w:t>
      </w:r>
    </w:p>
    <w:p>
      <w:r>
        <w:rPr>
          <w:b/>
        </w:rPr>
        <w:t xml:space="preserve">[03:27] </w:t>
      </w:r>
      <w:r>
        <w:t>aap kahein ke yeh ghar nahi hai, hathi hai. yeh dilli nahi hai, yeh paris hai, kuch bhi kahiye.</w:t>
      </w:r>
    </w:p>
    <w:p>
      <w:pPr>
        <w:jc w:val="right"/>
      </w:pPr>
      <w:r>
        <w:t>آپ کہیں کہ یہ گھر نہیں ہے، ہاتھی ہے۔ یہ دلی نہیں ہے، یہ پیرس ہے، کچھ بھی کہیے۔</w:t>
      </w:r>
    </w:p>
    <w:p>
      <w:r>
        <w:rPr>
          <w:b/>
        </w:rPr>
        <w:t xml:space="preserve">[03:35] </w:t>
      </w:r>
      <w:r>
        <w:t>lekin jab aap ek aisa term bolein, ek aisa shabd bolein jo quran ka ho, jo hadith ka ho, to aap ko bohat zyada cautious hona chahiye.</w:t>
      </w:r>
    </w:p>
    <w:p>
      <w:pPr>
        <w:jc w:val="right"/>
      </w:pPr>
      <w:r>
        <w:t>لیکن جب آپ ایک ایسا ٹرم بولیں، ایک ایسا शब्द بولیں جو قرآن کا ہو، جو حدیث کا ہو، تو آپ کو بہت زیادہ کاشس ہونا چاہیے۔</w:t>
      </w:r>
    </w:p>
    <w:p>
      <w:r>
        <w:rPr>
          <w:b/>
        </w:rPr>
        <w:t xml:space="preserve">[03:49] </w:t>
      </w:r>
      <w:r>
        <w:t>bohat zyada. kyun? hadith mein aata hai ke man tafsir al quran bi raehi fa qad akhta'a</w:t>
      </w:r>
    </w:p>
    <w:p>
      <w:pPr>
        <w:jc w:val="right"/>
      </w:pPr>
      <w:r>
        <w:t>بہت زیادہ۔ کیوں؟ حدیث میں آتا ہے کہ من فسر القرآن برأيه فأصاب فقد أخطأ</w:t>
      </w:r>
    </w:p>
    <w:p>
      <w:r>
        <w:rPr>
          <w:b/>
        </w:rPr>
        <w:t xml:space="preserve">[04:03] </w:t>
      </w:r>
      <w:r>
        <w:t>quran ka mamla itna zyada serious mamla hai ke agar aap quran ki galat aap ne interpretation diya to bohat bara woh samjhein ke ek crime hai ek.</w:t>
      </w:r>
    </w:p>
    <w:p>
      <w:pPr>
        <w:jc w:val="right"/>
      </w:pPr>
      <w:r>
        <w:t>قرآن کا معاملہ اتنا زیادہ سیریس معاملہ ہے کہ اگر آپ قرآن کی غلط آپ نے انٹرپریٹیشن دیا تو بہت بڑا وہ سمجھیں کہ ایک کرائم ہے ایک۔</w:t>
      </w:r>
    </w:p>
    <w:p>
      <w:r>
        <w:rPr>
          <w:b/>
        </w:rPr>
        <w:t xml:space="preserve">[04:17] </w:t>
      </w:r>
      <w:r>
        <w:t>aur agar be khayali mein yun hi aap bolte hain aur by chance woh sahi bhi ho gaya, tab bhi woh khuda ke nazdeek bohat hi bura hai.</w:t>
      </w:r>
    </w:p>
    <w:p>
      <w:pPr>
        <w:jc w:val="right"/>
      </w:pPr>
      <w:r>
        <w:t>اور اگر بے خیالی میں یوں ہی آپ بولتے ہیں اور بائی چانس وہ صحیح بھی ہو گیا، تب بھی وہ خدا کے نزدیک بہت ہی برا ہے۔</w:t>
      </w:r>
    </w:p>
    <w:p>
      <w:r>
        <w:rPr>
          <w:b/>
        </w:rPr>
        <w:t xml:space="preserve">[04:28] </w:t>
      </w:r>
      <w:r>
        <w:t>kyunki quran ki har baat ko bohat seriously lena chahiye. bohat seriously. to azaab ka jo lafz hai, woh ek quranic lafz hai.</w:t>
      </w:r>
    </w:p>
    <w:p>
      <w:pPr>
        <w:jc w:val="right"/>
      </w:pPr>
      <w:r>
        <w:t>کیونکہ قرآن کی ہر بات کو بہت سیریسلی لینا چاہیے۔ بہت سیریسلی۔ تو عذاب کا جو لفظ ہے، وہ ایک قرآنک لفظ ہے۔</w:t>
      </w:r>
    </w:p>
    <w:p>
      <w:r>
        <w:rPr>
          <w:b/>
        </w:rPr>
        <w:t xml:space="preserve">[04:41] </w:t>
      </w:r>
      <w:r>
        <w:t>quranic term hai. to is mamle mein bohat zyada, bohat zyada soch samajh kar bolna chahiye.</w:t>
      </w:r>
    </w:p>
    <w:p>
      <w:pPr>
        <w:jc w:val="right"/>
      </w:pPr>
      <w:r>
        <w:t>قرآنک ٹرم ہے۔ تو اس معاملے میں بہت زیادہ، بہت زیادہ سوچ سمجھ کر بولنا چاہیے۔</w:t>
      </w:r>
    </w:p>
    <w:p>
      <w:r>
        <w:rPr>
          <w:b/>
        </w:rPr>
        <w:t xml:space="preserve">[04:53] </w:t>
      </w:r>
      <w:r>
        <w:t>ab main aap ko is ke bare mein kuch arz karna chahunga.</w:t>
      </w:r>
    </w:p>
    <w:p>
      <w:pPr>
        <w:jc w:val="right"/>
      </w:pPr>
      <w:r>
        <w:t>اب میں آپ کو اس کے بارے میں کچھ عرض کرنا چاہوں گا۔</w:t>
      </w:r>
    </w:p>
    <w:p>
      <w:r>
        <w:rPr>
          <w:b/>
        </w:rPr>
        <w:t xml:space="preserve">[04:59] </w:t>
      </w:r>
      <w:r>
        <w:t>dekhein, azaab ke literal meaning hain punishment. punishment. to punishment yani khuda ki taraf se punishment.</w:t>
      </w:r>
    </w:p>
    <w:p>
      <w:pPr>
        <w:jc w:val="right"/>
      </w:pPr>
      <w:r>
        <w:t>دیکھیں، عذاب کے لٹرل میننگ ہیں پنشمنٹ۔ پنشمنٹ۔ تو پنشمنٹ یعنی خدا کی طرف سے پنشمنٹ۔</w:t>
      </w:r>
    </w:p>
    <w:p>
      <w:r>
        <w:rPr>
          <w:b/>
        </w:rPr>
        <w:t xml:space="preserve">[05:13] </w:t>
      </w:r>
      <w:r>
        <w:t>azaab ka jo word hai, woh khuda ki taraf se aane wali punishment ke liye bola jata hai.</w:t>
      </w:r>
    </w:p>
    <w:p>
      <w:pPr>
        <w:jc w:val="right"/>
      </w:pPr>
      <w:r>
        <w:t>عذاب کا جو ورڈ ہے، وہ خدا کی طرف سے آنے والی پنشمنٹ کے لیے بولا جاتا ہے۔</w:t>
      </w:r>
    </w:p>
    <w:p>
      <w:r>
        <w:rPr>
          <w:b/>
        </w:rPr>
        <w:t xml:space="preserve">[05:23] </w:t>
      </w:r>
      <w:r>
        <w:t>to quran ko padhne se pata chalta hai ke punishment yani azaab do qism ke hote hain. quran mein is ke liye aaya hai azaab adna, azaab akbar.</w:t>
      </w:r>
    </w:p>
    <w:p>
      <w:pPr>
        <w:jc w:val="right"/>
      </w:pPr>
      <w:r>
        <w:t>تو قرآن کو پڑھنے سے پتہ چلتا ہے کہ پنشمنٹ یعنی عذاب دو قسم کے ہوتے ہیں۔ قرآن میں اس کے لیے آیا ہے عذاب ادنی، عذاب اکبر۔</w:t>
      </w:r>
    </w:p>
    <w:p>
      <w:r>
        <w:rPr>
          <w:b/>
        </w:rPr>
        <w:t xml:space="preserve">[05:36] </w:t>
      </w:r>
      <w:r>
        <w:t>yani lower punishment aur greater punishment.</w:t>
      </w:r>
    </w:p>
    <w:p>
      <w:pPr>
        <w:jc w:val="right"/>
      </w:pPr>
      <w:r>
        <w:t>یعنی لوور پنشمنٹ اور گریٹر پنشمنٹ۔</w:t>
      </w:r>
    </w:p>
    <w:p>
      <w:r>
        <w:rPr>
          <w:b/>
        </w:rPr>
        <w:t xml:space="preserve">[05:43] </w:t>
      </w:r>
      <w:r>
        <w:t>wa la nudhiqannahum minal azaabil adna doon al azaabil akbar</w:t>
      </w:r>
    </w:p>
    <w:p>
      <w:pPr>
        <w:jc w:val="right"/>
      </w:pPr>
      <w:r>
        <w:t>ولا نذیقنہم من العذاب الادنی دون العذاب الاکبر</w:t>
      </w:r>
    </w:p>
    <w:p>
      <w:r>
        <w:rPr>
          <w:b/>
        </w:rPr>
        <w:t xml:space="preserve">[05:50] </w:t>
      </w:r>
      <w:r>
        <w:t>to is yeh jo quran ka ek verse hai, is mein azaab ki do category batayi gayi hai. yani lower punishment aur greater punishment.</w:t>
      </w:r>
    </w:p>
    <w:p>
      <w:pPr>
        <w:jc w:val="right"/>
      </w:pPr>
      <w:r>
        <w:t>تو اس یہ جو قرآن کا ایک ورس ہے، اس میں عذاب کی دو کیٹیگری بتائی گئی ہے۔ یعنی لوور پنشمنٹ اور گریٹر پنشمنٹ۔</w:t>
      </w:r>
    </w:p>
    <w:p>
      <w:r>
        <w:rPr>
          <w:b/>
        </w:rPr>
        <w:t xml:space="preserve">[06:01] </w:t>
      </w:r>
      <w:r>
        <w:t>ab yeh samajhne ki zaroorat hai ke yeh what is lower punishment and what is greater punishment.</w:t>
      </w:r>
    </w:p>
    <w:p>
      <w:pPr>
        <w:jc w:val="right"/>
      </w:pPr>
      <w:r>
        <w:t>اب یہ سمجھنے کی ضرورت ہے کہ یہ واٹ از لوور پنشمنٹ اینڈ واٹ از گریٹر پنشمنٹ۔</w:t>
      </w:r>
    </w:p>
    <w:p>
      <w:r>
        <w:rPr>
          <w:b/>
        </w:rPr>
        <w:t xml:space="preserve">[06:10] </w:t>
      </w:r>
      <w:r>
        <w:t>to main yeh kahunga ke zyada clear tor par aap yeh samajh sakte hain ke lower punishment jo hai, woh sirf warning hai. aur greater punishment jo hai, woh punishment hai.</w:t>
      </w:r>
    </w:p>
    <w:p>
      <w:pPr>
        <w:jc w:val="right"/>
      </w:pPr>
      <w:r>
        <w:t>تو میں یہ کہوں گا کہ زیادہ کلیئر طور پر آپ یہ سمجھ سکتے ہیں کہ لوور پنشمنٹ جو ہے، وہ صرف وارننگ ہے۔ اور گریٹر پنشمنٹ جو ہے، وہ پنشمنٹ ہے۔</w:t>
      </w:r>
    </w:p>
    <w:p>
      <w:r>
        <w:rPr>
          <w:b/>
        </w:rPr>
        <w:t xml:space="preserve">[06:22] </w:t>
      </w:r>
      <w:r>
        <w:t>isi liye maine aaj ki talk ke liye jo title liya hai, woh warning and punishment.</w:t>
      </w:r>
    </w:p>
    <w:p>
      <w:pPr>
        <w:jc w:val="right"/>
      </w:pPr>
      <w:r>
        <w:t>اسی لیے میں نے آج کی ٹاک کے لیے جو ٹائٹل لیا ہے، وہ وارننگ اینڈ پنشمنٹ۔</w:t>
      </w:r>
    </w:p>
    <w:p>
      <w:r>
        <w:rPr>
          <w:b/>
        </w:rPr>
        <w:t xml:space="preserve">[06:33] </w:t>
      </w:r>
      <w:r>
        <w:t>to yeh jo is tarah ke waqiyat hote hain, yeh warning hai, punishment nahi hai.</w:t>
      </w:r>
    </w:p>
    <w:p>
      <w:pPr>
        <w:jc w:val="right"/>
      </w:pPr>
      <w:r>
        <w:t>تو یہ جو اس طرح کے واقعات ہوتے ہیں، یہ وارننگ ہے، پنشمنٹ نہیں ہے۔</w:t>
      </w:r>
    </w:p>
    <w:p>
      <w:r>
        <w:rPr>
          <w:b/>
        </w:rPr>
        <w:t xml:space="preserve">[06:41] </w:t>
      </w:r>
      <w:r>
        <w:t>warning ko kaha jata hai intabah. yani chetavni. is ko aap chetavni keh sakte hain.</w:t>
      </w:r>
    </w:p>
    <w:p>
      <w:pPr>
        <w:jc w:val="right"/>
      </w:pPr>
      <w:r>
        <w:t>وارننگ کو کہا جاتا ہے انتباہ۔ یعنی چیتاونی۔ اس کو آپ چیتاونی کہہ سکتے ہیں۔</w:t>
      </w:r>
    </w:p>
    <w:p>
      <w:r>
        <w:rPr>
          <w:b/>
        </w:rPr>
        <w:t xml:space="preserve">[06:55] </w:t>
      </w:r>
      <w:r>
        <w:t>to chetavni aik alg cheez hai aur punishment alg cheez hai.</w:t>
      </w:r>
    </w:p>
    <w:p>
      <w:pPr>
        <w:jc w:val="right"/>
      </w:pPr>
      <w:r>
        <w:t>تو چیتاونی ایک الگ چیز ہے اور پنشمنٹ الگ چیز ہے۔</w:t>
      </w:r>
    </w:p>
    <w:p>
      <w:r>
        <w:rPr>
          <w:b/>
        </w:rPr>
        <w:t xml:space="preserve">[07:01] </w:t>
      </w:r>
      <w:r>
        <w:t>to quran ki aik ayat is mamle mein bohat hi clear hai ke lam yakun rabbuka muhlika al qura bi zalam wa hum ghafiloon yeh jo quran ki ayat hai,</w:t>
      </w:r>
    </w:p>
    <w:p>
      <w:pPr>
        <w:jc w:val="right"/>
      </w:pPr>
      <w:r>
        <w:t>تو قرآن کی ایک آیت اس معاملے میں بہت ہی کلیئر ہے کہ لم یکن ربک مولک القراء بذلم وال غافلون یہ جو قرآن کی آیت ہے،</w:t>
      </w:r>
    </w:p>
    <w:p>
      <w:r>
        <w:rPr>
          <w:b/>
        </w:rPr>
        <w:t xml:space="preserve">[07:19] </w:t>
      </w:r>
      <w:r>
        <w:t>is se aik bohat bara principle maloom hota hai.</w:t>
      </w:r>
    </w:p>
    <w:p>
      <w:pPr>
        <w:jc w:val="right"/>
      </w:pPr>
      <w:r>
        <w:t>اس سے ایک بہت بڑا پرنسپل معلوم ہوتا ہے۔</w:t>
      </w:r>
    </w:p>
    <w:p>
      <w:r>
        <w:rPr>
          <w:b/>
        </w:rPr>
        <w:t xml:space="preserve">[07:25] </w:t>
      </w:r>
      <w:r>
        <w:t>woh kia?</w:t>
      </w:r>
    </w:p>
    <w:p>
      <w:pPr>
        <w:jc w:val="right"/>
      </w:pPr>
      <w:r>
        <w:t>وہ کیا؟</w:t>
      </w:r>
    </w:p>
    <w:p>
      <w:r>
        <w:rPr>
          <w:b/>
        </w:rPr>
        <w:t xml:space="preserve">[07:30] </w:t>
      </w:r>
      <w:r>
        <w:t>insan ki in awareness ko jab tak toda na jaye, tab tak azab nahi ayega.</w:t>
      </w:r>
    </w:p>
    <w:p>
      <w:pPr>
        <w:jc w:val="right"/>
      </w:pPr>
      <w:r>
        <w:t>انسان کی ان اویرنس کو جب تک توڑا نہ جائے، تب تک عذاب نہیں آئے گا۔</w:t>
      </w:r>
    </w:p>
    <w:p>
      <w:r>
        <w:rPr>
          <w:b/>
        </w:rPr>
        <w:t xml:space="preserve">[07:38] </w:t>
      </w:r>
      <w:r>
        <w:t>lam yakun rabbuka muhlika al qura bi zalam wa hum ghafiloon yani khuda,</w:t>
      </w:r>
    </w:p>
    <w:p>
      <w:pPr>
        <w:jc w:val="right"/>
      </w:pPr>
      <w:r>
        <w:t>لم یکن ربک مولک القراء بذلم وال غافلون یعنی خدا،</w:t>
      </w:r>
    </w:p>
    <w:p>
      <w:r>
        <w:rPr>
          <w:b/>
        </w:rPr>
        <w:t xml:space="preserve">[07:46] </w:t>
      </w:r>
      <w:r>
        <w:t>khuda kisi basti walon par</w:t>
      </w:r>
    </w:p>
    <w:p>
      <w:pPr>
        <w:jc w:val="right"/>
      </w:pPr>
      <w:r>
        <w:t>خدا کسی بستی والوں پر</w:t>
      </w:r>
    </w:p>
    <w:p>
      <w:r>
        <w:rPr>
          <w:b/>
        </w:rPr>
        <w:t xml:space="preserve">[07:53] </w:t>
      </w:r>
      <w:r>
        <w:t>azab nahi bhejta jab tak un ko ghaflat se nikal na le ya un ki bekhabri ko khatam na kar de.</w:t>
      </w:r>
    </w:p>
    <w:p>
      <w:pPr>
        <w:jc w:val="right"/>
      </w:pPr>
      <w:r>
        <w:t>عذاب نہیں بھیجتا جب تک ان کو غفلت سے نکال نہ لے یا ان کی بے خبری کو ختم نہ کر دے۔</w:t>
      </w:r>
    </w:p>
    <w:p>
      <w:r>
        <w:rPr>
          <w:b/>
        </w:rPr>
        <w:t xml:space="preserve">[08:04] </w:t>
      </w:r>
      <w:r>
        <w:t>yani dawah work aakhri apne final stage tak jab tak karne diya jaye. to yeh kon karta hai? dawah work final stage tak kon kar sakta hai?</w:t>
      </w:r>
    </w:p>
    <w:p>
      <w:pPr>
        <w:jc w:val="right"/>
      </w:pPr>
      <w:r>
        <w:t>یعنی داؤ ورک آخری اپنے فائنل سٹیج تک جب تک کرنے دیا جائے۔ تو یہ کون کرتا ہے؟ داؤ ورک فائنل سٹیج تک کون کر سکتا ہے؟</w:t>
      </w:r>
    </w:p>
    <w:p>
      <w:r>
        <w:rPr>
          <w:b/>
        </w:rPr>
        <w:t xml:space="preserve">[08:16] </w:t>
      </w:r>
      <w:r>
        <w:t>hum aap nahi kar sakte. yeh sirf khuda ka prophet karta hai. sirf prophet ko khuda ki khas bohat zyada support hoti hai, khuda ki.</w:t>
      </w:r>
    </w:p>
    <w:p>
      <w:pPr>
        <w:jc w:val="right"/>
      </w:pPr>
      <w:r>
        <w:t>ہم آپ نہیں کر سکتے۔ یہ صرف خدا کا پرافٹ کرتا ہے۔ صرف پرافٹ کو خدا کی خاص بہت زیادہ سپورٹ ہوتی ہے، خدا کی۔</w:t>
      </w:r>
    </w:p>
    <w:p>
      <w:r>
        <w:rPr>
          <w:b/>
        </w:rPr>
        <w:t xml:space="preserve">[08:29] </w:t>
      </w:r>
      <w:r>
        <w:t>is liye prophet ke liye yeh possible hota hai ke woh apne contemporary ko, apne contemporaries ko, apne apne aas pas ke logon ko, yeh nahi ke sari duniya ko, is final had tak baat bata de jis ko kaha jata hai itmam e hujjat.</w:t>
      </w:r>
    </w:p>
    <w:p>
      <w:pPr>
        <w:jc w:val="right"/>
      </w:pPr>
      <w:r>
        <w:t>اس لیے پرافٹ کے لیے یہ پاسیبل ہوتا ہے کہ وہ اپنے کنٹمپرری کو، اپنے کنٹمپرریز کو، اپنے اپنے آس پاس کے لوگوں کو، یہ نہیں کہ ساری دنیا کو، اس فائنل حد تک بات بتا دے جس کو کہا جاتا ہے اتمام حجت۔</w:t>
      </w:r>
    </w:p>
    <w:p>
      <w:r>
        <w:rPr>
          <w:b/>
        </w:rPr>
        <w:t xml:space="preserve">[08:47] </w:t>
      </w:r>
      <w:r>
        <w:t>ke is ke baad koi aur aage darja baqi na rahe.</w:t>
      </w:r>
    </w:p>
    <w:p>
      <w:pPr>
        <w:jc w:val="right"/>
      </w:pPr>
      <w:r>
        <w:t>کہ اس کے بعد کوئی اور آگے درجہ باقی نہ رہے۔</w:t>
      </w:r>
    </w:p>
    <w:p>
      <w:r>
        <w:rPr>
          <w:b/>
        </w:rPr>
        <w:t xml:space="preserve">[08:52] </w:t>
      </w:r>
      <w:r>
        <w:t>to yeh yeh jo hai azab ka phenomenon, yeh directly related hai prophet se.</w:t>
      </w:r>
    </w:p>
    <w:p>
      <w:pPr>
        <w:jc w:val="right"/>
      </w:pPr>
      <w:r>
        <w:t>تو یہ یہ جو ہے عذاب کا فیناومینا، یہ ڈائریکٹلی ریلیٹڈ ہے پرافٹ سے۔</w:t>
      </w:r>
    </w:p>
    <w:p>
      <w:r>
        <w:rPr>
          <w:b/>
        </w:rPr>
        <w:t xml:space="preserve">[09:02] </w:t>
      </w:r>
      <w:r>
        <w:t>yani phenomenon of azab is directly related to the prophet. ke prophet khuda ki taraf se ayega, khuda se us ko support milegi,</w:t>
      </w:r>
    </w:p>
    <w:p>
      <w:pPr>
        <w:jc w:val="right"/>
      </w:pPr>
      <w:r>
        <w:t>یعنی فیناومینا آف عذاب از ڈائریکٹلی ریلیٹڈ ٹو دی پرافٹ۔ کہ پرافٹ خدا کی طرف سے آئے گا، خدا سے اس کو سپورٹ ملے گی،</w:t>
      </w:r>
    </w:p>
    <w:p>
      <w:r>
        <w:rPr>
          <w:b/>
        </w:rPr>
        <w:t xml:space="preserve">[09:16] </w:t>
      </w:r>
      <w:r>
        <w:t>khuda ki guidance us ko hasil rahegi. kaise kaise kiya jaye, kya kya kiya jaye, sab kuch</w:t>
      </w:r>
    </w:p>
    <w:p>
      <w:pPr>
        <w:jc w:val="right"/>
      </w:pPr>
      <w:r>
        <w:t>خدا کی گائیڈنس اس کو حاصل رہے گی۔ کیسے کیسے کیا جائے، کیا کیا کیا جائے، سب کچھ</w:t>
      </w:r>
    </w:p>
    <w:p>
      <w:r>
        <w:rPr>
          <w:b/>
        </w:rPr>
        <w:t xml:space="preserve">[09:22] </w:t>
      </w:r>
      <w:r>
        <w:t>khuda ki taraf se injeel aa ke batate rahenge us ko. hote hote hote hote yahan tak hoga ke khuda kahega ke haan.</w:t>
      </w:r>
    </w:p>
    <w:p>
      <w:pPr>
        <w:jc w:val="right"/>
      </w:pPr>
      <w:r>
        <w:t>خدا کی طرف سے انجیل آ کے بتاتے رہیں گے اس کو۔ ہوتے ہوتے ہوتے ہوتے یہاں تک ہوگا کہ خدا کہے گا کہ ہاں۔</w:t>
      </w:r>
    </w:p>
    <w:p>
      <w:r>
        <w:rPr>
          <w:b/>
        </w:rPr>
        <w:t xml:space="preserve">[09:33] </w:t>
      </w:r>
      <w:r>
        <w:t>yani khuda ki taraf se hi bataya jata hai ke itmam e hujjat hua ya nahi hua. yaad rakhiye, hum aap mein aap nahi tay kar sakte. yahan tak ke dekhiye, aik aik prophet ki misal hai quran mein jo hazrat yunus the,</w:t>
      </w:r>
    </w:p>
    <w:p>
      <w:pPr>
        <w:jc w:val="right"/>
      </w:pPr>
      <w:r>
        <w:t>یعنی خدا کی طرف سے ہی بتایا جاتا ہے کہ اتباع حجت ہوا یا نہیں ہوا۔ یاد رکھیے، ہم آپ میں آپ نہیں طے کر سکتے۔ یہاں تک کہ دیکھیے، ایک ایک پرافٹ کی مثال ہے قرآن میں جو حضرت یونس تھے،</w:t>
      </w:r>
    </w:p>
    <w:p>
      <w:r>
        <w:rPr>
          <w:b/>
        </w:rPr>
        <w:t xml:space="preserve">[09:50] </w:t>
      </w:r>
      <w:r>
        <w:t>younas, hazrat yunus alaihissalam. to woh iraq ke shehar nineveh mein aaye, kuch din unhon ne dawat ka kaam kiya.</w:t>
      </w:r>
    </w:p>
    <w:p>
      <w:pPr>
        <w:jc w:val="right"/>
      </w:pPr>
      <w:r>
        <w:t>یونا، حضرت یونس علیہ السلام۔ تو وہ عراق کے شہر نینوا میں آئے، کچھ دن انہوں نے دعوتی کام کیا۔</w:t>
      </w:r>
    </w:p>
    <w:p>
      <w:r>
        <w:rPr>
          <w:b/>
        </w:rPr>
        <w:t xml:space="preserve">[10:01] </w:t>
      </w:r>
      <w:r>
        <w:t>unhon ne samjha ke maine dawat poori pahuncha di, ab yeh log maan nahi rahe hain. to yeh keh kar chale gaye ke ab tumhare upar azab ayega.</w:t>
      </w:r>
    </w:p>
    <w:p>
      <w:pPr>
        <w:jc w:val="right"/>
      </w:pPr>
      <w:r>
        <w:t>انہوں نے سمجھا کہ میں نے دعوت پوری پہنچا دی، اب یہ لوگ مان نہیں رہے ہیں۔ تو یہ کہہ کر چلے گئے کہ اب تمہارے اوپر عذاب آئے گا۔</w:t>
      </w:r>
    </w:p>
    <w:p>
      <w:r>
        <w:rPr>
          <w:b/>
        </w:rPr>
        <w:t xml:space="preserve">[10:12] </w:t>
      </w:r>
      <w:r>
        <w:t>lekin azab nahi aaya.</w:t>
      </w:r>
    </w:p>
    <w:p>
      <w:pPr>
        <w:jc w:val="right"/>
      </w:pPr>
      <w:r>
        <w:t>لیکن عذاب نہیں آیا۔</w:t>
      </w:r>
    </w:p>
    <w:p>
      <w:r>
        <w:rPr>
          <w:b/>
        </w:rPr>
        <w:t xml:space="preserve">[10:15] </w:t>
      </w:r>
      <w:r>
        <w:t>kyun? khuda ke, yani khuda ka jo woh hai, khuda ka jo criterion hai, is criterion ke mutabiq abhi tak wahan itmam e hujjat nahi hua tha.</w:t>
      </w:r>
    </w:p>
    <w:p>
      <w:pPr>
        <w:jc w:val="right"/>
      </w:pPr>
      <w:r>
        <w:t>کیوں؟ خدا کے، یعنی خدا کا جو وہ ہے، خدا کا جو کرائٹیرین ہے، اس کرائٹیرین کے مطابق ابھی تک وہاں اتباع حجت نہیں ہوا تھا۔</w:t>
      </w:r>
    </w:p>
    <w:p>
      <w:r>
        <w:rPr>
          <w:b/>
        </w:rPr>
        <w:t xml:space="preserve">[10:33] </w:t>
      </w:r>
      <w:r>
        <w:t>woh agarche prophet the, lekin is is stage tak baat nahi pahunchi thi ke jis ko hum kehte hain itmam e hujjat, yani final stage.</w:t>
      </w:r>
    </w:p>
    <w:p>
      <w:pPr>
        <w:jc w:val="right"/>
      </w:pPr>
      <w:r>
        <w:t>وہ اگرچہ پرافٹ تھے، لیکن اس اس سٹیج تک بات نہیں پہنچی تھی کہ جس کو ہم کہتے ہیں اتمام حجت، یعنی فائنل سٹیج۔</w:t>
      </w:r>
    </w:p>
    <w:p>
      <w:r>
        <w:rPr>
          <w:b/>
        </w:rPr>
        <w:t xml:space="preserve">[10:43] </w:t>
      </w:r>
      <w:r>
        <w:t>to unhein lotna pada, hazrat yunus ko phir wapas aana pada un ko. to yaad rakhiye, jab tak khuda ka jo criterion hai itmam e hujjat ka,</w:t>
      </w:r>
    </w:p>
    <w:p>
      <w:pPr>
        <w:jc w:val="right"/>
      </w:pPr>
      <w:r>
        <w:t>تو انہیں لوٹنا پڑا، حضرت یونس کو پھر واپس آنا پڑا ان کو۔ تو یاد رکھیے، جب تک خدا کا جو کرائٹیرین ہے اتمام حجت کا،</w:t>
      </w:r>
    </w:p>
    <w:p>
      <w:r>
        <w:rPr>
          <w:b/>
        </w:rPr>
        <w:t xml:space="preserve">[10:56] </w:t>
      </w:r>
      <w:r>
        <w:t>is criterion ke mutabiq dawah work karte karte is stage tak pahuncha diya jaye</w:t>
      </w:r>
    </w:p>
    <w:p>
      <w:pPr>
        <w:jc w:val="right"/>
      </w:pPr>
      <w:r>
        <w:t>اس کرائٹیرین کے مطابق داؤ ورک کرتے کرتے اس سٹیج تک پہنچا دیا جائے</w:t>
      </w:r>
    </w:p>
    <w:p>
      <w:r>
        <w:rPr>
          <w:b/>
        </w:rPr>
        <w:t xml:space="preserve">[11:06] </w:t>
      </w:r>
      <w:r>
        <w:t>jahan keh</w:t>
      </w:r>
    </w:p>
    <w:p>
      <w:pPr>
        <w:jc w:val="right"/>
      </w:pPr>
      <w:r>
        <w:t>جہاں کہ</w:t>
      </w:r>
    </w:p>
    <w:p>
      <w:r>
        <w:rPr>
          <w:b/>
        </w:rPr>
        <w:t xml:space="preserve">[11:10] </w:t>
      </w:r>
      <w:r>
        <w:t>jis ko kaha gaya hai itmam e hujjat, yani final stage tak, final stage tak, aur phir bhi woh inkar karein, phir bhi woh refuse karein, phir bhi woh na maanein, tab ja kar woh aata hai ke azab.</w:t>
      </w:r>
    </w:p>
    <w:p>
      <w:pPr>
        <w:jc w:val="right"/>
      </w:pPr>
      <w:r>
        <w:t>جس کو کہا گیا ہے اتمام حجت، یعنی فائنل سٹیج تک، فائنل سٹیج تک، اور پھر بھی وہ انکار کریں، پھر بھی وہ ریفوز کریں، پھر بھی وہ نہ مانیں، تب جا کر وہ آتا ہے کہ عذاب۔</w:t>
      </w:r>
    </w:p>
    <w:p>
      <w:r>
        <w:rPr>
          <w:b/>
        </w:rPr>
        <w:t xml:space="preserve">[11:25] </w:t>
      </w:r>
      <w:r>
        <w:t>kyunke is waqt phir un ko justification khatam ho jata hai. Yeh duniya mein unhein kyun rehne diya jaye? Yeh duniya jo hai, woh koi reward ke taur par to kisi ko milti nahi hai.</w:t>
      </w:r>
    </w:p>
    <w:p>
      <w:pPr>
        <w:jc w:val="right"/>
      </w:pPr>
      <w:r>
        <w:t>کیونکہ اس وقت پھر ان کو جسٹیفیکیشن ختم ہو جاتا ہے۔ یہ دنیا میں انہیں کیوں رہنے دیا جائے؟ یہ دنیا جو ہے، وہ کوئی ریوارڈ کے طور پر تو کسی کو ملتی نہیں ہے۔</w:t>
      </w:r>
    </w:p>
    <w:p>
      <w:r>
        <w:rPr>
          <w:b/>
        </w:rPr>
        <w:t xml:space="preserve">[11:36] </w:t>
      </w:r>
      <w:r>
        <w:t>Yeh duniya mein hum aap jo hain, yeh is liye ke hum ya to reward hum ko mil gayi hai ya hamara koi right hai ke hum yahan rahein.</w:t>
      </w:r>
    </w:p>
    <w:p>
      <w:pPr>
        <w:jc w:val="right"/>
      </w:pPr>
      <w:r>
        <w:t>یہ دنیا میں ہم آپ جو ہیں، یہ اس لیے کہ ہم یا تو ریوارڈ ہم کو مل گئی ہے یا ہمارا کوئی رائٹ ہے کہ ہم یہاں رہیں۔</w:t>
      </w:r>
    </w:p>
    <w:p>
      <w:r>
        <w:rPr>
          <w:b/>
        </w:rPr>
        <w:t xml:space="preserve">[11:47] </w:t>
      </w:r>
      <w:r>
        <w:t>koi right nahi. Jo human rights ki baatein hoti hain, bohat human rights mein yeh nahi aata. Yeh human rights mein shamil nahi ke duniya mein aap rahein jab tak chahein.</w:t>
      </w:r>
    </w:p>
    <w:p>
      <w:pPr>
        <w:jc w:val="right"/>
      </w:pPr>
      <w:r>
        <w:t>کوئی رائٹ نہیں۔ جو ہیومن رائٹس کی باتیں ہوتی ہیں، بہت ہیومن رائٹس میں یہ نہیں آتا۔ یہ ہیومن رائٹس میں شامل نہیں کہ دنیا میں آپ رہیں جب تک چاہیں۔</w:t>
      </w:r>
    </w:p>
    <w:p>
      <w:r>
        <w:rPr>
          <w:b/>
        </w:rPr>
        <w:t xml:space="preserve">[11:59] </w:t>
      </w:r>
      <w:r>
        <w:t>aisa kuch bhi nahi hai. Khuda jab tak chahega, tab tak hum reh painge.</w:t>
      </w:r>
    </w:p>
    <w:p>
      <w:pPr>
        <w:jc w:val="right"/>
      </w:pPr>
      <w:r>
        <w:t>ایسا کچھ بھی نہیں ہے۔ خدا جب تک چاہے گا، تب تک ہم رہ پائیں گے۔</w:t>
      </w:r>
    </w:p>
    <w:p>
      <w:r>
        <w:rPr>
          <w:b/>
        </w:rPr>
        <w:t xml:space="preserve">[12:05] </w:t>
      </w:r>
      <w:r>
        <w:t>to prophet ke zariye daao work kiya gaya, is final stage tak kiya gaya jis ko kehte hain itmam e hujjat.</w:t>
      </w:r>
    </w:p>
    <w:p>
      <w:pPr>
        <w:jc w:val="right"/>
      </w:pPr>
      <w:r>
        <w:t>تو پرافٹ کے ذریعے داؤ ورک کیا گیا، اس فائنل سٹیج تک کیا گیا جس کو کہتے ہیں اتمام حجت۔</w:t>
      </w:r>
    </w:p>
    <w:p>
      <w:r>
        <w:rPr>
          <w:b/>
        </w:rPr>
        <w:t xml:space="preserve">[12:14] </w:t>
      </w:r>
      <w:r>
        <w:t>phir bhi logon ne refuse kiya manne se. Phir bhi woh surrender nahi kiya unhone. Phir bhi woh prophet ko, mein nahi hoon,</w:t>
      </w:r>
    </w:p>
    <w:p>
      <w:pPr>
        <w:jc w:val="right"/>
      </w:pPr>
      <w:r>
        <w:t>پھر بھی لوگوں نے ریفیوز کیا ماننے سے۔ پھر بھی وہ سرینڈر نہیں کیا انہوں نے۔ پھر بھی وہ پرافٹ کو، میں نہیں ہوں،</w:t>
      </w:r>
    </w:p>
    <w:p>
      <w:r>
        <w:rPr>
          <w:b/>
        </w:rPr>
        <w:t xml:space="preserve">[12:28] </w:t>
      </w:r>
      <w:r>
        <w:t>satate rahe, maarne ki dhamki dete rahe.</w:t>
      </w:r>
    </w:p>
    <w:p>
      <w:pPr>
        <w:jc w:val="right"/>
      </w:pPr>
      <w:r>
        <w:t>ستاتے رہے، مارنے کی دھمکی دیتے رہے۔</w:t>
      </w:r>
    </w:p>
    <w:p>
      <w:r>
        <w:rPr>
          <w:b/>
        </w:rPr>
        <w:t xml:space="preserve">[12:33] </w:t>
      </w:r>
      <w:r>
        <w:t>jab yeh sab kuch ho gaya, tab ja kar ke aisa hua ke un par azab aaya. Kyunke jab aisa ho gaya to justification unhone khatam kar diya. Yeh duniya mein un ke liye rehne ka justification baqi nahi raha.</w:t>
      </w:r>
    </w:p>
    <w:p>
      <w:pPr>
        <w:jc w:val="right"/>
      </w:pPr>
      <w:r>
        <w:t>جب یہ سب کچھ ہو گیا، تب جا کر کے ایسا ہوا کہ ان پر عذاب آیا۔ کیونکہ جب ایسا ہو گیا تو جسٹیفیکیشن انہوں نے ختم کر دیا۔ یہ دنیا میں ان کے لیے رہنے کا جسٹیفیکیشن باقی نہیں رہا۔</w:t>
      </w:r>
    </w:p>
    <w:p>
      <w:r>
        <w:rPr>
          <w:b/>
        </w:rPr>
        <w:t xml:space="preserve">[12:49] </w:t>
      </w:r>
      <w:r>
        <w:t>to phir yahan par un ko halak kar diya jata hai. Yani matlab mita nahi diya jata, balkeh yahan se unhein doosri duniya mein pouncha diya jata hai jahan un ka hisab kitab ho.</w:t>
      </w:r>
    </w:p>
    <w:p>
      <w:pPr>
        <w:jc w:val="right"/>
      </w:pPr>
      <w:r>
        <w:t>تو پھر یہاں پر ان کو ہلاک کر دیا جاتا ہے۔ یعنی مطلب مٹا نہیں دیا جاتا، بلکہ یہاں سے انہیں دوسری دنیا میں پہنچا دیا جاتا ہے جہاں ان کا حساب کتاب ہو۔</w:t>
      </w:r>
    </w:p>
    <w:p>
      <w:r>
        <w:rPr>
          <w:b/>
        </w:rPr>
        <w:t xml:space="preserve">[13:02] </w:t>
      </w:r>
      <w:r>
        <w:t>to is baat ko achi tarah samajh lijiye</w:t>
      </w:r>
    </w:p>
    <w:p>
      <w:pPr>
        <w:jc w:val="right"/>
      </w:pPr>
      <w:r>
        <w:t>تو اس بات کو اچھی طرح سمجھ لیجئے</w:t>
      </w:r>
    </w:p>
    <w:p>
      <w:r>
        <w:rPr>
          <w:b/>
        </w:rPr>
        <w:t xml:space="preserve">[13:10] </w:t>
      </w:r>
      <w:r>
        <w:t>ke azab jo hai, woh prophet ke zamane ka phenomenon hai. Kyunke prophet ke us ki jo us ki jo condition hai, woh hai unawareness ko khatam karna.</w:t>
      </w:r>
    </w:p>
    <w:p>
      <w:pPr>
        <w:jc w:val="right"/>
      </w:pPr>
      <w:r>
        <w:t>کہ عذاب جو ہے، وہ پرافٹ کے زمانے کا فیناومینا ہے۔ کیونکہ پرافٹ کہ اس کی جو جو اس کی جو کنڈیشن ہے، وہ ہے ان اویرنس کو ختم کرنا۔</w:t>
      </w:r>
    </w:p>
    <w:p>
      <w:r>
        <w:rPr>
          <w:b/>
        </w:rPr>
        <w:t xml:space="preserve">[13:26] </w:t>
      </w:r>
      <w:r>
        <w:t>completely unawareness ko kaun khatam kar sakta hai? Sirf prophet.</w:t>
      </w:r>
    </w:p>
    <w:p>
      <w:pPr>
        <w:jc w:val="right"/>
      </w:pPr>
      <w:r>
        <w:t>کمپلیٹلی ان اویرنس کو کون ختم کر سکتا ہے؟ صرف پرافٹ۔</w:t>
      </w:r>
    </w:p>
    <w:p>
      <w:r>
        <w:rPr>
          <w:b/>
        </w:rPr>
        <w:t xml:space="preserve">[13:33] </w:t>
      </w:r>
      <w:r>
        <w:t>is liye yeh azab ka jo phenomenon hai, woh prophet se juda hua hai. Prophet nahi to azab bhi nahi.</w:t>
      </w:r>
    </w:p>
    <w:p>
      <w:pPr>
        <w:jc w:val="right"/>
      </w:pPr>
      <w:r>
        <w:t>اس لیے یہ عذاب کا جو فیناومینا ہے، وہ پرافٹ سے جڑا ہوا ہے۔ پرافٹ نہیں تو عذاب بھی نہیں۔</w:t>
      </w:r>
    </w:p>
    <w:p>
      <w:r>
        <w:rPr>
          <w:b/>
        </w:rPr>
        <w:t xml:space="preserve">[13:43] </w:t>
      </w:r>
      <w:r>
        <w:t>yaad rakhiye, prophet nahi to azab bhi nahi. Matlab is dhang ka azab jis ko mein keh raha hoon ke lower punishment</w:t>
      </w:r>
    </w:p>
    <w:p>
      <w:pPr>
        <w:jc w:val="right"/>
      </w:pPr>
      <w:r>
        <w:t>یاد رکھیے، پرافٹ نہیں تو عذاب بھی نہیں۔ مطلب اس ڈھنگ کا عذاب جس کو میں کہہ رہا ہوں کہ لوور پنشمنٹ</w:t>
      </w:r>
    </w:p>
    <w:p>
      <w:r>
        <w:rPr>
          <w:b/>
        </w:rPr>
        <w:t xml:space="preserve">[13:52] </w:t>
      </w:r>
      <w:r>
        <w:t>. To lower punishment haqiqatan hota hai warning ke liye, intebah ke liye. Yani yaad dilane ke liye.</w:t>
      </w:r>
    </w:p>
    <w:p>
      <w:pPr>
        <w:jc w:val="right"/>
      </w:pPr>
      <w:r>
        <w:t>۔ تو لوور پنشمنٹ حقیقتاً ہوتا ہے وارننگ کے لیے، انتباہ کے لیے۔ یعنی یاد دلانے کے لیے۔</w:t>
      </w:r>
    </w:p>
    <w:p>
      <w:r>
        <w:rPr>
          <w:b/>
        </w:rPr>
        <w:t xml:space="preserve">[14:02] </w:t>
      </w:r>
      <w:r>
        <w:t>aur phir us ke baad kya hai? Is poori duniya ka aik aik aik Khuda ne aik had bana di hai.</w:t>
      </w:r>
    </w:p>
    <w:p>
      <w:pPr>
        <w:jc w:val="right"/>
      </w:pPr>
      <w:r>
        <w:t>اور پھر اس کے بعد کیا ہے؟ اس پوری دنیا کا ایک ایک ایک خدا نے ایک حد بنا دی ہے۔</w:t>
      </w:r>
    </w:p>
    <w:p>
      <w:r>
        <w:rPr>
          <w:b/>
        </w:rPr>
        <w:t xml:space="preserve">[14:13] </w:t>
      </w:r>
      <w:r>
        <w:t>Yeh duniya eternal tor par nahi rahegi. Yeh to aik testing period hai. Jab poora ho jaye ga to duniya khatam.</w:t>
      </w:r>
    </w:p>
    <w:p>
      <w:pPr>
        <w:jc w:val="right"/>
      </w:pPr>
      <w:r>
        <w:t>یہ دنیا ایٹرنل طور پر نہیں رہے گی۔ یہ تو ایک ٹیسٹنگ پیریڈ ہے۔ جب پورا ہو جائے گا تو دنیا ختم۔</w:t>
      </w:r>
    </w:p>
    <w:p>
      <w:r>
        <w:rPr>
          <w:b/>
        </w:rPr>
        <w:t xml:space="preserve">[14:21] </w:t>
      </w:r>
      <w:r>
        <w:t>woh hoga azab jo sab par aye ga. Is ko hum keh sakte hain azab e qayamat. Azab e qayamat.</w:t>
      </w:r>
    </w:p>
    <w:p>
      <w:pPr>
        <w:jc w:val="right"/>
      </w:pPr>
      <w:r>
        <w:t>وہ ہوگا عذاب جو سب پر آئے گا۔ اس کو ہم کہہ سکتے ہیں عذاب قیامت۔ عذاب قیامت۔</w:t>
      </w:r>
    </w:p>
    <w:p>
      <w:r>
        <w:rPr>
          <w:b/>
        </w:rPr>
        <w:t xml:space="preserve">[14:30] </w:t>
      </w:r>
      <w:r>
        <w:t>aur yeh jo peghambar ke zamane mein hota tha, is ko hum kahein ge bhai lower punishment. Azab e qayamat ko kahein ge greater punishment.</w:t>
      </w:r>
    </w:p>
    <w:p>
      <w:pPr>
        <w:jc w:val="right"/>
      </w:pPr>
      <w:r>
        <w:t>اور یہ جو پیغمبر کے زمانے میں ہوتا تھا، اس کو ہم کہیں گے بھئی لوور پنشمنٹ۔ عذاب قیامت کو کہیں گے گریٹر پنشمنٹ۔</w:t>
      </w:r>
    </w:p>
    <w:p>
      <w:r>
        <w:rPr>
          <w:b/>
        </w:rPr>
        <w:t xml:space="preserve">[14:41] </w:t>
      </w:r>
      <w:r>
        <w:t>to greater punishment aye ga last mein sab ke liye. Kyunke is ke baad yeh duniya hi nahi rahe gi.</w:t>
      </w:r>
    </w:p>
    <w:p>
      <w:pPr>
        <w:jc w:val="right"/>
      </w:pPr>
      <w:r>
        <w:t>تو گریٹر پنشمنٹ آئے گا لاسٹ میں سب کے لیے۔ کیونکہ اس کے بعد یہ دنیا ہی نہیں رہے گی۔</w:t>
      </w:r>
    </w:p>
    <w:p>
      <w:r>
        <w:rPr>
          <w:b/>
        </w:rPr>
        <w:t xml:space="preserve">[14:50] </w:t>
      </w:r>
      <w:r>
        <w:t>Yeh duniya hi nahi rahe gi. Dekhein, yeh bohat zyada sochne ki baat hai.</w:t>
      </w:r>
    </w:p>
    <w:p>
      <w:pPr>
        <w:jc w:val="right"/>
      </w:pPr>
      <w:r>
        <w:t>یہ دنیا ہی نہیں رہے گی۔ دیکھیں، یہ بہت زیادہ سوچنے کی بات ہے۔</w:t>
      </w:r>
    </w:p>
    <w:p>
      <w:r>
        <w:rPr>
          <w:b/>
        </w:rPr>
        <w:t xml:space="preserve">[14:57] </w:t>
      </w:r>
      <w:r>
        <w:t>aaj mein soch raha tha</w:t>
      </w:r>
    </w:p>
    <w:p>
      <w:pPr>
        <w:jc w:val="right"/>
      </w:pPr>
      <w:r>
        <w:t>آج میں سوچ رہا تھا</w:t>
      </w:r>
    </w:p>
    <w:p>
      <w:r>
        <w:rPr>
          <w:b/>
        </w:rPr>
        <w:t xml:space="preserve">[15:01] </w:t>
      </w:r>
      <w:r>
        <w:t>aur mein ne do page ka aik article bhi likha ke dekhiye, hum aap jo hain, hamari aap ki aik being hai, aik wajood hai hamara ke hamare paas aik body hai, hum chalte hain,</w:t>
      </w:r>
    </w:p>
    <w:p>
      <w:pPr>
        <w:jc w:val="right"/>
      </w:pPr>
      <w:r>
        <w:t>اور میں نے دو پیج کا ایک آرٹیکل بھی لکھا کہ دیکھیے، ہم آپ جو ہیں، ہماری آپ کی ایک بینگ ہے، ایک وجود ہے ہمارا کہ ہمارے پاس ایک باڈی ہے، ہم چلتے ہیں،</w:t>
      </w:r>
    </w:p>
    <w:p>
      <w:r>
        <w:rPr>
          <w:b/>
        </w:rPr>
        <w:t xml:space="preserve">[15:17] </w:t>
      </w:r>
      <w:r>
        <w:t>hum dekhte hain, hum suntay hain, hum digest kartay hain. isi ko mein aik being keh raha hoon, aik wajood, aik insani hasti.</w:t>
      </w:r>
    </w:p>
    <w:p>
      <w:pPr>
        <w:jc w:val="right"/>
      </w:pPr>
      <w:r>
        <w:t>ہم دیکھتے ہیں، ہم سنتے ہیں، ہم ڈائجسٹ کرتے ہیں۔ اسی کو میں ایک بینگ کہہ رہا ہوں، ایک وجود، ایک انسانی ہستی۔</w:t>
      </w:r>
    </w:p>
    <w:p>
      <w:r>
        <w:rPr>
          <w:b/>
        </w:rPr>
        <w:t xml:space="preserve">[15:29] </w:t>
      </w:r>
      <w:r>
        <w:t>to aik insani hasti ke sath is dunya mein hum hain. to apparently aisa maloom hota hai ke insaan aik complete hasti hai.</w:t>
      </w:r>
    </w:p>
    <w:p>
      <w:pPr>
        <w:jc w:val="right"/>
      </w:pPr>
      <w:r>
        <w:t>تو ایک انسانی ہستی کے ساتھ اس دنیا میں ہم ہیں۔ تو اپیرنٹلی ایسا معلوم ہوتا ہے کہ انسان ایک کمپلیٹ ہستی ہے۔</w:t>
      </w:r>
    </w:p>
    <w:p>
      <w:r>
        <w:rPr>
          <w:b/>
        </w:rPr>
        <w:t xml:space="preserve">[15:42] </w:t>
      </w:r>
      <w:r>
        <w:t>kyunke hum dekhte hain ke hum sab kuch kar rahay hain, sab kuch hamara kaam chala ja raha hai. hum pani chahtay hain to hum pani pee letay hain, khana chahtay hain to khana kha letay hain.</w:t>
      </w:r>
    </w:p>
    <w:p>
      <w:pPr>
        <w:jc w:val="right"/>
      </w:pPr>
      <w:r>
        <w:t>کیونکہ ہم دیکھتے ہیں کہ ہم سب کچھ کر رہے ہیں، سب کچھ ہمارا کام چلا جا رہا ہے۔ ہم پانی چاہتے ہیں تو ہم پانی پی لیتے ہیں، کھانا چاہتے ہیں تو کھانا کھا لیتے ہیں۔</w:t>
      </w:r>
    </w:p>
    <w:p>
      <w:r>
        <w:rPr>
          <w:b/>
        </w:rPr>
        <w:t xml:space="preserve">[15:54] </w:t>
      </w:r>
      <w:r>
        <w:t>lekin yeh hai nahin. hum complete hasti nahin hain. hamari jo being hai, hamari jo hasti hai, woh complete nahin hai.</w:t>
      </w:r>
    </w:p>
    <w:p>
      <w:pPr>
        <w:jc w:val="right"/>
      </w:pPr>
      <w:r>
        <w:t>لیکن یہ ہے نہیں۔ ہم کمپلیٹ ہستی نہیں ہیں۔ ہماری جو بینگ ہے، ہماری جو ہستی ہے، وہ کمپلیٹ نہیں ہے۔</w:t>
      </w:r>
    </w:p>
    <w:p>
      <w:r>
        <w:rPr>
          <w:b/>
        </w:rPr>
        <w:t xml:space="preserve">[16:07] </w:t>
      </w:r>
      <w:r>
        <w:t>woh incomplete hai. kyun? incomplete is liye hai ke hum hum ko pyas lagti hai, hum pani peena chahtay hain.</w:t>
      </w:r>
    </w:p>
    <w:p>
      <w:pPr>
        <w:jc w:val="right"/>
      </w:pPr>
      <w:r>
        <w:t>وہ ان کمپلیٹ ہے۔ کیوں؟ ان کمپلیٹ اس لیے ہے کہ ہم ہم کو پیاس لگتی ہے، ہم پانی پینا چاہتے ہیں۔</w:t>
      </w:r>
    </w:p>
    <w:p>
      <w:r>
        <w:rPr>
          <w:b/>
        </w:rPr>
        <w:t xml:space="preserve">[16:19] </w:t>
      </w:r>
      <w:r>
        <w:t>lekin pani to hum se bahar hai, hamaray andar to hai hi nahin.</w:t>
      </w:r>
    </w:p>
    <w:p>
      <w:pPr>
        <w:jc w:val="right"/>
      </w:pPr>
      <w:r>
        <w:t>لیکن پانی تو ہم سے باہر ہے، ہمارے اندر تو ہے ہی نہیں۔</w:t>
      </w:r>
    </w:p>
    <w:p>
      <w:r>
        <w:rPr>
          <w:b/>
        </w:rPr>
        <w:t xml:space="preserve">[16:24] </w:t>
      </w:r>
      <w:r>
        <w:t>to bahar se pani supply ho to pani milay ga, nahin to hum pyas lagi rahay gi, hum pani nahin paein gay. to bahar se pani supply hota hai, tab ko pani milta hai.</w:t>
      </w:r>
    </w:p>
    <w:p>
      <w:pPr>
        <w:jc w:val="right"/>
      </w:pPr>
      <w:r>
        <w:t>تو باہر سے پانی سپلائی ہو تو پانی ملے گا، نہیں تو ہم پیاس لگی رہے گی، ہم پانی نہیں پائیں گے۔ تو باہر سے پانی سپلائی ہوتا ہے، تب کو پانی ملتا ہے۔</w:t>
      </w:r>
    </w:p>
    <w:p>
      <w:r>
        <w:rPr>
          <w:b/>
        </w:rPr>
        <w:t xml:space="preserve">[16:37] </w:t>
      </w:r>
      <w:r>
        <w:t>aisi hamaray pas aankh hai, hum aankh se aap dekh saktay hain. lekin bahar se jab light ati hai, tab aap dekh saktay hain.</w:t>
      </w:r>
    </w:p>
    <w:p>
      <w:pPr>
        <w:jc w:val="right"/>
      </w:pPr>
      <w:r>
        <w:t>ایسی ہمارے پاس آنکھ ہے، ہم آنکھ سے آپ دیکھ سکتے ہیں۔ لیکن باہر سے جب لائٹ آتی ہے، تب آپ دیکھ سکتے ہیں۔</w:t>
      </w:r>
    </w:p>
    <w:p>
      <w:r>
        <w:rPr>
          <w:b/>
        </w:rPr>
        <w:t xml:space="preserve">[16:47] </w:t>
      </w:r>
      <w:r>
        <w:t>bahar se light na aa rahi ho to aankh bhi hogi, hum kuch bhi dekhein gay nahin.</w:t>
      </w:r>
    </w:p>
    <w:p>
      <w:pPr>
        <w:jc w:val="right"/>
      </w:pPr>
      <w:r>
        <w:t>باہر سے لائٹ نہ آ رہی ہو تو آنکھ بھی ہوگی، ہم کچھ بھی دیکھیں گے نہیں۔</w:t>
      </w:r>
    </w:p>
    <w:p>
      <w:r>
        <w:rPr>
          <w:b/>
        </w:rPr>
        <w:t xml:space="preserve">[16:54] </w:t>
      </w:r>
      <w:r>
        <w:t>aisay hi hamaray pas paon hai, hum chalte hain, hum hum samajhtay hain ke bas hum hamein hum is ko for guaranteed le letay hain ke paon hai to hum chal rahay hain.</w:t>
      </w:r>
    </w:p>
    <w:p>
      <w:pPr>
        <w:jc w:val="right"/>
      </w:pPr>
      <w:r>
        <w:t>ایسے ہی ہمارے پاس پاؤں ہے، ہم چلتے ہیں، ہم ہم سمجھتے ہیں کہ بس ہم ہمیں ہم اس کو فار گارنٹیڈ لے لیتے ہیں کہ پاؤں ہے تو ہم چل رہے ہیں۔</w:t>
      </w:r>
    </w:p>
    <w:p>
      <w:r>
        <w:rPr>
          <w:b/>
        </w:rPr>
        <w:t xml:space="preserve">[17:05] </w:t>
      </w:r>
      <w:r>
        <w:t>aisa nahin hai. chalne ke liye aik condition hai. woh kya? aik aisa planet, earth like planet, jis ke andar bohat hi balanced way mein gravity ho.</w:t>
      </w:r>
    </w:p>
    <w:p>
      <w:pPr>
        <w:jc w:val="right"/>
      </w:pPr>
      <w:r>
        <w:t>ایسا نہیں ہے۔ چلنے کے لیے ایک کنڈیشن ہے۔ وہ کیا؟ ایک ایسا پلینٹ، ارتھ لائک پلینٹ، جس کے اندر بہت ہی بیلنسڈ وے میں گریویٹی ہو۔</w:t>
      </w:r>
    </w:p>
    <w:p>
      <w:r>
        <w:rPr>
          <w:b/>
        </w:rPr>
        <w:t xml:space="preserve">[17:19] </w:t>
      </w:r>
      <w:r>
        <w:t>hamari zameen ki jo gravity hai, bohat hi ziyada balanced way mein hai.</w:t>
      </w:r>
    </w:p>
    <w:p>
      <w:pPr>
        <w:jc w:val="right"/>
      </w:pPr>
      <w:r>
        <w:t>ہماری زمین کی جو گریویٹی ہے، بہت ہی زیادہ بیلنسڈ وے میں ہے۔</w:t>
      </w:r>
    </w:p>
    <w:p>
      <w:r>
        <w:rPr>
          <w:b/>
        </w:rPr>
        <w:t xml:space="preserve">[17:24] </w:t>
      </w:r>
      <w:r>
        <w:t>tab hum chal paatay hain, nahin to hum chal nahin sakay. yani jo gravitational pull zameen mein hai, woh barh jaye, tab bhi nahin chal sakay gay.</w:t>
      </w:r>
    </w:p>
    <w:p>
      <w:pPr>
        <w:jc w:val="right"/>
      </w:pPr>
      <w:r>
        <w:t>تب ہم چل پاتے ہیں، نہیں تو ہم چل نہیں سکیں۔ یعنی جو گریویٹیشنل پل زمین میں ہے، وہ بڑھ جائے، تب بھی نہیں چل سکیں گے۔</w:t>
      </w:r>
    </w:p>
    <w:p>
      <w:r>
        <w:rPr>
          <w:b/>
        </w:rPr>
        <w:t xml:space="preserve">[17:33] </w:t>
      </w:r>
      <w:r>
        <w:t>ghat jaye, tab bhi nahin chal sakay gay. aur gravity na ho, tab bhi nahin chal sakay gay. yani teen position hain. ya to zameen ki gravity barh jaye, ya zameen ki gravity ghat jaye, ya zameen mein gravity hi na rahay.</w:t>
      </w:r>
    </w:p>
    <w:p>
      <w:pPr>
        <w:jc w:val="right"/>
      </w:pPr>
      <w:r>
        <w:t>گھٹ جائے، تب بھی نہیں چل سکیں گے۔ اور گریویٹی نہ ہو، تب بھی نہیں چل سکیں گے۔ یعنی تین پوزیشن ہیں۔ یا تو زمین کی گریویٹی بڑھ جائے، یا زمین کی گریویٹی گھٹ جائے، یا زمین میں گریویٹی ہی نہ رہے۔</w:t>
      </w:r>
    </w:p>
    <w:p>
      <w:r>
        <w:rPr>
          <w:b/>
        </w:rPr>
        <w:t xml:space="preserve">[17:50] </w:t>
      </w:r>
      <w:r>
        <w:t>teenon position mein hum chal nahin saktay.</w:t>
      </w:r>
    </w:p>
    <w:p>
      <w:pPr>
        <w:jc w:val="right"/>
      </w:pPr>
      <w:r>
        <w:t>تینوں پوزیشن میں ہم چل نہیں سکتے۔</w:t>
      </w:r>
    </w:p>
    <w:p>
      <w:r>
        <w:rPr>
          <w:b/>
        </w:rPr>
        <w:t xml:space="preserve">[17:53] </w:t>
      </w:r>
      <w:r>
        <w:t>paon hoga, tab bhi nahin. aisay hi aap dekhiye, hamaray pas kaan hai, hum suntay hain. hum use to ho gaye hain, hum for guaranteed letay rehtay hain ke bas kaan hai to sun rahay hain.</w:t>
      </w:r>
    </w:p>
    <w:p>
      <w:pPr>
        <w:jc w:val="right"/>
      </w:pPr>
      <w:r>
        <w:t>پاؤں ہوگا، تب بھی نہیں۔ ایسے ہی آپ دیکھیے، ہمارے پاس کان ہے، ہم سنتے ہیں۔ ہم یوز ٹو ہو گئے ہیں، ہم فار گارنٹیڈ لیتے رہتے ہیں کہ بس کان ہے تو سن رہے ہیں۔</w:t>
      </w:r>
    </w:p>
    <w:p>
      <w:r>
        <w:rPr>
          <w:b/>
        </w:rPr>
        <w:t xml:space="preserve">[18:06] </w:t>
      </w:r>
      <w:r>
        <w:t>halankay aisa nahin hai. hawa chahiye. hawa se aap ki awaz mujh tak pohanchti hai. aap ki awaz jo hai, woh woh hawa mein wave paida karti hai.</w:t>
      </w:r>
    </w:p>
    <w:p>
      <w:pPr>
        <w:jc w:val="right"/>
      </w:pPr>
      <w:r>
        <w:t>حالانکہ ایسا نہیں ہے۔ ہوا چاہیے۔ ہوا سے آپ کی آواز مجھ تک پہنچتی ہے۔ آپ کی آواز جو ہے، وہ وہ ہوا میں ویز پیدا کرتی ہے۔</w:t>
      </w:r>
    </w:p>
    <w:p>
      <w:r>
        <w:rPr>
          <w:b/>
        </w:rPr>
        <w:t xml:space="preserve">[18:21] </w:t>
      </w:r>
      <w:r>
        <w:t>woh wave meray kaanon tak ati hain.</w:t>
      </w:r>
    </w:p>
    <w:p>
      <w:pPr>
        <w:jc w:val="right"/>
      </w:pPr>
      <w:r>
        <w:t>وہ ویز میرے کانوں تک آتی ہیں۔</w:t>
      </w:r>
    </w:p>
    <w:p>
      <w:r>
        <w:rPr>
          <w:b/>
        </w:rPr>
        <w:t xml:space="preserve">[18:23] </w:t>
      </w:r>
      <w:r>
        <w:t>to agar hawa na ho to mein kaan hoga meray pas, ab mein mein sun nahin sakoon ga. to aaj mein soch raha tha ke kaisa aik anokha waqt anay wala hai.</w:t>
      </w:r>
    </w:p>
    <w:p>
      <w:pPr>
        <w:jc w:val="right"/>
      </w:pPr>
      <w:r>
        <w:t>تو اگر ہوا نہ ہو تو میں کان ہوگا میرے پاس، اب میں میں سن نہیں سکوں گا۔ تو آج میں سوچ رہا تھا کہ کیسا ایک انوکھا وقت آنے والا ہے۔</w:t>
      </w:r>
    </w:p>
    <w:p>
      <w:r>
        <w:rPr>
          <w:b/>
        </w:rPr>
        <w:t xml:space="preserve">[18:37] </w:t>
      </w:r>
      <w:r>
        <w:t>kaisa anokha moment samnay anay wala hai har aik ke liye. yani mein aisay hi hoon ga jaisa ke aaj mein hoon. hath, paon, kaan, aankh, naak, sab kuch.</w:t>
      </w:r>
    </w:p>
    <w:p>
      <w:pPr>
        <w:jc w:val="right"/>
      </w:pPr>
      <w:r>
        <w:t>کیسا انوکھا مومنٹ سامنے آنے والا ہے ہر ایک کے لیے۔ یعنی میں ایسے ہی ہوں گا جیسا کہ آج میں ہوں۔ ہاتھ، پاؤں، کان، آنکھ، ناک، سب کچھ۔</w:t>
      </w:r>
    </w:p>
    <w:p>
      <w:r>
        <w:rPr>
          <w:b/>
        </w:rPr>
        <w:t xml:space="preserve">[18:47] </w:t>
      </w:r>
      <w:r>
        <w:t>lekin maut hum ko kahin aur pohancha de gi.</w:t>
      </w:r>
    </w:p>
    <w:p>
      <w:pPr>
        <w:jc w:val="right"/>
      </w:pPr>
      <w:r>
        <w:t>لیکن موت ہم کو کہیں اور پہنچا دے گی۔</w:t>
      </w:r>
    </w:p>
    <w:p>
      <w:r>
        <w:rPr>
          <w:b/>
        </w:rPr>
        <w:t xml:space="preserve">[18:53] </w:t>
      </w:r>
      <w:r>
        <w:t>maut kya hai? maut ka matlab hai planet earth jo hai, wahan se hum ko nikaal diya jaye aur kahin aur pohancha diya jaye. to wahan par mein aisay hi hoon ga jaisa ke aaj hoon.</w:t>
      </w:r>
    </w:p>
    <w:p>
      <w:pPr>
        <w:jc w:val="right"/>
      </w:pPr>
      <w:r>
        <w:t>موت کیا ہے؟ موت کا مطلب ہے پلینٹ ارتھ جو ہے، وہاں سے ہم کو نکال دیا جائے اور کہیں اور پہنچا دیا جائے۔ تو وہاں پر میں ایسے ہی ہوں گا جیسا کہ آج ہوں۔</w:t>
      </w:r>
    </w:p>
    <w:p>
      <w:r>
        <w:rPr>
          <w:b/>
        </w:rPr>
        <w:t xml:space="preserve">[19:05] </w:t>
      </w:r>
      <w:r>
        <w:t>lekin wahan par light nahin hogi ke hum dekhein. wahan hawa nahin hogi ke hum kisi ki awaz ko sunayen. wahan is tarah ki gravity nahin hogi jaisay ke yahan hai.</w:t>
      </w:r>
    </w:p>
    <w:p>
      <w:pPr>
        <w:jc w:val="right"/>
      </w:pPr>
      <w:r>
        <w:t>لیکن وہاں پر لائٹ نہیں ہوگی کہ ہم دیکھیں۔ وہاں ہوا نہیں ہوگی کہ ہم کسی کی آواز کو سنیں۔ وہاں اس طرح کی گریویٹی نہیں ہوگی جیسے کہ یہاں ہے۔</w:t>
      </w:r>
    </w:p>
    <w:p>
      <w:r>
        <w:rPr>
          <w:b/>
        </w:rPr>
        <w:t xml:space="preserve">[19:17] </w:t>
      </w:r>
      <w:r>
        <w:t>to hum chal bhi nahin sakay gay theek se.</w:t>
      </w:r>
    </w:p>
    <w:p>
      <w:pPr>
        <w:jc w:val="right"/>
      </w:pPr>
      <w:r>
        <w:t>تو ہم چل بھی نہیں سکیں گے ٹھیک سے۔</w:t>
      </w:r>
    </w:p>
    <w:p>
      <w:r>
        <w:rPr>
          <w:b/>
        </w:rPr>
        <w:t xml:space="preserve">[19:21] </w:t>
      </w:r>
      <w:r>
        <w:t>wahan food nahin hoga to hum apni bhookh bhi nahin mita sakay gay. pani bhi nahin hoga ke hum pyas mita sakay gay.</w:t>
      </w:r>
    </w:p>
    <w:p>
      <w:pPr>
        <w:jc w:val="right"/>
      </w:pPr>
      <w:r>
        <w:t>وہاں فوڈ نہیں ہوگا تو ہم اپنی بھوک بھی نہیں مٹا سکیں گے۔ پانی بھی نہیں ہوگا کہ ہم پیاس مٹا سکیں۔</w:t>
      </w:r>
    </w:p>
    <w:p>
      <w:r>
        <w:rPr>
          <w:b/>
        </w:rPr>
        <w:t xml:space="preserve">[19:31] </w:t>
      </w:r>
      <w:r>
        <w:t>to mein aise hi hoon ga jaisa ke aaj hoon. apni sari need ke sath. lekin life support system nahi hoga.</w:t>
      </w:r>
    </w:p>
    <w:p>
      <w:pPr>
        <w:jc w:val="right"/>
      </w:pPr>
      <w:r>
        <w:t>تو میں ایسے ہی ہوں گا جیسا کہ آج ہوں۔ اپنی ساری نیڈ کے ساتھ۔ لیکن لائف سپورٹ سسٹم نہیں ہوگا۔</w:t>
      </w:r>
    </w:p>
    <w:p>
      <w:r>
        <w:rPr>
          <w:b/>
        </w:rPr>
        <w:t xml:space="preserve">[19:41] </w:t>
      </w:r>
      <w:r>
        <w:t>hamare bahir woh tamam cheezein nahi hongi.</w:t>
      </w:r>
    </w:p>
    <w:p>
      <w:pPr>
        <w:jc w:val="right"/>
      </w:pPr>
      <w:r>
        <w:t>ہمارے باہر وہ تمام چیزیں نہیں ہوں گی۔</w:t>
      </w:r>
    </w:p>
    <w:p>
      <w:r>
        <w:rPr>
          <w:b/>
        </w:rPr>
        <w:t xml:space="preserve">[19:44] </w:t>
      </w:r>
      <w:r>
        <w:t>to kaisa ek, yaani kitna terrible yeh hai</w:t>
      </w:r>
    </w:p>
    <w:p>
      <w:pPr>
        <w:jc w:val="right"/>
      </w:pPr>
      <w:r>
        <w:t>تو کیسا ایک، یعنی کتنا ٹریبل یہ ہے</w:t>
      </w:r>
    </w:p>
    <w:p>
      <w:r>
        <w:rPr>
          <w:b/>
        </w:rPr>
        <w:t xml:space="preserve">[19:51] </w:t>
      </w:r>
      <w:r>
        <w:t>yeh baat. yeh soch kar ke aadmi bilkul hil jata hai. kya bhai maut aayi to kya hoga?</w:t>
      </w:r>
    </w:p>
    <w:p>
      <w:pPr>
        <w:jc w:val="right"/>
      </w:pPr>
      <w:r>
        <w:t>یہ بات۔ یہ سوچ کر کے آدمی بالکل ہل جاتا ہے۔ کیا بھئی موت آئی تو کیا ہوگا؟</w:t>
      </w:r>
    </w:p>
    <w:p>
      <w:r>
        <w:rPr>
          <w:b/>
        </w:rPr>
        <w:t xml:space="preserve">[20:02] </w:t>
      </w:r>
      <w:r>
        <w:t>sab kuch nahi hoga. plus relatives nahi honge, friend nahi honge, saathi nahi honge, kuch bhi nahi hoga.</w:t>
      </w:r>
    </w:p>
    <w:p>
      <w:pPr>
        <w:jc w:val="right"/>
      </w:pPr>
      <w:r>
        <w:t>سب کچھ نہیں ہوگا۔ پلس ریلیٹوز نہیں ہوں گے، فرینڈ نہیں ہوں گے، ساتھی نہیں ہوں گے، کچھ بھی نہیں ہوگا۔</w:t>
      </w:r>
    </w:p>
    <w:p>
      <w:r>
        <w:rPr>
          <w:b/>
        </w:rPr>
        <w:t xml:space="preserve">[20:14] </w:t>
      </w:r>
      <w:r>
        <w:t>wal qad jaitumuna furada ke insaan as an individual wahan pohnche ga. Khuda ke haan. yahan kya hain?</w:t>
      </w:r>
    </w:p>
    <w:p>
      <w:pPr>
        <w:jc w:val="right"/>
      </w:pPr>
      <w:r>
        <w:t>ولقد جئتمونا فرادا کہ انسان ایز این انڈیویجول وہاں پہنچے گا۔ خدا کے ہاں۔ یہاں کیا ہیں؟</w:t>
      </w:r>
    </w:p>
    <w:p>
      <w:r>
        <w:rPr>
          <w:b/>
        </w:rPr>
        <w:t xml:space="preserve">[20:22] </w:t>
      </w:r>
      <w:r>
        <w:t>hum society mein hain. yahan pe hum ek society mein hain.</w:t>
      </w:r>
    </w:p>
    <w:p>
      <w:pPr>
        <w:jc w:val="right"/>
      </w:pPr>
      <w:r>
        <w:t>ہم سوسائٹی میں ہیں۔ یہاں پہ ہم ایک سوسائٹی میں ہیں۔</w:t>
      </w:r>
    </w:p>
    <w:p>
      <w:r>
        <w:rPr>
          <w:b/>
        </w:rPr>
        <w:t xml:space="preserve">[20:31] </w:t>
      </w:r>
      <w:r>
        <w:t>yahan par ek ek administration hai. yahan par laws hain. yahan par bohat sari cheezein hain.</w:t>
      </w:r>
    </w:p>
    <w:p>
      <w:pPr>
        <w:jc w:val="right"/>
      </w:pPr>
      <w:r>
        <w:t>یہاں پر ایک ایک ایڈمنسٹریشن ہے۔ یہاں پر لاز ہیں۔ یہاں پر بہت ساری چیزیں ہیں۔</w:t>
      </w:r>
    </w:p>
    <w:p>
      <w:r>
        <w:rPr>
          <w:b/>
        </w:rPr>
        <w:t xml:space="preserve">[20:45] </w:t>
      </w:r>
      <w:r>
        <w:t>life support system hai.</w:t>
      </w:r>
    </w:p>
    <w:p>
      <w:pPr>
        <w:jc w:val="right"/>
      </w:pPr>
      <w:r>
        <w:t>لائف سپورٹ سسٹم ہے۔</w:t>
      </w:r>
    </w:p>
    <w:p>
      <w:r>
        <w:rPr>
          <w:b/>
        </w:rPr>
        <w:t xml:space="preserve">[20:49] </w:t>
      </w:r>
      <w:r>
        <w:t>lekin jaise hi death aayi aadmi ki to phir yeh aadmi jo hai is planet earth se nikal kar kahin aur pohncha diya gaya.</w:t>
      </w:r>
    </w:p>
    <w:p>
      <w:pPr>
        <w:jc w:val="right"/>
      </w:pPr>
      <w:r>
        <w:t>لیکن جیسے ہی ڈیتھ آئی آدمی کی تو پھر یہ آدمی جو ہے اس پلینٹ ارتھ سے نکال کر کہیں اور پہنچا دیا گیا۔</w:t>
      </w:r>
    </w:p>
    <w:p>
      <w:r>
        <w:rPr>
          <w:b/>
        </w:rPr>
        <w:t xml:space="preserve">[21:00] </w:t>
      </w:r>
      <w:r>
        <w:t>jahan in cheezon mein se koi cheez nahi jis ko hum enjoy karte hain raat din yahan par. ab enjoy karte karte hum used to ho gaye hain.</w:t>
      </w:r>
    </w:p>
    <w:p>
      <w:pPr>
        <w:jc w:val="right"/>
      </w:pPr>
      <w:r>
        <w:t>جہاں ان چیزوں میں سے کوئی چیز نہیں جس کو ہم انجوائے کرتے ہیں رات دن یہاں پر۔ اب انجوائے کرتے کرتے ہم یوز ٹو ہو گئے ہیں۔</w:t>
      </w:r>
    </w:p>
    <w:p>
      <w:r>
        <w:rPr>
          <w:b/>
        </w:rPr>
        <w:t xml:space="preserve">[21:10] </w:t>
      </w:r>
      <w:r>
        <w:t>to mein ne socha ke kitna, yaani terrible hai yeh sochna ke achaanak ek moment mein ek aisa time aa jaye ga ke kuch aage hai na peechay hai na daayein hai na baayein hai.</w:t>
      </w:r>
    </w:p>
    <w:p>
      <w:pPr>
        <w:jc w:val="right"/>
      </w:pPr>
      <w:r>
        <w:t>تو میں نے سوچا کہ کتنا، یعنی ٹریبل ہے یہ سوچنا کہ اچانک ایک مومنٹ میں ایک ایسا ٹائم آ جائے گا کہ کچھ آگے ہے نہ پیچھے ہے نہ دائیں ہے نہ بائیں ہے۔</w:t>
      </w:r>
    </w:p>
    <w:p>
      <w:r>
        <w:rPr>
          <w:b/>
        </w:rPr>
        <w:t xml:space="preserve">[21:28] </w:t>
      </w:r>
      <w:r>
        <w:t>to jis ko batane ke liye prophet aate hain. aur prophet jo hai woh, yaani to the last extent woh sari baat keh daalte hain.</w:t>
      </w:r>
    </w:p>
    <w:p>
      <w:pPr>
        <w:jc w:val="right"/>
      </w:pPr>
      <w:r>
        <w:t>تو جس کو بتانے کے لیے پرافٹ آتے ہیں۔ اور پرافٹ جو ہے وہ، یعنی ٹو دا لاسٹ ایکسٹینٹ وہ ساری بات کہہ ڈالتے ہیں۔</w:t>
      </w:r>
    </w:p>
    <w:p>
      <w:r>
        <w:rPr>
          <w:b/>
        </w:rPr>
        <w:t xml:space="preserve">[21:43] </w:t>
      </w:r>
      <w:r>
        <w:t>to jis ke dil mein kuch hota hai woh maan leta hai. maan kar ke woh prophet ke saathi ban jata hai.</w:t>
      </w:r>
    </w:p>
    <w:p>
      <w:pPr>
        <w:jc w:val="right"/>
      </w:pPr>
      <w:r>
        <w:t>تو جس کے دل میں کچھ ہوتا ہے وہ مان لیتا ہے۔ مان کر کے وہ پرافٹ کے ساتھی بن جاتا ہے۔</w:t>
      </w:r>
    </w:p>
    <w:p>
      <w:r>
        <w:rPr>
          <w:b/>
        </w:rPr>
        <w:t xml:space="preserve">[21:54] </w:t>
      </w:r>
      <w:r>
        <w:t>aur us ko salvation ka right mil jata hai.</w:t>
      </w:r>
    </w:p>
    <w:p>
      <w:pPr>
        <w:jc w:val="right"/>
      </w:pPr>
      <w:r>
        <w:t>اور اس کو سالویشن کا رائٹ مل جاتا ہے۔</w:t>
      </w:r>
    </w:p>
    <w:p>
      <w:r>
        <w:rPr>
          <w:b/>
        </w:rPr>
        <w:t xml:space="preserve">[21:58] </w:t>
      </w:r>
      <w:r>
        <w:t>lekin jo log na maane, yaani prophet ke level par baat kahi gayi. prophet ke level par sari baat us ke samne rakh di gayi.</w:t>
      </w:r>
    </w:p>
    <w:p>
      <w:pPr>
        <w:jc w:val="right"/>
      </w:pPr>
      <w:r>
        <w:t>لیکن جو لوگ نہ مانے، یعنی پرافٹ کے لیول پر بات کہی گئی۔ پرافٹ کے لیول پر ساری بات اس کے سامنے رکھ دی گئی۔</w:t>
      </w:r>
    </w:p>
    <w:p>
      <w:r>
        <w:rPr>
          <w:b/>
        </w:rPr>
        <w:t xml:space="preserve">[22:09] </w:t>
      </w:r>
      <w:r>
        <w:t>tab bhi us ne nahi maana. tab bhi refuse karta raha woh. to phir us ne justification khod diya ke is duniya mein rahe. dekhein, is duniya mein rehne ka hamein kya justification hai?</w:t>
      </w:r>
    </w:p>
    <w:p>
      <w:pPr>
        <w:jc w:val="right"/>
      </w:pPr>
      <w:r>
        <w:t>تب بھی اس نے نہیں مانا۔ تب بھی ریفیوز کرتا رہا وہ۔ تو پھر اس نے جسٹیفیکیشن کھود دیا کہ اس دنیا میں رہے۔ دیکھیں، اس دنیا میں رہنے کا ہمیں کیا جسٹیفیکیشن ہے؟</w:t>
      </w:r>
    </w:p>
    <w:p>
      <w:r>
        <w:rPr>
          <w:b/>
        </w:rPr>
        <w:t xml:space="preserve">[22:22] </w:t>
      </w:r>
      <w:r>
        <w:t>hum test ke liye hain.</w:t>
      </w:r>
    </w:p>
    <w:p>
      <w:pPr>
        <w:jc w:val="right"/>
      </w:pPr>
      <w:r>
        <w:t>ہم ٹیسٹ کے لیے ہیں۔</w:t>
      </w:r>
    </w:p>
    <w:p>
      <w:r>
        <w:rPr>
          <w:b/>
        </w:rPr>
        <w:t xml:space="preserve">[22:25] </w:t>
      </w:r>
      <w:r>
        <w:t>jab ek student jo hai examination hall mein jata hai to wahan par table hai, wahan par chair hai, wahan par bohat si cheezein hoti hain, light bhi hai.</w:t>
      </w:r>
    </w:p>
    <w:p>
      <w:pPr>
        <w:jc w:val="right"/>
      </w:pPr>
      <w:r>
        <w:t>جب ایک اسٹوڈنٹ جو ہے ایگزامینیشن ہال میں جاتا ہے تو وہاں پر ٹیبل ہے، وہاں پر چیئر ہے، وہاں پر بہت سی چیزیں ہوتی ہیں، لائٹ بھی ہے۔</w:t>
      </w:r>
    </w:p>
    <w:p>
      <w:r>
        <w:rPr>
          <w:b/>
        </w:rPr>
        <w:t xml:space="preserve">[22:39] </w:t>
      </w:r>
      <w:r>
        <w:t>to yeh kyun hai? is ke right ke tor par nahi hai. right ke tor par nahi hai.</w:t>
      </w:r>
    </w:p>
    <w:p>
      <w:pPr>
        <w:jc w:val="right"/>
      </w:pPr>
      <w:r>
        <w:t>تو یہ کیوں ہے؟ اس کے رائٹ کے طور پر نہیں ہے۔ رائٹ کے طور پر نہیں ہے۔</w:t>
      </w:r>
    </w:p>
    <w:p>
      <w:r>
        <w:rPr>
          <w:b/>
        </w:rPr>
        <w:t xml:space="preserve">[22:47] </w:t>
      </w:r>
      <w:r>
        <w:t>woh hai, yaani kyunke us ko test dena hai. test dene ke liye kuch saman chahiye.</w:t>
      </w:r>
    </w:p>
    <w:p>
      <w:pPr>
        <w:jc w:val="right"/>
      </w:pPr>
      <w:r>
        <w:t>وہ ہے، یعنی کیونکہ اس کو ٹیسٹ دینا ہے۔ ٹیسٹ دینے کے لیے کچھ سامان چاہیے۔</w:t>
      </w:r>
    </w:p>
    <w:p>
      <w:r>
        <w:rPr>
          <w:b/>
        </w:rPr>
        <w:t xml:space="preserve">[22:56] </w:t>
      </w:r>
      <w:r>
        <w:t>us ke baghair kaise de ga woh? yeh kursi na ho to baithe kaise? table na ho to apna paper kahan rakhe ga?</w:t>
      </w:r>
    </w:p>
    <w:p>
      <w:pPr>
        <w:jc w:val="right"/>
      </w:pPr>
      <w:r>
        <w:t>اس کے بغیر کیسے دے گا وہ؟ یہ کرسی نہ ہو تو بیٹھے کیسے؟ ٹیبل نہ ہو تو اپنا پیپر کہاں رکھے گا؟</w:t>
      </w:r>
    </w:p>
    <w:p>
      <w:r>
        <w:rPr>
          <w:b/>
        </w:rPr>
        <w:t xml:space="preserve">[23:07] </w:t>
      </w:r>
      <w:r>
        <w:t>aisi sab cheez jo wahan hoti hai.</w:t>
      </w:r>
    </w:p>
    <w:p>
      <w:pPr>
        <w:jc w:val="right"/>
      </w:pPr>
      <w:r>
        <w:t>ایسی سب چیز جو وہاں ہوتی ہے۔</w:t>
      </w:r>
    </w:p>
    <w:p>
      <w:r>
        <w:rPr>
          <w:b/>
        </w:rPr>
        <w:t xml:space="preserve">[23:11] </w:t>
      </w:r>
      <w:r>
        <w:t>to is duniya mein jo kuch bhi hai woh insaan ke liye ek temporary tor par diya gaya hai. achha, jab prophet us ko poori tarah bata de, phir bhi woh surrender na kare, phir bhi woh organ bana rahe hain to us ne justification khod diya.</w:t>
      </w:r>
    </w:p>
    <w:p>
      <w:pPr>
        <w:jc w:val="right"/>
      </w:pPr>
      <w:r>
        <w:t>تو اس دنیا میں جو کچھ بھی ہے وہ انسان کے لیے ایک ٹیمپریری طور پر دیا گیا ہے۔ اچھا، جب پرافٹ اس کو پوری طرح بتا دے، پھر بھی وہ سرینڈر نہ کرے، پھر بھی وہ آرگن بنا رہے ہیں تو اس نے جسٹیفیکیشن کھو دیا۔</w:t>
      </w:r>
    </w:p>
    <w:p>
      <w:r>
        <w:rPr>
          <w:b/>
        </w:rPr>
        <w:t xml:space="preserve">[23:35] </w:t>
      </w:r>
      <w:r>
        <w:t>justification khod</w:t>
      </w:r>
    </w:p>
    <w:p>
      <w:pPr>
        <w:jc w:val="right"/>
      </w:pPr>
      <w:r>
        <w:t>جسٹیفیکیشن کھو</w:t>
      </w:r>
    </w:p>
    <w:p>
      <w:r>
        <w:rPr>
          <w:b/>
        </w:rPr>
        <w:t xml:space="preserve">[23:36] </w:t>
      </w:r>
      <w:r>
        <w:t>diya. to isi kho dene ke baad aata hai woh azab. prophet ke zamanay mein.</w:t>
      </w:r>
    </w:p>
    <w:p>
      <w:pPr>
        <w:jc w:val="right"/>
      </w:pPr>
      <w:r>
        <w:t>دیا۔ تو اسی کھو دینے کے بعد آتا ہے وہ عذاب۔ پرافٹ کے زمانے میں۔</w:t>
      </w:r>
    </w:p>
    <w:p>
      <w:r>
        <w:rPr>
          <w:b/>
        </w:rPr>
        <w:t xml:space="preserve">[23:44] </w:t>
      </w:r>
      <w:r>
        <w:t>to azab aata hai, woh khatam kar diya jata hai. aam insanon ko maut khatam karti hai. prophet ke zamanay mein jo hai azab khatam karta hai.</w:t>
      </w:r>
    </w:p>
    <w:p>
      <w:pPr>
        <w:jc w:val="right"/>
      </w:pPr>
      <w:r>
        <w:t>تو عذاب آتا ہے، وہ ختم کر دیا جاتا ہے۔ عام انسانوں کو موت ختم کرتی ہے۔ پرافٹ کے زمانے میں جو ہے عذاب ختم کرتا ہے۔</w:t>
      </w:r>
    </w:p>
    <w:p>
      <w:r>
        <w:rPr>
          <w:b/>
        </w:rPr>
        <w:t xml:space="preserve">[23:54] </w:t>
      </w:r>
      <w:r>
        <w:t>yeh hota hai. ab prophet ke siwa jab is tarah ki baatein hoti hain, storm hai, earthquake hai, aandhi hai,</w:t>
      </w:r>
    </w:p>
    <w:p>
      <w:pPr>
        <w:jc w:val="right"/>
      </w:pPr>
      <w:r>
        <w:t>یہ ہوتا ہے۔ اب پرافٹ کے سوا جب اس طرح کی باتیں ہوتی ہیں، اسٹارم ہے، ارتھ کویک ہے، آندھی ہے،</w:t>
      </w:r>
    </w:p>
    <w:p>
      <w:r>
        <w:rPr>
          <w:b/>
        </w:rPr>
        <w:t xml:space="preserve">[24:06] </w:t>
      </w:r>
      <w:r>
        <w:t>yeh sab bohat si cheezein is tarah ki hoti rehti hain. woh hoti hain warning ke liye. yani aadmi jaage. aadmi ko jagane ke liye.</w:t>
      </w:r>
    </w:p>
    <w:p>
      <w:pPr>
        <w:jc w:val="right"/>
      </w:pPr>
      <w:r>
        <w:t>یہ سب بہت سی چیزیں اس طرح کی ہوتی رہتی ہیں۔ وہ ہوتی ہیں وارننگ کے لیے۔ یعنی آدمی جاگے۔ آدمی کو جگانے کے لیے۔</w:t>
      </w:r>
    </w:p>
    <w:p>
      <w:r>
        <w:rPr>
          <w:b/>
        </w:rPr>
        <w:t xml:space="preserve">[24:16] </w:t>
      </w:r>
      <w:r>
        <w:t>isko jhanjhorne ke liye. That is a shock treatment yeh sab shock treatment hai yeh.</w:t>
      </w:r>
    </w:p>
    <w:p>
      <w:pPr>
        <w:jc w:val="right"/>
      </w:pPr>
      <w:r>
        <w:t>اس کو جھجوڑنے کے لیے۔ That is a shock treatment یہ سب shock treatment ہے یہ۔</w:t>
      </w:r>
    </w:p>
    <w:p>
      <w:r>
        <w:rPr>
          <w:b/>
        </w:rPr>
        <w:t xml:space="preserve">[24:26] </w:t>
      </w:r>
      <w:r>
        <w:t>yani prophet bol kar aap ko batata hai. yeh sab unspoken language mein batate hain.</w:t>
      </w:r>
    </w:p>
    <w:p>
      <w:pPr>
        <w:jc w:val="right"/>
      </w:pPr>
      <w:r>
        <w:t>یعنی پرافٹ بول کر آپ کو بتاتا ہے۔ یہ سب unspoken language میں بتاتے ہیں۔</w:t>
      </w:r>
    </w:p>
    <w:p>
      <w:r>
        <w:rPr>
          <w:b/>
        </w:rPr>
        <w:t xml:space="preserve">[24:34] </w:t>
      </w:r>
      <w:r>
        <w:t>yeh jo storm hai ya jo earthquake hai, is tarah ki aur jo cheezein hain jo calamities hain, woh unspoken language mein wahi baat bata rahi hain jo prophet spoken language mein batata hai.</w:t>
      </w:r>
    </w:p>
    <w:p>
      <w:pPr>
        <w:jc w:val="right"/>
      </w:pPr>
      <w:r>
        <w:t>یہ جو storm ہے یا جو earthquake ہے، اس طرح کی اور جو چیزیں ہیں جو calamities ہیں، وہ unspoken language میں وہی بات بتا رہی ہیں جو پرافٹ spoken language میں بتاتا ہے۔</w:t>
      </w:r>
    </w:p>
    <w:p>
      <w:r>
        <w:rPr>
          <w:b/>
        </w:rPr>
        <w:t xml:space="preserve">[24:51] </w:t>
      </w:r>
      <w:r>
        <w:t>to isi liye hain woh warning.</w:t>
      </w:r>
    </w:p>
    <w:p>
      <w:pPr>
        <w:jc w:val="right"/>
      </w:pPr>
      <w:r>
        <w:t>تو اسی لیے ہیں وہ warning۔</w:t>
      </w:r>
    </w:p>
    <w:p>
      <w:r>
        <w:rPr>
          <w:b/>
        </w:rPr>
        <w:t xml:space="preserve">[24:57] </w:t>
      </w:r>
      <w:r>
        <w:t>ab azab jo hai, woh azab aaye ga is waqt jab ke dunya ki age khatam ho jaye gi.</w:t>
      </w:r>
    </w:p>
    <w:p>
      <w:pPr>
        <w:jc w:val="right"/>
      </w:pPr>
      <w:r>
        <w:t>اب عذاب جو ہے، وہ عذاب آئے گا اس وقت جب کہ دنیا کی age ختم ہو جائے گی۔</w:t>
      </w:r>
    </w:p>
    <w:p>
      <w:r>
        <w:rPr>
          <w:b/>
        </w:rPr>
        <w:t xml:space="preserve">[25:08] </w:t>
      </w:r>
      <w:r>
        <w:t>to phir azab aaye ga aur sara log is ka, yani is mein halak ho jayen ge. phir aik aur dunya mein woh zinda kiye jayen ge.</w:t>
      </w:r>
    </w:p>
    <w:p>
      <w:pPr>
        <w:jc w:val="right"/>
      </w:pPr>
      <w:r>
        <w:t>تو پھر عذاب آئے گا اور سارا لوگ اس کا، یعنی اس میں ہلاک ہو جائیں گے۔ پھر ایک اور دنیا میں وہ زندہ کیے جائیں گے۔</w:t>
      </w:r>
    </w:p>
    <w:p>
      <w:r>
        <w:rPr>
          <w:b/>
        </w:rPr>
        <w:t xml:space="preserve">[25:20] </w:t>
      </w:r>
      <w:r>
        <w:t>to yeh bohat ziyada zimmedari ki baat hai ke hum aise word bolen jis ka hamein koi right nahi hai. yeh azab hai.</w:t>
      </w:r>
    </w:p>
    <w:p>
      <w:pPr>
        <w:jc w:val="right"/>
      </w:pPr>
      <w:r>
        <w:t>تو یہ بہت زیادہ ذمہ داری کی بات ہے کہ ہم ایسے word بولیں جس کا ہمیں کوئیright نہیں ہے۔ یہ عذاب ہے۔</w:t>
      </w:r>
    </w:p>
    <w:p>
      <w:r>
        <w:rPr>
          <w:b/>
        </w:rPr>
        <w:t xml:space="preserve">[25:33] </w:t>
      </w:r>
      <w:r>
        <w:t>bilkul haq nahi humein. yeh haq to sach poochein to prophet ko bhi nahi hai. ise Khuda janta hai aur Khuda hi is ko batata hai.</w:t>
      </w:r>
    </w:p>
    <w:p>
      <w:pPr>
        <w:jc w:val="right"/>
      </w:pPr>
      <w:r>
        <w:t>بالکل حق نہیں ہمیں۔ یہ حق تو سچ پوچھیں تو پرافٹ کو بھی نہیں ہے۔ اسے خدا جانتا ہے اور خدا ہی اس کو بتاتا ہے۔</w:t>
      </w:r>
    </w:p>
    <w:p>
      <w:r>
        <w:rPr>
          <w:b/>
        </w:rPr>
        <w:t xml:space="preserve">[25:45] </w:t>
      </w:r>
      <w:r>
        <w:t>yani prophet ke zamanay mein bhi Khuda hi batata hai ke ab in ke upar azab aaye ga.</w:t>
      </w:r>
    </w:p>
    <w:p>
      <w:pPr>
        <w:jc w:val="right"/>
      </w:pPr>
      <w:r>
        <w:t>یعنی پرافٹ کے زمانے میں بھی خدا ہی بتاتا ہے کہ اب ان کے اوپر عذاب آئے گا۔</w:t>
      </w:r>
    </w:p>
    <w:p>
      <w:r>
        <w:rPr>
          <w:b/>
        </w:rPr>
        <w:t xml:space="preserve">[25:51] </w:t>
      </w:r>
      <w:r>
        <w:t>quran mein aik jagah hai ke jab woh waqt ho gaya ke un par itmam hujjat ho gaya to Khuda ne angel ke zariye se prophet ko yeh message bheja ke teen din ka aur time hai.</w:t>
      </w:r>
    </w:p>
    <w:p>
      <w:pPr>
        <w:jc w:val="right"/>
      </w:pPr>
      <w:r>
        <w:t>قرآن میں ایک جگہ ہے کہ جب وہ وقت ہو گیا کہ ان پر اتمام مجت ہو گیا تو خدا نے اینجل کے ذریعے سے پرافٹ کو یہ message بھیجا کہ تین دن کا اور ٹائم ہے۔</w:t>
      </w:r>
    </w:p>
    <w:p>
      <w:r>
        <w:rPr>
          <w:b/>
        </w:rPr>
        <w:t xml:space="preserve">[26:09] </w:t>
      </w:r>
      <w:r>
        <w:t>teen din. tawatta'oo fee darikum thalathata ayyam</w:t>
      </w:r>
    </w:p>
    <w:p>
      <w:pPr>
        <w:jc w:val="right"/>
      </w:pPr>
      <w:r>
        <w:t>تین دن۔ تَوَطَّأُوا فِي دَارِكُمْ ثَرَاسْتَ اَيَّامٍ</w:t>
      </w:r>
    </w:p>
    <w:p>
      <w:r>
        <w:rPr>
          <w:b/>
        </w:rPr>
        <w:t xml:space="preserve">[26:15] </w:t>
      </w:r>
      <w:r>
        <w:t>yeh jo dunya tum ko rehne ko di gayi thi jis mein sab kuch tha, pani bhi, khana bhi, aur life support system bhi, yeh sab.</w:t>
      </w:r>
    </w:p>
    <w:p>
      <w:pPr>
        <w:jc w:val="right"/>
      </w:pPr>
      <w:r>
        <w:t>یہ جو دنیا تم کو رہنے کو دی گئی تھی جس میں سب کچھ تھا، پانی بھی، کھانا بھی، اور life support system بھی، یہ سب۔</w:t>
      </w:r>
    </w:p>
    <w:p>
      <w:r>
        <w:rPr>
          <w:b/>
        </w:rPr>
        <w:t xml:space="preserve">[26:25] </w:t>
      </w:r>
      <w:r>
        <w:t>tawatta'oo fee darikum thalathata ayyam ke teen din aur enjoy kar lo, bas. to Khuda ne prophet se kaha aur prophet ne logon ko samne bataya.</w:t>
      </w:r>
    </w:p>
    <w:p>
      <w:pPr>
        <w:jc w:val="right"/>
      </w:pPr>
      <w:r>
        <w:t>تَوَطَّأُوا فِي دَارِكُمْ ثَرَاسْتَ اَيَّامٍ کہ تین دن اور enjoy کر لو، بس۔ تو خدا نے پرافٹ سے کہا اور پرافٹ نے لوگوں کو سامنے بتایا۔</w:t>
      </w:r>
    </w:p>
    <w:p>
      <w:r>
        <w:rPr>
          <w:b/>
        </w:rPr>
        <w:t xml:space="preserve">[26:41] </w:t>
      </w:r>
      <w:r>
        <w:t>to yeh to Khuda prophet ho tab bhi Khuda yeh batata hai ke azab aanay wala hai. prophet khud se nahi keh sakta ke azab aanay wala hai. to teen din ke baad aa gaya aur sab log jo hai halak ho gaye.</w:t>
      </w:r>
    </w:p>
    <w:p>
      <w:pPr>
        <w:jc w:val="right"/>
      </w:pPr>
      <w:r>
        <w:t>تو یہ تو خدا پرافٹ ہو تب بھی خدا یہ بتاتا ہے کہ عذاب آنے والا ہے۔ پرافٹ خود سے نہیں کہہ سکتا کہ عذاب آنے والا ہے۔ تو تین دن کے بعد آ گیا اور سب لوگ جو ہے ہلاک ہو گئے۔</w:t>
      </w:r>
    </w:p>
    <w:p>
      <w:r>
        <w:rPr>
          <w:b/>
        </w:rPr>
        <w:t xml:space="preserve">[26:59] </w:t>
      </w:r>
      <w:r>
        <w:t>to bohat hi ziyada serious baat hai ke aadmi is tarah ki baat bolay.</w:t>
      </w:r>
    </w:p>
    <w:p>
      <w:pPr>
        <w:jc w:val="right"/>
      </w:pPr>
      <w:r>
        <w:t>تو بہت ہی زیادہ serious بات ہے کہ آدمی اس طرح کی بات بولے۔</w:t>
      </w:r>
    </w:p>
    <w:p>
      <w:r>
        <w:rPr>
          <w:b/>
        </w:rPr>
        <w:t xml:space="preserve">[27:07] </w:t>
      </w:r>
      <w:r>
        <w:t>dekhein, mein aik yahan par aik relevant hadith sunana chahoon ga. woh hadith yeh hai ke jab koi shakhs kisi ko kahe ke tum bure ho, tum fasiq ho, tum munafiq ho,</w:t>
      </w:r>
    </w:p>
    <w:p>
      <w:pPr>
        <w:jc w:val="right"/>
      </w:pPr>
      <w:r>
        <w:t>دیکھیں، میں ایک یہاں پر ایک ایک relevant حدیث سنانا چاہوں گا۔ وہ حدیث یہ ہے کہ جب کوئی شخص کسی کو کہے کہ تم برے ہو، تم فاسق ہو، تم منافق ہو،</w:t>
      </w:r>
    </w:p>
    <w:p>
      <w:r>
        <w:rPr>
          <w:b/>
        </w:rPr>
        <w:t xml:space="preserve">[27:34] </w:t>
      </w:r>
      <w:r>
        <w:t>aur woh aadmi aisa na ho to is ka kaha hua kya hai, us ki apni taraf lot aaye ga.</w:t>
      </w:r>
    </w:p>
    <w:p>
      <w:pPr>
        <w:jc w:val="right"/>
      </w:pPr>
      <w:r>
        <w:t>اور وہ آدمی ایسا نہ ہو تو اس کا کہا ہوا کیا ہے، اس کی اپنی طرف لوٹ آئے گا۔</w:t>
      </w:r>
    </w:p>
    <w:p>
      <w:r>
        <w:rPr>
          <w:b/>
        </w:rPr>
        <w:t xml:space="preserve">[27:45] </w:t>
      </w:r>
      <w:r>
        <w:t>yani yeh goya aik boomerang khel hai, boomerang. idhar na jaye ga to idhar aaye ga. to kitna ziyada yeh, yani darne wali baat hai.</w:t>
      </w:r>
    </w:p>
    <w:p>
      <w:pPr>
        <w:jc w:val="right"/>
      </w:pPr>
      <w:r>
        <w:t>یعنی یہ گویا ایک boomerang کھیل ہے، boomerang۔ ادھر نہ جائے گا تو ادھر آئے گا۔ تو کتنا زیادہ یہ، یعنی ڈرنے والی بات ہے۔</w:t>
      </w:r>
    </w:p>
    <w:p>
      <w:r>
        <w:rPr>
          <w:b/>
        </w:rPr>
        <w:t xml:space="preserve">[28:02] </w:t>
      </w:r>
      <w:r>
        <w:t>kitna ziyada darne wali baat hai.</w:t>
      </w:r>
    </w:p>
    <w:p>
      <w:pPr>
        <w:jc w:val="right"/>
      </w:pPr>
      <w:r>
        <w:t>کتنا زیادہ ڈرنے والی بات ہے۔</w:t>
      </w:r>
    </w:p>
    <w:p>
      <w:r>
        <w:rPr>
          <w:b/>
        </w:rPr>
        <w:t xml:space="preserve">[28:07] </w:t>
      </w:r>
      <w:r>
        <w:t>ke aap kisi ko kahein ke woh azab mein, us par Khuda ne azab bhej diya hai</w:t>
      </w:r>
    </w:p>
    <w:p>
      <w:pPr>
        <w:jc w:val="right"/>
      </w:pPr>
      <w:r>
        <w:t>کہ آپ کسی کو کہیں کہ وہ عذاب میں، اس پر خدا نے عذاب بھیج دیا ہے</w:t>
      </w:r>
    </w:p>
    <w:p>
      <w:r>
        <w:rPr>
          <w:b/>
        </w:rPr>
        <w:t xml:space="preserve">[28:14] </w:t>
      </w:r>
      <w:r>
        <w:t>to darna chahiye ke woh azab hamare upar na aa jaye. ke Khuda yeh kahe ke tum kon ho, yeh kehne wale ke upar azab aaya hai to hum tumhare upar azab bhejte hain.</w:t>
      </w:r>
    </w:p>
    <w:p>
      <w:pPr>
        <w:jc w:val="right"/>
      </w:pPr>
      <w:r>
        <w:t>تو ڈرنا چاہیے کہ وہ عذاب ہمارے اوپر نہ آ جائے۔ کہ خدا یہ کہے کہ تم کون ہو، یہ کہنے والے کے اوپر عذاب آیا ہے تو ہم تمہارے اوپر عذاب بھیجتے ہیں۔</w:t>
      </w:r>
    </w:p>
    <w:p>
      <w:r>
        <w:rPr>
          <w:b/>
        </w:rPr>
        <w:t xml:space="preserve">[28:26] </w:t>
      </w:r>
      <w:r>
        <w:t>aap bataiye.</w:t>
      </w:r>
    </w:p>
    <w:p>
      <w:pPr>
        <w:jc w:val="right"/>
      </w:pPr>
      <w:r>
        <w:t>آپ بتائیے۔</w:t>
      </w:r>
    </w:p>
    <w:p>
      <w:r>
        <w:rPr>
          <w:b/>
        </w:rPr>
        <w:t xml:space="preserve">[28:31] </w:t>
      </w:r>
      <w:r>
        <w:t>aap zara socheye. ke hum yeh keh rahe hain ke in par azab aaya hai, khuda ka. to khuda kahega ke tum kon ho, meri taraf se bolne wale?</w:t>
      </w:r>
    </w:p>
    <w:p>
      <w:pPr>
        <w:jc w:val="right"/>
      </w:pPr>
      <w:r>
        <w:t>آپ ذرا سوچیے۔ کہ ہم یہ کہہ رہے ہیں کہ ان پر عذاب آیا ہے، خدا کا۔ تو خدا کہے گا کہ تم کون ہو، میری طرف سے بولنے والے؟</w:t>
      </w:r>
    </w:p>
    <w:p>
      <w:r>
        <w:rPr>
          <w:b/>
        </w:rPr>
        <w:t xml:space="preserve">[28:45] </w:t>
      </w:r>
      <w:r>
        <w:t>to ab mein tumhare upar azab bhejta hoon. to yeh bohat hi zyada serious baat hai.</w:t>
      </w:r>
    </w:p>
    <w:p>
      <w:pPr>
        <w:jc w:val="right"/>
      </w:pPr>
      <w:r>
        <w:t>تو اب میں تمہارے اوپر عذاب بھیجتا ہوں۔ تو یہ بہت ہی زیادہ serious بات ہے۔</w:t>
      </w:r>
    </w:p>
    <w:p>
      <w:r>
        <w:rPr>
          <w:b/>
        </w:rPr>
        <w:t xml:space="preserve">[28:57] </w:t>
      </w:r>
      <w:r>
        <w:t>humein wohi bolna chahiye</w:t>
      </w:r>
    </w:p>
    <w:p>
      <w:pPr>
        <w:jc w:val="right"/>
      </w:pPr>
      <w:r>
        <w:t>ہمیں وہی بولنا چاہیے</w:t>
      </w:r>
    </w:p>
    <w:p>
      <w:r>
        <w:rPr>
          <w:b/>
        </w:rPr>
        <w:t xml:space="preserve">[29:01] </w:t>
      </w:r>
      <w:r>
        <w:t>jo humein bolne ki ijazat hai, jo humein allow kiya gaya bolne ke liye. jo humein allow nahi kiya gaya hai, us par humein bolne ka kabhi bhi humein nahi bolna chahiye.</w:t>
      </w:r>
    </w:p>
    <w:p>
      <w:pPr>
        <w:jc w:val="right"/>
      </w:pPr>
      <w:r>
        <w:t>جو ہمیں بولنے کی اجازت ہے، جو ہمیں allow کیا گیا بولنے کے لیے۔ جو ہمیں allow نہیں کیا گیا ہے، اس پر ہمیں بولنے کا کبھی بھی ہمیں نہیں بولنا چاہیے۔</w:t>
      </w:r>
    </w:p>
    <w:p>
      <w:r>
        <w:rPr>
          <w:b/>
        </w:rPr>
        <w:t xml:space="preserve">[29:19] </w:t>
      </w:r>
      <w:r>
        <w:t>kyunke woh doosre ka domain hai, woh khuda ka domain hai. That is God's domain</w:t>
      </w:r>
    </w:p>
    <w:p>
      <w:pPr>
        <w:jc w:val="right"/>
      </w:pPr>
      <w:r>
        <w:t>کیونکہ وہ دوسرے کا domain ہے، وہ خدا کا domain ہے۔ That is God's domain</w:t>
      </w:r>
    </w:p>
    <w:p>
      <w:r>
        <w:rPr>
          <w:b/>
        </w:rPr>
        <w:t xml:space="preserve">[29:28] </w:t>
      </w:r>
      <w:r>
        <w:t>yani yeh khuda ka domain hai ke batana hai ke yeh warning hai ke azab hai. yeh humare domain ki baat nahi hai.</w:t>
      </w:r>
    </w:p>
    <w:p>
      <w:pPr>
        <w:jc w:val="right"/>
      </w:pPr>
      <w:r>
        <w:t>یعنی یہ خدا کا domain ہے کہ بتانا ہے کہ یہ warning ہے کہ عذاب ہے۔ یہ ہمارے domain کی بات نہیں ہے۔</w:t>
      </w:r>
    </w:p>
    <w:p>
      <w:r>
        <w:rPr>
          <w:b/>
        </w:rPr>
        <w:t xml:space="preserve">[29:42] </w:t>
      </w:r>
      <w:r>
        <w:t>to bohat zyada sochna chahiye aadmi ko is mamle mein.</w:t>
      </w:r>
    </w:p>
    <w:p>
      <w:pPr>
        <w:jc w:val="right"/>
      </w:pPr>
      <w:r>
        <w:t>تو بہت زیادہ سوچنا چاہیے آدمی کو اس معاملے میں۔</w:t>
      </w:r>
    </w:p>
    <w:p>
      <w:r>
        <w:rPr>
          <w:b/>
        </w:rPr>
        <w:t xml:space="preserve">[29:51] </w:t>
      </w:r>
      <w:r>
        <w:t>ek sahabi kehte hain ke</w:t>
      </w:r>
    </w:p>
    <w:p>
      <w:pPr>
        <w:jc w:val="right"/>
      </w:pPr>
      <w:r>
        <w:t>ایک صحابی کہتے ہیں کہ</w:t>
      </w:r>
    </w:p>
    <w:p>
      <w:r>
        <w:rPr>
          <w:b/>
        </w:rPr>
        <w:t xml:space="preserve">[29:56] </w:t>
      </w:r>
      <w:r>
        <w:t>koi prophet ne unse kaha ke apne zuban par control rakho.</w:t>
      </w:r>
    </w:p>
    <w:p>
      <w:pPr>
        <w:jc w:val="right"/>
      </w:pPr>
      <w:r>
        <w:t>کوئی پرافٹ نے ان سے کہا کہ اپنے زبان پر کنٹرول رکھو۔</w:t>
      </w:r>
    </w:p>
    <w:p>
      <w:r>
        <w:rPr>
          <w:b/>
        </w:rPr>
        <w:t xml:space="preserve">[30:06] </w:t>
      </w:r>
      <w:r>
        <w:t>to unhone kaha ke kya zuban par bhi control rakhna hai? zuban par bhi humari kya pooch hogi?</w:t>
      </w:r>
    </w:p>
    <w:p>
      <w:pPr>
        <w:jc w:val="right"/>
      </w:pPr>
      <w:r>
        <w:t>تو انہوں نے کہا کہ کیا زبان پر بھی کنٹرول رکھنا ہے؟ زبان پر بھی ہماری کیا پوچھ ہوگی؟</w:t>
      </w:r>
    </w:p>
    <w:p>
      <w:r>
        <w:rPr>
          <w:b/>
        </w:rPr>
        <w:t xml:space="preserve">[30:15] </w:t>
      </w:r>
      <w:r>
        <w:t>to prophet ne kaha ke haan. zuban ka boliye to logon ko hell mein le jayega. aap zara ghor kijiye ke zuban kitni zyada, yani kitna serious mamla hai yeh.</w:t>
      </w:r>
    </w:p>
    <w:p>
      <w:pPr>
        <w:jc w:val="right"/>
      </w:pPr>
      <w:r>
        <w:t>تو پرافٹ نے کہا کہ ہاں۔ زبان کا بولیے تو لوگوں کو hell میں لے جائے گا۔ آپ ذرا غور کیجیے کہ زبان کتنی زیادہ، یعنی کتنا serious معاملہ ہے یہ۔</w:t>
      </w:r>
    </w:p>
    <w:p>
      <w:r>
        <w:rPr>
          <w:b/>
        </w:rPr>
        <w:t xml:space="preserve">[30:34] </w:t>
      </w:r>
      <w:r>
        <w:t>to agarche hum ko khuda ne yeh taqat di hai ke hum zuban se bolein, mind se sochein, zuban se bolein,</w:t>
      </w:r>
    </w:p>
    <w:p>
      <w:pPr>
        <w:jc w:val="right"/>
      </w:pPr>
      <w:r>
        <w:t>تو اگرچہ ہم کو خدا نے یہ طاقت دی ہے کہ ہم زبان سے بولیں، mind سے سوچیں، زبان سے بولیں،</w:t>
      </w:r>
    </w:p>
    <w:p>
      <w:r>
        <w:rPr>
          <w:b/>
        </w:rPr>
        <w:t xml:space="preserve">[30:44] </w:t>
      </w:r>
      <w:r>
        <w:t>lekin iska matlab yeh nahi ke kuch bhi bolte rahein.</w:t>
      </w:r>
    </w:p>
    <w:p>
      <w:pPr>
        <w:jc w:val="right"/>
      </w:pPr>
      <w:r>
        <w:t>لیکن اس کا مطلب یہ نہیں کہ کچھ بھی بولتے رہیں۔</w:t>
      </w:r>
    </w:p>
    <w:p>
      <w:r>
        <w:rPr>
          <w:b/>
        </w:rPr>
        <w:t xml:space="preserve">[30:50] </w:t>
      </w:r>
      <w:r>
        <w:t>to bohat zyada serious baat hai ke aadmi apni zuban ko, yani istemal kare ek, yani yeh soche baghair ke iska mujhe khuda ka hisab dena hai.</w:t>
      </w:r>
    </w:p>
    <w:p>
      <w:pPr>
        <w:jc w:val="right"/>
      </w:pPr>
      <w:r>
        <w:t>تو بہت زیادہ serious بات ہے کہ آدمی اپنی زبان کو، یعنی استعمال کرے ایک، یعنی یہ سوچے بغیر کہ اس کا مجھے خدا کا حساب دینا ہے۔</w:t>
      </w:r>
    </w:p>
    <w:p>
      <w:r>
        <w:rPr>
          <w:b/>
        </w:rPr>
        <w:t xml:space="preserve">[31:14] </w:t>
      </w:r>
      <w:r>
        <w:t>to is wajah se mein is mamle ko bohat gumbeerta se leta hoon. aaj se nahi, mein bachpan se yeh sunta aaya hoon ke he koi calamity aati hai to kehte hain yeh khuda ka azab hai.</w:t>
      </w:r>
    </w:p>
    <w:p>
      <w:pPr>
        <w:jc w:val="right"/>
      </w:pPr>
      <w:r>
        <w:t>تو اس وجہ سے میں اس معاملے کو بہت گمبھیرتا سے لیتا ہوں۔ آج سے نہیں، میں بچپن سے یہ سنتا آیا ہوں کہ ہی کوئی calamity آتی ہے تو کہتے ہیں یہ خدا کا عذاب ہے۔</w:t>
      </w:r>
    </w:p>
    <w:p>
      <w:r>
        <w:rPr>
          <w:b/>
        </w:rPr>
        <w:t xml:space="preserve">[31:28] </w:t>
      </w:r>
      <w:r>
        <w:t>is mein ek ek aur bohat hi zyada, yani objectionable baat iske andar ek aur hai ke jab aap yeh kehte hain, goya kehte hain ke mein safe side mein hoon, azab to us ke liye tha aur us par aap hi gaya.</w:t>
      </w:r>
    </w:p>
    <w:p>
      <w:pPr>
        <w:jc w:val="right"/>
      </w:pPr>
      <w:r>
        <w:t>اس میں ایک ایک اور بہت ہی زیادہ، یعنی objectionable بات اس کے اندر ایک اور ہے کہ جب آپ یہ کہتے ہیں، گویا کہتے ہیں کہ میں safe side میں ہوں، عذاب تو اس کے لیے تھا اور اس پر آپ ہی گیا۔</w:t>
      </w:r>
    </w:p>
    <w:p>
      <w:r>
        <w:rPr>
          <w:b/>
        </w:rPr>
        <w:t xml:space="preserve">[31:42] </w:t>
      </w:r>
      <w:r>
        <w:t>yani aap apne ko yeh dikha dikhate hain ke mein woh woh nahi hoon jis par khuda azab bhejey.</w:t>
      </w:r>
    </w:p>
    <w:p>
      <w:pPr>
        <w:jc w:val="right"/>
      </w:pPr>
      <w:r>
        <w:t>یعنی آپ اپنے کو یہ دکھا دکھاتے ہیں کہ میں وہ وہ نہیں ہوں جس پر خدا عذاب بھیجے۔</w:t>
      </w:r>
    </w:p>
    <w:p>
      <w:r>
        <w:rPr>
          <w:b/>
        </w:rPr>
        <w:t xml:space="preserve">[31:51] </w:t>
      </w:r>
      <w:r>
        <w:t>woh log jin par azab bheja hai khuda, woh to doosre log hain. yani apna apni superiority bhi is mein aadmi establish karna chahta hai.</w:t>
      </w:r>
    </w:p>
    <w:p>
      <w:pPr>
        <w:jc w:val="right"/>
      </w:pPr>
      <w:r>
        <w:t>وہ لوگ جن پر عذاب بھیجا ہے خدا، وہ تو دوسرے لوگ ہیں۔ یعنی اپنا اپنی superiority بھی اس میں آدمی establish کرنا چاہتا ہے۔</w:t>
      </w:r>
    </w:p>
    <w:p>
      <w:r>
        <w:rPr>
          <w:b/>
        </w:rPr>
        <w:t xml:space="preserve">[32:02] </w:t>
      </w:r>
      <w:r>
        <w:t>apni special position bhi establish karna chahta hai. halanke yeh sab baseless baatein hain.</w:t>
      </w:r>
    </w:p>
    <w:p>
      <w:pPr>
        <w:jc w:val="right"/>
      </w:pPr>
      <w:r>
        <w:t>اپنی special position بھی establish کرنا چاہتا ہے۔ حالانکہ یہ سب baseless باتیں ہیں۔</w:t>
      </w:r>
    </w:p>
    <w:p>
      <w:r>
        <w:rPr>
          <w:b/>
        </w:rPr>
        <w:t xml:space="preserve">[32:12] </w:t>
      </w:r>
      <w:r>
        <w:t>baseless baatein hi hain yeh sab.</w:t>
      </w:r>
    </w:p>
    <w:p>
      <w:pPr>
        <w:jc w:val="right"/>
      </w:pPr>
      <w:r>
        <w:t>Baseless باتیں ہی ہیں یہ سب۔</w:t>
      </w:r>
    </w:p>
    <w:p>
      <w:r>
        <w:rPr>
          <w:b/>
        </w:rPr>
        <w:t xml:space="preserve">[32:23] </w:t>
      </w:r>
      <w:r>
        <w:t>to yaad rakhiye, aap ke liye option sirf do mein se ek ka hai aise mauqe par. hadith mein aata hai ke man kan ayub billah wal yawm al akhir fal yaqul khairan aw liyas mut.</w:t>
      </w:r>
    </w:p>
    <w:p>
      <w:pPr>
        <w:jc w:val="right"/>
      </w:pPr>
      <w:r>
        <w:t>تو یاد رکھیے، آپ کے لیے option صرف دو میں سے ایک کا ہے ایسے موقع پر۔ حدیث میں آتا ہے کہ من کان ایوب باللہ والیوم الاخر فلیقل خیرا اور لیسمت۔</w:t>
      </w:r>
    </w:p>
    <w:p>
      <w:r>
        <w:rPr>
          <w:b/>
        </w:rPr>
        <w:t xml:space="preserve">[32:41] </w:t>
      </w:r>
      <w:r>
        <w:t>do mein se ek ka option ya to chup raho ya bolo to wohi baat bolo jo quran mein ya rasool allah ne apni hadith mein hum ko bolne ke liye bataya hai.</w:t>
      </w:r>
    </w:p>
    <w:p>
      <w:pPr>
        <w:jc w:val="right"/>
      </w:pPr>
      <w:r>
        <w:t>دو میں سے ایک کا option یا تو چپ رہو یا بولو تو وہی بات بولو جو قرآن میں یا رسول اللہ نے اپنی حدیث میں ہم کو بولنے کے لیے بتایا ہے۔</w:t>
      </w:r>
    </w:p>
    <w:p>
      <w:r>
        <w:rPr>
          <w:b/>
        </w:rPr>
        <w:t xml:space="preserve">[32:55] </w:t>
      </w:r>
      <w:r>
        <w:t>matlab ya to theek theek bolo ya chup raho. yeh third option hai ke aadmi kuch bhi bolne lage. yeh third option hai.</w:t>
      </w:r>
    </w:p>
    <w:p>
      <w:pPr>
        <w:jc w:val="right"/>
      </w:pPr>
      <w:r>
        <w:t>مطلب یا تو ٹھیک ٹھیک بولو یا چپ رہو۔ یہ third option ہے کہ آدمی کچھ بھی بولنے لگے۔ یہ third option ہے۔</w:t>
      </w:r>
    </w:p>
    <w:p>
      <w:r>
        <w:rPr>
          <w:b/>
        </w:rPr>
        <w:t xml:space="preserve">[33:07] </w:t>
      </w:r>
      <w:r>
        <w:t>koi bhi situation create ho, koi bhi baat humare samne aaye to humein aisa nahi karna chahiye ke jo mind mein aaye us ko bolne lage, bol lein.</w:t>
      </w:r>
    </w:p>
    <w:p>
      <w:pPr>
        <w:jc w:val="right"/>
      </w:pPr>
      <w:r>
        <w:t>کوئی بھی situation create ہو، کوئی بھی بات ہمارے سامنے آئے تو ہمیں ایسا نہیں کرنا چاہیے کہ جو mind میں آئے اس کو بولنے لگے، بول لیں۔</w:t>
      </w:r>
    </w:p>
    <w:p>
      <w:r>
        <w:rPr>
          <w:b/>
        </w:rPr>
        <w:t xml:space="preserve">[33:23] </w:t>
      </w:r>
      <w:r>
        <w:t>nahi, is ka hamein option nahi hai. Ya to hum chup rahein ya wohi baat bolein jo Quran o Hadees se nikal rahi hai.</w:t>
      </w:r>
    </w:p>
    <w:p>
      <w:pPr>
        <w:jc w:val="right"/>
      </w:pPr>
      <w:r>
        <w:t>نہیں، اس کا ہمیں option نہیں ہے۔ یا تو ہم چپ رہیں یا وہی بات بولیں جو قرآن و حدیث سے نکل رہی ہے۔</w:t>
      </w:r>
    </w:p>
    <w:p>
      <w:r>
        <w:rPr>
          <w:b/>
        </w:rPr>
        <w:t xml:space="preserve">[33:33] </w:t>
      </w:r>
      <w:r>
        <w:t>ki</w:t>
      </w:r>
    </w:p>
    <w:p>
      <w:pPr>
        <w:jc w:val="right"/>
      </w:pPr>
      <w:r>
        <w:t>کی</w:t>
      </w:r>
    </w:p>
    <w:p>
      <w:r>
        <w:rPr>
          <w:b/>
        </w:rPr>
        <w:t xml:space="preserve">[33:34] </w:t>
      </w:r>
      <w:r>
        <w:t>unke Quran o Hadees jo hai woh, yaani Khuda ki baat kya hai, us ko batane ke liye hai.</w:t>
      </w:r>
    </w:p>
    <w:p>
      <w:pPr>
        <w:jc w:val="right"/>
      </w:pPr>
      <w:r>
        <w:t>ونکہ قرآن و حدیث جو ہے وہ، یعنی خدا کی بات کیا ہے، اس کو بتانے کے لیے ہے۔</w:t>
      </w:r>
    </w:p>
    <w:p>
      <w:r>
        <w:rPr>
          <w:b/>
        </w:rPr>
        <w:t xml:space="preserve">[33:45] </w:t>
      </w:r>
      <w:r>
        <w:t>Woh guide book hai. Quran jo hai woh guide book hai har baat ko janne ke liye. Tibbiyan al likulli shay'in yaani har baat use bata di gayi hai.</w:t>
      </w:r>
    </w:p>
    <w:p>
      <w:pPr>
        <w:jc w:val="right"/>
      </w:pPr>
      <w:r>
        <w:t>وہ guide book ہے۔ قرآن جو ہے وہ guide book ہے ہر بات کو جاننے کے لیے۔ طِبِّيَانَ الْلِكُلِّ شَيْءٍ یعنی ہر بات اسے بتا دی گئی ہے۔</w:t>
      </w:r>
    </w:p>
    <w:p>
      <w:r>
        <w:rPr>
          <w:b/>
        </w:rPr>
        <w:t xml:space="preserve">[33:55] </w:t>
      </w:r>
      <w:r>
        <w:t>tafseer</w:t>
      </w:r>
    </w:p>
    <w:p>
      <w:pPr>
        <w:jc w:val="right"/>
      </w:pPr>
      <w:r>
        <w:t>تَفْسِ</w:t>
      </w:r>
    </w:p>
    <w:p>
      <w:r>
        <w:rPr>
          <w:b/>
        </w:rPr>
        <w:t xml:space="preserve">[33:58] </w:t>
      </w:r>
      <w:r>
        <w:t>al likulli shay'in Quran mein is tarah ki aayatein hain ke tibbiyan al likulli shay'in tafseer al li kulli shay'in, yaani Quran mein har baat hai, har baat hai.</w:t>
      </w:r>
    </w:p>
    <w:p>
      <w:pPr>
        <w:jc w:val="right"/>
      </w:pPr>
      <w:r>
        <w:t>يرَ الْلِكُلِّ شَيْءٍ قرآن میں اس طرح کی آیتیں ہیں کہ طِبِّيَانَ الْلِكُلِّ شَيْءٍ تفسیر اللقل شے، یعنی قرآن میں ہر بات ہے، ہر بات ہے۔</w:t>
      </w:r>
    </w:p>
    <w:p>
      <w:r>
        <w:rPr>
          <w:b/>
        </w:rPr>
        <w:t xml:space="preserve">[34:08] </w:t>
      </w:r>
      <w:r>
        <w:t>To kuch log is ka bhi ek ajeeb ghareeb matlab le lete hain ke Quran mein sari technology hai, Quran mein sari science hai, Quran mein sari philosophy hai.</w:t>
      </w:r>
    </w:p>
    <w:p>
      <w:pPr>
        <w:jc w:val="right"/>
      </w:pPr>
      <w:r>
        <w:t>تو کچھ لوگ اس کا بھی ایک عجیب غریب مطلب لے لیتے ہیں کہ قرآن میں ساری ٹیکنالوجی ہے، قرآن میں ساری سائنس ہے، قرآن میں ساری فلاسفی ہے۔</w:t>
      </w:r>
    </w:p>
    <w:p>
      <w:r>
        <w:rPr>
          <w:b/>
        </w:rPr>
        <w:t xml:space="preserve">[34:16] </w:t>
      </w:r>
      <w:r>
        <w:t>Yeh bhi galat hai, galat baat hai yeh.</w:t>
      </w:r>
    </w:p>
    <w:p>
      <w:pPr>
        <w:jc w:val="right"/>
      </w:pPr>
      <w:r>
        <w:t>یہ بھی غلط ہے، غلط بات ہے یہ۔</w:t>
      </w:r>
    </w:p>
    <w:p>
      <w:r>
        <w:rPr>
          <w:b/>
        </w:rPr>
        <w:t xml:space="preserve">[34:21] </w:t>
      </w:r>
      <w:r>
        <w:t>Yaani kya matlab hai ke is ka matlab yeh nahi ke car ki technology bhi Quran mein hai, hawa jahaz ki technology bhi Quran mein hai, aur modern industry ki jo ikhtira' jaati hai woh bhi Quran mein hai.</w:t>
      </w:r>
    </w:p>
    <w:p>
      <w:pPr>
        <w:jc w:val="right"/>
      </w:pPr>
      <w:r>
        <w:t>یعنی کیا مطلب ہے کہ اس کا مطلب یہ نہیں کہ کار کی ٹیکنالوجی بھی قرآن میں ہے، ہوا جہاز کی ٹیکنالوجی بھی قرآن میں ہے، اور ماڈرن انڈسٹری کی جو اختراع جاتی ہے وہ بھی قرآن میں ہے۔</w:t>
      </w:r>
    </w:p>
    <w:p>
      <w:r>
        <w:rPr>
          <w:b/>
        </w:rPr>
        <w:t xml:space="preserve">[34:33] </w:t>
      </w:r>
      <w:r>
        <w:t>Yeh bilkul galat baat hai. To tibbiyan al likulli shay'in ya tafseer al likulli shay'in yaani har baat is ke andar maujood hai, ka matlab yeh nahi hai.</w:t>
      </w:r>
    </w:p>
    <w:p>
      <w:pPr>
        <w:jc w:val="right"/>
      </w:pPr>
      <w:r>
        <w:t>یہ بالکل غلط بات ہے۔ تو طِبِّيَانَ الْلِكُلِّ شَيْءٍ یا تَفْسِيرَ الْلِكُلِّ شَيْءٍ یعنی ہر بات اس کے اندر موجود ہے، کا مطلب یہ نہیں ہے۔</w:t>
      </w:r>
    </w:p>
    <w:p>
      <w:r>
        <w:rPr>
          <w:b/>
        </w:rPr>
        <w:t xml:space="preserve">[34:43] </w:t>
      </w:r>
      <w:r>
        <w:t>Is ka matlab hai ke woh baatein hain jis ka talluq salvation se hai, woh baatein hain jis ka talluq aakhirat ki bhalai se hai, is ka yeh baatein hain jis ka talluq, yaani divine character se hai,</w:t>
      </w:r>
    </w:p>
    <w:p>
      <w:pPr>
        <w:jc w:val="right"/>
      </w:pPr>
      <w:r>
        <w:t>اس کا مطلب ہے کہ وہ باتیں ہیں جس کا تعلق salvation سے ہے، وہ باتیں ہیں جس کا تعلق آخرت کی بھلائی سے ہے، اس کا یہ باتیں ہیں جس کا تعلق، یعنی divine character سے ہے،</w:t>
      </w:r>
    </w:p>
    <w:p>
      <w:r>
        <w:rPr>
          <w:b/>
        </w:rPr>
        <w:t xml:space="preserve">[34:59] </w:t>
      </w:r>
      <w:r>
        <w:t>woh baatein sab quran</w:t>
      </w:r>
    </w:p>
    <w:p>
      <w:pPr>
        <w:jc w:val="right"/>
      </w:pPr>
      <w:r>
        <w:t>وہ باتیں سب قر</w:t>
      </w:r>
    </w:p>
    <w:p>
      <w:r>
        <w:rPr>
          <w:b/>
        </w:rPr>
        <w:t xml:space="preserve">[35:00] </w:t>
      </w:r>
      <w:r>
        <w:t>mein maujood hain. To jo aadmi yeh kahe ke main Quran ko Khuda ki kitab manta hoon, to yeh kehte hi is ke upar yeh, yaani is ke upar farz ho jata hai,</w:t>
      </w:r>
    </w:p>
    <w:p>
      <w:pPr>
        <w:jc w:val="right"/>
      </w:pPr>
      <w:r>
        <w:t>آن میں موجود ہیں۔ تو جو آدمی یہ کہے کہ میں قرآن کو خدا کی کتاب مانتا ہوں، تو یہ کہتے ہی اس کے اوپر یہ، یعنی اس کے اوپر فرض ہو جاتا ہے،</w:t>
      </w:r>
    </w:p>
    <w:p>
      <w:r>
        <w:rPr>
          <w:b/>
        </w:rPr>
        <w:t xml:space="preserve">[35:17] </w:t>
      </w:r>
      <w:r>
        <w:t>is ke liye zaroori ho jata hai ke har maamle mein woh Quran se guidance hasil kare. Har maamle mein,</w:t>
      </w:r>
    </w:p>
    <w:p>
      <w:pPr>
        <w:jc w:val="right"/>
      </w:pPr>
      <w:r>
        <w:t>اس کے لیے ضروری ہو جاتا ہے کہ ہر معاملے میں وہ قرآن سے guidance حاصل کرے۔ ہر معاملے میں،</w:t>
      </w:r>
    </w:p>
    <w:p>
      <w:r>
        <w:rPr>
          <w:b/>
        </w:rPr>
        <w:t xml:space="preserve">[35:29] </w:t>
      </w:r>
      <w:r>
        <w:t>har maamle mein woh Quran se guidance hasil kare. Aaj kal kya hai, log Quran ki tilawat karte hain, jo ke tilawat, recitation, bas yeh Quran ko padhna nahi hai.</w:t>
      </w:r>
    </w:p>
    <w:p>
      <w:pPr>
        <w:jc w:val="right"/>
      </w:pPr>
      <w:r>
        <w:t>ہر معاملے میں وہ قرآن سے guidance حاصل کرے۔ آج کل کیا ہے، لوگ قرآن کی تلاوت کرتے ہیں، جو کہ تلاوت، recitation، بس یہ قرآن کو پڑھنا نہیں ہے۔</w:t>
      </w:r>
    </w:p>
    <w:p>
      <w:r>
        <w:rPr>
          <w:b/>
        </w:rPr>
        <w:t xml:space="preserve">[35:49] </w:t>
      </w:r>
      <w:r>
        <w:t>Kuch log isi tarah se Quran ko padhte the, padh padh padh rahe hain, bas khatam khatam kar rahe hain, padh padh ke khatam kar rahe hain. Is par ghaur o fikr nahi karte, sochte nahi, is ke gehre maani tak apne dimaagh nahi istemal karte, jaan samajhne ke liye.</w:t>
      </w:r>
    </w:p>
    <w:p>
      <w:pPr>
        <w:jc w:val="right"/>
      </w:pPr>
      <w:r>
        <w:t>کچھ لوگ اسی طرح سے قرآن کو پڑھتے تھے، پڑھ پڑھ پڑھ رہے ہیں، بس ختم ختم کر رہے ہیں، پڑھ پڑھ کے ختم کر رہے ہیں۔ اس پر غور و فکر نہیں کرتے، سوچتے نہیں، اس کے گہرے معنی تک اپنے دماغ نہیں استعمال کرتے، جان سمجھنے کے لیے۔</w:t>
      </w:r>
    </w:p>
    <w:p>
      <w:r>
        <w:rPr>
          <w:b/>
        </w:rPr>
        <w:t xml:space="preserve">[36:07] </w:t>
      </w:r>
      <w:r>
        <w:t>To Hazrat Aisha se kaha gaya ke kuch log is tarah se padhte hain Quran ke padh padh padh rahe hain. To unhone kaha ke ulaa'ika qara'oo wa lam yaqra'oo</w:t>
      </w:r>
    </w:p>
    <w:p>
      <w:pPr>
        <w:jc w:val="right"/>
      </w:pPr>
      <w:r>
        <w:t>تو حضرت عائشہ سے کہا گیا کہ کچھ لوگ اس طرح سے پڑھتے ہیں قرآن کہ پڑھ پڑھ پڑھ رہے ہیں۔ تو انہوں نے کہا کہ أُولَٰئِكَ قَرَؤُوا وَلَمْ يَقْرَؤُوا</w:t>
      </w:r>
    </w:p>
    <w:p>
      <w:r>
        <w:rPr>
          <w:b/>
        </w:rPr>
        <w:t xml:space="preserve">[36:19] </w:t>
      </w:r>
      <w:r>
        <w:t>In logon ne padha magar in logon ne nahi padha. In logon ne padha lekin in logon ne nahi padha.</w:t>
      </w:r>
    </w:p>
    <w:p>
      <w:pPr>
        <w:jc w:val="right"/>
      </w:pPr>
      <w:r>
        <w:t>ان لوگوں نے پڑھا مگر ان لوگوں نے نہیں پڑھا۔ ان لوگوں نے پڑھا لیکن ان لوگوں نے نہیں پڑھا۔</w:t>
      </w:r>
    </w:p>
    <w:p>
      <w:r>
        <w:rPr>
          <w:b/>
        </w:rPr>
        <w:t xml:space="preserve">[36:34] </w:t>
      </w:r>
      <w:r>
        <w:t>Is liye ke padhna is liye tha hi nahi ke padh padh padh liya jaye is ko. Quran is liye utra nahi hai. To agar aap padh padh padhte hain aur khatam ko daalte hain to aap ne, aap ne kuch bhi nahi kiya.</w:t>
      </w:r>
    </w:p>
    <w:p>
      <w:pPr>
        <w:jc w:val="right"/>
      </w:pPr>
      <w:r>
        <w:t>اس لیے کہ پڑھنا اس لیے تھا ہی نہیں کہ پڑھ پڑھ پڑھ لیا جائے اس کو۔ قرآن اس لیے اترا نہیں ہے۔ تو اگر آپ پڑھ پڑھ پڑھتے ہیں اور ختم کو ڈالتے ہیں تو آپ نے، آپ نے کچھ بھی نہیں کیا۔</w:t>
      </w:r>
    </w:p>
    <w:p>
      <w:r>
        <w:rPr>
          <w:b/>
        </w:rPr>
        <w:t xml:space="preserve">[36:49] </w:t>
      </w:r>
      <w:r>
        <w:t>Is par sochna tha, is se nikalna tha, is ka hukum kya hai, kya guidance is mein maujood hai, woh sab nikalna tha.</w:t>
      </w:r>
    </w:p>
    <w:p>
      <w:pPr>
        <w:jc w:val="right"/>
      </w:pPr>
      <w:r>
        <w:t>اس پر سوچنا تھا، اس سے نکالنا تھا، اس کا حکم کیا ہے، کیا guidance اس میں موجود ہے، وہ سب نکالنا تھا۔</w:t>
      </w:r>
    </w:p>
    <w:p>
      <w:r>
        <w:rPr>
          <w:b/>
        </w:rPr>
        <w:t xml:space="preserve">[36:59] </w:t>
      </w:r>
      <w:r>
        <w:t>Woh nahi nikala to padhna na padhna barabar ho gaya.</w:t>
      </w:r>
    </w:p>
    <w:p>
      <w:pPr>
        <w:jc w:val="right"/>
      </w:pPr>
      <w:r>
        <w:t>وہ نہیں نکالا تو پڑھنا نہ پڑھنا برابر ہو گیا۔</w:t>
      </w:r>
    </w:p>
    <w:p>
      <w:r>
        <w:rPr>
          <w:b/>
        </w:rPr>
        <w:t xml:space="preserve">[37:09] </w:t>
      </w:r>
      <w:r>
        <w:t>To pehle zamane mein yeh tareeqa tha ke koi baat hoti to aisa nahi hota ke log khud hi log bolne lagte.</w:t>
      </w:r>
    </w:p>
    <w:p>
      <w:pPr>
        <w:jc w:val="right"/>
      </w:pPr>
      <w:r>
        <w:t>تو پہلے زمانے میں یہ طریقہ تھا کہ کوئی بات ہوتی تو ایسا نہیں ہوتا کہ لوگ خود ہی لوگ بولنے لگے۔</w:t>
      </w:r>
    </w:p>
    <w:p>
      <w:r>
        <w:rPr>
          <w:b/>
        </w:rPr>
        <w:t xml:space="preserve">[37:18] </w:t>
      </w:r>
      <w:r>
        <w:t>Log jaate the, senior jo society ke senior logon ke paas jaate the. Jaise ke aaj kal jo earthquake aa rahe hain, jo storm aa rahe hain.</w:t>
      </w:r>
    </w:p>
    <w:p>
      <w:pPr>
        <w:jc w:val="right"/>
      </w:pPr>
      <w:r>
        <w:t>لوگ جاتے تھے، senior جو سوسائٹی کے senior لوگوں کے پاس جاتے تھے۔ جیسے کہ آج کل جو ارتھ کوئیک آ رہے ہیں، جو اسٹارم آ رہے ہیں۔</w:t>
      </w:r>
    </w:p>
    <w:p>
      <w:r>
        <w:rPr>
          <w:b/>
        </w:rPr>
        <w:t xml:space="preserve">[37:29] </w:t>
      </w:r>
      <w:r>
        <w:t>To pehle zamane mein aisa nahi hota tha ke har aadmi bolne lagta. Har aadmi yeh kehta tha ke bhai jo hamari society ke senior aadmi hain, us ke paas chalo.</w:t>
      </w:r>
    </w:p>
    <w:p>
      <w:pPr>
        <w:jc w:val="right"/>
      </w:pPr>
      <w:r>
        <w:t>تو پہلے زمانے میں ایسا نہیں ہوتا تھا کہ ہر آدمی بولنے لگے۔ ہر آدمی یہ کہتا تھا کہ بھئی جو ہماری سوسائٹی کے senior آدمی ہیں، اس کے پاس چلو۔</w:t>
      </w:r>
    </w:p>
    <w:p>
      <w:r>
        <w:rPr>
          <w:b/>
        </w:rPr>
        <w:t xml:space="preserve">[37:41] </w:t>
      </w:r>
      <w:r>
        <w:t>To us ke paas jaate the aur woh batata tha.</w:t>
      </w:r>
    </w:p>
    <w:p>
      <w:pPr>
        <w:jc w:val="right"/>
      </w:pPr>
      <w:r>
        <w:t>تو اس کے پاس جاتے تھے اور وہ بتاتا تھا۔</w:t>
      </w:r>
    </w:p>
    <w:p>
      <w:r>
        <w:rPr>
          <w:b/>
        </w:rPr>
        <w:t xml:space="preserve">[37:47] </w:t>
      </w:r>
      <w:r>
        <w:t>ab kya hai ke abhi bhi society mein senior log maujood rehte hain lekin log samajhte hain ke hum hum khud hi bol sakte hain, hum khud hi batainge.</w:t>
      </w:r>
    </w:p>
    <w:p>
      <w:pPr>
        <w:jc w:val="right"/>
      </w:pPr>
      <w:r>
        <w:t>اب کیا ہے کہ ابھی بھی سوسائٹی میں senior لوگ موجود رہتے ہیں لیکن لوگ سمجھتے ہیں کہ ہم ہم خود ہی بول سکتے ہیں، ہم خود ہی بتائیں گے۔</w:t>
      </w:r>
    </w:p>
    <w:p>
      <w:r>
        <w:rPr>
          <w:b/>
        </w:rPr>
        <w:t xml:space="preserve">[37:57] </w:t>
      </w:r>
      <w:r>
        <w:t>humein kisi se poochne ki kya zaroorat hai? yeh tareeqa islam ke sarasar khilaf hai.</w:t>
      </w:r>
    </w:p>
    <w:p>
      <w:pPr>
        <w:jc w:val="right"/>
      </w:pPr>
      <w:r>
        <w:t>ہمیں کسی سے پوچھنے کی کیا ضرورت ہے؟ یہ طریقہ اسلام کے سراسر خلاف ہے۔</w:t>
      </w:r>
    </w:p>
    <w:p>
      <w:r>
        <w:rPr>
          <w:b/>
        </w:rPr>
        <w:t xml:space="preserve">[38:09] </w:t>
      </w:r>
      <w:r>
        <w:t>kal mere paas shaam ko ek tv wale aaye, ek tv wale aaye aur fatwa kisi ne lagaya hai ke auratein masjid mein nahi aa sakteen.</w:t>
      </w:r>
    </w:p>
    <w:p>
      <w:pPr>
        <w:jc w:val="right"/>
      </w:pPr>
      <w:r>
        <w:t>کل میرے پاس شام کو ایک ٹی وی والے آئے، ایک ٹی وی والے آئے اور فتویٰ کسی نے لگایا ہے کہ عورتیں مسجد میں نہیں آ سکتیں۔</w:t>
      </w:r>
    </w:p>
    <w:p>
      <w:r>
        <w:rPr>
          <w:b/>
        </w:rPr>
        <w:t xml:space="preserve">[38:22] </w:t>
      </w:r>
      <w:r>
        <w:t>auratein masjid mein jayengi to masjid jo hai woh unclean ho jayegi. maine kaha yeh fatwa kya hai? kuch bhi nahi hai, yeh fatwa kya hai?</w:t>
      </w:r>
    </w:p>
    <w:p>
      <w:pPr>
        <w:jc w:val="right"/>
      </w:pPr>
      <w:r>
        <w:t>عورتیں مسجد میں جائیں گی تو مسجد جو ہے وہ unclean ہو جائے گی۔ میں نے کہا یہ فتویٰ کیا ہے؟ کچھ بھی نہیں ہے، یہ فتویٰ کیا ہے؟</w:t>
      </w:r>
    </w:p>
    <w:p>
      <w:r>
        <w:rPr>
          <w:b/>
        </w:rPr>
        <w:t xml:space="preserve">[38:34] </w:t>
      </w:r>
      <w:r>
        <w:t>ek baat yaad rakhiye ke ek hai fatwa, ek hai fatwa activism.</w:t>
      </w:r>
    </w:p>
    <w:p>
      <w:pPr>
        <w:jc w:val="right"/>
      </w:pPr>
      <w:r>
        <w:t>ایک بات یاد رکھیے کہ ایک ہے فتویٰ، ایک ہے فتویٰ activism۔</w:t>
      </w:r>
    </w:p>
    <w:p>
      <w:r>
        <w:rPr>
          <w:b/>
        </w:rPr>
        <w:t xml:space="preserve">[38:39] </w:t>
      </w:r>
      <w:r>
        <w:t>aaj kal jo log idhar udhar fatwa issue kar rahe hain, woh fatwa activism hai aur fatwa activism ka islam se koi talluq nahi. dekhein, fatwa kya hai?</w:t>
      </w:r>
    </w:p>
    <w:p>
      <w:pPr>
        <w:jc w:val="right"/>
      </w:pPr>
      <w:r>
        <w:t>آج کل جو لوگ ادھر ادھر فتویٰ issue کر رہے ہیں، وہ فتویٰ activism ہے اور فتویٰ activism کا اسلام سے کوئی تعلق نہیں۔ دیکھیں، فتویٰ کیا ہے؟</w:t>
      </w:r>
    </w:p>
    <w:p>
      <w:r>
        <w:rPr>
          <w:b/>
        </w:rPr>
        <w:t xml:space="preserve">[38:51] </w:t>
      </w:r>
      <w:r>
        <w:t>maine unko bataya, fatwa means opinion. bas fatwa ka matlab simply personal opinion hai.</w:t>
      </w:r>
    </w:p>
    <w:p>
      <w:pPr>
        <w:jc w:val="right"/>
      </w:pPr>
      <w:r>
        <w:t>میں نے ان کو بتایا، فتویٰ means opinion۔ بس فتویٰ کا مطلب simply personal opinion ہے۔</w:t>
      </w:r>
    </w:p>
    <w:p>
      <w:r>
        <w:rPr>
          <w:b/>
        </w:rPr>
        <w:t xml:space="preserve">[39:01] </w:t>
      </w:r>
      <w:r>
        <w:t>to ek aadmi ne kaha apna koi problem tha, usko le kar jata hai woh mufti ke paas</w:t>
      </w:r>
    </w:p>
    <w:p>
      <w:pPr>
        <w:jc w:val="right"/>
      </w:pPr>
      <w:r>
        <w:t>تو ایک آدمی نے کہا اپنا کوئی problem تھا، اس کو لے کر جاتا ہے وہ مفتی کے پاس</w:t>
      </w:r>
    </w:p>
    <w:p>
      <w:r>
        <w:rPr>
          <w:b/>
        </w:rPr>
        <w:t xml:space="preserve">[39:10] </w:t>
      </w:r>
      <w:r>
        <w:t>to woh apni opinion deta hai. that is fatwa ab kya hai ke doosron ke bare mein fatwa issue kiya jata hai. jaise sania mirza ka dress, ab is pe fatwa issue kar diya gaya ke woh dress jo hai unislamic hai.</w:t>
      </w:r>
    </w:p>
    <w:p>
      <w:pPr>
        <w:jc w:val="right"/>
      </w:pPr>
      <w:r>
        <w:t>تو وہ اپنی opinion دیتا ہے۔ That is فتویٰ اب کیا ہے کہ دوسروں کے بارے میں فتویٰ issue کیا جاتا ہے۔ جیسے ثانیہ مرزا کا ڈریس، اب اس پہ فتویٰ issue کر دیا گیا کہ وہ ڈریس جو ہے unislamic ہے۔</w:t>
      </w:r>
    </w:p>
    <w:p>
      <w:r>
        <w:rPr>
          <w:b/>
        </w:rPr>
        <w:t xml:space="preserve">[39:27] </w:t>
      </w:r>
      <w:r>
        <w:t>khud sania mirza to kahin poochne gayi nahi, mera dress kaisa hai? to agar woh khud poochti to mufti ko bolna chahiye tha ke haan, yeh dress kaisa hai tumhara?</w:t>
      </w:r>
    </w:p>
    <w:p>
      <w:pPr>
        <w:jc w:val="right"/>
      </w:pPr>
      <w:r>
        <w:t>خود ثانیہ مرزا تو کہیں پوچھنے گئی نہیں، میرا ڈریس کیسا ہے؟ تو اگر وہ خود پوچھتی تو مفتی کو بولنا چاہیے تھا کہ ہاں، یہ ڈریس کیسا ہے تمہارا؟</w:t>
      </w:r>
    </w:p>
    <w:p>
      <w:r>
        <w:rPr>
          <w:b/>
        </w:rPr>
        <w:t xml:space="preserve">[39:40] </w:t>
      </w:r>
      <w:r>
        <w:t>lekin usne poocha hi nahi aur khud hi khud ek fatwa issue kar diya ke uska dress jo hai woh unislamic hai. yeh fatwa nahi hai, yeh yeh fatwa ke sath khel karna hai.</w:t>
      </w:r>
    </w:p>
    <w:p>
      <w:pPr>
        <w:jc w:val="right"/>
      </w:pPr>
      <w:r>
        <w:t>لیکن اس نے پوچھا ہی نہیں اور خود ہی خود ایک فتویٰ issue کر دیا کہ اس کا ڈریس جو ہے وہ unislamic ہے۔ یہ فتویٰ نہیں ہے، یہ یہ فتویٰ کے ساتھ کھیل کرنا ہے۔</w:t>
      </w:r>
    </w:p>
    <w:p>
      <w:r>
        <w:rPr>
          <w:b/>
        </w:rPr>
        <w:t xml:space="preserve">[39:52] </w:t>
      </w:r>
      <w:r>
        <w:t>yeh ek fatwa activism chalana hai. kuch logon ne fatwa activism chala rakha. fatwa activism yani fatwa ke zariye se doosron ke upar woh reform ka ruler chalana hai.</w:t>
      </w:r>
    </w:p>
    <w:p>
      <w:pPr>
        <w:jc w:val="right"/>
      </w:pPr>
      <w:r>
        <w:t>یہ ایک فتویٰ activism چلانا ہے۔ کچھ لوگوں نے فتویٰ activism چلا رکھا۔ فتویٰ activism یعنی فتویٰ کے ذریعے سے دوسروں کے اوپر وہ reform کا رولر چلانا ہے۔</w:t>
      </w:r>
    </w:p>
    <w:p>
      <w:r>
        <w:rPr>
          <w:b/>
        </w:rPr>
        <w:t xml:space="preserve">[40:06] </w:t>
      </w:r>
      <w:r>
        <w:t>ruler</w:t>
      </w:r>
    </w:p>
    <w:p>
      <w:pPr>
        <w:jc w:val="right"/>
      </w:pPr>
      <w:r>
        <w:t>رولر</w:t>
      </w:r>
    </w:p>
    <w:p>
      <w:r>
        <w:rPr>
          <w:b/>
        </w:rPr>
        <w:t xml:space="preserve">[40:09] </w:t>
      </w:r>
      <w:r>
        <w:t>yeh islam mein nahi hai, aisa aisa kuch bhi islam mein nahi hai.</w:t>
      </w:r>
    </w:p>
    <w:p>
      <w:pPr>
        <w:jc w:val="right"/>
      </w:pPr>
      <w:r>
        <w:t>یہ اسلام میں نہیں ہے، ایسا ایسا کچھ بھی اسلام میں نہیں ہے۔</w:t>
      </w:r>
    </w:p>
    <w:p>
      <w:r>
        <w:rPr>
          <w:b/>
        </w:rPr>
        <w:t xml:space="preserve">[40:14] </w:t>
      </w:r>
      <w:r>
        <w:t>to bolne ke liye dekhiye, aadmi ko bohat zyada cautious banna padta hai. bolna koi simple baat nahi hai.</w:t>
      </w:r>
    </w:p>
    <w:p>
      <w:pPr>
        <w:jc w:val="right"/>
      </w:pPr>
      <w:r>
        <w:t>تو بولنے کے لیے دیکھیے، آدمی کو بہت زیادہ cautious بننا پڑتا ہے۔ بولنا کوئی simple بات نہیں ہے۔</w:t>
      </w:r>
    </w:p>
    <w:p>
      <w:r>
        <w:rPr>
          <w:b/>
        </w:rPr>
        <w:t xml:space="preserve">[40:29] </w:t>
      </w:r>
      <w:r>
        <w:t>islam mein dekhiye,</w:t>
      </w:r>
    </w:p>
    <w:p>
      <w:pPr>
        <w:jc w:val="right"/>
      </w:pPr>
      <w:r>
        <w:t>اسلام میں دیکھیے،</w:t>
      </w:r>
    </w:p>
    <w:p>
      <w:r>
        <w:rPr>
          <w:b/>
        </w:rPr>
        <w:t xml:space="preserve">[40:34] </w:t>
      </w:r>
      <w:r>
        <w:t>bolne ko bhi ek bohat hi zyada importance di gayi hai.</w:t>
      </w:r>
    </w:p>
    <w:p>
      <w:pPr>
        <w:jc w:val="right"/>
      </w:pPr>
      <w:r>
        <w:t>بولنے کو بھی ایک بہت ہی زیادہ importance دی گئی ہے۔</w:t>
      </w:r>
    </w:p>
    <w:p>
      <w:r>
        <w:rPr>
          <w:b/>
        </w:rPr>
        <w:t xml:space="preserve">[40:40] </w:t>
      </w:r>
      <w:r>
        <w:t>sochne ko di gayi hai, intention ko di gayi hai. yani aap par farz hai ke aap good intention rakhein apne dil mein.</w:t>
      </w:r>
    </w:p>
    <w:p>
      <w:pPr>
        <w:jc w:val="right"/>
      </w:pPr>
      <w:r>
        <w:t>سوچنے کو دی گئی ہے، intention کو دی گئی ہے۔ یعنی آپ پر فرض ہے کہ آپ good intention رکھیں اپنے دل میں۔</w:t>
      </w:r>
    </w:p>
    <w:p>
      <w:r>
        <w:rPr>
          <w:b/>
        </w:rPr>
        <w:t xml:space="preserve">[40:49] </w:t>
      </w:r>
      <w:r>
        <w:t>bad intention ka aap ko right nahi hai.</w:t>
      </w:r>
    </w:p>
    <w:p>
      <w:pPr>
        <w:jc w:val="right"/>
      </w:pPr>
      <w:r>
        <w:t>Bad intention کا آپ کوright نہیں ہے۔</w:t>
      </w:r>
    </w:p>
    <w:p>
      <w:r>
        <w:rPr>
          <w:b/>
        </w:rPr>
        <w:t xml:space="preserve">[40:54] </w:t>
      </w:r>
      <w:r>
        <w:t>aap apne dil mein good intention rakh sakte hain, bad intention ka aap ko right nahi hai.</w:t>
      </w:r>
    </w:p>
    <w:p>
      <w:pPr>
        <w:jc w:val="right"/>
      </w:pPr>
      <w:r>
        <w:t>آپ اپنے دل میں good intention رکھ سکتے ہیں، bad intention کا آپ کوright نہیں ہے۔</w:t>
      </w:r>
    </w:p>
    <w:p>
      <w:r>
        <w:rPr>
          <w:b/>
        </w:rPr>
        <w:t xml:space="preserve">[41:00] </w:t>
      </w:r>
      <w:r>
        <w:t>achha, bolna hai. aap right baat bol sakte hain lekin jhoot bolna yeh aap ko right nahi hai.</w:t>
      </w:r>
    </w:p>
    <w:p>
      <w:pPr>
        <w:jc w:val="right"/>
      </w:pPr>
      <w:r>
        <w:t>اچھا، بولنا ہے۔ آپright بات بول سکتے ہیں لیکن جھوٹ بولنا یہ آپ کوright نہیں ہے۔</w:t>
      </w:r>
    </w:p>
    <w:p>
      <w:r>
        <w:rPr>
          <w:b/>
        </w:rPr>
        <w:t xml:space="preserve">[41:12] </w:t>
      </w:r>
      <w:r>
        <w:t>aisi aap ka jo social behavior hai, aap ki jo dealing hai, in sab ke liye bhi yahi hai ke aap ko yeh dekhte hue is duniya mein kaam karna hai ke khuda ki marzi kya hai.</w:t>
      </w:r>
    </w:p>
    <w:p>
      <w:pPr>
        <w:jc w:val="right"/>
      </w:pPr>
      <w:r>
        <w:t>ایسی آپ کا جو social behavior ہے، آپ کی جو dealing ہے، ان سب کے لیے بھی یہی ہے کہ آپ کو یہ دیکھتے ہوئے اس دنیا میں کام کرنا ہے کہ خدا کی مرضی کیا ہے۔</w:t>
      </w:r>
    </w:p>
    <w:p>
      <w:r>
        <w:rPr>
          <w:b/>
        </w:rPr>
        <w:t xml:space="preserve">[41:33] </w:t>
      </w:r>
      <w:r>
        <w:t>apni nahi chalana hai.</w:t>
      </w:r>
    </w:p>
    <w:p>
      <w:pPr>
        <w:jc w:val="right"/>
      </w:pPr>
      <w:r>
        <w:t>اپنی نہیں چلانا ہے۔</w:t>
      </w:r>
    </w:p>
    <w:p>
      <w:r>
        <w:rPr>
          <w:b/>
        </w:rPr>
        <w:t xml:space="preserve">[41:38] </w:t>
      </w:r>
      <w:r>
        <w:t>to har cheez ka maamla yahi hai.</w:t>
      </w:r>
    </w:p>
    <w:p>
      <w:pPr>
        <w:jc w:val="right"/>
      </w:pPr>
      <w:r>
        <w:t>تو ہر چیز کا معاملہ یہی ہے۔</w:t>
      </w:r>
    </w:p>
    <w:p>
      <w:r>
        <w:rPr>
          <w:b/>
        </w:rPr>
        <w:t xml:space="preserve">[41:44] </w:t>
      </w:r>
      <w:r>
        <w:t>aur zuban ka maamla to bohat hi important hai. kabhi aadmi ko aisa nahi karna chahiye ke bas kuch bhi bol de woh.</w:t>
      </w:r>
    </w:p>
    <w:p>
      <w:pPr>
        <w:jc w:val="right"/>
      </w:pPr>
      <w:r>
        <w:t>اور زبان کا معاملہ تو بہت ہی important ہے۔ کبھی آدمی کو ایسا نہیں کرنا چاہیے کہ بس کچھ بھی بول دے وہ۔</w:t>
      </w:r>
    </w:p>
    <w:p>
      <w:r>
        <w:rPr>
          <w:b/>
        </w:rPr>
        <w:t xml:space="preserve">[41:56] </w:t>
      </w:r>
      <w:r>
        <w:t>jaise mein ne arz kiya ke aaj kal kar rahe hain ke sahib jo azab hai, is tarah se bolna islam mein bilkul nahi hai.</w:t>
      </w:r>
    </w:p>
    <w:p>
      <w:pPr>
        <w:jc w:val="right"/>
      </w:pPr>
      <w:r>
        <w:t>جیسے میں نے عرض کیا کہ آج کل کر رہے ہیں کہ صاحب جو عذاب ہے، اس طرح سے بولنا اسلام میں بالکل نہیں ہے۔</w:t>
      </w:r>
    </w:p>
    <w:p>
      <w:r>
        <w:rPr>
          <w:b/>
        </w:rPr>
        <w:t xml:space="preserve">[42:07] </w:t>
      </w:r>
      <w:r>
        <w:t>ek hadith mein to yahan tak hai ke man man samata naj jo chup raha, us ko salvation mili. to chup rehna bhi salvation deta hai aadmi ko.</w:t>
      </w:r>
    </w:p>
    <w:p>
      <w:pPr>
        <w:jc w:val="right"/>
      </w:pPr>
      <w:r>
        <w:t>ایک حدیث میں تو یہاں تک ہے کہ من من صمت نجا جو چپ رہا، اس کو salvation ملی۔ تو چپ رہنا بھی salvation دیتا ہے آدمی کو۔</w:t>
      </w:r>
    </w:p>
    <w:p>
      <w:r>
        <w:rPr>
          <w:b/>
        </w:rPr>
        <w:t xml:space="preserve">[42:20] </w:t>
      </w:r>
      <w:r>
        <w:t>kyun ke chup jab aadmi rahega to yeh establish karega woh ke mein ek sincere aadmi hoon. mein khuda se darne wala aadmi hoon.</w:t>
      </w:r>
    </w:p>
    <w:p>
      <w:pPr>
        <w:jc w:val="right"/>
      </w:pPr>
      <w:r>
        <w:t>کیونکہ چپ جب آدمی رہے گا تو یہ establish کرے گا وہ کہ میں ایک sincere آدمی ہوں۔ میں خدا سے ڈرنے والا آدمی ہوں۔</w:t>
      </w:r>
    </w:p>
    <w:p>
      <w:r>
        <w:rPr>
          <w:b/>
        </w:rPr>
        <w:t xml:space="preserve">[42:31] </w:t>
      </w:r>
      <w:r>
        <w:t>mein woh insaan nahi hoon ke bas jo bhi dilwaya, woh barh</w:t>
      </w:r>
    </w:p>
    <w:p>
      <w:pPr>
        <w:jc w:val="right"/>
      </w:pPr>
      <w:r>
        <w:t>میں وہ انسان نہیں ہوں کہ بس جو بھی دلوایا، وہ بڑھ</w:t>
      </w:r>
    </w:p>
    <w:p>
      <w:r>
        <w:rPr>
          <w:b/>
        </w:rPr>
        <w:t xml:space="preserve">[42:34] </w:t>
      </w:r>
      <w:r>
        <w:t>se keh diya. sochta hoon, tab bolta hoon.</w:t>
      </w:r>
    </w:p>
    <w:p>
      <w:pPr>
        <w:jc w:val="right"/>
      </w:pPr>
      <w:r>
        <w:t>سے کہہ دیا۔ سوچتا ہوں، تب بولتا ہوں۔</w:t>
      </w:r>
    </w:p>
    <w:p>
      <w:r>
        <w:rPr>
          <w:b/>
        </w:rPr>
        <w:t xml:space="preserve">[42:42] </w:t>
      </w:r>
      <w:r>
        <w:t>yeh sab baatein hain.</w:t>
      </w:r>
    </w:p>
    <w:p>
      <w:pPr>
        <w:jc w:val="right"/>
      </w:pPr>
      <w:r>
        <w:t>یہ سب باتیں ہیں۔</w:t>
      </w:r>
    </w:p>
    <w:p>
      <w:r>
        <w:rPr>
          <w:b/>
        </w:rPr>
        <w:t xml:space="preserve">[42:50] </w:t>
      </w:r>
      <w:r>
        <w:t>to mein samajhta hoon ke logon ko bohat zyada yeh batane ki zaroorat hai, bohat zyada. ke soche baghair bolna tum ko karna hi nahi hai.</w:t>
      </w:r>
    </w:p>
    <w:p>
      <w:pPr>
        <w:jc w:val="right"/>
      </w:pPr>
      <w:r>
        <w:t>تو میں سمجھتا ہوں کہ لوگوں کو بہت زیادہ یہ بتانے کی ضرورت ہے، بہت زیادہ۔ کہ سوچے بغیر بولنا تم کو کرنا ہی نہیں ہے۔</w:t>
      </w:r>
    </w:p>
    <w:p>
      <w:r>
        <w:rPr>
          <w:b/>
        </w:rPr>
        <w:t xml:space="preserve">[43:09] </w:t>
      </w:r>
      <w:r>
        <w:t>sochna hai, pehle bolna hai, is ke baad. agar tum soch nahi sakte to bolo hi mat, to chup raho, chup chap raho.</w:t>
      </w:r>
    </w:p>
    <w:p>
      <w:pPr>
        <w:jc w:val="right"/>
      </w:pPr>
      <w:r>
        <w:t>سوچنا ہے، پہلے بولنا ہے، اس کے بعد۔ اگر تم سوچ نہیں سکتے تو بولو ہی مت، تو چپ رہو، چپ چاپ رہو۔</w:t>
      </w:r>
    </w:p>
    <w:p>
      <w:r>
        <w:rPr>
          <w:b/>
        </w:rPr>
        <w:t xml:space="preserve">[43:18] </w:t>
      </w:r>
      <w:r>
        <w:t>agar tum soch nahi sakte to bolo hi mat. pehle sochiye aur phir boliye. aur sirf soch kar bolna yeh bhi kafi nahi hai.</w:t>
      </w:r>
    </w:p>
    <w:p>
      <w:pPr>
        <w:jc w:val="right"/>
      </w:pPr>
      <w:r>
        <w:t>اگر تم سوچ نہیں سکتے تو بولو ہی مت۔ پہلے سوچیے اور پھر بولیے۔ اور صرف سوچ کر بولنا یہ بھی کافی نہیں ہے۔</w:t>
      </w:r>
    </w:p>
    <w:p>
      <w:r>
        <w:rPr>
          <w:b/>
        </w:rPr>
        <w:t xml:space="preserve">[43:29] </w:t>
      </w:r>
      <w:r>
        <w:t>sochiye, study kijiye, discussion kijiye, dialogue kijiye. ab dekhiye, hamare samaj mein aaj kal kya hai.</w:t>
      </w:r>
    </w:p>
    <w:p>
      <w:pPr>
        <w:jc w:val="right"/>
      </w:pPr>
      <w:r>
        <w:t>سوچیے، study کیجیے، discussion کیجیے، dialogue کیجیے۔ اب دیکھیے، ہمارے سماج میں آج کل کیا ہے۔</w:t>
      </w:r>
    </w:p>
    <w:p>
      <w:r>
        <w:rPr>
          <w:b/>
        </w:rPr>
        <w:t xml:space="preserve">[43:39] </w:t>
      </w:r>
      <w:r>
        <w:t>kisi ke bare mein aap ko ek baat mili to kya karenge?</w:t>
      </w:r>
    </w:p>
    <w:p>
      <w:pPr>
        <w:jc w:val="right"/>
      </w:pPr>
      <w:r>
        <w:t>کسی کے بارے میں آپ کو ایک بات ملی تو کیا کریں گے؟</w:t>
      </w:r>
    </w:p>
    <w:p>
      <w:r>
        <w:rPr>
          <w:b/>
        </w:rPr>
        <w:t xml:space="preserve">[43:45] </w:t>
      </w:r>
      <w:r>
        <w:t>bas logon se us ko ban karne lagenge. halanke is aadmi se poochna chahiye, sab se pehle ke tumhare bare mein maine aisa suna hai, yeh sahi hai ke nahi sahi hai?</w:t>
      </w:r>
    </w:p>
    <w:p>
      <w:pPr>
        <w:jc w:val="right"/>
      </w:pPr>
      <w:r>
        <w:t>بس لوگوں سے اس کو ban کرنے لگیں گے۔ حالانکہ اس آدمی سے پوچھنا چاہیے، سب سے پہلے کہ تمہارے بارے میں میں نے ایسا سنا ہے، یہ صحیح ہے کہ نہیں صحیح ہے؟</w:t>
      </w:r>
    </w:p>
    <w:p>
      <w:r>
        <w:rPr>
          <w:b/>
        </w:rPr>
        <w:t xml:space="preserve">[44:00] </w:t>
      </w:r>
      <w:r>
        <w:t>isi liye hadith mein hai ke</w:t>
      </w:r>
    </w:p>
    <w:p>
      <w:pPr>
        <w:jc w:val="right"/>
      </w:pPr>
      <w:r>
        <w:t>اسی لیے حدیث میں ہے کہ</w:t>
      </w:r>
    </w:p>
    <w:p>
      <w:r>
        <w:rPr>
          <w:b/>
        </w:rPr>
        <w:t xml:space="preserve">[44:04] </w:t>
      </w:r>
      <w:r>
        <w:t>kafa bil mar'i kaziban an yahdatha bikulli ma sami'a</w:t>
      </w:r>
    </w:p>
    <w:p>
      <w:pPr>
        <w:jc w:val="right"/>
      </w:pPr>
      <w:r>
        <w:t>كفى بالمرء كذبا أن يحدث بكل ما سمع</w:t>
      </w:r>
    </w:p>
    <w:p>
      <w:r>
        <w:rPr>
          <w:b/>
        </w:rPr>
        <w:t xml:space="preserve">[44:11] </w:t>
      </w:r>
      <w:r>
        <w:t>ke aadmi ke jhoota hone ke liye yahi baat kafi hai ke woh jo kuch sune, us ko bolne lage.</w:t>
      </w:r>
    </w:p>
    <w:p>
      <w:pPr>
        <w:jc w:val="right"/>
      </w:pPr>
      <w:r>
        <w:t>کہ آدمی کے جھوٹا ہونے کے لیے یہی بات کافی ہے کہ وہ جو کچھ سنے، اس کو بولنے لگے۔</w:t>
      </w:r>
    </w:p>
    <w:p>
      <w:r>
        <w:rPr>
          <w:b/>
        </w:rPr>
        <w:t xml:space="preserve">[44:23] </w:t>
      </w:r>
      <w:r>
        <w:t>aadmi ke jhoota hone ke liye yahi baat kafi hai ke woh jo kuch sune, us ko bolne lage.</w:t>
      </w:r>
    </w:p>
    <w:p>
      <w:pPr>
        <w:jc w:val="right"/>
      </w:pPr>
      <w:r>
        <w:t>آدمی کے جھوٹا ہونے کے لیے یہی بات کافی ہے کہ وہ جو کچھ سنے، اس کو بولنے لگے۔</w:t>
      </w:r>
    </w:p>
    <w:p>
      <w:r>
        <w:rPr>
          <w:b/>
        </w:rPr>
        <w:t xml:space="preserve">[44:32] </w:t>
      </w:r>
      <w:r>
        <w:t>agar aap kuch sunte hain to aap us ko sab se pehle to kehne wale se scrutiny kijiye.</w:t>
      </w:r>
    </w:p>
    <w:p>
      <w:pPr>
        <w:jc w:val="right"/>
      </w:pPr>
      <w:r>
        <w:t>اگر آپ کچھ سنتے ہیں تو آپ اس کو سب سے پہلے تو کہنے والے سے scrutiny کیجیے۔</w:t>
      </w:r>
    </w:p>
    <w:p>
      <w:r>
        <w:rPr>
          <w:b/>
        </w:rPr>
        <w:t xml:space="preserve">[44:39] </w:t>
      </w:r>
      <w:r>
        <w:t>mera tareeqa yeh hai ke agar koi mujh se koi baat kahe to mein foran scrutiny karta hoon us ko. yeh nahi ke bas mujhe keh diya aur maine sun liya. achha, ab mein Allah ke fazl se aisa nahi karta hoon.</w:t>
      </w:r>
    </w:p>
    <w:p>
      <w:pPr>
        <w:jc w:val="right"/>
      </w:pPr>
      <w:r>
        <w:t>میرا طریقہ یہ ہے کہ اگر کوئی مجھ سے کوئی بات کہے تو میں فوراً scrutiny کرتا ہوں اس کو۔ یہ نہیں کہ بس مجھے کہہ دیا اور میں نے سن لیا۔ اچھا، اب میں اللہ کے فضل سے ایسا نہیں کرتا ہوں۔</w:t>
      </w:r>
    </w:p>
    <w:p>
      <w:r>
        <w:rPr>
          <w:b/>
        </w:rPr>
        <w:t xml:space="preserve">[44:52] </w:t>
      </w:r>
      <w:r>
        <w:t>mein scrutiny karunga. phir apne common sense pe lagaunga ke kya aisa ho sakta hai.</w:t>
      </w:r>
    </w:p>
    <w:p>
      <w:pPr>
        <w:jc w:val="right"/>
      </w:pPr>
      <w:r>
        <w:t>میں scrutiny کروں گا۔ پھر اپنے common sense پہ لگاؤں گا کہ کیا ایسا ہو سکتا ہے۔</w:t>
      </w:r>
    </w:p>
    <w:p>
      <w:r>
        <w:rPr>
          <w:b/>
        </w:rPr>
        <w:t xml:space="preserve">[45:03] </w:t>
      </w:r>
      <w:r>
        <w:t>scrutiny karunga. phir apne common sense pe lagaunga ke kya aisa ho sakta hai.</w:t>
      </w:r>
    </w:p>
    <w:p>
      <w:pPr>
        <w:jc w:val="right"/>
      </w:pPr>
      <w:r>
        <w:t>scrutiny کروں گا۔ پھر اپنے common sense پہ لگاؤں گا کہ کیا ایسا ہو سکتا ہے۔</w:t>
      </w:r>
    </w:p>
    <w:p>
      <w:r>
        <w:rPr>
          <w:b/>
        </w:rPr>
        <w:t xml:space="preserve">[45:09] </w:t>
      </w:r>
      <w:r>
        <w:t>aur jo bhi is se relevant cheezein hain, us par soch bichar karunga. tab ja kar manunga is baat ko.</w:t>
      </w:r>
    </w:p>
    <w:p>
      <w:pPr>
        <w:jc w:val="right"/>
      </w:pPr>
      <w:r>
        <w:t>اور جو بھی اس سے relevant چیزیں ہیں، اس پر سوچ بچار کروں گا۔ تب جا کر مانوں گا اس بات کو۔</w:t>
      </w:r>
    </w:p>
    <w:p>
      <w:r>
        <w:rPr>
          <w:b/>
        </w:rPr>
        <w:t xml:space="preserve">[45:21] </w:t>
      </w:r>
      <w:r>
        <w:t>dekhiye, agar koi baat aisi hai jo kisi ke bare mein koi negative remark nahi hai to aap us ko bol sakte hain.</w:t>
      </w:r>
    </w:p>
    <w:p>
      <w:pPr>
        <w:jc w:val="right"/>
      </w:pPr>
      <w:r>
        <w:t>دیکھیے، اگر کوئی بات ایسی ہے جو کسی کے بارے میں کوئی negative remark نہیں ہے تو آپ اس کو بول سکتے ہیں۔</w:t>
      </w:r>
    </w:p>
    <w:p>
      <w:r>
        <w:rPr>
          <w:b/>
        </w:rPr>
        <w:t xml:space="preserve">[45:32] </w:t>
      </w:r>
      <w:r>
        <w:t>lekin agar negative remark hai to aap ko bolne ka right nahi hai.</w:t>
      </w:r>
    </w:p>
    <w:p>
      <w:pPr>
        <w:jc w:val="right"/>
      </w:pPr>
      <w:r>
        <w:t>لیکن اگر negative remark ہے تو آپ کو بولنے کاright نہیں ہے۔</w:t>
      </w:r>
    </w:p>
    <w:p>
      <w:r>
        <w:rPr>
          <w:b/>
        </w:rPr>
        <w:t xml:space="preserve">[45:36] </w:t>
      </w:r>
      <w:r>
        <w:t>pehley aap ko scrutiny karna hai, aap ko study karna hai. aap ko is aadmi se, consult person se ja kar baat karna hai. bohat sari conditions poora karna hai.</w:t>
      </w:r>
    </w:p>
    <w:p>
      <w:pPr>
        <w:jc w:val="right"/>
      </w:pPr>
      <w:r>
        <w:t>پہلے آپ کو scrutiny کرنا ہے، آپ کو study کرنا ہے۔ آپ کو اس آدمی سے، consult person سے جا کر بات کرنا ہے۔ بہت ساری conditions پورا کرنا ہے۔</w:t>
      </w:r>
    </w:p>
    <w:p>
      <w:r>
        <w:rPr>
          <w:b/>
        </w:rPr>
        <w:t xml:space="preserve">[45:46] </w:t>
      </w:r>
      <w:r>
        <w:t>tab ja kar aap ko bolne ka right milega. nahi to nahi.</w:t>
      </w:r>
    </w:p>
    <w:p>
      <w:pPr>
        <w:jc w:val="right"/>
      </w:pPr>
      <w:r>
        <w:t>تب جا کر آپ کو بولنے کاright ملے گا۔ نہیں تو نہیں۔</w:t>
      </w:r>
    </w:p>
    <w:p>
      <w:r>
        <w:rPr>
          <w:b/>
        </w:rPr>
        <w:t xml:space="preserve">[45:56] </w:t>
      </w:r>
      <w:r>
        <w:t>bolna jo hai, main samajhta hoon ke bara unique phenomena hai.</w:t>
      </w:r>
    </w:p>
    <w:p>
      <w:pPr>
        <w:jc w:val="right"/>
      </w:pPr>
      <w:r>
        <w:t>بولنا جو ہے، میں سمجھتا ہوں کہ بڑا unique phenomena ہے۔</w:t>
      </w:r>
    </w:p>
    <w:p>
      <w:r>
        <w:rPr>
          <w:b/>
        </w:rPr>
        <w:t xml:space="preserve">[46:04] </w:t>
      </w:r>
      <w:r>
        <w:t>aap jante hain ke koi galaxy bol nahi sakti. koi solar system bol nahi sakta. aur isi tarah se koi pahad ya darya nahi bol sakte.</w:t>
      </w:r>
    </w:p>
    <w:p>
      <w:pPr>
        <w:jc w:val="right"/>
      </w:pPr>
      <w:r>
        <w:t>آپ جانتے ہیں کہ کوئی galaxy بول نہیں سکتی۔ کوئی solar system بول نہیں سکتا۔ اور اسی طریقے سے کوئی پہاڑ یا دریا نہیں بول سکتے۔</w:t>
      </w:r>
    </w:p>
    <w:p>
      <w:r>
        <w:rPr>
          <w:b/>
        </w:rPr>
        <w:t xml:space="preserve">[46:18] </w:t>
      </w:r>
      <w:r>
        <w:t>yahan tak ke animal jo hain, un ki boli kya hai, kuch signal dete hain, aap samajh lijie. jaise hum log bolte hain, shabdon mein yeh animal nahi kar sakte.</w:t>
      </w:r>
    </w:p>
    <w:p>
      <w:pPr>
        <w:jc w:val="right"/>
      </w:pPr>
      <w:r>
        <w:t>یہاں تک کہ animal جو ہیں، ان کی بولی کیا ہے، کچھ signal دیتے ہیں، آپ سمجھ لیجیے۔ جیسے ہم لوگ بولتے ہیں، शब्दوں میں یہ animal نہیں کر سکتے۔</w:t>
      </w:r>
    </w:p>
    <w:p>
      <w:r>
        <w:rPr>
          <w:b/>
        </w:rPr>
        <w:t xml:space="preserve">[46:33] </w:t>
      </w:r>
      <w:r>
        <w:t>un ke to signal hote hain. koi dangerous situation hai to wahan par khaas awaz nikalenge.</w:t>
      </w:r>
    </w:p>
    <w:p>
      <w:pPr>
        <w:jc w:val="right"/>
      </w:pPr>
      <w:r>
        <w:t>ان کے تو signal ہوتے ہیں۔ کوئی dangerous situation ہے تو وہاں پر خاص آواز نکالیں گے۔</w:t>
      </w:r>
    </w:p>
    <w:p>
      <w:r>
        <w:rPr>
          <w:b/>
        </w:rPr>
        <w:t xml:space="preserve">[46:42] </w:t>
      </w:r>
      <w:r>
        <w:t>jaise maine dekha hai ke yahan par main rehta hoon. to kabhi aisa hota hai ke bandar aa jata hai. bandar. to chidiyan bandar ko apne liye danger samajhti hain.</w:t>
      </w:r>
    </w:p>
    <w:p>
      <w:pPr>
        <w:jc w:val="right"/>
      </w:pPr>
      <w:r>
        <w:t>جیسے میں نے دیکھا ہے کہ یہاں پر میں رہتا ہوں۔ تو کبھی ایسا ہوتا ہے کہ بندر آ جاتا ہے۔ بندر۔ تو چڑیاں بندر کو اپنے لیے danger سمجھتی ہیں۔</w:t>
      </w:r>
    </w:p>
    <w:p>
      <w:r>
        <w:rPr>
          <w:b/>
        </w:rPr>
        <w:t xml:space="preserve">[46:55] </w:t>
      </w:r>
      <w:r>
        <w:t>chidiyan jo hain, bandar ko apne liye danger samajhti hain. khatra. to sara ur ur kar ke sara shor karti hain.</w:t>
      </w:r>
    </w:p>
    <w:p>
      <w:pPr>
        <w:jc w:val="right"/>
      </w:pPr>
      <w:r>
        <w:t>چڑیاں جو ہیں، بندر کو اپنے لیے danger سمجھتی ہیں۔ خطرہ۔ تو سارا اڑ اڑ کر کے سارا شور کرتی ہیں۔</w:t>
      </w:r>
    </w:p>
    <w:p>
      <w:r>
        <w:rPr>
          <w:b/>
        </w:rPr>
        <w:t xml:space="preserve">[47:04] </w:t>
      </w:r>
      <w:r>
        <w:t>sari chidiyan jo hain, urengi, shor karengi, urengi, shor karengi. yahan tak ke jab bandar bhag jayega, tab woh shaant ho jayengi.</w:t>
      </w:r>
    </w:p>
    <w:p>
      <w:pPr>
        <w:jc w:val="right"/>
      </w:pPr>
      <w:r>
        <w:t>ساری چڑیاں جو ہیں، اڑیں گی، شور کریں گی، اڑیں گی، شور کریں گی۔ یہاں تک کہ جب بندر بھاگ جائے گا، تب وہ شانت ہو جائیں گی۔</w:t>
      </w:r>
    </w:p>
    <w:p>
      <w:r>
        <w:rPr>
          <w:b/>
        </w:rPr>
        <w:t xml:space="preserve">[47:14] </w:t>
      </w:r>
      <w:r>
        <w:t>yeh in ko, in ke paas hamare aap ke tareeqe se word nahi hote hain. signal hote hain, signal. different type ki awaz hai. different type ki awaz hai.</w:t>
      </w:r>
    </w:p>
    <w:p>
      <w:pPr>
        <w:jc w:val="right"/>
      </w:pPr>
      <w:r>
        <w:t>یہ ان کو، ان کے پاس ہمارے آپ کے طریقے سے word نہیں ہوتے ہیں۔ Signal ہوتے ہیں، signal۔ Different type کی آواز ہے۔ Different type کی آواز ہے۔</w:t>
      </w:r>
    </w:p>
    <w:p>
      <w:r>
        <w:rPr>
          <w:b/>
        </w:rPr>
        <w:t xml:space="preserve">[47:27] </w:t>
      </w:r>
      <w:r>
        <w:t>yeh speech, power of speech to bohat unique hai insan ke liye. bohat unique hai.</w:t>
      </w:r>
    </w:p>
    <w:p>
      <w:pPr>
        <w:jc w:val="right"/>
      </w:pPr>
      <w:r>
        <w:t>یہ speech، power of speech تو بہت unique ہے انسان کے لیے۔ بہت unique ہے۔</w:t>
      </w:r>
    </w:p>
    <w:p>
      <w:r>
        <w:rPr>
          <w:b/>
        </w:rPr>
        <w:t xml:space="preserve">[47:36] </w:t>
      </w:r>
      <w:r>
        <w:t>to is ko istemal karna, yani bolne ke power ko istemal karna, yeh to sar ta pa positive sense mein hona chahiye.</w:t>
      </w:r>
    </w:p>
    <w:p>
      <w:pPr>
        <w:jc w:val="right"/>
      </w:pPr>
      <w:r>
        <w:t>تو اس کو استعمال کرنا، یعنی بولنے کے power کو استعمال کرنا، یہ تو سر تاپا positive sense میں ہونا چاہیے۔</w:t>
      </w:r>
    </w:p>
    <w:p>
      <w:r>
        <w:rPr>
          <w:b/>
        </w:rPr>
        <w:t xml:space="preserve">[47:47] </w:t>
      </w:r>
      <w:r>
        <w:t>khuda ke shukr ke sath hona chahiye. negative tareeqe se is ko istemal karna to is ko, yani is ka another karna hai.</w:t>
      </w:r>
    </w:p>
    <w:p>
      <w:pPr>
        <w:jc w:val="right"/>
      </w:pPr>
      <w:r>
        <w:t>خدا کے شکر کے ساتھ ہونا چاہیے۔ negative طریقے سے اس کو استعمال کرنا تو اس کو، یعنی اس کا another کرنا ہے۔</w:t>
      </w:r>
    </w:p>
    <w:p>
      <w:r>
        <w:rPr>
          <w:b/>
        </w:rPr>
        <w:t xml:space="preserve">[47:58] </w:t>
      </w:r>
      <w:r>
        <w:t>is ah</w:t>
      </w:r>
    </w:p>
    <w:p>
      <w:pPr>
        <w:jc w:val="right"/>
      </w:pPr>
      <w:r>
        <w:t>اس اح</w:t>
      </w:r>
    </w:p>
    <w:p>
      <w:r>
        <w:rPr>
          <w:b/>
        </w:rPr>
        <w:t xml:space="preserve">[48:00] </w:t>
      </w:r>
      <w:r>
        <w:t>saan ka. dekhiye, main ek baat aur kehna chahunga ke</w:t>
      </w:r>
    </w:p>
    <w:p>
      <w:pPr>
        <w:jc w:val="right"/>
      </w:pPr>
      <w:r>
        <w:t>سان کا۔ دیکھیے، میں ایک بات اور کہنا چاہوں گا کہ</w:t>
      </w:r>
    </w:p>
    <w:p>
      <w:r>
        <w:rPr>
          <w:b/>
        </w:rPr>
        <w:t xml:space="preserve">[48:08] </w:t>
      </w:r>
      <w:r>
        <w:t>pehle zamane mein bhi aisa hota tha ke kabhi aandhi aa gayi, kabhi earthquake aa gaya, kabhi kuch aa gaya. to pehle zamane mein kya hota tha?</w:t>
      </w:r>
    </w:p>
    <w:p>
      <w:pPr>
        <w:jc w:val="right"/>
      </w:pPr>
      <w:r>
        <w:t>پہلے زمانے میں بھی ایسا ہوتا تھا کہ کبھی آندھی آ گئی، کبھی earthquake آ گیا، کبھی کچھ آ گیا۔ تو پہلے زمانے میں کیا ہوتا تھا؟</w:t>
      </w:r>
    </w:p>
    <w:p>
      <w:r>
        <w:rPr>
          <w:b/>
        </w:rPr>
        <w:t xml:space="preserve">[48:20] </w:t>
      </w:r>
      <w:r>
        <w:t>yani matlab sahaba ke zamane mein. companions of the prophet ke zamane mein.</w:t>
      </w:r>
    </w:p>
    <w:p>
      <w:pPr>
        <w:jc w:val="right"/>
      </w:pPr>
      <w:r>
        <w:t>یعنی مطلب صحابہ کے زمانے میں۔ Companions of the Prophet کے زمانے میں۔</w:t>
      </w:r>
    </w:p>
    <w:p>
      <w:r>
        <w:rPr>
          <w:b/>
        </w:rPr>
        <w:t xml:space="preserve">[48:28] </w:t>
      </w:r>
      <w:r>
        <w:t>to woh log is ko lete the is sense mein nahi ke falan logon ke upar azab aaya hai. falan logon par azab, yeh nahi.</w:t>
      </w:r>
    </w:p>
    <w:p>
      <w:pPr>
        <w:jc w:val="right"/>
      </w:pPr>
      <w:r>
        <w:t>تو وہ لوگ اس کو لیتے تھے اس sense میں نہیں کہ فلاں لوگوں کے اوپر عذاب آیا ہے۔ فلاں لوگوں پر عذاب، یہ نہیں۔</w:t>
      </w:r>
    </w:p>
    <w:p>
      <w:r>
        <w:rPr>
          <w:b/>
        </w:rPr>
        <w:t xml:space="preserve">[48:40] </w:t>
      </w:r>
      <w:r>
        <w:t>balkeh is ko warning ke sense mein lete the. jaise ek martaba madine mein aandhi aayi, zuhr ki aandhi. to tamam sahaba bhag kar masjid mein gaye.</w:t>
      </w:r>
    </w:p>
    <w:p>
      <w:pPr>
        <w:jc w:val="right"/>
      </w:pPr>
      <w:r>
        <w:t>بلکہ اس کو warning کے sense میں لیتے تھے۔ جیسے ایک مرتبہ مدینے میں آندھی آئی، ظہر کی آندھی۔ تو تمام صحابہ بھاگ کر مسجد میں گئے۔</w:t>
      </w:r>
    </w:p>
    <w:p>
      <w:r>
        <w:rPr>
          <w:b/>
        </w:rPr>
        <w:t xml:space="preserve">[48:53] </w:t>
      </w:r>
      <w:r>
        <w:t>kis liye? dua karne ke liye.</w:t>
      </w:r>
    </w:p>
    <w:p>
      <w:pPr>
        <w:jc w:val="right"/>
      </w:pPr>
      <w:r>
        <w:t>کس لیے؟ دعا کرنے کے لیے۔</w:t>
      </w:r>
    </w:p>
    <w:p>
      <w:r>
        <w:rPr>
          <w:b/>
        </w:rPr>
        <w:t xml:space="preserve">[48:57] </w:t>
      </w:r>
      <w:r>
        <w:t>woh dare ke kahin qayamat to nahi aa gayi. yani tez aandhi aayi to woh dare ke qayamat to nahi aa gayi. to daude masjid mein taake duaen karen.</w:t>
      </w:r>
    </w:p>
    <w:p>
      <w:pPr>
        <w:jc w:val="right"/>
      </w:pPr>
      <w:r>
        <w:t>وہ ڈرے کہ کہیں قیامت تو نہیں آ گئی۔ یعنی تیز آندھی آئی تو وہ ڈرے کہ قیامت تو نہیں آ گئی۔ تو دوڑے مسجد میں تاکہ دعائیں کریں۔</w:t>
      </w:r>
    </w:p>
    <w:p>
      <w:r>
        <w:rPr>
          <w:b/>
        </w:rPr>
        <w:t xml:space="preserve">[49:09] </w:t>
      </w:r>
      <w:r>
        <w:t>woh un ka tareeqa yeh nahi tha ke kahin ke falan ke upar azab aa gaya, khuda ka. yeh bohat hi insensitive baat hai, yeh aisa bolna.</w:t>
      </w:r>
    </w:p>
    <w:p>
      <w:pPr>
        <w:jc w:val="right"/>
      </w:pPr>
      <w:r>
        <w:t>وہ ان کا طریقہ یہ نہیں تھا کہ کہیں کہ فلاں کے اوپر عذاب آ گیا، خدا کا۔ یہ بہت ہی insensitive بات ہے، یہ ایسا بولنا۔</w:t>
      </w:r>
    </w:p>
    <w:p>
      <w:r>
        <w:rPr>
          <w:b/>
        </w:rPr>
        <w:t xml:space="preserve">[49:19] </w:t>
      </w:r>
      <w:r>
        <w:t>apne upar woh lete the, apne upar. ke hum to pakad mein nahi aa gaye.</w:t>
      </w:r>
    </w:p>
    <w:p>
      <w:pPr>
        <w:jc w:val="right"/>
      </w:pPr>
      <w:r>
        <w:t>اپنے اوپر وہ لیتے تھے، اپنے اوپر۔ کہ ہم تو پکڑ میں نہیں آ گئے۔</w:t>
      </w:r>
    </w:p>
    <w:p>
      <w:r>
        <w:rPr>
          <w:b/>
        </w:rPr>
        <w:t xml:space="preserve">[49:29] </w:t>
      </w:r>
      <w:r>
        <w:t>to is ko, is se woh lesson lete the, lesson. dekhiye, yeh baat yaad rakhiye. asal cheez lesson lena.</w:t>
      </w:r>
    </w:p>
    <w:p>
      <w:pPr>
        <w:jc w:val="right"/>
      </w:pPr>
      <w:r>
        <w:t>تو اس کو، اس سے وہ lesson لیتے تھے، lesson۔ دیکھیے، یہ بات یاد رکھیے۔ اصل چیز lesson لینا۔</w:t>
      </w:r>
    </w:p>
    <w:p>
      <w:r>
        <w:rPr>
          <w:b/>
        </w:rPr>
        <w:t xml:space="preserve">[49:40] </w:t>
      </w:r>
      <w:r>
        <w:t>lesson. earthquake aaye, earthquake aaye tab bhi lesson lena hai. storm aaye tab bhi lesson lena hai. kuch bhi calamity aaye to is se bhi lesson lena hai.</w:t>
      </w:r>
    </w:p>
    <w:p>
      <w:pPr>
        <w:jc w:val="right"/>
      </w:pPr>
      <w:r>
        <w:t>Lesson۔ Earthquake آئے، earthquake آئے تب بھی lesson لینا ہے۔ Storm آئے تب بھی lesson لینا ہے۔ کچھ بھی calamity آئے تو اس سے بھی lesson لینا ہے۔</w:t>
      </w:r>
    </w:p>
    <w:p>
      <w:r>
        <w:rPr>
          <w:b/>
        </w:rPr>
        <w:t xml:space="preserve">[49:54] </w:t>
      </w:r>
      <w:r>
        <w:t>dusron ke upar remark pass karna, yeh yeh yeh koi baat nahi hai.</w:t>
      </w:r>
    </w:p>
    <w:p>
      <w:pPr>
        <w:jc w:val="right"/>
      </w:pPr>
      <w:r>
        <w:t>دوسروں کے اوپر remark پاس کرنا، یہ یہ یہ کوئی بات نہیں ہے۔</w:t>
      </w:r>
    </w:p>
    <w:p>
      <w:r>
        <w:rPr>
          <w:b/>
        </w:rPr>
        <w:t xml:space="preserve">[49:59] </w:t>
      </w:r>
      <w:r>
        <w:t>agar aise waqiat pesh aate hain, aap ke qareeb ya aap se door, kahin bhi. to is se lesson lijie.</w:t>
      </w:r>
    </w:p>
    <w:p>
      <w:pPr>
        <w:jc w:val="right"/>
      </w:pPr>
      <w:r>
        <w:t>اگر ایسے واقعات پیش آتے ہیں، آپ کے قریب یا آپ سے دور، کہیں بھی۔ تو اس سے lesson لیجیے۔</w:t>
      </w:r>
    </w:p>
    <w:p>
      <w:r>
        <w:rPr>
          <w:b/>
        </w:rPr>
        <w:t xml:space="preserve">[50:08] </w:t>
      </w:r>
      <w:r>
        <w:t>woh lesson jo aap ke liye mufeed ho. jis mein aap ka apna correction hota ho. aap ka apna spiritual development hota ho.</w:t>
      </w:r>
    </w:p>
    <w:p>
      <w:pPr>
        <w:jc w:val="right"/>
      </w:pPr>
      <w:r>
        <w:t>وہ lesson جو آپ کے لیے مفید ہو۔ جس میں آپ کا اپنا correction ہوتا ہو۔ آپ کا اپنا spiritual development ہوتا ہو۔</w:t>
      </w:r>
    </w:p>
    <w:p>
      <w:r>
        <w:rPr>
          <w:b/>
        </w:rPr>
        <w:t xml:space="preserve">[50:20] </w:t>
      </w:r>
      <w:r>
        <w:t>aap ka apna intellectual development hota ho. toh cheezon se aap ko lesson lena hai, na ke aik aik remark pass karna us ke baray mein.</w:t>
      </w:r>
    </w:p>
    <w:p>
      <w:pPr>
        <w:jc w:val="right"/>
      </w:pPr>
      <w:r>
        <w:t>آپ کا اپنا intellectual development ہوتا ہو۔ تو چیزوں سے آپ کو lesson لینا ہے، نہ کہ ایک ایک remark پاس کرنا اس کے بارے میں۔</w:t>
      </w:r>
    </w:p>
    <w:p>
      <w:r>
        <w:rPr>
          <w:b/>
        </w:rPr>
        <w:t xml:space="preserve">[50:33] </w:t>
      </w:r>
      <w:r>
        <w:t>yeh bohat bari cheez hai jo hamare samaj mein log bhule hue hain.</w:t>
      </w:r>
    </w:p>
    <w:p>
      <w:pPr>
        <w:jc w:val="right"/>
      </w:pPr>
      <w:r>
        <w:t>یہ بہت بڑی چیز ہے جو ہمارے سماج میں لوگ بھولے ہوئے ہیں۔</w:t>
      </w:r>
    </w:p>
    <w:p>
      <w:r>
        <w:rPr>
          <w:b/>
        </w:rPr>
        <w:t xml:space="preserve">[50:38] </w:t>
      </w:r>
      <w:r>
        <w:t>hamare samaj mein is ko log bhule hue hain. ke koi abnormal situation paish aaye, koi nai baat ho jaye.</w:t>
      </w:r>
    </w:p>
    <w:p>
      <w:pPr>
        <w:jc w:val="right"/>
      </w:pPr>
      <w:r>
        <w:t>ہمارے سماج میں اس کو لوگ بھولے ہوئے ہیں۔ کہ کوئی abnormal situation پیش آئے، کوئی نئی بات ہو جائے۔</w:t>
      </w:r>
    </w:p>
    <w:p>
      <w:r>
        <w:rPr>
          <w:b/>
        </w:rPr>
        <w:t xml:space="preserve">[50:49] </w:t>
      </w:r>
      <w:r>
        <w:t>toh hamein is se lesson lena hai. yeh nahi ke is ke le kar ke hum bare bare remark pass karne lagen, doosron ke khilaf.</w:t>
      </w:r>
    </w:p>
    <w:p>
      <w:pPr>
        <w:jc w:val="right"/>
      </w:pPr>
      <w:r>
        <w:t>تو ہمیں اس سے lesson لینا ہے۔ یہ نہیں کہ اس کے لے کر کے ہم بڑے بڑے remark پاس کرنے لگیں، دوسروں کے خلاف۔</w:t>
      </w:r>
    </w:p>
    <w:p>
      <w:r>
        <w:rPr>
          <w:b/>
        </w:rPr>
        <w:t xml:space="preserve">[51:04] </w:t>
      </w:r>
      <w:r>
        <w:t>yeh irresponsible behavior hai.</w:t>
      </w:r>
    </w:p>
    <w:p>
      <w:pPr>
        <w:jc w:val="right"/>
      </w:pPr>
      <w:r>
        <w:t>یہ irresponsible behavior ہے۔</w:t>
      </w:r>
    </w:p>
    <w:p>
      <w:r>
        <w:rPr>
          <w:b/>
        </w:rPr>
        <w:t xml:space="preserve">[51:08] </w:t>
      </w:r>
      <w:r>
        <w:t>yaad rakhiye, is qism ka remark jo hota hai, woh hamesha irresponsible behavior hota hai. toh do lafzon mein main kahunga ke believer aur non-believer ka difference, do lafzon mein.</w:t>
      </w:r>
    </w:p>
    <w:p>
      <w:pPr>
        <w:jc w:val="right"/>
      </w:pPr>
      <w:r>
        <w:t>یاد رکھیے، اس قسم کا remark جو ہوتا ہے، وہ ہمیشہ irresponsible behavior ہوتا ہے۔ تو دو لفظوں میں میں کہوں گا کہ believer اور non-believer کا difference، دو لفظوں میں۔</w:t>
      </w:r>
    </w:p>
    <w:p>
      <w:r>
        <w:rPr>
          <w:b/>
        </w:rPr>
        <w:t xml:space="preserve">[51:24] </w:t>
      </w:r>
      <w:r>
        <w:t>yani responsible behavior, irresponsible behavior. yani believer aur non-believer ka difference yahi hai.</w:t>
      </w:r>
    </w:p>
    <w:p>
      <w:pPr>
        <w:jc w:val="right"/>
      </w:pPr>
      <w:r>
        <w:t>یعنی responsible behavior، irresponsible behavior۔ یعنی believer اور non-believer کا difference یہی ہے۔</w:t>
      </w:r>
    </w:p>
    <w:p>
      <w:r>
        <w:rPr>
          <w:b/>
        </w:rPr>
        <w:t xml:space="preserve">[51:36] </w:t>
      </w:r>
      <w:r>
        <w:t>ke believer jo hai, believer, aik aik true believer, sacha believer. toh is ka behavior responsible behavior hota hai.</w:t>
      </w:r>
    </w:p>
    <w:p>
      <w:pPr>
        <w:jc w:val="right"/>
      </w:pPr>
      <w:r>
        <w:t>کہ believer جو ہے، believer، ایک ایک true believer، سچا believer۔ تو اس کا behavior responsible behavior ہوتا ہے۔</w:t>
      </w:r>
    </w:p>
    <w:p>
      <w:r>
        <w:rPr>
          <w:b/>
        </w:rPr>
        <w:t xml:space="preserve">[51:50] </w:t>
      </w:r>
      <w:r>
        <w:t>is ka behavior responsible behavior hota hai. aur jo aise log hain jo believe nahi karte, jo jo arrogant hain, jo baton ko sunne ko tayyar nahi hain, insincere hain.</w:t>
      </w:r>
    </w:p>
    <w:p>
      <w:pPr>
        <w:jc w:val="right"/>
      </w:pPr>
      <w:r>
        <w:t>اس کا behavior responsible behavior ہوتا ہے۔ اور جو ایسے لوگ ہیں جو believe نہیں کرتے، جو جو arrogant ہیں، جو باتوں کو سننے کو تیار نہیں ہیں، insincere ہیں۔</w:t>
      </w:r>
    </w:p>
    <w:p>
      <w:r>
        <w:rPr>
          <w:b/>
        </w:rPr>
        <w:t xml:space="preserve">[52:12] </w:t>
      </w:r>
      <w:r>
        <w:t>in ka kya hai?</w:t>
      </w:r>
    </w:p>
    <w:p>
      <w:pPr>
        <w:jc w:val="right"/>
      </w:pPr>
      <w:r>
        <w:t>ان کا کیا ہے؟</w:t>
      </w:r>
    </w:p>
    <w:p>
      <w:r>
        <w:rPr>
          <w:b/>
        </w:rPr>
        <w:t xml:space="preserve">[52:17] </w:t>
      </w:r>
      <w:r>
        <w:t>in ka behavior irresponsible behavior hota hai.</w:t>
      </w:r>
    </w:p>
    <w:p>
      <w:pPr>
        <w:jc w:val="right"/>
      </w:pPr>
      <w:r>
        <w:t>ان کا behavior irresponsible behavior ہوتا ہے۔</w:t>
      </w:r>
    </w:p>
    <w:p>
      <w:r>
        <w:rPr>
          <w:b/>
        </w:rPr>
        <w:t xml:space="preserve">[52:24] </w:t>
      </w:r>
      <w:r>
        <w:t>yeh difference hai. believer mein aur unbeliever mein. aur koi difference nahi.</w:t>
      </w:r>
    </w:p>
    <w:p>
      <w:pPr>
        <w:jc w:val="right"/>
      </w:pPr>
      <w:r>
        <w:t>یہ difference ہے۔ Believer میں اور unbeliever میں۔ اور کوئی difference نہیں۔</w:t>
      </w:r>
    </w:p>
    <w:p>
      <w:r>
        <w:rPr>
          <w:b/>
        </w:rPr>
        <w:t xml:space="preserve">[52:40] </w:t>
      </w:r>
      <w:r>
        <w:t>So toh hamein jo hai apne hath ko bhi control karna hai, apni zuban ko bhi control karna hai. Prophet (PBUH) ne kaha ke Al-Muslim man salima al-nas min lisanihi wa yadihi. A Muslim is one.</w:t>
      </w:r>
    </w:p>
    <w:p>
      <w:pPr>
        <w:jc w:val="right"/>
      </w:pPr>
      <w:r>
        <w:t>So تو ہمیں جو ہے اپنے ہاتھ کو بھی کنٹرول کرنا ہے، اپنی زبان کو بھی کنٹرول کرنا ہے۔ Prophet علیہ السلام نے کہا کہ المسلم من سلم الناس من لسانہ ویدہ A مسلم is one.</w:t>
      </w:r>
    </w:p>
    <w:p>
      <w:r>
        <w:rPr>
          <w:b/>
        </w:rPr>
        <w:t xml:space="preserve">[53:02] </w:t>
      </w:r>
      <w:r>
        <w:t>ya A true Muslim is one.</w:t>
      </w:r>
    </w:p>
    <w:p>
      <w:pPr>
        <w:jc w:val="right"/>
      </w:pPr>
      <w:r>
        <w:t>یا A true Muslim is one.</w:t>
      </w:r>
    </w:p>
    <w:p>
      <w:r>
        <w:rPr>
          <w:b/>
        </w:rPr>
        <w:t xml:space="preserve">[53:06] </w:t>
      </w:r>
      <w:r>
        <w:t>A true Muslim is one by whose hands and tongue people are safe.</w:t>
      </w:r>
    </w:p>
    <w:p>
      <w:pPr>
        <w:jc w:val="right"/>
      </w:pPr>
      <w:r>
        <w:t>A true Muslim is one by whose hands and tongue people are safe.</w:t>
      </w:r>
    </w:p>
    <w:p>
      <w:r>
        <w:rPr>
          <w:b/>
        </w:rPr>
        <w:t xml:space="preserve">[53:16] </w:t>
      </w:r>
      <w:r>
        <w:t>toh log kis se safe rahenge? kis se bache rahen g</w:t>
      </w:r>
    </w:p>
    <w:p>
      <w:pPr>
        <w:jc w:val="right"/>
      </w:pPr>
      <w:r>
        <w:t>تو لوگ کس سے safe رہیں گے؟ کس سے بچے رہیں گ</w:t>
      </w:r>
    </w:p>
    <w:p>
      <w:r>
        <w:rPr>
          <w:b/>
        </w:rPr>
        <w:t xml:space="preserve">[53:21] </w:t>
      </w:r>
      <w:r>
        <w:t>e? jis ke dil mein doosron ke liye hate na ho. jis ke dil mein doosre ke liye negative thought na ho. jis ke dil mein doosre ke liye revenge na ho.</w:t>
      </w:r>
    </w:p>
    <w:p>
      <w:pPr>
        <w:jc w:val="right"/>
      </w:pPr>
      <w:r>
        <w:t>ے؟ جس کے دل میں دوسروں کے لیے hate نہ ہو۔ جس کے دل میں دوسرے کے لیے negative thought نہ ہو۔ جس کے دل میں دوسرے کے لیے revenge نہ ہو۔</w:t>
      </w:r>
    </w:p>
    <w:p>
      <w:r>
        <w:rPr>
          <w:b/>
        </w:rPr>
        <w:t xml:space="preserve">[53:33] </w:t>
      </w:r>
      <w:r>
        <w:t>jo lust aur greed se bacha hua ho. jo dishonesty se bacha hua ho. jis ke andar exploitation ka mizaj na ho.</w:t>
      </w:r>
    </w:p>
    <w:p>
      <w:pPr>
        <w:jc w:val="right"/>
      </w:pPr>
      <w:r>
        <w:t>جو lust اور greed سے بچا ہوا ہو۔ جو dishonesty سے بچا ہوا ہو۔ جس کے اندر exploitation کا مزاج نہ ہو۔</w:t>
      </w:r>
    </w:p>
    <w:p>
      <w:r>
        <w:rPr>
          <w:b/>
        </w:rPr>
        <w:t xml:space="preserve">[53:45] </w:t>
      </w:r>
      <w:r>
        <w:t>toh isi se log bache rahenge.</w:t>
      </w:r>
    </w:p>
    <w:p>
      <w:pPr>
        <w:jc w:val="right"/>
      </w:pPr>
      <w:r>
        <w:t>تو اسی سے لوگ بچے رہیں گے۔</w:t>
      </w:r>
    </w:p>
    <w:p>
      <w:r>
        <w:rPr>
          <w:b/>
        </w:rPr>
        <w:t xml:space="preserve">[53:52] </w:t>
      </w:r>
      <w:r>
        <w:t>is ka matlab kya hua?</w:t>
      </w:r>
    </w:p>
    <w:p>
      <w:pPr>
        <w:jc w:val="right"/>
      </w:pPr>
      <w:r>
        <w:t>اس کا مطلب کیا ہوا؟</w:t>
      </w:r>
    </w:p>
    <w:p>
      <w:r>
        <w:rPr>
          <w:b/>
        </w:rPr>
        <w:t xml:space="preserve">[53:57] </w:t>
      </w:r>
      <w:r>
        <w:t>Al-Muslim man salima al-nas bi lisanihi wa yadihi</w:t>
      </w:r>
    </w:p>
    <w:p>
      <w:pPr>
        <w:jc w:val="right"/>
      </w:pPr>
      <w:r>
        <w:t>المسلم من سلم الناس بلسان ویدہ</w:t>
      </w:r>
    </w:p>
    <w:p>
      <w:r>
        <w:rPr>
          <w:b/>
        </w:rPr>
        <w:t xml:space="preserve">[54:04] </w:t>
      </w:r>
      <w:r>
        <w:t>is se aik definition milti hai hum ko. definition. yani true Muslim ki definition.</w:t>
      </w:r>
    </w:p>
    <w:p>
      <w:pPr>
        <w:jc w:val="right"/>
      </w:pPr>
      <w:r>
        <w:t>اس سے ایک definition ملتی ہے ہم کو۔ Definition۔ یعنی true Muslim کی definition۔</w:t>
      </w:r>
    </w:p>
    <w:p>
      <w:r>
        <w:rPr>
          <w:b/>
        </w:rPr>
        <w:t xml:space="preserve">[54:14] </w:t>
      </w:r>
      <w:r>
        <w:t>aap ko true Muslim janna ho toh yeh na kijiye ke aap is ka is ka kurta kitna lamba hai. is ki daadhi kitni bari hai. yeh sab cheezen.</w:t>
      </w:r>
    </w:p>
    <w:p>
      <w:pPr>
        <w:jc w:val="right"/>
      </w:pPr>
      <w:r>
        <w:t>آپ کو true Muslim جاننا ہو تو یہ نہ کیجیے کہ آپ اس کا اس کا کرتا کتنا لمبا ہے۔ اس کی داڑھی کتنی بڑی ہے۔ یہ سب چیزیں۔</w:t>
      </w:r>
    </w:p>
    <w:p>
      <w:r>
        <w:rPr>
          <w:b/>
        </w:rPr>
        <w:t xml:space="preserve">[54:27] </w:t>
      </w:r>
      <w:r>
        <w:t>is se aap aik true Muslim ko pehchan nahi sakte.</w:t>
      </w:r>
    </w:p>
    <w:p>
      <w:pPr>
        <w:jc w:val="right"/>
      </w:pPr>
      <w:r>
        <w:t>اس سے آپ ایک true Muslim کو پہچان نہیں سکتے۔</w:t>
      </w:r>
    </w:p>
    <w:p>
      <w:r>
        <w:rPr>
          <w:b/>
        </w:rPr>
        <w:t xml:space="preserve">[54:31] </w:t>
      </w:r>
      <w:r>
        <w:t>true Muslim ko aap pehchanen ge is ke behavior se. is ke conduct se.</w:t>
      </w:r>
    </w:p>
    <w:p>
      <w:pPr>
        <w:jc w:val="right"/>
      </w:pPr>
      <w:r>
        <w:t>true Muslim کو آپ پہچانیں گے اس کے behavior سے۔ اس کے conduct سے۔</w:t>
      </w:r>
    </w:p>
    <w:p>
      <w:r>
        <w:rPr>
          <w:b/>
        </w:rPr>
        <w:t xml:space="preserve">[54:42] </w:t>
      </w:r>
      <w:r>
        <w:t>yehi sachi pehchan hai.</w:t>
      </w:r>
    </w:p>
    <w:p>
      <w:pPr>
        <w:jc w:val="right"/>
      </w:pPr>
      <w:r>
        <w:t>یہی سچی پہچان ہے۔</w:t>
      </w:r>
    </w:p>
    <w:p>
      <w:r>
        <w:rPr>
          <w:b/>
        </w:rPr>
        <w:t xml:space="preserve">[54:49] </w:t>
      </w:r>
      <w:r>
        <w:t>hazrat umar ka ek waqia hai ke ek aadmi un ke paas aya. hazrat umar jo khalifa the, second khalifa</w:t>
      </w:r>
    </w:p>
    <w:p>
      <w:pPr>
        <w:jc w:val="right"/>
      </w:pPr>
      <w:r>
        <w:t>حضرت عمر کا ایک واقعہ ہے کہ ایک آدمی ان کے پاس آیا۔ حضرت عمر جو خلیفہ تھے، سیکنڈ خلیفہ</w:t>
      </w:r>
    </w:p>
    <w:p>
      <w:r>
        <w:rPr>
          <w:b/>
        </w:rPr>
        <w:t xml:space="preserve">[54:59] </w:t>
      </w:r>
      <w:r>
        <w:t>. to us ne ek aadmi ki bari tareef ki ke woh aadmi aisa hai, woh aadmi waisa hai.</w:t>
      </w:r>
    </w:p>
    <w:p>
      <w:pPr>
        <w:jc w:val="right"/>
      </w:pPr>
      <w:r>
        <w:t>۔ تو اس نے ایک آدمی کی بڑی تعریف کی کہ وہ آدمی ایسا ہے، وہ آدمی ویسا ہے۔</w:t>
      </w:r>
    </w:p>
    <w:p>
      <w:r>
        <w:rPr>
          <w:b/>
        </w:rPr>
        <w:t xml:space="preserve">[55:07] </w:t>
      </w:r>
      <w:r>
        <w:t>bohat acha hai. to unhon ne poocha ke kya is se tumhari kabhi dealing hui hai? paise ka len den hua hai?</w:t>
      </w:r>
    </w:p>
    <w:p>
      <w:pPr>
        <w:jc w:val="right"/>
      </w:pPr>
      <w:r>
        <w:t>بہت اچھا ہے۔ تو انہوں نے پوچھا کہ کیا اس سے تمہاری کبھی dealing ہوئی ہے؟ پیسے کا لین دین ہوا ہے؟</w:t>
      </w:r>
    </w:p>
    <w:p>
      <w:r>
        <w:rPr>
          <w:b/>
        </w:rPr>
        <w:t xml:space="preserve">[55:18] </w:t>
      </w:r>
      <w:r>
        <w:t>to us ne kaha ke nahi, koi dealing to hui nahi. to kaha kabhi tum ne is ke sath travel kiya hai? is ke sath kabhi tum ne safar kiya hai?</w:t>
      </w:r>
    </w:p>
    <w:p>
      <w:pPr>
        <w:jc w:val="right"/>
      </w:pPr>
      <w:r>
        <w:t>تو اس نے کہا کہ نہیں، کوئی dealing تو ہوئی نہیں۔ تو کہا کبھی تم نے اس کے ساتھ travel کیا ہے؟ اس کے ساتھ کبھی تم نے سفر کیا ہے؟</w:t>
      </w:r>
    </w:p>
    <w:p>
      <w:r>
        <w:rPr>
          <w:b/>
        </w:rPr>
        <w:t xml:space="preserve">[55:29] </w:t>
      </w:r>
      <w:r>
        <w:t>to us ne kaha ke nahi, aisa to nahi hua. aise hi unhon ne ek do baat poochi. to phir kaha unhon ne ke phir tum ne is aadmi ko masjid mein uthte baithte dekha hoga.</w:t>
      </w:r>
    </w:p>
    <w:p>
      <w:pPr>
        <w:jc w:val="right"/>
      </w:pPr>
      <w:r>
        <w:t>تو اس نے کہا کہ نہیں، ایسا تو نہیں ہوا۔ ایسے ہی انہوں نے ایک دو بات پوچھی۔ تو پھر کہا انہوں نے کہ پھر تم نے اس آدمی کو مسجد میں اٹھتے بیٹھتے دیکھا ہوگا۔</w:t>
      </w:r>
    </w:p>
    <w:p>
      <w:r>
        <w:rPr>
          <w:b/>
        </w:rPr>
        <w:t xml:space="preserve">[55:49] </w:t>
      </w:r>
      <w:r>
        <w:t>ye jo tum tareef kar rahe ho ke jab tumhare andar dealing hui, tumhara is se koi len den nahi hua.</w:t>
      </w:r>
    </w:p>
    <w:p>
      <w:pPr>
        <w:jc w:val="right"/>
      </w:pPr>
      <w:r>
        <w:t>یہ جو تم تعریف کر رہے ہو کہ جب تمہارے اندر dealing ہوئی، تمہارا اس سے کوئی لین دین نہیں ہوا۔</w:t>
      </w:r>
    </w:p>
    <w:p>
      <w:r>
        <w:rPr>
          <w:b/>
        </w:rPr>
        <w:t xml:space="preserve">[55:58] </w:t>
      </w:r>
      <w:r>
        <w:t>tum ne kabhi is ke sath safar nahi kiya. is se tumhara kabhi yani koi aisa taluq nahi pada.</w:t>
      </w:r>
    </w:p>
    <w:p>
      <w:pPr>
        <w:jc w:val="right"/>
      </w:pPr>
      <w:r>
        <w:t>تم نے کبھی اس کے ساتھ سفر نہیں کیا۔ اس سے تمہارا کبھی یعنی کوئی ایسا تعلق نہیں پڑا۔</w:t>
      </w:r>
    </w:p>
    <w:p>
      <w:r>
        <w:rPr>
          <w:b/>
        </w:rPr>
        <w:t xml:space="preserve">[56:10] </w:t>
      </w:r>
      <w:r>
        <w:t>aur tum tareef kar rahe ho. to unhon ne kaha ke tum ne is aadmi ko masjid mein uthte baithte dekha hoga.</w:t>
      </w:r>
    </w:p>
    <w:p>
      <w:pPr>
        <w:jc w:val="right"/>
      </w:pPr>
      <w:r>
        <w:t>اور تم تعریف کر رہے ہو۔ تو انہوں نے کہا کہ تم نے اس آدمی کو مسجد میں اٹھتے بیٹھتے دیکھا ہوگا۔</w:t>
      </w:r>
    </w:p>
    <w:p>
      <w:r>
        <w:rPr>
          <w:b/>
        </w:rPr>
        <w:t xml:space="preserve">[56:20] </w:t>
      </w:r>
      <w:r>
        <w:t>ye matlab namaz ka jo form hai, namaz ke form ko aap dohraen. to is se nahi hoga ke aap sache Muslim hain.</w:t>
      </w:r>
    </w:p>
    <w:p>
      <w:pPr>
        <w:jc w:val="right"/>
      </w:pPr>
      <w:r>
        <w:t>یہ مطلب نماز کا جو فارم ہے، نماز کے فارم کو آپ دہرائیں۔ تو اس سے نہیں ہوگا کہ آپ سچے مسلم ہیں۔</w:t>
      </w:r>
    </w:p>
    <w:p>
      <w:r>
        <w:rPr>
          <w:b/>
        </w:rPr>
        <w:t xml:space="preserve">[56:33] </w:t>
      </w:r>
      <w:r>
        <w:t>nahi, spirit hogi tab Muslim hain.</w:t>
      </w:r>
    </w:p>
    <w:p>
      <w:pPr>
        <w:jc w:val="right"/>
      </w:pPr>
      <w:r>
        <w:t>نہیں، spirit ہوگی تب مسلم ہیں۔</w:t>
      </w:r>
    </w:p>
    <w:p>
      <w:r>
        <w:rPr>
          <w:b/>
        </w:rPr>
        <w:t xml:space="preserve">[56:37] </w:t>
      </w:r>
      <w:r>
        <w:t>ye surrender ki spirit, submission ki spirit, good behavior ki spirit, insaan ke sath compassion ki spirit, insaan ke sath well wishing ki spirit, ye sab hogi tab.</w:t>
      </w:r>
    </w:p>
    <w:p>
      <w:pPr>
        <w:jc w:val="right"/>
      </w:pPr>
      <w:r>
        <w:t>یہ surrender کی spirit، submission کی spirit، good behavior کی spirit، انسان کے ساتھ compassion کی spirit، انسان کے ساتھ well wishing کی spirit، یہ سب ہوگی تب۔</w:t>
      </w:r>
    </w:p>
    <w:p>
      <w:r>
        <w:rPr>
          <w:b/>
        </w:rPr>
        <w:t xml:space="preserve">[56:56] </w:t>
      </w:r>
      <w:r>
        <w:t>to main yehi kehna chahunga ke jab hum doosron ke bare mein koi remark den to bohat soch samajh kar hamein bolna chahiye.</w:t>
      </w:r>
    </w:p>
    <w:p>
      <w:pPr>
        <w:jc w:val="right"/>
      </w:pPr>
      <w:r>
        <w:t>تو میں یہی کہنا چاہوں گا کہ جب ہم دوسروں کے بارے میں کوئی remark دیں تو بہت سوچ سمجھ کر ہمیں بولنا چاہیے۔</w:t>
      </w:r>
    </w:p>
    <w:p>
      <w:r>
        <w:rPr>
          <w:b/>
        </w:rPr>
        <w:t xml:space="preserve">[57:08] </w:t>
      </w:r>
      <w:r>
        <w:t>bohat</w:t>
      </w:r>
    </w:p>
    <w:p>
      <w:pPr>
        <w:jc w:val="right"/>
      </w:pPr>
      <w:r>
        <w:t>بہت</w:t>
      </w:r>
    </w:p>
    <w:p>
      <w:r>
        <w:rPr>
          <w:b/>
        </w:rPr>
        <w:t xml:space="preserve">[57:09] </w:t>
      </w:r>
      <w:r>
        <w:t>zyada soch samajh kar. kyunke ye jo munh se hum bolte hain, is par bhi hamein pakra jaye ga. hum jo munh se bolte hain, is par hamein pakra jaye ga.</w:t>
      </w:r>
    </w:p>
    <w:p>
      <w:pPr>
        <w:jc w:val="right"/>
      </w:pPr>
      <w:r>
        <w:t>زیادہ سوچ سمجھ کر۔ کیونکہ یہ جو منہ سے ہم بولتے ہیں، اس پر بھی ہمیں پکڑا جائے گا۔ ہم جو منہ سے بولتے ہیں، اس پر ہمیں پکڑا جائے گا۔</w:t>
      </w:r>
    </w:p>
    <w:p>
      <w:r>
        <w:rPr>
          <w:b/>
        </w:rPr>
        <w:t xml:space="preserve">[57:23] </w:t>
      </w:r>
      <w:r>
        <w:t>aisa nahi ke bol diya, bas baat khatam ho gayi.</w:t>
      </w:r>
    </w:p>
    <w:p>
      <w:pPr>
        <w:jc w:val="right"/>
      </w:pPr>
      <w:r>
        <w:t>ایسا نہیں کہ بول دیا، بس بات ختم ہو گئی۔</w:t>
      </w:r>
    </w:p>
    <w:p>
      <w:r>
        <w:rPr>
          <w:b/>
        </w:rPr>
        <w:t xml:space="preserve">[57:30] </w:t>
      </w:r>
      <w:r>
        <w:t>har bola hua shab khuda ka record hai.</w:t>
      </w:r>
    </w:p>
    <w:p>
      <w:pPr>
        <w:jc w:val="right"/>
      </w:pPr>
      <w:r>
        <w:t>ہر بولا ہوا شب خدا کا ریکارڈ ہے۔</w:t>
      </w:r>
    </w:p>
    <w:p>
      <w:r>
        <w:rPr>
          <w:b/>
        </w:rPr>
        <w:t xml:space="preserve">[57:36] </w:t>
      </w:r>
      <w:r>
        <w:t>to main ye kahunga ke soch kar boliye. bina soche kabhi na boliye. doosron ke bare mein positive remark dijiye.</w:t>
      </w:r>
    </w:p>
    <w:p>
      <w:pPr>
        <w:jc w:val="right"/>
      </w:pPr>
      <w:r>
        <w:t>تو میں یہ کہوں گا کہ سوچ کر بولیے۔ بنا سوچے کبھی نہ بولیے۔ دوسروں کے بارے میں positive remark دیجیے۔</w:t>
      </w:r>
    </w:p>
    <w:p>
      <w:r>
        <w:rPr>
          <w:b/>
        </w:rPr>
        <w:t xml:space="preserve">[57:50] </w:t>
      </w:r>
      <w:r>
        <w:t>kabhi bhi negative remark mat dijiye.</w:t>
      </w:r>
    </w:p>
    <w:p>
      <w:pPr>
        <w:jc w:val="right"/>
      </w:pPr>
      <w:r>
        <w:t>کبھی بھی negative remark مت دیجیے۔</w:t>
      </w:r>
    </w:p>
    <w:p>
      <w:r>
        <w:rPr>
          <w:b/>
        </w:rPr>
        <w:t xml:space="preserve">[57:56] </w:t>
      </w:r>
      <w:r>
        <w:t>apne bare mein zyada sochiye.</w:t>
      </w:r>
    </w:p>
    <w:p>
      <w:pPr>
        <w:jc w:val="right"/>
      </w:pPr>
      <w:r>
        <w:t>اپنے بارے میں زیادہ سوچیے۔</w:t>
      </w:r>
    </w:p>
    <w:p>
      <w:r>
        <w:rPr>
          <w:b/>
        </w:rPr>
        <w:t xml:space="preserve">[58:02] </w:t>
      </w:r>
      <w:r>
        <w:t>aqool qooli haaza wastaghfirullaaha li wa lakum ajmaeen</w:t>
      </w:r>
    </w:p>
    <w:p>
      <w:pPr>
        <w:jc w:val="right"/>
      </w:pPr>
      <w:r>
        <w:t>أقول قولي هذا واستغفرالله لي ولكم اجمعین</w:t>
      </w:r>
    </w:p>
    <w:p>
      <w:r>
        <w:rPr>
          <w:b/>
        </w:rPr>
        <w:t xml:space="preserve">[58:22] </w:t>
      </w:r>
      <w:r>
        <w:t>This question is from Muslima Siddiqi hazrat moosa ki qom ko khuda ne man o salwa utara. is par moosa ki qom ne kaha: "hum ek khane par hargiz nahi rahen ge.</w:t>
      </w:r>
    </w:p>
    <w:p>
      <w:pPr>
        <w:jc w:val="right"/>
      </w:pPr>
      <w:r>
        <w:t>This question is from Muslima Siddiqi حضرت موسیٰ کی قوم کو خدا نے من و سلوٰی اتارا۔ اس پر موسیٰ کی قوم نے کہا: "ہم ایک کھانے پر ہرگز نہیں رہیں گے۔</w:t>
      </w:r>
    </w:p>
    <w:p>
      <w:r>
        <w:rPr>
          <w:b/>
        </w:rPr>
        <w:t xml:space="preserve">[58:37] </w:t>
      </w:r>
      <w:r>
        <w:t>hamein kisi shehar mein utaren, wahan hum ko sab tarah ke khane milen ge." moosa ne kaha: "tum bari cheez ke badle mein choti cheez mang rahe ho."</w:t>
      </w:r>
    </w:p>
    <w:p>
      <w:pPr>
        <w:jc w:val="right"/>
      </w:pPr>
      <w:r>
        <w:t>ہمیں کسی شہر میں اتاریں، وہاں ہم کو سب طرح کے کھانے ملیں گے۔" موسیٰ نے کہا: "تم بڑی چیز کے بدلے میں چھوٹی چیز مانگ رہے ہو۔"</w:t>
      </w:r>
    </w:p>
    <w:p>
      <w:r>
        <w:rPr>
          <w:b/>
        </w:rPr>
        <w:t xml:space="preserve">[58:49] </w:t>
      </w:r>
      <w:r>
        <w:t>wo log nahi manay to un par zalalat utar di gayi. aaj ke log bhi ek qism ke khane ko kai bar lene se inkar kar dete hain.</w:t>
      </w:r>
    </w:p>
    <w:p>
      <w:pPr>
        <w:jc w:val="right"/>
      </w:pPr>
      <w:r>
        <w:t>وہ لوگ نہیں مانے تو ان پر ذلت اتار دی گئی۔ آج کے لوگ بھی ایک قسم کے کھانے کو کئی بار لینے سے انکار کر دیتے ہیں۔</w:t>
      </w:r>
    </w:p>
    <w:p>
      <w:r>
        <w:rPr>
          <w:b/>
        </w:rPr>
        <w:t xml:space="preserve">[59:01] </w:t>
      </w:r>
      <w:r>
        <w:t>is ke liye kya karen? Please explain.</w:t>
      </w:r>
    </w:p>
    <w:p>
      <w:pPr>
        <w:jc w:val="right"/>
      </w:pPr>
      <w:r>
        <w:t>اس کے لیے کیا کریں؟ Please explain.</w:t>
      </w:r>
    </w:p>
    <w:p>
      <w:r>
        <w:rPr>
          <w:b/>
        </w:rPr>
        <w:t xml:space="preserve">[59:09] </w:t>
      </w:r>
      <w:r>
        <w:t>pehle to yeh samajh lijie ke unhon ne jo kaha tha ke bari cheez ke badle tum choti cheez chah rahe ho</w:t>
      </w:r>
    </w:p>
    <w:p>
      <w:pPr>
        <w:jc w:val="right"/>
      </w:pPr>
      <w:r>
        <w:t>پہلے تو یہ سمجھ لیجیے کہ انہوں نے جو کہا تھا کہ بڑی چیز کے بدلے تم چھوٹی چیز چاہ رہے ہو</w:t>
      </w:r>
    </w:p>
    <w:p>
      <w:r>
        <w:rPr>
          <w:b/>
        </w:rPr>
        <w:t xml:space="preserve">[59:19] </w:t>
      </w:r>
      <w:r>
        <w:t>. to bari cheez kya thi, choti cheez kya thi? sab se important point jo hai woh yeh samajhna hai.</w:t>
      </w:r>
    </w:p>
    <w:p>
      <w:pPr>
        <w:jc w:val="right"/>
      </w:pPr>
      <w:r>
        <w:t>۔ تو بڑی چیز کیا تھی، چھوٹی چیز کیا تھی؟ سب سے important point جو ہے وہ یہ سمجھنا ہے۔</w:t>
      </w:r>
    </w:p>
    <w:p>
      <w:r>
        <w:rPr>
          <w:b/>
        </w:rPr>
        <w:t xml:space="preserve">[59:28] </w:t>
      </w:r>
      <w:r>
        <w:t>dekhie, bari cheez yeh thi ke in ko jab mann o salwa provide kiya gaya to un ke un ke paas yani apne time ko save karne ke liye tha woh.</w:t>
      </w:r>
    </w:p>
    <w:p>
      <w:pPr>
        <w:jc w:val="right"/>
      </w:pPr>
      <w:r>
        <w:t>دیکھیے، بڑی چیز یہ تھی کہ ان کو جب من و سلوٰی provide کیا گیا تو ان کے ان کے پاس یعنی اپنے ٹائم کو save کرنے کے لیے تھا وہ۔</w:t>
      </w:r>
    </w:p>
    <w:p>
      <w:r>
        <w:rPr>
          <w:b/>
        </w:rPr>
        <w:t xml:space="preserve">[59:52] </w:t>
      </w:r>
      <w:r>
        <w:t>ke aap jante hain ke is zamane mein sara time aadmi ka kamane mein lag jata hai, subah se sham tak.</w:t>
      </w:r>
    </w:p>
    <w:p>
      <w:pPr>
        <w:jc w:val="right"/>
      </w:pPr>
      <w:r>
        <w:t>کہ آپ جانتے ہیں کہ اس زمانے میں سارا ٹائم آدمی کا کمانے میں لگ جاتا ہے، صبح سے شام تک۔</w:t>
      </w:r>
    </w:p>
    <w:p>
      <w:r>
        <w:rPr>
          <w:b/>
        </w:rPr>
        <w:t xml:space="preserve">[1:00:01] </w:t>
      </w:r>
      <w:r>
        <w:t>jis se pooche to kahe ga: "bhai, per time nahin." time kis baat ke liye nahin hai ke khane kamane mein laga hua hai woh</w:t>
      </w:r>
    </w:p>
    <w:p>
      <w:pPr>
        <w:jc w:val="right"/>
      </w:pPr>
      <w:r>
        <w:t>جس سے پوچھے تو کہے گا: "بھئی، پر ٹائم نہیں۔" ٹائم کس بات کے لیے نہیں ہے کہ کھانے کمانے میں لگا ہوا ہے وہ</w:t>
      </w:r>
    </w:p>
    <w:p>
      <w:r>
        <w:rPr>
          <w:b/>
        </w:rPr>
        <w:t xml:space="preserve">[1:00:07] </w:t>
      </w:r>
      <w:r>
        <w:t>. to wahan par unhon ne na agriculture karna tha, na horticulture karna tha, kuch nahin. un ko free mein mann o salwa mil raha tha woh.</w:t>
      </w:r>
    </w:p>
    <w:p>
      <w:pPr>
        <w:jc w:val="right"/>
      </w:pPr>
      <w:r>
        <w:t>۔ تو وہاں پر انہوں نے نہ ایگریکلچر کرنا تھا، نہ ہارٹیکلچر کرنا تھا، کچھ نہیں۔ ان کو free میں من و سلوٰی مل رہا تھا وہ۔</w:t>
      </w:r>
    </w:p>
    <w:p>
      <w:r>
        <w:rPr>
          <w:b/>
        </w:rPr>
        <w:t xml:space="preserve">[1:00:17] </w:t>
      </w:r>
      <w:r>
        <w:t>to un ka matlab yeh tha ke tum ko Khuda ne itni asan kar diya tumhare liye livelihood ko.</w:t>
      </w:r>
    </w:p>
    <w:p>
      <w:pPr>
        <w:jc w:val="right"/>
      </w:pPr>
      <w:r>
        <w:t>تو ان کا مطلب یہ تھا کہ تم کو خدا نے اتنی آسان کر دیا تمہارے لیے livelihood کو۔</w:t>
      </w:r>
    </w:p>
    <w:p>
      <w:r>
        <w:rPr>
          <w:b/>
        </w:rPr>
        <w:t xml:space="preserve">[1:00:26] </w:t>
      </w:r>
      <w:r>
        <w:t>to ab ab Khuda wala kaam karo, time to wapas bach raha hai. is lihaz se woh bari cheez thi ke sara time aap ka bach raha tha.</w:t>
      </w:r>
    </w:p>
    <w:p>
      <w:pPr>
        <w:jc w:val="right"/>
      </w:pPr>
      <w:r>
        <w:t>تو اب اب خدا والا کام کرو، ٹائم تو واپس بچ رہا ہے۔ اس لحاظ سے وہ بڑی چیز تھی کہ سارا ٹائم آپ کا بچ رہا تھا۔</w:t>
      </w:r>
    </w:p>
    <w:p>
      <w:r>
        <w:rPr>
          <w:b/>
        </w:rPr>
        <w:t xml:space="preserve">[1:00:37] </w:t>
      </w:r>
      <w:r>
        <w:t>distraction se woh bacha raha tha woh aap ko. ab jo woh chah rahe the, woh choti cheez is liye aati ke woh jate the ke hmm cities mein jaen, wahan woh khoob mirch masala wala khana khaen.</w:t>
      </w:r>
    </w:p>
    <w:p>
      <w:pPr>
        <w:jc w:val="right"/>
      </w:pPr>
      <w:r>
        <w:t>distraction سے وہ بچا رہا تھا وہ آپ کو۔ اب جو وہ چاہ رہے تھے، وہ چھوٹی چیز اس لیے آتی کہ وہ جاتے تھے کہ ہمم cities میں جائیں، وہاں وہ خوب مرچ مصالحہ والا کھانا کھائیں۔</w:t>
      </w:r>
    </w:p>
    <w:p>
      <w:r>
        <w:rPr>
          <w:b/>
        </w:rPr>
        <w:t xml:space="preserve">[1:00:51] </w:t>
      </w:r>
      <w:r>
        <w:t>to din bhar isi mein lage rahen ge. jo log mirch masala wala khana khate hain, tarah tarah ka, to isi mein lage rehte hain woh.</w:t>
      </w:r>
    </w:p>
    <w:p>
      <w:pPr>
        <w:jc w:val="right"/>
      </w:pPr>
      <w:r>
        <w:t>تو دن بھر اسی میں لگے رہیں گے۔ جو لوگ مرچ مصالحہ والا کھانا کھاتے ہیں، طرح طرح کا، تو اسی میں لگے رہتے ہیں وہ۔</w:t>
      </w:r>
    </w:p>
    <w:p>
      <w:r>
        <w:rPr>
          <w:b/>
        </w:rPr>
        <w:t xml:space="preserve">[1:01:01] </w:t>
      </w:r>
      <w:r>
        <w:t>baqi yeh hai ke logon ko persuade karna ke bhai, is is cheez ko samjho, is ki value ko. zahir hai ke koi samjhane bajane se ho sakta hai. log samajhte hain ke Khuda ne hamare hamare taste buds die hain, to hum is ko hmm istemal karen, khoob yani enjoy karen khane se.</w:t>
      </w:r>
    </w:p>
    <w:p>
      <w:pPr>
        <w:jc w:val="right"/>
      </w:pPr>
      <w:r>
        <w:t>باقی یہ ہے کہ لوگوں کو persuade کرنا کہ بھئی، اس اس چیز کو سمجھو، اس کی value کو۔ ظاہر ہے کہ کوئی سمجھانے بجانے سے ہو سکتا ہے۔ لوگ سمجھتے ہیں کہ خدا نے ہمارے ہمارے taste buds دیے ہیں، تو ہم اس کو ہمم استعمال کریں، خوب یعنی enjoy کریں کھانے سے۔</w:t>
      </w:r>
    </w:p>
    <w:p>
      <w:r>
        <w:rPr>
          <w:b/>
        </w:rPr>
        <w:t xml:space="preserve">[1:01:22] </w:t>
      </w:r>
      <w:r>
        <w:t>to yeh bohat bari fallacy hai.</w:t>
      </w:r>
    </w:p>
    <w:p>
      <w:pPr>
        <w:jc w:val="right"/>
      </w:pPr>
      <w:r>
        <w:t>تو یہ بہت بڑی fallacy ہے۔</w:t>
      </w:r>
    </w:p>
    <w:p>
      <w:r>
        <w:rPr>
          <w:b/>
        </w:rPr>
        <w:t xml:space="preserve">[1:01:27] </w:t>
      </w:r>
      <w:r>
        <w:t>taste buds to is liye hain ke taake aap samjhen ke jannat mein kitna acha hoga jab wahan ki cheezen milen gi khane ke liye. yahan to phir zindagi guzarna hai, bas kam se kam waqt jis mein lage, wohi sab se acha job hai, wohi sab se acha tareeqa hai taake aap aur time mil jae humein.</w:t>
      </w:r>
    </w:p>
    <w:p>
      <w:pPr>
        <w:jc w:val="right"/>
      </w:pPr>
      <w:r>
        <w:t>taste buds تو اس لیے ہیں کہ تاکہ آپ سمجھیں کہ جنت میں کتنا اچھا ہوگا جب وہاں کی چیزیں ملیں گی کھانے کے لیے۔ یہاں تو پھر زندگی گزارنا ہے، بس کم سے کم وقت جس میں لگے، وہی سب سے اچھا job ہے، وہی سب سے اچھا طریقہ ہے تاکہ آپ اور ٹائم مل جائے ہمیں۔</w:t>
      </w:r>
    </w:p>
    <w:p>
      <w:r>
        <w:rPr>
          <w:b/>
        </w:rPr>
        <w:t xml:space="preserve">[1:01:50] </w:t>
      </w:r>
      <w:r>
        <w:t>to simple khane ka sabab faida yeh hai ke aap ko distractions bachata hai woh.</w:t>
      </w:r>
    </w:p>
    <w:p>
      <w:pPr>
        <w:jc w:val="right"/>
      </w:pPr>
      <w:r>
        <w:t>تو simple کھانا کا سبب فائدہ یہ ہے کہ آپ کو distractions بچاتا ہے وہ۔</w:t>
      </w:r>
    </w:p>
    <w:p>
      <w:r>
        <w:rPr>
          <w:b/>
        </w:rPr>
        <w:t xml:space="preserve">[1:01:56] </w:t>
      </w:r>
      <w:r>
        <w:t>to jo logon ko yeh pata nahin ke koi higher goal hai un ka, to usi ko sab se bari cheez samajhte hain. main samajhta hoon ke jab tak yeh mind mein na dala jae logon ke ke is se bara tumhara goal hai, is se bara tumhara purpose hai,</w:t>
      </w:r>
    </w:p>
    <w:p>
      <w:pPr>
        <w:jc w:val="right"/>
      </w:pPr>
      <w:r>
        <w:t>تو جو لوگوں کو یہ پتہ نہیں کہ کوئی ہائر goal ہے ان کا، تو اسی کو سب سے بڑی چیز سمجھتے ہیں۔ میں سمجھتا ہوں کہ جب تک یہ mind میں نہ ڈالا جائے لوگوں کے کہ اس سے بڑا تمہارا goal ہے، اس سے بڑا تمہارا purpose ہے،</w:t>
      </w:r>
    </w:p>
    <w:p>
      <w:r>
        <w:rPr>
          <w:b/>
        </w:rPr>
        <w:t xml:space="preserve">[1:02:11] </w:t>
      </w:r>
      <w:r>
        <w:t>jab tak woh yeh nahin janen ge, woh tab tak woh isi mein phanse rahen ge.</w:t>
      </w:r>
    </w:p>
    <w:p>
      <w:pPr>
        <w:jc w:val="right"/>
      </w:pPr>
      <w:r>
        <w:t>جب تک وہ یہ نہیں جانیں گے، وہ تب تک وہ اسی میں پھنسے رہیں گے۔</w:t>
      </w:r>
    </w:p>
    <w:p>
      <w:r>
        <w:rPr>
          <w:b/>
        </w:rPr>
        <w:t xml:space="preserve">[1:02:18] </w:t>
      </w:r>
      <w:r>
        <w:t>This question is from Ramesh</w:t>
      </w:r>
    </w:p>
    <w:p>
      <w:pPr>
        <w:jc w:val="right"/>
      </w:pPr>
      <w:r>
        <w:t>This question is from Ramesh</w:t>
      </w:r>
    </w:p>
    <w:p>
      <w:r>
        <w:rPr>
          <w:b/>
        </w:rPr>
        <w:t xml:space="preserve">[1:02:21] </w:t>
      </w:r>
      <w:r>
        <w:t>: When all Muslims follow one and the same Quran, then why are there so many different schools of thought among Muslims?</w:t>
      </w:r>
    </w:p>
    <w:p>
      <w:pPr>
        <w:jc w:val="right"/>
      </w:pPr>
      <w:r>
        <w:t>: When all Muslims follow one and the same Quran, then why are there so many different schools of thought among Muslims?</w:t>
      </w:r>
    </w:p>
    <w:p>
      <w:r>
        <w:rPr>
          <w:b/>
        </w:rPr>
        <w:t xml:space="preserve">[1:02:33] </w:t>
      </w:r>
      <w:r>
        <w:t>dekhien, koi bhi book ho to text mein difference nahin hota. difference hota hai interpretation mein.</w:t>
      </w:r>
    </w:p>
    <w:p>
      <w:pPr>
        <w:jc w:val="right"/>
      </w:pPr>
      <w:r>
        <w:t>دیکھیں، کوئی بھی book ہو تو ٹیکسٹ میں difference نہیں ہوتا۔ difference ہوتا ہے interpretation میں۔</w:t>
      </w:r>
    </w:p>
    <w:p>
      <w:r>
        <w:rPr>
          <w:b/>
        </w:rPr>
        <w:t xml:space="preserve">[1:02:44] </w:t>
      </w:r>
      <w:r>
        <w:t>yeh</w:t>
      </w:r>
    </w:p>
    <w:p>
      <w:pPr>
        <w:jc w:val="right"/>
      </w:pPr>
      <w:r>
        <w:t>یہ</w:t>
      </w:r>
    </w:p>
    <w:p>
      <w:r>
        <w:rPr>
          <w:b/>
        </w:rPr>
        <w:t xml:space="preserve">[1:02:45] </w:t>
      </w:r>
      <w:r>
        <w:t>har cheez ka mamla hai. aap dekhen, qasim from India jo hai, us ko different judge jo hain, different andaaz se us ko interpretation karte hain, different judgment dete hain.</w:t>
      </w:r>
    </w:p>
    <w:p>
      <w:pPr>
        <w:jc w:val="right"/>
      </w:pPr>
      <w:r>
        <w:t>ہر چیز کا معاملہ ہے۔ آپ دیکھیں، قاسم فرام انڈیا جو ہے، اس کو different judge جو ہیں، different انداز سے اس کو interpretation کرتے ہیں، different judgment دیتے ہیں۔</w:t>
      </w:r>
    </w:p>
    <w:p>
      <w:r>
        <w:rPr>
          <w:b/>
        </w:rPr>
        <w:t xml:space="preserve">[1:02:53] </w:t>
      </w:r>
      <w:r>
        <w:t>woh law jo hai, different andaaz se us ko explain karte hain log. to Quran ka mamla bhi yahi hai.</w:t>
      </w:r>
    </w:p>
    <w:p>
      <w:pPr>
        <w:jc w:val="right"/>
      </w:pPr>
      <w:r>
        <w:t>وہ لا جو ہے، different انداز سے اس کو explain کرتے ہیں لوگ۔ تو قرآن کا معاملہ بھی یہی ہے۔</w:t>
      </w:r>
    </w:p>
    <w:p>
      <w:r>
        <w:rPr>
          <w:b/>
        </w:rPr>
        <w:t xml:space="preserve">[1:03:03] </w:t>
      </w:r>
      <w:r>
        <w:t>yeh yeh door to hamesha khula rahe ga ke different tareeqe se us ko explain kiya jae.</w:t>
      </w:r>
    </w:p>
    <w:p>
      <w:pPr>
        <w:jc w:val="right"/>
      </w:pPr>
      <w:r>
        <w:t>یہ یہ door تو ہمیشہ کھلا رہے گا کہ different طریقے سے اس کو explain کیا جائے۔</w:t>
      </w:r>
    </w:p>
    <w:p>
      <w:r>
        <w:rPr>
          <w:b/>
        </w:rPr>
        <w:t xml:space="preserve">[1:03:12] </w:t>
      </w:r>
      <w:r>
        <w:t>ab yeh hai ke Quran mein hai ke ittaqullah wa yualimkumullah ke sahi interpretation jo hai, sahi explanation jo hai, woh kaun karega?</w:t>
      </w:r>
    </w:p>
    <w:p>
      <w:pPr>
        <w:jc w:val="right"/>
      </w:pPr>
      <w:r>
        <w:t>اب یہ ہے کہ قرآن میں ہے کہ اتقوا اللہ ويعلمکم اللہ کہ صحیح interpretation جو ہے، صحیح explanation جو ہے، وہ کون کرے گا؟</w:t>
      </w:r>
    </w:p>
    <w:p>
      <w:r>
        <w:rPr>
          <w:b/>
        </w:rPr>
        <w:t xml:space="preserve">[1:03:21] </w:t>
      </w:r>
      <w:r>
        <w:t>jo khuda se darne wala ho, khuda se darne wala ho. jaise court mein jo lawyers hote hain, woh la ko interpret karte hain.</w:t>
      </w:r>
    </w:p>
    <w:p>
      <w:pPr>
        <w:jc w:val="right"/>
      </w:pPr>
      <w:r>
        <w:t>جو خدا سے ڈرنے والا ہو، خدا سے ڈرنے والا ہو۔ جیسے court میں جو lawyers ہوتے ہیں، وہ لا کو interpret کرتے ہیں۔</w:t>
      </w:r>
    </w:p>
    <w:p>
      <w:r>
        <w:rPr>
          <w:b/>
        </w:rPr>
        <w:t xml:space="preserve">[1:03:35] </w:t>
      </w:r>
      <w:r>
        <w:t>kis lehaz se? un ka apna jo client hai, us ka case mazboot ho jaye. bas</w:t>
      </w:r>
    </w:p>
    <w:p>
      <w:pPr>
        <w:jc w:val="right"/>
      </w:pPr>
      <w:r>
        <w:t>کس لحاظ سے؟ ان کا اپنا جو client ہے، اس کا case مضبوط ہو جائے۔ بس</w:t>
      </w:r>
    </w:p>
    <w:p>
      <w:r>
        <w:rPr>
          <w:b/>
        </w:rPr>
        <w:t xml:space="preserve">[1:03:41] </w:t>
      </w:r>
      <w:r>
        <w:t>yeh nahi ke sachai kya hai. toh quran ko jo aadmi, jo Allah se darne wala hoga, toh woh us ko is tarah explain karna chahega ke jo sach mach sachai hai, woh woh mere janne mein aa jaye.</w:t>
      </w:r>
    </w:p>
    <w:p>
      <w:pPr>
        <w:jc w:val="right"/>
      </w:pPr>
      <w:r>
        <w:t>یہ نہیں کہ سچائی کیا ہے۔ تو قرآن کو جو آدمی، جو اللہ سے ڈرنے والا ہوگا، تو وہ اس کو اس طرح explain کرنا چاہے گا کہ جو سچ مچ سچائی ہے، وہ وہ میرے جاننے میں آ جائے۔</w:t>
      </w:r>
    </w:p>
    <w:p>
      <w:r>
        <w:rPr>
          <w:b/>
        </w:rPr>
        <w:t xml:space="preserve">[1:03:56] </w:t>
      </w:r>
      <w:r>
        <w:t>toh yeh interpretation ka toh darwaza hamesha khula rahega. lekin right interpretation, wrong interpretation jo hai,</w:t>
      </w:r>
    </w:p>
    <w:p>
      <w:pPr>
        <w:jc w:val="right"/>
      </w:pPr>
      <w:r>
        <w:t>تو یہ interpretation کا تو دروازہ ہمیشہ کھلا رہے گا۔ لیکنright interpretation, wrong interpretation جو ہے،</w:t>
      </w:r>
    </w:p>
    <w:p>
      <w:r>
        <w:rPr>
          <w:b/>
        </w:rPr>
        <w:t xml:space="preserve">[1:04:10] </w:t>
      </w:r>
      <w:r>
        <w:t>is mein isi liye farq hota hai ke log jo khuda se darne wale hote hain, woh toh sacha explanation nikal lenge.</w:t>
      </w:r>
    </w:p>
    <w:p>
      <w:pPr>
        <w:jc w:val="right"/>
      </w:pPr>
      <w:r>
        <w:t>اس میں اسی لیے فرق ہوتا ہے کہ لوگ جو خدا سے ڈرنے والے ہوتے ہیں، وہ تو سچا explanation نکال لیں گے۔</w:t>
      </w:r>
    </w:p>
    <w:p>
      <w:r>
        <w:rPr>
          <w:b/>
        </w:rPr>
        <w:t xml:space="preserve">[1:04:18] </w:t>
      </w:r>
      <w:r>
        <w:t>is ko jo darne wale nahi hain, toh apne matlab ke lehaz se nikalenge. toh yeh toh rahega hamesha, kyunke yeh test ke liye hai. toh test toh khuda band nahi karta.</w:t>
      </w:r>
    </w:p>
    <w:p>
      <w:pPr>
        <w:jc w:val="right"/>
      </w:pPr>
      <w:r>
        <w:t>اس کو جو ڈرنے والے نہیں ہیں، تو اپنے مطلب کے لحاظ سے نکالیں گے۔ تو یہ تو رہے گا ہمیشہ، کیونکہ یہ ٹیسٹ کے لیے ہے۔ تو ٹیسٹ تو خدا بند نہیں کرتا۔</w:t>
      </w:r>
    </w:p>
    <w:p>
      <w:r>
        <w:rPr>
          <w:b/>
        </w:rPr>
        <w:t xml:space="preserve">[1:04:29] </w:t>
      </w:r>
      <w:r>
        <w:t>toh yeh test hai ke kis insaan ne sach mach sachai ko janne ke liye quran ko parha, aur kis insaan ne apne matlab ki baat nikalne ke liye quran ko parha.</w:t>
      </w:r>
    </w:p>
    <w:p>
      <w:pPr>
        <w:jc w:val="right"/>
      </w:pPr>
      <w:r>
        <w:t>تو یہ ٹیسٹ ہے کہ کہ کس انسان نے سچ مچ سچائی کو جاننے کے لیے قرآن کو پڑھا، اور کس انسان نے اپنے مطلب کی بات نکالنے کے لیے قرآن کو پڑھا۔</w:t>
      </w:r>
    </w:p>
    <w:p>
      <w:r>
        <w:rPr>
          <w:b/>
        </w:rPr>
        <w:t xml:space="preserve">[1:04:42] </w:t>
      </w:r>
      <w:r>
        <w:t>yeh toh test rahega, aur isi ki buniyad par khuda ke haan punishment bhi hai, aur reward bhi hai. This question is from Miss Najma Siddiqi</w:t>
      </w:r>
    </w:p>
    <w:p>
      <w:pPr>
        <w:jc w:val="right"/>
      </w:pPr>
      <w:r>
        <w:t>یہ تو ٹیسٹ رہے گا، اور اسی کی بنیاد پر خدا کے ہاں punishment بھی ہے، اور reward بھی ہے۔ This question is from Miss Najma Siddiqi</w:t>
      </w:r>
    </w:p>
    <w:p>
      <w:r>
        <w:rPr>
          <w:b/>
        </w:rPr>
        <w:t xml:space="preserve">[1:04:53] </w:t>
      </w:r>
      <w:r>
        <w:t>The scientists who have helped in discovering and preparing the scientific data for understanding the glory of God have done this unknowingly as God's work.</w:t>
      </w:r>
    </w:p>
    <w:p>
      <w:pPr>
        <w:jc w:val="right"/>
      </w:pPr>
      <w:r>
        <w:t>: The scientists who have helped in discovering and preparing the scientific data for understanding the glory of God have done this unknowingly as God's work.</w:t>
      </w:r>
    </w:p>
    <w:p>
      <w:r>
        <w:rPr>
          <w:b/>
        </w:rPr>
        <w:t xml:space="preserve">[1:05:07] </w:t>
      </w:r>
      <w:r>
        <w:t>How would they be rewarded in the next world, in your opinion?</w:t>
      </w:r>
    </w:p>
    <w:p>
      <w:pPr>
        <w:jc w:val="right"/>
      </w:pPr>
      <w:r>
        <w:t>How would they be rewarded in the next world, in your opinion?</w:t>
      </w:r>
    </w:p>
    <w:p>
      <w:r>
        <w:rPr>
          <w:b/>
        </w:rPr>
        <w:t xml:space="preserve">[1:05:15] </w:t>
      </w:r>
      <w:r>
        <w:t>bhai, dekhiye, is ka toh mujhe bhi answer nahi maloom.</w:t>
      </w:r>
    </w:p>
    <w:p>
      <w:pPr>
        <w:jc w:val="right"/>
      </w:pPr>
      <w:r>
        <w:t>بھائی، دیکھیں، اس کا تو مجھے بھی answer نہیں معلوم۔</w:t>
      </w:r>
    </w:p>
    <w:p>
      <w:r>
        <w:rPr>
          <w:b/>
        </w:rPr>
        <w:t xml:space="preserve">[1:05:21] </w:t>
      </w:r>
      <w:r>
        <w:t>main bohat zyada logon ko record deta hoon jinho ne yeh kaam kiya. ab khuda un ko kya darja dega, is ka mujhe pata nahi.</w:t>
      </w:r>
    </w:p>
    <w:p>
      <w:pPr>
        <w:jc w:val="right"/>
      </w:pPr>
      <w:r>
        <w:t>میں بہت زیادہ لوگوں کو ریکارڈ دیتا ہوں جنہوں نے یہ کام کیا۔ اب خدا ان کو کیا درجہ دے گا، اس کا مجھے پتہ نہیں۔</w:t>
      </w:r>
    </w:p>
    <w:p>
      <w:r>
        <w:rPr>
          <w:b/>
        </w:rPr>
        <w:t xml:space="preserve">[1:05:31] </w:t>
      </w:r>
      <w:r>
        <w:t>kyunke waqea hai ke unho ne yani divine wisdom ka ek gate khol diya. itna bara kaam kiya, divine wisdom.</w:t>
      </w:r>
    </w:p>
    <w:p>
      <w:pPr>
        <w:jc w:val="right"/>
      </w:pPr>
      <w:r>
        <w:t>کیونکہ واقعہ ہے کہ انہوں نے یعنی divine wisdom کا ایک گیٹ کھول دیا۔ اتنا بڑا کام کیا، divine wisdom۔</w:t>
      </w:r>
    </w:p>
    <w:p>
      <w:r>
        <w:rPr>
          <w:b/>
        </w:rPr>
        <w:t xml:space="preserve">[1:05:43] </w:t>
      </w:r>
      <w:r>
        <w:t>hum apne bachpan mein bhi suraj chand ko dekhte the, darakht ko us ko dekhte the, lekin woh thrill nahi aata tha hum ko jo ab aata hai jab hum ne science ko parha.</w:t>
      </w:r>
    </w:p>
    <w:p>
      <w:pPr>
        <w:jc w:val="right"/>
      </w:pPr>
      <w:r>
        <w:t>ہم اپنے بچپن میں بھی سورج چاند کو دیکھتے تھے، درخت کو اس کو دیکھتے تھے، لیکن وہ تھرل نہیں آتا تھا ہم کو جو اب آتا ہے جب ہم نے سائنس کو پڑھا۔</w:t>
      </w:r>
    </w:p>
    <w:p>
      <w:r>
        <w:rPr>
          <w:b/>
        </w:rPr>
        <w:t xml:space="preserve">[1:05:54] </w:t>
      </w:r>
      <w:r>
        <w:t>ek ek cheez mein mujhe thrill aata hai. ek cheez mein, ek pati mein bhi thrill aata hai dekh kar ke kaise pati banti hai. toh is mein koi shaq nahi hai ke scientific community ne bohat hi bara kaam kiya hai.</w:t>
      </w:r>
    </w:p>
    <w:p>
      <w:pPr>
        <w:jc w:val="right"/>
      </w:pPr>
      <w:r>
        <w:t>ایک ایک چیز میں مجھے تھرل آتا ہے۔ ایک چیز میں، ایک پتی میں بھی تھرل آتا ہے دیکھ کر کہ کیسے پتی بنتی ہے۔ تو اس میں کوئی شک نہیں ہے کہ سائنٹیفک کمیونٹی نے بہت ہی بڑا کام کیا ہے۔</w:t>
      </w:r>
    </w:p>
    <w:p>
      <w:r>
        <w:rPr>
          <w:b/>
        </w:rPr>
        <w:t xml:space="preserve">[1:06:08] </w:t>
      </w:r>
      <w:r>
        <w:t>ab khuda is ka reward kya dega? bhai, main is ko nahi janta. yeh khuda ka domain hai. main nahi janta ke wahan kya hoga.</w:t>
      </w:r>
    </w:p>
    <w:p>
      <w:pPr>
        <w:jc w:val="right"/>
      </w:pPr>
      <w:r>
        <w:t>اب خدا اس کا ریوارڈ کیا دے گا؟ بھائی، میں اس کو نہیں جانتا۔ یہ خدا کا ڈومین ہے۔ میں نہیں جانتا کہ وہاں کیا ہوگا۔</w:t>
      </w:r>
    </w:p>
    <w:p>
      <w:r>
        <w:rPr>
          <w:b/>
        </w:rPr>
        <w:t xml:space="preserve">[1:06:20] </w:t>
      </w:r>
      <w:r>
        <w:t>is ka mujhe ilm nahi hai.</w:t>
      </w:r>
    </w:p>
    <w:p>
      <w:pPr>
        <w:jc w:val="right"/>
      </w:pPr>
      <w:r>
        <w:t>اس کا مجھے علم نہیں ہے۔</w:t>
      </w:r>
    </w:p>
    <w:p>
      <w:r>
        <w:rPr>
          <w:b/>
        </w:rPr>
        <w:t xml:space="preserve">[1:06:22] </w:t>
      </w:r>
      <w:r>
        <w:t>agarche kai scientist aise hain jo jinho ne yani openly kaha ke woh khuda ko mante hain, yeh Sir James Jeans.</w:t>
      </w:r>
    </w:p>
    <w:p>
      <w:pPr>
        <w:jc w:val="right"/>
      </w:pPr>
      <w:r>
        <w:t>اگرچہ کئی سائنٹسٹ ایسے ہیں جو جنہوں نے یعنی اوپنلی کہا کہ وہ خدا کو مانتے ہیں، یہ سر جیم جین۔</w:t>
      </w:r>
    </w:p>
    <w:p>
      <w:r>
        <w:rPr>
          <w:b/>
        </w:rPr>
        <w:t xml:space="preserve">[1:06:36] </w:t>
      </w:r>
      <w:r>
        <w:t>kuch scientist aise hain jo khamosh rahe. mere khayal se koi pure scientist aisa nahi hai jis ne khuda ka inkar kiya ho. inkar karne wale log toh doosre hain, woh philosophers hain.</w:t>
      </w:r>
    </w:p>
    <w:p>
      <w:pPr>
        <w:jc w:val="right"/>
      </w:pPr>
      <w:r>
        <w:t>کچھ سائنٹسٹ ایسے ہیں جو خاموش رہے۔ میرے خیال سے کوئی پیور سائنٹسٹ ایسا نہیں ہے جس نے خدا کا انکار کیا ہو۔ انکار کرنے والے لوگ تو دوسرے ہیں، وہ فلاسفرز ہیں۔</w:t>
      </w:r>
    </w:p>
    <w:p>
      <w:r>
        <w:rPr>
          <w:b/>
        </w:rPr>
        <w:t xml:space="preserve">[1:06:47] </w:t>
      </w:r>
      <w:r>
        <w:t>woh</w:t>
      </w:r>
    </w:p>
    <w:p>
      <w:pPr>
        <w:jc w:val="right"/>
      </w:pPr>
      <w:r>
        <w:t>وہ</w:t>
      </w:r>
    </w:p>
    <w:p>
      <w:r>
        <w:rPr>
          <w:b/>
        </w:rPr>
        <w:t xml:space="preserve">[1:06:49] </w:t>
      </w:r>
      <w:r>
        <w:t>ghaliban koi bhi scientist aisa nahi hai jis ne khuda ka inkar kiya ho. lekin openly kehna ke main khuda ko manta hoon, kuch aise bhi hain jaise Sir Arthur Eddington tha ya Sir James Jeans tha.</w:t>
      </w:r>
    </w:p>
    <w:p>
      <w:pPr>
        <w:jc w:val="right"/>
      </w:pPr>
      <w:r>
        <w:t>غالباً کوئی بھی سائنٹسٹ ایسا نہیں ہے جس نے خدا کا انکار کیا ہو۔ لیکن اوپنلی کہنا کہ میں خدا کو مانتا ہوں، کچھ ایسے بھی ہیں جیسے سر آرٹھ ایڈنگٹن تھا یا سر جیم جینز تھا۔</w:t>
      </w:r>
    </w:p>
    <w:p>
      <w:r>
        <w:rPr>
          <w:b/>
        </w:rPr>
        <w:t xml:space="preserve">[1:07:01] </w:t>
      </w:r>
      <w:r>
        <w:t>aise bhi kuch hain. yeh toh top ke hain, aur doosre darje ke logon mein toh bohat sare scientist hain.</w:t>
      </w:r>
    </w:p>
    <w:p>
      <w:pPr>
        <w:jc w:val="right"/>
      </w:pPr>
      <w:r>
        <w:t>ایسے بھی کچھ ہیں۔ یہ تو ٹاپ کے ہیں، اور دوسرے درجے کے لوگوں میں تو بہت سارے سائنٹسٹ ہیں۔</w:t>
      </w:r>
    </w:p>
    <w:p>
      <w:r>
        <w:rPr>
          <w:b/>
        </w:rPr>
        <w:t xml:space="preserve">[1:07:13] </w:t>
      </w:r>
      <w:r>
        <w:t>toh behal, main is baray mein kuch nahi kar sakta ke Allah taala un ke sath kya muamla farmayenge.</w:t>
      </w:r>
    </w:p>
    <w:p>
      <w:pPr>
        <w:jc w:val="right"/>
      </w:pPr>
      <w:r>
        <w:t>تو بہرحال، میں اس بارے میں کچھ نہیں کر سکتا کہ اللہ تعالی ان کے ساتھ کیا معاملہ فرمائیں گے۔</w:t>
      </w:r>
    </w:p>
    <w:p>
      <w:r>
        <w:rPr>
          <w:b/>
        </w:rPr>
        <w:t xml:space="preserve">[1:07:22] </w:t>
      </w:r>
      <w:r>
        <w:t>This question is from Maulana Zakwan What is israf kindly elaborate and explain اس پینڈنگ منی extravagantly israf</w:t>
      </w:r>
    </w:p>
    <w:p>
      <w:pPr>
        <w:jc w:val="right"/>
      </w:pPr>
      <w:r>
        <w:t>This question is from مولانا زکوان What is اسراف کائنڈلی elaborate and explain اس پینڈنگ منی extravagantly اسراف</w:t>
      </w:r>
    </w:p>
    <w:p>
      <w:r>
        <w:rPr>
          <w:b/>
        </w:rPr>
        <w:t xml:space="preserve">[1:07:37] </w:t>
      </w:r>
      <w:r>
        <w:t>dekhiye, israf ke literal meaning tha waste karna, paise ko waste karna. toh paise ko waste karna kya hai?</w:t>
      </w:r>
    </w:p>
    <w:p>
      <w:pPr>
        <w:jc w:val="right"/>
      </w:pPr>
      <w:r>
        <w:t>دیکھیے، اسراف کے لٹرل میننگ تھا ویسٹ کرنا، پیسے کو ویسٹ کرنا۔ تو پیسے کو ویسٹ کرنا کیا ہے؟</w:t>
      </w:r>
    </w:p>
    <w:p>
      <w:r>
        <w:rPr>
          <w:b/>
        </w:rPr>
        <w:t xml:space="preserve">[1:07:50] </w:t>
      </w:r>
      <w:r>
        <w:t>dekhiye, paisa jo aap kharch karte hain to do tareeqe se kharch karte hain. ek yeh hai ke aap apni need ke liye kharch karen, ek apni desire ke liye kharch karen.</w:t>
      </w:r>
    </w:p>
    <w:p>
      <w:pPr>
        <w:jc w:val="right"/>
      </w:pPr>
      <w:r>
        <w:t>دیکھیے، پیسہ جو آپ خرچ کرتے ہیں تو دو طریقے سے خرچ کرتے ہیں۔ ایک یہ ہے کہ آپ اپنی نیڈ کے لیے خرچ کریں، ایک اپنی ڈیزائر کے لیے خرچ کریں۔</w:t>
      </w:r>
    </w:p>
    <w:p>
      <w:r>
        <w:rPr>
          <w:b/>
        </w:rPr>
        <w:t xml:space="preserve">[1:08:04] </w:t>
      </w:r>
      <w:r>
        <w:t>to main jahan tak samajh paya hoon ke basic need jo hai, basic need is mein jab aap kharch karte hain to woh israf nahi hai.</w:t>
      </w:r>
    </w:p>
    <w:p>
      <w:pPr>
        <w:jc w:val="right"/>
      </w:pPr>
      <w:r>
        <w:t>تو میں جہاں تک سمجھ پایا ہوں کہ بیسک نیڈ جو ہے، بیسک نیڈ اس میں جب آپ خرچ کرتے ہیں تو وہ اسراف نہیں ہے۔</w:t>
      </w:r>
    </w:p>
    <w:p>
      <w:r>
        <w:rPr>
          <w:b/>
        </w:rPr>
        <w:t xml:space="preserve">[1:08:16] </w:t>
      </w:r>
      <w:r>
        <w:t>money ko waste karna nahi hai woh. aur jab aap desire par chalte hain aur desire ko le kar ke kharch karte hain to main samajhta hoon ke woh hai israf.</w:t>
      </w:r>
    </w:p>
    <w:p>
      <w:pPr>
        <w:jc w:val="right"/>
      </w:pPr>
      <w:r>
        <w:t>منی کو ویسٹ کرنا نہیں ہے وہ۔ اور جب آپ ڈیزائر پر چلتے ہیں اور ڈیزائر کو لے کر کے خرچ کرتے ہیں تو میں سمجھتا ہوں کہ وہ ہے اسراف۔</w:t>
      </w:r>
    </w:p>
    <w:p>
      <w:r>
        <w:rPr>
          <w:b/>
        </w:rPr>
        <w:t xml:space="preserve">[1:08:28] </w:t>
      </w:r>
      <w:r>
        <w:t>aur israf ke bare mein quran mein aur hadith mein bohat bohat hi kade shabdon mein is ko condemn kiya gaya hai. jaise quran mein hai ke aise log shaitan ke bhai hain innal mubadhiriro kanu ikhwanash shayateen aise logon ko shaitan ke bhai bataya gaya hai.</w:t>
      </w:r>
    </w:p>
    <w:p>
      <w:pPr>
        <w:jc w:val="right"/>
      </w:pPr>
      <w:r>
        <w:t>اور اسراف کے بارے میں قرآن میں اور حدیث میں بہت بہت ہی کڑے शब्दوں میں اس کو کنڈیم کیا گیا ہے۔ جیسے قرآن میں ہے کہ ایسے لوگ شیطان کے بھائی ہیں إن الببذرير کان إخوان الشياطين ایسے لوگوں کو شیطان کے بھائی بتایا گیا ہے۔</w:t>
      </w:r>
    </w:p>
    <w:p>
      <w:r>
        <w:rPr>
          <w:b/>
        </w:rPr>
        <w:t xml:space="preserve">[1:08:48] </w:t>
      </w:r>
      <w:r>
        <w:t>to main samajhta hoon ke is ko hum bilkul do do char ki tarah nahi bata sakte ke basic need kya hai aur khwahish wali baat kya hai.</w:t>
      </w:r>
    </w:p>
    <w:p>
      <w:pPr>
        <w:jc w:val="right"/>
      </w:pPr>
      <w:r>
        <w:t>تو میں سمجھتا ہوں کہ اس کو ہم بالکل دو دو چار کی طرح نہیں بتا سکتے کہ بیسک نیڈ کیا ہے اور خواہش والی بات کیا ہے۔</w:t>
      </w:r>
    </w:p>
    <w:p>
      <w:r>
        <w:rPr>
          <w:b/>
        </w:rPr>
        <w:t xml:space="preserve">[1:08:58] </w:t>
      </w:r>
      <w:r>
        <w:t>bohat mushkil hai. aadmi khud hi is ko judge kar sakta hai. kyunke basic need ka koi ek hi matlab naap nahi ho sakta hai.</w:t>
      </w:r>
    </w:p>
    <w:p>
      <w:pPr>
        <w:jc w:val="right"/>
      </w:pPr>
      <w:r>
        <w:t>بہت مشکل ہے۔ آدمی خود ہی اس کو جج کر سکتا ہے۔ کیونکہ بیسک نیڈ کا کوئی ایک ہی یعنی ناپ نہیں ہو سکتا ہے۔</w:t>
      </w:r>
    </w:p>
    <w:p>
      <w:r>
        <w:rPr>
          <w:b/>
        </w:rPr>
        <w:t xml:space="preserve">[1:09:14] </w:t>
      </w:r>
      <w:r>
        <w:t>to main samajhta hoon ke har aadmi ko sochna chahiye ke woh khuda ke haan jaane wala hai. aur hadith mein aata hai ke insaan ke qadam khuda ke samne se nahi hatenge jab tak woh do baaton ka jawab na de lete hain min anka tasal fi anfaqa kahan se kamaya aur kahan kharch kiya.</w:t>
      </w:r>
    </w:p>
    <w:p>
      <w:pPr>
        <w:jc w:val="right"/>
      </w:pPr>
      <w:r>
        <w:t>تو میں سمجھتا ہوں کہ ہر آدمی کو سوچنا چاہیے کہ وہ خدا کے ہاں جانے والا ہے۔ اور حدیث میں آتا ہے کہ انسان کے قدم خدا کے سامنے سے نہیں ہٹیں گے جب تک وہ دو باتوں کا جواب نہ دے لیتے ہیں من انک تسبح فی منفق کہاں سے کمایا اور کہاں خرچ کیا۔</w:t>
      </w:r>
    </w:p>
    <w:p>
      <w:r>
        <w:rPr>
          <w:b/>
        </w:rPr>
        <w:t xml:space="preserve">[1:09:34] </w:t>
      </w:r>
      <w:r>
        <w:t>yeh soche ke khuda ke samne mujhe batana hai ke maine kahan se kamaya, kahan kharch kiya.</w:t>
      </w:r>
    </w:p>
    <w:p>
      <w:pPr>
        <w:jc w:val="right"/>
      </w:pPr>
      <w:r>
        <w:t>یہ سوچے کہ خدا کے سامنے مجھے بتانا ہے کہ میں نے کہاں سے کمایا، کہاں خرچ کیا۔</w:t>
      </w:r>
    </w:p>
    <w:p>
      <w:r>
        <w:rPr>
          <w:b/>
        </w:rPr>
        <w:t xml:space="preserve">[1:09:40] </w:t>
      </w:r>
      <w:r>
        <w:t>to yeh soche to woh apne aap hi is ke andar yeh baat aa jayegi ke woh jaan lega ke basic need kya hai aur desire ke peeche chalna kya hai.</w:t>
      </w:r>
    </w:p>
    <w:p>
      <w:pPr>
        <w:jc w:val="right"/>
      </w:pPr>
      <w:r>
        <w:t>تو یہ سوچے تو وہ اپنے آپ ہی اس کے اندر یہ بات آ جائے گی کہ وہ جان لے گا کہ بیسک نیڈ کیا ہے اور ڈیزائر کے پیچھے چلنا کیا ہے۔</w:t>
      </w:r>
    </w:p>
    <w:p>
      <w:r>
        <w:rPr>
          <w:b/>
        </w:rPr>
        <w:t xml:space="preserve">[1:09:50] </w:t>
      </w:r>
      <w:r>
        <w:t>aur koi is ka koi matlab main samajhta hoon ke do do char ki tarah se hum nahi bata sakte ke yeh hai basic need aur yeh hai desire.</w:t>
      </w:r>
    </w:p>
    <w:p>
      <w:pPr>
        <w:jc w:val="right"/>
      </w:pPr>
      <w:r>
        <w:t>اور کوئی اس کا کوئی یعنی میں سمجھتا ہوں کہ دو دو چار کی طرح سے ہم نہیں بتا سکتے کہ یہ ہے بیسک نیڈ اور یہ ہے ڈیزائر۔</w:t>
      </w:r>
    </w:p>
    <w:p>
      <w:r>
        <w:rPr>
          <w:b/>
        </w:rPr>
        <w:t xml:space="preserve">[1:10:04] </w:t>
      </w:r>
      <w:r>
        <w:t>to</w:t>
      </w:r>
    </w:p>
    <w:p>
      <w:pPr>
        <w:jc w:val="right"/>
      </w:pPr>
      <w:r>
        <w:t>تو</w:t>
      </w:r>
    </w:p>
    <w:p>
      <w:r>
        <w:rPr>
          <w:b/>
        </w:rPr>
        <w:t xml:space="preserve">[1:10:07] </w:t>
      </w:r>
      <w:r>
        <w:t>har aadmi ko khud hi sochna hai aur yeh dhyan mein rakhte hue ke khuda ke samne mujhe khada hona hai. to hamare baap jo the woh kaha karte the har har baat mein ke khuda ko munh dikhana hai.</w:t>
      </w:r>
    </w:p>
    <w:p>
      <w:pPr>
        <w:jc w:val="right"/>
      </w:pPr>
      <w:r>
        <w:t>ہر آدمی کو خود ہی سوچنا ہے اور یہ دھیان میں رکھتے ہوئے کہ خدا کے سامنے مجھے کھڑا ہونا ہے۔ تو ہمارے باپ جو تھے وہ کہا کرتے تھے ہر ہر بات میں کہ خدا کو منہ دکھانا ہے۔</w:t>
      </w:r>
    </w:p>
    <w:p>
      <w:r>
        <w:rPr>
          <w:b/>
        </w:rPr>
        <w:t xml:space="preserve">[1:10:24] </w:t>
      </w:r>
      <w:r>
        <w:t>bohat hi naik aadmi the. to har baat mein kehte the ke khuda ko munh dikhana hai.</w:t>
      </w:r>
    </w:p>
    <w:p>
      <w:pPr>
        <w:jc w:val="right"/>
      </w:pPr>
      <w:r>
        <w:t>بہت ہی نیک آدمی تھے۔ تو ہر بات میں کہتے تھے کہ خدا کو منہ دکھانا ہے۔</w:t>
      </w:r>
    </w:p>
    <w:p>
      <w:r>
        <w:rPr>
          <w:b/>
        </w:rPr>
        <w:t xml:space="preserve">[1:10:31] </w:t>
      </w:r>
      <w:r>
        <w:t>to khuda ko samne jo khada hona hai hum sab ko, us ko soch kar ke hum apne aap hi yeh tay karen ke yeh hai basic need aur yeh hai desire.</w:t>
      </w:r>
    </w:p>
    <w:p>
      <w:pPr>
        <w:jc w:val="right"/>
      </w:pPr>
      <w:r>
        <w:t>تو خدا کو سامنے جو کھڑا ہونا ہے ہم سب کو، اس کو سوچ کر کے ہم اپنے آپ ہی یہ طے کریں کہ یہ ہے بیسک نیڈ اور یہ ہے ڈیزائر۔</w:t>
      </w:r>
    </w:p>
    <w:p>
      <w:r>
        <w:rPr>
          <w:b/>
        </w:rPr>
        <w:t xml:space="preserve">[1:10:44] </w:t>
      </w:r>
      <w:r>
        <w:t>to desire mein kharch karega to samjhe ke main israf kar raha hoon. aur basic need mein agar kharch karega to woh khuda ke nazdeek jaiz hai.</w:t>
      </w:r>
    </w:p>
    <w:p>
      <w:pPr>
        <w:jc w:val="right"/>
      </w:pPr>
      <w:r>
        <w:t>تو ڈیزائر میں خرچ کرے گا تو سمجھے کہ میں اسراف کر رہا ہوں۔ اور بیسک نیڈ میں اگر خرچ کرے گا تو وہ خدا کے نزدیک جائز ہے۔</w:t>
      </w:r>
    </w:p>
    <w:p>
      <w:r>
        <w:rPr>
          <w:b/>
        </w:rPr>
        <w:t xml:space="preserve">[1:10:55] </w:t>
      </w:r>
      <w:r>
        <w:t>This question is from Miss Wahida</w:t>
      </w:r>
    </w:p>
    <w:p>
      <w:pPr>
        <w:jc w:val="right"/>
      </w:pPr>
      <w:r>
        <w:t>This question is from مس وحیدہ</w:t>
      </w:r>
    </w:p>
    <w:p>
      <w:r>
        <w:rPr>
          <w:b/>
        </w:rPr>
        <w:t xml:space="preserve">[1:10:59] </w:t>
      </w:r>
      <w:r>
        <w:t>When we try to explain the non-Muslim about one Allah, they excuse themselves saying, "You have a different way of praying, and we have a different way of praying." Kindly comment on this.</w:t>
      </w:r>
    </w:p>
    <w:p>
      <w:pPr>
        <w:jc w:val="right"/>
      </w:pPr>
      <w:r>
        <w:t>When we try to explain the non-Muslim about one Allah, they excuse themselves saying, "You have a different way of praying, and we have a different way of praying." Kindly comment on this.</w:t>
      </w:r>
    </w:p>
    <w:p>
      <w:r>
        <w:rPr>
          <w:b/>
        </w:rPr>
        <w:t xml:space="preserve">[1:11:14] </w:t>
      </w:r>
      <w:r>
        <w:t>dekhen, asal cheez yeh hai ke yahan par jo kuch log matlab yeh do concept hain religion</w:t>
      </w:r>
    </w:p>
    <w:p>
      <w:pPr>
        <w:jc w:val="right"/>
      </w:pPr>
      <w:r>
        <w:t>دیکھیں، اصل چیز یہ ہے کہ یہاں پر جو کچھ لوگ یعنی یہ دو کانسیپٹ ہیں ریلیجن</w:t>
      </w:r>
    </w:p>
    <w:p>
      <w:r>
        <w:rPr>
          <w:b/>
        </w:rPr>
        <w:t xml:space="preserve">[1:11:24] </w:t>
      </w:r>
      <w:r>
        <w:t>ke. ek hai ke religion jo hai ya sachai, sachai ek aisi cheez hai jis ko har aadmi alag alag discover karta hai.</w:t>
      </w:r>
    </w:p>
    <w:p>
      <w:pPr>
        <w:jc w:val="right"/>
      </w:pPr>
      <w:r>
        <w:t>کے۔ ایک ہے کہ ریلیجن جو ہے یا سچائی، سچائی ایک ایسی چیز ہے جس کو ہر آدمی الگ الگ ڈسکور کرتا ہے۔</w:t>
      </w:r>
    </w:p>
    <w:p>
      <w:r>
        <w:rPr>
          <w:b/>
        </w:rPr>
        <w:t xml:space="preserve">[1:11:34] </w:t>
      </w:r>
      <w:r>
        <w:t>matlab apni discovery ka naam hai sachai. matlab apne se bahar is ka koi aisi cheez nahi hai ke woh sab ke liye absolute truth ho.</w:t>
      </w:r>
    </w:p>
    <w:p>
      <w:pPr>
        <w:jc w:val="right"/>
      </w:pPr>
      <w:r>
        <w:t>یعنی اپنی ڈسکوری کا نام ہے سچائی۔ یعنی اپنے سے باہر اس کا کوئی ایسی چیز نہیں ہے کہ وہ سب کے لیے ایبسولیوٹ ٹروتھ ہو۔</w:t>
      </w:r>
    </w:p>
    <w:p>
      <w:r>
        <w:rPr>
          <w:b/>
        </w:rPr>
        <w:t xml:space="preserve">[1:11:45] </w:t>
      </w:r>
      <w:r>
        <w:t>to do alag alag concept hain. ek hai absolute truth ka concept</w:t>
      </w:r>
    </w:p>
    <w:p>
      <w:pPr>
        <w:jc w:val="right"/>
      </w:pPr>
      <w:r>
        <w:t>تو دو الگ الگ کانسیپٹ ہیں۔ ایک ہے ایبسولیوٹ ٹروتھ کا کانسیپٹ</w:t>
      </w:r>
    </w:p>
    <w:p>
      <w:r>
        <w:rPr>
          <w:b/>
        </w:rPr>
        <w:t xml:space="preserve">[1:11:49] </w:t>
      </w:r>
      <w:r>
        <w:t>aur ek hai ke ek relative cheez hai jis ko jahan sachai mil jaye, wahi us ke liye sachai hai. to main samajhta hoon ke jo log yeh kehte hain ke sachai absolute nahi hai,</w:t>
      </w:r>
    </w:p>
    <w:p>
      <w:pPr>
        <w:jc w:val="right"/>
      </w:pPr>
      <w:r>
        <w:t>اور ایک ہے کہ ایک ریلیٹو چیز ہے جس کو جہاں سچائی مل جائے، وہی اس کے لیے سچائی ہے۔ تو میں سمجھتا ہوں کہ جو لوگ یہ کہتے ہیں کہ سچائی ایبسولیوٹ نہیں ہے،</w:t>
      </w:r>
    </w:p>
    <w:p>
      <w:r>
        <w:rPr>
          <w:b/>
        </w:rPr>
        <w:t xml:space="preserve">[1:12:05] </w:t>
      </w:r>
      <w:r>
        <w:t>to woh sach much denial hai sachai ka ke sachai agar absolute nahi hai to phir sachai nahi hai. woh aap ghor kijiye ke sachai jo hai, agar wahi wahi absolute na ho to phir kya hua?</w:t>
      </w:r>
    </w:p>
    <w:p>
      <w:pPr>
        <w:jc w:val="right"/>
      </w:pPr>
      <w:r>
        <w:t>تو وہ سچ مچ ڈینائل ہے سچائی کا کہ سچائی اگر ایبسولیوٹ نہیں ہے تو پھر سچائی نہیں ہے۔ وہ آپ غور کیجئے کہ سچائی جو ہے، اگر وہی وہی ایبسولیوٹ نہ ہو تو پھر کیا ہوا؟</w:t>
      </w:r>
    </w:p>
    <w:p>
      <w:r>
        <w:rPr>
          <w:b/>
        </w:rPr>
        <w:t xml:space="preserve">[1:12:20] </w:t>
      </w:r>
      <w:r>
        <w:t>matlab matlab woh sachai thori hui. woh har aadmi ki apni yeh sachai alag alag ho. main samajhta hoon ke woh sachai nahi hai.</w:t>
      </w:r>
    </w:p>
    <w:p>
      <w:pPr>
        <w:jc w:val="right"/>
      </w:pPr>
      <w:r>
        <w:t>یعنی یعنی وہ وہ سچائی تھوڑی ہوئی۔ وہ ہر آدمی کی اپنی یہ سچائی الگ الگ ہو۔ میں سمجھتا ہوں کہ وہ سچائی نہیں ہے۔</w:t>
      </w:r>
    </w:p>
    <w:p>
      <w:r>
        <w:rPr>
          <w:b/>
        </w:rPr>
        <w:t xml:space="preserve">[1:12:29] </w:t>
      </w:r>
      <w:r>
        <w:t>woh woh selfishness hai. woh interest hai. woh apne hisab se aap ne ek cheez bana liya. aap kahenge sachai hai. sachai nahi hai. woh aap ki apni desire pe chal rahe hain.</w:t>
      </w:r>
    </w:p>
    <w:p>
      <w:pPr>
        <w:jc w:val="right"/>
      </w:pPr>
      <w:r>
        <w:t>وہ وہ سیلفشنس ہے۔ وہ انٹرسٹ ہے۔ وہ اپنے حساب سے آپ نے ایک چیز بنا لیا۔ آپ کہیں گے سچائی ہے۔ سچائی نہیں ہے۔ وہ آپ کی اپنی ڈیزائر پہ چل رہے ہیں۔</w:t>
      </w:r>
    </w:p>
    <w:p>
      <w:r>
        <w:rPr>
          <w:b/>
        </w:rPr>
        <w:t xml:space="preserve">[1:12:39] </w:t>
      </w:r>
      <w:r>
        <w:t>aap jis society mein aap hain, us society se nibah karne ke liye aap ne ek baat ko maan liya. woh kehte hain ke yeh meri sachai hai. to aise aadmi ko yeh bolna chahiye ke mujhe is se koi matlab nahi ke sachai kya hai.</w:t>
      </w:r>
    </w:p>
    <w:p>
      <w:pPr>
        <w:jc w:val="right"/>
      </w:pPr>
      <w:r>
        <w:t>آپ جس سوسائٹی میں آپ ہیں، اس سوسائٹی سے نباہ کرنے کے لیے آپ نے ایک بات کو مان لیا۔ وہ کہتے ہیں کہ یہ میری سچائی ہے۔ تو ایسے آدمی کو یہ بولنا چاہیے کہ مجھے اس سے کوئی مطلب نہیں کہ سچائی کیا ہے۔</w:t>
      </w:r>
    </w:p>
    <w:p>
      <w:r>
        <w:rPr>
          <w:b/>
        </w:rPr>
        <w:t xml:space="preserve">[1:12:51] </w:t>
      </w:r>
      <w:r>
        <w:t>main to khane kamane ke liye zinda rahoon ga bas. aur aur bhi koi zara zara nahi hai. kyunke sachai agar hai to absolute hai. sachai kabhi bhi relative nahi ho sakti hai.</w:t>
      </w:r>
    </w:p>
    <w:p>
      <w:pPr>
        <w:jc w:val="right"/>
      </w:pPr>
      <w:r>
        <w:t>میں تو کھانے کمانے کے لیے زندہ رہوں گا بس۔ اور اور بھی کوئی ذرا ذرا نہیں ہے۔ کیونکہ سچائی اگر ہے تو ایبسولیوٹ ہے۔ سچائی کبھی بھی ریلیٹو نہیں ہو سکتی ہے۔</w:t>
      </w:r>
    </w:p>
    <w:p>
      <w:r>
        <w:rPr>
          <w:b/>
        </w:rPr>
        <w:t xml:space="preserve">[1:13:04] </w:t>
      </w:r>
      <w:r>
        <w:t>main is ko manne ko tayyar nahi hoon ke sachai relative ho sakti hai. to phir kya cheez aisa absolute hai duniya mein? phir to sachai se har har doosri cheez sachai se kam hai.</w:t>
      </w:r>
    </w:p>
    <w:p>
      <w:pPr>
        <w:jc w:val="right"/>
      </w:pPr>
      <w:r>
        <w:t>میں اس کو ماننے کو تیار نہیں ہوں کہ سچائی ریلیٹو ہو سکتی ہے۔ تو پھر کیا چیز ایسا ایبسولیوٹ ہے دنیا میں؟ پھر تو سچائی سے ہر ہر دوسری چیز سچائی سے کم ہے۔</w:t>
      </w:r>
    </w:p>
    <w:p>
      <w:r>
        <w:rPr>
          <w:b/>
        </w:rPr>
        <w:t xml:space="preserve">[1:13:17] </w:t>
      </w:r>
      <w:r>
        <w:t>to sachai mein dekh, bilashuba absolute cheez hai. woh ek hai. har ek ke liye wohi ek hi hai. har aadmi ka farz hai ke us sachai ko dhoondhe.</w:t>
      </w:r>
    </w:p>
    <w:p>
      <w:pPr>
        <w:jc w:val="right"/>
      </w:pPr>
      <w:r>
        <w:t>تو سچائی میں دیکھ، بلاشبہ ایبسولیوٹ چیز ہے۔ وہ ایک ہے۔ ہر ایک کے لیے وہی ایک ہی ہے۔ ہر آدمی کا فرض ہے کہ اس سچائی کو ڈھونڈے۔</w:t>
      </w:r>
    </w:p>
    <w:p>
      <w:r>
        <w:rPr>
          <w:b/>
        </w:rPr>
        <w:t xml:space="preserve">[1:13:28] </w:t>
      </w:r>
      <w:r>
        <w:t>woh is is sachai ko talash kare.</w:t>
      </w:r>
    </w:p>
    <w:p>
      <w:pPr>
        <w:jc w:val="right"/>
      </w:pPr>
      <w:r>
        <w:t>وہ اس اس سچائی کو تلاش کرے۔</w:t>
      </w:r>
    </w:p>
    <w:p>
      <w:r>
        <w:rPr>
          <w:b/>
        </w:rPr>
        <w:t xml:space="preserve">[1:13:32] </w:t>
      </w:r>
      <w:r>
        <w:t>woh yeh farz hai. jo aisa nahi karega to Khuda ka pakda jayega. woh</w:t>
      </w:r>
    </w:p>
    <w:p>
      <w:pPr>
        <w:jc w:val="right"/>
      </w:pPr>
      <w:r>
        <w:t>وہ یہ فرض ہے۔ جو ایسا نہیں کرے گا تو خدا کا پکڑا جائے گا۔ وہ</w:t>
      </w:r>
    </w:p>
    <w:p>
      <w:r>
        <w:rPr>
          <w:b/>
        </w:rPr>
        <w:t xml:space="preserve">[1:13:40] </w:t>
      </w:r>
      <w:r>
        <w:t>This question is from Mr Farhan Does Islam permit creation of works of art like a novel, a human portrait, or a statue?</w:t>
      </w:r>
    </w:p>
    <w:p>
      <w:pPr>
        <w:jc w:val="right"/>
      </w:pPr>
      <w:r>
        <w:t>This question is from مسٹر فرحان Does Islam permit creation of works of art like a novel, a human portrait, or a statue?</w:t>
      </w:r>
    </w:p>
    <w:p>
      <w:r>
        <w:rPr>
          <w:b/>
        </w:rPr>
        <w:t xml:space="preserve">[1:13:58] </w:t>
      </w:r>
      <w:r>
        <w:t>dekhein, is mein bohat se ulma ne kuch cheezon ko haram bataya hai. kyunke main is ko haram halaal ka masla nahi samajhta.</w:t>
      </w:r>
    </w:p>
    <w:p>
      <w:pPr>
        <w:jc w:val="right"/>
      </w:pPr>
      <w:r>
        <w:t>دیکھیں، اس میں بہت سے علماء نے کچھ چیزوں کو حرام بتایا ہے۔ کیونکہ میں اس کو حرام حلال کا مسئلہ نہیں سمجھتا۔</w:t>
      </w:r>
    </w:p>
    <w:p>
      <w:r>
        <w:rPr>
          <w:b/>
        </w:rPr>
        <w:t xml:space="preserve">[1:14:09] </w:t>
      </w:r>
      <w:r>
        <w:t>main is ko distraction ka masla samajhta hoon. yaani agar aap apne aap ko yaani in cheezon pe lagayein to main chahoon ga ke aap apne aap ko distract kar rahe hain.</w:t>
      </w:r>
    </w:p>
    <w:p>
      <w:pPr>
        <w:jc w:val="right"/>
      </w:pPr>
      <w:r>
        <w:t>میں اس کو ڈسٹریکشن کا مسئلہ سمجھتا ہوں۔ یعنی اگر آپ اپنے آپ کو یعنی ان چیزوں پہ لگائیں تو میں چاہوں گا کہ آپ اپنے آپ کو ڈسٹریکٹ کر رہے ہیں۔</w:t>
      </w:r>
    </w:p>
    <w:p>
      <w:r>
        <w:rPr>
          <w:b/>
        </w:rPr>
        <w:t xml:space="preserve">[1:14:25] </w:t>
      </w:r>
      <w:r>
        <w:t>yaani distraction ka matlab yeh hai ke baray kaam se chhod kar chhotay kaam mein apne aap ko laga rahe hain.</w:t>
      </w:r>
    </w:p>
    <w:p>
      <w:pPr>
        <w:jc w:val="right"/>
      </w:pPr>
      <w:r>
        <w:t>یعنی ڈسٹریکشن کا مطلب یہ ہے کہ بڑے کام سے کو چھوڑ کر چھوٹے کام میں اپنے آپ کو لگا رہے ہیں۔</w:t>
      </w:r>
    </w:p>
    <w:p>
      <w:r>
        <w:rPr>
          <w:b/>
        </w:rPr>
        <w:t xml:space="preserve">[1:14:33] </w:t>
      </w:r>
      <w:r>
        <w:t>aap jo time aap ke paas hai, is ka ek ek bara istemal bhi hai. to is is baray istemal ke aap lagayein to woh mere dekh sahi baat hai.</w:t>
      </w:r>
    </w:p>
    <w:p>
      <w:pPr>
        <w:jc w:val="right"/>
      </w:pPr>
      <w:r>
        <w:t>آپ جو ٹائم آپ کے پاس ہے، اس کا ایک ایک بڑا استعمال بھی ہے۔ تو اس اس بڑے استعمال کے آپ لگائیں تو وہ میرے دیکھ صحیح بات ہے۔</w:t>
      </w:r>
    </w:p>
    <w:p>
      <w:r>
        <w:rPr>
          <w:b/>
        </w:rPr>
        <w:t xml:space="preserve">[1:14:46] </w:t>
      </w:r>
      <w:r>
        <w:t>aur agar aap kisi choti cheez mein apne aap ko laga rahe hain to aap to aap apne aap ko distract kar rahe hain choti cheezon ki taraf.</w:t>
      </w:r>
    </w:p>
    <w:p>
      <w:pPr>
        <w:jc w:val="right"/>
      </w:pPr>
      <w:r>
        <w:t>اور اگر آپ کسی چھوٹی چیز میں اپنے آپ کو لگا رہے ہیں تو آپ تو آپ اپنے آپ کو ڈسٹریکٹ کر رہے ہیں چھوٹی چیزوں کی طرف۔</w:t>
      </w:r>
    </w:p>
    <w:p>
      <w:r>
        <w:rPr>
          <w:b/>
        </w:rPr>
        <w:t xml:space="preserve">[1:14:52] </w:t>
      </w:r>
      <w:r>
        <w:t>to in cheezon ke main main samajhta hoon ke haram halaal ka yaani maamla nahi hai. yeh distraction ka maamla hai.</w:t>
      </w:r>
    </w:p>
    <w:p>
      <w:pPr>
        <w:jc w:val="right"/>
      </w:pPr>
      <w:r>
        <w:t>تو ان چیزوں کے میں میں سمجھتا ہوں کہ حرام حلال کا یعنی معاملہ نہیں ہے۔ یہ ڈسٹریکشن کا معاملہ ہے۔</w:t>
      </w:r>
    </w:p>
    <w:p>
      <w:r>
        <w:rPr>
          <w:b/>
        </w:rPr>
        <w:t xml:space="preserve">[1:15:01] </w:t>
      </w:r>
      <w:r>
        <w:t>ab aadmi ke apne upar hai ke kya woh distraction ko afford kar sakta hai. to main to samajhta hoon ke bhai main to afford nahi kar sakta distraction ko.</w:t>
      </w:r>
    </w:p>
    <w:p>
      <w:pPr>
        <w:jc w:val="right"/>
      </w:pPr>
      <w:r>
        <w:t>اب آدمی کے اپنے اوپر ہے کہ کیا وہ ڈسٹریکشن کو افورڈ کر سکتا ہے۔ تو میں تو سمجھتا ہوں کہ بھئی میں تو افورڈ نہیں کر سکتا ڈسٹریکشن کو۔</w:t>
      </w:r>
    </w:p>
    <w:p>
      <w:r>
        <w:rPr>
          <w:b/>
        </w:rPr>
        <w:t xml:space="preserve">[1:15:10] </w:t>
      </w:r>
      <w:r>
        <w:t>isi liye main novel nahi parhta. ke novel parhna koi na aisa nahi ke woh Islam mein jaiz na ho, unlawful</w:t>
      </w:r>
    </w:p>
    <w:p>
      <w:pPr>
        <w:jc w:val="right"/>
      </w:pPr>
      <w:r>
        <w:t>اسی لیے میں ناول نہیں پڑھتا۔ کہ ناول پڑھنا کوئی نہ ایسا نہیں کہ وہ اسلام میں جائز نہ ہو، ان لافل</w:t>
      </w:r>
    </w:p>
    <w:p>
      <w:r>
        <w:rPr>
          <w:b/>
        </w:rPr>
        <w:t xml:space="preserve">[1:15:19] </w:t>
      </w:r>
      <w:r>
        <w:t>ho novel parhna. lekin novel parhne ke maani time waste karna. time waste karna. to main time waste karoon kyun?</w:t>
      </w:r>
    </w:p>
    <w:p>
      <w:pPr>
        <w:jc w:val="right"/>
      </w:pPr>
      <w:r>
        <w:t>ہو ناول پڑھنا۔ لیکن ناول پڑھنے کے معنی ٹائم ویسٹ کرنا۔ ٹائم ویسٹ کرنا۔ تو میں ٹائم ویسٹ کروں کیوں؟</w:t>
      </w:r>
    </w:p>
    <w:p>
      <w:r>
        <w:rPr>
          <w:b/>
        </w:rPr>
        <w:t xml:space="preserve">[1:15:29] </w:t>
      </w:r>
      <w:r>
        <w:t>woh subject parhoon jo is ka history parhoon, science parhoon to is se mujhe kuch mile gi, information mile gi.</w:t>
      </w:r>
    </w:p>
    <w:p>
      <w:pPr>
        <w:jc w:val="right"/>
      </w:pPr>
      <w:r>
        <w:t>وہ سبجیکٹ پڑھوں جو اس کا ہسٹری پڑھوں، سائنس پڑھوں تو اس سے مجھے کچھ ملے گی، انفارمیشن ملے گی۔</w:t>
      </w:r>
    </w:p>
    <w:p>
      <w:r>
        <w:rPr>
          <w:b/>
        </w:rPr>
        <w:t xml:space="preserve">[1:15:38] </w:t>
      </w:r>
      <w:r>
        <w:t>lekin novel to fiction par base karta hai. yaani farzi kahaniyon par. is mein kya mujhe mile ga siwaye enjoy ke?</w:t>
      </w:r>
    </w:p>
    <w:p>
      <w:pPr>
        <w:jc w:val="right"/>
      </w:pPr>
      <w:r>
        <w:t>لیکن ناول تو فکشن پر بیس کرتا ہے۔ یعنی فرضی کہانیوں پر۔ اس میں کیا مجھے ملے گا سوائے انجوائے کے؟</w:t>
      </w:r>
    </w:p>
    <w:p>
      <w:r>
        <w:rPr>
          <w:b/>
        </w:rPr>
        <w:t xml:space="preserve">[1:15:49] </w:t>
      </w:r>
      <w:r>
        <w:t>to behal main novel ko ya art ko koi najais cheez nahi samajhta. lekin main is ko samajhta hoon ke yeh time ko waste kar raha hai.</w:t>
      </w:r>
    </w:p>
    <w:p>
      <w:pPr>
        <w:jc w:val="right"/>
      </w:pPr>
      <w:r>
        <w:t>تو بہرحال میں ناول کو یا آرٹ کو کوئی ناجائز چیز نہیں سمجھتا۔ لیکن میں اس کو سمجھتا ہوں کہ یہ ٹائم کو ویسٹ کر رہا ہے۔</w:t>
      </w:r>
    </w:p>
    <w:p>
      <w:r>
        <w:rPr>
          <w:b/>
        </w:rPr>
        <w:t xml:space="preserve">[1:15:59] </w:t>
      </w:r>
      <w:r>
        <w:t>is sense mein main samajhta hoon ke aadmi ko sochna chahiye. This question is from Mr Muhammad Sirajuddin Modern science has not, to my knowledge, fixed any finite limit as to when the creation of the physical world has started or when it is expected to come to an</w:t>
      </w:r>
    </w:p>
    <w:p>
      <w:pPr>
        <w:jc w:val="right"/>
      </w:pPr>
      <w:r>
        <w:t>اس سینس میں میں سمجھتا ہوں کہ آدمی کو سوچنا چاہیے۔ This question is from مسٹر محمد سراج الدین Modern science has not, to my knowledge, fixed any finite limit as to when the creation of the physical world has started or when it is expected to come to an</w:t>
      </w:r>
    </w:p>
    <w:p>
      <w:r>
        <w:rPr>
          <w:b/>
        </w:rPr>
        <w:t xml:space="preserve">[1:16:18] </w:t>
      </w:r>
      <w:r>
        <w:t>end. nahi nahi bilkul aap yeh to purani baat aap keh rahe hain. big bang theory ab establish ho chuki hai. ab bilkul ab to duniya mein maan liya gaya hai ke wahin se beginning hui.</w:t>
      </w:r>
    </w:p>
    <w:p>
      <w:pPr>
        <w:jc w:val="right"/>
      </w:pPr>
      <w:r>
        <w:t>end. نہیں نہیں بالکل آپ یہ تو پرانی بات آپ کہہ رہے ہیں۔ بگ بینگ تھیوری اب اسٹیبلش ہو چکی ہے۔ اب بالکل اب تو دنیا میں مان لیا گیا ہے کہ وہیں سے بگننگ ہوئی۔</w:t>
      </w:r>
    </w:p>
    <w:p>
      <w:r>
        <w:rPr>
          <w:b/>
        </w:rPr>
        <w:t xml:space="preserve">[1:16:32] </w:t>
      </w:r>
      <w:r>
        <w:t>is mein to raah nahi hai. baqi end ki baat jahan tak hai end ka koi date nahi fix hai. lekin beginning ki to date fix ho chuki hai.</w:t>
      </w:r>
    </w:p>
    <w:p>
      <w:pPr>
        <w:jc w:val="right"/>
      </w:pPr>
      <w:r>
        <w:t>اس میں تو راہ نہیں ہے۔ باقی اینڈ کی بات جہاں تک ہے اینڈ کا کوئی ڈیٹ نہیں فکس ہے۔ لیکن بگننگ کی تو ڈیٹ فکس ہو چکی ہے۔</w:t>
      </w:r>
    </w:p>
    <w:p>
      <w:r>
        <w:rPr>
          <w:b/>
        </w:rPr>
        <w:t xml:space="preserve">[1:16:43] </w:t>
      </w:r>
      <w:r>
        <w:t>scientific community mein ab is par koi yaani doubt nahi hai. abhi jo jo cosmic radiation jo ki jo daryaft hui hai yaani cosmic radiation ka matlab yeh hai ke big bang jab hua tha to us se jo woh jo rays nikli abhi bhi un ka kahin universe ke periphery mein maujood hain.</w:t>
      </w:r>
    </w:p>
    <w:p>
      <w:pPr>
        <w:jc w:val="right"/>
      </w:pPr>
      <w:r>
        <w:t>سائنٹیفک کمیونٹی میں اب اس پر کوئی یعنی ڈاؤٹ نہیں ہے۔ ابھی جو جو کاسمک ریڈی ایشن جو کی جو دریافت ہوئی ہے یعنی کاسمک ریڈی ایشن کا مطلب یہ ہے کہ بگ بینگ جب ہوا تھا تو اس سے جو وہ جو ریز نکلیں ابھی بھی ان کا کہیں یونیورس کے پرفری میں موجود ہیں۔</w:t>
      </w:r>
    </w:p>
    <w:p>
      <w:r>
        <w:rPr>
          <w:b/>
        </w:rPr>
        <w:t xml:space="preserve">[1:17:09] </w:t>
      </w:r>
      <w:r>
        <w:t>woh un ko discover kiya gaya.</w:t>
      </w:r>
    </w:p>
    <w:p>
      <w:pPr>
        <w:jc w:val="right"/>
      </w:pPr>
      <w:r>
        <w:t>وہ ان کو ڈسکور کیا گیا۔</w:t>
      </w:r>
    </w:p>
    <w:p>
      <w:r>
        <w:rPr>
          <w:b/>
        </w:rPr>
        <w:t xml:space="preserve">[1:17:13] </w:t>
      </w:r>
      <w:r>
        <w:t>to bohat sari baatein hain. to main samajhta hoon ke universe ki beginning to ab poori tarah se yaani jaani ja chuki hai.</w:t>
      </w:r>
    </w:p>
    <w:p>
      <w:pPr>
        <w:jc w:val="right"/>
      </w:pPr>
      <w:r>
        <w:t>تو بہت ساری باتیں ہیں۔ تو میں سمجھتا ہوں کہ یونیورس کی بگننگ تو اب پوری طرح سے یعنی جانی جا چکی ہے۔</w:t>
      </w:r>
    </w:p>
    <w:p>
      <w:r>
        <w:rPr>
          <w:b/>
        </w:rPr>
        <w:t xml:space="preserve">[1:17:22] </w:t>
      </w:r>
      <w:r>
        <w:t>is mein koi doubt nahi hai. ab baqi end ka mamla aisa usko uska kuch pata nahi kab end hogi. lekin global warming ne kam az kam yeh bataya hai global warming ne ke woh bohat qareeb aa chuka hai.</w:t>
      </w:r>
    </w:p>
    <w:p>
      <w:pPr>
        <w:jc w:val="right"/>
      </w:pPr>
      <w:r>
        <w:t>اس میں کوئی ڈاؤٹ نہیں ہے۔ اب باقی اینڈ کا معاملہ ایسا اس کو اس کا کچھ پتہ نہیں کب اینڈ ہوگی۔ لیکن گلوبل وارمنگ نے کم از کم یہ بتایا ہے گلوبل وارمنگ نے کہ وہ بہت قریب آ چکا ہے۔</w:t>
      </w:r>
    </w:p>
    <w:p>
      <w:r>
        <w:rPr>
          <w:b/>
        </w:rPr>
        <w:t xml:space="preserve">[1:17:36] </w:t>
      </w:r>
      <w:r>
        <w:t>ab dair nahi hai is mein. This question is from Mr OP Sikha</w:t>
      </w:r>
    </w:p>
    <w:p>
      <w:pPr>
        <w:jc w:val="right"/>
      </w:pPr>
      <w:r>
        <w:t>اب دیر نہیں ہے اس میں۔ This question is from مسٹر او پی سکہ</w:t>
      </w:r>
    </w:p>
    <w:p>
      <w:r>
        <w:rPr>
          <w:b/>
        </w:rPr>
        <w:t xml:space="preserve">[1:17:42] </w:t>
      </w:r>
      <w:r>
        <w:t>The fact of the matter is that we see God everywhere, maybe human life, animal world, plant life, even in minerals, the blossoming of flowers,</w:t>
      </w:r>
    </w:p>
    <w:p>
      <w:pPr>
        <w:jc w:val="right"/>
      </w:pPr>
      <w:r>
        <w:t>The fact of the matter is that we see God everywhere, maybe human life, animal world, plant life, even in minerals, the blossoming of flowers,</w:t>
      </w:r>
    </w:p>
    <w:p>
      <w:r>
        <w:rPr>
          <w:b/>
        </w:rPr>
        <w:t xml:space="preserve">[1:17:56] </w:t>
      </w:r>
      <w:r>
        <w:t>flowing of morning breeze, and so on. Therefore, if we are still waiting for His appearance, then in what form, what could be our perception of Him, sir?</w:t>
      </w:r>
    </w:p>
    <w:p>
      <w:pPr>
        <w:jc w:val="right"/>
      </w:pPr>
      <w:r>
        <w:t>flowing of morning breeze, and so on. Therefore, if we are still waiting for His appearance, then in what form, what could be our perception of Him, sir?</w:t>
      </w:r>
    </w:p>
    <w:p>
      <w:r>
        <w:rPr>
          <w:b/>
        </w:rPr>
        <w:t xml:space="preserve">[1:18:11] </w:t>
      </w:r>
      <w:r>
        <w:t>dekhein yeh ek question jo hai bohat ambiguous question hai. is liye ke ke yeh is tarah ki baat woh log karte hain jo jinke andar monster thinking hoti hai.</w:t>
      </w:r>
    </w:p>
    <w:p>
      <w:pPr>
        <w:jc w:val="right"/>
      </w:pPr>
      <w:r>
        <w:t>دیکھیں یہ ایک کوئسچن جو ہے بہت ایمبیگوس کوئسچن ہے۔ اس لیے کہ کہ یہ اس طرح کی بات وہ لوگ کرتے ہیں جو جن کے اندر مونسٹر تھنکنگ ہوتی ہے۔</w:t>
      </w:r>
    </w:p>
    <w:p>
      <w:r>
        <w:rPr>
          <w:b/>
        </w:rPr>
        <w:t xml:space="preserve">[1:18:25] </w:t>
      </w:r>
      <w:r>
        <w:t>monster thinking ke har cheez God ka ansh hai. is sense mein to bilkul galat baat hai. yeh koi cheez God ka ansh nahi hai. to har cheez ansh hai.</w:t>
      </w:r>
    </w:p>
    <w:p>
      <w:pPr>
        <w:jc w:val="right"/>
      </w:pPr>
      <w:r>
        <w:t>مونسٹر تھنکنگ کہ ہر چیز گاڈ کا अंश ہے۔ اس سینس میں تو بالکل غلط بات ہے۔ یہ کوئی چیز گاڈ کا अंश نہیں ہے۔ تو ہر چیز अंश ہے۔</w:t>
      </w:r>
    </w:p>
    <w:p>
      <w:r>
        <w:rPr>
          <w:b/>
        </w:rPr>
        <w:t xml:space="preserve">[1:18:35] </w:t>
      </w:r>
      <w:r>
        <w:t>ansh mein hum God ko dekh rahe hain. to yeh to bilkul be rabti galat baat</w:t>
      </w:r>
    </w:p>
    <w:p>
      <w:pPr>
        <w:jc w:val="right"/>
      </w:pPr>
      <w:r>
        <w:t>अंश میں ہم گاڈ کو دیکھ رہے ہیں۔ تو یہ تو بالکل بے ربطی غلط بات</w:t>
      </w:r>
    </w:p>
    <w:p>
      <w:r>
        <w:rPr>
          <w:b/>
        </w:rPr>
        <w:t xml:space="preserve">[1:18:39] </w:t>
      </w:r>
      <w:r>
        <w:t>hai. koi cheez Khuda ka ansh nahi hoti. to hum jo dekh rahe hain aaj isi mein dekh rahe hain ke creation mein hum jhalak paate hain creator ki.</w:t>
      </w:r>
    </w:p>
    <w:p>
      <w:pPr>
        <w:jc w:val="right"/>
      </w:pPr>
      <w:r>
        <w:t>ہے۔ کوئی چیز خدا کا अंश نہیں ہوتی۔ تو ہم جو دیکھ رہے ہیں آج اسی میں دیکھ رہے ہیں کہ کریشن میں ہم جھلک پاتے ہیں کریٹر کی۔</w:t>
      </w:r>
    </w:p>
    <w:p>
      <w:r>
        <w:rPr>
          <w:b/>
        </w:rPr>
        <w:t xml:space="preserve">[1:18:49] </w:t>
      </w:r>
      <w:r>
        <w:t>bas to Khuda ko hum wahan par Khuda nahi hai. monster concept mein hai ke Khuda wahin maujood hai. khud woh flower jo hai woh Khuda manifest kiya hai.</w:t>
      </w:r>
    </w:p>
    <w:p>
      <w:pPr>
        <w:jc w:val="right"/>
      </w:pPr>
      <w:r>
        <w:t>بس تو خدا کو ہم وہاں پر خدا نہیں ہے۔ مونسٹر کانسیپٹ میں ہے کہ خدا وہیں موجود ہے۔ خود وہ فلاور جو ہے وہ خدا مینیفیسٹ کیا ہے۔</w:t>
      </w:r>
    </w:p>
    <w:p>
      <w:r>
        <w:rPr>
          <w:b/>
        </w:rPr>
        <w:t xml:space="preserve">[1:18:59] </w:t>
      </w:r>
      <w:r>
        <w:t>Khuda ne manifest kiya flower mein. khud Khuda hi ka woh ansh hai. woh yeh to bilkul galat hai. theory mein is ko nahi manta. kai baar yahan baat ho chuki hai is ke upar.</w:t>
      </w:r>
    </w:p>
    <w:p>
      <w:pPr>
        <w:jc w:val="right"/>
      </w:pPr>
      <w:r>
        <w:t>خدا نے مینیفیسٹ کیا فلاور میں۔ خود خدا ہی کا وہ अंश ہے۔ وہ یہ تو بالکل غلط ہے۔ تھیوری میں اس کو نہیں مانتا۔ کئی بار یہاں بات ہو چکی ہے اس کے اوپر۔</w:t>
      </w:r>
    </w:p>
    <w:p>
      <w:r>
        <w:rPr>
          <w:b/>
        </w:rPr>
        <w:t xml:space="preserve">[1:19:10] </w:t>
      </w:r>
      <w:r>
        <w:t>to monistic concept jo hai ya wahid wajood jo hai us ko mein bilkul baseless manta hoon. Khuda alag hai aur aur creation alag hai.</w:t>
      </w:r>
    </w:p>
    <w:p>
      <w:pPr>
        <w:jc w:val="right"/>
      </w:pPr>
      <w:r>
        <w:t>تو مانسٹک کانسیپٹ جو ہے یا واحد وجود جو ہے اس کو میں بالکل بیسلیس مانتا ہوں۔ خدا الگ ہے اور اور کریشن الگ ہے۔</w:t>
      </w:r>
    </w:p>
    <w:p>
      <w:r>
        <w:rPr>
          <w:b/>
        </w:rPr>
        <w:t xml:space="preserve">[1:19:21] </w:t>
      </w:r>
      <w:r>
        <w:t>yani jaise Hinduism mein duait wad aur adwait wad to adwait wad ko mein bilkul baseless manta hoon. duait wad ko sahi manta hoon.</w:t>
      </w:r>
    </w:p>
    <w:p>
      <w:pPr>
        <w:jc w:val="right"/>
      </w:pPr>
      <w:r>
        <w:t>یعنی جیسے ہندوازم میں دوئیت واد اور ادوئیت واد تو ادوئیت واد کو میں بالکل بیسلیس مانتا ہوں۔ دوئیت واد کو صحیح مانتا ہوں۔</w:t>
      </w:r>
    </w:p>
    <w:p>
      <w:r>
        <w:rPr>
          <w:b/>
        </w:rPr>
        <w:t xml:space="preserve">[1:19:30] </w:t>
      </w:r>
      <w:r>
        <w:t>yani Khuda alag hai aur yani creator alag hai aur creation alag hai.</w:t>
      </w:r>
    </w:p>
    <w:p>
      <w:pPr>
        <w:jc w:val="right"/>
      </w:pPr>
      <w:r>
        <w:t>یعنی خدا الگ ہے اور یعنی کریٹر الگ ہے اور کریشن الگ ہے۔</w:t>
      </w:r>
    </w:p>
    <w:p>
      <w:r>
        <w:rPr>
          <w:b/>
        </w:rPr>
        <w:t xml:space="preserve">[1:19:35] </w:t>
      </w:r>
      <w:r>
        <w:t>to hum jab dekhte hain flower ko ya kisi cheez ko to hum Khuda ko nahi dekhte. is se hum yeh infer karte hain ke bilashuba yeh creator hai jis ne is cheez banai.</w:t>
      </w:r>
    </w:p>
    <w:p>
      <w:pPr>
        <w:jc w:val="right"/>
      </w:pPr>
      <w:r>
        <w:t>تو ہم جب دیکھتے ہیں فلاور کو یا کسی چیز کو تو ہم خدا کو نہیں دیکھتے۔ اس سے ہم یہ انفر کرتے ہیں کہ بلاشبہ یہ کریٹر ہے جس نے اس چیز بنائی۔</w:t>
      </w:r>
    </w:p>
    <w:p>
      <w:r>
        <w:rPr>
          <w:b/>
        </w:rPr>
        <w:t xml:space="preserve">[1:19:46] </w:t>
      </w:r>
      <w:r>
        <w:t>agar creator na ho to kaise aisi cheez ban jaye? to there is inference. hum observe nahi karte hain Khuda ko wahan par. inference ke through hum Khuda ke existence ko wahan par yani discover karte hain.</w:t>
      </w:r>
    </w:p>
    <w:p>
      <w:pPr>
        <w:jc w:val="right"/>
      </w:pPr>
      <w:r>
        <w:t>اگر کریٹر نہ ہو تو کیسے ایسی چیز بن جائے؟ تو دیر از انفرنس۔ ہم ابزرو نہیں کرتے ہیں خدا کو وہاں پر۔ انفرنس کے تھرو ہم خدا کے ایگزسٹنس کو وہاں پر یعنی ڈسکور کرتے ہیں۔</w:t>
      </w:r>
    </w:p>
    <w:p>
      <w:r>
        <w:rPr>
          <w:b/>
        </w:rPr>
        <w:t xml:space="preserve">[1:20:03] </w:t>
      </w:r>
      <w:r>
        <w:t>yeh hai mamla.</w:t>
      </w:r>
    </w:p>
    <w:p>
      <w:pPr>
        <w:jc w:val="right"/>
      </w:pPr>
      <w:r>
        <w:t>یہ ہے معاملہ۔</w:t>
      </w:r>
    </w:p>
    <w:p>
      <w:r>
        <w:rPr>
          <w:b/>
        </w:rPr>
        <w:t xml:space="preserve">[1:20:06] </w:t>
      </w:r>
      <w:r>
        <w:t>This question is from Maulana Zikwan What is ishq mizaj Kindly explain It is referred in Chapter 39, Verse 45 of Quran.</w:t>
      </w:r>
    </w:p>
    <w:p>
      <w:pPr>
        <w:jc w:val="right"/>
      </w:pPr>
      <w:r>
        <w:t>This question is from مولانا زکوان What is عشق مزاج Kindly explain It is referred in Chapter 39، Verse 45 of قرآن۔</w:t>
      </w:r>
    </w:p>
    <w:p>
      <w:r>
        <w:rPr>
          <w:b/>
        </w:rPr>
        <w:t xml:space="preserve">[1:20:21] </w:t>
      </w:r>
      <w:r>
        <w:t>ke Quran mein ek jagah yeh hai ke ke jab logon ke samne zikr kiya jata hai buton ka to bohat khush ho jate hain.</w:t>
      </w:r>
    </w:p>
    <w:p>
      <w:pPr>
        <w:jc w:val="right"/>
      </w:pPr>
      <w:r>
        <w:t>کہ قرآن میں ایک جگہ یہ ہے کہ کہ جب لوگوں کے سامنے ذکر کیا جاتا ہے بتوں کا تو بہت خوش ہو جاتے ہیں۔</w:t>
      </w:r>
    </w:p>
    <w:p>
      <w:r>
        <w:rPr>
          <w:b/>
        </w:rPr>
        <w:t xml:space="preserve">[1:20:29] </w:t>
      </w:r>
      <w:r>
        <w:t>woh Khuda ka zikr karte hain to un ke andar asmedat paida hota hai.</w:t>
      </w:r>
    </w:p>
    <w:p>
      <w:pPr>
        <w:jc w:val="right"/>
      </w:pPr>
      <w:r>
        <w:t>وہ خدا کا ذکر کرتے ہیں تو ان کے اندر اسمیدات پیدا ہوتا ہے۔</w:t>
      </w:r>
    </w:p>
    <w:p>
      <w:r>
        <w:rPr>
          <w:b/>
        </w:rPr>
        <w:t xml:space="preserve">[1:20:35] </w:t>
      </w:r>
      <w:r>
        <w:t>to wahi baat aaj mein ne kahi. theek wahi baat aaj hai logon mein. aap kahin bhi chale jaiye, kisi masjid mein, madrasay mein, musalmanon ke jalsay mein, idhar udhar, agar aap Khuda ka zikr karein to koi bhi interest nahi lega.</w:t>
      </w:r>
    </w:p>
    <w:p>
      <w:pPr>
        <w:jc w:val="right"/>
      </w:pPr>
      <w:r>
        <w:t>تو وہی بات آج میں نے کہی۔ ٹھیک وہی بات آج ہے لوگوں میں۔ آپ کہیں بھی چلے جائیے، کسی مسجد میں، مدرسے میں، مسلمانوں کے جلسے میں، ادھر ادھر، اگر آپ خدا کا ذکر کریں تو کوئی بھی انٹرسٹ نہیں لے گا۔</w:t>
      </w:r>
    </w:p>
    <w:p>
      <w:r>
        <w:rPr>
          <w:b/>
        </w:rPr>
        <w:t xml:space="preserve">[1:20:49] </w:t>
      </w:r>
      <w:r>
        <w:t>koi lekin un ke jo buzurg hain, jo baray so called baray, us ka zikr kiya to aap bari khushi logon ko hoti hai. hamare Hazrat to aise thay. hamare Hazrat wohi ishq mizaj.</w:t>
      </w:r>
    </w:p>
    <w:p>
      <w:pPr>
        <w:jc w:val="right"/>
      </w:pPr>
      <w:r>
        <w:t>کوئی لیکن ان کے جو بزرگ ہیں، جو بڑے سو کالڈ بڑے، اس کا ذکر کیا تو آپ بڑی خوشی لوگوں کو ہوتی ہے۔ ہمارے حضرت تو ایسے تھے۔ ہمارے حضرت وہ یہی عشق مزاج۔</w:t>
      </w:r>
    </w:p>
    <w:p>
      <w:r>
        <w:rPr>
          <w:b/>
        </w:rPr>
        <w:t xml:space="preserve">[1:21:00] </w:t>
      </w:r>
      <w:r>
        <w:t>woh ishq mizaj mein aaj buree tarah mubtala hai. buree tarah se</w:t>
      </w:r>
    </w:p>
    <w:p>
      <w:pPr>
        <w:jc w:val="right"/>
      </w:pPr>
      <w:r>
        <w:t>وہ عشق مزاج میں آج بری طرح مبتلا ہے۔ بری طرح سے</w:t>
      </w:r>
    </w:p>
    <w:p>
      <w:r>
        <w:rPr>
          <w:b/>
        </w:rPr>
        <w:t xml:space="preserve">[1:21:05] </w:t>
      </w:r>
      <w:r>
        <w:t>. mera personal experience yeh hai ke jab bhi mein logon ke beech mein hota hoon aur mein Khuda ka zikr karta hoon to logon ko koi interest nahi aata is mein.</w:t>
      </w:r>
    </w:p>
    <w:p>
      <w:pPr>
        <w:jc w:val="right"/>
      </w:pPr>
      <w:r>
        <w:t>۔ میرا پرسنل ایکسپیرینس یہ ہے کہ جب بھی میں لوگوں کے بیچ میں ہوتا ہوں اور میں خدا کا ذکر کرتا ہوں تو لوگوں کو کوئی انٹرسٹ نہیں آتا اس میں۔</w:t>
      </w:r>
    </w:p>
    <w:p>
      <w:r>
        <w:rPr>
          <w:b/>
        </w:rPr>
        <w:t xml:space="preserve">[1:21:14] </w:t>
      </w:r>
      <w:r>
        <w:t>lekin un ke barhon ka jab zikr kiya jaye to bohat khush hote hain. woh</w:t>
      </w:r>
    </w:p>
    <w:p>
      <w:pPr>
        <w:jc w:val="right"/>
      </w:pPr>
      <w:r>
        <w:t>لیکن ان کے بڑوں کا جب ذکر کیا جائے تو بہت خوش ہوتے ہیں۔ وہ</w:t>
      </w:r>
    </w:p>
    <w:p>
      <w:r>
        <w:rPr>
          <w:b/>
        </w:rPr>
        <w:t xml:space="preserve">[1:21:20] </w:t>
      </w:r>
      <w:r>
        <w:t>to yeh bohat hi bari burai hai jo aaj khud musalmanon mein bohat baray paimane par aap dekh sakte hain.</w:t>
      </w:r>
    </w:p>
    <w:p>
      <w:pPr>
        <w:jc w:val="right"/>
      </w:pPr>
      <w:r>
        <w:t>تو یہ بہت ہی بڑی برائی ہے جو آج خود مسلمانوں میں بہت بڑے پیمانے پر آپ دیکھ سکتے ہیں۔</w:t>
      </w:r>
    </w:p>
    <w:p>
      <w:r>
        <w:rPr>
          <w:b/>
        </w:rPr>
        <w:t xml:space="preserve">[1:21:28] </w:t>
      </w:r>
      <w:r>
        <w:t>to quran mein hai ke khuda ke baray mein bohat aik bohat hi aaj clear word mein hai ke kiya criteria hai ke aap ne khuda ko maana hai.</w:t>
      </w:r>
    </w:p>
    <w:p>
      <w:pPr>
        <w:jc w:val="right"/>
      </w:pPr>
      <w:r>
        <w:t>تو قرآن میں ہے کہ خدا کے بارے میں بہت ایک بہت ہی آج کلیئر ورڈ میں ہے کہ کیا کرائٹیریا ہے کہ آپ نے خدا کو مانا ہے۔</w:t>
      </w:r>
    </w:p>
    <w:p>
      <w:r>
        <w:rPr>
          <w:b/>
        </w:rPr>
        <w:t xml:space="preserve">[1:21:40] </w:t>
      </w:r>
      <w:r>
        <w:t>to aik hai ke ashadd hubb lil laah, sab se ziyada mohabbat khuda se, aur walam yakhsha illa laah, sab se ziyada darr laah se.</w:t>
      </w:r>
    </w:p>
    <w:p>
      <w:pPr>
        <w:jc w:val="right"/>
      </w:pPr>
      <w:r>
        <w:t>تو ایک ہے کہ اشد حب للہ، سب سے زیادہ محبت خدا سے، اور ولم یکش الا اللہ، سب سے زیادہ ڈر اللہ سے۔</w:t>
      </w:r>
    </w:p>
    <w:p>
      <w:r>
        <w:rPr>
          <w:b/>
        </w:rPr>
        <w:t xml:space="preserve">[1:21:52] </w:t>
      </w:r>
      <w:r>
        <w:t>mein samajhta hoon yeh criteria hai.</w:t>
      </w:r>
    </w:p>
    <w:p>
      <w:pPr>
        <w:jc w:val="right"/>
      </w:pPr>
      <w:r>
        <w:t>میں سمجھتا ہوں یہ کرائٹیریا ہے۔</w:t>
      </w:r>
    </w:p>
    <w:p>
      <w:r>
        <w:rPr>
          <w:b/>
        </w:rPr>
        <w:t xml:space="preserve">[1:21:55] </w:t>
      </w:r>
      <w:r>
        <w:t>agar aap ne khuda ko paaya hai to aap ke andar yeh cheez aana chahiye ke aap ke jo mohabbat ke jo jazbaat hain, woh sab ke sab khuda ki taraf chale jayen.</w:t>
      </w:r>
    </w:p>
    <w:p>
      <w:pPr>
        <w:jc w:val="right"/>
      </w:pPr>
      <w:r>
        <w:t>اگر آپ نے خدا کو پایا ہے تو آپ کے اندر یہ چیز آنا چاہیے کہ آپ کے جو محبت کے جو جذبات ہیں، وہ سب کے سب خدا کی طرف چلے جائیں۔</w:t>
      </w:r>
    </w:p>
    <w:p>
      <w:r>
        <w:rPr>
          <w:b/>
        </w:rPr>
        <w:t xml:space="preserve">[1:22:08] </w:t>
      </w:r>
      <w:r>
        <w:t>aur darr walay jo jazbaat hain, woh woh woh bhi khuda ki taraf. Yaani khuda ki pakar se aap darne lage hon aur khuda ne aap ko paida kiya hai, is liye aap ke andar is ke liye mohabbat ke jazbaat paida ho gaye hon.</w:t>
      </w:r>
    </w:p>
    <w:p>
      <w:pPr>
        <w:jc w:val="right"/>
      </w:pPr>
      <w:r>
        <w:t>اور ڈر والے جو جذبات ہیں، وہ وہ وہ بھی خدا کی طرف۔ یعنی خدا کی پکڑ سے آپ ڈرنے لگے ہوں اور خدا نے آپ کو پیدا کیا ہے، اس لیے آپ کے اندر اس کے لیے محبت کے جذبات پیدا ہوگئے ہوں۔</w:t>
      </w:r>
    </w:p>
    <w:p>
      <w:r>
        <w:rPr>
          <w:b/>
        </w:rPr>
        <w:t xml:space="preserve">[1:22:22] </w:t>
      </w:r>
      <w:r>
        <w:t>to kiya hubb shadeed aur khauf shadeed yeh hai pehchan? To chounkay logon ke andar aisa hota nahin to woh is is mizaj mein mubtala ho jatay hain.</w:t>
      </w:r>
    </w:p>
    <w:p>
      <w:pPr>
        <w:jc w:val="right"/>
      </w:pPr>
      <w:r>
        <w:t>تو کیا حب شدید اور خوف شدید یہ ہے پہچان؟ تو چونکہ لوگوں کے اندر ایسا ہوتا نہیں تو وہ اس اس مزاج میں مبتلا ہو جاتے ہیں۔</w:t>
      </w:r>
    </w:p>
    <w:p>
      <w:r>
        <w:rPr>
          <w:b/>
        </w:rPr>
        <w:t xml:space="preserve">[1:22:36] </w:t>
      </w:r>
      <w:r>
        <w:t>This question is from Dr. Fareeda Khanum What is the key to understanding the Quran? There are people who hold that the knowledge of nazm is important in the proper understanding of the Quran.</w:t>
      </w:r>
    </w:p>
    <w:p>
      <w:pPr>
        <w:jc w:val="right"/>
      </w:pPr>
      <w:r>
        <w:t>This question is from ڈاکٹر فریدہ خانم What is the key to understanding the Quran? There are people who hold that the knowledge of نظم is important in the proper understanding of the Quran.</w:t>
      </w:r>
    </w:p>
    <w:p>
      <w:r>
        <w:rPr>
          <w:b/>
        </w:rPr>
        <w:t xml:space="preserve">[1:22:52] </w:t>
      </w:r>
      <w:r>
        <w:t>kindly comment hmm, nazm ka matlab hai order. Aayaton ke beech mein order. To woh kehte hain ke aayaton ke beech mein order jab tak nahin janen ge, aap quran ko yaani is ki deep meaning tak nahin pahunchen ge.</w:t>
      </w:r>
    </w:p>
    <w:p>
      <w:pPr>
        <w:jc w:val="right"/>
      </w:pPr>
      <w:r>
        <w:t>Kindly comment ہمم، نظم کا مطلب ہے آرڈر۔ آیتوں کے بیچ میں آرڈر۔ تو وہ کہتے ہیں کہ آیتوں کے بیچ میں آرڈر جب تک نہیں جانیں گے، آپ قرآن کو یعنی اس کی ڈیپ میننگ تک نہیں پہنچیں گے۔</w:t>
      </w:r>
    </w:p>
    <w:p>
      <w:r>
        <w:rPr>
          <w:b/>
        </w:rPr>
        <w:t xml:space="preserve">[1:23:09] </w:t>
      </w:r>
      <w:r>
        <w:t>mein is ko bilkul bekaar samajhta hoon.</w:t>
      </w:r>
    </w:p>
    <w:p>
      <w:pPr>
        <w:jc w:val="right"/>
      </w:pPr>
      <w:r>
        <w:t>میں اس کو بالکل بیکار سمجھتا ہوں۔</w:t>
      </w:r>
    </w:p>
    <w:p>
      <w:r>
        <w:rPr>
          <w:b/>
        </w:rPr>
        <w:t xml:space="preserve">[1:23:14] </w:t>
      </w:r>
      <w:r>
        <w:t>mein logon se poochta hoon jo log is ko mante hain, is ko farah farai school kaha jata hai in logon ko ke yaani aap yeh kehte hain ke quran ko samajhne ki sab se jo key hai, key kunji, woh order hai, nazm hai.</w:t>
      </w:r>
    </w:p>
    <w:p>
      <w:pPr>
        <w:jc w:val="right"/>
      </w:pPr>
      <w:r>
        <w:t>میں لوگوں سے پوچھتا ہوں جو لوگ اس کو مانتے ہیں، اس کو فرح فرائی اسکول کہا جاتا ہے ان لوگوں کو کہ یعنی آپ یہ کہتے ہیں کہ قرآن کو سمجھنے کی سب سے جو کی ہے، کی کنجی، وہ آرڈر ہے، نظم ہے۔</w:t>
      </w:r>
    </w:p>
    <w:p>
      <w:r>
        <w:rPr>
          <w:b/>
        </w:rPr>
        <w:t xml:space="preserve">[1:23:34] </w:t>
      </w:r>
      <w:r>
        <w:t>to quran mein kahan likha hua hai?</w:t>
      </w:r>
    </w:p>
    <w:p>
      <w:pPr>
        <w:jc w:val="right"/>
      </w:pPr>
      <w:r>
        <w:t>تو قرآن میں کہاں لکھا ہوا ہے؟</w:t>
      </w:r>
    </w:p>
    <w:p>
      <w:r>
        <w:rPr>
          <w:b/>
        </w:rPr>
        <w:t xml:space="preserve">[1:23:37] </w:t>
      </w:r>
      <w:r>
        <w:t>yeh itni bari baat quran mein likha hona chahiye na ke quran ki aayaton ke order ko pata karo, tab tum quran ki gehrai mein samajh pao ge. To quran mein kahin likha hua nahin.</w:t>
      </w:r>
    </w:p>
    <w:p>
      <w:pPr>
        <w:jc w:val="right"/>
      </w:pPr>
      <w:r>
        <w:t>یہ اتنی بڑی بات قرآن میں لکھا ہونا چاہیے نا کہ قرآن کی آیتوں کے آرڈر کو پتہ کرو، تب تم قرآن کی گہرائی میں سمجھ پاؤ گے۔ تو قرآن میں کہیں لکھا ہوا نہیں۔</w:t>
      </w:r>
    </w:p>
    <w:p>
      <w:r>
        <w:rPr>
          <w:b/>
        </w:rPr>
        <w:t xml:space="preserve">[1:23:48] </w:t>
      </w:r>
      <w:r>
        <w:t>koi aaj tak quran mein aisi kisi aayat ko nahin bata saka. Mein kehta hoon ke koi doosri baat quran mein likhi hui hai ittaqul laaha wa yu'allimukumul laaha yaani khuda ka taqwa agar tumhare andar hoga,</w:t>
      </w:r>
    </w:p>
    <w:p>
      <w:pPr>
        <w:jc w:val="right"/>
      </w:pPr>
      <w:r>
        <w:t>کوئی آج تک قرآن میں ایسی کسی آیت کو نہیں بتا سکا۔ میں کہتا ہوں کہ کوئی دوسری بات قرآن میں لکھی ہوئی ہے اتقوا اللہ ويعلمکم اللہ یعنی خدا کا تقویٰ اگر تمہارے اندر ہوگا،</w:t>
      </w:r>
    </w:p>
    <w:p>
      <w:r>
        <w:rPr>
          <w:b/>
        </w:rPr>
        <w:t xml:space="preserve">[1:24:04] </w:t>
      </w:r>
      <w:r>
        <w:t>tab tum quran ko samajh pao ge. To yeh cheez to likhi hui hai. Jo likha hua hua, woh aap ko dikhai nahin deta. Jo likha hua nahin hai, us ko aap</w:t>
      </w:r>
    </w:p>
    <w:p>
      <w:pPr>
        <w:jc w:val="right"/>
      </w:pPr>
      <w:r>
        <w:t>تب تم قرآن کو سمجھ پاؤ گے۔ تو یہ چیز تو لکھی ہوئی ہے۔ جو لکھا ہوا ہوا، وہ آپ کو دکھائی نہیں دیتا۔ جو لکھا ہوا نہیں ہے، اس کو آپ</w:t>
      </w:r>
    </w:p>
    <w:p>
      <w:r>
        <w:rPr>
          <w:b/>
        </w:rPr>
        <w:t xml:space="preserve">[1:24:14] </w:t>
      </w:r>
      <w:r>
        <w:t>kahan se nikaal rakha hai? Aap ne to ab mein is ko nahin manta. Agarche meri education isi is madrase mein hui hai jahan bohat dhoom hai is ki, to pehle mein bhi is ko manta tha.</w:t>
      </w:r>
    </w:p>
    <w:p>
      <w:pPr>
        <w:jc w:val="right"/>
      </w:pPr>
      <w:r>
        <w:t>کہاں سے نکال رکھا ہے؟ آپ نے تو اب میں اس کو نہیں مانتا۔ اگرچہ میری ایجوکیشن اسی اس مدرسے میں ہوئی ہے جہاں بہت دھوم ہے اس کی، تو پہلے میں بھی اس کو مانتا تھا۔</w:t>
      </w:r>
    </w:p>
    <w:p>
      <w:r>
        <w:rPr>
          <w:b/>
        </w:rPr>
        <w:t xml:space="preserve">[1:24:28] </w:t>
      </w:r>
      <w:r>
        <w:t>lekin ab mein jab mein ne khud direct phir se study kiya, mein ne to mein is ko nahin manta. Dekhiye, quran kitaab do dhang ki hoti hai.</w:t>
      </w:r>
    </w:p>
    <w:p>
      <w:pPr>
        <w:jc w:val="right"/>
      </w:pPr>
      <w:r>
        <w:t>لیکن اب میں جب میں نے خود ڈائریکٹ پھر سے اسٹڈی کیا، میں نے تو میں اس کو نہیں مانتا۔ دیکھیے، قرآن کتاب دو ڈھنگ کی ہوتی ہے۔</w:t>
      </w:r>
    </w:p>
    <w:p>
      <w:r>
        <w:rPr>
          <w:b/>
        </w:rPr>
        <w:t xml:space="preserve">[1:24:37] </w:t>
      </w:r>
      <w:r>
        <w:t>aik hota hai academic book, aik hota hai jo kehta hai book of quotations.</w:t>
      </w:r>
    </w:p>
    <w:p>
      <w:pPr>
        <w:jc w:val="right"/>
      </w:pPr>
      <w:r>
        <w:t>ایک ہوتا ہے اکیڈمک بک، ایک ہوتا ہے جو کہتا ہے بک آف کوٹیشنز۔</w:t>
      </w:r>
    </w:p>
    <w:p>
      <w:r>
        <w:rPr>
          <w:b/>
        </w:rPr>
        <w:t xml:space="preserve">[1:24:43] </w:t>
      </w:r>
      <w:r>
        <w:t>to academic ka apna aik aik hai. To quran academic book ke pattern par nahin hai. Academic ka jo pattern hota hai, a se z tak aik silsila chalta hai.</w:t>
      </w:r>
    </w:p>
    <w:p>
      <w:pPr>
        <w:jc w:val="right"/>
      </w:pPr>
      <w:r>
        <w:t>تو اکیڈمک کا اپنا ایک ایک ہے۔ تو قرآن اکیڈمک بک کے پیٹرن پر نہیں ہے۔ اکیڈمک کا جو پیٹرن ہوتا ہے، اے سے زیڈ تک ایک سلسلہ چلتا ہے۔</w:t>
      </w:r>
    </w:p>
    <w:p>
      <w:r>
        <w:rPr>
          <w:b/>
        </w:rPr>
        <w:t xml:space="preserve">[1:24:56] </w:t>
      </w:r>
      <w:r>
        <w:t>jab tak kitaab aap poori na kar len, tab tak aap samajh nahin aati ke kitaab mein kiya hai. A a se z tak parhna parta hai. To yeh hai academic pattern of book writing.</w:t>
      </w:r>
    </w:p>
    <w:p>
      <w:pPr>
        <w:jc w:val="right"/>
      </w:pPr>
      <w:r>
        <w:t>جب تک کتاب آپ پوری نہ کر لیں، تب تک آپ سمجھ نہیں آتی کہ کتاب میں کیا ہے۔ اے اے سے زیڈ تک پڑھنا پڑتا ہے۔ تو یہ ہے اکیڈمک پیٹرن آف بک رائٹنگ۔</w:t>
      </w:r>
    </w:p>
    <w:p>
      <w:r>
        <w:rPr>
          <w:b/>
        </w:rPr>
        <w:t xml:space="preserve">[1:25:08] </w:t>
      </w:r>
      <w:r>
        <w:t>yeh quran ka tareeqa nahin hai. Quran jo hai, kehna chahiye book of quotations</w:t>
      </w:r>
    </w:p>
    <w:p>
      <w:pPr>
        <w:jc w:val="right"/>
      </w:pPr>
      <w:r>
        <w:t>یہ قرآن کا طریقہ نہیں ہے۔ قرآن جو ہے، کہنا چاہیے بک آف کوٹیشنز</w:t>
      </w:r>
    </w:p>
    <w:p>
      <w:r>
        <w:rPr>
          <w:b/>
        </w:rPr>
        <w:t xml:space="preserve">[1:25:13] </w:t>
      </w:r>
      <w:r>
        <w:t>. Kyun ke 23 saal mein quran utra aur 23 saal mein bar bar yaani ya quran ko aap keh sakte hain periodic periodical tha.</w:t>
      </w:r>
    </w:p>
    <w:p>
      <w:pPr>
        <w:jc w:val="right"/>
      </w:pPr>
      <w:r>
        <w:t>۔ کیونکہ 23 سال میں قرآن اترا اور 23 سال میں بار بار یعنی یا قرآن کو آپ کہہ سکتے ہیں پیریڈک پیریڈیکل تھا۔</w:t>
      </w:r>
    </w:p>
    <w:p>
      <w:r>
        <w:rPr>
          <w:b/>
        </w:rPr>
        <w:t xml:space="preserve">[1:25:24] </w:t>
      </w:r>
      <w:r>
        <w:t>woh quran period periodcal tha. Woh utarta raha, utarta, utarta, utarta. To wohi to hua book of quotation ka pattern.</w:t>
      </w:r>
    </w:p>
    <w:p>
      <w:pPr>
        <w:jc w:val="right"/>
      </w:pPr>
      <w:r>
        <w:t>وہ قرآن پیری پیریڈیکل تھا۔ وہ اترتا رہا، اترتا، اترتا، اترتا۔ تو وہی تو ہوا بک آف کوٹیشن کا پیٹرن۔</w:t>
      </w:r>
    </w:p>
    <w:p>
      <w:r>
        <w:rPr>
          <w:b/>
        </w:rPr>
        <w:t xml:space="preserve">[1:25:33] </w:t>
      </w:r>
      <w:r>
        <w:t>is ka hai</w:t>
      </w:r>
    </w:p>
    <w:p>
      <w:pPr>
        <w:jc w:val="right"/>
      </w:pPr>
      <w:r>
        <w:t>اس کا ہے</w:t>
      </w:r>
    </w:p>
    <w:p>
      <w:r>
        <w:rPr>
          <w:b/>
        </w:rPr>
        <w:t xml:space="preserve">[1:25:36] </w:t>
      </w:r>
      <w:r>
        <w:t>ikhathe quran agar de diya gaya hota utaar kar ke, to hum kehte hain ke woh academic pattern hai. Lekin woh to hai nahin. Woh to 23 saal mein thora thora thora thora utarta raha.</w:t>
      </w:r>
    </w:p>
    <w:p>
      <w:pPr>
        <w:jc w:val="right"/>
      </w:pPr>
      <w:r>
        <w:t>اکٹھے قرآن اگر دے دیا گیا ہوتا اتار کر کے، تو ہم کہتے ہیں کہ وہ اکیڈمک پیٹرن ہے۔ لیکن وہ تو ہے نہیں۔ وہ تو 23 سال میں تھوڑا تھوڑا تھوڑا تھوڑا اترتا رہا۔</w:t>
      </w:r>
    </w:p>
    <w:p>
      <w:r>
        <w:rPr>
          <w:b/>
        </w:rPr>
        <w:t xml:space="preserve">[1:25:45] </w:t>
      </w:r>
      <w:r>
        <w:t>to mein samajhta hoon ke yeh kehna sahi nahin hai ke quran jo hai, woh academic pattern par koi kitaab hai.</w:t>
      </w:r>
    </w:p>
    <w:p>
      <w:pPr>
        <w:jc w:val="right"/>
      </w:pPr>
      <w:r>
        <w:t>تو میں سمجھتا ہوں کہ یہ کہنا صحیح نہیں ہے کہ قرآن جو ہے، وہ اکیڈمک پیٹرن پر کوئی کتاب ہے۔</w:t>
      </w:r>
    </w:p>
    <w:p>
      <w:r>
        <w:rPr>
          <w:b/>
        </w:rPr>
        <w:t xml:space="preserve">[1:25:55] </w:t>
      </w:r>
      <w:r>
        <w:t>woh nahin. quran ka jo pattern hai, woh book of quotation jaisa hai ke book of quotation mani hai ek words parhiye to aap ko ek meaning mil gaya.</w:t>
      </w:r>
    </w:p>
    <w:p>
      <w:pPr>
        <w:jc w:val="right"/>
      </w:pPr>
      <w:r>
        <w:t>وہ نہیں۔ قرآن کا جو پیٹرن ہے، وہ بک آف کوٹیشن جیسا ہے کہ بک آف کوٹیشن معنی ہے ایک ورڈز پڑھیے تو آپ کو ایک میننگ مل گئی۔</w:t>
      </w:r>
    </w:p>
    <w:p>
      <w:r>
        <w:rPr>
          <w:b/>
        </w:rPr>
        <w:t xml:space="preserve">[1:26:06] </w:t>
      </w:r>
      <w:r>
        <w:t>do chaar words parhiye to ek meaning aap ko mil gaya. quran mein jo jo kaha jata hai ruku, aap jante honge ruku ruku ruku hota hai. to har ruku yun ek tarah ka samjhein ke paragraph hai.</w:t>
      </w:r>
    </w:p>
    <w:p>
      <w:pPr>
        <w:jc w:val="right"/>
      </w:pPr>
      <w:r>
        <w:t>دو چار ورڈز پڑھیے تو ایک میننگ آپ کو مل گئی۔ قرآن میں جو جو کہا جاتا ہے رکوع، آپ جانتے ہوں گے رکوع رکوع رکوع ہوتا ہے۔ تو ہر رکوع یوں ایک طرح کا سمجھیں کہ پیراگراف ہے۔</w:t>
      </w:r>
    </w:p>
    <w:p>
      <w:r>
        <w:rPr>
          <w:b/>
        </w:rPr>
        <w:t xml:space="preserve">[1:26:20] </w:t>
      </w:r>
      <w:r>
        <w:t>jo paragraphing ki gai thi quran ki, usi ka naam ruku hota hai.</w:t>
      </w:r>
    </w:p>
    <w:p>
      <w:pPr>
        <w:jc w:val="right"/>
      </w:pPr>
      <w:r>
        <w:t>جو پیراگرافنگ کی گئی تھی قرآن کی، اسی کا نام رکوع ہوتا ہے۔</w:t>
      </w:r>
    </w:p>
    <w:p>
      <w:r>
        <w:rPr>
          <w:b/>
        </w:rPr>
        <w:t xml:space="preserve">[1:26:25] </w:t>
      </w:r>
      <w:r>
        <w:t>to main samajhta hoon ke bahut sare paragraph ka ek compilation hai, woh jis ko ruku kehte hain.</w:t>
      </w:r>
    </w:p>
    <w:p>
      <w:pPr>
        <w:jc w:val="right"/>
      </w:pPr>
      <w:r>
        <w:t>تو میں سمجھتا ہوں کہ بہت سارے پیراگراف کا ایک کمپائلیشن ہے، وہ جس کو رکوع کہتے ہیں۔</w:t>
      </w:r>
    </w:p>
    <w:p>
      <w:r>
        <w:rPr>
          <w:b/>
        </w:rPr>
        <w:t xml:space="preserve">[1:26:36] </w:t>
      </w:r>
      <w:r>
        <w:t>isi ko main kehta hoon ke book of quotation ka pattern hai quran majeed ka. main isi ko manta hoon.</w:t>
      </w:r>
    </w:p>
    <w:p>
      <w:pPr>
        <w:jc w:val="right"/>
      </w:pPr>
      <w:r>
        <w:t>اسی کو میں کہتا ہوں کہ بک آف کوٹیشن کا پیٹرن ہے قرآن مجید کا۔ میں اسی کو مانتا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