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Blasphemy in Islam 14 Dec, 2007 - Maulana Wahiduddin Khan</w:t>
      </w:r>
    </w:p>
    <w:p>
      <w:r>
        <w:t>https://www.youtube.com/watch?v=M816Pd-pDNc</w:t>
      </w:r>
    </w:p>
    <w:p>
      <w:r>
        <w:rPr>
          <w:b/>
        </w:rPr>
        <w:t xml:space="preserve">[00:10] </w:t>
      </w:r>
      <w:r>
        <w:t>bismillah rahman rahim, wa salallahu ala nabiyyil karim. rab ishrah li sadri, wa yassir li amri, wah-lul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[00:27] </w:t>
      </w:r>
      <w:r>
        <w:t>yafqahu qawli.</w:t>
      </w:r>
    </w:p>
    <w:p>
      <w:pPr>
        <w:jc w:val="right"/>
      </w:pPr>
      <w:r>
        <w:t>یفقہ قولی۔</w:t>
      </w:r>
    </w:p>
    <w:p>
      <w:r>
        <w:rPr>
          <w:b/>
        </w:rPr>
        <w:t xml:space="preserve">[00:32] </w:t>
      </w:r>
      <w:r>
        <w:t>The title for the present talk is "Islam and Blasphemy".</w:t>
      </w:r>
    </w:p>
    <w:p>
      <w:pPr>
        <w:jc w:val="right"/>
      </w:pPr>
      <w:r>
        <w:t>دا ٹائٹل فار دا پریزنٹ ٹاک از "اسلام اینڈ بلاسفیمی"۔</w:t>
      </w:r>
    </w:p>
    <w:p>
      <w:r>
        <w:rPr>
          <w:b/>
        </w:rPr>
        <w:t xml:space="preserve">[00:46] </w:t>
      </w:r>
      <w:r>
        <w:t>islam and blasphemy.</w:t>
      </w:r>
    </w:p>
    <w:p>
      <w:pPr>
        <w:jc w:val="right"/>
      </w:pPr>
      <w:r>
        <w:t>اسلام اینڈ بلاسفیمی۔</w:t>
      </w:r>
    </w:p>
    <w:p>
      <w:r>
        <w:rPr>
          <w:b/>
        </w:rPr>
        <w:t xml:space="preserve">[00:52] </w:t>
      </w:r>
      <w:r>
        <w:t>generally,</w:t>
      </w:r>
    </w:p>
    <w:p>
      <w:pPr>
        <w:jc w:val="right"/>
      </w:pPr>
      <w:r>
        <w:t>جنرلی،</w:t>
      </w:r>
    </w:p>
    <w:p>
      <w:r>
        <w:rPr>
          <w:b/>
        </w:rPr>
        <w:t xml:space="preserve">[00:56] </w:t>
      </w:r>
      <w:r>
        <w:t>blasphemy is called as "shatm-e-rasool" or "ehanaat-e-rasool". so, it is a general notion.</w:t>
      </w:r>
    </w:p>
    <w:p>
      <w:pPr>
        <w:jc w:val="right"/>
      </w:pPr>
      <w:r>
        <w:t>بلاسفیمی از کالڈ ایز "ستم رسول" اور "اہانت رسول"۔ سو، اٹ از ا جنرل نوشن۔</w:t>
      </w:r>
    </w:p>
    <w:p>
      <w:r>
        <w:rPr>
          <w:b/>
        </w:rPr>
        <w:t xml:space="preserve">[01:08] </w:t>
      </w:r>
      <w:r>
        <w:t>it is a widespread notion that blasphemy or shatm-e-rasool is haram in islam.</w:t>
      </w:r>
    </w:p>
    <w:p>
      <w:pPr>
        <w:jc w:val="right"/>
      </w:pPr>
      <w:r>
        <w:t>اٹ از ا وائیڈ سپریڈ نوشن دیٹ بلاسفیمی اور شتم رسول از حرام ان اسلام۔</w:t>
      </w:r>
    </w:p>
    <w:p>
      <w:r>
        <w:rPr>
          <w:b/>
        </w:rPr>
        <w:t xml:space="preserve">[01:21] </w:t>
      </w:r>
      <w:r>
        <w:t>da</w:t>
      </w:r>
    </w:p>
    <w:p>
      <w:pPr>
        <w:jc w:val="right"/>
      </w:pPr>
      <w:r>
        <w:t>دا</w:t>
      </w:r>
    </w:p>
    <w:p>
      <w:r>
        <w:rPr>
          <w:b/>
        </w:rPr>
        <w:t xml:space="preserve">[01:22] </w:t>
      </w:r>
      <w:r>
        <w:t>death of shatim or one who is engaged in blasphemy is no less than death or capital punishment.</w:t>
      </w:r>
    </w:p>
    <w:p>
      <w:pPr>
        <w:jc w:val="right"/>
      </w:pPr>
      <w:r>
        <w:t>ڈیتھ اف اشاطم اور ون ہو از انگیجڈ ان بلاسفیمی از نو لیس دین ڈیتھ اور کیپیٹل پنشمنٹ۔</w:t>
      </w:r>
    </w:p>
    <w:p>
      <w:r>
        <w:rPr>
          <w:b/>
        </w:rPr>
        <w:t xml:space="preserve">[01:38] </w:t>
      </w:r>
      <w:r>
        <w:t>but, according to my study, is completely wrong.</w:t>
      </w:r>
    </w:p>
    <w:p>
      <w:pPr>
        <w:jc w:val="right"/>
      </w:pPr>
      <w:r>
        <w:t>بٹ، اکارڈنگ ٹو مائی سٹڈی، از کمپلیٹلی رونگ۔</w:t>
      </w:r>
    </w:p>
    <w:p>
      <w:r>
        <w:rPr>
          <w:b/>
        </w:rPr>
        <w:t xml:space="preserve">[01:46] </w:t>
      </w:r>
      <w:r>
        <w:t>it has the thing to do with Islamic teachings.</w:t>
      </w:r>
    </w:p>
    <w:p>
      <w:pPr>
        <w:jc w:val="right"/>
      </w:pPr>
      <w:r>
        <w:t>اٹ ہیز دا تھنگ ٹو ڈو ود اسلامک ٹیچنگز۔</w:t>
      </w:r>
    </w:p>
    <w:p>
      <w:r>
        <w:rPr>
          <w:b/>
        </w:rPr>
        <w:t xml:space="preserve">[01:53] </w:t>
      </w:r>
      <w:r>
        <w:t>i know that the majority of fuqaha or muslim scholars of latter period</w:t>
      </w:r>
    </w:p>
    <w:p>
      <w:pPr>
        <w:jc w:val="right"/>
      </w:pPr>
      <w:r>
        <w:t>ائی نو دیٹ دا میجورٹی اف فقہاء اور مسلم سکالرز اف لیٹر پیریڈ</w:t>
      </w:r>
    </w:p>
    <w:p>
      <w:r>
        <w:rPr>
          <w:b/>
        </w:rPr>
        <w:t xml:space="preserve">[02:07] </w:t>
      </w:r>
      <w:r>
        <w:t>are of this opinion. this said, this say that shatim must be kill yuqtal hadd.</w:t>
      </w:r>
    </w:p>
    <w:p>
      <w:pPr>
        <w:jc w:val="right"/>
      </w:pPr>
      <w:r>
        <w:t>ار اف دس اوپینین۔ دس سیڈ، دس سے دیٹ اشاطم مسٹ بی کل یقتل حدا۔</w:t>
      </w:r>
    </w:p>
    <w:p>
      <w:r>
        <w:rPr>
          <w:b/>
        </w:rPr>
        <w:t xml:space="preserve">[02:23] </w:t>
      </w:r>
      <w:r>
        <w:t>it means that one who is engaged in blasphemy,</w:t>
      </w:r>
    </w:p>
    <w:p>
      <w:pPr>
        <w:jc w:val="right"/>
      </w:pPr>
      <w:r>
        <w:t>اٹ مینز دیٹ ون ہو از انگیجڈ ان بلاسفیمی،</w:t>
      </w:r>
    </w:p>
    <w:p>
      <w:r>
        <w:rPr>
          <w:b/>
        </w:rPr>
        <w:t xml:space="preserve">[02:30] </w:t>
      </w:r>
      <w:r>
        <w:t>he must be given capital punishment.</w:t>
      </w:r>
    </w:p>
    <w:p>
      <w:pPr>
        <w:jc w:val="right"/>
      </w:pPr>
      <w:r>
        <w:t>ہی مسٹ بی گیون کیپیٹل پنشمنٹ۔</w:t>
      </w:r>
    </w:p>
    <w:p>
      <w:r>
        <w:rPr>
          <w:b/>
        </w:rPr>
        <w:t xml:space="preserve">[02:38] </w:t>
      </w:r>
      <w:r>
        <w:t>butt, capital punishment</w:t>
      </w:r>
    </w:p>
    <w:p>
      <w:pPr>
        <w:jc w:val="right"/>
      </w:pPr>
      <w:r>
        <w:t>بٹ، کیپیٹل پنشمنٹ</w:t>
      </w:r>
    </w:p>
    <w:p>
      <w:r>
        <w:rPr>
          <w:b/>
        </w:rPr>
        <w:t xml:space="preserve">[02:46] </w:t>
      </w:r>
      <w:r>
        <w:t>is a very serious matter. simply, qiyas aur ijtihad is not enough to form this kind of opinion.</w:t>
      </w:r>
    </w:p>
    <w:p>
      <w:pPr>
        <w:jc w:val="right"/>
      </w:pPr>
      <w:r>
        <w:t>از ا ویری سیریس میٹر۔ سمپلی، قیاس اور اجتہاد از ناٹ انف ٹو فارم دس کائنڈ اف اوپینین۔</w:t>
      </w:r>
    </w:p>
    <w:p>
      <w:r>
        <w:rPr>
          <w:b/>
        </w:rPr>
        <w:t xml:space="preserve">[03:03] </w:t>
      </w:r>
      <w:r>
        <w:t>you have to provide an evidence that is textual reference</w:t>
      </w:r>
    </w:p>
    <w:p>
      <w:pPr>
        <w:jc w:val="right"/>
      </w:pPr>
      <w:r>
        <w:t>یو ہیو ٹو پرووائیڈ ا نس دیٹ از ٹیکسچول ریفرنس</w:t>
      </w:r>
    </w:p>
    <w:p>
      <w:r>
        <w:rPr>
          <w:b/>
        </w:rPr>
        <w:t xml:space="preserve">[03:12] </w:t>
      </w:r>
      <w:r>
        <w:t>. you know, the text of Islam is preserved in its original form, that is Quran and Sunnah.</w:t>
      </w:r>
    </w:p>
    <w:p>
      <w:pPr>
        <w:jc w:val="right"/>
      </w:pPr>
      <w:r>
        <w:t>۔ یو نو، دا ٹیکسٹ اف اسلام از پریزرو ان اٹس اوریجنل فارم، دیٹ از قران اینڈ سنت۔</w:t>
      </w:r>
    </w:p>
    <w:p>
      <w:r>
        <w:rPr>
          <w:b/>
        </w:rPr>
        <w:t xml:space="preserve">[03:22] </w:t>
      </w:r>
      <w:r>
        <w:t>so, you have to provide a clear reference from the Quran or Hadith. but, there is no such reference.</w:t>
      </w:r>
    </w:p>
    <w:p>
      <w:pPr>
        <w:jc w:val="right"/>
      </w:pPr>
      <w:r>
        <w:t>سو، یو ہیو ٹو پرووائیڈ ا کلیئر ریفرنس فرام دا قران اور حدیث۔ بٹ، دیر از نو سچ ریفرنس۔</w:t>
      </w:r>
    </w:p>
    <w:p>
      <w:r>
        <w:rPr>
          <w:b/>
        </w:rPr>
        <w:t xml:space="preserve">[03:37] </w:t>
      </w:r>
      <w:r>
        <w:t>by clear reference, i mean that there must be a sentence in these verse that "man shatama rasulakum faqtulooh".</w:t>
      </w:r>
    </w:p>
    <w:p>
      <w:pPr>
        <w:jc w:val="right"/>
      </w:pPr>
      <w:r>
        <w:t>بائی کلیئر ریفرنس، ائی مین دیٹ دیر مسٹ بی ا سینٹنس ان دیز ورس دیٹ "من شتم رسولکم فقتلوہ"۔</w:t>
      </w:r>
    </w:p>
    <w:p>
      <w:r>
        <w:rPr>
          <w:b/>
        </w:rPr>
        <w:t xml:space="preserve">[03:52] </w:t>
      </w:r>
      <w:r>
        <w:t>"man shatama rasulakum faqtulooh". one who is engaged in blasphemy to your prophet, you must kill him</w:t>
      </w:r>
    </w:p>
    <w:p>
      <w:pPr>
        <w:jc w:val="right"/>
      </w:pPr>
      <w:r>
        <w:t>"من شتم رسولکم فقتلوہ"۔ ون ہو از انگیجڈ ان بلاسفیمی ٹو یور پرافٹ، یو مسٹ کل ہم</w:t>
      </w:r>
    </w:p>
    <w:p>
      <w:r>
        <w:rPr>
          <w:b/>
        </w:rPr>
        <w:t xml:space="preserve">[04:06] </w:t>
      </w:r>
      <w:r>
        <w:t>. you have to kill him. but, this kind of sentence you can not find neither in the Quran or in Hadith.</w:t>
      </w:r>
    </w:p>
    <w:p>
      <w:pPr>
        <w:jc w:val="right"/>
      </w:pPr>
      <w:r>
        <w:t>۔ یو ہیو ٹو کل ہم۔ بٹ، دس کائنڈ اف سینٹنس یو کین ناٹ فائنڈ نیدر ان دا قران اور ان حدیث۔</w:t>
      </w:r>
    </w:p>
    <w:p>
      <w:r>
        <w:rPr>
          <w:b/>
        </w:rPr>
        <w:t xml:space="preserve">[04:17] </w:t>
      </w:r>
      <w:r>
        <w:t>so, it is completely based on qiyas aur ijtihad. and, i would like to say the qiyas ijtihad are not</w:t>
      </w:r>
    </w:p>
    <w:p>
      <w:pPr>
        <w:jc w:val="right"/>
      </w:pPr>
      <w:r>
        <w:t>سو، اٹ از کمپلیٹلی بیسڈ ان قیاس اور اجتہاد۔ اینڈ، ائی وڈ لائک ٹو سے دا قیاس اجتہاد ار ناٹ</w:t>
      </w:r>
    </w:p>
    <w:p>
      <w:r>
        <w:rPr>
          <w:b/>
        </w:rPr>
        <w:t xml:space="preserve">[04:32] </w:t>
      </w:r>
      <w:r>
        <w:t>enough.</w:t>
      </w:r>
    </w:p>
    <w:p>
      <w:pPr>
        <w:jc w:val="right"/>
      </w:pPr>
      <w:r>
        <w:t>انف۔</w:t>
      </w:r>
    </w:p>
    <w:p>
      <w:r>
        <w:rPr>
          <w:b/>
        </w:rPr>
        <w:t xml:space="preserve">[04:35] </w:t>
      </w:r>
      <w:r>
        <w:t>when comes the capital punishment, you have to find an evidence, a textual reference, a clear verdict in the Quran or Hadith.</w:t>
      </w:r>
    </w:p>
    <w:p>
      <w:pPr>
        <w:jc w:val="right"/>
      </w:pPr>
      <w:r>
        <w:t>وین کمز دا کیپیٹل پنشمنٹ، یو ہیو ٹو فائنڈ ا نس، ا ٹیکسچول ریفرنس، ا کلیئر ورڈکٹ ان دا قران اور حدیث۔</w:t>
      </w:r>
    </w:p>
    <w:p>
      <w:r>
        <w:rPr>
          <w:b/>
        </w:rPr>
        <w:t xml:space="preserve">[04:50] </w:t>
      </w:r>
      <w:r>
        <w:t>but, this kind of ayat or Hadith is not available.</w:t>
      </w:r>
    </w:p>
    <w:p>
      <w:pPr>
        <w:jc w:val="right"/>
      </w:pPr>
      <w:r>
        <w:t>بٹ، دس کائنڈ اف ایت اور حدیث از ناٹ اویلیبل۔</w:t>
      </w:r>
    </w:p>
    <w:p>
      <w:r>
        <w:rPr>
          <w:b/>
        </w:rPr>
        <w:t xml:space="preserve">[04:59] </w:t>
      </w:r>
      <w:r>
        <w:t>so, i think that</w:t>
      </w:r>
    </w:p>
    <w:p>
      <w:pPr>
        <w:jc w:val="right"/>
      </w:pPr>
      <w:r>
        <w:t>سو، ائی تھنک دیٹ</w:t>
      </w:r>
    </w:p>
    <w:p>
      <w:r>
        <w:rPr>
          <w:b/>
        </w:rPr>
        <w:t xml:space="preserve">[05:03] </w:t>
      </w:r>
      <w:r>
        <w:t>it is completely wrong to say that blasphemy is a crime and liable to capital punishment.</w:t>
      </w:r>
    </w:p>
    <w:p>
      <w:pPr>
        <w:jc w:val="right"/>
      </w:pPr>
      <w:r>
        <w:t>اٹ از کمپلیٹلی رونگ ٹو سے دیٹ بلاسفیمی از ا کرائم اینڈ لائبل ٹو کیپیٹل پنشمنٹ۔</w:t>
      </w:r>
    </w:p>
    <w:p>
      <w:r>
        <w:rPr>
          <w:b/>
        </w:rPr>
        <w:t xml:space="preserve">[05:17] </w:t>
      </w:r>
      <w:r>
        <w:t>simply,</w:t>
      </w:r>
    </w:p>
    <w:p>
      <w:pPr>
        <w:jc w:val="right"/>
      </w:pPr>
      <w:r>
        <w:t>سمپلی،</w:t>
      </w:r>
    </w:p>
    <w:p>
      <w:r>
        <w:rPr>
          <w:b/>
        </w:rPr>
        <w:t xml:space="preserve">[05:22] </w:t>
      </w:r>
      <w:r>
        <w:t>the opinion of fuqaha aur Islamic scholars is not enough. this kind of ijtihad,</w:t>
      </w:r>
    </w:p>
    <w:p>
      <w:pPr>
        <w:jc w:val="right"/>
      </w:pPr>
      <w:r>
        <w:t>دا اوپینین اف فقہاء اور اسلامک سکالرز از ناٹ انف۔ دس کائنڈ اف اجتہاد،</w:t>
      </w:r>
    </w:p>
    <w:p>
      <w:r>
        <w:rPr>
          <w:b/>
        </w:rPr>
        <w:t xml:space="preserve">[05:37] </w:t>
      </w:r>
      <w:r>
        <w:t>there are you know, there are two kinds of issues, basics and non-basics. in Islam, there are two kinds of issues, basics and non-basics.</w:t>
      </w:r>
    </w:p>
    <w:p>
      <w:pPr>
        <w:jc w:val="right"/>
      </w:pPr>
      <w:r>
        <w:t>دیر ار یو نو، دیر ار ٹو کائنڈ اف ایشوز، بیسکس اینڈ نان بیسکس۔ ان اسلام، دیر ار ٹو کائنڈ اف ایشوز، بیسکس اینڈ نان بیسکس۔</w:t>
      </w:r>
    </w:p>
    <w:p>
      <w:r>
        <w:rPr>
          <w:b/>
        </w:rPr>
        <w:t xml:space="preserve">[05:50] </w:t>
      </w:r>
      <w:r>
        <w:t>so, in basics, you have to provide some some text, some reference from the text.</w:t>
      </w:r>
    </w:p>
    <w:p>
      <w:pPr>
        <w:jc w:val="right"/>
      </w:pPr>
      <w:r>
        <w:t>سو، ان بیسکس، یو ہیو ٹو پرووائیڈ سم سم ٹیکسٹ، سم ریفرنس فرام دا ٹیکسٹ۔</w:t>
      </w:r>
    </w:p>
    <w:p>
      <w:r>
        <w:rPr>
          <w:b/>
        </w:rPr>
        <w:t xml:space="preserve">[06:04] </w:t>
      </w:r>
      <w:r>
        <w:t>because ijtihad is workable only in non-basics. only in non-basics.</w:t>
      </w:r>
    </w:p>
    <w:p>
      <w:pPr>
        <w:jc w:val="right"/>
      </w:pPr>
      <w:r>
        <w:t>بیکاز اجتہاد از ورکیبل اونلی ان نان بیسکس۔ اونلی ان نان بیسکس۔</w:t>
      </w:r>
    </w:p>
    <w:p>
      <w:r>
        <w:rPr>
          <w:b/>
        </w:rPr>
        <w:t xml:space="preserve">[06:14] </w:t>
      </w:r>
      <w:r>
        <w:t>but, this kind of thing is not a matter of non-basics. it is directly related to the basics.</w:t>
      </w:r>
    </w:p>
    <w:p>
      <w:pPr>
        <w:jc w:val="right"/>
      </w:pPr>
      <w:r>
        <w:t>بٹ، دس کائنڈ اف تھنگ از ناٹ ا میٹر اف نان بیسکس۔ اٹ از ڈائریکٹلی ریلیٹ ٹو دا بیسکس۔</w:t>
      </w:r>
    </w:p>
    <w:p>
      <w:r>
        <w:rPr>
          <w:b/>
        </w:rPr>
        <w:t xml:space="preserve">[06:32] </w:t>
      </w:r>
      <w:r>
        <w:t>so, who are these fuqaha?</w:t>
      </w:r>
    </w:p>
    <w:p>
      <w:pPr>
        <w:jc w:val="right"/>
      </w:pPr>
      <w:r>
        <w:t>سو، ہو ار دیز فقہاء؟</w:t>
      </w:r>
    </w:p>
    <w:p>
      <w:r>
        <w:rPr>
          <w:b/>
        </w:rPr>
        <w:t xml:space="preserve">[06:34] </w:t>
      </w:r>
      <w:r>
        <w:t>who are these Islamic scholars? they all these fuqaha are product of Abbasid period.</w:t>
      </w:r>
    </w:p>
    <w:p>
      <w:pPr>
        <w:jc w:val="right"/>
      </w:pPr>
      <w:r>
        <w:t>ہو ار دیز اسلامک سکالرز؟ دے ال دیز فقہاء ار پروڈکٹ اف عباسد پیریڈ۔</w:t>
      </w:r>
    </w:p>
    <w:p>
      <w:r>
        <w:rPr>
          <w:b/>
        </w:rPr>
        <w:t xml:space="preserve">[06:44] </w:t>
      </w:r>
      <w:r>
        <w:t>Abbasid period. fiqh was compiled in Abbasid period. and all these fuqaha were born in Abbasid period.</w:t>
      </w:r>
    </w:p>
    <w:p>
      <w:pPr>
        <w:jc w:val="right"/>
      </w:pPr>
      <w:r>
        <w:t>عباسد پیریڈ۔ فقہ واز کمپائلڈ ان عباسد پیریڈ۔ اینڈ ال دیز فقہاء ویر بورن ان عباسد پیریڈ۔</w:t>
      </w:r>
    </w:p>
    <w:p>
      <w:r>
        <w:rPr>
          <w:b/>
        </w:rPr>
        <w:t xml:space="preserve">[06:54] </w:t>
      </w:r>
      <w:r>
        <w:t>that is in later period of Islam.</w:t>
      </w:r>
    </w:p>
    <w:p>
      <w:pPr>
        <w:jc w:val="right"/>
      </w:pPr>
      <w:r>
        <w:t>دیٹ از ان لیٹر پیریڈ اف اسلام۔</w:t>
      </w:r>
    </w:p>
    <w:p>
      <w:r>
        <w:rPr>
          <w:b/>
        </w:rPr>
        <w:t xml:space="preserve">[06:59] </w:t>
      </w:r>
      <w:r>
        <w:t>in Islam, only three period is authentic. according to a Hadith, "khairul qurun qarni, thumma alladhina yalunahum, thumma alladhina yalunahum".</w:t>
      </w:r>
    </w:p>
    <w:p>
      <w:pPr>
        <w:jc w:val="right"/>
      </w:pPr>
      <w:r>
        <w:t>ان اسلام، اونلی تھری پیریڈ از اتھینٹک۔ اکارڈنگ ٹو ا حدیث، "خیر القرون قرنی، ثم الذینیلونہم، ثم الذینیلونہم"۔</w:t>
      </w:r>
    </w:p>
    <w:p>
      <w:r>
        <w:rPr>
          <w:b/>
        </w:rPr>
        <w:t xml:space="preserve">[07:14] </w:t>
      </w:r>
      <w:r>
        <w:t>it is a hadith. "khair ul qurooni quarni, thumma allazeena yaloonahum, thumma allazeena yaloonahum". so</w:t>
      </w:r>
    </w:p>
    <w:p>
      <w:pPr>
        <w:jc w:val="right"/>
      </w:pPr>
      <w:r>
        <w:t>اٹ از ا حدیث۔ "خیر القرون قرنی، ثم الذینیلونہم، ثم الذینیلونہم"۔ سو</w:t>
      </w:r>
    </w:p>
    <w:p>
      <w:r>
        <w:rPr>
          <w:b/>
        </w:rPr>
        <w:t xml:space="preserve">[07:22] </w:t>
      </w:r>
      <w:r>
        <w:t>, there are only three periods that are authentic in Islam. first is prophetic period</w:t>
      </w:r>
    </w:p>
    <w:p>
      <w:pPr>
        <w:jc w:val="right"/>
      </w:pPr>
      <w:r>
        <w:t>، دیر ار اونلی تھری پیریڈز دیٹ ار اتھینٹک ان اسلام۔ فرسٹ از پرافیٹک پیریڈ</w:t>
      </w:r>
    </w:p>
    <w:p>
      <w:r>
        <w:rPr>
          <w:b/>
        </w:rPr>
        <w:t xml:space="preserve">[07:33] </w:t>
      </w:r>
      <w:r>
        <w:t>. second is period of the sahaba, that is companions. then period of the tabayeen, that is companions of the companion.</w:t>
      </w:r>
    </w:p>
    <w:p>
      <w:pPr>
        <w:jc w:val="right"/>
      </w:pPr>
      <w:r>
        <w:t>۔ سیکنڈ از پیریڈ اف دا صحابہ، دیٹ از کمپینینز۔ دین پیریڈ اف دا تابعین، دیٹ از کمپینینز اف دا کمپینین۔</w:t>
      </w:r>
    </w:p>
    <w:p>
      <w:r>
        <w:rPr>
          <w:b/>
        </w:rPr>
        <w:t xml:space="preserve">[07:45] </w:t>
      </w:r>
      <w:r>
        <w:t>so, according to according to hadith, only these three periods are authentic periods. after these three period, after these three periods,</w:t>
      </w:r>
    </w:p>
    <w:p>
      <w:pPr>
        <w:jc w:val="right"/>
      </w:pPr>
      <w:r>
        <w:t>سو، اکارڈنگ ٹو اکارڈنگ ٹو حدیث، اونلی دیز تھری پیریڈز ار اتھینٹک پیریڈز۔ افٹر دیز تھری پیریڈ، افٹر دیز تھری پیریڈز،</w:t>
      </w:r>
    </w:p>
    <w:p>
      <w:r>
        <w:rPr>
          <w:b/>
        </w:rPr>
        <w:t xml:space="preserve">[07:59] </w:t>
      </w:r>
      <w:r>
        <w:t>there is no other authentic period in Islam.</w:t>
      </w:r>
    </w:p>
    <w:p>
      <w:pPr>
        <w:jc w:val="right"/>
      </w:pPr>
      <w:r>
        <w:t>دیر از نو ادر اتھینٹک پیریڈ ان اسلام۔</w:t>
      </w:r>
    </w:p>
    <w:p>
      <w:r>
        <w:rPr>
          <w:b/>
        </w:rPr>
        <w:t xml:space="preserve">[08:06] </w:t>
      </w:r>
      <w:r>
        <w:t>so, all these fuqaha were not born in these three periods. they were born after these three periods, during the abbasid empire</w:t>
      </w:r>
    </w:p>
    <w:p>
      <w:pPr>
        <w:jc w:val="right"/>
      </w:pPr>
      <w:r>
        <w:t>سو، ال دیز فقہاء ویر ناٹ بورن ان دیز تھری پیریڈز۔ دے ویر بورن افٹر دیز تھری پیریڈز، ڈیورنگ دا عباسد ایمپائر</w:t>
      </w:r>
    </w:p>
    <w:p>
      <w:r>
        <w:rPr>
          <w:b/>
        </w:rPr>
        <w:t xml:space="preserve">[08:23] </w:t>
      </w:r>
      <w:r>
        <w:t>. so,</w:t>
      </w:r>
    </w:p>
    <w:p>
      <w:pPr>
        <w:jc w:val="right"/>
      </w:pPr>
      <w:r>
        <w:t>۔ سو،</w:t>
      </w:r>
    </w:p>
    <w:p>
      <w:r>
        <w:rPr>
          <w:b/>
        </w:rPr>
        <w:t xml:space="preserve">[08:29] </w:t>
      </w:r>
      <w:r>
        <w:t>i think i can say that when this opinion was not when this opinion is not found during the first three period,</w:t>
      </w:r>
    </w:p>
    <w:p>
      <w:pPr>
        <w:jc w:val="right"/>
      </w:pPr>
      <w:r>
        <w:t>ائی تھنک ائی کین سے دیٹ وین دس اوپینین واز ناٹ وین دس اوپینین از ناٹ فاؤنڈ ڈیورنگ دا فرسٹ تھری پیریڈ،</w:t>
      </w:r>
    </w:p>
    <w:p>
      <w:r>
        <w:rPr>
          <w:b/>
        </w:rPr>
        <w:t xml:space="preserve">[08:43] </w:t>
      </w:r>
      <w:r>
        <w:t>and it is found only in the abbasid period, this difference gives us a clue to understand why these people form this opinion.</w:t>
      </w:r>
    </w:p>
    <w:p>
      <w:pPr>
        <w:jc w:val="right"/>
      </w:pPr>
      <w:r>
        <w:t>اینڈ اٹ از فاؤنڈ اونلی ان دا عباسد پیریڈ، دس ڈیفرنس گیوز اس ا کلو ٹو انڈرسٹینڈ وائی دیز پیپل فارم دس اوپینین۔</w:t>
      </w:r>
    </w:p>
    <w:p>
      <w:r>
        <w:rPr>
          <w:b/>
        </w:rPr>
        <w:t xml:space="preserve">[09:00] </w:t>
      </w:r>
      <w:r>
        <w:t>it was due to the empirical situation, empire situation, empire.</w:t>
      </w:r>
    </w:p>
    <w:p>
      <w:pPr>
        <w:jc w:val="right"/>
      </w:pPr>
      <w:r>
        <w:t>اٹ واز ڈیو ٹو دا ایمپریکل سچویشن، ایمپائر سچویشن، ایمپائر۔</w:t>
      </w:r>
    </w:p>
    <w:p>
      <w:r>
        <w:rPr>
          <w:b/>
        </w:rPr>
        <w:t xml:space="preserve">[09:09] </w:t>
      </w:r>
      <w:r>
        <w:t>you know, Islam began in 610 AD in Mecca. in Mecca, at the time, there were no empire.</w:t>
      </w:r>
    </w:p>
    <w:p>
      <w:pPr>
        <w:jc w:val="right"/>
      </w:pPr>
      <w:r>
        <w:t>یو نو، اسلام بیگن ان 610 اے ڈی ان مکہ۔ ان مکہ، ایٹ دا ٹائم، دیر وار نو ایمپائر۔</w:t>
      </w:r>
    </w:p>
    <w:p>
      <w:r>
        <w:rPr>
          <w:b/>
        </w:rPr>
        <w:t xml:space="preserve">[09:23] </w:t>
      </w:r>
      <w:r>
        <w:t>but, after but, in the later period,</w:t>
      </w:r>
    </w:p>
    <w:p>
      <w:pPr>
        <w:jc w:val="right"/>
      </w:pPr>
      <w:r>
        <w:t>بٹ، افٹر بٹ، ان دا لیٹر پیریڈ،</w:t>
      </w:r>
    </w:p>
    <w:p>
      <w:r>
        <w:rPr>
          <w:b/>
        </w:rPr>
        <w:t xml:space="preserve">[09:30] </w:t>
      </w:r>
      <w:r>
        <w:t>there was expansion in Islam.</w:t>
      </w:r>
    </w:p>
    <w:p>
      <w:pPr>
        <w:jc w:val="right"/>
      </w:pPr>
      <w:r>
        <w:t>دیر واز ایکسپینشن ان اسلام۔</w:t>
      </w:r>
    </w:p>
    <w:p>
      <w:r>
        <w:rPr>
          <w:b/>
        </w:rPr>
        <w:t xml:space="preserve">[09:35] </w:t>
      </w:r>
      <w:r>
        <w:t>and at the time of abbasid khalifa, muslims were able to establish a empire, like empire.</w:t>
      </w:r>
    </w:p>
    <w:p>
      <w:pPr>
        <w:jc w:val="right"/>
      </w:pPr>
      <w:r>
        <w:t>اینڈ ایٹ دا ٹائم اف عباسد خلیفۃ، مسلمز ویر ایبل ٹو اسٹیبلش ا ایمپائر، لائک ایمپائر۔</w:t>
      </w:r>
    </w:p>
    <w:p>
      <w:r>
        <w:rPr>
          <w:b/>
        </w:rPr>
        <w:t xml:space="preserve">[09:45] </w:t>
      </w:r>
      <w:r>
        <w:t>so, in the later period, we see that there are great,</w:t>
      </w:r>
    </w:p>
    <w:p>
      <w:pPr>
        <w:jc w:val="right"/>
      </w:pPr>
      <w:r>
        <w:t>سو، ان دا لیٹر پیریڈ، وی سی دیٹ دیر ار گریٹ،</w:t>
      </w:r>
    </w:p>
    <w:p>
      <w:r>
        <w:rPr>
          <w:b/>
        </w:rPr>
        <w:t xml:space="preserve">[09:53] </w:t>
      </w:r>
      <w:r>
        <w:t>there was a great empire</w:t>
      </w:r>
    </w:p>
    <w:p>
      <w:pPr>
        <w:jc w:val="right"/>
      </w:pPr>
      <w:r>
        <w:t>دیر واز ا گریٹ ایمپائر</w:t>
      </w:r>
    </w:p>
    <w:p>
      <w:r>
        <w:rPr>
          <w:b/>
        </w:rPr>
        <w:t xml:space="preserve">[09:56] </w:t>
      </w:r>
      <w:r>
        <w:t>, for example, abbasid empire, then mughal empire, and ottoman empire, and and spanish empire</w:t>
      </w:r>
    </w:p>
    <w:p>
      <w:pPr>
        <w:jc w:val="right"/>
      </w:pPr>
      <w:r>
        <w:t>، فار ایگزیمپل، عباسد ایمپائر، دین مغل ایمپائر، اینڈ اٹمان ایمپائر، اینڈ اینڈ سپینش ایمپائر</w:t>
      </w:r>
    </w:p>
    <w:p>
      <w:r>
        <w:rPr>
          <w:b/>
        </w:rPr>
        <w:t xml:space="preserve">[10:09] </w:t>
      </w:r>
      <w:r>
        <w:t>. so, during this period, when muslims</w:t>
      </w:r>
    </w:p>
    <w:p>
      <w:pPr>
        <w:jc w:val="right"/>
      </w:pPr>
      <w:r>
        <w:t>۔ سو، ڈیورنگ دس پیریڈ، وین مسلمز</w:t>
      </w:r>
    </w:p>
    <w:p>
      <w:r>
        <w:rPr>
          <w:b/>
        </w:rPr>
        <w:t xml:space="preserve">[10:17] </w:t>
      </w:r>
      <w:r>
        <w:t>were living in in empire, all these kinds of of opinions evolved</w:t>
      </w:r>
    </w:p>
    <w:p>
      <w:pPr>
        <w:jc w:val="right"/>
      </w:pPr>
      <w:r>
        <w:t>ویر لیونگ ان ان ایمپائر، ال دیز کائنڈز اف اف اوپینینز ایوالوڈ</w:t>
      </w:r>
    </w:p>
    <w:p>
      <w:r>
        <w:rPr>
          <w:b/>
        </w:rPr>
        <w:t xml:space="preserve">[10:28] </w:t>
      </w:r>
      <w:r>
        <w:t>. for example, these fuqaha are also,</w:t>
      </w:r>
    </w:p>
    <w:p>
      <w:pPr>
        <w:jc w:val="right"/>
      </w:pPr>
      <w:r>
        <w:t>۔ فار ایگزیمپل، دیز فقہاء ار السو،</w:t>
      </w:r>
    </w:p>
    <w:p>
      <w:r>
        <w:rPr>
          <w:b/>
        </w:rPr>
        <w:t xml:space="preserve">[10:35] </w:t>
      </w:r>
      <w:r>
        <w:t>there are so many other opinions of fuqaha that was form in this peri</w:t>
      </w:r>
    </w:p>
    <w:p>
      <w:pPr>
        <w:jc w:val="right"/>
      </w:pPr>
      <w:r>
        <w:t>دیر ار سو مینی ادر اوپینینز اف فقہاء دیٹ واز فارم ان دس پیری</w:t>
      </w:r>
    </w:p>
    <w:p>
      <w:r>
        <w:rPr>
          <w:b/>
        </w:rPr>
        <w:t xml:space="preserve">[10:41] </w:t>
      </w:r>
      <w:r>
        <w:t>d. for example, these fuqaha are Islamic scholars divided the the political geography of the earth in three in three part: darul Islam, darul harb, and darul kufr.</w:t>
      </w:r>
    </w:p>
    <w:p>
      <w:pPr>
        <w:jc w:val="right"/>
      </w:pPr>
      <w:r>
        <w:t>ڈ۔ فار ایگزیمپل، دیز فقہاء ار اسلامک سکالرز ڈیوائیڈڈ دی دی پولیٹیکل جیوگرافی اف دی ارتھ ان تھری ان تھری پارٹ: دارالاسلام، دارالحرب، اینڈ دارالکفر۔</w:t>
      </w:r>
    </w:p>
    <w:p>
      <w:r>
        <w:rPr>
          <w:b/>
        </w:rPr>
        <w:t xml:space="preserve">[11:04] </w:t>
      </w:r>
      <w:r>
        <w:t>there was consensus of fuqaha that were where there are muslims in ruling position, there is darul Islam.</w:t>
      </w:r>
    </w:p>
    <w:p>
      <w:pPr>
        <w:jc w:val="right"/>
      </w:pPr>
      <w:r>
        <w:t>دیر واز کنسنسس اف فقہاء دیٹ ویر دیر ار مسلمز ان رولنگ پوزیشن، دیر از دارالاسلام۔</w:t>
      </w:r>
    </w:p>
    <w:p>
      <w:r>
        <w:rPr>
          <w:b/>
        </w:rPr>
        <w:t xml:space="preserve">[11:12] </w:t>
      </w:r>
      <w:r>
        <w:t>and where there are</w:t>
      </w:r>
    </w:p>
    <w:p>
      <w:pPr>
        <w:jc w:val="right"/>
      </w:pPr>
      <w:r>
        <w:t>اینڈ ویر دیر ار</w:t>
      </w:r>
    </w:p>
    <w:p>
      <w:r>
        <w:rPr>
          <w:b/>
        </w:rPr>
        <w:t xml:space="preserve">[11:16] </w:t>
      </w:r>
      <w:r>
        <w:t>there are kafir people in ruling position, there is darul kufr. and where muslims are potentially at war, there is darul harb.</w:t>
      </w:r>
    </w:p>
    <w:p>
      <w:pPr>
        <w:jc w:val="right"/>
      </w:pPr>
      <w:r>
        <w:t>دیر ار کافر پیپل ان رولنگ پوزیشن، دیر از دارالکفر۔ اینڈ ویر مسلمز ار پوٹینشلی ایٹ وار، دیر از دارالحرب۔</w:t>
      </w:r>
    </w:p>
    <w:p>
      <w:r>
        <w:rPr>
          <w:b/>
        </w:rPr>
        <w:t xml:space="preserve">[11:30] </w:t>
      </w:r>
      <w:r>
        <w:t>so, de categorize da geography in three in these three parts.</w:t>
      </w:r>
    </w:p>
    <w:p>
      <w:pPr>
        <w:jc w:val="right"/>
      </w:pPr>
      <w:r>
        <w:t>سو، دے کیٹیگرائز دا جیوگرافی ان تھری ان دیز تھری پارٹس۔</w:t>
      </w:r>
    </w:p>
    <w:p>
      <w:r>
        <w:rPr>
          <w:b/>
        </w:rPr>
        <w:t xml:space="preserve">[11:39] </w:t>
      </w:r>
      <w:r>
        <w:t>but, this was wrong.</w:t>
      </w:r>
    </w:p>
    <w:p>
      <w:pPr>
        <w:jc w:val="right"/>
      </w:pPr>
      <w:r>
        <w:t>بٹ، دس واز رونگ۔</w:t>
      </w:r>
    </w:p>
    <w:p>
      <w:r>
        <w:rPr>
          <w:b/>
        </w:rPr>
        <w:t xml:space="preserve">[11:42] </w:t>
      </w:r>
      <w:r>
        <w:t>how why you have right to categorize humanity in these three parts? when there is no such categorization in Quran and Hadith,</w:t>
      </w:r>
    </w:p>
    <w:p>
      <w:pPr>
        <w:jc w:val="right"/>
      </w:pPr>
      <w:r>
        <w:t>ہاؤ وائی یو ہیو رائٹ ٹو کیٹیگرائز ہیومینٹی ان دیز تھری پارٹس؟ وین دیر از نو سچ کیٹیگرائزیشن ان قران اینڈ حدیث،</w:t>
      </w:r>
    </w:p>
    <w:p>
      <w:r>
        <w:rPr>
          <w:b/>
        </w:rPr>
        <w:t xml:space="preserve">[11:55] </w:t>
      </w:r>
      <w:r>
        <w:t>you can not fight a, you can not find a single verse in the Quran that categorize humanity in these three verse.</w:t>
      </w:r>
    </w:p>
    <w:p>
      <w:pPr>
        <w:jc w:val="right"/>
      </w:pPr>
      <w:r>
        <w:t>یو کین ناٹ فائٹ ا، یو کین ناٹ فائنڈ ا سنگل ورس ان دا قران دیٹ کیٹیگرائز ہیومینٹی ان دیز تھری ورس۔</w:t>
      </w:r>
    </w:p>
    <w:p>
      <w:r>
        <w:rPr>
          <w:b/>
        </w:rPr>
        <w:t xml:space="preserve">[12:07] </w:t>
      </w:r>
      <w:r>
        <w:t>then, you can not find a single Hadith that categorize humanity in these three parts.</w:t>
      </w:r>
    </w:p>
    <w:p>
      <w:pPr>
        <w:jc w:val="right"/>
      </w:pPr>
      <w:r>
        <w:t>دین، یو کین ناٹ فائنڈ ا سنگل حدیث دیٹ کیٹیگرائز ہیومینٹی ان دیز تھری پارٹس۔</w:t>
      </w:r>
    </w:p>
    <w:p>
      <w:r>
        <w:rPr>
          <w:b/>
        </w:rPr>
        <w:t xml:space="preserve">[12:19] </w:t>
      </w:r>
      <w:r>
        <w:t>so, it is completely wrong, baseless</w:t>
      </w:r>
    </w:p>
    <w:p>
      <w:pPr>
        <w:jc w:val="right"/>
      </w:pPr>
      <w:r>
        <w:t>سو، اٹ از کمپلیٹلی رونگ، بیسلیس</w:t>
      </w:r>
    </w:p>
    <w:p>
      <w:r>
        <w:rPr>
          <w:b/>
        </w:rPr>
        <w:t xml:space="preserve">[12:24] </w:t>
      </w:r>
      <w:r>
        <w:t>. no man has the right to categorize humanity in three parts when there is no such categorization in Hadith or Quran.</w:t>
      </w:r>
    </w:p>
    <w:p>
      <w:pPr>
        <w:jc w:val="right"/>
      </w:pPr>
      <w:r>
        <w:t>۔ نو مین ہیز دا رائٹ ٹو کیٹیگرائز ہیومینٹی ان تھری پارٹس وین دیر از نو سچ کیٹیگرائزیشن ان حدیث اور قران۔</w:t>
      </w:r>
    </w:p>
    <w:p>
      <w:r>
        <w:rPr>
          <w:b/>
        </w:rPr>
        <w:t xml:space="preserve">[12:37] </w:t>
      </w:r>
      <w:r>
        <w:t>so, it is an example that how these fuqaha</w:t>
      </w:r>
    </w:p>
    <w:p>
      <w:pPr>
        <w:jc w:val="right"/>
      </w:pPr>
      <w:r>
        <w:t>سو، اٹ از این ایگزیمپل دیٹ ہاؤ دیز فقہاء</w:t>
      </w:r>
    </w:p>
    <w:p>
      <w:r>
        <w:rPr>
          <w:b/>
        </w:rPr>
        <w:t xml:space="preserve">[12:44] </w:t>
      </w:r>
      <w:r>
        <w:t>form such opinions that was not found in the Quran or in Hadith.</w:t>
      </w:r>
    </w:p>
    <w:p>
      <w:pPr>
        <w:jc w:val="right"/>
      </w:pPr>
      <w:r>
        <w:t>فارم سچ اوپینینز دیٹ واز ناٹ فاؤنڈ ان دا قران اور ان حدیث۔</w:t>
      </w:r>
    </w:p>
    <w:p>
      <w:r>
        <w:rPr>
          <w:b/>
        </w:rPr>
        <w:t xml:space="preserve">[12:50] </w:t>
      </w:r>
      <w:r>
        <w:t>so, is the case of shatm rasool or blasphemy. there was no Quranic verse, there was no Hadith in this regard.</w:t>
      </w:r>
    </w:p>
    <w:p>
      <w:pPr>
        <w:jc w:val="right"/>
      </w:pPr>
      <w:r>
        <w:t>سو، از دا کیس اف شتم رسول اور بلاسفی۔ دیر واز نو قرانک ورس، دیر واز نو حدیث ان دس ریگارڈ۔</w:t>
      </w:r>
    </w:p>
    <w:p>
      <w:r>
        <w:rPr>
          <w:b/>
        </w:rPr>
        <w:t xml:space="preserve">[13:05] </w:t>
      </w:r>
      <w:r>
        <w:t>but, they by their own qiyas, by their own ijtihad, form this opinion and said that one who is involve in blasphemy, he will be killed.</w:t>
      </w:r>
    </w:p>
    <w:p>
      <w:pPr>
        <w:jc w:val="right"/>
      </w:pPr>
      <w:r>
        <w:t>بٹ، دے بائی دیر اون قیاس، بائی دیر اون اجتہاد، فارم دس اوپینین اینڈ سیڈ دیٹ ون ہو از انوالو ان بلاسفی، ہی ویل بی کلڈ۔</w:t>
      </w:r>
    </w:p>
    <w:p>
      <w:r>
        <w:rPr>
          <w:b/>
        </w:rPr>
        <w:t xml:space="preserve">[13:19] </w:t>
      </w:r>
      <w:r>
        <w:t>i think it is, it was completely wrong, completely wrong.</w:t>
      </w:r>
    </w:p>
    <w:p>
      <w:pPr>
        <w:jc w:val="right"/>
      </w:pPr>
      <w:r>
        <w:t>ائی تھنک اٹ از، اٹ واز کمپلیٹلی رونگ، کمپلیٹلی رونگ۔</w:t>
      </w:r>
    </w:p>
    <w:p>
      <w:r>
        <w:rPr>
          <w:b/>
        </w:rPr>
        <w:t xml:space="preserve">[13:28] </w:t>
      </w:r>
      <w:r>
        <w:t>i think this this opinion it self is a derogatory remark against to the prophet of Islam.</w:t>
      </w:r>
    </w:p>
    <w:p>
      <w:pPr>
        <w:jc w:val="right"/>
      </w:pPr>
      <w:r>
        <w:t>ائی تھنک دس دس اوپین اٹ سیلف از ا ڈیروگیٹری ریمارک اگینسٹ ٹو دا پرافٹ اف اسلام۔</w:t>
      </w:r>
    </w:p>
    <w:p>
      <w:r>
        <w:rPr>
          <w:b/>
        </w:rPr>
        <w:t xml:space="preserve">[13:41] </w:t>
      </w:r>
      <w:r>
        <w:t>this kind of opinion, this kind of law it self is a derogatory, derogatory law. why?</w:t>
      </w:r>
    </w:p>
    <w:p>
      <w:pPr>
        <w:jc w:val="right"/>
      </w:pPr>
      <w:r>
        <w:t>دس کائنڈ اف اوپینین، دس کائنڈ اف لاء اٹ سیلف از ا ڈیروگیٹری، ڈیروگیٹری لاء۔ وائی؟</w:t>
      </w:r>
    </w:p>
    <w:p>
      <w:r>
        <w:rPr>
          <w:b/>
        </w:rPr>
        <w:t xml:space="preserve">[13:49] </w:t>
      </w:r>
      <w:r>
        <w:t>because prophet of Islam was a dai, dai. and who is dai?</w:t>
      </w:r>
    </w:p>
    <w:p>
      <w:pPr>
        <w:jc w:val="right"/>
      </w:pPr>
      <w:r>
        <w:t>بیکاز پرافٹ اف اسلام واز ا دائی، دائی۔ اینڈ ہو از دائی؟</w:t>
      </w:r>
    </w:p>
    <w:p>
      <w:r>
        <w:rPr>
          <w:b/>
        </w:rPr>
        <w:t xml:space="preserve">[13:58] </w:t>
      </w:r>
      <w:r>
        <w:t>dai is one who is, who is a, who is a nase towards humanity.</w:t>
      </w:r>
    </w:p>
    <w:p>
      <w:pPr>
        <w:jc w:val="right"/>
      </w:pPr>
      <w:r>
        <w:t>دائی از ون ہو از، ہو از ا، ہو از ا ناسے ٹورڈز ہیومینٹی۔</w:t>
      </w:r>
    </w:p>
    <w:p>
      <w:r>
        <w:rPr>
          <w:b/>
        </w:rPr>
        <w:t xml:space="preserve">[14:10] </w:t>
      </w:r>
      <w:r>
        <w:t>nase means well wisher. every prophet was nase. that is every prophet was well wishers to all humanity, to all mankind.</w:t>
      </w:r>
    </w:p>
    <w:p>
      <w:pPr>
        <w:jc w:val="right"/>
      </w:pPr>
      <w:r>
        <w:t>ناسے مینز ویل وشر۔ ایوری پرافٹ واز ناسے۔ دیٹ از ایوری پرافٹ واز ویل وشرز ٹو ال ہیومینٹی، ٹو ال مین کائنڈ۔</w:t>
      </w:r>
    </w:p>
    <w:p>
      <w:r>
        <w:rPr>
          <w:b/>
        </w:rPr>
        <w:t xml:space="preserve">[14:29] </w:t>
      </w:r>
      <w:r>
        <w:t>the greatest concern of, the greatest concern of the prophet was to inculcate</w:t>
      </w:r>
    </w:p>
    <w:p>
      <w:pPr>
        <w:jc w:val="right"/>
      </w:pPr>
      <w:r>
        <w:t>دا گریٹسٹ کنسرن اف، دا گریٹسٹ کنسرن اف دا پرافٹ واز ٹو انکلکیٹ</w:t>
      </w:r>
    </w:p>
    <w:p>
      <w:r>
        <w:rPr>
          <w:b/>
        </w:rPr>
        <w:t xml:space="preserve">[14:43] </w:t>
      </w:r>
      <w:r>
        <w:t>truth in every human being.</w:t>
      </w:r>
    </w:p>
    <w:p>
      <w:pPr>
        <w:jc w:val="right"/>
      </w:pPr>
      <w:r>
        <w:t>ٹروتھ ان ایوری ہیومن بینگ۔</w:t>
      </w:r>
    </w:p>
    <w:p>
      <w:r>
        <w:rPr>
          <w:b/>
        </w:rPr>
        <w:t xml:space="preserve">[14:49] </w:t>
      </w:r>
      <w:r>
        <w:t>so, this was a great concern of the prophet of Islam.</w:t>
      </w:r>
    </w:p>
    <w:p>
      <w:pPr>
        <w:jc w:val="right"/>
      </w:pPr>
      <w:r>
        <w:t>سو، دس واز ا گریٹ کنسرن اف دا پرافٹ اف اسلام۔</w:t>
      </w:r>
    </w:p>
    <w:p>
      <w:r>
        <w:rPr>
          <w:b/>
        </w:rPr>
        <w:t xml:space="preserve">[14:56] </w:t>
      </w:r>
      <w:r>
        <w:t>prophet of Islam was nase, well wisher to all mankind. his message was, his mission was not to kill human.</w:t>
      </w:r>
    </w:p>
    <w:p>
      <w:pPr>
        <w:jc w:val="right"/>
      </w:pPr>
      <w:r>
        <w:t>پرافٹ اف اسلام واز ناسے، ویل وشر ٹو ال مین کائنڈ۔ ہز میسج واز، ہز مشن واز ناٹ ٹو کل ہیومن۔</w:t>
      </w:r>
    </w:p>
    <w:p>
      <w:r>
        <w:rPr>
          <w:b/>
        </w:rPr>
        <w:t xml:space="preserve">[15:11] </w:t>
      </w:r>
      <w:r>
        <w:t>his mission was not to, not to kill other. his mission was to embrace all humanity in the fold of truth, in the fold of divine truth.</w:t>
      </w:r>
    </w:p>
    <w:p>
      <w:pPr>
        <w:jc w:val="right"/>
      </w:pPr>
      <w:r>
        <w:t>ہز مشن واز ناٹ ٹو، ناٹ ٹو کل ادر۔ ہز مشن واز ٹو ایمبریس ال ہیومینٹی ان دا فولڈ اف ٹروتھ، ان دا فولڈ اف ڈیوائن ٹروتھ۔</w:t>
      </w:r>
    </w:p>
    <w:p>
      <w:r>
        <w:rPr>
          <w:b/>
        </w:rPr>
        <w:t xml:space="preserve">[15:26] </w:t>
      </w:r>
      <w:r>
        <w:t>laka bikh nafsik Allah yaqool momineen. there are many verses in the Quran that tell us that prophet of Islam was completely well wisher to humanity.</w:t>
      </w:r>
    </w:p>
    <w:p>
      <w:pPr>
        <w:jc w:val="right"/>
      </w:pPr>
      <w:r>
        <w:t>لالک باخ نفسک اللہ یقول مومنین۔ دیر ار مینی ورسز ان دا قران دیٹ ٹیل اس دیٹ پرافٹ اف اسلام واز کمپلیٹلی ویل وشر ٹو ہیومینٹی۔</w:t>
      </w:r>
    </w:p>
    <w:p>
      <w:r>
        <w:rPr>
          <w:b/>
        </w:rPr>
        <w:t xml:space="preserve">[15:43] </w:t>
      </w:r>
      <w:r>
        <w:t>so, how you can say that any one who remarks in a derogatory manner against my self to kill him?</w:t>
      </w:r>
    </w:p>
    <w:p>
      <w:pPr>
        <w:jc w:val="right"/>
      </w:pPr>
      <w:r>
        <w:t>سو، ہاؤ یو کین سے دیٹ اینی ون ہو ریمارکس ان ا ڈیروگیٹری مینر اگینسٹ مائی سیلف ٹو کل ہم؟</w:t>
      </w:r>
    </w:p>
    <w:p>
      <w:r>
        <w:rPr>
          <w:b/>
        </w:rPr>
        <w:t xml:space="preserve">[15:55] </w:t>
      </w:r>
      <w:r>
        <w:t>this, da</w:t>
      </w:r>
    </w:p>
    <w:p>
      <w:pPr>
        <w:jc w:val="right"/>
      </w:pPr>
      <w:r>
        <w:t>دس، د</w:t>
      </w:r>
    </w:p>
    <w:p>
      <w:r>
        <w:rPr>
          <w:b/>
        </w:rPr>
        <w:t xml:space="preserve">[15:56] </w:t>
      </w:r>
      <w:r>
        <w:t>is, that is not, that is not a sign of the of such prophet.</w:t>
      </w:r>
    </w:p>
    <w:p>
      <w:pPr>
        <w:jc w:val="right"/>
      </w:pPr>
      <w:r>
        <w:t>س از، دس از ناٹ، دس از ناٹ ا سینگ اف دا اف سچ پرافٹ۔</w:t>
      </w:r>
    </w:p>
    <w:p>
      <w:r>
        <w:rPr>
          <w:b/>
        </w:rPr>
        <w:t xml:space="preserve">[16:07] </w:t>
      </w:r>
      <w:r>
        <w:t>as if a king and not a prophet.</w:t>
      </w:r>
    </w:p>
    <w:p>
      <w:pPr>
        <w:jc w:val="right"/>
      </w:pPr>
      <w:r>
        <w:t>اٹ از سینگ اف ا کنگ اینڈ ناٹ ا پرافٹ۔</w:t>
      </w:r>
    </w:p>
    <w:p>
      <w:r>
        <w:rPr>
          <w:b/>
        </w:rPr>
        <w:t xml:space="preserve">[16:13] </w:t>
      </w:r>
      <w:r>
        <w:t>That's like saying of, that's like is a saying of a king and not a prophet. Only an emperor can say like this and not the prophet of Islam who was Rahmatan lil-Alameen.</w:t>
      </w:r>
    </w:p>
    <w:p>
      <w:pPr>
        <w:jc w:val="right"/>
      </w:pPr>
      <w:r>
        <w:t>دس لائکس سینگ اف، دس لائک از ا سینگ اف ا کنگ اینڈ ناٹ ا پرافٹ۔ اونلی این ایمپرر کین سے لائک دس اینڈ ناٹ دا پرافٹ اف اسلام ہو واز رحمت اللعالمین۔</w:t>
      </w:r>
    </w:p>
    <w:p>
      <w:r>
        <w:rPr>
          <w:b/>
        </w:rPr>
        <w:t xml:space="preserve">[16:30] </w:t>
      </w:r>
      <w:r>
        <w:t>wama arsalnak ila rahemat alalalamin. There are Quranic verses. According to this Quranic verse, Prophet, Prophet of Islam was mercy to all mankind, blessing to all mankind.</w:t>
      </w:r>
    </w:p>
    <w:p>
      <w:pPr>
        <w:jc w:val="right"/>
      </w:pPr>
      <w:r>
        <w:t>وما ارسلناک الا رحمت اللعالمین۔ دیر ار قرانک ورس۔ اکارڈنگ ٹو دس قرانک ورس، پرافٹ، پرافٹ اف اسلام واز مرسی ٹو ال مین کائنڈ، بلیسنگ ٹو ال مین کائنڈ۔</w:t>
      </w:r>
    </w:p>
    <w:p>
      <w:r>
        <w:rPr>
          <w:b/>
        </w:rPr>
        <w:t xml:space="preserve">[16:53] </w:t>
      </w:r>
      <w:r>
        <w:t>So, this kind of thing is, this kind of thing, you can, you can attribute this kind of thing only to a king, not to a prophet.</w:t>
      </w:r>
    </w:p>
    <w:p>
      <w:pPr>
        <w:jc w:val="right"/>
      </w:pPr>
      <w:r>
        <w:t>سو، دس کائنڈ اف سینگ از، دس کائنڈ اف سینگ، یو کین، یو کین ایٹریبیوٹ دس کائنڈ اف سینگ اونلی ٹو ا کنگ، ناٹ ٹو ا پرافٹ۔</w:t>
      </w:r>
    </w:p>
    <w:p>
      <w:r>
        <w:rPr>
          <w:b/>
        </w:rPr>
        <w:t xml:space="preserve">[17:15] </w:t>
      </w:r>
      <w:r>
        <w:t>then, there are many, many references in the Quran or Hadith that prove that it is completely wrong.</w:t>
      </w:r>
    </w:p>
    <w:p>
      <w:pPr>
        <w:jc w:val="right"/>
      </w:pPr>
      <w:r>
        <w:t>دین، دیر ار مینی، مینی ریفرنسز ان دا قران اور حدیث دیٹ پروف دیٹ اٹ از کمپلیٹلی رونگ۔</w:t>
      </w:r>
    </w:p>
    <w:p>
      <w:r>
        <w:rPr>
          <w:b/>
        </w:rPr>
        <w:t xml:space="preserve">[17:26] </w:t>
      </w:r>
      <w:r>
        <w:t>far agzampl,</w:t>
      </w:r>
    </w:p>
    <w:p>
      <w:pPr>
        <w:jc w:val="right"/>
      </w:pPr>
      <w:r>
        <w:t>فار ایگزیمپل،</w:t>
      </w:r>
    </w:p>
    <w:p>
      <w:r>
        <w:rPr>
          <w:b/>
        </w:rPr>
        <w:t xml:space="preserve">[17:30] </w:t>
      </w:r>
      <w:r>
        <w:t>dyuring da prafait af isalam in madina, der war sam juvish traibs.</w:t>
      </w:r>
    </w:p>
    <w:p>
      <w:pPr>
        <w:jc w:val="right"/>
      </w:pPr>
      <w:r>
        <w:t>ڈیورنگ دا پرافٹ اف اسلام ان مدینہ، دیر وار سم جوئش ٹرائبس۔</w:t>
      </w:r>
    </w:p>
    <w:p>
      <w:r>
        <w:rPr>
          <w:b/>
        </w:rPr>
        <w:t xml:space="preserve">[17:39] </w:t>
      </w:r>
      <w:r>
        <w:t>su, wat hapand?</w:t>
      </w:r>
    </w:p>
    <w:p>
      <w:pPr>
        <w:jc w:val="right"/>
      </w:pPr>
      <w:r>
        <w:t>سو، واٹ ہیپنڈ؟</w:t>
      </w:r>
    </w:p>
    <w:p>
      <w:r>
        <w:rPr>
          <w:b/>
        </w:rPr>
        <w:t xml:space="preserve">[17:42] </w:t>
      </w:r>
      <w:r>
        <w:t>van dai, der waz a dispyut. der aroz a dispyut bitvin a ju and a musalman in madina.</w:t>
      </w:r>
    </w:p>
    <w:p>
      <w:pPr>
        <w:jc w:val="right"/>
      </w:pPr>
      <w:r>
        <w:t>ون ڈے، دیر واز ا ڈسپیوٹ۔ دیر اروز ا ڈسپیوٹ بٹوین ا جو اینڈ ا مسلم ان مدینہ۔</w:t>
      </w:r>
    </w:p>
    <w:p>
      <w:r>
        <w:rPr>
          <w:b/>
        </w:rPr>
        <w:t xml:space="preserve">[17:58] </w:t>
      </w:r>
      <w:r>
        <w:t>der war hat ekschanjiz bitvin da tu. der var hat ekschanjiz bitvin da tu. su, dat ju af madina said,</w:t>
      </w:r>
    </w:p>
    <w:p>
      <w:pPr>
        <w:jc w:val="right"/>
      </w:pPr>
      <w:r>
        <w:t>دیر وار ہیٹ ایکسچینجز بٹوین دا ٹو۔ دیر ویر ہیٹ ایکسچینجز بٹوین دا ٹو۔ سو، دیٹ جو اف مدینہ سیڈ،</w:t>
      </w:r>
    </w:p>
    <w:p>
      <w:r>
        <w:rPr>
          <w:b/>
        </w:rPr>
        <w:t xml:space="preserve">[18:14] </w:t>
      </w:r>
      <w:r>
        <w:t>"an allah mustafa musa alalalamin." musa waz, musa der iz buziz.</w:t>
      </w:r>
    </w:p>
    <w:p>
      <w:pPr>
        <w:jc w:val="right"/>
      </w:pPr>
      <w:r>
        <w:t>"ان اللہ مصطفی موسی العالمین۔" موسی واز، موسی دیر از بوزز۔</w:t>
      </w:r>
    </w:p>
    <w:p>
      <w:r>
        <w:rPr>
          <w:b/>
        </w:rPr>
        <w:t xml:space="preserve">[18:26] </w:t>
      </w:r>
      <w:r>
        <w:t>musa waz da spiriar prafait.</w:t>
      </w:r>
    </w:p>
    <w:p>
      <w:pPr>
        <w:jc w:val="right"/>
      </w:pPr>
      <w:r>
        <w:t>موسی واز دا سپیریئر پرافٹ۔</w:t>
      </w:r>
    </w:p>
    <w:p>
      <w:r>
        <w:rPr>
          <w:b/>
        </w:rPr>
        <w:t xml:space="preserve">[18:32] </w:t>
      </w:r>
      <w:r>
        <w:t>hi waz, musa waz spiriar tu al man kaind, inkluding al da prafaitz. das waz da sing af da ju,</w:t>
      </w:r>
    </w:p>
    <w:p>
      <w:pPr>
        <w:jc w:val="right"/>
      </w:pPr>
      <w:r>
        <w:t>ہی واز، موسی واز سپیریئر ٹو ال مین کائنڈ، انکلوڈنگ ال دا پرافٹس۔ دس واز دا سینگ اف دا جو،</w:t>
      </w:r>
    </w:p>
    <w:p>
      <w:r>
        <w:rPr>
          <w:b/>
        </w:rPr>
        <w:t xml:space="preserve">[18:42] </w:t>
      </w:r>
      <w:r>
        <w:t>"an allah mustafa musa alalalamin."</w:t>
      </w:r>
    </w:p>
    <w:p>
      <w:pPr>
        <w:jc w:val="right"/>
      </w:pPr>
      <w:r>
        <w:t>"ان اللہ مصطفی موسی العالمین۔"</w:t>
      </w:r>
    </w:p>
    <w:p>
      <w:r>
        <w:rPr>
          <w:b/>
        </w:rPr>
        <w:t xml:space="preserve">[18:48] </w:t>
      </w:r>
      <w:r>
        <w:t>gad almaiiti giv spiriarti tu musa ovar al man kaind.</w:t>
      </w:r>
    </w:p>
    <w:p>
      <w:pPr>
        <w:jc w:val="right"/>
      </w:pPr>
      <w:r>
        <w:t>گاڈ المائٹی گیو سپیریٹی ٹو موسی اوور ال مین کائنڈ۔</w:t>
      </w:r>
    </w:p>
    <w:p>
      <w:r>
        <w:rPr>
          <w:b/>
        </w:rPr>
        <w:t xml:space="preserve">[18:58] </w:t>
      </w:r>
      <w:r>
        <w:t>su, musa waz a spiriar prafait, spiriar human bing.</w:t>
      </w:r>
    </w:p>
    <w:p>
      <w:pPr>
        <w:jc w:val="right"/>
      </w:pPr>
      <w:r>
        <w:t>سو، موسی واز ا سپیریئر پرافٹ، سپیریئر ہیومن بینگ۔</w:t>
      </w:r>
    </w:p>
    <w:p>
      <w:r>
        <w:rPr>
          <w:b/>
        </w:rPr>
        <w:t xml:space="preserve">[19:09] </w:t>
      </w:r>
      <w:r>
        <w:t>su, a musalman bakam angri</w:t>
      </w:r>
    </w:p>
    <w:p>
      <w:pPr>
        <w:jc w:val="right"/>
      </w:pPr>
      <w:r>
        <w:t>سو، ا مسلم بیکم اینگری</w:t>
      </w:r>
    </w:p>
    <w:p>
      <w:r>
        <w:rPr>
          <w:b/>
        </w:rPr>
        <w:t xml:space="preserve">[19:16] </w:t>
      </w:r>
      <w:r>
        <w:t>and hi bat dat, dat ju</w:t>
      </w:r>
    </w:p>
    <w:p>
      <w:pPr>
        <w:jc w:val="right"/>
      </w:pPr>
      <w:r>
        <w:t>اینڈ ہی بیٹ دیٹ، دیٹ جو</w:t>
      </w:r>
    </w:p>
    <w:p>
      <w:r>
        <w:rPr>
          <w:b/>
        </w:rPr>
        <w:t xml:space="preserve">[19:26] </w:t>
      </w:r>
      <w:r>
        <w:t>. hi said, musalman said dat, "yu ar kmplitali rang." an allah mustafa muhammad alalalamin. muhammad waz a spiriar prafait.</w:t>
      </w:r>
    </w:p>
    <w:p>
      <w:pPr>
        <w:jc w:val="right"/>
      </w:pPr>
      <w:r>
        <w:t>۔ ہی سیڈ، مسلم سیڈ دیٹ، "یو ار کمپلیٹلی رونگ۔" ان اللہ مصطفی محمد العالمین۔ محمد واز ا سپیریئر پرافٹ۔</w:t>
      </w:r>
    </w:p>
    <w:p>
      <w:r>
        <w:rPr>
          <w:b/>
        </w:rPr>
        <w:t xml:space="preserve">[19:39] </w:t>
      </w:r>
      <w:r>
        <w:t>Muhammad was superior to all mankind.</w:t>
      </w:r>
    </w:p>
    <w:p>
      <w:pPr>
        <w:jc w:val="right"/>
      </w:pPr>
      <w:r>
        <w:t>محمد واز ا سپیریئر ٹو ال مین کائنڈ۔</w:t>
      </w:r>
    </w:p>
    <w:p>
      <w:r>
        <w:rPr>
          <w:b/>
        </w:rPr>
        <w:t xml:space="preserve">[19:45] </w:t>
      </w:r>
      <w:r>
        <w:t>So, when this case was refuted, this case was referred to the Prophet.</w:t>
      </w:r>
    </w:p>
    <w:p>
      <w:pPr>
        <w:jc w:val="right"/>
      </w:pPr>
      <w:r>
        <w:t>سو، وین دس کیس واز ریفیوٹ، دس کیس واز ریفرڈ ٹو دا پرافٹ۔</w:t>
      </w:r>
    </w:p>
    <w:p>
      <w:r>
        <w:rPr>
          <w:b/>
        </w:rPr>
        <w:t xml:space="preserve">[19:54] </w:t>
      </w:r>
      <w:r>
        <w:t>prafait bakam angri.</w:t>
      </w:r>
    </w:p>
    <w:p>
      <w:pPr>
        <w:jc w:val="right"/>
      </w:pPr>
      <w:r>
        <w:t>پرافٹ بیکم اینگری۔</w:t>
      </w:r>
    </w:p>
    <w:p>
      <w:r>
        <w:rPr>
          <w:b/>
        </w:rPr>
        <w:t xml:space="preserve">[19:59] </w:t>
      </w:r>
      <w:r>
        <w:t>The narrator says that, "ghazab ghazaba shadida." Prophet became angry. He said nothing to that Jew.</w:t>
      </w:r>
    </w:p>
    <w:p>
      <w:pPr>
        <w:jc w:val="right"/>
      </w:pPr>
      <w:r>
        <w:t>دا نریٹر سیز دیٹ، "غضب غضبا شدیدا۔" پرافٹ بیکم اینگری۔ ہی سیڈ نتھنگ ٹو دیٹ جو۔</w:t>
      </w:r>
    </w:p>
    <w:p>
      <w:r>
        <w:rPr>
          <w:b/>
        </w:rPr>
        <w:t xml:space="preserve">[20:13] </w:t>
      </w:r>
      <w:r>
        <w:t>According to the, to the, according to the report, this event is reported in Bukhari or Muslim.</w:t>
      </w:r>
    </w:p>
    <w:p>
      <w:pPr>
        <w:jc w:val="right"/>
      </w:pPr>
      <w:r>
        <w:t>اکارڈنگ ٹو دا، ٹو دی، اکارڈنگ ٹو دا رپورٹ، دس ایونٹ از رپورٹڈ ان بخاری اور مسلم۔</w:t>
      </w:r>
    </w:p>
    <w:p>
      <w:r>
        <w:rPr>
          <w:b/>
        </w:rPr>
        <w:t xml:space="preserve">[20:25] </w:t>
      </w:r>
      <w:r>
        <w:t>Bukhari aur Muslim are almost authentic book in Islam.</w:t>
      </w:r>
    </w:p>
    <w:p>
      <w:pPr>
        <w:jc w:val="right"/>
      </w:pPr>
      <w:r>
        <w:t>بخاری اور مسلم ار موسٹ اتھینٹک بک ان اسلام۔</w:t>
      </w:r>
    </w:p>
    <w:p>
      <w:r>
        <w:rPr>
          <w:b/>
        </w:rPr>
        <w:t xml:space="preserve">[20:29] </w:t>
      </w:r>
      <w:r>
        <w:t>So, this event is reported in Bukhari aur Muslim.</w:t>
      </w:r>
    </w:p>
    <w:p>
      <w:pPr>
        <w:jc w:val="right"/>
      </w:pPr>
      <w:r>
        <w:t>سو، دس ایونٹ از رپورٹڈ ان بخاری اور مسلم۔</w:t>
      </w:r>
    </w:p>
    <w:p>
      <w:r>
        <w:rPr>
          <w:b/>
        </w:rPr>
        <w:t xml:space="preserve">[20:37] </w:t>
      </w:r>
      <w:r>
        <w:t>So, Prophet never said any word to that Jew.</w:t>
      </w:r>
    </w:p>
    <w:p>
      <w:pPr>
        <w:jc w:val="right"/>
      </w:pPr>
      <w:r>
        <w:t>سو، پرافٹ نیور سیڈ اینی ورڈ ٹو دیٹ جو۔</w:t>
      </w:r>
    </w:p>
    <w:p>
      <w:r>
        <w:rPr>
          <w:b/>
        </w:rPr>
        <w:t xml:space="preserve">[20:44] </w:t>
      </w:r>
      <w:r>
        <w:t>He addressed only to the Muslim. It is very important to know.</w:t>
      </w:r>
    </w:p>
    <w:p>
      <w:pPr>
        <w:jc w:val="right"/>
      </w:pPr>
      <w:r>
        <w:t>ہی ایڈریسڈ اونلی ٹو دا مسلم۔ اٹ از ویری امپورٹنٹ ٹو نو۔</w:t>
      </w:r>
    </w:p>
    <w:p>
      <w:r>
        <w:rPr>
          <w:b/>
        </w:rPr>
        <w:t xml:space="preserve">[20:54] </w:t>
      </w:r>
      <w:r>
        <w:t>Although that Jew said that,</w:t>
      </w:r>
    </w:p>
    <w:p>
      <w:pPr>
        <w:jc w:val="right"/>
      </w:pPr>
      <w:r>
        <w:t>الدو دیٹ جو سیڈ دیٹ،</w:t>
      </w:r>
    </w:p>
    <w:p>
      <w:r>
        <w:rPr>
          <w:b/>
        </w:rPr>
        <w:t xml:space="preserve">[21:00] </w:t>
      </w:r>
      <w:r>
        <w:t>Although that Jew said that Musa was a superior Prophet. It was a kind of derogatory remark.</w:t>
      </w:r>
    </w:p>
    <w:p>
      <w:pPr>
        <w:jc w:val="right"/>
      </w:pPr>
      <w:r>
        <w:t>الدو دیٹ جو سیڈ دیٹ موسی واز ا سپیریئر پرافٹ۔ اٹ واز ا کائنڈ اف ڈیروگیٹری ریمارک۔</w:t>
      </w:r>
    </w:p>
    <w:p>
      <w:r>
        <w:rPr>
          <w:b/>
        </w:rPr>
        <w:t xml:space="preserve">[21:12] </w:t>
      </w:r>
      <w:r>
        <w:t>It was a kind of derogatory remark to the Prophet of Islam.</w:t>
      </w:r>
    </w:p>
    <w:p>
      <w:pPr>
        <w:jc w:val="right"/>
      </w:pPr>
      <w:r>
        <w:t>اٹ واز ا کائنڈ اف ڈیروگیٹری ریمارک ٹو دا پرافٹ اف اسلام۔</w:t>
      </w:r>
    </w:p>
    <w:p>
      <w:r>
        <w:rPr>
          <w:b/>
        </w:rPr>
        <w:t xml:space="preserve">[21:19] </w:t>
      </w:r>
      <w:r>
        <w:t>According to this remark, Muhammad was inferior and Musa was superior. So, clearly it was a derogatory remark.</w:t>
      </w:r>
    </w:p>
    <w:p>
      <w:pPr>
        <w:jc w:val="right"/>
      </w:pPr>
      <w:r>
        <w:t>اکارڈنگ ٹو دس ریمارک، محمد واز انفیریئر اینڈ موسی واز سپیریئر۔ سو، کلیئرلی اٹ واز ا ڈیروگیٹری ریمارک۔</w:t>
      </w:r>
    </w:p>
    <w:p>
      <w:r>
        <w:rPr>
          <w:b/>
        </w:rPr>
        <w:t xml:space="preserve">[21:30] </w:t>
      </w:r>
      <w:r>
        <w:t>But, Prophet said nothing to that Jew. He only addressed to the Muslim.</w:t>
      </w:r>
    </w:p>
    <w:p>
      <w:pPr>
        <w:jc w:val="right"/>
      </w:pPr>
      <w:r>
        <w:t>بٹ، پرافٹس سیڈ نتھنگ ٹو دیٹ جو۔ ہی اونلی ایڈریسڈ ٹو دا مسلم۔</w:t>
      </w:r>
    </w:p>
    <w:p>
      <w:r>
        <w:rPr>
          <w:b/>
        </w:rPr>
        <w:t xml:space="preserve">[21:43] </w:t>
      </w:r>
      <w:r>
        <w:t>He said,</w:t>
      </w:r>
    </w:p>
    <w:p>
      <w:pPr>
        <w:jc w:val="right"/>
      </w:pPr>
      <w:r>
        <w:t>ہی سیڈ،</w:t>
      </w:r>
    </w:p>
    <w:p>
      <w:r>
        <w:rPr>
          <w:b/>
        </w:rPr>
        <w:t xml:space="preserve">[21:50] </w:t>
      </w:r>
      <w:r>
        <w:t>He said that, "Don't talk like this because no man knows." He said that, "Don't say that, don't make any Prophet superior to other Prophets." La tafadhalu bayna al-anbiya'i.</w:t>
      </w:r>
    </w:p>
    <w:p>
      <w:pPr>
        <w:jc w:val="right"/>
      </w:pPr>
      <w:r>
        <w:t>ہی سیڈ دیٹ، "ڈونٹ ٹاک لائک دس بیکاز نو مین نوز۔" ہی سیڈ دیٹ، "ڈونٹ سی دیٹ، ڈونٹ میک اینی پرافٹ سپیریئر ٹو ادر پرافٹس۔" لا تفضل بین الانبیاء۔</w:t>
      </w:r>
    </w:p>
    <w:p>
      <w:r>
        <w:rPr>
          <w:b/>
        </w:rPr>
        <w:t xml:space="preserve">[22:11] </w:t>
      </w:r>
      <w:r>
        <w:t>Don't make one Prophet superior to other Prophets. All Prophets are equal. Then, Prophet of Islam said that,</w:t>
      </w:r>
    </w:p>
    <w:p>
      <w:pPr>
        <w:jc w:val="right"/>
      </w:pPr>
      <w:r>
        <w:t>ڈونٹ میک ون پرافٹ سپیریئر ٹو ادر پرافٹس۔ ال پرافٹس ار ایکول۔ دین، پرافٹ اف اسلام سیڈ دیٹ،</w:t>
      </w:r>
    </w:p>
    <w:p>
      <w:r>
        <w:rPr>
          <w:b/>
        </w:rPr>
        <w:t xml:space="preserve">[22:25] </w:t>
      </w:r>
      <w:r>
        <w:t>"You know, at the time of Doomsday,</w:t>
      </w:r>
    </w:p>
    <w:p>
      <w:pPr>
        <w:jc w:val="right"/>
      </w:pPr>
      <w:r>
        <w:t>"یو نو، ایٹ دا ٹائم اف ڈومز ڈے،</w:t>
      </w:r>
    </w:p>
    <w:p>
      <w:r>
        <w:rPr>
          <w:b/>
        </w:rPr>
        <w:t xml:space="preserve">[22:36] </w:t>
      </w:r>
      <w:r>
        <w:t>All humanity will be gathered in the Maidan-e-Hashr." All men and women.</w:t>
      </w:r>
    </w:p>
    <w:p>
      <w:pPr>
        <w:jc w:val="right"/>
      </w:pPr>
      <w:r>
        <w:t>ال ہیومینٹی ول بی گیدرڈ ان دا میدان حشر۔" ال مین اینڈ وومن۔</w:t>
      </w:r>
    </w:p>
    <w:p>
      <w:r>
        <w:rPr>
          <w:b/>
        </w:rPr>
        <w:t xml:space="preserve">[22:45] </w:t>
      </w:r>
      <w:r>
        <w:t>Then, I will be the first who</w:t>
      </w:r>
    </w:p>
    <w:p>
      <w:pPr>
        <w:jc w:val="right"/>
      </w:pPr>
      <w:r>
        <w:t>دین، ائی ول بی دا فرسٹ ہو</w:t>
      </w:r>
    </w:p>
    <w:p>
      <w:r>
        <w:rPr>
          <w:b/>
        </w:rPr>
        <w:t xml:space="preserve">[22:51] </w:t>
      </w:r>
      <w:r>
        <w:t>will arise and proceed to the, to the throne of God</w:t>
      </w:r>
    </w:p>
    <w:p>
      <w:pPr>
        <w:jc w:val="right"/>
      </w:pPr>
      <w:r>
        <w:t>ول ارائز اینڈ پروسیڈ ٹو دا، ٹو دا تھرون اف گاڈ</w:t>
      </w:r>
    </w:p>
    <w:p>
      <w:r>
        <w:rPr>
          <w:b/>
        </w:rPr>
        <w:t xml:space="preserve">[23:00] </w:t>
      </w:r>
      <w:r>
        <w:t>. But, when I will reach to that place, I, I, I will found that Musa is present over there before myself.</w:t>
      </w:r>
    </w:p>
    <w:p>
      <w:pPr>
        <w:jc w:val="right"/>
      </w:pPr>
      <w:r>
        <w:t>۔ بٹ، وین ائی ول ریچ ٹو دیٹ پلیس، ائی، ائی، ائی ول فاؤنڈ دیٹ موسی از پریزنٹ اوور دیر بیفور مائی سیلف۔</w:t>
      </w:r>
    </w:p>
    <w:p>
      <w:r>
        <w:rPr>
          <w:b/>
        </w:rPr>
        <w:t xml:space="preserve">[23:19] </w:t>
      </w:r>
      <w:r>
        <w:t>When I, I will approach to the throne of God, I will found that</w:t>
      </w:r>
    </w:p>
    <w:p>
      <w:pPr>
        <w:jc w:val="right"/>
      </w:pPr>
      <w:r>
        <w:t>وین ائی، ائی ول اپروچ ٹو دا تھرون اف گاڈ، ائی ول فاؤنڈ دیٹ</w:t>
      </w:r>
    </w:p>
    <w:p>
      <w:r>
        <w:rPr>
          <w:b/>
        </w:rPr>
        <w:t xml:space="preserve">[23:29] </w:t>
      </w:r>
      <w:r>
        <w:t>Musa has reached before myself.</w:t>
      </w:r>
    </w:p>
    <w:p>
      <w:pPr>
        <w:jc w:val="right"/>
      </w:pPr>
      <w:r>
        <w:t>موسی ہیز ریچڈ بیفور مائی سیلف۔</w:t>
      </w:r>
    </w:p>
    <w:p>
      <w:r>
        <w:rPr>
          <w:b/>
        </w:rPr>
        <w:t xml:space="preserve">[23:35] </w:t>
      </w:r>
      <w:r>
        <w:t>He is over there. So, this Hadith is a, is a, is a clear example</w:t>
      </w:r>
    </w:p>
    <w:p>
      <w:pPr>
        <w:jc w:val="right"/>
      </w:pPr>
      <w:r>
        <w:t>ہی از اوور دیر۔ سو، دس حدیث از ا، از ا، از ا کلیئر ایگزیمپل</w:t>
      </w:r>
    </w:p>
    <w:p>
      <w:r>
        <w:rPr>
          <w:b/>
        </w:rPr>
        <w:t xml:space="preserve">[23:54] </w:t>
      </w:r>
      <w:r>
        <w:t>that if anyone pass, passes a remark that is derogatory.</w:t>
      </w:r>
    </w:p>
    <w:p>
      <w:pPr>
        <w:jc w:val="right"/>
      </w:pPr>
      <w:r>
        <w:t>دیٹ اف اینی ون پاس، پاسز ا ریمارک دیٹ از ڈیروگیٹری۔</w:t>
      </w:r>
    </w:p>
    <w:p>
      <w:r>
        <w:rPr>
          <w:b/>
        </w:rPr>
        <w:t xml:space="preserve">[24:04] </w:t>
      </w:r>
      <w:r>
        <w:t>We have no right to kill him</w:t>
      </w:r>
    </w:p>
    <w:p>
      <w:pPr>
        <w:jc w:val="right"/>
      </w:pPr>
      <w:r>
        <w:t>وی ہیو نو رائٹ ٹو کل ہم</w:t>
      </w:r>
    </w:p>
    <w:p>
      <w:r>
        <w:rPr>
          <w:b/>
        </w:rPr>
        <w:t xml:space="preserve">[24:09] </w:t>
      </w:r>
      <w:r>
        <w:t>. No, instead, we have to advise Muslims not to, not to react negatively.</w:t>
      </w:r>
    </w:p>
    <w:p>
      <w:pPr>
        <w:jc w:val="right"/>
      </w:pPr>
      <w:r>
        <w:t>۔ نو، انسٹیڈ، وی ہیو ٹو ایڈوائس مسلمز ناٹ ٹو، ناٹ ٹو ری ایکٹ نیگیٹیولی۔</w:t>
      </w:r>
    </w:p>
    <w:p>
      <w:r>
        <w:rPr>
          <w:b/>
        </w:rPr>
        <w:t xml:space="preserve">[24:23] </w:t>
      </w:r>
      <w:r>
        <w:t>This Hadith is very clear. Prophet of Islam never said anything to that Jew.</w:t>
      </w:r>
    </w:p>
    <w:p>
      <w:pPr>
        <w:jc w:val="right"/>
      </w:pPr>
      <w:r>
        <w:t>دس حدیث از ویری کلیئر۔ پرافٹ اف اسلام نیور سیڈ اینی تھنگ ٹو دیٹ جو۔</w:t>
      </w:r>
    </w:p>
    <w:p>
      <w:r>
        <w:rPr>
          <w:b/>
        </w:rPr>
        <w:t xml:space="preserve">[24:32] </w:t>
      </w:r>
      <w:r>
        <w:t>He only advised Muslim not to indulge in such discussions and not to react negatively.</w:t>
      </w:r>
    </w:p>
    <w:p>
      <w:pPr>
        <w:jc w:val="right"/>
      </w:pPr>
      <w:r>
        <w:t>ہی اونلی ایڈوائزڈ مسلم ناٹ ٹو انڈلٹ ان سچ ڈسکشنز اینڈ ناٹ ٹو ری ایکٹ نیگیٹیولی۔</w:t>
      </w:r>
    </w:p>
    <w:p>
      <w:r>
        <w:rPr>
          <w:b/>
        </w:rPr>
        <w:t xml:space="preserve">[24:48] </w:t>
      </w:r>
      <w:r>
        <w:t>so, this is a clear</w:t>
      </w:r>
    </w:p>
    <w:p>
      <w:pPr>
        <w:jc w:val="right"/>
      </w:pPr>
      <w:r>
        <w:t>سو، دس از ا کلیئر</w:t>
      </w:r>
    </w:p>
    <w:p>
      <w:r>
        <w:rPr>
          <w:b/>
        </w:rPr>
        <w:t xml:space="preserve">[24:54] </w:t>
      </w:r>
      <w:r>
        <w:t>hadith.</w:t>
      </w:r>
    </w:p>
    <w:p>
      <w:pPr>
        <w:jc w:val="right"/>
      </w:pPr>
      <w:r>
        <w:t>حدیث۔</w:t>
      </w:r>
    </w:p>
    <w:p>
      <w:r>
        <w:rPr>
          <w:b/>
        </w:rPr>
        <w:t xml:space="preserve">[25:00] </w:t>
      </w:r>
      <w:r>
        <w:t>so, I can say that</w:t>
      </w:r>
    </w:p>
    <w:p>
      <w:pPr>
        <w:jc w:val="right"/>
      </w:pPr>
      <w:r>
        <w:t>سو، ائی کین سے دیٹ</w:t>
      </w:r>
    </w:p>
    <w:p>
      <w:r>
        <w:rPr>
          <w:b/>
        </w:rPr>
        <w:t xml:space="preserve">[25:04] </w:t>
      </w:r>
      <w:r>
        <w:t>the present notion</w:t>
      </w:r>
    </w:p>
    <w:p>
      <w:pPr>
        <w:jc w:val="right"/>
      </w:pPr>
      <w:r>
        <w:t>دا پریزنٹ نوشن</w:t>
      </w:r>
    </w:p>
    <w:p>
      <w:r>
        <w:rPr>
          <w:b/>
        </w:rPr>
        <w:t xml:space="preserve">[25:07] </w:t>
      </w:r>
      <w:r>
        <w:t>that shat rasool is a,</w:t>
      </w:r>
    </w:p>
    <w:p>
      <w:pPr>
        <w:jc w:val="right"/>
      </w:pPr>
      <w:r>
        <w:t>دیٹ شت رسول از ا،</w:t>
      </w:r>
    </w:p>
    <w:p>
      <w:r>
        <w:rPr>
          <w:b/>
        </w:rPr>
        <w:t xml:space="preserve">[25:12] </w:t>
      </w:r>
      <w:r>
        <w:t>is a countable offense</w:t>
      </w:r>
    </w:p>
    <w:p>
      <w:pPr>
        <w:jc w:val="right"/>
      </w:pPr>
      <w:r>
        <w:t>از ا کاؤنٹیبل افنس</w:t>
      </w:r>
    </w:p>
    <w:p>
      <w:r>
        <w:rPr>
          <w:b/>
        </w:rPr>
        <w:t xml:space="preserve">[25:17] </w:t>
      </w:r>
      <w:r>
        <w:t>det laibl to deth iz kmpleTli besd in qyas, nat besd in quran and hadis.</w:t>
      </w:r>
    </w:p>
    <w:p>
      <w:pPr>
        <w:jc w:val="right"/>
      </w:pPr>
      <w:r>
        <w:t>دیٹ لائبل ٹو ڈیتھ از کمپلیٹلی بیسڈ ان قیاس، ناٹ بیسڈ ان قران اینڈ حدیث۔</w:t>
      </w:r>
    </w:p>
    <w:p>
      <w:r>
        <w:rPr>
          <w:b/>
        </w:rPr>
        <w:t xml:space="preserve">[25:30] </w:t>
      </w:r>
      <w:r>
        <w:t>Then, there is one more important point. You know, Islam is a da'wah movement.</w:t>
      </w:r>
    </w:p>
    <w:p>
      <w:pPr>
        <w:jc w:val="right"/>
      </w:pPr>
      <w:r>
        <w:t>دین، دیر از ون مور امپورٹنٹ پوائنٹ۔ یو نو، اسلام از ا دعوی موومنٹ۔</w:t>
      </w:r>
    </w:p>
    <w:p>
      <w:r>
        <w:rPr>
          <w:b/>
        </w:rPr>
        <w:t xml:space="preserve">[25:45] </w:t>
      </w:r>
      <w:r>
        <w:t>Islam requires da'wah. Islam is a religion of da'wah.</w:t>
      </w:r>
    </w:p>
    <w:p>
      <w:pPr>
        <w:jc w:val="right"/>
      </w:pPr>
      <w:r>
        <w:t>اسلام ریکوائر دعوی۔ اسلام از ا ریلیجن اف دعوی۔</w:t>
      </w:r>
    </w:p>
    <w:p>
      <w:r>
        <w:rPr>
          <w:b/>
        </w:rPr>
        <w:t xml:space="preserve">[25:58] </w:t>
      </w:r>
      <w:r>
        <w:t>Islam is a religion of da'wah. Prophet of Islam and also his prophets followers. Prophet of Islam and also all his followers are da'wah.</w:t>
      </w:r>
    </w:p>
    <w:p>
      <w:pPr>
        <w:jc w:val="right"/>
      </w:pPr>
      <w:r>
        <w:t>اسلام از ا ریلیجن اف دعوی۔ پرافٹ اف اسلام اینڈ السو ہز پرافٹس فالوورز۔ پرافٹ اف اسلام اینڈ السو ال ہز فالوورز ار دائی۔</w:t>
      </w:r>
    </w:p>
    <w:p>
      <w:r>
        <w:rPr>
          <w:b/>
        </w:rPr>
        <w:t xml:space="preserve">[26:10] </w:t>
      </w:r>
      <w:r>
        <w:t>It is that duty. It is that duty to spread the message of Islam to all mankind.</w:t>
      </w:r>
    </w:p>
    <w:p>
      <w:pPr>
        <w:jc w:val="right"/>
      </w:pPr>
      <w:r>
        <w:t>اٹ از دیٹ ڈیوٹی۔ اٹ از دیٹ ڈیوٹی ٹو سپریڈ دا میسج اف اسلام ٹو ال مین کائنڈ۔</w:t>
      </w:r>
    </w:p>
    <w:p>
      <w:r>
        <w:rPr>
          <w:b/>
        </w:rPr>
        <w:t xml:space="preserve">[26:21] </w:t>
      </w:r>
      <w:r>
        <w:t>It is most important duty of all the followers, all the Muslims to convey the message of Islam to all mankind.</w:t>
      </w:r>
    </w:p>
    <w:p>
      <w:pPr>
        <w:jc w:val="right"/>
      </w:pPr>
      <w:r>
        <w:t>اٹ از موسٹ امپورٹنٹ ڈیوٹی اف ال دا فالوورز، ال دا مسلمز ٹو کنوے دا میسج اف اسلام ٹو ال مین کائنڈ۔</w:t>
      </w:r>
    </w:p>
    <w:p>
      <w:r>
        <w:rPr>
          <w:b/>
        </w:rPr>
        <w:t xml:space="preserve">[26:35] </w:t>
      </w:r>
      <w:r>
        <w:t>So, this kind of mission requires normalcy. This kind of mission requires normal relationship between da'wah and mad'u, between Muslims and non Muslims.</w:t>
      </w:r>
    </w:p>
    <w:p>
      <w:pPr>
        <w:jc w:val="right"/>
      </w:pPr>
      <w:r>
        <w:t>سو، دس کائنڈ اف مشن ریکوائر نارملسی۔ دس کائنڈ اف مشن ریکوائر نارمل ریلیشن شپ بٹوین دائی اینڈ مدو، بٹوین مسلمز اینڈ نان مسلمز۔</w:t>
      </w:r>
    </w:p>
    <w:p>
      <w:r>
        <w:rPr>
          <w:b/>
        </w:rPr>
        <w:t xml:space="preserve">[26:53] </w:t>
      </w:r>
      <w:r>
        <w:t>So, Muslim cannot afford</w:t>
      </w:r>
    </w:p>
    <w:p>
      <w:pPr>
        <w:jc w:val="right"/>
      </w:pPr>
      <w:r>
        <w:t>سو، مسلم کین ناٹ افورڈ</w:t>
      </w:r>
    </w:p>
    <w:p>
      <w:r>
        <w:rPr>
          <w:b/>
        </w:rPr>
        <w:t xml:space="preserve">[26:59] </w:t>
      </w:r>
      <w:r>
        <w:t>such kind of behavior because if you kill a Muslim. If you kill writer.</w:t>
      </w:r>
    </w:p>
    <w:p>
      <w:pPr>
        <w:jc w:val="right"/>
      </w:pPr>
      <w:r>
        <w:t>سچ کائنڈ اف بیہیویئر بیکاز اف یو کل ا مسلم۔ اف یو کل رائٹر۔</w:t>
      </w:r>
    </w:p>
    <w:p>
      <w:r>
        <w:rPr>
          <w:b/>
        </w:rPr>
        <w:t xml:space="preserve">[27:08] </w:t>
      </w:r>
      <w:r>
        <w:t>If you kill a writer simply because he has published a book in which according to your feeling, there are some derogatory remarks.</w:t>
      </w:r>
    </w:p>
    <w:p>
      <w:pPr>
        <w:jc w:val="right"/>
      </w:pPr>
      <w:r>
        <w:t>اف یو کل ا رائٹر سمپلی بیکاز ہی ہیز پبلش ا بک ان وچ اکارڈنگ ٹو یور فیلنگ، دیر ار سم ڈیروگری ریمارکس۔</w:t>
      </w:r>
    </w:p>
    <w:p>
      <w:r>
        <w:rPr>
          <w:b/>
        </w:rPr>
        <w:t xml:space="preserve">[27:19] </w:t>
      </w:r>
      <w:r>
        <w:t>So, if you kill that, that writer, it is bound to, bound to produce</w:t>
      </w:r>
    </w:p>
    <w:p>
      <w:pPr>
        <w:jc w:val="right"/>
      </w:pPr>
      <w:r>
        <w:t>سو، اف یو کل دیٹ، دیٹ رائٹر، اٹ از باؤنڈ ٹو، باؤنڈ ٹو پروڈیوس</w:t>
      </w:r>
    </w:p>
    <w:p>
      <w:r>
        <w:rPr>
          <w:b/>
        </w:rPr>
        <w:t xml:space="preserve">[27:32] </w:t>
      </w:r>
      <w:r>
        <w:t>hate and enmity. And it happened when Muslim scholars issue fatwa against Rushdie.</w:t>
      </w:r>
    </w:p>
    <w:p>
      <w:pPr>
        <w:jc w:val="right"/>
      </w:pPr>
      <w:r>
        <w:t>ہیٹ اینڈ اینمیٹی۔ اینڈ اٹ ہیپن وین مسلم اسکالرز ایشو فتوی اگینسٹ رشدی۔</w:t>
      </w:r>
    </w:p>
    <w:p>
      <w:r>
        <w:rPr>
          <w:b/>
        </w:rPr>
        <w:t xml:space="preserve">[27:47] </w:t>
      </w:r>
      <w:r>
        <w:t>When, you know, Rushdie published a book with the title Satanic Verses. Satanic Verses.</w:t>
      </w:r>
    </w:p>
    <w:p>
      <w:pPr>
        <w:jc w:val="right"/>
      </w:pPr>
      <w:r>
        <w:t>وین، یو نو، رشدی پبلش ا بک ود دا ٹائٹل سیٹنک ورسز۔ سیٹنک ورسز۔</w:t>
      </w:r>
    </w:p>
    <w:p>
      <w:r>
        <w:rPr>
          <w:b/>
        </w:rPr>
        <w:t xml:space="preserve">[27:58] </w:t>
      </w:r>
      <w:r>
        <w:t>This happened in some other writers like Taslima Nasreen. So, when these writers publish a book and Muslims felt that there are some abusive remarks to the Prophet of Islam or blasphemy,</w:t>
      </w:r>
    </w:p>
    <w:p>
      <w:pPr>
        <w:jc w:val="right"/>
      </w:pPr>
      <w:r>
        <w:t>دس ہیپن ان سم ادر رائٹرز لائک تسلیم النسرین۔ سو، وین دیز رائٹرز پبلش ا بک اینڈ مسلمز فیلٹ دیٹ دیر ار سم ابیوسی ریمارکس ٹو دا پرافٹ اف اسلام اور بلاسفیمی،</w:t>
      </w:r>
    </w:p>
    <w:p>
      <w:r>
        <w:rPr>
          <w:b/>
        </w:rPr>
        <w:t xml:space="preserve">[28:23] </w:t>
      </w:r>
      <w:r>
        <w:t>and then Muslim scholars issue fatwa, kill that writer. He is liable to, to capital punishment.</w:t>
      </w:r>
    </w:p>
    <w:p>
      <w:pPr>
        <w:jc w:val="right"/>
      </w:pPr>
      <w:r>
        <w:t>اینڈ دین مسلم اسکالرز ایشو فتوی، کل دیٹ رائٹر۔ ہی از لائبل ٹو، ٹو کیپیٹل پنشمنٹ۔</w:t>
      </w:r>
    </w:p>
    <w:p>
      <w:r>
        <w:rPr>
          <w:b/>
        </w:rPr>
        <w:t xml:space="preserve">[28:36] </w:t>
      </w:r>
      <w:r>
        <w:t>Then what happened?</w:t>
      </w:r>
    </w:p>
    <w:p>
      <w:pPr>
        <w:jc w:val="right"/>
      </w:pPr>
      <w:r>
        <w:t>دین واٹ ہیپن؟</w:t>
      </w:r>
    </w:p>
    <w:p>
      <w:r>
        <w:rPr>
          <w:b/>
        </w:rPr>
        <w:t xml:space="preserve">[28:38] </w:t>
      </w:r>
      <w:r>
        <w:t>All these writers are alive. Salman Rushdie is alive. Taslima Nasreen is alive. But what happened?</w:t>
      </w:r>
    </w:p>
    <w:p>
      <w:pPr>
        <w:jc w:val="right"/>
      </w:pPr>
      <w:r>
        <w:t>ال دیز رائٹرز ار الائیو۔ سمر رشدی از الائیو۔ تسلیم النسرین از الائیو۔ بٹ واٹ ہیپن؟</w:t>
      </w:r>
    </w:p>
    <w:p>
      <w:r>
        <w:rPr>
          <w:b/>
        </w:rPr>
        <w:t xml:space="preserve">[28:50] </w:t>
      </w:r>
      <w:r>
        <w:t>People became against Islam throughout the world because we are living in the age of media.</w:t>
      </w:r>
    </w:p>
    <w:p>
      <w:pPr>
        <w:jc w:val="right"/>
      </w:pPr>
      <w:r>
        <w:t>پیپل بیکم اگینسٹ اسلام تھروٹ دی ورلڈ بیکاز وی ار لیونگ ان دا ایج اف میڈیا۔</w:t>
      </w:r>
    </w:p>
    <w:p>
      <w:r>
        <w:rPr>
          <w:b/>
        </w:rPr>
        <w:t xml:space="preserve">[29:00] </w:t>
      </w:r>
      <w:r>
        <w:t>At present, we are living in the age of media. When these scholars issue such fatwa, it was instantly reported in media, in print media and electronic media.</w:t>
      </w:r>
    </w:p>
    <w:p>
      <w:pPr>
        <w:jc w:val="right"/>
      </w:pPr>
      <w:r>
        <w:t>ایٹ پریزنٹ، وی ار لیونگ ان دا ایج اف میڈیا۔ وین دیز اسکالرز ایشو سچ فتوی، اٹ واز انسٹنٹلی رپورٹڈ ان میڈیا، ان پرنٹ میڈیا اینڈ الیکٹرانک میڈیا۔</w:t>
      </w:r>
    </w:p>
    <w:p>
      <w:r>
        <w:rPr>
          <w:b/>
        </w:rPr>
        <w:t xml:space="preserve">[29:17] </w:t>
      </w:r>
      <w:r>
        <w:t>So, all the people were, were. So, media through media, all the people came to know that this kind of fatwa was issued by Muslim scholars.</w:t>
      </w:r>
    </w:p>
    <w:p>
      <w:pPr>
        <w:jc w:val="right"/>
      </w:pPr>
      <w:r>
        <w:t>سو، ال دا پیپل ویر، ویر۔ سو، میڈیا تھرو میڈیا، ال دا پیپل کیم ٹو نو دیٹ دس کائنڈ اف فتوی واز ایشوڈ بائی مسلم اسکالرز۔</w:t>
      </w:r>
    </w:p>
    <w:p>
      <w:r>
        <w:rPr>
          <w:b/>
        </w:rPr>
        <w:t xml:space="preserve">[29:39] </w:t>
      </w:r>
      <w:r>
        <w:t>And due to this fatwa, people</w:t>
      </w:r>
    </w:p>
    <w:p>
      <w:pPr>
        <w:jc w:val="right"/>
      </w:pPr>
      <w:r>
        <w:t>اینڈ ڈیو ٹو دس فتوی، پیپل</w:t>
      </w:r>
    </w:p>
    <w:p>
      <w:r>
        <w:rPr>
          <w:b/>
        </w:rPr>
        <w:t xml:space="preserve">[29:49] </w:t>
      </w:r>
      <w:r>
        <w:t>used to believe that Islam is against the freedom of opinion.</w:t>
      </w:r>
    </w:p>
    <w:p>
      <w:pPr>
        <w:jc w:val="right"/>
      </w:pPr>
      <w:r>
        <w:t>یوز ٹو بیلیو دیٹ اسلام از اگینسٹ دی فریڈم اف اوپینین۔</w:t>
      </w:r>
    </w:p>
    <w:p>
      <w:r>
        <w:rPr>
          <w:b/>
        </w:rPr>
        <w:t xml:space="preserve">[30:01] </w:t>
      </w:r>
      <w:r>
        <w:t>In Islam, there is no right of expression.</w:t>
      </w:r>
    </w:p>
    <w:p>
      <w:pPr>
        <w:jc w:val="right"/>
      </w:pPr>
      <w:r>
        <w:t>ان اسلام، دیر از نو رائٹ اف ایکسپریشن۔</w:t>
      </w:r>
    </w:p>
    <w:p>
      <w:r>
        <w:rPr>
          <w:b/>
        </w:rPr>
        <w:t xml:space="preserve">[30:08] </w:t>
      </w:r>
      <w:r>
        <w:t>even one man has no right to live. you know, in our present age, that two very important things.</w:t>
      </w:r>
    </w:p>
    <w:p>
      <w:pPr>
        <w:jc w:val="right"/>
      </w:pPr>
      <w:r>
        <w:t>ایون ون مین ہیز نو رائٹ ٹو لیو۔ یو نو، ان اور پریزنٹ ایج، دیٹ ٹو ویری امپورٹنٹ تھنگز۔</w:t>
      </w:r>
    </w:p>
    <w:p>
      <w:r>
        <w:rPr>
          <w:b/>
        </w:rPr>
        <w:t xml:space="preserve">[30:19] </w:t>
      </w:r>
      <w:r>
        <w:t>first, that modern man believes that freedom is some boon. modern man throughout the world believes that freedom is some boon.</w:t>
      </w:r>
    </w:p>
    <w:p>
      <w:pPr>
        <w:jc w:val="right"/>
      </w:pPr>
      <w:r>
        <w:t>فرسٹ، دیٹ ماڈرن مین بیلیوز دیٹ فریڈم از سم بونم۔ ماڈرن مین تھروٹ دی ورلڈ بیلیو دیٹ فریڈم از سم بونم۔</w:t>
      </w:r>
    </w:p>
    <w:p>
      <w:r>
        <w:rPr>
          <w:b/>
        </w:rPr>
        <w:t xml:space="preserve">[30:40] </w:t>
      </w:r>
      <w:r>
        <w:t>then, there is media. everything instantly is reported in media. so, when they muslim, when, when the muslim scholars issue such fatwa,</w:t>
      </w:r>
    </w:p>
    <w:p>
      <w:pPr>
        <w:jc w:val="right"/>
      </w:pPr>
      <w:r>
        <w:t>دین، دیر از میڈیا۔ ایوری تھنگ انسٹنٹلی از رپورٹڈ ان میڈیا۔ سو، وین دے مسلم، وین، وین دا مسلم اسکالرز ایشو سچ فتوی،</w:t>
      </w:r>
    </w:p>
    <w:p>
      <w:r>
        <w:rPr>
          <w:b/>
        </w:rPr>
        <w:t xml:space="preserve">[30:55] </w:t>
      </w:r>
      <w:r>
        <w:t>fatwa of killing, that was against the present notion that freedom is some boon. everyone has right to speech.</w:t>
      </w:r>
    </w:p>
    <w:p>
      <w:pPr>
        <w:jc w:val="right"/>
      </w:pPr>
      <w:r>
        <w:t>فتوی اف کلنگ، دیٹ واز اگینسٹ دی پریزنٹ نوشن دیٹ فریڈم از سم بونم۔ ایوری ون ہیز رائٹ ٹو سپیچ۔</w:t>
      </w:r>
    </w:p>
    <w:p>
      <w:r>
        <w:rPr>
          <w:b/>
        </w:rPr>
        <w:t xml:space="preserve">[31:05] </w:t>
      </w:r>
      <w:r>
        <w:t>everyone has right to speak, right to write. everything has right to express his opinions. so, this fatwa was very against this, this modern</w:t>
      </w:r>
    </w:p>
    <w:p>
      <w:pPr>
        <w:jc w:val="right"/>
      </w:pPr>
      <w:r>
        <w:t>ایوری ون ہیز رائٹ ٹو سپیک، رائٹ ٹو رائٹ۔ ایوری تھنگ ہیز رائٹ ٹو ایکسپریس ہز اوپینینز۔ سو، دس فتواز ویر اگینسٹ دس، دس ماڈرن</w:t>
      </w:r>
    </w:p>
    <w:p>
      <w:r>
        <w:rPr>
          <w:b/>
        </w:rPr>
        <w:t xml:space="preserve">[31:22] </w:t>
      </w:r>
      <w:r>
        <w:t>belief. it is, it is a religion of mankind.</w:t>
      </w:r>
    </w:p>
    <w:p>
      <w:pPr>
        <w:jc w:val="right"/>
      </w:pPr>
      <w:r>
        <w:t>بیلیف۔ اٹ از، اٹ از ا ریلیجن اف مین کائنڈ۔</w:t>
      </w:r>
    </w:p>
    <w:p>
      <w:r>
        <w:rPr>
          <w:b/>
        </w:rPr>
        <w:t xml:space="preserve">[31:29] </w:t>
      </w:r>
      <w:r>
        <w:t>it is a religion of modern, modern man. modern wear, modern, modern man believes in, in modern man believes in freedom as an article of faith</w:t>
      </w:r>
    </w:p>
    <w:p>
      <w:pPr>
        <w:jc w:val="right"/>
      </w:pPr>
      <w:r>
        <w:t>اٹ از ا ریلیجن اف ماڈرن، ماڈرن مین۔ ماڈرن ویر، ماڈرن، ماڈرن مین بیلیوز ان، ان ماڈرن مین بیلیوز ان فریڈم ایز ان ارٹیکل اف فیتھ</w:t>
      </w:r>
    </w:p>
    <w:p>
      <w:r>
        <w:rPr>
          <w:b/>
        </w:rPr>
        <w:t xml:space="preserve">[31:47] </w:t>
      </w:r>
      <w:r>
        <w:t>. so, this fatwa was not only against those writers. this was, this fatwa was against the present religion,</w:t>
      </w:r>
    </w:p>
    <w:p>
      <w:pPr>
        <w:jc w:val="right"/>
      </w:pPr>
      <w:r>
        <w:t>۔ سو، دس فتوی واز ناٹ اونلی اگینسٹ دوز رائٹرز۔ دس واز، دس فتوی واز اگینسٹ دا پریزنٹ ریلیجن،</w:t>
      </w:r>
    </w:p>
    <w:p>
      <w:r>
        <w:rPr>
          <w:b/>
        </w:rPr>
        <w:t xml:space="preserve">[32:00] </w:t>
      </w:r>
      <w:r>
        <w:t>against the present thought</w:t>
      </w:r>
    </w:p>
    <w:p>
      <w:pPr>
        <w:jc w:val="right"/>
      </w:pPr>
      <w:r>
        <w:t>اگینسٹ دا پریزنٹ تھاٹ</w:t>
      </w:r>
    </w:p>
    <w:p>
      <w:r>
        <w:rPr>
          <w:b/>
        </w:rPr>
        <w:t xml:space="preserve">[32:05] </w:t>
      </w:r>
      <w:r>
        <w:t>. so, it was very, very serious. so, everywhere people became furious, became negative.</w:t>
      </w:r>
    </w:p>
    <w:p>
      <w:pPr>
        <w:jc w:val="right"/>
      </w:pPr>
      <w:r>
        <w:t>۔ سو، اٹ واز ویری، ویری سیریس۔ سو، ایوری ویر پیپل بیکم فیوریس، بیکم نیگیٹیو۔</w:t>
      </w:r>
    </w:p>
    <w:p>
      <w:r>
        <w:rPr>
          <w:b/>
        </w:rPr>
        <w:t xml:space="preserve">[32:20] </w:t>
      </w:r>
      <w:r>
        <w:t>and you know what happens?</w:t>
      </w:r>
    </w:p>
    <w:p>
      <w:pPr>
        <w:jc w:val="right"/>
      </w:pPr>
      <w:r>
        <w:t>اینڈ یو نو واٹ ہیپن؟</w:t>
      </w:r>
    </w:p>
    <w:p>
      <w:r>
        <w:rPr>
          <w:b/>
        </w:rPr>
        <w:t xml:space="preserve">[32:25] </w:t>
      </w:r>
      <w:r>
        <w:t>although those writers were not killed, but da'wah opportunities were killed.</w:t>
      </w:r>
    </w:p>
    <w:p>
      <w:pPr>
        <w:jc w:val="right"/>
      </w:pPr>
      <w:r>
        <w:t>الدو دوز رائٹرز ویر ناٹ کلڈ، بٹ دعوی اپرچونیٹیز ویر کلڈ۔</w:t>
      </w:r>
    </w:p>
    <w:p>
      <w:r>
        <w:rPr>
          <w:b/>
        </w:rPr>
        <w:t xml:space="preserve">[32:34] </w:t>
      </w:r>
      <w:r>
        <w:t>these people failed to kill those writers, but they killed the da'wah opportunity.</w:t>
      </w:r>
    </w:p>
    <w:p>
      <w:pPr>
        <w:jc w:val="right"/>
      </w:pPr>
      <w:r>
        <w:t>دیز پیپلز فیلڈ ٹو کلڈ دوز رائٹرز، بٹ دے کلڈ دا دعوی اپرچونیٹی۔</w:t>
      </w:r>
    </w:p>
    <w:p>
      <w:r>
        <w:rPr>
          <w:b/>
        </w:rPr>
        <w:t xml:space="preserve">[32:53] </w:t>
      </w:r>
      <w:r>
        <w:t>it is very important.</w:t>
      </w:r>
    </w:p>
    <w:p>
      <w:pPr>
        <w:jc w:val="right"/>
      </w:pPr>
      <w:r>
        <w:t>اٹ از ویری امپورٹنٹ۔</w:t>
      </w:r>
    </w:p>
    <w:p>
      <w:r>
        <w:rPr>
          <w:b/>
        </w:rPr>
        <w:t xml:space="preserve">[32:58] </w:t>
      </w:r>
      <w:r>
        <w:t>these scholars failed to kill those writers, but at the same time, they killed all those da'wah opportunities because were, because da'wah requires normalcy.</w:t>
      </w:r>
    </w:p>
    <w:p>
      <w:pPr>
        <w:jc w:val="right"/>
      </w:pPr>
      <w:r>
        <w:t>دیز اسکالرز فیلڈ ٹو کلڈ دوز رائٹرز، بٹ ایٹ دا سیم ٹائم، دے کلڈ ال دوز دعوی اپرچونیٹیز بیکاز ویر، بیکاز دعوی ریکوائر نارملسی۔</w:t>
      </w:r>
    </w:p>
    <w:p>
      <w:r>
        <w:rPr>
          <w:b/>
        </w:rPr>
        <w:t xml:space="preserve">[33:21] </w:t>
      </w:r>
      <w:r>
        <w:t>da'wah requires normal relationship between da'ee and mad'u, between muslims and non muslims. and, and this normalcy was completely shattered.</w:t>
      </w:r>
    </w:p>
    <w:p>
      <w:pPr>
        <w:jc w:val="right"/>
      </w:pPr>
      <w:r>
        <w:t>دعوی ریکوائر نارمل ریلیشن شپ بٹوین دائی اینڈ مدو، بٹوین مسلمز اینڈ نان مسلمز۔ اینڈ، اینڈ دس نارملسی واز کمپلیٹلی شیٹرڈ۔</w:t>
      </w:r>
    </w:p>
    <w:p>
      <w:r>
        <w:rPr>
          <w:b/>
        </w:rPr>
        <w:t xml:space="preserve">[33:37] </w:t>
      </w:r>
      <w:r>
        <w:t>so, this fatwa, all these fatwa. so, this fatwa, this fatwa, this fatwa was not against some writers.</w:t>
      </w:r>
    </w:p>
    <w:p>
      <w:pPr>
        <w:jc w:val="right"/>
      </w:pPr>
      <w:r>
        <w:t>سو، دس فتوی، ال دیز فتوی۔ سو، دس فتوی، دس فتوی، دس فتوی واز ناٹ اگینسٹ سم رائٹرز۔</w:t>
      </w:r>
    </w:p>
    <w:p>
      <w:r>
        <w:rPr>
          <w:b/>
        </w:rPr>
        <w:t xml:space="preserve">[33:49] </w:t>
      </w:r>
      <w:r>
        <w:t>it was against the, against the, against Islam, against da'wah.</w:t>
      </w:r>
    </w:p>
    <w:p>
      <w:pPr>
        <w:jc w:val="right"/>
      </w:pPr>
      <w:r>
        <w:t>اٹ واز اگینسٹ دا، اگینسٹ دی، اگینسٹ اسلام، اگینسٹ دعوی۔</w:t>
      </w:r>
    </w:p>
    <w:p>
      <w:r>
        <w:rPr>
          <w:b/>
        </w:rPr>
        <w:t xml:space="preserve">[34:05] </w:t>
      </w:r>
      <w:r>
        <w:t>so, it is very important</w:t>
      </w:r>
    </w:p>
    <w:p>
      <w:pPr>
        <w:jc w:val="right"/>
      </w:pPr>
      <w:r>
        <w:t>سو، اٹ از ویری امپورٹنٹ</w:t>
      </w:r>
    </w:p>
    <w:p>
      <w:r>
        <w:rPr>
          <w:b/>
        </w:rPr>
        <w:t xml:space="preserve">[34:09] </w:t>
      </w:r>
      <w:r>
        <w:t>to, to reassess the whole matter.</w:t>
      </w:r>
    </w:p>
    <w:p>
      <w:pPr>
        <w:jc w:val="right"/>
      </w:pPr>
      <w:r>
        <w:t>ٹو، ٹو ری اسس دا ہول میٹر۔</w:t>
      </w:r>
    </w:p>
    <w:p>
      <w:r>
        <w:rPr>
          <w:b/>
        </w:rPr>
        <w:t xml:space="preserve">[34:17] </w:t>
      </w:r>
      <w:r>
        <w:t>for the sake of our, for the sake of argument, I would like to say that if, if it is a commandment in Islam that one who commits blasphemy, he will be killed.</w:t>
      </w:r>
    </w:p>
    <w:p>
      <w:pPr>
        <w:jc w:val="right"/>
      </w:pPr>
      <w:r>
        <w:t>فار دا سیک اف اور، فار دا سیک اف ارگیومنٹ، ائی وڈ لائک ٹو سے دیٹ اف، اف اٹ از ا کمانڈمنٹ ان اسلام دیٹ ون ہو کمٹس بلاسفیمی، ہی ول بی کلڈ۔</w:t>
      </w:r>
    </w:p>
    <w:p>
      <w:r>
        <w:rPr>
          <w:b/>
        </w:rPr>
        <w:t xml:space="preserve">[34:33] </w:t>
      </w:r>
      <w:r>
        <w:t>even then, you have to, you have to stop this, this commandment.</w:t>
      </w:r>
    </w:p>
    <w:p>
      <w:pPr>
        <w:jc w:val="right"/>
      </w:pPr>
      <w:r>
        <w:t>ایون دین، یو ہیو ٹو، یو ہیو ٹو سٹاپ دس، دس کمانڈمنٹ۔</w:t>
      </w:r>
    </w:p>
    <w:p>
      <w:r>
        <w:rPr>
          <w:b/>
        </w:rPr>
        <w:t xml:space="preserve">[34:41] </w:t>
      </w:r>
      <w:r>
        <w:t>why? because this kind, this kind of fatwa are bound to, to produce,</w:t>
      </w:r>
    </w:p>
    <w:p>
      <w:pPr>
        <w:jc w:val="right"/>
      </w:pPr>
      <w:r>
        <w:t>وائی؟ بیکاز دس کائنڈ، دس کائنڈ اف فتوی ار باؤنڈ ٹو، ٹو پروڈیوس،</w:t>
      </w:r>
    </w:p>
    <w:p>
      <w:r>
        <w:rPr>
          <w:b/>
        </w:rPr>
        <w:t xml:space="preserve">[34:51] </w:t>
      </w:r>
      <w:r>
        <w:t>bound to become. this kind, this kind of fatwa is bound to become counter productive.</w:t>
      </w:r>
    </w:p>
    <w:p>
      <w:pPr>
        <w:jc w:val="right"/>
      </w:pPr>
      <w:r>
        <w:t>باؤنڈ ٹو بیکم۔ دس کائنڈ، دس کائنڈ اف فتوی از باؤنڈ ٹو بیکم کاؤنٹر پروڈکٹو۔</w:t>
      </w:r>
    </w:p>
    <w:p>
      <w:r>
        <w:rPr>
          <w:b/>
        </w:rPr>
        <w:t xml:space="preserve">[35:01] </w:t>
      </w:r>
      <w:r>
        <w:t>so, you have to see the result.</w:t>
      </w:r>
    </w:p>
    <w:p>
      <w:pPr>
        <w:jc w:val="right"/>
      </w:pPr>
      <w:r>
        <w:t>سو، یو ہیو ٹو سی دا رزلٹ۔</w:t>
      </w:r>
    </w:p>
    <w:p>
      <w:r>
        <w:rPr>
          <w:b/>
        </w:rPr>
        <w:t xml:space="preserve">[35:04] </w:t>
      </w:r>
      <w:r>
        <w:t>at is also in islamic, islamic teaching that if the result is negative, you have to abandon that kind of,</w:t>
      </w:r>
    </w:p>
    <w:p>
      <w:pPr>
        <w:jc w:val="right"/>
      </w:pPr>
      <w:r>
        <w:t>اٹ از السو ان اسلامک، اسلامک ٹیچنگ دیٹ اف دا رزلٹ از نیگیٹیو، یو ہیو ٹو ابینڈن دیٹ کائنڈ اف،</w:t>
      </w:r>
    </w:p>
    <w:p>
      <w:r>
        <w:rPr>
          <w:b/>
        </w:rPr>
        <w:t xml:space="preserve">[35:19] </w:t>
      </w:r>
      <w:r>
        <w:t>if a man has an Islam maray, tarka molayyani.</w:t>
      </w:r>
    </w:p>
    <w:p>
      <w:pPr>
        <w:jc w:val="right"/>
      </w:pPr>
      <w:r>
        <w:t>اف ایکٹ۔ من حسن اسلام مرے، ترکہ مولایانی۔</w:t>
      </w:r>
    </w:p>
    <w:p>
      <w:r>
        <w:rPr>
          <w:b/>
        </w:rPr>
        <w:t xml:space="preserve">[35:32] </w:t>
      </w:r>
      <w:r>
        <w:t>so, you have to keep yourself from all those things which, which, which are going to be counter productive.</w:t>
      </w:r>
    </w:p>
    <w:p>
      <w:pPr>
        <w:jc w:val="right"/>
      </w:pPr>
      <w:r>
        <w:t>سو، یو ہیو ٹو کیپ یور سیلف فرام ال دوز تھنگز وچ، وچ، وچ ار گوئنگ ٹو بی کاؤنٹر پروڈکٹو۔</w:t>
      </w:r>
    </w:p>
    <w:p>
      <w:r>
        <w:rPr>
          <w:b/>
        </w:rPr>
        <w:t xml:space="preserve">[35:49] </w:t>
      </w:r>
      <w:r>
        <w:t>so, i am saying that</w:t>
      </w:r>
    </w:p>
    <w:p>
      <w:pPr>
        <w:jc w:val="right"/>
      </w:pPr>
      <w:r>
        <w:t>سو، ائی ایم سینگ دیٹ</w:t>
      </w:r>
    </w:p>
    <w:p>
      <w:r>
        <w:rPr>
          <w:b/>
        </w:rPr>
        <w:t xml:space="preserve">[35:54] </w:t>
      </w:r>
      <w:r>
        <w:t>first of all, this kind of fatwa is completely unislamic.</w:t>
      </w:r>
    </w:p>
    <w:p>
      <w:pPr>
        <w:jc w:val="right"/>
      </w:pPr>
      <w:r>
        <w:t>فرسٹ اف ال، دس کائنڈ اف فتوی از کمپلیٹلی ان اسلامک۔</w:t>
      </w:r>
    </w:p>
    <w:p>
      <w:r>
        <w:rPr>
          <w:b/>
        </w:rPr>
        <w:t xml:space="preserve">[36:05] </w:t>
      </w:r>
      <w:r>
        <w:t>this kind of fatwa is completely unislamic.</w:t>
      </w:r>
    </w:p>
    <w:p>
      <w:pPr>
        <w:jc w:val="right"/>
      </w:pPr>
      <w:r>
        <w:t>دس کائنڈ اف فتوی از کمپلیٹلی ان اسلامک۔</w:t>
      </w:r>
    </w:p>
    <w:p>
      <w:r>
        <w:rPr>
          <w:b/>
        </w:rPr>
        <w:t xml:space="preserve">[36:12] </w:t>
      </w:r>
      <w:r>
        <w:t>this kind of fatwa has no base, basis in islam, in quran and hadith.</w:t>
      </w:r>
    </w:p>
    <w:p>
      <w:pPr>
        <w:jc w:val="right"/>
      </w:pPr>
      <w:r>
        <w:t>دس کائنڈ اف فتوی ہیز نو بیس، بیسس ان اسلام، ان قران اینڈ حدیث۔</w:t>
      </w:r>
    </w:p>
    <w:p>
      <w:r>
        <w:rPr>
          <w:b/>
        </w:rPr>
        <w:t xml:space="preserve">[36:18] </w:t>
      </w:r>
      <w:r>
        <w:t>it is completely based on qiyas.</w:t>
      </w:r>
    </w:p>
    <w:p>
      <w:pPr>
        <w:jc w:val="right"/>
      </w:pPr>
      <w:r>
        <w:t>اٹ از کمپلیٹلی بیسڈ ان قیاس۔</w:t>
      </w:r>
    </w:p>
    <w:p>
      <w:r>
        <w:rPr>
          <w:b/>
        </w:rPr>
        <w:t xml:space="preserve">[36:23] </w:t>
      </w:r>
      <w:r>
        <w:t>and, and even then, if someone believes, if someone believes sincerely that is islamic fatwa, again he must refrain himself from issuing such fatwa because, because it is, it is certain.</w:t>
      </w:r>
    </w:p>
    <w:p>
      <w:pPr>
        <w:jc w:val="right"/>
      </w:pPr>
      <w:r>
        <w:t>اینڈ، اینڈ ایون دین، اف سم ون بیلیوز، اف سم ون بیلیوز سنسیرلی دیٹ از اسلامک فتوی، اگین ہی مسٹ ریفرین ہم سیلف فرام ایشو سچ فتوی بیکاز، بیکاز اٹ از، اٹ از سرٹن۔</w:t>
      </w:r>
    </w:p>
    <w:p>
      <w:r>
        <w:rPr>
          <w:b/>
        </w:rPr>
        <w:t xml:space="preserve">[36:44] </w:t>
      </w:r>
      <w:r>
        <w:t>with certainty, i can say that this kind of fatwa is counter productive.</w:t>
      </w:r>
    </w:p>
    <w:p>
      <w:pPr>
        <w:jc w:val="right"/>
      </w:pPr>
      <w:r>
        <w:t>ود سرٹینٹی، ائی کین سے دیٹ دس کائنڈ اف فتوی از کاؤنٹر پروڈکٹو۔</w:t>
      </w:r>
    </w:p>
    <w:p>
      <w:r>
        <w:rPr>
          <w:b/>
        </w:rPr>
        <w:t xml:space="preserve">[36:55] </w:t>
      </w:r>
      <w:r>
        <w:t>this kind of fatwa is going to prove a counter productive fatwa.</w:t>
      </w:r>
    </w:p>
    <w:p>
      <w:pPr>
        <w:jc w:val="right"/>
      </w:pPr>
      <w:r>
        <w:t>دس کائنڈ اف فتوی از گوئنگ ٹو پروو ا کاؤنٹر پروڈکٹو فتوی۔</w:t>
      </w:r>
    </w:p>
    <w:p>
      <w:r>
        <w:rPr>
          <w:b/>
        </w:rPr>
        <w:t xml:space="preserve">[37:01] </w:t>
      </w:r>
      <w:r>
        <w:t>so, anyone who sincere, he must refrain himself from all these kind of negative practices.</w:t>
      </w:r>
    </w:p>
    <w:p>
      <w:pPr>
        <w:jc w:val="right"/>
      </w:pPr>
      <w:r>
        <w:t>سو، اینی ون ہو سنسیر، ہی مسٹ ریفرین ہم سیلف فرام ال دیز کائنڈ اف نیگیٹیو پریکٹسز۔</w:t>
      </w:r>
    </w:p>
    <w:p>
      <w:r>
        <w:rPr>
          <w:b/>
        </w:rPr>
        <w:t xml:space="preserve">[37:15] </w:t>
      </w:r>
      <w:r>
        <w:t>then, i would like to say that if you read the quran and hadith, you will find that in the early period of islam, there were some peoples like, like these peoples.</w:t>
      </w:r>
    </w:p>
    <w:p>
      <w:pPr>
        <w:jc w:val="right"/>
      </w:pPr>
      <w:r>
        <w:t>دین، ائی وڈ لائک ٹو سے دیٹ اف یو ریڈ دا قران اینڈ حدیث، یو ویل فائنڈ دیٹ ان دا ارلی پیریڈ اف اسلام، دیر وار سم پیپلز لائک، لائک دیز پیپلز۔</w:t>
      </w:r>
    </w:p>
    <w:p>
      <w:r>
        <w:rPr>
          <w:b/>
        </w:rPr>
        <w:t xml:space="preserve">[37:34] </w:t>
      </w:r>
      <w:r>
        <w:t>in the early period of islam, i mean in mecca and medina, there were some men and women who were engaged such kind of derogatory activities.</w:t>
      </w:r>
    </w:p>
    <w:p>
      <w:pPr>
        <w:jc w:val="right"/>
      </w:pPr>
      <w:r>
        <w:t>ان دا ارلی پیریڈ اف اسلام، ائی مین ان مکہ اینڈ مدینہ، دیر وار سم مین اینڈ ویمن ہو ویر انگیج سچ کائنڈ اف ڈیروگیٹری ایکٹیویٹیز۔</w:t>
      </w:r>
    </w:p>
    <w:p>
      <w:r>
        <w:rPr>
          <w:b/>
        </w:rPr>
        <w:t xml:space="preserve">[37:49] </w:t>
      </w:r>
      <w:r>
        <w:t>then what happened?</w:t>
      </w:r>
    </w:p>
    <w:p>
      <w:pPr>
        <w:jc w:val="right"/>
      </w:pPr>
      <w:r>
        <w:t>دین واٹ ہیپن؟</w:t>
      </w:r>
    </w:p>
    <w:p>
      <w:r>
        <w:rPr>
          <w:b/>
        </w:rPr>
        <w:t xml:space="preserve">[37:52] </w:t>
      </w:r>
      <w:r>
        <w:t>prophet of islam and sahaba and quran</w:t>
      </w:r>
    </w:p>
    <w:p>
      <w:pPr>
        <w:jc w:val="right"/>
      </w:pPr>
      <w:r>
        <w:t>پرافٹ اف اسلام اینڈ صحابہ اینڈ قران</w:t>
      </w:r>
    </w:p>
    <w:p>
      <w:r>
        <w:rPr>
          <w:b/>
        </w:rPr>
        <w:t xml:space="preserve">[38:00] </w:t>
      </w:r>
      <w:r>
        <w:t>gave the answer in a positive manner. that is in, they, they reacted in a positive manner.</w:t>
      </w:r>
    </w:p>
    <w:p>
      <w:pPr>
        <w:jc w:val="right"/>
      </w:pPr>
      <w:r>
        <w:t>گیو دا انسر ان ا پوزیٹیو مینر۔ دیٹ از ان، دے، دے ری ایکٹڈ ان ا پوزیٹیو مینر۔</w:t>
      </w:r>
    </w:p>
    <w:p>
      <w:r>
        <w:rPr>
          <w:b/>
        </w:rPr>
        <w:t xml:space="preserve">[38:16] </w:t>
      </w:r>
      <w:r>
        <w:t>they refuted these kind of sayings in rational basis and logical basis.</w:t>
      </w:r>
    </w:p>
    <w:p>
      <w:pPr>
        <w:jc w:val="right"/>
      </w:pPr>
      <w:r>
        <w:t>دے ریفیوٹڈ دیز کائنڈ اف سینگز ان ریشنل بیسس اینڈ لوجیکل بیسس۔</w:t>
      </w:r>
    </w:p>
    <w:p>
      <w:r>
        <w:rPr>
          <w:b/>
        </w:rPr>
        <w:t xml:space="preserve">[38:28] </w:t>
      </w:r>
      <w:r>
        <w:t>they provided logic, they provided reason and not sword.</w:t>
      </w:r>
    </w:p>
    <w:p>
      <w:pPr>
        <w:jc w:val="right"/>
      </w:pPr>
      <w:r>
        <w:t>دے پرووائیڈ لاجک، دے پرووائیڈ ریزن اینڈ ناٹ سورڈ۔</w:t>
      </w:r>
    </w:p>
    <w:p>
      <w:r>
        <w:rPr>
          <w:b/>
        </w:rPr>
        <w:t xml:space="preserve">[38:37] </w:t>
      </w:r>
      <w:r>
        <w:t>so</w:t>
      </w:r>
    </w:p>
    <w:p>
      <w:pPr>
        <w:jc w:val="right"/>
      </w:pPr>
      <w:r>
        <w:t>سو</w:t>
      </w:r>
    </w:p>
    <w:p>
      <w:r>
        <w:rPr>
          <w:b/>
        </w:rPr>
        <w:t xml:space="preserve">[38:38] </w:t>
      </w:r>
      <w:r>
        <w:t>, according to the example of the early period of islam,</w:t>
      </w:r>
    </w:p>
    <w:p>
      <w:pPr>
        <w:jc w:val="right"/>
      </w:pPr>
      <w:r>
        <w:t>، اکارڈنگ ٹو دا ایگزیمپل اف دا ارلی پیریڈ اف اسلام،</w:t>
      </w:r>
    </w:p>
    <w:p>
      <w:r>
        <w:rPr>
          <w:b/>
        </w:rPr>
        <w:t xml:space="preserve">[38:47] </w:t>
      </w:r>
      <w:r>
        <w:t>this kind of act must be,</w:t>
      </w:r>
    </w:p>
    <w:p>
      <w:pPr>
        <w:jc w:val="right"/>
      </w:pPr>
      <w:r>
        <w:t>دس کائنڈ اف ایکٹ مسٹ بی،</w:t>
      </w:r>
    </w:p>
    <w:p>
      <w:r>
        <w:rPr>
          <w:b/>
        </w:rPr>
        <w:t xml:space="preserve">[38:53] </w:t>
      </w:r>
      <w:r>
        <w:t>must be taken as a challenge, not as a crime. there is difference between challenge and crime.</w:t>
      </w:r>
    </w:p>
    <w:p>
      <w:pPr>
        <w:jc w:val="right"/>
      </w:pPr>
      <w:r>
        <w:t>مسٹ بی ٹیکن ایز ا چیلنج، ناٹ ایز ا کرائم۔ دیر از ڈیفرنس بٹوین چیلنج اینڈ کرائم۔</w:t>
      </w:r>
    </w:p>
    <w:p>
      <w:r>
        <w:rPr>
          <w:b/>
        </w:rPr>
        <w:t xml:space="preserve">[39:05] </w:t>
      </w:r>
      <w:r>
        <w:t>there is difference between challenge and crime. crime, crime is liable to punish.</w:t>
      </w:r>
    </w:p>
    <w:p>
      <w:pPr>
        <w:jc w:val="right"/>
      </w:pPr>
      <w:r>
        <w:t>دیر از ڈیفرنس بٹوین چیلنج اینڈ کرائم۔ کرائم، کرائم از لائبل ٹو پنش۔</w:t>
      </w:r>
    </w:p>
    <w:p>
      <w:r>
        <w:rPr>
          <w:b/>
        </w:rPr>
        <w:t xml:space="preserve">[39:13] </w:t>
      </w:r>
      <w:r>
        <w:t>but when there is challenge, you have to meet that challenge in a rational basis.</w:t>
      </w:r>
    </w:p>
    <w:p>
      <w:pPr>
        <w:jc w:val="right"/>
      </w:pPr>
      <w:r>
        <w:t>بٹ وین دیر از چیلنج، یو ہیو ٹو میٹ دیٹ چیلنج ان ا ریشنل بیسس۔</w:t>
      </w:r>
    </w:p>
    <w:p>
      <w:r>
        <w:rPr>
          <w:b/>
        </w:rPr>
        <w:t xml:space="preserve">[39:22] </w:t>
      </w:r>
      <w:r>
        <w:t>there is very important to know the difference between challenge and crime. so, if one is engaged in blasphemous activities, if anyone issues a derogatory remark to the prophet of Islam,</w:t>
      </w:r>
    </w:p>
    <w:p>
      <w:pPr>
        <w:jc w:val="right"/>
      </w:pPr>
      <w:r>
        <w:t>دیر از ویری امپورٹنٹ ٹو نو دا ڈیفرنس بٹوین چیلنج اینڈ کرائم۔ سو، اف ون از انگیجڈ ان بلاسفیمس ایکٹیویٹیز، اف اینی ون ایشوز ا ڈیروگیٹری ریمارک ٹو دا پرافٹ اف اسلام،</w:t>
      </w:r>
    </w:p>
    <w:p>
      <w:r>
        <w:rPr>
          <w:b/>
        </w:rPr>
        <w:t xml:space="preserve">[39:43] </w:t>
      </w:r>
      <w:r>
        <w:t>it is not challenge. no, it is not a crime, but it is a challenge.</w:t>
      </w:r>
    </w:p>
    <w:p>
      <w:pPr>
        <w:jc w:val="right"/>
      </w:pPr>
      <w:r>
        <w:t>اٹ از ناٹ چیلنج۔ نو، اٹ از ناٹ ا کرائم، بٹ اٹ از ا چیلنج۔</w:t>
      </w:r>
    </w:p>
    <w:p>
      <w:r>
        <w:rPr>
          <w:b/>
        </w:rPr>
        <w:t xml:space="preserve">[39:52] </w:t>
      </w:r>
      <w:r>
        <w:t>so, shatm rasool is a challenge and not a crime.</w:t>
      </w:r>
    </w:p>
    <w:p>
      <w:pPr>
        <w:jc w:val="right"/>
      </w:pPr>
      <w:r>
        <w:t>سو، شتم رسول از ا چیلنج اینڈ ناٹ ا کرائم۔</w:t>
      </w:r>
    </w:p>
    <w:p>
      <w:r>
        <w:rPr>
          <w:b/>
        </w:rPr>
        <w:t xml:space="preserve">[40:00] </w:t>
      </w:r>
      <w:r>
        <w:t>so, crime is a matter of judiciary. when there is a crime, there is a punishment.</w:t>
      </w:r>
    </w:p>
    <w:p>
      <w:pPr>
        <w:jc w:val="right"/>
      </w:pPr>
      <w:r>
        <w:t>سو، کرائم از ا میٹر اف جوڈیشری۔ وین دیر از ا کرائم، دیر از ا پنشمنٹ۔</w:t>
      </w:r>
    </w:p>
    <w:p>
      <w:r>
        <w:rPr>
          <w:b/>
        </w:rPr>
        <w:t xml:space="preserve">[40:11] </w:t>
      </w:r>
      <w:r>
        <w:t>but when there is challenge, you have to meet that challenge in rational basis, in logical basis.</w:t>
      </w:r>
    </w:p>
    <w:p>
      <w:pPr>
        <w:jc w:val="right"/>
      </w:pPr>
      <w:r>
        <w:t>بٹ وین دیر از چیلنج، یو ہیو ٹو میٹ دیٹ چیلنج ان ریشنل بیسس، ان لوجیکل بیسس۔</w:t>
      </w:r>
    </w:p>
    <w:p>
      <w:r>
        <w:rPr>
          <w:b/>
        </w:rPr>
        <w:t xml:space="preserve">[40:19] </w:t>
      </w:r>
      <w:r>
        <w:t>so, if someone publishes a book against Islam or against the prophet of Islam, you have to take it as a challenge as an intellectual challenge.</w:t>
      </w:r>
    </w:p>
    <w:p>
      <w:pPr>
        <w:jc w:val="right"/>
      </w:pPr>
      <w:r>
        <w:t>سو، اف سم ون پبلشز ا بک اگینسٹ اسلام اور اگینسٹ دی پرافٹ اف اسلام، یو ہیو ٹو ٹیک اٹ ایز ا چیلنج ایز ان انٹلیکچول چیلنج۔</w:t>
      </w:r>
    </w:p>
    <w:p>
      <w:r>
        <w:rPr>
          <w:b/>
        </w:rPr>
        <w:t xml:space="preserve">[40:37] </w:t>
      </w:r>
      <w:r>
        <w:t>and you have to prepare another book. i am saying that there is a difference between challenge and crime.</w:t>
      </w:r>
    </w:p>
    <w:p>
      <w:pPr>
        <w:jc w:val="right"/>
      </w:pPr>
      <w:r>
        <w:t>اینڈ یو ہیو ٹو پریپیرڈ انادر بک۔ ائی ایم سینگ دیٹ دیر از ا ڈیفرنس بٹوین چیلنج اینڈ کرائم۔</w:t>
      </w:r>
    </w:p>
    <w:p>
      <w:r>
        <w:rPr>
          <w:b/>
        </w:rPr>
        <w:t xml:space="preserve">[40:54] </w:t>
      </w:r>
      <w:r>
        <w:t>i am saying that if someone</w:t>
      </w:r>
    </w:p>
    <w:p>
      <w:pPr>
        <w:jc w:val="right"/>
      </w:pPr>
      <w:r>
        <w:t>ائی ایم سینگ دیٹ اف سم ون</w:t>
      </w:r>
    </w:p>
    <w:p>
      <w:r>
        <w:rPr>
          <w:b/>
        </w:rPr>
        <w:t xml:space="preserve">[41:02] </w:t>
      </w:r>
      <w:r>
        <w:t>publishes a book that is derogatory to the Islamic religion or to the prophet of Islam, you have to take it as a challenge and not as a crime.</w:t>
      </w:r>
    </w:p>
    <w:p>
      <w:pPr>
        <w:jc w:val="right"/>
      </w:pPr>
      <w:r>
        <w:t>پبلشز ا بک دیٹ از ڈیروگیٹری ٹو دا اسلامک ریلیجن اور ٹو دا پرافٹ اف اسلام، یو ہیو ٹو ٹیک اٹ ایز ا چیلنج اینڈ ناٹ ایز ا کرائم۔</w:t>
      </w:r>
    </w:p>
    <w:p>
      <w:r>
        <w:rPr>
          <w:b/>
        </w:rPr>
        <w:t xml:space="preserve">[41:26] </w:t>
      </w:r>
      <w:r>
        <w:t>a criminal is liable to punishment</w:t>
      </w:r>
    </w:p>
    <w:p>
      <w:pPr>
        <w:jc w:val="right"/>
      </w:pPr>
      <w:r>
        <w:t>ا کریمنل از لائبل ٹو پنشمنٹ</w:t>
      </w:r>
    </w:p>
    <w:p>
      <w:r>
        <w:rPr>
          <w:b/>
        </w:rPr>
        <w:t xml:space="preserve">[41:31] </w:t>
      </w:r>
      <w:r>
        <w:t>. but when there is challenge, you have to meet that challenge in intellectual level.</w:t>
      </w:r>
    </w:p>
    <w:p>
      <w:pPr>
        <w:jc w:val="right"/>
      </w:pPr>
      <w:r>
        <w:t>۔ بٹ وین دیر از چیلنج، یو ہیو ٹو میٹ دیٹ چیلنج ان انٹلیکچول لیول۔</w:t>
      </w:r>
    </w:p>
    <w:p>
      <w:r>
        <w:rPr>
          <w:b/>
        </w:rPr>
        <w:t xml:space="preserve">[41:41] </w:t>
      </w:r>
      <w:r>
        <w:t>for example, if someone publishes a book of this kind, you have to read it.</w:t>
      </w:r>
    </w:p>
    <w:p>
      <w:pPr>
        <w:jc w:val="right"/>
      </w:pPr>
      <w:r>
        <w:t>فار ایگزیمپل، اف سم ون پبلشز ا بک اف دس کائنڈ، یو ہیو ٹو ریڈ اٹ۔</w:t>
      </w:r>
    </w:p>
    <w:p>
      <w:r>
        <w:rPr>
          <w:b/>
        </w:rPr>
        <w:t xml:space="preserve">[41:53] </w:t>
      </w:r>
      <w:r>
        <w:t>you have to read it and then you have to compile another book. you have to write another book. you have to publish another book</w:t>
      </w:r>
    </w:p>
    <w:p>
      <w:pPr>
        <w:jc w:val="right"/>
      </w:pPr>
      <w:r>
        <w:t>یو ہیو ٹو ریڈ اٹ اینڈ دین یو ہیو ٹو کمپائل انادر بک۔ یو ہیو ٹو رائٹ انادر بک۔ یو ہیو ٹو پبلش انادر بک</w:t>
      </w:r>
    </w:p>
    <w:p>
      <w:r>
        <w:rPr>
          <w:b/>
        </w:rPr>
        <w:t xml:space="preserve">[42:04] </w:t>
      </w:r>
      <w:r>
        <w:t>in which you must refute all those arguments in intellectual level, in rational level, in logical level.</w:t>
      </w:r>
    </w:p>
    <w:p>
      <w:pPr>
        <w:jc w:val="right"/>
      </w:pPr>
      <w:r>
        <w:t>ان وچ یو مسٹ ریفیوٹ ال دوز ارگیومنٹس ان انٹلیکچول لیول، ان ریشنل لیول، ان لوجیکل لیول۔</w:t>
      </w:r>
    </w:p>
    <w:p>
      <w:r>
        <w:rPr>
          <w:b/>
        </w:rPr>
        <w:t xml:space="preserve">[42:18] </w:t>
      </w:r>
      <w:r>
        <w:t>so, this is the correct Islamic way.</w:t>
      </w:r>
    </w:p>
    <w:p>
      <w:pPr>
        <w:jc w:val="right"/>
      </w:pPr>
      <w:r>
        <w:t>سو، دس از دا کریکٹ اسلامک وے۔</w:t>
      </w:r>
    </w:p>
    <w:p>
      <w:r>
        <w:rPr>
          <w:b/>
        </w:rPr>
        <w:t xml:space="preserve">[42:25] </w:t>
      </w:r>
      <w:r>
        <w:t>this is the correct Islamic way.</w:t>
      </w:r>
    </w:p>
    <w:p>
      <w:pPr>
        <w:jc w:val="right"/>
      </w:pPr>
      <w:r>
        <w:t>دس از دا کریکٹ اسلامک وے۔</w:t>
      </w:r>
    </w:p>
    <w:p>
      <w:r>
        <w:rPr>
          <w:b/>
        </w:rPr>
        <w:t xml:space="preserve">[42:30] </w:t>
      </w:r>
      <w:r>
        <w:t>anyone who claims to be a muslim must follow this suit.</w:t>
      </w:r>
    </w:p>
    <w:p>
      <w:pPr>
        <w:jc w:val="right"/>
      </w:pPr>
      <w:r>
        <w:t>اینی ون ہو کلیمز ٹو بی ا مسلم مسٹ فالو دس سوٹ۔</w:t>
      </w:r>
    </w:p>
    <w:p>
      <w:r>
        <w:rPr>
          <w:b/>
        </w:rPr>
        <w:t xml:space="preserve">[42:41] </w:t>
      </w:r>
      <w:r>
        <w:t>according to my knowledge, according to my experience, according to my study, it is completely wrong to take a challenge as a crime.</w:t>
      </w:r>
    </w:p>
    <w:p>
      <w:pPr>
        <w:jc w:val="right"/>
      </w:pPr>
      <w:r>
        <w:t>اکارڈنگ ٹو مائی نالج، اکارڈنگ ٹو مائی ایکسپیرینس، اکارڈنگ ٹو مائی سٹڈی، اٹ از کمپلیٹلی رونگ ٹو ٹیک ا چیلنج ایز ا کرائم۔</w:t>
      </w:r>
    </w:p>
    <w:p>
      <w:r>
        <w:rPr>
          <w:b/>
        </w:rPr>
        <w:t xml:space="preserve">[42:57] </w:t>
      </w:r>
      <w:r>
        <w:t>you know what happened in the early period of Islam?</w:t>
      </w:r>
    </w:p>
    <w:p>
      <w:pPr>
        <w:jc w:val="right"/>
      </w:pPr>
      <w:r>
        <w:t>یو نو واٹ ہیپنڈ ان دا ارلی پیریڈ اف اسلام؟</w:t>
      </w:r>
    </w:p>
    <w:p>
      <w:r>
        <w:rPr>
          <w:b/>
        </w:rPr>
        <w:t xml:space="preserve">[43:02] </w:t>
      </w:r>
      <w:r>
        <w:t>when prophet of Islam was in Medina, at the time he was head of the Medina state. you know, at the time Medina was a city state.</w:t>
      </w:r>
    </w:p>
    <w:p>
      <w:pPr>
        <w:jc w:val="right"/>
      </w:pPr>
      <w:r>
        <w:t>وین پرافٹ اف اسلام واز ان مدینہ، ایٹ دا ٹائم ہی واز ہیڈ اف دا مدینہ اسٹیٹ۔ یو نو، ایٹ دا ٹائم مدینہ واز ا سٹی اسٹیٹ۔</w:t>
      </w:r>
    </w:p>
    <w:p>
      <w:r>
        <w:rPr>
          <w:b/>
        </w:rPr>
        <w:t xml:space="preserve">[43:17] </w:t>
      </w:r>
      <w:r>
        <w:t>then whole the Arabia was Islamized and prophet Islam became the head of the Arabian state.</w:t>
      </w:r>
    </w:p>
    <w:p>
      <w:pPr>
        <w:jc w:val="right"/>
      </w:pPr>
      <w:r>
        <w:t>دین ہول دا عربیہ واز اسلامائزڈ اینڈ پرافٹ اسلام بیکم دا ہیڈ اف دا عریبین اسٹیٹ۔</w:t>
      </w:r>
    </w:p>
    <w:p>
      <w:r>
        <w:rPr>
          <w:b/>
        </w:rPr>
        <w:t xml:space="preserve">[43:26] </w:t>
      </w:r>
      <w:r>
        <w:t>so, although prophet of Islam was head of that state, but he never issued such, such order. for example, some non muslims who were poet,</w:t>
      </w:r>
    </w:p>
    <w:p>
      <w:pPr>
        <w:jc w:val="right"/>
      </w:pPr>
      <w:r>
        <w:t>سو، الدو پرافٹ اف اسلام واز ہیڈ اف دیٹ اسٹیٹ، بٹ ہی نیور ایشو سچ، سچ ارڈر۔ فار ایگزیمپل، سم نان مسلمز ہو ویر پوئٹ،</w:t>
      </w:r>
    </w:p>
    <w:p>
      <w:r>
        <w:rPr>
          <w:b/>
        </w:rPr>
        <w:t xml:space="preserve">[43:45] </w:t>
      </w:r>
      <w:r>
        <w:t>de,</w:t>
      </w:r>
    </w:p>
    <w:p>
      <w:pPr>
        <w:jc w:val="right"/>
      </w:pPr>
      <w:r>
        <w:t>دے،</w:t>
      </w:r>
    </w:p>
    <w:p>
      <w:r>
        <w:rPr>
          <w:b/>
        </w:rPr>
        <w:t xml:space="preserve">[43:50] </w:t>
      </w:r>
      <w:r>
        <w:t>they, they gave some derogatory comment to the prophet of Islam or blasphemous comment to the prophet of Islam.</w:t>
      </w:r>
    </w:p>
    <w:p>
      <w:pPr>
        <w:jc w:val="right"/>
      </w:pPr>
      <w:r>
        <w:t>دے گیو سم ڈیروگیٹری کمنٹ ٹو دا پرافٹ اف اسلام اور بلاسفیمس کمنٹ ٹو دا پرافٹ اف اسلام۔</w:t>
      </w:r>
    </w:p>
    <w:p>
      <w:r>
        <w:rPr>
          <w:b/>
        </w:rPr>
        <w:t xml:space="preserve">[44:01] </w:t>
      </w:r>
      <w:r>
        <w:t>then what happened? prophet of Islam never said that you have to kill these people, these poets, not at all.</w:t>
      </w:r>
    </w:p>
    <w:p>
      <w:pPr>
        <w:jc w:val="right"/>
      </w:pPr>
      <w:r>
        <w:t>دین واٹ ہیپن؟ پرافٹ اف اسلام نیور سیڈ دیٹ یو ہیو ٹو کل دیز پیپل، دیز پوئٹس، ناٹ ایٹ ال۔</w:t>
      </w:r>
    </w:p>
    <w:p>
      <w:r>
        <w:rPr>
          <w:b/>
        </w:rPr>
        <w:t xml:space="preserve">[44:15] </w:t>
      </w:r>
      <w:r>
        <w:t>prophet of islam said to hassan. hassan ibn thabit was a sahabi, a companion. he himself was a shair.</w:t>
      </w:r>
    </w:p>
    <w:p>
      <w:pPr>
        <w:jc w:val="right"/>
      </w:pPr>
      <w:r>
        <w:t>پرافٹ اف اسلام سیڈ ٹو حسان۔ حسان ابن ثابت واز ا صحابی، ا کمپینین۔ ہی ہم سیلف واز ا شاعر۔</w:t>
      </w:r>
    </w:p>
    <w:p>
      <w:r>
        <w:rPr>
          <w:b/>
        </w:rPr>
        <w:t xml:space="preserve">[44:25] </w:t>
      </w:r>
      <w:r>
        <w:t>so, prophet of islam said to hassan ibn thabit that you must meet this challenge.</w:t>
      </w:r>
    </w:p>
    <w:p>
      <w:pPr>
        <w:jc w:val="right"/>
      </w:pPr>
      <w:r>
        <w:t>سو، پرافٹ اف اسلام سیڈ ٹو حسان ابن ثابت دیٹ یو مسٹ میٹ دس چیلنج۔</w:t>
      </w:r>
    </w:p>
    <w:p>
      <w:r>
        <w:rPr>
          <w:b/>
        </w:rPr>
        <w:t xml:space="preserve">[44:37] </w:t>
      </w:r>
      <w:r>
        <w:t>so, prophet of islam composed some poem. in this poem, he gave the answers to those non muslim poets.</w:t>
      </w:r>
    </w:p>
    <w:p>
      <w:pPr>
        <w:jc w:val="right"/>
      </w:pPr>
      <w:r>
        <w:t>سو، پرافٹ اف اسلام کمپوز سم پوئم۔ ان دس پوئم، ہی گیو دی انسرز ٹو دوز نان مسلم پوئٹس۔</w:t>
      </w:r>
    </w:p>
    <w:p>
      <w:r>
        <w:rPr>
          <w:b/>
        </w:rPr>
        <w:t xml:space="preserve">[44:54] </w:t>
      </w:r>
      <w:r>
        <w:t>this was the way adopted by the prophet of islam.</w:t>
      </w:r>
    </w:p>
    <w:p>
      <w:pPr>
        <w:jc w:val="right"/>
      </w:pPr>
      <w:r>
        <w:t>دس واز دا وے اڈاپٹڈ بائی دا پرافٹ اف اسلام۔</w:t>
      </w:r>
    </w:p>
    <w:p>
      <w:r>
        <w:rPr>
          <w:b/>
        </w:rPr>
        <w:t xml:space="preserve">[45:00] </w:t>
      </w:r>
      <w:r>
        <w:t>prophet of islam took those poems that was composed against the prophet of islam.</w:t>
      </w:r>
    </w:p>
    <w:p>
      <w:pPr>
        <w:jc w:val="right"/>
      </w:pPr>
      <w:r>
        <w:t>پرافٹ اف اسلام ٹوک دوز پوئمز دیٹ واز کمپوز اگینسٹ دی پرافٹ اف اسلام۔</w:t>
      </w:r>
    </w:p>
    <w:p>
      <w:r>
        <w:rPr>
          <w:b/>
        </w:rPr>
        <w:t xml:space="preserve">[45:13] </w:t>
      </w:r>
      <w:r>
        <w:t>those poems were completely derogatory to the prophet of islam.</w:t>
      </w:r>
    </w:p>
    <w:p>
      <w:pPr>
        <w:jc w:val="right"/>
      </w:pPr>
      <w:r>
        <w:t>دوز پوئمز ویر کمپلیٹلی ڈیروگیٹری ٹو دا پرافٹ اف اسلام۔</w:t>
      </w:r>
    </w:p>
    <w:p>
      <w:r>
        <w:rPr>
          <w:b/>
        </w:rPr>
        <w:t xml:space="preserve">[45:19] </w:t>
      </w:r>
      <w:r>
        <w:t>but prophet of islam never took it as a crime. he took it as a challenge. and he said to hassan bin thabit, hassan bin thabit,</w:t>
      </w:r>
    </w:p>
    <w:p>
      <w:pPr>
        <w:jc w:val="right"/>
      </w:pPr>
      <w:r>
        <w:t>بٹ پرافٹ اف اسلام نیور ٹوک اٹ ایز ا کرائم۔ ہی ٹوک اٹ ایز ا چیلنج۔ اینڈ ہی سیڈ ٹو حسان بن ثابت، حسان بن ثابت،</w:t>
      </w:r>
    </w:p>
    <w:p>
      <w:r>
        <w:rPr>
          <w:b/>
        </w:rPr>
        <w:t xml:space="preserve">[45:35] </w:t>
      </w:r>
      <w:r>
        <w:t>to meet this challenge on an intellectual level. there is a clear example, clear proof that shows us what is the way of islam in such such situation.</w:t>
      </w:r>
    </w:p>
    <w:p>
      <w:pPr>
        <w:jc w:val="right"/>
      </w:pPr>
      <w:r>
        <w:t>ٹو میٹ دس چیلنج ان انٹلیکچول لیول۔ دیر از ا کلیئر ایگزیمپل، کلیئر پروف دیٹ شوز اس واٹ از دا وے اف اسلام ان سچ سچویشن۔</w:t>
      </w:r>
    </w:p>
    <w:p>
      <w:r>
        <w:rPr>
          <w:b/>
        </w:rPr>
        <w:t xml:space="preserve">[45:56] </w:t>
      </w:r>
      <w:r>
        <w:t>so, the crux of the matter is that you have to differentiate between the two. you have to differentiate between crime and challenge.</w:t>
      </w:r>
    </w:p>
    <w:p>
      <w:pPr>
        <w:jc w:val="right"/>
      </w:pPr>
      <w:r>
        <w:t>سو، دا کریکس اف دا میٹر از دیٹ یو ہیو ٹو ڈیفرنشیٹ بٹوین دا ٹو۔ یو ہیو ٹو ڈیفرنشیٹ بٹوین کرائم اینڈ چیلنج۔</w:t>
      </w:r>
    </w:p>
    <w:p>
      <w:r>
        <w:rPr>
          <w:b/>
        </w:rPr>
        <w:t xml:space="preserve">[46:08] </w:t>
      </w:r>
      <w:r>
        <w:t>if there are crime, i mean specific, specified crime. if there are specified crime, then you have to, you have to,</w:t>
      </w:r>
    </w:p>
    <w:p>
      <w:pPr>
        <w:jc w:val="right"/>
      </w:pPr>
      <w:r>
        <w:t>اف دیر ار کرائم، ائی مین سپیسیفک، سپیسیفائیڈ کرائم۔ اف دیر ار سپیسیفائیڈ کرائم، دین یو ہیو ٹو، یو ہیو ٹو،</w:t>
      </w:r>
    </w:p>
    <w:p>
      <w:r>
        <w:rPr>
          <w:b/>
        </w:rPr>
        <w:t xml:space="preserve">[46:25] </w:t>
      </w:r>
      <w:r>
        <w:t>to take it as a crime.</w:t>
      </w:r>
    </w:p>
    <w:p>
      <w:pPr>
        <w:jc w:val="right"/>
      </w:pPr>
      <w:r>
        <w:t>ٹو ٹیک اٹ ایز ا کرائم۔</w:t>
      </w:r>
    </w:p>
    <w:p>
      <w:r>
        <w:rPr>
          <w:b/>
        </w:rPr>
        <w:t xml:space="preserve">[46:31] </w:t>
      </w:r>
      <w:r>
        <w:t>but when there is a, there is challenge, you have to take it as a challenge.</w:t>
      </w:r>
    </w:p>
    <w:p>
      <w:pPr>
        <w:jc w:val="right"/>
      </w:pPr>
      <w:r>
        <w:t>بٹ وین دیر از ا، دیر از چیلنج، یو ہیو ٹو ٹیک اٹ ایز ا چیلنج۔</w:t>
      </w:r>
    </w:p>
    <w:p>
      <w:r>
        <w:rPr>
          <w:b/>
        </w:rPr>
        <w:t xml:space="preserve">[46:42] </w:t>
      </w:r>
      <w:r>
        <w:t>and the response to a challenge is not punishment</w:t>
      </w:r>
    </w:p>
    <w:p>
      <w:pPr>
        <w:jc w:val="right"/>
      </w:pPr>
      <w:r>
        <w:t>اینڈ دا رسپانس ٹو ا چیلنج از ناٹ پنشمنٹ</w:t>
      </w:r>
    </w:p>
    <w:p>
      <w:r>
        <w:rPr>
          <w:b/>
        </w:rPr>
        <w:t xml:space="preserve">[46:47] </w:t>
      </w:r>
      <w:r>
        <w:t>. it must be dealt on an intellectual level, on a rational level, on a logical level. so, these people have fail to know this difference.</w:t>
      </w:r>
    </w:p>
    <w:p>
      <w:pPr>
        <w:jc w:val="right"/>
      </w:pPr>
      <w:r>
        <w:t>۔ اٹ مسٹ بی ڈیلٹ ان انٹلیکچول لیول، ان ریشنل لیول، ان لوجیکل لیول۔ سو، دیز پیپل ہیو فیل ٹو نو دس ڈیفرنس۔</w:t>
      </w:r>
    </w:p>
    <w:p>
      <w:r>
        <w:rPr>
          <w:b/>
        </w:rPr>
        <w:t xml:space="preserve">[47:04] </w:t>
      </w:r>
      <w:r>
        <w:t>these people who issuing fatwa, they fail to understand this difference between the two.</w:t>
      </w:r>
    </w:p>
    <w:p>
      <w:pPr>
        <w:jc w:val="right"/>
      </w:pPr>
      <w:r>
        <w:t>دیز پیپل ہو ایشوئنگ فتوی، دے فیل ٹو انڈرسٹینڈ دس ڈیفرنس بٹوین دا ٹو۔</w:t>
      </w:r>
    </w:p>
    <w:p>
      <w:r>
        <w:rPr>
          <w:b/>
        </w:rPr>
        <w:t xml:space="preserve">[47:15] </w:t>
      </w:r>
      <w:r>
        <w:t>in the early period of islam</w:t>
      </w:r>
    </w:p>
    <w:p>
      <w:pPr>
        <w:jc w:val="right"/>
      </w:pPr>
      <w:r>
        <w:t>ان دا ارلی پیریڈ اف اسلام</w:t>
      </w:r>
    </w:p>
    <w:p>
      <w:r>
        <w:rPr>
          <w:b/>
        </w:rPr>
        <w:t xml:space="preserve">[47:19] </w:t>
      </w:r>
      <w:r>
        <w:t>, there are ample examples that a person was against the islamic religion and the prophet of islam.</w:t>
      </w:r>
    </w:p>
    <w:p>
      <w:pPr>
        <w:jc w:val="right"/>
      </w:pPr>
      <w:r>
        <w:t>، دیر ار ایمپل ایگزیمپلز دیٹ ا پرسن واز اگینسٹ دی اسلامک ریلیجن اینڈ دا پرافٹ اف اسلام۔</w:t>
      </w:r>
    </w:p>
    <w:p>
      <w:r>
        <w:rPr>
          <w:b/>
        </w:rPr>
        <w:t xml:space="preserve">[47:36] </w:t>
      </w:r>
      <w:r>
        <w:t>he was engaged in derogatory activities, in blasphemous activities.</w:t>
      </w:r>
    </w:p>
    <w:p>
      <w:pPr>
        <w:jc w:val="right"/>
      </w:pPr>
      <w:r>
        <w:t>ہی واز انگیجڈ ان ڈیروگیٹری ایکٹیویٹیز، ان بلاسفیمس ایکٹیویٹیز۔</w:t>
      </w:r>
    </w:p>
    <w:p>
      <w:r>
        <w:rPr>
          <w:b/>
        </w:rPr>
        <w:t xml:space="preserve">[47:45] </w:t>
      </w:r>
      <w:r>
        <w:t>but when he was addressed by in this manner, when some companions of the prophet met him and gave him the message of islam, and he was, he read the quran.</w:t>
      </w:r>
    </w:p>
    <w:p>
      <w:pPr>
        <w:jc w:val="right"/>
      </w:pPr>
      <w:r>
        <w:t>بٹ وین ہی واز ایڈریسڈ بائے ان دس مینر، وین سم کمپینینس اف دا پرافٹ میٹ ہم اینڈ گیو ہم دا میسج اف اسلام، اینڈ ہی واز، ہی ریڈ دا قران۔</w:t>
      </w:r>
    </w:p>
    <w:p>
      <w:r>
        <w:rPr>
          <w:b/>
        </w:rPr>
        <w:t xml:space="preserve">[48:09] </w:t>
      </w:r>
      <w:r>
        <w:t>his mind was completely changed. he embraced islam</w:t>
      </w:r>
    </w:p>
    <w:p>
      <w:pPr>
        <w:jc w:val="right"/>
      </w:pPr>
      <w:r>
        <w:t>ہز مائنڈ واز کمپلیٹلی چینج۔ ہی ایمبریسڈ اسلام</w:t>
      </w:r>
    </w:p>
    <w:p>
      <w:r>
        <w:rPr>
          <w:b/>
        </w:rPr>
        <w:t xml:space="preserve">[48:15] </w:t>
      </w:r>
      <w:r>
        <w:t>. he became a soldier of islam.</w:t>
      </w:r>
    </w:p>
    <w:p>
      <w:pPr>
        <w:jc w:val="right"/>
      </w:pPr>
      <w:r>
        <w:t>۔ ہی بیکم ا سولجر اف اسلام۔</w:t>
      </w:r>
    </w:p>
    <w:p>
      <w:r>
        <w:rPr>
          <w:b/>
        </w:rPr>
        <w:t xml:space="preserve">[48:22] </w:t>
      </w:r>
      <w:r>
        <w:t>one who was, one who was against the islam, now who became a soldier of islam.</w:t>
      </w:r>
    </w:p>
    <w:p>
      <w:pPr>
        <w:jc w:val="right"/>
      </w:pPr>
      <w:r>
        <w:t>ون ہو واز، ون ہو واز اگینسٹ دا اسلام، ناو ہو بیکم ا سولجر اف اسلام۔</w:t>
      </w:r>
    </w:p>
    <w:p>
      <w:r>
        <w:rPr>
          <w:b/>
        </w:rPr>
        <w:t xml:space="preserve">[48:34] </w:t>
      </w:r>
      <w:r>
        <w:t>there are so many examples of this kind, including the well known muslim personality that is umar farooq.</w:t>
      </w:r>
    </w:p>
    <w:p>
      <w:pPr>
        <w:jc w:val="right"/>
      </w:pPr>
      <w:r>
        <w:t>دیر ار سو مینی ایگزیمپل اف دس کائنڈ، انکلوڈنگ دا ویل نون مسلم پرسنیلٹی دیٹ از عمر فاروق۔</w:t>
      </w:r>
    </w:p>
    <w:p>
      <w:r>
        <w:rPr>
          <w:b/>
        </w:rPr>
        <w:t xml:space="preserve">[48:45] </w:t>
      </w:r>
      <w:r>
        <w:t>umar farooq was against islam, against the prophet of islam. he was engaged in derogatory remarks against islam, against, against the prophet of islam.</w:t>
      </w:r>
    </w:p>
    <w:p>
      <w:pPr>
        <w:jc w:val="right"/>
      </w:pPr>
      <w:r>
        <w:t>عمر فاروق واز اگینسٹ اسلام، اگینسٹ دا پرافٹ اف اسلام۔ ہی واز انگیجڈ ان ڈیروگیٹری ریمارکس اگینسٹ اسلام، اگینسٹ، اگینسٹ دا پرافٹ اف اسلام۔</w:t>
      </w:r>
    </w:p>
    <w:p>
      <w:r>
        <w:rPr>
          <w:b/>
        </w:rPr>
        <w:t xml:space="preserve">[48:59] </w:t>
      </w:r>
      <w:r>
        <w:t>but when he read the quran, when he studied the quran, you know, his sister fatima gave him some part of the quran.</w:t>
      </w:r>
    </w:p>
    <w:p>
      <w:pPr>
        <w:jc w:val="right"/>
      </w:pPr>
      <w:r>
        <w:t>بٹ وین ہی ریڈ دی قران، وین ہی سٹڈی دا قران، یو نو، ہز سسٹر فاطمہ گیو ہم سم پارٹ اف دا قران۔</w:t>
      </w:r>
    </w:p>
    <w:p>
      <w:r>
        <w:rPr>
          <w:b/>
        </w:rPr>
        <w:t xml:space="preserve">[49:13] </w:t>
      </w:r>
      <w:r>
        <w:t>so, when he studied these Quranic verses, he was completely changed. He accepted Islam and became a great soldier of Islam.</w:t>
      </w:r>
    </w:p>
    <w:p>
      <w:pPr>
        <w:jc w:val="right"/>
      </w:pPr>
      <w:r>
        <w:t>سو، وین ہی سٹڈی دیز قرانک ورسز، ہی واز کمپلیٹلی چینج۔ ہی ایکسیپٹڈ اسلام اینڈ بیکم ا گریٹ سولجر اف اسلام۔</w:t>
      </w:r>
    </w:p>
    <w:p>
      <w:r>
        <w:rPr>
          <w:b/>
        </w:rPr>
        <w:t xml:space="preserve">[49:29] </w:t>
      </w:r>
      <w:r>
        <w:t>So, this is the right way of coping these problems.</w:t>
      </w:r>
    </w:p>
    <w:p>
      <w:pPr>
        <w:jc w:val="right"/>
      </w:pPr>
      <w:r>
        <w:t>سو، دس از دا رائٹ وے اف کوپنگ دیز پرابلمز۔</w:t>
      </w:r>
    </w:p>
    <w:p>
      <w:r>
        <w:rPr>
          <w:b/>
        </w:rPr>
        <w:t xml:space="preserve">[49:45] </w:t>
      </w:r>
      <w:r>
        <w:t>I think that a very important point is that in Islam there is a complete model.</w:t>
      </w:r>
    </w:p>
    <w:p>
      <w:pPr>
        <w:jc w:val="right"/>
      </w:pPr>
      <w:r>
        <w:t>ائی تھنک دیٹ ا ویری امپورٹنٹ پوائنٹ از دیٹ ان اسلام دیر از ا کمپلیٹ ماڈل۔</w:t>
      </w:r>
    </w:p>
    <w:p>
      <w:r>
        <w:rPr>
          <w:b/>
        </w:rPr>
        <w:t xml:space="preserve">[50:01] </w:t>
      </w:r>
      <w:r>
        <w:t>Prophet of Islam is a model. Is a model. Quran is a book of ideology, and then Prophet of Islam is a tactical model.</w:t>
      </w:r>
    </w:p>
    <w:p>
      <w:pPr>
        <w:jc w:val="right"/>
      </w:pPr>
      <w:r>
        <w:t>پرافٹ اف اسلام از ا ماڈل۔ از ا ماڈل۔ قران از ا بک اف ائیڈیالوجی، اینڈ دین پرافٹ اف اسلام از ا ٹیکٹیکل ماڈل۔</w:t>
      </w:r>
    </w:p>
    <w:p>
      <w:r>
        <w:rPr>
          <w:b/>
        </w:rPr>
        <w:t xml:space="preserve">[50:16] </w:t>
      </w:r>
      <w:r>
        <w:t>So, in everything, in every affair, in every matter, we must read the Quran, and then we must see the model of the Prophet of Islam.</w:t>
      </w:r>
    </w:p>
    <w:p>
      <w:pPr>
        <w:jc w:val="right"/>
      </w:pPr>
      <w:r>
        <w:t>سو، ان ایوری تھنگ، ان ایوری افیئر، ان ایوری میٹر، وی مسٹ ریڈ دا قران، اینڈ دین وی مسٹ سی دا ماڈل اف دا پرافٹ اف اسلام۔</w:t>
      </w:r>
    </w:p>
    <w:p>
      <w:r>
        <w:rPr>
          <w:b/>
        </w:rPr>
        <w:t xml:space="preserve">[50:34] </w:t>
      </w:r>
      <w:r>
        <w:t>To, Quran gives us the ideology of Islam, and Prophet of Islam gives us the model of Islam, tactical model.</w:t>
      </w:r>
    </w:p>
    <w:p>
      <w:pPr>
        <w:jc w:val="right"/>
      </w:pPr>
      <w:r>
        <w:t>تو، قران گیوز اس دی ائیڈیالوجی اف اسلام، اینڈ پرافٹ اف اسلام گیوز اس دی ماڈل اف اسلام، ٹیکٹیکل ماڈل۔</w:t>
      </w:r>
    </w:p>
    <w:p>
      <w:r>
        <w:rPr>
          <w:b/>
        </w:rPr>
        <w:t xml:space="preserve">[50:46] </w:t>
      </w:r>
      <w:r>
        <w:t>is very important. You cannot say by, by, by your own qiyas, your guess, by your own mind.</w:t>
      </w:r>
    </w:p>
    <w:p>
      <w:pPr>
        <w:jc w:val="right"/>
      </w:pPr>
      <w:r>
        <w:t>از ویری امپورٹنٹ۔ یو کین ناٹ سے بائے، بائے، بائے یور اون قیاس، یور گیس، بائے یور اون مائنڈ۔</w:t>
      </w:r>
    </w:p>
    <w:p>
      <w:r>
        <w:rPr>
          <w:b/>
        </w:rPr>
        <w:t xml:space="preserve">[50:58] </w:t>
      </w:r>
      <w:r>
        <w:t>You have no right to say anything by your own mind in Islam.</w:t>
      </w:r>
    </w:p>
    <w:p>
      <w:pPr>
        <w:jc w:val="right"/>
      </w:pPr>
      <w:r>
        <w:t>یو ہیو نو رائٹ ٹو سے اینی تھنگ بائے یور اون مائنڈ ان اسلام۔</w:t>
      </w:r>
    </w:p>
    <w:p>
      <w:r>
        <w:rPr>
          <w:b/>
        </w:rPr>
        <w:t xml:space="preserve">[51:05] </w:t>
      </w:r>
      <w:r>
        <w:t>If you want to say anything, you have to see the Quran, you have to see the Hadith, you have to see the Sunnah of, you have to see the Sunnah of the Prophet of Islam.</w:t>
      </w:r>
    </w:p>
    <w:p>
      <w:pPr>
        <w:jc w:val="right"/>
      </w:pPr>
      <w:r>
        <w:t>اف یو وانٹ ٹو سے اینی تھنگ، یو ہیو ٹو سی دا قران، یو ہیو ٹو سی دا حدیث، یو ہیو ٹو سی دا سنت اف، یو ہیو ٹو سی دا سنت اف دا پرافٹ اف اسلام۔</w:t>
      </w:r>
    </w:p>
    <w:p>
      <w:r>
        <w:rPr>
          <w:b/>
        </w:rPr>
        <w:t xml:space="preserve">[51:19] </w:t>
      </w:r>
      <w:r>
        <w:t>You have to see the model of the Prophet of Islam.</w:t>
      </w:r>
    </w:p>
    <w:p>
      <w:pPr>
        <w:jc w:val="right"/>
      </w:pPr>
      <w:r>
        <w:t>یو ہیو ٹو سی دا ماڈل اف دا پرافٹ اف اسلام۔</w:t>
      </w:r>
    </w:p>
    <w:p>
      <w:r>
        <w:rPr>
          <w:b/>
        </w:rPr>
        <w:t xml:space="preserve">[51:26] </w:t>
      </w:r>
      <w:r>
        <w:t>You have no right to say anything by your own mind.</w:t>
      </w:r>
    </w:p>
    <w:p>
      <w:pPr>
        <w:jc w:val="right"/>
      </w:pPr>
      <w:r>
        <w:t>یو ہیو نو رائٹ ٹو سے اینی تھنگ بائے یور اون مائنڈ۔</w:t>
      </w:r>
    </w:p>
    <w:p>
      <w:r>
        <w:rPr>
          <w:b/>
        </w:rPr>
        <w:t xml:space="preserve">[51:35] </w:t>
      </w:r>
      <w:r>
        <w:t>So, there is no such commandment in the Quran, and also there is no such example in the Sirah of the Prophet of Islam.</w:t>
      </w:r>
    </w:p>
    <w:p>
      <w:pPr>
        <w:jc w:val="right"/>
      </w:pPr>
      <w:r>
        <w:t>سو، دیر از نو سچ کمانڈمنٹ ان دا قران، اینڈ السو دیر از نو سچ ایگزیمپل ان دا سیرہ اف دا پرافٹ اف اسلام۔</w:t>
      </w:r>
    </w:p>
    <w:p>
      <w:r>
        <w:rPr>
          <w:b/>
        </w:rPr>
        <w:t xml:space="preserve">[51:53] </w:t>
      </w:r>
      <w:r>
        <w:t>Once the Prophet of Islam was in Mecca, someone said directly before him that you are a condemned person, we condemn you.</w:t>
      </w:r>
    </w:p>
    <w:p>
      <w:pPr>
        <w:jc w:val="right"/>
      </w:pPr>
      <w:r>
        <w:t>ونس دا پرافٹ اف اسلام واز ان مکہ، سم ون سیڈ ڈائریکٹلی بیفور ہم دیٹ یو ار ا کنڈمڈ پرسن، وی کنڈم یو۔</w:t>
      </w:r>
    </w:p>
    <w:p>
      <w:r>
        <w:rPr>
          <w:b/>
        </w:rPr>
        <w:t xml:space="preserve">[52:09] </w:t>
      </w:r>
      <w:r>
        <w:t>Madinah,</w:t>
      </w:r>
    </w:p>
    <w:p>
      <w:pPr>
        <w:jc w:val="right"/>
      </w:pPr>
      <w:r>
        <w:t>مدینہ،</w:t>
      </w:r>
    </w:p>
    <w:p>
      <w:r>
        <w:rPr>
          <w:b/>
        </w:rPr>
        <w:t xml:space="preserve">[52:17] </w:t>
      </w:r>
      <w:r>
        <w:t>This person said to the Prophet of Islam face to face that you are a condemned person</w:t>
      </w:r>
    </w:p>
    <w:p>
      <w:pPr>
        <w:jc w:val="right"/>
      </w:pPr>
      <w:r>
        <w:t>دس پرسن سیڈ ٹو دا پرافٹ اف اسلام فیس ٹو فیس دیٹ یو ار ا کنڈمڈ پرسن</w:t>
      </w:r>
    </w:p>
    <w:p>
      <w:r>
        <w:rPr>
          <w:b/>
        </w:rPr>
        <w:t xml:space="preserve">[52:23] </w:t>
      </w:r>
      <w:r>
        <w:t>, we condemn you, you are mudammam. He said that you are not a Muhammad, but mudammam.</w:t>
      </w:r>
    </w:p>
    <w:p>
      <w:pPr>
        <w:jc w:val="right"/>
      </w:pPr>
      <w:r>
        <w:t>، وی کنڈم یو، یو ار مدمم۔ ہی سیڈ دیٹ یو ار ناٹ ا محمد، بٹ مدمم۔</w:t>
      </w:r>
    </w:p>
    <w:p>
      <w:r>
        <w:rPr>
          <w:b/>
        </w:rPr>
        <w:t xml:space="preserve">[52:34] </w:t>
      </w:r>
      <w:r>
        <w:t>Muhammad means praise worthy, Muhammad means praise worthy, and mudammam means condemned person.</w:t>
      </w:r>
    </w:p>
    <w:p>
      <w:pPr>
        <w:jc w:val="right"/>
      </w:pPr>
      <w:r>
        <w:t>محمد مینز پریز ورتھی، محمد مینز پریز ورتھی، اینڈ مدمم مینز کنڈمڈ پرسن۔</w:t>
      </w:r>
    </w:p>
    <w:p>
      <w:r>
        <w:rPr>
          <w:b/>
        </w:rPr>
        <w:t xml:space="preserve">[52:45] </w:t>
      </w:r>
      <w:r>
        <w:t>So, he said that you are not a Muhammad, you are a mudammam. Completely a derogatory remark, it is a blasphemous remark.</w:t>
      </w:r>
    </w:p>
    <w:p>
      <w:pPr>
        <w:jc w:val="right"/>
      </w:pPr>
      <w:r>
        <w:t>سو، ہی سیڈ دیٹ یو ار ناٹ ا محمد، یو ار ا مدمم۔ کمپلیٹلی ا ڈیروگیٹری ریمارک، اٹ از ا بلاسفیمس ریمارک۔</w:t>
      </w:r>
    </w:p>
    <w:p>
      <w:r>
        <w:rPr>
          <w:b/>
        </w:rPr>
        <w:t xml:space="preserve">[52:55] </w:t>
      </w:r>
      <w:r>
        <w:t>But what happened?</w:t>
      </w:r>
    </w:p>
    <w:p>
      <w:pPr>
        <w:jc w:val="right"/>
      </w:pPr>
      <w:r>
        <w:t>بٹ واٹ ہیپنڈ؟</w:t>
      </w:r>
    </w:p>
    <w:p>
      <w:r>
        <w:rPr>
          <w:b/>
        </w:rPr>
        <w:t xml:space="preserve">[52:57] </w:t>
      </w:r>
      <w:r>
        <w:t>Prophet simply smiled.</w:t>
      </w:r>
    </w:p>
    <w:p>
      <w:pPr>
        <w:jc w:val="right"/>
      </w:pPr>
      <w:r>
        <w:t>پرافٹ سمپلی سمائلڈ۔</w:t>
      </w:r>
    </w:p>
    <w:p>
      <w:r>
        <w:rPr>
          <w:b/>
        </w:rPr>
        <w:t xml:space="preserve">[53:01] </w:t>
      </w:r>
      <w:r>
        <w:t>Prophet simply smiled and said nothing to that poet. Because he knows that this kind of words are not going to be history.</w:t>
      </w:r>
    </w:p>
    <w:p>
      <w:pPr>
        <w:jc w:val="right"/>
      </w:pPr>
      <w:r>
        <w:t>پرافٹ سمپلی سمائلڈ اینڈ سیڈ نتھنگ ٹو دیٹ پوئٹ۔ بیکاز ہی نوز دیٹ دس کائنڈ اف ورڈز ار ناٹ گوئنگ ٹو بی ہسٹری۔</w:t>
      </w:r>
    </w:p>
    <w:p>
      <w:r>
        <w:rPr>
          <w:b/>
        </w:rPr>
        <w:t xml:space="preserve">[53:18] </w:t>
      </w:r>
      <w:r>
        <w:t>He simply some words,</w:t>
      </w:r>
    </w:p>
    <w:p>
      <w:pPr>
        <w:jc w:val="right"/>
      </w:pPr>
      <w:r>
        <w:t>ہی سمپلی سم ورڈز،</w:t>
      </w:r>
    </w:p>
    <w:p>
      <w:r>
        <w:rPr>
          <w:b/>
        </w:rPr>
        <w:t xml:space="preserve">[53:25] </w:t>
      </w:r>
      <w:r>
        <w:t>And word cannot produce any kind of negative</w:t>
      </w:r>
    </w:p>
    <w:p>
      <w:pPr>
        <w:jc w:val="right"/>
      </w:pPr>
      <w:r>
        <w:t>اینڈ ورڈ کین ناٹ پروڈیوس اینی کائنڈ اف نیگیٹیو</w:t>
      </w:r>
    </w:p>
    <w:p>
      <w:r>
        <w:rPr>
          <w:b/>
        </w:rPr>
        <w:t xml:space="preserve">[53:32] </w:t>
      </w:r>
      <w:r>
        <w:t>result.</w:t>
      </w:r>
    </w:p>
    <w:p>
      <w:pPr>
        <w:jc w:val="right"/>
      </w:pPr>
      <w:r>
        <w:t>رزلٹ۔</w:t>
      </w:r>
    </w:p>
    <w:p>
      <w:r>
        <w:rPr>
          <w:b/>
        </w:rPr>
        <w:t xml:space="preserve">[53:35] </w:t>
      </w:r>
      <w:r>
        <w:t>He is simply a lip service. So, Prophet of Islam smiled. Smiled means he avoided simply.</w:t>
      </w:r>
    </w:p>
    <w:p>
      <w:pPr>
        <w:jc w:val="right"/>
      </w:pPr>
      <w:r>
        <w:t>ہی از سمپلی ا لیپ سروس۔ سو، پرافٹ اف اسلام سمائلڈ۔ سمائلڈ مینز ہی اوائیڈڈ سمپلی۔</w:t>
      </w:r>
    </w:p>
    <w:p>
      <w:r>
        <w:rPr>
          <w:b/>
        </w:rPr>
        <w:t xml:space="preserve">[53:46] </w:t>
      </w:r>
      <w:r>
        <w:t>profit of islam ignored. when profit of islam at the time smiled, it means that he ignored. so, best reaction towards all these things is principle of we have to ignore.</w:t>
      </w:r>
    </w:p>
    <w:p>
      <w:pPr>
        <w:jc w:val="right"/>
      </w:pPr>
      <w:r>
        <w:t>پرافٹ اف اسلام اگنورڈ۔ وین پرافٹ اف اسلام ایٹ دا ٹائم سمائلڈ، اٹ مینز دیٹ ہی اگنورڈ۔ سو، بیسٹ ری ایکشن ٹوورڈز ال دیز تھنگز از پرنسپل اف وی ہیو ٹو اگنور۔</w:t>
      </w:r>
    </w:p>
    <w:p>
      <w:r>
        <w:rPr>
          <w:b/>
        </w:rPr>
        <w:t xml:space="preserve">[54:07] </w:t>
      </w:r>
      <w:r>
        <w:t>at the time of, at the time of cartoon controversy, you know, some papers in denmark published a cartoon that was derogatory in the life of muslim, and there was a heaven cry.</w:t>
      </w:r>
    </w:p>
    <w:p>
      <w:pPr>
        <w:jc w:val="right"/>
      </w:pPr>
      <w:r>
        <w:t>ایٹ دا ٹائم اف، ایٹ دا ٹائم اف کارٹون کنٹروورسی، یو نو، سم پیپرز ان ڈنمارک پبلشڈ ا کارٹون دیٹ واز ڈیروگیٹری ان دا لائف اف مسلم، اینڈ دیر واز ا ہیون کرائی۔</w:t>
      </w:r>
    </w:p>
    <w:p>
      <w:r>
        <w:rPr>
          <w:b/>
        </w:rPr>
        <w:t xml:space="preserve">[54:31] </w:t>
      </w:r>
      <w:r>
        <w:t>at the time i published an article with this title: "ignore cartoons, ignore cartoons." this was a, this was based on the prophets sunnah.</w:t>
      </w:r>
    </w:p>
    <w:p>
      <w:pPr>
        <w:jc w:val="right"/>
      </w:pPr>
      <w:r>
        <w:t>ایٹ دا ٹائم ائی پبلشڈ ان ارٹیکل ود دس ٹائٹل: "ایگنور کارٹونز، اگنور کارٹونز۔" دس واز ا، دس واز بیسڈ ان دا پرافٹس سنت۔</w:t>
      </w:r>
    </w:p>
    <w:p>
      <w:r>
        <w:rPr>
          <w:b/>
        </w:rPr>
        <w:t xml:space="preserve">[54:49] </w:t>
      </w:r>
      <w:r>
        <w:t>when prophet heard, when prophet listened some derogatory remarks, some abusive remarks, some blasphemous remarks, he simply smiled.</w:t>
      </w:r>
    </w:p>
    <w:p>
      <w:pPr>
        <w:jc w:val="right"/>
      </w:pPr>
      <w:r>
        <w:t>وین پرافٹ ہرڈ، وین پرافٹ لسنڈ سم ڈیروگیٹری ریمارکس، سم ابیوسی ریمارکس، سم بلاسفیمس ریمارکس، ہی سمپلی سمائلڈ۔</w:t>
      </w:r>
    </w:p>
    <w:p>
      <w:r>
        <w:rPr>
          <w:b/>
        </w:rPr>
        <w:t xml:space="preserve">[55:05] </w:t>
      </w:r>
      <w:r>
        <w:t>that, that, that means he ignored. so, this is the prophet, this is the sunnah of the prophet of islam.</w:t>
      </w:r>
    </w:p>
    <w:p>
      <w:pPr>
        <w:jc w:val="right"/>
      </w:pPr>
      <w:r>
        <w:t>دیٹ، دیٹ، دیٹ مینز ہی اگنورڈ۔ سو، دس از دا پرافٹ، دس از دا سنت اف دا پرافٹ اف اسلام۔</w:t>
      </w:r>
    </w:p>
    <w:p>
      <w:r>
        <w:rPr>
          <w:b/>
        </w:rPr>
        <w:t xml:space="preserve">[55:16] </w:t>
      </w:r>
      <w:r>
        <w:t>you have to ignore all tasleem al nasreen. you have to ignore, you have to ignore all cartoons.</w:t>
      </w:r>
    </w:p>
    <w:p>
      <w:pPr>
        <w:jc w:val="right"/>
      </w:pPr>
      <w:r>
        <w:t>یو ہیو ٹو اگنور ال تسلیم النصرین۔ یو ہیو ٹو اگنور، یو ہیو ٹو اگنور ال کارٹونز۔</w:t>
      </w:r>
    </w:p>
    <w:p>
      <w:r>
        <w:rPr>
          <w:b/>
        </w:rPr>
        <w:t xml:space="preserve">[55:26] </w:t>
      </w:r>
      <w:r>
        <w:t>you have to ignore all salman rushdie.</w:t>
      </w:r>
    </w:p>
    <w:p>
      <w:pPr>
        <w:jc w:val="right"/>
      </w:pPr>
      <w:r>
        <w:t>یو ہیو ٹو اگنور ال سلمان رشدی۔</w:t>
      </w:r>
    </w:p>
    <w:p>
      <w:r>
        <w:rPr>
          <w:b/>
        </w:rPr>
        <w:t xml:space="preserve">[55:33] </w:t>
      </w:r>
      <w:r>
        <w:t>this is the prophet, this is the sunnah of the prophet of islam.</w:t>
      </w:r>
    </w:p>
    <w:p>
      <w:pPr>
        <w:jc w:val="right"/>
      </w:pPr>
      <w:r>
        <w:t>دس از دا پرافٹ، دس از دا سنت اف دا پرافٹ اف اسلام۔</w:t>
      </w:r>
    </w:p>
    <w:p>
      <w:r>
        <w:rPr>
          <w:b/>
        </w:rPr>
        <w:t xml:space="preserve">[55:40] </w:t>
      </w:r>
      <w:r>
        <w:t>so, the title of my article was "ignore cartoons." this was simply, this was not simply a title.</w:t>
      </w:r>
    </w:p>
    <w:p>
      <w:pPr>
        <w:jc w:val="right"/>
      </w:pPr>
      <w:r>
        <w:t>سو، دا ٹائٹل اف مائی ارٹیکل واز "ایگنور کارٹونز۔" دس واز سمپلی، دس واز ناٹ سمپلی ا ٹائٹل۔</w:t>
      </w:r>
    </w:p>
    <w:p>
      <w:r>
        <w:rPr>
          <w:b/>
        </w:rPr>
        <w:t xml:space="preserve">[55:50] </w:t>
      </w:r>
      <w:r>
        <w:t>this was reflex, this was a reflection of the sunnah of the prophet of Islam.</w:t>
      </w:r>
    </w:p>
    <w:p>
      <w:pPr>
        <w:jc w:val="right"/>
      </w:pPr>
      <w:r>
        <w:t>دس واز ریفلیکس، دس واز ا ریفلیکشن اف دا سنت اف دا پرافٹ اف اسلام۔</w:t>
      </w:r>
    </w:p>
    <w:p>
      <w:r>
        <w:rPr>
          <w:b/>
        </w:rPr>
        <w:t xml:space="preserve">[55:59] </w:t>
      </w:r>
      <w:r>
        <w:t>you know, why profit of islam smiled?</w:t>
      </w:r>
    </w:p>
    <w:p>
      <w:pPr>
        <w:jc w:val="right"/>
      </w:pPr>
      <w:r>
        <w:t>یو نو، وائی پرافٹ اف اسلام سمائلڈ؟</w:t>
      </w:r>
    </w:p>
    <w:p>
      <w:r>
        <w:rPr>
          <w:b/>
        </w:rPr>
        <w:t xml:space="preserve">[56:04] </w:t>
      </w:r>
      <w:r>
        <w:t>although it was a great blasphemy. when someone says that you are not muhammad, you are not worthy, but you are mudham, we condemn you.</w:t>
      </w:r>
    </w:p>
    <w:p>
      <w:pPr>
        <w:jc w:val="right"/>
      </w:pPr>
      <w:r>
        <w:t>الدو اٹ واز ا گریٹ بلاسفیمی۔ وین سم ون سیز دیٹ یو ار ناٹ محمد، یو ار ناٹ پریز ورتھی، بٹ یو ار مدمم، وی کنڈم یو۔</w:t>
      </w:r>
    </w:p>
    <w:p>
      <w:r>
        <w:rPr>
          <w:b/>
        </w:rPr>
        <w:t xml:space="preserve">[56:18] </w:t>
      </w:r>
      <w:r>
        <w:t>so, it was a, it was a derogatory remark, but he smiled. it means that he ignored.</w:t>
      </w:r>
    </w:p>
    <w:p>
      <w:pPr>
        <w:jc w:val="right"/>
      </w:pPr>
      <w:r>
        <w:t>سو، اٹ واز ا، اٹ واز ا ڈیروگیٹری ریمارک، بٹ ہی سمائلڈ۔ اٹ مینز دیٹ ہی اگنورڈ۔</w:t>
      </w:r>
    </w:p>
    <w:p>
      <w:r>
        <w:rPr>
          <w:b/>
        </w:rPr>
        <w:t xml:space="preserve">[56:30] </w:t>
      </w:r>
      <w:r>
        <w:t>so, I would like to say that the, that according to the teaching of Islam, we must ignore all these things, all these negative things.</w:t>
      </w:r>
    </w:p>
    <w:p>
      <w:pPr>
        <w:jc w:val="right"/>
      </w:pPr>
      <w:r>
        <w:t>سو، ائی وڈ لائک ٹو سے دیٹ دا، دیٹ اکارڈنگ ٹو دا ٹیچنگ اف اسلام، وی مسٹ اگنور ال دیز تھنگز، ال دیز نیگیٹیو تھنگز۔</w:t>
      </w:r>
    </w:p>
    <w:p>
      <w:r>
        <w:rPr>
          <w:b/>
        </w:rPr>
        <w:t xml:space="preserve">[56:46] </w:t>
      </w:r>
      <w:r>
        <w:t>we must respond positively. you know, positivity is a great teaching of islam.</w:t>
      </w:r>
    </w:p>
    <w:p>
      <w:pPr>
        <w:jc w:val="right"/>
      </w:pPr>
      <w:r>
        <w:t>وی مسٹ ریسپانڈ پازیٹیولی۔ یو نو، پازیٹیوٹی از ا گریٹ ٹیچنگ اف اسلام۔</w:t>
      </w:r>
    </w:p>
    <w:p>
      <w:r>
        <w:rPr>
          <w:b/>
        </w:rPr>
        <w:t xml:space="preserve">[56:57] </w:t>
      </w:r>
      <w:r>
        <w:t>we have to react positively even in negative situations. this is the islamic teachings.</w:t>
      </w:r>
    </w:p>
    <w:p>
      <w:pPr>
        <w:jc w:val="right"/>
      </w:pPr>
      <w:r>
        <w:t>وی ہیو ٹو ری ایکٹ پازیٹیولی ایون ان نیگیٹیو سچویشنز۔ دس از دا اسلامک ٹیچنگز۔</w:t>
      </w:r>
    </w:p>
    <w:p>
      <w:r>
        <w:rPr>
          <w:b/>
        </w:rPr>
        <w:t xml:space="preserve">[57:09] </w:t>
      </w:r>
      <w:r>
        <w:t>we have to respond positively even in negative situations. so, what is positive response?</w:t>
      </w:r>
    </w:p>
    <w:p>
      <w:pPr>
        <w:jc w:val="right"/>
      </w:pPr>
      <w:r>
        <w:t>وی ہیو ٹو ریسپانڈ پازیٹیولی ایون ان نیگیٹیو سچویشنز۔ سو، واٹ از پازیٹیو ریسپانس؟</w:t>
      </w:r>
    </w:p>
    <w:p>
      <w:r>
        <w:rPr>
          <w:b/>
        </w:rPr>
        <w:t xml:space="preserve">[57:21] </w:t>
      </w:r>
      <w:r>
        <w:t>it is to ignore. so, you have to ignore all these things. you have to avoid all these things.</w:t>
      </w:r>
    </w:p>
    <w:p>
      <w:pPr>
        <w:jc w:val="right"/>
      </w:pPr>
      <w:r>
        <w:t>اٹ از ٹو اگنور۔ سو، یو ہیو ٹو اگنور ال دیز تھنگز۔ یو ہیو ٹو اوائیڈ ال دیز تھنگز۔</w:t>
      </w:r>
    </w:p>
    <w:p>
      <w:r>
        <w:rPr>
          <w:b/>
        </w:rPr>
        <w:t xml:space="preserve">[57:33] </w:t>
      </w:r>
      <w:r>
        <w:t>you have to try to forget all these things. you have to engage yourself completely in dawah work.</w:t>
      </w:r>
    </w:p>
    <w:p>
      <w:pPr>
        <w:jc w:val="right"/>
      </w:pPr>
      <w:r>
        <w:t>یو ہیو ٹو ٹرائی ٹو فارگیٹ ال دیز تھنگز۔ یو ہیو ٹو انگیج یور سیلف کمپلیٹلی ان دعویٰ ورک۔</w:t>
      </w:r>
    </w:p>
    <w:p>
      <w:r>
        <w:rPr>
          <w:b/>
        </w:rPr>
        <w:t xml:space="preserve">[57:43] </w:t>
      </w:r>
      <w:r>
        <w:t>the most important work is dawah work.</w:t>
      </w:r>
    </w:p>
    <w:p>
      <w:pPr>
        <w:jc w:val="right"/>
      </w:pPr>
      <w:r>
        <w:t>دا موسٹ امپورٹنٹ ورک از دعویٰ ورک۔</w:t>
      </w:r>
    </w:p>
    <w:p>
      <w:r>
        <w:rPr>
          <w:b/>
        </w:rPr>
        <w:t xml:space="preserve">[57:49] </w:t>
      </w:r>
      <w:r>
        <w:t>we have to spend all our time, all our resources in dawah work. we cannot afford this kind of fatwa.</w:t>
      </w:r>
    </w:p>
    <w:p>
      <w:pPr>
        <w:jc w:val="right"/>
      </w:pPr>
      <w:r>
        <w:t>وی ہیو ٹو سپینڈ ال اور ٹائم، ال اور ریسورسز ان دعویٰ ورک۔ وی کین ناٹ افورڈ دس کائنڈ اف فتوٰی۔</w:t>
      </w:r>
    </w:p>
    <w:p>
      <w:r>
        <w:rPr>
          <w:b/>
        </w:rPr>
        <w:t xml:space="preserve">[58:03] </w:t>
      </w:r>
      <w:r>
        <w:t>we cannot afford</w:t>
      </w:r>
    </w:p>
    <w:p>
      <w:pPr>
        <w:jc w:val="right"/>
      </w:pPr>
      <w:r>
        <w:t>وی کین ناٹ افورڈ</w:t>
      </w:r>
    </w:p>
    <w:p>
      <w:r>
        <w:rPr>
          <w:b/>
        </w:rPr>
        <w:t xml:space="preserve">[58:07] </w:t>
      </w:r>
      <w:r>
        <w:t>because it kills the dawah opportunity. it kills the islamic street.</w:t>
      </w:r>
    </w:p>
    <w:p>
      <w:pPr>
        <w:jc w:val="right"/>
      </w:pPr>
      <w:r>
        <w:t>بیکاز اٹ کلس دا دعویٰ اپرچونیٹی۔ اٹ کلس دا اسلامک اسٹریٹ۔</w:t>
      </w:r>
    </w:p>
    <w:p>
      <w:r>
        <w:rPr>
          <w:b/>
        </w:rPr>
        <w:t xml:space="preserve">[58:23] </w:t>
      </w:r>
      <w:r>
        <w:t>aqool qawlaha wa astaghfirullah</w:t>
      </w:r>
    </w:p>
    <w:p>
      <w:pPr>
        <w:jc w:val="right"/>
      </w:pPr>
      <w:r>
        <w:t>اقول قولھذا واستغفراللہ</w:t>
      </w:r>
    </w:p>
    <w:p>
      <w:r>
        <w:rPr>
          <w:b/>
        </w:rPr>
        <w:t xml:space="preserve">[58:27] </w:t>
      </w:r>
      <w:r>
        <w:t>li walakum ajmaeen.</w:t>
      </w:r>
    </w:p>
    <w:p>
      <w:pPr>
        <w:jc w:val="right"/>
      </w:pPr>
      <w:r>
        <w:t>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