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Secret of Success 5 Feb, 2008 - Maulana Wahiduddin Khan</w:t>
      </w:r>
    </w:p>
    <w:p>
      <w:r>
        <w:t>https://www.youtube.com/watch?v=aI0KGyoK7NM</w:t>
      </w:r>
    </w:p>
    <w:p>
      <w:r>
        <w:rPr>
          <w:b/>
        </w:rPr>
        <w:t xml:space="preserve">[00:14] </w:t>
      </w:r>
      <w:r>
        <w:t>bismillah rehman rehim,</w:t>
      </w:r>
    </w:p>
    <w:p>
      <w:pPr>
        <w:jc w:val="right"/>
      </w:pPr>
      <w:r>
        <w:t>بسم اللہ الرحمن الرحیم،</w:t>
      </w:r>
    </w:p>
    <w:p>
      <w:r>
        <w:rPr>
          <w:b/>
        </w:rPr>
        <w:t xml:space="preserve">[00:18] </w:t>
      </w:r>
      <w:r>
        <w:t>wasallallahu ala nabiyyil karim.</w:t>
      </w:r>
    </w:p>
    <w:p>
      <w:pPr>
        <w:jc w:val="right"/>
      </w:pPr>
      <w:r>
        <w:t>وصلی اللہ علی النبی الکریم۔</w:t>
      </w:r>
    </w:p>
    <w:p>
      <w:r>
        <w:rPr>
          <w:b/>
        </w:rPr>
        <w:t xml:space="preserve">[00:28] </w:t>
      </w:r>
      <w:r>
        <w:t>ek sahib se baat ho rahi thi, ek naujawan se,</w:t>
      </w:r>
    </w:p>
    <w:p>
      <w:pPr>
        <w:jc w:val="right"/>
      </w:pPr>
      <w:r>
        <w:t>ایک صاحب سے بات ہو رہی تھی، ایک نوجوان سے،</w:t>
      </w:r>
    </w:p>
    <w:p>
      <w:r>
        <w:rPr>
          <w:b/>
        </w:rPr>
        <w:t xml:space="preserve">[00:35] </w:t>
      </w:r>
      <w:r>
        <w:t>to maine kaha ke woh naujawan</w:t>
      </w:r>
    </w:p>
    <w:p>
      <w:pPr>
        <w:jc w:val="right"/>
      </w:pPr>
      <w:r>
        <w:t>تو میں نے کہا کہ وہ نوجوان</w:t>
      </w:r>
    </w:p>
    <w:p>
      <w:r>
        <w:rPr>
          <w:b/>
        </w:rPr>
        <w:t xml:space="preserve">[00:43] </w:t>
      </w:r>
      <w:r>
        <w:t>rozgar ki talash mein thay. to maine kaha ke dekhiye, agar ek aadmi ke paas</w:t>
      </w:r>
    </w:p>
    <w:p>
      <w:pPr>
        <w:jc w:val="right"/>
      </w:pPr>
      <w:r>
        <w:t>روزگار کی تلاش میں تھے۔ تو میں نے کہا کہ دیکھیے، اگر ایک آدمی کے پاس</w:t>
      </w:r>
    </w:p>
    <w:p>
      <w:r>
        <w:rPr>
          <w:b/>
        </w:rPr>
        <w:t xml:space="preserve">[00:54] </w:t>
      </w:r>
      <w:r>
        <w:t>bank ka credit card hai aur woh jata hai shopping karne ke liye kisi shopping center mein, to woh bohat</w:t>
      </w:r>
    </w:p>
    <w:p>
      <w:pPr>
        <w:jc w:val="right"/>
      </w:pPr>
      <w:r>
        <w:t>بینک کا کریڈٹ کارڈ ہے اور وہ جاتا ہے شاپنگ کرنے کے لیے کسی شاپنگ سینٹر میں، تو وہ بہت</w:t>
      </w:r>
    </w:p>
    <w:p>
      <w:r>
        <w:rPr>
          <w:b/>
        </w:rPr>
        <w:t xml:space="preserve">[01:07] </w:t>
      </w:r>
      <w:r>
        <w:t>satisfied rehta hai ke main jo cheez chahunga wahan khareed loonga, kyunke mere paas credit card maujood hai.</w:t>
      </w:r>
    </w:p>
    <w:p>
      <w:pPr>
        <w:jc w:val="right"/>
      </w:pPr>
      <w:r>
        <w:t>سیٹسفائیڈ رہتا ہے کہ میں جو چیز چاہوں گا وہاں خرید لوں گا، کیونکہ میرے پاس کریڈٹ کارڈ موجود ہے۔</w:t>
      </w:r>
    </w:p>
    <w:p>
      <w:r>
        <w:rPr>
          <w:b/>
        </w:rPr>
        <w:t xml:space="preserve">[01:19] </w:t>
      </w:r>
      <w:r>
        <w:t>to maine kaha ke isi tarah se job market mein bhi ek credit card hota hai, woh kya hai? honesty and hardworking.</w:t>
      </w:r>
    </w:p>
    <w:p>
      <w:pPr>
        <w:jc w:val="right"/>
      </w:pPr>
      <w:r>
        <w:t>تو میں نے کہا کہ اسی طرح سے جاب مارکیٹ میں بھی ایک کریڈٹ کارڈ ہوتا ہے، وہ کیا ہے؟ ہونسٹری اینڈ ہارڈ ورکنگ۔</w:t>
      </w:r>
    </w:p>
    <w:p>
      <w:r>
        <w:rPr>
          <w:b/>
        </w:rPr>
        <w:t xml:space="preserve">[01:32] </w:t>
      </w:r>
      <w:r>
        <w:t>maine kaha ke agar aap ke andar yeh do quality hon, honesty aur hardworking, yani danadari aur mehnat, to samjhiye ke job market ka credit card aap ke paas maujood hai.</w:t>
      </w:r>
    </w:p>
    <w:p>
      <w:pPr>
        <w:jc w:val="right"/>
      </w:pPr>
      <w:r>
        <w:t>میں نے کہا کہ اگر آپ کے اندر یہ دو کوالٹی ہوں، ہونسٹری اور ہارڈ ورکنگ، یعنی دانہ داری اور محنت، تو سمجھئے کہ جاب مارکیٹ کا کریڈٹ کارڈ آپ کے پاس موجود ہے۔</w:t>
      </w:r>
    </w:p>
    <w:p>
      <w:r>
        <w:rPr>
          <w:b/>
        </w:rPr>
        <w:t xml:space="preserve">[01:56] </w:t>
      </w:r>
      <w:r>
        <w:t>aap jis jagah bhi jayenge, log aap ko accept karenge,</w:t>
      </w:r>
    </w:p>
    <w:p>
      <w:pPr>
        <w:jc w:val="right"/>
      </w:pPr>
      <w:r>
        <w:t>آپ جس جگہ بھی جائیں گے، لوگ آپ کو ایکسیپٹ کریں گے،</w:t>
      </w:r>
    </w:p>
    <w:p>
      <w:r>
        <w:rPr>
          <w:b/>
        </w:rPr>
        <w:t xml:space="preserve">[02:05] </w:t>
      </w:r>
      <w:r>
        <w:t>kyunke dunya ko aap ki zaroorat hai. maine kaha ke aap jaiye market mein, kahin se kahiye ke bhai main free mein kaam karunga, mujhe ek mahina kaam karne ke liye do, ek mahina rahiye wahan,</w:t>
      </w:r>
    </w:p>
    <w:p>
      <w:pPr>
        <w:jc w:val="right"/>
      </w:pPr>
      <w:r>
        <w:t>کیونکہ دنیا کو آپ کی ضرورت ہے۔ میں نے کہا کہ آپ جائیے مارکیٹ میں، کہیں سے کہیے کہ بھئی میں فری میں کام کروں گا، مجھے ایک مہینہ کام کرنے کے لیے دے دو، ایک مہینہ رہیے وہاں،</w:t>
      </w:r>
    </w:p>
    <w:p>
      <w:r>
        <w:rPr>
          <w:b/>
        </w:rPr>
        <w:t xml:space="preserve">[02:22] </w:t>
      </w:r>
      <w:r>
        <w:t>aur yeh dikha dijiye ke aap honest bhi hain aur hard worker bhi hain. to aise hi kiya unhone. kisi dukan mein gaye, kaha unhone kaha ke theek hai, aap raho hamare haan ek mahina.</w:t>
      </w:r>
    </w:p>
    <w:p>
      <w:pPr>
        <w:jc w:val="right"/>
      </w:pPr>
      <w:r>
        <w:t>اور یہ دکھا دیجیے کہ آپ ہونسٹ بھی ہیں اور ہارڈ ورکر بھی ہیں۔ تو ایسے ہی کیا انہوں نے۔ کسی دکان میں گئے، کہا انہوں نے کہا کہ ٹھیک ہے، آپ رہو ہمارے ہاں ایک مہینہ۔</w:t>
      </w:r>
    </w:p>
    <w:p>
      <w:r>
        <w:rPr>
          <w:b/>
        </w:rPr>
        <w:t xml:space="preserve">[02:34] </w:t>
      </w:r>
      <w:r>
        <w:t>to unhone is tarah se kaam kiya, honesty ke sath aur hardworking ke sath, ke woh abhi mahina poora nahi hua tha, sirf das din hue thay, unhone baqayda rakh liya unko,</w:t>
      </w:r>
    </w:p>
    <w:p>
      <w:pPr>
        <w:jc w:val="right"/>
      </w:pPr>
      <w:r>
        <w:t>تو انہوں نے اس طرح سے کام کیا، ہونسٹری کے ساتھ اور ہارڈ ورکنگ کے ساتھ، کہ وہ ابھی مہینہ پورا نہیں ہوا تھا، صرف دس دن ہوئے تھے، انہوں نے باقاعدہ رکھ لیا ان کو،</w:t>
      </w:r>
    </w:p>
    <w:p>
      <w:r>
        <w:rPr>
          <w:b/>
        </w:rPr>
        <w:t xml:space="preserve">[02:47] </w:t>
      </w:r>
      <w:r>
        <w:t>aur ma'qool salary unko muqarrar kar di. to yaad rakhiye, jis tarah se aap ke paas credit card ho ya cash payment ka saman aap ke paas ho, to aap shopping center mein jate hain, bohat itminan ke sath,</w:t>
      </w:r>
    </w:p>
    <w:p>
      <w:pPr>
        <w:jc w:val="right"/>
      </w:pPr>
      <w:r>
        <w:t>اور معقول سیلری ان کو مقرر کر دی۔ تو یاد رکھیے، جس طرح سے آپ کے پاس کریڈٹ کارڈ ہو یا کیش پیمنٹ کا سامان آپ کے پاس ہو، تو آپ شاپنگ سینٹر میں جاتے ہیں، بہت اطمینان کے ساتھ،</w:t>
      </w:r>
    </w:p>
    <w:p>
      <w:r>
        <w:rPr>
          <w:b/>
        </w:rPr>
        <w:t xml:space="preserve">[03:07] </w:t>
      </w:r>
      <w:r>
        <w:t>jo chahte hain wahan se khareed lete hain. aise hi apne andar yeh do quality paida kijiye, honesty aur hardworking.</w:t>
      </w:r>
    </w:p>
    <w:p>
      <w:pPr>
        <w:jc w:val="right"/>
      </w:pPr>
      <w:r>
        <w:t>جو چاہتے ہیں وہاں سے خرید لیتے ہیں۔ ایسے ہی اپنے اندر یہ دو کوالٹی پیدا کیجیے، ہونسٹری اور ہارڈ ورکنگ۔</w:t>
      </w:r>
    </w:p>
    <w:p>
      <w:r>
        <w:rPr>
          <w:b/>
        </w:rPr>
        <w:t xml:space="preserve">[03:18] </w:t>
      </w:r>
      <w:r>
        <w:t>jo kaam kijiye, dil laga kar kijiye. jo kaam kijiye, poori mehnat ke sath kijiye. bas har jagah aap wanted ban jayenge.</w:t>
      </w:r>
    </w:p>
    <w:p>
      <w:pPr>
        <w:jc w:val="right"/>
      </w:pPr>
      <w:r>
        <w:t>جو کام کیجیے، دل لگا کر کیجیے۔ جو کام کیجیے، پوری محنت کے ساتھ کیجیے۔ بس ہر جگہ آپ وانٹڈ بن جائیں گے۔</w:t>
      </w:r>
    </w:p>
    <w:p>
      <w:r>
        <w:rPr>
          <w:b/>
        </w:rPr>
        <w:t xml:space="preserve">[03:32] </w:t>
      </w:r>
      <w:r>
        <w:t>job ke market mein aap ko foran kaam mil jayega. yahi hai apne aap par bharosa karna.</w:t>
      </w:r>
    </w:p>
    <w:p>
      <w:pPr>
        <w:jc w:val="right"/>
      </w:pPr>
      <w:r>
        <w:t>جاب کے مارکیٹ میں آپ کو فوراً کام مل جائے گا۔ یہی ہے اپنے آپ پر بھروسہ کرنا۔</w:t>
      </w:r>
    </w:p>
    <w:p>
      <w:r>
        <w:rPr>
          <w:b/>
        </w:rPr>
        <w:t xml:space="preserve">[03:42] </w:t>
      </w:r>
      <w:r>
        <w:t>apne aap par bharosa karna jo kaha jata hai, to yeh koi wishful thinking nahi hai. wishful thinking nahi hai, ek mysterious baat bhi nahi hai yeh.</w:t>
      </w:r>
    </w:p>
    <w:p>
      <w:pPr>
        <w:jc w:val="right"/>
      </w:pPr>
      <w:r>
        <w:t>اپنے آپ پر بھروسہ کرنا جو کہا جاتا ہے، تو یہ کوئی وش فل تھنکنگ نہیں ہے۔ وش فل تھنکنگ نہیں ہے، ایک مسٹیریس بات بھی نہیں ہے یہ۔</w:t>
      </w:r>
    </w:p>
    <w:p>
      <w:r>
        <w:rPr>
          <w:b/>
        </w:rPr>
        <w:t xml:space="preserve">[03:53] </w:t>
      </w:r>
      <w:r>
        <w:t>simple si baat hai ke job market mein jis cheez ki importance hai, jis quality ki, woh quality apne andar paida kar lijiye.</w:t>
      </w:r>
    </w:p>
    <w:p>
      <w:pPr>
        <w:jc w:val="right"/>
      </w:pPr>
      <w:r>
        <w:t>سمپل سی بات ہے کہ جاب مارکیٹ میں جس چیز کی امپورٹنس ہے، جس کوالٹی کی، وہ کوالٹی اپنے اندر پیدا کر لیجیے۔</w:t>
      </w:r>
    </w:p>
    <w:p>
      <w:r>
        <w:rPr>
          <w:b/>
        </w:rPr>
        <w:t xml:space="preserve">[04:04] </w:t>
      </w:r>
      <w:r>
        <w:t>koi aadmi jis ko ke aadmi, koi bhi institution, koi bhi dukandar, jis ko aadmi chahiye, to us ko yahi do cheezein chahiye.</w:t>
      </w:r>
    </w:p>
    <w:p>
      <w:pPr>
        <w:jc w:val="right"/>
      </w:pPr>
      <w:r>
        <w:t>کوئی آدمی جس کو کہ آدمی، کوئی بھی انسٹیٹیوشن، کوئی بھی دکاندار، جس کو آدمی چاہیے، تو اس کو یہی دو چیزیں چاہییں۔</w:t>
      </w:r>
    </w:p>
    <w:p>
      <w:r>
        <w:rPr>
          <w:b/>
        </w:rPr>
        <w:t xml:space="preserve">[04:21] </w:t>
      </w:r>
      <w:r>
        <w:t>isi ka naam hai apne aap par bharosa karna. yani apne andar woh quality paida karna jis ki employer ko zaroorat hai.</w:t>
      </w:r>
    </w:p>
    <w:p>
      <w:pPr>
        <w:jc w:val="right"/>
      </w:pPr>
      <w:r>
        <w:t>اسی کا نام ہے اپنے آپ پر بھروسہ کرنا۔ یعنی اپنے اندر وہ کوالٹی پیدا کرنا جس کی ایمپلائر کو ضرورت ہے۔</w:t>
      </w:r>
    </w:p>
    <w:p>
      <w:r>
        <w:rPr>
          <w:b/>
        </w:rPr>
        <w:t xml:space="preserve">[04:34] </w:t>
      </w:r>
      <w:r>
        <w:t>har employer yahi do cheezein chahta hai. koi bhi employer. koi bhi employer, kisi bhi dunya ke kisi bhi jagah, kahin bhi, kisi bhi country mein aap hon,</w:t>
      </w:r>
    </w:p>
    <w:p>
      <w:pPr>
        <w:jc w:val="right"/>
      </w:pPr>
      <w:r>
        <w:t>ہر ایمپلائر یہی دو چیزیں چاہتا ہے۔ کوئی بھی ایمپلائر۔ کوئی بھی ایمپلائر، کسی بھی دنیا کے کسی بھی جگہ، کہیں بھی، کسی بھی کنٹری میں آپ ہوں،</w:t>
      </w:r>
    </w:p>
    <w:p>
      <w:r>
        <w:rPr>
          <w:b/>
        </w:rPr>
        <w:t xml:space="preserve">[04:48] </w:t>
      </w:r>
      <w:r>
        <w:t>har employer yahi chahta hai ke jis aadmi ko woh le apne kaam ke liye, woh honest ho aur jo kaam us ko diya jaye woh mehnat se kare.</w:t>
      </w:r>
    </w:p>
    <w:p>
      <w:pPr>
        <w:jc w:val="right"/>
      </w:pPr>
      <w:r>
        <w:t>ہر ایمپلائر یہی چاہتا ہے کہ جس آدمی کو وہ لے اپنے کام کے لیے، وہ ہونسٹ ہو اور جو کام اس کو دیا جائے وہ محنت سے کرے۔</w:t>
      </w:r>
    </w:p>
    <w:p>
      <w:r>
        <w:rPr>
          <w:b/>
        </w:rPr>
        <w:t xml:space="preserve">[05:01] </w:t>
      </w:r>
      <w:r>
        <w:t>bas.</w:t>
      </w:r>
    </w:p>
    <w:p>
      <w:pPr>
        <w:jc w:val="right"/>
      </w:pPr>
      <w:r>
        <w:t>بس۔</w:t>
      </w:r>
    </w:p>
    <w:p>
      <w:r>
        <w:rPr>
          <w:b/>
        </w:rPr>
        <w:t xml:space="preserve">[05:04] </w:t>
      </w:r>
      <w:r>
        <w:t>yahi hai kamyabi ka raaz.</w:t>
      </w:r>
    </w:p>
    <w:p>
      <w:pPr>
        <w:jc w:val="right"/>
      </w:pPr>
      <w:r>
        <w:t>یہی ہے کامیابی کا راز۔</w:t>
      </w:r>
    </w:p>
    <w:p>
      <w:r>
        <w:rPr>
          <w:b/>
        </w:rPr>
        <w:t xml:space="preserve">[05:11] </w:t>
      </w:r>
      <w:r>
        <w:t>dekhiye,</w:t>
      </w:r>
    </w:p>
    <w:p>
      <w:pPr>
        <w:jc w:val="right"/>
      </w:pPr>
      <w:r>
        <w:t>دیکھیے،</w:t>
      </w:r>
    </w:p>
    <w:p>
      <w:r>
        <w:rPr>
          <w:b/>
        </w:rPr>
        <w:t xml:space="preserve">[05:15] </w:t>
      </w:r>
      <w:r>
        <w:t>bohat si maslay hain, bohat si kahawatein hain, bohat se maqoolay hain jin ko hum suntay hain. yeh maqoolay kya hain?</w:t>
      </w:r>
    </w:p>
    <w:p>
      <w:pPr>
        <w:jc w:val="right"/>
      </w:pPr>
      <w:r>
        <w:t>بہت سی مسئلے ہیں، بہت سی کہاوتیں ہیں، بہت سے مقولے ہیں جن کو ہم سنتے ہیں۔ یہ مقولے کیا ہیں؟</w:t>
      </w:r>
    </w:p>
    <w:p>
      <w:r>
        <w:rPr>
          <w:b/>
        </w:rPr>
        <w:t xml:space="preserve">[05:25] </w:t>
      </w:r>
      <w:r>
        <w:t>yeh tareekh ka tajurba hain. jis tarah se laboratory mein aap aik tajurba karte hain, phir aik nateeja paate hain, aisay hi tareekh mein bhi aik tajurba hota rehta hai.</w:t>
      </w:r>
    </w:p>
    <w:p>
      <w:pPr>
        <w:jc w:val="right"/>
      </w:pPr>
      <w:r>
        <w:t>یہ تاریخ کا تجربہ ہیں۔ جس طرح سے لیبارٹری میں آپ ایک تجربہ کرتے ہیں، پھر ایک نتیجہ پاتے ہیں، ایسے ہی تاریخ میں بھی ایک تجربہ ہوتا رہتا ہے۔</w:t>
      </w:r>
    </w:p>
    <w:p>
      <w:r>
        <w:rPr>
          <w:b/>
        </w:rPr>
        <w:t xml:space="preserve">[05:39] </w:t>
      </w:r>
      <w:r>
        <w:t>wohi dhal jata hai maqoolay mein ya kahawat mein. jaisay aik maqoola hai, "no news is good news".</w:t>
      </w:r>
    </w:p>
    <w:p>
      <w:pPr>
        <w:jc w:val="right"/>
      </w:pPr>
      <w:r>
        <w:t>وہی ڈھل جاتا ہے مقولے میں یا کہاوت میں۔ جیسے ایک مقولہ ہے، "نو نیوز از گڈ نیوز"۔</w:t>
      </w:r>
    </w:p>
    <w:p>
      <w:r>
        <w:rPr>
          <w:b/>
        </w:rPr>
        <w:t xml:space="preserve">[05:52] </w:t>
      </w:r>
      <w:r>
        <w:t>mein samajhta hoon ke bohat hi pakka maqoola hai. mein jab bhi kahin bahar jata hoon to mein kehta hoon ke dekho, mein telephone nahi karunga, mein koi khat bhi nahi bhejunga.</w:t>
      </w:r>
    </w:p>
    <w:p>
      <w:pPr>
        <w:jc w:val="right"/>
      </w:pPr>
      <w:r>
        <w:t>میں سمجھتا ہوں کہ بہت ہی پکا مقولہ ہے۔ میں جب بھی کہیں باہر جاتا ہوں تو میں کہتا ہوں کہ دیکھو، میں ٹیلی فون نہیں کروں گا، میں کوئی خط بھی نہیں بھیجوں گا۔</w:t>
      </w:r>
    </w:p>
    <w:p>
      <w:r>
        <w:rPr>
          <w:b/>
        </w:rPr>
        <w:t xml:space="preserve">[06:08] </w:t>
      </w:r>
      <w:r>
        <w:t>bas yeh samajh lo ke agar koi khabar nahi aati hai, koi paigham nahi aata hai to sab kuch theek hai. kyunke agar koi baat bigre gi to foran paigham aayega.</w:t>
      </w:r>
    </w:p>
    <w:p>
      <w:pPr>
        <w:jc w:val="right"/>
      </w:pPr>
      <w:r>
        <w:t>بس یہ سمجھ لو کہ اگر کوئی خبر نہیں آتی ہے، کوئی پیغام نہیں آتا ہے تو سب کچھ ٹھیک ہے۔ کیونکہ اگر کوئی بات بگڑے گی تو فوراً پیغام آئے گا۔</w:t>
      </w:r>
    </w:p>
    <w:p>
      <w:r>
        <w:rPr>
          <w:b/>
        </w:rPr>
        <w:t xml:space="preserve">[06:26] </w:t>
      </w:r>
      <w:r>
        <w:t>jab bhi koi koi buri khabar hoti hai to foran woh bheji jati hai. lekin good news ko kya bhejna hai? to yeh yeh samajh lena ke jab khabar nahi aa rahi hai to good news hai.</w:t>
      </w:r>
    </w:p>
    <w:p>
      <w:pPr>
        <w:jc w:val="right"/>
      </w:pPr>
      <w:r>
        <w:t>جب بھی کوئی کوئی بری خبر ہوتی ہے تو فوراً وہ بھیجی جاتی ہے۔ لیکن گڈ نیوز کو کیا بھیجنا ہے؟ تو یہ یہ سمجھ لینا کہ جب خبر نہیں آ رہی ہے تو گڈ نیوز ہے۔</w:t>
      </w:r>
    </w:p>
    <w:p>
      <w:r>
        <w:rPr>
          <w:b/>
        </w:rPr>
        <w:t xml:space="preserve">[06:43] </w:t>
      </w:r>
      <w:r>
        <w:t>to behtareen formula yeh hai ke "no news is good news". is zamanay mein safar bohat barh gaya hai. har ghar mein aap dekhte hain ke log bahar jatay hain.</w:t>
      </w:r>
    </w:p>
    <w:p>
      <w:pPr>
        <w:jc w:val="right"/>
      </w:pPr>
      <w:r>
        <w:t>تو بہترین فارمولا یہ ہے کہ "نو نیوز از گڈ نیوز"۔ اس زمانے میں سفر بہت بڑھ گیا ہے۔ ہر گھر میں آپ دیکھتے ہیں کہ لوگ باہر جاتے ہیں۔</w:t>
      </w:r>
    </w:p>
    <w:p>
      <w:r>
        <w:rPr>
          <w:b/>
        </w:rPr>
        <w:t xml:space="preserve">[06:54] </w:t>
      </w:r>
      <w:r>
        <w:t>kahin job ke liye, kahin taleem ke liye, kahin siyahat ke liye. to log ghar walay pareshan rehte hain ke aray bhai koi khabar nahi aayi, koi telephone nahi aaya.</w:t>
      </w:r>
    </w:p>
    <w:p>
      <w:pPr>
        <w:jc w:val="right"/>
      </w:pPr>
      <w:r>
        <w:t>کہیں جاب کے لیے، کہیں تعلیم کے لیے، کہیں سیاحت کے لیے۔ تو لوگ گھر والے پریشان رہتے ہیں کہ ارے بھائی کوئی خبر نہیں آئی، کوئی ٹیلی فون نہیں آیا۔</w:t>
      </w:r>
    </w:p>
    <w:p>
      <w:r>
        <w:rPr>
          <w:b/>
        </w:rPr>
        <w:t xml:space="preserve">[07:06] </w:t>
      </w:r>
      <w:r>
        <w:t>koi khabar na aaye to achi khabar hai yeh. is liye pareshan honay ki zaroorat nahi hai. bas is formula ko pakar lijiye, "no news is good news".</w:t>
      </w:r>
    </w:p>
    <w:p>
      <w:pPr>
        <w:jc w:val="right"/>
      </w:pPr>
      <w:r>
        <w:t>کوئی خبر نہ آئے تو اچھی خبر ہے یہ۔ اس لیے پریشان ہونے کی ضرورت نہیں ہے۔ بس اس فارمولے کو پکڑ لیجیے، "نو نیوز از گڈ نیوز"۔</w:t>
      </w:r>
    </w:p>
    <w:p>
      <w:r>
        <w:rPr>
          <w:b/>
        </w:rPr>
        <w:t xml:space="preserve">[07:23] </w:t>
      </w:r>
      <w:r>
        <w:t>kyunke agar koi baat bigre gi to zaroor khabar aayegi, zaroor telegram aayega, zaroor telephone aayega. to jab paigham nahi aaya hai wahan se to samajh lijiye ke sab theek hi theek hai.</w:t>
      </w:r>
    </w:p>
    <w:p>
      <w:pPr>
        <w:jc w:val="right"/>
      </w:pPr>
      <w:r>
        <w:t>کیونکہ اگر کوئی بات بگڑے گی تو ضرور خبر آئے گی، ضرور ٹیلی گرام آئے گا، ضرور ٹیلی فون آئے گا۔ تو جب پیغام نہیں آیا ہے وہاں سے تو سمجھ لیجیے کہ سب ٹھیک ہی ٹھیک ہے۔</w:t>
      </w:r>
    </w:p>
    <w:p>
      <w:r>
        <w:rPr>
          <w:b/>
        </w:rPr>
        <w:t xml:space="preserve">[07:37] </w:t>
      </w:r>
      <w:r>
        <w:t>behtareen formula yeh hai. behtareen formula hai ke "no news is good news". is zamanay mein har ghar ki zaroorat hai, kyunke har ghar se kuch log idhar jatay hain, udhar jatay hain.</w:t>
      </w:r>
    </w:p>
    <w:p>
      <w:pPr>
        <w:jc w:val="right"/>
      </w:pPr>
      <w:r>
        <w:t>بہترین فارمولا یہ ہے۔ بہترین فارمولا ہے کہ "نو نیوز از گڈ نیوز"۔ اس زمانے میں ہر گھر کی ضرورت ہے، کیونکہ ہر گھر سے کچھ لوگ ادھر جاتے ہیں، ادھر جاتے ہیں۔</w:t>
      </w:r>
    </w:p>
    <w:p>
      <w:r>
        <w:rPr>
          <w:b/>
        </w:rPr>
        <w:t xml:space="preserve">[07:50] </w:t>
      </w:r>
      <w:r>
        <w:t>phir log khawamkhwah pareshan hotay hain. pareshan honay ki koi zaroorat hi nahi. agar wahan se koi paigham nahi aa raha hai to samajh lijiye ke sab kuch theek thaak hai, sab kuch acha hai.</w:t>
      </w:r>
    </w:p>
    <w:p>
      <w:pPr>
        <w:jc w:val="right"/>
      </w:pPr>
      <w:r>
        <w:t>پھر لوگ خوامخواہ پریشان ہوتے ہیں۔ پریشان ہونے کی کوئی ضرورت ہی نہیں۔ اگر وہاں سے کوئی پیغام نہیں آ رہا ہے تو سمجھ لیجیے کہ سب کچھ ٹھیک ٹھاک ہے، سب کچھ اچھا ہے۔</w:t>
      </w:r>
    </w:p>
    <w:p>
      <w:r>
        <w:rPr>
          <w:b/>
        </w:rPr>
        <w:t xml:space="preserve">[08:05] </w:t>
      </w:r>
      <w:r>
        <w:t>to aaj kal ki duniya mein jab ke safar bohat barh gaya hai</w:t>
      </w:r>
    </w:p>
    <w:p>
      <w:pPr>
        <w:jc w:val="right"/>
      </w:pPr>
      <w:r>
        <w:t>تو آج کل کی دنیا میں جب کہ سفر بہت بڑھ گیا ہے</w:t>
      </w:r>
    </w:p>
    <w:p>
      <w:r>
        <w:rPr>
          <w:b/>
        </w:rPr>
        <w:t xml:space="preserve">[08:11] </w:t>
      </w:r>
      <w:r>
        <w:t>to har ghar ko chahiye ke bas is formula ko pakar le. "no news is good news".</w:t>
      </w:r>
    </w:p>
    <w:p>
      <w:pPr>
        <w:jc w:val="right"/>
      </w:pPr>
      <w:r>
        <w:t>تو ہر گھر کو چاہیے کہ بس اس فارمولے کو پکڑ لے۔ "نو نیوز از گڈ نیوز"۔</w:t>
      </w:r>
    </w:p>
    <w:p>
      <w:r>
        <w:rPr>
          <w:b/>
        </w:rPr>
        <w:t xml:space="preserve">[08:22] </w:t>
      </w:r>
      <w:r>
        <w:t>mein ne is ka tajurba kiya hai aur mein samajhta hoon ke is se behtar formula aur koi nahi.</w:t>
      </w:r>
    </w:p>
    <w:p>
      <w:pPr>
        <w:jc w:val="right"/>
      </w:pPr>
      <w:r>
        <w:t>میں نے اس کا تجربہ کیا ہے اور میں سمجھتا ہوں کہ اس سے بہتر فارمولا اور کوئی نہیں۔</w:t>
      </w:r>
    </w:p>
    <w:p>
      <w:r>
        <w:rPr>
          <w:b/>
        </w:rPr>
        <w:t xml:space="preserve">[08:32] </w:t>
      </w:r>
      <w:r>
        <w:t>yeh formula bana hai sainkaron saal ke tajurbe ke baad.</w:t>
      </w:r>
    </w:p>
    <w:p>
      <w:pPr>
        <w:jc w:val="right"/>
      </w:pPr>
      <w:r>
        <w:t>یہ فارمولا بنا ہے سینکڑوں سال کے تجربے کے بعد۔</w:t>
      </w:r>
    </w:p>
    <w:p>
      <w:r>
        <w:rPr>
          <w:b/>
        </w:rPr>
        <w:t xml:space="preserve">[08:39] </w:t>
      </w:r>
      <w:r>
        <w:t>is tarah ki jo maslay hoti hain woh achaanak nahi banti. sainkaron saal ka tajurba is mein shamil rehta hai.</w:t>
      </w:r>
    </w:p>
    <w:p>
      <w:pPr>
        <w:jc w:val="right"/>
      </w:pPr>
      <w:r>
        <w:t>اس طرح کی جو مسئلے ہوتی ہیں وہ اچانک نہیں بنتی۔ سینکڑوں سال کا تجربہ اس میں شامل رہتا ہے۔</w:t>
      </w:r>
    </w:p>
    <w:p>
      <w:r>
        <w:rPr>
          <w:b/>
        </w:rPr>
        <w:t xml:space="preserve">[08:51] </w:t>
      </w:r>
      <w:r>
        <w:t>yeh sab bohat hi azmooda maqoolay hain, azmooda. mukhtalif soorat-e-haal mein woh qaim kiye, tab woh maqoola ban gaya.</w:t>
      </w:r>
    </w:p>
    <w:p>
      <w:pPr>
        <w:jc w:val="right"/>
      </w:pPr>
      <w:r>
        <w:t>یہ سب بہت ہی آزمودہ مقولے ہیں، آزمودہ۔ مختلف صورتحال میں وہ قائم کیے، تب وہ مقولہ بن گیا۔</w:t>
      </w:r>
    </w:p>
    <w:p>
      <w:r>
        <w:rPr>
          <w:b/>
        </w:rPr>
        <w:t xml:space="preserve">[09:08] </w:t>
      </w:r>
      <w:r>
        <w:t>to mein samajhta hoon ke har aik ko jis ke rishtaydaar bahar hain,</w:t>
      </w:r>
    </w:p>
    <w:p>
      <w:pPr>
        <w:jc w:val="right"/>
      </w:pPr>
      <w:r>
        <w:t>تو میں سمجھتا ہوں کہ ہر ایک کو جس کے رشتے دار باہر ہیں،</w:t>
      </w:r>
    </w:p>
    <w:p>
      <w:r>
        <w:rPr>
          <w:b/>
        </w:rPr>
        <w:t xml:space="preserve">[09:18] </w:t>
      </w:r>
      <w:r>
        <w:t>aaj kal ke zamanay mein aap jantay hain ke pehle zamanay ki tarah mushtarka khandan nahi hua karti hai. woh to agricultural daur mein hoti thi.</w:t>
      </w:r>
    </w:p>
    <w:p>
      <w:pPr>
        <w:jc w:val="right"/>
      </w:pPr>
      <w:r>
        <w:t>آج کل کے زمانے میں آپ جانتے ہیں کہ پہلے زمانے کی طرح مشترکہ خاندان نہیں ہوا کرتی ہے۔ وہ تو ایگریکلچرل دور میں ہوتی تھی۔</w:t>
      </w:r>
    </w:p>
    <w:p>
      <w:r>
        <w:rPr>
          <w:b/>
        </w:rPr>
        <w:t xml:space="preserve">[09:29] </w:t>
      </w:r>
      <w:r>
        <w:t>ab national daur mein woh baat khatam ho gayi hai. to aaj kal ke zamanay ke lihaz se yahi formula behtareen formula hai ke "no news is good news".</w:t>
      </w:r>
    </w:p>
    <w:p>
      <w:pPr>
        <w:jc w:val="right"/>
      </w:pPr>
      <w:r>
        <w:t>اب نیشنل دور میں وہ بات ختم ہو گئی ہے۔ تو آج کل کے زمانے کے لحاظ سے یہی فارمولا بہترین فارمولا ہے کہ "نو نیوز از گڈ نیوز"۔</w:t>
      </w:r>
    </w:p>
    <w:p>
      <w:r>
        <w:rPr>
          <w:b/>
        </w:rPr>
        <w:t xml:space="preserve">[09:42] </w:t>
      </w:r>
      <w:r>
        <w:t>aik formula</w:t>
      </w:r>
    </w:p>
    <w:p>
      <w:pPr>
        <w:jc w:val="right"/>
      </w:pPr>
      <w:r>
        <w:t>ایک فارمولا</w:t>
      </w:r>
    </w:p>
    <w:p>
      <w:r>
        <w:rPr>
          <w:b/>
        </w:rPr>
        <w:t xml:space="preserve">[09:49] </w:t>
      </w:r>
      <w:r>
        <w:t>mein batata hoon jo har aadmi ke liye karamad hai. yeh aik maqoola hai, aik kahawat hai. is kahawat ke peechay</w:t>
      </w:r>
    </w:p>
    <w:p>
      <w:pPr>
        <w:jc w:val="right"/>
      </w:pPr>
      <w:r>
        <w:t>میں بتاتا ہوں جو ہر آدمی کے لیے کارآمد ہے۔ یہ ایک مقولہ ہے، ایک کہاوت ہے۔ اس کہاوت کے پیچھے</w:t>
      </w:r>
    </w:p>
    <w:p>
      <w:r>
        <w:rPr>
          <w:b/>
        </w:rPr>
        <w:t xml:space="preserve">[10:04] </w:t>
      </w:r>
      <w:r>
        <w:t>lambi yeh</w:t>
      </w:r>
    </w:p>
    <w:p>
      <w:pPr>
        <w:jc w:val="right"/>
      </w:pPr>
      <w:r>
        <w:t>لمبی یہ</w:t>
      </w:r>
    </w:p>
    <w:p>
      <w:r>
        <w:rPr>
          <w:b/>
        </w:rPr>
        <w:t xml:space="preserve">[10:13] </w:t>
      </w:r>
      <w:r>
        <w:t>maqoolah maine suna tha jab main bachpan mein tha, gaon mein. to dehaat ke logon se maine yeh maqoolah suna tha.</w:t>
      </w:r>
    </w:p>
    <w:p>
      <w:pPr>
        <w:jc w:val="right"/>
      </w:pPr>
      <w:r>
        <w:t>مقولہ میں نے سنا تھا جب میں بچپن میں تھا، گاؤں میں۔ تو دیہات کے لوگوں سے میں نے یہ مقولہ سنا تھا۔</w:t>
      </w:r>
    </w:p>
    <w:p>
      <w:r>
        <w:rPr>
          <w:b/>
        </w:rPr>
        <w:t xml:space="preserve">[10:25] </w:t>
      </w:r>
      <w:r>
        <w:t>aur main samajhta hoon ke bahut hi achha maqoolah hai. maqoolah mani kahawat.</w:t>
      </w:r>
    </w:p>
    <w:p>
      <w:pPr>
        <w:jc w:val="right"/>
      </w:pPr>
      <w:r>
        <w:t>اور میں سمجھتا ہوں کہ بہت ہی اچھا مقولہ ہے۔ مقولہ معنی کہاوت۔</w:t>
      </w:r>
    </w:p>
    <w:p>
      <w:r>
        <w:rPr>
          <w:b/>
        </w:rPr>
        <w:t xml:space="preserve">[10:33] </w:t>
      </w:r>
      <w:r>
        <w:t>woh kya? "bil to apna bil". hamare ek buzurg the, hamare gaon mein.</w:t>
      </w:r>
    </w:p>
    <w:p>
      <w:pPr>
        <w:jc w:val="right"/>
      </w:pPr>
      <w:r>
        <w:t>وہ کیا؟ "بل تو اپنا بل"۔ ہمارے ایک بزرگ تھے، ہمارے گاؤں میں۔</w:t>
      </w:r>
    </w:p>
    <w:p>
      <w:r>
        <w:rPr>
          <w:b/>
        </w:rPr>
        <w:t xml:space="preserve">[10:42] </w:t>
      </w:r>
      <w:r>
        <w:t>woh kehte the ke "bil to apna bil". is ka matlab hai ke apni taqat par bharosa karo.</w:t>
      </w:r>
    </w:p>
    <w:p>
      <w:pPr>
        <w:jc w:val="right"/>
      </w:pPr>
      <w:r>
        <w:t>وہ کہتے تھے کہ "بل تو اپنا بل"۔ اس کا مطلب ہے کہ اپنی طاقت پر بھروسہ کرو۔</w:t>
      </w:r>
    </w:p>
    <w:p>
      <w:r>
        <w:rPr>
          <w:b/>
        </w:rPr>
        <w:t xml:space="preserve">[10:53] </w:t>
      </w:r>
      <w:r>
        <w:t>doosre ke bharose kabhi bhi koi mansooba na banao. doosre ke bharose par koi chhalang mat lagao.</w:t>
      </w:r>
    </w:p>
    <w:p>
      <w:pPr>
        <w:jc w:val="right"/>
      </w:pPr>
      <w:r>
        <w:t>دوسرے کے بھروسے کبھی بھی کوئی منصوبہ نہ بناؤ۔ دوسرے کے بھروسے پر کوئی چھلانگ مت لگاؤ۔</w:t>
      </w:r>
    </w:p>
    <w:p>
      <w:r>
        <w:rPr>
          <w:b/>
        </w:rPr>
        <w:t xml:space="preserve">[11:06] </w:t>
      </w:r>
      <w:r>
        <w:t>wohi karo jis ka tumhare paas zarea maujood hai. wahi karo jis ki taqat tumhare andar maujood hai.</w:t>
      </w:r>
    </w:p>
    <w:p>
      <w:pPr>
        <w:jc w:val="right"/>
      </w:pPr>
      <w:r>
        <w:t>وہی کرو جس کا تمہارے پاس ذریعہ موجود ہے۔ وہی کرو جس کی طاقت تمہارے اندر موجود ہے۔</w:t>
      </w:r>
    </w:p>
    <w:p>
      <w:r>
        <w:rPr>
          <w:b/>
        </w:rPr>
        <w:t xml:space="preserve">[11:19] </w:t>
      </w:r>
      <w:r>
        <w:t>to woh kaha karte the ke "bil to apna bil". jo apne bas mein hai, bas usi ke hisab se mansooba bandi karo.</w:t>
      </w:r>
    </w:p>
    <w:p>
      <w:pPr>
        <w:jc w:val="right"/>
      </w:pPr>
      <w:r>
        <w:t>تو وہ کہا کرتے تھے کہ "بل تو اپنا بل"۔ جو اپنے بس میں ہے، بس اسی کے حساب سے منصوبہ بندی کرو۔</w:t>
      </w:r>
    </w:p>
    <w:p>
      <w:r>
        <w:rPr>
          <w:b/>
        </w:rPr>
        <w:t xml:space="preserve">[11:30] </w:t>
      </w:r>
      <w:r>
        <w:t>is se zyada ki nahin. to woh kehte the ke agar tumhare paas cycle kharidne ka paisa hai to bazaar mein jao car kharidne ke liye.</w:t>
      </w:r>
    </w:p>
    <w:p>
      <w:pPr>
        <w:jc w:val="right"/>
      </w:pPr>
      <w:r>
        <w:t>اس سے زیادہ کی نہیں۔ تو وہ کہتے تھے کہ اگر تمہارے پاس سائیکل خریدنے کا پیسہ ہے تو بازار میں جاؤ کار خریدنے کے لیے۔</w:t>
      </w:r>
    </w:p>
    <w:p>
      <w:r>
        <w:rPr>
          <w:b/>
        </w:rPr>
        <w:t xml:space="preserve">[11:43] </w:t>
      </w:r>
      <w:r>
        <w:t>to zahir hai ke car nahin milegi tum ko. aur agar tumhare paas car kharidne ka paisa hai aur tum jao khwahishat kharidne to tum ko khwahishat nahin milengi.</w:t>
      </w:r>
    </w:p>
    <w:p>
      <w:pPr>
        <w:jc w:val="right"/>
      </w:pPr>
      <w:r>
        <w:t>تو ظاہر ہے کہ کار نہیں ملے گی تم کو۔ اور اگر تمہارے پاس کار خریدنے کا پیسہ ہے اور تم جاؤ خواہشات خریدنے تو تم کو خواہشات نہیں ملیں گی۔</w:t>
      </w:r>
    </w:p>
    <w:p>
      <w:r>
        <w:rPr>
          <w:b/>
        </w:rPr>
        <w:t xml:space="preserve">[11:56] </w:t>
      </w:r>
      <w:r>
        <w:t>to aisi mansooba bandi kyun karen?</w:t>
      </w:r>
    </w:p>
    <w:p>
      <w:pPr>
        <w:jc w:val="right"/>
      </w:pPr>
      <w:r>
        <w:t>تو ایسی منصوبہ بندی کیوں کریں؟</w:t>
      </w:r>
    </w:p>
    <w:p>
      <w:r>
        <w:rPr>
          <w:b/>
        </w:rPr>
        <w:t xml:space="preserve">[12:01] </w:t>
      </w:r>
      <w:r>
        <w:t>aap aisi mansooba bandi kyun karen?</w:t>
      </w:r>
    </w:p>
    <w:p>
      <w:pPr>
        <w:jc w:val="right"/>
      </w:pPr>
      <w:r>
        <w:t>آپ ایسی منصوبہ بندی کیوں کریں؟</w:t>
      </w:r>
    </w:p>
    <w:p>
      <w:r>
        <w:rPr>
          <w:b/>
        </w:rPr>
        <w:t xml:space="preserve">[12:06] </w:t>
      </w:r>
      <w:r>
        <w:t>to aadmi ko qabil-e-istemal had par rehna chahiye.</w:t>
      </w:r>
    </w:p>
    <w:p>
      <w:pPr>
        <w:jc w:val="right"/>
      </w:pPr>
      <w:r>
        <w:t>تو آدمی کو قابلِ استعمال حد پر رہنا چاہیے۔</w:t>
      </w:r>
    </w:p>
    <w:p>
      <w:r>
        <w:rPr>
          <w:b/>
        </w:rPr>
        <w:t xml:space="preserve">[12:13] </w:t>
      </w:r>
      <w:r>
        <w:t>apne apni jo tawanai hai, apna jo paisa hai, apni jo taqat hai, apne jo wasail hain, us ke daire mein aadmi ko rehna chahiye.</w:t>
      </w:r>
    </w:p>
    <w:p>
      <w:pPr>
        <w:jc w:val="right"/>
      </w:pPr>
      <w:r>
        <w:t>اپنے اپنی جو توانائی ہے، اپنا جو پیسہ ہے، اپنی جو طاقت ہے، اپنے جو وسائل ہیں، اس کے دائرے میں آدمی کو رہنا چاہیے۔</w:t>
      </w:r>
    </w:p>
    <w:p>
      <w:r>
        <w:rPr>
          <w:b/>
        </w:rPr>
        <w:t xml:space="preserve">[12:27] </w:t>
      </w:r>
      <w:r>
        <w:t>yeh matlab hai is ka ke "bil to apna bil". aksar aisa hota hai ke log kisi aur ke bharose par ek qadam le lete hain.</w:t>
      </w:r>
    </w:p>
    <w:p>
      <w:pPr>
        <w:jc w:val="right"/>
      </w:pPr>
      <w:r>
        <w:t>یہ مطلب ہے اس کا کہ "بل تو اپنا بل"۔ اکثر ایسا ہوتا ہے کہ لوگ کسی اور کے بھروسے پر ایک قدم لے لیتے ہیں۔</w:t>
      </w:r>
    </w:p>
    <w:p>
      <w:r>
        <w:rPr>
          <w:b/>
        </w:rPr>
        <w:t xml:space="preserve">[12:39] </w:t>
      </w:r>
      <w:r>
        <w:t>ek iqdamm kar baithte hain. aur baad ko shikayat karte hain.</w:t>
      </w:r>
    </w:p>
    <w:p>
      <w:pPr>
        <w:jc w:val="right"/>
      </w:pPr>
      <w:r>
        <w:t>ایک اقدام کر بیٹھتے ہیں۔ اور بعد کو شکایت کرتے ہیں۔</w:t>
      </w:r>
    </w:p>
    <w:p>
      <w:r>
        <w:rPr>
          <w:b/>
        </w:rPr>
        <w:t xml:space="preserve">[12:48] </w:t>
      </w:r>
      <w:r>
        <w:t>jaise ek sahab se meri mulaqat hui to woh ek sahab apne dost ki bahut shikayat kar rahe the ke dost ne kaha ke main paisa de doonga aur maine ghar kharid liya.</w:t>
      </w:r>
    </w:p>
    <w:p>
      <w:pPr>
        <w:jc w:val="right"/>
      </w:pPr>
      <w:r>
        <w:t>جیسے ایک صاحب سے میری ملاقات ہوئی تو وہ ایک صاحب اپنے دوست کی بہت شکایت کر رہے تھے کہ دوست نے کہا کہ میں پیسہ دے دوں گا اور میں نے گھر خرید لیا۔</w:t>
      </w:r>
    </w:p>
    <w:p>
      <w:r>
        <w:rPr>
          <w:b/>
        </w:rPr>
        <w:t xml:space="preserve">[13:01] </w:t>
      </w:r>
      <w:r>
        <w:t>qarza le kar ke. sood par qarza le kar ke. par kar ke ab is ko ada karna bada mushkil ho raha hai.</w:t>
      </w:r>
    </w:p>
    <w:p>
      <w:pPr>
        <w:jc w:val="right"/>
      </w:pPr>
      <w:r>
        <w:t>قرضہ لے کر کے۔ سود پر قرضہ لے کر کے۔ پر کر کے اب اس کو ادا کرنا بڑا مشکل ہو رہا ہے۔</w:t>
      </w:r>
    </w:p>
    <w:p>
      <w:r>
        <w:rPr>
          <w:b/>
        </w:rPr>
        <w:t xml:space="preserve">[13:11] </w:t>
      </w:r>
      <w:r>
        <w:t>woh dost keh rahe hain ke bhai is waqt maine kaha tha ab woh mere halaat nahin hain. to maine kaha dost ke kehne par aap ne ghar kharid liya?</w:t>
      </w:r>
    </w:p>
    <w:p>
      <w:pPr>
        <w:jc w:val="right"/>
      </w:pPr>
      <w:r>
        <w:t>وہ دوست کہہ رہے ہیں کہ بھئی اس وقت میں نے کہا تھا اب وہ میرے حالات نہیں ہیں۔ تو میں نے کہا دوست کے کہنے پر آپ نے گھر خرید لیا؟</w:t>
      </w:r>
    </w:p>
    <w:p>
      <w:r>
        <w:rPr>
          <w:b/>
        </w:rPr>
        <w:t xml:space="preserve">[13:23] </w:t>
      </w:r>
      <w:r>
        <w:t>aap ek kamra lete? aap ne bara ghar kis liye kharid liya? to un ke apne paas paisa tha one room set lene ke liye.</w:t>
      </w:r>
    </w:p>
    <w:p>
      <w:pPr>
        <w:jc w:val="right"/>
      </w:pPr>
      <w:r>
        <w:t>آپ ایک کمرہ لیتے؟ آپ نے بڑا گھر کس لیے خرید لیا؟ تو ان کے اپنے پاس پیسہ تھا ون روم سیٹ لینے کے لیے۔</w:t>
      </w:r>
    </w:p>
    <w:p>
      <w:r>
        <w:rPr>
          <w:b/>
        </w:rPr>
        <w:t xml:space="preserve">[13:34] </w:t>
      </w:r>
      <w:r>
        <w:t>unhone kharid liya four room set. to yeh hai woh cheez jo khwamkhwah ke liye aap ko pareshani mein dalti hai.</w:t>
      </w:r>
    </w:p>
    <w:p>
      <w:pPr>
        <w:jc w:val="right"/>
      </w:pPr>
      <w:r>
        <w:t>انہوں نے خرید لیا فور روم سیٹ۔ تو یہ ہے وہ چیز جو خوامخواہ کے لیے آپ کو پریشانی میں ڈالتی ہے۔</w:t>
      </w:r>
    </w:p>
    <w:p>
      <w:r>
        <w:rPr>
          <w:b/>
        </w:rPr>
        <w:t xml:space="preserve">[13:47] </w:t>
      </w:r>
      <w:r>
        <w:t>yeh matlab hai "bil to apna bil".</w:t>
      </w:r>
    </w:p>
    <w:p>
      <w:pPr>
        <w:jc w:val="right"/>
      </w:pPr>
      <w:r>
        <w:t>یہ مطلب ہے "بل تو اپنا بل"۔</w:t>
      </w:r>
    </w:p>
    <w:p>
      <w:r>
        <w:rPr>
          <w:b/>
        </w:rPr>
        <w:t xml:space="preserve">[13:54] </w:t>
      </w:r>
      <w:r>
        <w:t>aap yun bhi keh sakte hain is baat ko ke aadmi ko chahiye ke woh apni qabil-e-istemal had par rahe.</w:t>
      </w:r>
    </w:p>
    <w:p>
      <w:pPr>
        <w:jc w:val="right"/>
      </w:pPr>
      <w:r>
        <w:t>آپ یوں بھی کہہ سکتے ہیں اس بات کو کہ آدمی کو چاہیے کہ وہ اپنی قابلِ استعمال حد پر رہے۔</w:t>
      </w:r>
    </w:p>
    <w:p>
      <w:r>
        <w:rPr>
          <w:b/>
        </w:rPr>
        <w:t xml:space="preserve">[14:03] </w:t>
      </w:r>
      <w:r>
        <w:t>jaise aap ek dukaan ko chala sakte hain. aap shehar mein das dukanein khol dein. aur shikayat karen ke bhai woh kaam chal nahin raha hai.</w:t>
      </w:r>
    </w:p>
    <w:p>
      <w:pPr>
        <w:jc w:val="right"/>
      </w:pPr>
      <w:r>
        <w:t>جیسے آپ ایک دکان کو چلا سکتے ہیں۔ آپ شہر میں دس دکانیں کھول دیں۔ اور شکایت کریں کہ بھئی وہ کام چل نہیں رہا ہے۔</w:t>
      </w:r>
    </w:p>
    <w:p>
      <w:r>
        <w:rPr>
          <w:b/>
        </w:rPr>
        <w:t xml:space="preserve">[14:14] </w:t>
      </w:r>
      <w:r>
        <w:t>log chori kar lete hain. to aap ne aisa kaam kyun kiya? har aadmi ki apni ek taqat hoti hai, apni ek tawanai hoti hai, apni ek salahiyat hoti hai.</w:t>
      </w:r>
    </w:p>
    <w:p>
      <w:pPr>
        <w:jc w:val="right"/>
      </w:pPr>
      <w:r>
        <w:t>لوگ چوری کر لیتے ہیں۔ تو آپ نے ایسا کام کیوں کیا؟ ہر آدمی کی اپنی ایک طاقت ہوتی ہے، اپنی ایک توانائی ہوتی ہے، اپنی ایک صلاحیت ہوتی ہے۔</w:t>
      </w:r>
    </w:p>
    <w:p>
      <w:r>
        <w:rPr>
          <w:b/>
        </w:rPr>
        <w:t xml:space="preserve">[14:27] </w:t>
      </w:r>
      <w:r>
        <w:t>aur woh barabar nahin hoti har ek ki. har ek ke halaat hote hain. woh sab ke barabar nahin hote. farq har ek ke alag alag halaat hote hain.</w:t>
      </w:r>
    </w:p>
    <w:p>
      <w:pPr>
        <w:jc w:val="right"/>
      </w:pPr>
      <w:r>
        <w:t>اور وہ برابر نہیں ہوتی ہر ایک کی۔ ہر ایک کے حالات ہوتے ہیں۔ وہ سب کے برابر نہیں ہوتے۔ فرق ہر ایک کے الگ الگ حالات ہوتے ہیں۔</w:t>
      </w:r>
    </w:p>
    <w:p>
      <w:r>
        <w:rPr>
          <w:b/>
        </w:rPr>
        <w:t xml:space="preserve">[14:43] </w:t>
      </w:r>
      <w:r>
        <w:t>har aadmi mukhtalif soorat-e-haal mein paida hota hai. to har ek ko yeh jaan-na chahiye ke meri qabil-e-istemal had kya hai. is se bahar jaana nahi chahiye.</w:t>
      </w:r>
    </w:p>
    <w:p>
      <w:pPr>
        <w:jc w:val="right"/>
      </w:pPr>
      <w:r>
        <w:t>ہر آدمی مختلف صورتحال میں پیدا ہوتا ہے۔ تو ہر ایک کو یہ جاننا چاہیے کہ میری قابلِ استعمال حد کیا ہے۔ اس سے باہر جانا نہیں چاہیے۔</w:t>
      </w:r>
    </w:p>
    <w:p>
      <w:r>
        <w:rPr>
          <w:b/>
        </w:rPr>
        <w:t xml:space="preserve">[14:56] </w:t>
      </w:r>
      <w:r>
        <w:t>ek bohat bada nuqsaan yeh hota hai ke aaj kal jo aap dekhte hain ke tension, stress yeh sab kyun hai? har aadmi apni qabil-e-istemal had se bahar ja gaya hai.</w:t>
      </w:r>
    </w:p>
    <w:p>
      <w:pPr>
        <w:jc w:val="right"/>
      </w:pPr>
      <w:r>
        <w:t>ایک بہت بڑا نقصان یہ ہوتا ہے کہ آج کل جو آپ دیکھتے ہیں کہ ٹینشن، اسٹریس یہ سب کیوں ہے؟ ہر آدمی اپنی قابلِ استعمال حد سے باہر جا گیا ہے۔</w:t>
      </w:r>
    </w:p>
    <w:p>
      <w:r>
        <w:rPr>
          <w:b/>
        </w:rPr>
        <w:t xml:space="preserve">[15:09] </w:t>
      </w:r>
      <w:r>
        <w:t>qabil-e-istemal had par rahiye aur kabhi tension aap ko nahi hoga.</w:t>
      </w:r>
    </w:p>
    <w:p>
      <w:pPr>
        <w:jc w:val="right"/>
      </w:pPr>
      <w:r>
        <w:t>قابلِ استعمال حد پر رہیے اور کبھی ٹینشن آپ کو نہیں ہوگا۔</w:t>
      </w:r>
    </w:p>
    <w:p>
      <w:r>
        <w:rPr>
          <w:b/>
        </w:rPr>
        <w:t xml:space="preserve">[15:19] </w:t>
      </w:r>
      <w:r>
        <w:t>main radio sun raha tha to</w:t>
      </w:r>
    </w:p>
    <w:p>
      <w:pPr>
        <w:jc w:val="right"/>
      </w:pPr>
      <w:r>
        <w:t>میں ریڈیو سن رہا تھا تو</w:t>
      </w:r>
    </w:p>
    <w:p>
      <w:r>
        <w:rPr>
          <w:b/>
        </w:rPr>
        <w:t xml:space="preserve">[15:27] </w:t>
      </w:r>
      <w:r>
        <w:t>is par program aa raha tha ke fazool kharchi par. fazool kharchi par woh logon ka interview kar rahe the.</w:t>
      </w:r>
    </w:p>
    <w:p>
      <w:pPr>
        <w:jc w:val="right"/>
      </w:pPr>
      <w:r>
        <w:t>اس پر پروگرام آ رہا تھا کہ فضول خرچی پر۔ فضول خرچی پر وہ لوگوں کا انٹرویو کر رہے تھے۔</w:t>
      </w:r>
    </w:p>
    <w:p>
      <w:r>
        <w:rPr>
          <w:b/>
        </w:rPr>
        <w:t xml:space="preserve">[15:38] </w:t>
      </w:r>
      <w:r>
        <w:t>All India Radio par. to ek khatoon aayin.</w:t>
      </w:r>
    </w:p>
    <w:p>
      <w:pPr>
        <w:jc w:val="right"/>
      </w:pPr>
      <w:r>
        <w:t>آل انڈیا ریڈیو پر۔ تو ایک خاتون آئیں۔</w:t>
      </w:r>
    </w:p>
    <w:p>
      <w:r>
        <w:rPr>
          <w:b/>
        </w:rPr>
        <w:t xml:space="preserve">[15:49] </w:t>
      </w:r>
      <w:r>
        <w:t>unhon ne kaha ke apna qissa bataya unhon ne ke mahine ka aakhri hafta tha. aur hamare paas sirf dhai hazar rupay reh gaye the.</w:t>
      </w:r>
    </w:p>
    <w:p>
      <w:pPr>
        <w:jc w:val="right"/>
      </w:pPr>
      <w:r>
        <w:t>انہوں نے کہا کہ اپنا قصہ بتایا انہوں نے کہ مہینے کا آخری ہفتہ تھا۔ اور ہمارے پاس صرف ڈھائی ہزار روپے رہ گئے تھے۔</w:t>
      </w:r>
    </w:p>
    <w:p>
      <w:r>
        <w:rPr>
          <w:b/>
        </w:rPr>
        <w:t xml:space="preserve">[16:04] </w:t>
      </w:r>
      <w:r>
        <w:t>lekin mujhe shauq hua ke shopping karein. to maine apne shohar se kaha. to shohar ne kaha ke bhai shopping karoge agar to mahine ka aakhri hafta baqi hai, kaise kharcha chalega?</w:t>
      </w:r>
    </w:p>
    <w:p>
      <w:pPr>
        <w:jc w:val="right"/>
      </w:pPr>
      <w:r>
        <w:t>لیکن مجھے شوق ہوا کہ شاپنگ کریں۔ تو میں نے اپنے شوہر سے کہا۔ تو شوہر نے کہا کہ بھئی شاپنگ کرو گے اگر تو مہینے کا آخری ہفتہ باقی ہے، کیسے خرچہ چلے گا؟</w:t>
      </w:r>
    </w:p>
    <w:p>
      <w:r>
        <w:rPr>
          <w:b/>
        </w:rPr>
        <w:t xml:space="preserve">[16:20] </w:t>
      </w:r>
      <w:r>
        <w:t>to unhon ne kaha ke nahi nahi hum kharch nahi karenge. kuch kharidari nahi karenge, bas chalenge aise hi dekh kar laut aayenge. to wahan gaye to khatoon ko ek kapra pasand aa gaya.</w:t>
      </w:r>
    </w:p>
    <w:p>
      <w:pPr>
        <w:jc w:val="right"/>
      </w:pPr>
      <w:r>
        <w:t>تو انہوں نے کہا کہ نہیں نہیں ہم خرچ نہیں کریں گے۔ کچھ خریداری نہیں کریں گے، بس چلیں گے ایسے ہی دیکھ کر لوٹ آئیں گے۔ تو وہاں گئے تو خاتون کو ایک کپڑا پسند آگیا۔</w:t>
      </w:r>
    </w:p>
    <w:p>
      <w:r>
        <w:rPr>
          <w:b/>
        </w:rPr>
        <w:t xml:space="preserve">[16:36] </w:t>
      </w:r>
      <w:r>
        <w:t>to unhon ne kaha ke yeh kapra main yeh lena hai. to khair unhon ne israr kiya. to shohar ne kaha achha bhai le lo.</w:t>
      </w:r>
    </w:p>
    <w:p>
      <w:pPr>
        <w:jc w:val="right"/>
      </w:pPr>
      <w:r>
        <w:t>تو انہوں نے کہا کہ یہ کپڑا میں یہ لینا ہے۔ تو خیر انہوں نے اصرار کیا۔ تو شوہر نے کہا اچھا بھئی لے لو۔</w:t>
      </w:r>
    </w:p>
    <w:p>
      <w:r>
        <w:rPr>
          <w:b/>
        </w:rPr>
        <w:t xml:space="preserve">[16:47] </w:t>
      </w:r>
      <w:r>
        <w:t>to dhai hazar rupay isi kapre mein chala gaya. ab mahine ka aakhri hafta pareshani mein, sakht pareshani mein guzra un ke alfaaz mein.</w:t>
      </w:r>
    </w:p>
    <w:p>
      <w:pPr>
        <w:jc w:val="right"/>
      </w:pPr>
      <w:r>
        <w:t>تو ڈھائی ہزار روپیہ اسی کپڑے میں چلا گیا۔ اب مہینے کا آخری ہفتہ پریشانی میں، سخت پریشانی میں گزرا ان کے الفاظ میں۔</w:t>
      </w:r>
    </w:p>
    <w:p>
      <w:r>
        <w:rPr>
          <w:b/>
        </w:rPr>
        <w:t xml:space="preserve">[16:56] </w:t>
      </w:r>
      <w:r>
        <w:t>sakht pareshani mein. kyunke paisa reh nahi gaya tha. to is se maine yeh nikala ke yeh jo kharidari hoti hai, yeh yeh is ka taluq aankh se hai.</w:t>
      </w:r>
    </w:p>
    <w:p>
      <w:pPr>
        <w:jc w:val="right"/>
      </w:pPr>
      <w:r>
        <w:t>سخت پریشانی میں۔ کیونکہ پیسہ رہ نہیں گیا تھا۔ تو اس سے میں نے یہ نکالا کہ یہ جو خریداری ہوتی ہے، یہ یہ اس کا تعلق آنکھ سے ہے۔</w:t>
      </w:r>
    </w:p>
    <w:p>
      <w:r>
        <w:rPr>
          <w:b/>
        </w:rPr>
        <w:t xml:space="preserve">[17:10] </w:t>
      </w:r>
      <w:r>
        <w:t>dekh kar kharidna. main is ko bohat galat samajhta hoon. aankhon ki kharidari yeh aap ko pareshan karti hai.</w:t>
      </w:r>
    </w:p>
    <w:p>
      <w:pPr>
        <w:jc w:val="right"/>
      </w:pPr>
      <w:r>
        <w:t>دیکھ کر خریدنا۔ میں اس کو بہت غلط سمجھتا ہوں۔ آنکھوں کی خریداری یہ آپ کو پریشان کرتی ہے۔</w:t>
      </w:r>
    </w:p>
    <w:p>
      <w:r>
        <w:rPr>
          <w:b/>
        </w:rPr>
        <w:t xml:space="preserve">[17:24] </w:t>
      </w:r>
      <w:r>
        <w:t>isi liye main aksar kaha karta hoon ke ghar se jab niklein to fehrist ghar par bana lijiye. ke mujhe yeh cheez kharidna hai. yeh nahi ke aap jayein shopping center mein aur dekhein.</w:t>
      </w:r>
    </w:p>
    <w:p>
      <w:pPr>
        <w:jc w:val="right"/>
      </w:pPr>
      <w:r>
        <w:t>اسی لیے میں اکثر کہا کرتا ہوں کہ گھر سے جب نکلیں تو فہرست گھر پر بنا لیجیے۔ کہ مجھے یہ چیز خریدنا ہے۔ یہ نہیں کہ آپ جائیں شاپنگ سینٹر میں اور دیکھیں۔</w:t>
      </w:r>
    </w:p>
    <w:p>
      <w:r>
        <w:rPr>
          <w:b/>
        </w:rPr>
        <w:t xml:space="preserve">[17:35] </w:t>
      </w:r>
      <w:r>
        <w:t>aur dekh kar aap item choose karein ke kya lena hai, kya nahi lena hai. dekh kar kharidari mein hamesha aap zyada paisa kharch karenge.</w:t>
      </w:r>
    </w:p>
    <w:p>
      <w:pPr>
        <w:jc w:val="right"/>
      </w:pPr>
      <w:r>
        <w:t>اور دیکھ کر آپ آئٹم چوز کریں کہ کیا لینا ہے، کیا نہیں لینا ہے۔ دیکھ کر خریداری میں ہمیشہ آپ زیادہ پیسہ خرچ کریں گے۔</w:t>
      </w:r>
    </w:p>
    <w:p>
      <w:r>
        <w:rPr>
          <w:b/>
        </w:rPr>
        <w:t xml:space="preserve">[17:45] </w:t>
      </w:r>
      <w:r>
        <w:t>aap ghar par rahein. aap ko zaroorat hai ek glass ki. woh fehrist bana lijiye. aap ko zaroorat hai kisi aur cheez ki.</w:t>
      </w:r>
    </w:p>
    <w:p>
      <w:pPr>
        <w:jc w:val="right"/>
      </w:pPr>
      <w:r>
        <w:t>آپ گھر پر رہیں۔ آپ کو ضرورت ہے ایک گلاس کی۔ وہ فہرست بنا لیجیے۔ آپ کو ضرورت ہے کسی اور چیز کی۔</w:t>
      </w:r>
    </w:p>
    <w:p>
      <w:r>
        <w:rPr>
          <w:b/>
        </w:rPr>
        <w:t xml:space="preserve">[17:55] </w:t>
      </w:r>
      <w:r>
        <w:t>woh fehrist bhi likh lijiye. to fehrist ghar par banaiye. dekh kar nahi. jab bhi aap shopping center mein jayenge baghair fehrist ke.</w:t>
      </w:r>
    </w:p>
    <w:p>
      <w:pPr>
        <w:jc w:val="right"/>
      </w:pPr>
      <w:r>
        <w:t>وہ فہرست بھی لکھ لیجیے۔ تو فہرست گھر پر بنائیے۔ دیکھ کر نہیں۔ جب بھی آپ شاپنگ سینٹر میں جائیں گے بغیر فہرست کے۔</w:t>
      </w:r>
    </w:p>
    <w:p>
      <w:r>
        <w:rPr>
          <w:b/>
        </w:rPr>
        <w:t xml:space="preserve">[18:08] </w:t>
      </w:r>
      <w:r>
        <w:t>aur dekh kar kharidari karenge. to hamesha aisa hoga ke aap zyada item le lenge, zyada paisa kharch kar denge.</w:t>
      </w:r>
    </w:p>
    <w:p>
      <w:pPr>
        <w:jc w:val="right"/>
      </w:pPr>
      <w:r>
        <w:t>اور دیکھ کر خریداری کریں گے۔ تو ہمیشہ ایسا ہوگا کہ آپ زیادہ آئٹم لے لیں گے، زیادہ پیسہ خرچ کر دیں گے۔</w:t>
      </w:r>
    </w:p>
    <w:p>
      <w:r>
        <w:rPr>
          <w:b/>
        </w:rPr>
        <w:t xml:space="preserve">[18:19] </w:t>
      </w:r>
      <w:r>
        <w:t>to main samajhta hoon ke yeh bhi management ka maamla hai. yaani shopping management.</w:t>
      </w:r>
    </w:p>
    <w:p>
      <w:pPr>
        <w:jc w:val="right"/>
      </w:pPr>
      <w:r>
        <w:t>تو میں سمجھتا ہوں کہ یہ بھی مینجمنٹ کا معاملہ ہے۔ یعنی شاپنگ مینجمنٹ۔</w:t>
      </w:r>
    </w:p>
    <w:p>
      <w:r>
        <w:rPr>
          <w:b/>
        </w:rPr>
        <w:t xml:space="preserve">[18:30] </w:t>
      </w:r>
      <w:r>
        <w:t>main samajhta hoon ke zyada tar log hain jo shopping management ko nahi jante. They don't know the art of shopping management.</w:t>
      </w:r>
    </w:p>
    <w:p>
      <w:pPr>
        <w:jc w:val="right"/>
      </w:pPr>
      <w:r>
        <w:t>میں سمجھتا ہوں کہ زیادہ تر لوگ ہیں جو شاپنگ مینجمنٹ کو نہیں جانتے۔ They don't know the art of shopping management۔</w:t>
      </w:r>
    </w:p>
    <w:p>
      <w:r>
        <w:rPr>
          <w:b/>
        </w:rPr>
        <w:t xml:space="preserve">[18:40] </w:t>
      </w:r>
      <w:r>
        <w:t>bas chale jayenge aur is ke baad dekhenge jo achhi lagi hai woh kharid liya, jo achhi lagi kharid liya.</w:t>
      </w:r>
    </w:p>
    <w:p>
      <w:pPr>
        <w:jc w:val="right"/>
      </w:pPr>
      <w:r>
        <w:t>بس چلے جائیں گے اور اس کے بعد دیکھیں گے جو اچھی لگی ہے وہ خرید لیا، جو اچھی لگی خرید لیا۔</w:t>
      </w:r>
    </w:p>
    <w:p>
      <w:r>
        <w:rPr>
          <w:b/>
        </w:rPr>
        <w:t xml:space="preserve">[18:52] </w:t>
      </w:r>
      <w:r>
        <w:t>aaj kal yeh hai ke main kisi ghar jata hoon, agar to woh har aadmi ghar ek store wall hota hai, store. saman se bhara hua. main logon se kehta hoon ke bhai aap ghar banayein apne liye ke saman ke liye.</w:t>
      </w:r>
    </w:p>
    <w:p>
      <w:pPr>
        <w:jc w:val="right"/>
      </w:pPr>
      <w:r>
        <w:t>آج کل یہ ہے کہ میں کسی گھر جاتا ہوں، اگر تو وہ ہر آدمی گھر ایک اسٹور وال ہوتا ہے، اسٹور۔ سامان سے بھرا ہوا۔ میں لوگوں سے کہتا ہوں کہ بھئی آپ گھر بنائیں اپنے لیے کہ سامان کے لیے۔</w:t>
      </w:r>
    </w:p>
    <w:p>
      <w:r>
        <w:rPr>
          <w:b/>
        </w:rPr>
        <w:t xml:space="preserve">[19:06] </w:t>
      </w:r>
      <w:r>
        <w:t>ghar jo banaya hai apne rehne ke liye ke saman bharne ke liye. yeh isi liye hota hai ke shopping center chale gaye, dekh dekh kar kharidari karne lage.</w:t>
      </w:r>
    </w:p>
    <w:p>
      <w:pPr>
        <w:jc w:val="right"/>
      </w:pPr>
      <w:r>
        <w:t>گھر جو بنایا ہے اپنے رہنے کے لیے کہ سامان بھرنے کے لیے۔ یہ اسی لیے ہوتا ہے کہ شاپنگ سینٹر چلے گئے، دیکھ دیکھ کر خریداری کرنے لگے۔</w:t>
      </w:r>
    </w:p>
    <w:p>
      <w:r>
        <w:rPr>
          <w:b/>
        </w:rPr>
        <w:t xml:space="preserve">[19:19] </w:t>
      </w:r>
      <w:r>
        <w:t>mulk ke andar hain, tab bhi bahar jate hain, tab bhi. yeh ek bohat hi buri aadat hai jo har ek ko lagi hui hai. taqreeban sau feesad logon ko.</w:t>
      </w:r>
    </w:p>
    <w:p>
      <w:pPr>
        <w:jc w:val="right"/>
      </w:pPr>
      <w:r>
        <w:t>ملک کے اندر ہیں، تب بھی باہر جاتے ہیں، تب بھی۔ یہ ایک بہت ہی بری عادت ہے جو ہر ایک کو لگی ہوئی ہے۔ تقریباً سو فیصد لوگوں کو۔</w:t>
      </w:r>
    </w:p>
    <w:p>
      <w:r>
        <w:rPr>
          <w:b/>
        </w:rPr>
        <w:t xml:space="preserve">[19:28] </w:t>
      </w:r>
      <w:r>
        <w:t>ke dekh kar kharidari karna.</w:t>
      </w:r>
    </w:p>
    <w:p>
      <w:pPr>
        <w:jc w:val="right"/>
      </w:pPr>
      <w:r>
        <w:t>کہ دیکھ کر خریداری کرنا۔</w:t>
      </w:r>
    </w:p>
    <w:p>
      <w:r>
        <w:rPr>
          <w:b/>
        </w:rPr>
        <w:t xml:space="preserve">[19:33] </w:t>
      </w:r>
      <w:r>
        <w:t>boht hi yeh mein is ko boht hi tabahi ki adat samajhta hoon. behtareen tareeqa yeh hai ke aap ghar mein dekhein ke mujhe kya zaroorat hai.</w:t>
      </w:r>
    </w:p>
    <w:p>
      <w:pPr>
        <w:jc w:val="right"/>
      </w:pPr>
      <w:r>
        <w:t>بہت ہی یہ میں اس کو بہت ہی تباہی کی عادت سمجھتا ہوں۔ بہترین طریقہ یہ ہے کہ آپ گھر میں دیکھیں کہ مجھے کیا ضرورت ہے۔</w:t>
      </w:r>
    </w:p>
    <w:p>
      <w:r>
        <w:rPr>
          <w:b/>
        </w:rPr>
        <w:t xml:space="preserve">[19:45] </w:t>
      </w:r>
      <w:r>
        <w:t>is ki fehrist banaiye. is ki fehrist bana kar ke tab bahar jaiye.</w:t>
      </w:r>
    </w:p>
    <w:p>
      <w:pPr>
        <w:jc w:val="right"/>
      </w:pPr>
      <w:r>
        <w:t>اس کی فہرست بنائیے۔ اس کی فہرست بنا کر کے تب باہر جائیے۔</w:t>
      </w:r>
    </w:p>
    <w:p>
      <w:r>
        <w:rPr>
          <w:b/>
        </w:rPr>
        <w:t xml:space="preserve">[19:54] </w:t>
      </w:r>
      <w:r>
        <w:t>yeh hai tareeqa sahi shopping ka.</w:t>
      </w:r>
    </w:p>
    <w:p>
      <w:pPr>
        <w:jc w:val="right"/>
      </w:pPr>
      <w:r>
        <w:t>یہ ہے طریقہ صحیح شاپنگ کا۔</w:t>
      </w:r>
    </w:p>
    <w:p>
      <w:r>
        <w:rPr>
          <w:b/>
        </w:rPr>
        <w:t xml:space="preserve">[20:04] </w:t>
      </w:r>
      <w:r>
        <w:t>ek usool hai jis ko kaha jata hai tafreeq. art of tafreeq.</w:t>
      </w:r>
    </w:p>
    <w:p>
      <w:pPr>
        <w:jc w:val="right"/>
      </w:pPr>
      <w:r>
        <w:t>ایک اصول ہے جس کو کہا جاتا ہے تفریق۔ آرٹ آف تفریق۔</w:t>
      </w:r>
    </w:p>
    <w:p>
      <w:r>
        <w:rPr>
          <w:b/>
        </w:rPr>
        <w:t xml:space="preserve">[20:14] </w:t>
      </w:r>
      <w:r>
        <w:t>ek cheez aur doosri cheez mein farq ko janna.</w:t>
      </w:r>
    </w:p>
    <w:p>
      <w:pPr>
        <w:jc w:val="right"/>
      </w:pPr>
      <w:r>
        <w:t>ایک چیز اور دوسری چیز میں فرق کو جاننا۔</w:t>
      </w:r>
    </w:p>
    <w:p>
      <w:r>
        <w:rPr>
          <w:b/>
        </w:rPr>
        <w:t xml:space="preserve">[20:20] </w:t>
      </w:r>
      <w:r>
        <w:t>ek cheez aur doosri cheez mein farq ko janna. yeh boht hi zaroori hai. hamare gaon mein ek thay boht hi saada qism ke kuch simple ton type ke aadmi log, un ko bhi woh banaya karte thay.</w:t>
      </w:r>
    </w:p>
    <w:p>
      <w:pPr>
        <w:jc w:val="right"/>
      </w:pPr>
      <w:r>
        <w:t>ایک چیز اور دوسری چیز میں فرق کو جاننا۔ یہ بہت ہی ضروری ہے۔ ہمارے گاؤں میں ایک تھے بہت ہی سادہ قسم کے کچھ سمپل ٹن ٹائپ کے آدمی لوگ، ان کو بھی وہ بنایا کرتے تھے۔</w:t>
      </w:r>
    </w:p>
    <w:p>
      <w:r>
        <w:rPr>
          <w:b/>
        </w:rPr>
        <w:t xml:space="preserve">[20:34] </w:t>
      </w:r>
      <w:r>
        <w:t>ek baar aisa tha ke woh khare thay bahar, ek kawa ura, un ke oopar se ura ke chala gaya. to kisi ne kaha arey bhai dekho tumhara kawa kaan le gaya.</w:t>
      </w:r>
    </w:p>
    <w:p>
      <w:pPr>
        <w:jc w:val="right"/>
      </w:pPr>
      <w:r>
        <w:t>ایک بار ایسا تھا کہ وہ کھڑے تھے باہر، ایک کوا اڑا، ان کے اوپر سے اڑ کے چلا گیا۔ تو کسی نے کہا ارے بھئی دیکھو تمہارا کوا کان لے گیا۔</w:t>
      </w:r>
    </w:p>
    <w:p>
      <w:r>
        <w:rPr>
          <w:b/>
        </w:rPr>
        <w:t xml:space="preserve">[20:46] </w:t>
      </w:r>
      <w:r>
        <w:t>oh tumhara kaan to</w:t>
      </w:r>
    </w:p>
    <w:p>
      <w:pPr>
        <w:jc w:val="right"/>
      </w:pPr>
      <w:r>
        <w:t>اوہ تمہارا کان تو</w:t>
      </w:r>
    </w:p>
    <w:p>
      <w:r>
        <w:rPr>
          <w:b/>
        </w:rPr>
        <w:t xml:space="preserve">[20:48] </w:t>
      </w:r>
      <w:r>
        <w:t>kawa le gaya. to boht hi kuch bewakoof se thay woh. unhon ne kaha ke tumhara kaan jo hai woh kawa le gaya.</w:t>
      </w:r>
    </w:p>
    <w:p>
      <w:pPr>
        <w:jc w:val="right"/>
      </w:pPr>
      <w:r>
        <w:t>کوا لے گیا۔ تو بہت ہی کچھ بیوقوف سے تھے وہ۔ انہوں نے کہا کہ تمہارا کان جو ہے وہ کوا لے گیا۔</w:t>
      </w:r>
    </w:p>
    <w:p>
      <w:r>
        <w:rPr>
          <w:b/>
        </w:rPr>
        <w:t xml:space="preserve">[20:58] </w:t>
      </w:r>
      <w:r>
        <w:t>to woh dorne lage koi kaway ke peechay. kaway ke peechay dor rahe hain. to kisi ne kaha arey bhai ab kaan dekh liya hota ke haan</w:t>
      </w:r>
    </w:p>
    <w:p>
      <w:pPr>
        <w:jc w:val="right"/>
      </w:pPr>
      <w:r>
        <w:t>تو وہ دوڑنے لگے کوئی کوے کے پیچھے۔ کوے کے پیچھے دوڑ رہے ہیں۔ تو کسی نے کہا ارے بھئی اب کان دیکھ لیا ہوتا کہ ہاں</w:t>
      </w:r>
    </w:p>
    <w:p>
      <w:r>
        <w:rPr>
          <w:b/>
        </w:rPr>
        <w:t xml:space="preserve">[21:07] </w:t>
      </w:r>
      <w:r>
        <w:t>kaan hai ke nahi hai.</w:t>
      </w:r>
    </w:p>
    <w:p>
      <w:pPr>
        <w:jc w:val="right"/>
      </w:pPr>
      <w:r>
        <w:t>کان ہے کہ نہیں ہے۔</w:t>
      </w:r>
    </w:p>
    <w:p>
      <w:r>
        <w:rPr>
          <w:b/>
        </w:rPr>
        <w:t xml:space="preserve">[21:11] </w:t>
      </w:r>
      <w:r>
        <w:t>to aap ko farq janna chahiye is baat mein. do cheezon mein farq ko janna chahiye. maslan ghussa aur keena.</w:t>
      </w:r>
    </w:p>
    <w:p>
      <w:pPr>
        <w:jc w:val="right"/>
      </w:pPr>
      <w:r>
        <w:t>تو آپ کو فرق جاننا چاہیے اس بات میں۔ دو چیزوں میں فرق کو جاننا چاہیے۔ مثلاً غصہ اور کینہ۔</w:t>
      </w:r>
    </w:p>
    <w:p>
      <w:r>
        <w:rPr>
          <w:b/>
        </w:rPr>
        <w:t xml:space="preserve">[21:23] </w:t>
      </w:r>
      <w:r>
        <w:t>yani ghussa aur mailth. is mein farq ko janiye. agar aadmi ghussa karta hai to woh boht hi aarzi cheez hoti hai. is ko nazar andaaz kar dijiye.</w:t>
      </w:r>
    </w:p>
    <w:p>
      <w:pPr>
        <w:jc w:val="right"/>
      </w:pPr>
      <w:r>
        <w:t>یعنی غصہ اور میلث۔ اس میں فرق کو جانیے۔ اگر آدمی غصہ کرتا ہے تو وہ بہت ہی عارضی چیز ہوتی ہے۔ اس کو نظر انداز کر دیجیے۔</w:t>
      </w:r>
    </w:p>
    <w:p>
      <w:r>
        <w:rPr>
          <w:b/>
        </w:rPr>
        <w:t xml:space="preserve">[21:34] </w:t>
      </w:r>
      <w:r>
        <w:t>haan koi dil mein keena rakh le, mailth rakh le, woh ek masla hai. to mailth ko masla samjhiye, ghusse ko masla na samjhiye.</w:t>
      </w:r>
    </w:p>
    <w:p>
      <w:pPr>
        <w:jc w:val="right"/>
      </w:pPr>
      <w:r>
        <w:t>ہاں کوئی دل میں کینہ رکھ لے، میلث رکھ لے، وہ ایک مسئلہ ہے۔ تو میلث کو مسئلہ سمجھئیے، غصے کو مسئلہ نہ سمجھئیے۔</w:t>
      </w:r>
    </w:p>
    <w:p>
      <w:r>
        <w:rPr>
          <w:b/>
        </w:rPr>
        <w:t xml:space="preserve">[21:45] </w:t>
      </w:r>
      <w:r>
        <w:t>ghussa to aaya aur chala gaya.</w:t>
      </w:r>
    </w:p>
    <w:p>
      <w:pPr>
        <w:jc w:val="right"/>
      </w:pPr>
      <w:r>
        <w:t>غصہ تو آیا اور چلا گیا۔</w:t>
      </w:r>
    </w:p>
    <w:p>
      <w:r>
        <w:rPr>
          <w:b/>
        </w:rPr>
        <w:t xml:space="preserve">[21:52] </w:t>
      </w:r>
      <w:r>
        <w:t>to yeh boht hi zaroori hai ke aap ek cheez aur doosri cheez mein farq karne ko jantein.</w:t>
      </w:r>
    </w:p>
    <w:p>
      <w:pPr>
        <w:jc w:val="right"/>
      </w:pPr>
      <w:r>
        <w:t>تو یہ بہت ہی ضروری ہے کہ آپ ایک چیز اور دوسری چیز میں فرق کرنے کو جانیں۔</w:t>
      </w:r>
    </w:p>
    <w:p>
      <w:r>
        <w:rPr>
          <w:b/>
        </w:rPr>
        <w:t xml:space="preserve">[22:01] </w:t>
      </w:r>
      <w:r>
        <w:t>aksar log is ko farq nahi samajhte. ghussa kiya tab bhi bigar jatay hain ke dekho aisa keh diya, wais</w:t>
      </w:r>
    </w:p>
    <w:p>
      <w:pPr>
        <w:jc w:val="right"/>
      </w:pPr>
      <w:r>
        <w:t>اکثر لوگ اس کو فرق نہیں سمجھتے۔ غصہ کیا تب بھی بگڑ جاتے ہیں کہ دیکھو ایسا کہہ دیا، ویس</w:t>
      </w:r>
    </w:p>
    <w:p>
      <w:r>
        <w:rPr>
          <w:b/>
        </w:rPr>
        <w:t xml:space="preserve">[22:07] </w:t>
      </w:r>
      <w:r>
        <w:t>a keh diya. ghusse mein kisi ne keh diya hai agar to woh kuch bhi masla nahi hai. kyunke woh chand minute ke baad khatam.</w:t>
      </w:r>
    </w:p>
    <w:p>
      <w:pPr>
        <w:jc w:val="right"/>
      </w:pPr>
      <w:r>
        <w:t>ا کہہ دیا۔ غصے میں کسی نے کہہ دیا ہے اگر تو وہ کچھ بھی مسئلہ نہیں ہے۔ کیونکہ وہ چند منٹ کے بعد ختم۔</w:t>
      </w:r>
    </w:p>
    <w:p>
      <w:r>
        <w:rPr>
          <w:b/>
        </w:rPr>
        <w:t xml:space="preserve">[22:16] </w:t>
      </w:r>
      <w:r>
        <w:t>lekin agar koi dil mein keena rakh leta hai jis ko mailth kaha jata hai to woh boht buri cheez hai. kyun? keena wala aadmi subah shaam aap ke khilaf soche ga.</w:t>
      </w:r>
    </w:p>
    <w:p>
      <w:pPr>
        <w:jc w:val="right"/>
      </w:pPr>
      <w:r>
        <w:t>لیکن اگر کوئی دل میں کینہ رکھ لیتا ہے جس کو میلث کہا جاتا ہے تو وہ بہت بری چیز ہے۔ کیوں؟ کینہ والا آدمی صبح شام آپ کے خلاف سوچے گا۔</w:t>
      </w:r>
    </w:p>
    <w:p>
      <w:r>
        <w:rPr>
          <w:b/>
        </w:rPr>
        <w:t xml:space="preserve">[22:29] </w:t>
      </w:r>
      <w:r>
        <w:t>woh manfi mansooba bandi kare ga, kaise aap ko nuqsan pohanchaye. yaad rakhiye jab bhark kar jab gha</w:t>
      </w:r>
    </w:p>
    <w:p>
      <w:pPr>
        <w:jc w:val="right"/>
      </w:pPr>
      <w:r>
        <w:t>وہ منفی منصوبہ بندی کرے گا، کیسے آپ کو نقصان پہنچائے۔ یاد رکھیے جب بھڑک کر جب 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