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7 Al-A‘raf (The Heights) verses 1-99</w:t>
      </w:r>
    </w:p>
    <w:p>
      <w:r>
        <w:t>https://www.youtube.com/watch?v=c26B67v8-9k</w:t>
      </w:r>
    </w:p>
    <w:p>
      <w:r>
        <w:rPr>
          <w:b/>
        </w:rPr>
        <w:t xml:space="preserve">[00:00] </w:t>
      </w:r>
      <w:r>
        <w:t>bismillah al-rahman al-rahim.</w:t>
      </w:r>
    </w:p>
    <w:p>
      <w:pPr>
        <w:jc w:val="right"/>
      </w:pPr>
      <w:r>
        <w:t>بسم الله الرحمن الرحيم.</w:t>
      </w:r>
    </w:p>
    <w:p>
      <w:r>
        <w:rPr>
          <w:b/>
        </w:rPr>
        <w:t xml:space="preserve">[00:07] </w:t>
      </w:r>
      <w:r>
        <w:t>alif lam</w:t>
      </w:r>
    </w:p>
    <w:p>
      <w:pPr>
        <w:jc w:val="right"/>
      </w:pPr>
      <w:r>
        <w:t>ألف لام</w:t>
      </w:r>
    </w:p>
    <w:p>
      <w:r>
        <w:rPr>
          <w:b/>
        </w:rPr>
        <w:t xml:space="preserve">[00:13] </w:t>
      </w:r>
      <w:r>
        <w:t>mim saad. kitab anzalna ilayka fala yakun fi sadrika harajun minhu litunzhira bihi wadhikra lilmu'minin.</w:t>
      </w:r>
    </w:p>
    <w:p>
      <w:pPr>
        <w:jc w:val="right"/>
      </w:pPr>
      <w:r>
        <w:t>ميم صاد. كتاب أنزل إليك فلا يكن في صدرك حرج منه لتنذر به، لتنذر به وذكرى للمؤمنين.</w:t>
      </w:r>
    </w:p>
    <w:p>
      <w:r>
        <w:rPr>
          <w:b/>
        </w:rPr>
        <w:t xml:space="preserve">[00:40] </w:t>
      </w:r>
      <w:r>
        <w:t>ittabi'u ma unzila ilaykum mir rabbikum wala tattabi'u min dunihi awliya'a.</w:t>
      </w:r>
    </w:p>
    <w:p>
      <w:pPr>
        <w:jc w:val="right"/>
      </w:pPr>
      <w:r>
        <w:t>اتبعوا ما أنزل إليكم من ربكم ولا تتبعوا من دونه أولياء.</w:t>
      </w:r>
    </w:p>
    <w:p>
      <w:r>
        <w:rPr>
          <w:b/>
        </w:rPr>
        <w:t xml:space="preserve">[00:57] </w:t>
      </w:r>
      <w:r>
        <w:t>qalilan ma tadhakkarun.</w:t>
      </w:r>
    </w:p>
    <w:p>
      <w:pPr>
        <w:jc w:val="right"/>
      </w:pPr>
      <w:r>
        <w:t>قليلاً ما تذكرون.</w:t>
      </w:r>
    </w:p>
    <w:p>
      <w:r>
        <w:rPr>
          <w:b/>
        </w:rPr>
        <w:t xml:space="preserve">[01:03] </w:t>
      </w:r>
      <w:r>
        <w:t>wakam min qaryatin ahlaknaha faja'aha ba'suna bayatan aw hum qailun.</w:t>
      </w:r>
    </w:p>
    <w:p>
      <w:pPr>
        <w:jc w:val="right"/>
      </w:pPr>
      <w:r>
        <w:t>وكم من قرية أهلكناها فجاءها بأسنا بياً أو هم قائلون.</w:t>
      </w:r>
    </w:p>
    <w:p>
      <w:r>
        <w:rPr>
          <w:b/>
        </w:rPr>
        <w:t xml:space="preserve">[01:19] </w:t>
      </w:r>
      <w:r>
        <w:t>fama kana da'wahum idh ja'ahum ba'suna illa</w:t>
      </w:r>
    </w:p>
    <w:p>
      <w:pPr>
        <w:jc w:val="right"/>
      </w:pPr>
      <w:r>
        <w:t>فما كان دعواهم إذ جاءهم بأسنا إلا</w:t>
      </w:r>
    </w:p>
    <w:p>
      <w:r>
        <w:rPr>
          <w:b/>
        </w:rPr>
        <w:t xml:space="preserve">[01:33] </w:t>
      </w:r>
      <w:r>
        <w:t>an qalu, illa an qalu inna kunna zhalimin.</w:t>
      </w:r>
    </w:p>
    <w:p>
      <w:pPr>
        <w:jc w:val="right"/>
      </w:pPr>
      <w:r>
        <w:t>أن قالوا، إلا أن قالوا إنا كنا ظالمين.</w:t>
      </w:r>
    </w:p>
    <w:p>
      <w:r>
        <w:rPr>
          <w:b/>
        </w:rPr>
        <w:t xml:space="preserve">[01:49] </w:t>
      </w:r>
      <w:r>
        <w:t>falanas'alannalladhina ursila ilayhim walanas'alannal mursilin.</w:t>
      </w:r>
    </w:p>
    <w:p>
      <w:pPr>
        <w:jc w:val="right"/>
      </w:pPr>
      <w:r>
        <w:t>فلنسألن الذين أرسل إليهم ولنسألن المرسلين.</w:t>
      </w:r>
    </w:p>
    <w:p>
      <w:r>
        <w:rPr>
          <w:b/>
        </w:rPr>
        <w:t xml:space="preserve">[01:59] </w:t>
      </w:r>
      <w:r>
        <w:t>falanaqussanna 'alayhim bi'ilmin wama kunna gha'ibin.</w:t>
      </w:r>
    </w:p>
    <w:p>
      <w:pPr>
        <w:jc w:val="right"/>
      </w:pPr>
      <w:r>
        <w:t>فلنقصن عليهم بعلم وما كنا غائبين.</w:t>
      </w:r>
    </w:p>
    <w:p>
      <w:r>
        <w:rPr>
          <w:b/>
        </w:rPr>
        <w:t xml:space="preserve">[02:12] </w:t>
      </w:r>
      <w:r>
        <w:t>al-waznu yawma'idhin al-haqq. faman thaqulat mazanuhu fa'ula'ika humul muflihun.</w:t>
      </w:r>
    </w:p>
    <w:p>
      <w:pPr>
        <w:jc w:val="right"/>
      </w:pPr>
      <w:r>
        <w:t>والوزن يومئذ الحق. فمن ثقلت موازينه فأولئك هم المفلحون.</w:t>
      </w:r>
    </w:p>
    <w:p>
      <w:r>
        <w:rPr>
          <w:b/>
        </w:rPr>
        <w:t xml:space="preserve">[02:26] </w:t>
      </w:r>
      <w:r>
        <w:t>waman khaffat mazanuhu fa'ula'ikalladhina khasiru</w:t>
      </w:r>
    </w:p>
    <w:p>
      <w:pPr>
        <w:jc w:val="right"/>
      </w:pPr>
      <w:r>
        <w:t>ومن خفت موازينه فأولئك الذين خسروا</w:t>
      </w:r>
    </w:p>
    <w:p>
      <w:r>
        <w:rPr>
          <w:b/>
        </w:rPr>
        <w:t xml:space="preserve">[02:37] </w:t>
      </w:r>
      <w:r>
        <w:t>anfusahum. fa'ula'ikalladhina khasiru</w:t>
      </w:r>
    </w:p>
    <w:p>
      <w:pPr>
        <w:jc w:val="right"/>
      </w:pPr>
      <w:r>
        <w:t>أنفسهم. فأولئك الذين خسروا</w:t>
      </w:r>
    </w:p>
    <w:p>
      <w:r>
        <w:rPr>
          <w:b/>
        </w:rPr>
        <w:t xml:space="preserve">[02:46] </w:t>
      </w:r>
      <w:r>
        <w:t>anfusahum bima kanu bi'ayatina yazhlimun.</w:t>
      </w:r>
    </w:p>
    <w:p>
      <w:pPr>
        <w:jc w:val="right"/>
      </w:pPr>
      <w:r>
        <w:t>أنفسهم بما كانوا بآياتنا يظلمون.</w:t>
      </w:r>
    </w:p>
    <w:p>
      <w:r>
        <w:rPr>
          <w:b/>
        </w:rPr>
        <w:t xml:space="preserve">[02:56] </w:t>
      </w:r>
      <w:r>
        <w:t>shuru allah ke naam se jo bara meherban nihayat reham wala hai.</w:t>
      </w:r>
    </w:p>
    <w:p>
      <w:pPr>
        <w:jc w:val="right"/>
      </w:pPr>
      <w:r>
        <w:t>شروع اللہ کے نام سے جو بڑا مہربان نہایت رحم والا ہے۔</w:t>
      </w:r>
    </w:p>
    <w:p>
      <w:r>
        <w:rPr>
          <w:b/>
        </w:rPr>
        <w:t xml:space="preserve">[03:04] </w:t>
      </w:r>
      <w:r>
        <w:t>alif lam meem saad. yeh kitab hai jo tumhari taraf utari gayi hai, pas tumhara dil iske ba'is tang na ho taake tum iske zariye se logon ko darao.</w:t>
      </w:r>
    </w:p>
    <w:p>
      <w:pPr>
        <w:jc w:val="right"/>
      </w:pPr>
      <w:r>
        <w:t>الف لام میم صاد۔ یہ کتاب ہے جو تمہاری طرف اتاری گئی ہے، پس تمہارا دل اس کے باعث تنگ نہ ہو تاکہ تم اس کے ذریعے سے لوگوں کو ڈراؤ۔</w:t>
      </w:r>
    </w:p>
    <w:p>
      <w:r>
        <w:rPr>
          <w:b/>
        </w:rPr>
        <w:t xml:space="preserve">[03:18] </w:t>
      </w:r>
      <w:r>
        <w:t>aur woh imaan walon ke liye yaad dehani hai.</w:t>
      </w:r>
    </w:p>
    <w:p>
      <w:pPr>
        <w:jc w:val="right"/>
      </w:pPr>
      <w:r>
        <w:t>اور وہ ایمان والوں کے لیے یاد دہانی ہے۔</w:t>
      </w:r>
    </w:p>
    <w:p>
      <w:r>
        <w:rPr>
          <w:b/>
        </w:rPr>
        <w:t xml:space="preserve">[03:23] </w:t>
      </w:r>
      <w:r>
        <w:t>jo utra hai tumhari janib tumhare rab ki taraf se iski pairwi karo aur iske siwa doosre sarparaston ki pairwi na karo.</w:t>
      </w:r>
    </w:p>
    <w:p>
      <w:pPr>
        <w:jc w:val="right"/>
      </w:pPr>
      <w:r>
        <w:t>جو اترا ہے تمہاری جانب تمہارے رب کی طرف سے اس کی پیروی کرو اور اس کے سوا دوسرے سرپرستوں کی پیروی نہ کرو۔</w:t>
      </w:r>
    </w:p>
    <w:p>
      <w:r>
        <w:rPr>
          <w:b/>
        </w:rPr>
        <w:t xml:space="preserve">[03:34] </w:t>
      </w:r>
      <w:r>
        <w:t>tum bohat kam nasihat mante ho. aur kitni hi bastiyan hain jin ko hum ne halak kar diya. un par hamara azaab raat ko aa pohancha ya dopahar ko jab ke woh aaram kar rahe the.</w:t>
      </w:r>
    </w:p>
    <w:p>
      <w:pPr>
        <w:jc w:val="right"/>
      </w:pPr>
      <w:r>
        <w:t>تم بہت کم نصیحت مانتے ہو۔ اور کتنی ہی بستیاں ہیں جن کو ہم نے ہلاک کر دیا۔ ان پر ہمارا عذاب رات کو آ پہنچا یا دوپہر کو جب کہ وہ آرام کر رہے تھے۔</w:t>
      </w:r>
    </w:p>
    <w:p>
      <w:r>
        <w:rPr>
          <w:b/>
        </w:rPr>
        <w:t xml:space="preserve">[03:52] </w:t>
      </w:r>
      <w:r>
        <w:t>phir jab hamara azaab un par aaya to woh iske siwa kuch na keh sake ke waqai hum zalim the.</w:t>
      </w:r>
    </w:p>
    <w:p>
      <w:pPr>
        <w:jc w:val="right"/>
      </w:pPr>
      <w:r>
        <w:t>پھر جب ہمارا عذاب ان پر آیا تو وہ اس کے سوا کچھ نہ کہہ سکے کہ واقعی ہم ظالم تھے۔</w:t>
      </w:r>
    </w:p>
    <w:p>
      <w:r>
        <w:rPr>
          <w:b/>
        </w:rPr>
        <w:t xml:space="preserve">[04:02] </w:t>
      </w:r>
      <w:r>
        <w:t>pas hum ko zaroor poochna hai un logon se jin ke paas rasool bheje gaye. aur hum ko zaroor poochna hai rasoolon se.</w:t>
      </w:r>
    </w:p>
    <w:p>
      <w:pPr>
        <w:jc w:val="right"/>
      </w:pPr>
      <w:r>
        <w:t>پس ہم کو ضرور پوچھنا ہے ان لوگوں سے جن کے پاس رسول بھیجے گئے۔ اور ہم کو ضرور پوچھنا ہے رسولوں سے۔</w:t>
      </w:r>
    </w:p>
    <w:p>
      <w:r>
        <w:rPr>
          <w:b/>
        </w:rPr>
        <w:t xml:space="preserve">[04:13] </w:t>
      </w:r>
      <w:r>
        <w:t>phir hum un ke samne sab bayan kar denge ilm ke sath. aur hum kahin ghayab na the.</w:t>
      </w:r>
    </w:p>
    <w:p>
      <w:pPr>
        <w:jc w:val="right"/>
      </w:pPr>
      <w:r>
        <w:t>پھر ہم ان کے سامنے سب بیان کر دیں گے علم کے ساتھ۔ اور ہم کہیں غائب نہ تھے۔</w:t>
      </w:r>
    </w:p>
    <w:p>
      <w:r>
        <w:rPr>
          <w:b/>
        </w:rPr>
        <w:t xml:space="preserve">[04:21] </w:t>
      </w:r>
      <w:r>
        <w:t>is din wazan daar sirf haq hoga. pas jin ki tolen bhari hongi wohi kamyab thehrenge.</w:t>
      </w:r>
    </w:p>
    <w:p>
      <w:pPr>
        <w:jc w:val="right"/>
      </w:pPr>
      <w:r>
        <w:t>اس دن وزن دار صرف حق ہوگا۔ پس جن کی تولیں بھاری ہوں گی وہی کامیاب ٹھہریں گے۔</w:t>
      </w:r>
    </w:p>
    <w:p>
      <w:r>
        <w:rPr>
          <w:b/>
        </w:rPr>
        <w:t xml:space="preserve">[04:30] </w:t>
      </w:r>
      <w:r>
        <w:t>aur jin ki tolen halki hongi wohi log hain jinhone apne aap ko ghaate mein dala.</w:t>
      </w:r>
    </w:p>
    <w:p>
      <w:pPr>
        <w:jc w:val="right"/>
      </w:pPr>
      <w:r>
        <w:t>اور جن کی تولیں ہلکی ہوں گی وہی لوگ ہیں جنہوں نے اپنے آپ کو گھاٹے میں ڈالا۔</w:t>
      </w:r>
    </w:p>
    <w:p>
      <w:r>
        <w:rPr>
          <w:b/>
        </w:rPr>
        <w:t xml:space="preserve">[04:40] </w:t>
      </w:r>
      <w:r>
        <w:t>kyunke woh hamari nishaniyon ke sath na-insaafi karte the.</w:t>
      </w:r>
    </w:p>
    <w:p>
      <w:pPr>
        <w:jc w:val="right"/>
      </w:pPr>
      <w:r>
        <w:t>کیونکہ وہ ہماری نشانیوں کے ساتھ ناانصافی کرتے تھے۔</w:t>
      </w:r>
    </w:p>
    <w:p>
      <w:r>
        <w:rPr>
          <w:b/>
        </w:rPr>
        <w:t xml:space="preserve">[04:48] </w:t>
      </w:r>
      <w:r>
        <w:t>tashreeh. khuda ki kitab apni asal haqeeqat ke aitbaar se ek naseehat hai. magar woh amalan sirf un thore se logon ke liye naseehat banti hai jo apni fitri salahiyat ko zindah kiye hue hain.</w:t>
      </w:r>
    </w:p>
    <w:p>
      <w:pPr>
        <w:jc w:val="right"/>
      </w:pPr>
      <w:r>
        <w:t>تشریح۔ خدا کی کتاب اپنی اصل حقیقت کے اعتبار سے ایک نصیحت ہے۔ مگر وہ عملاً صرف ان تھوڑے سے لوگوں کے لیے نصیحت بنتی ہے جو اپنی فطری صلاحیت کو زندہ کیے ہوئے ہوں۔</w:t>
      </w:r>
    </w:p>
    <w:p>
      <w:r>
        <w:rPr>
          <w:b/>
        </w:rPr>
        <w:t xml:space="preserve">[05:06] </w:t>
      </w:r>
      <w:r>
        <w:t>baqi logon ke liye woh sirf is bure anjaam se darane ke hamaanah ho kar reh jati hai jis ki taraf woh apni sarkashi ki wajah se barh rahe hain.</w:t>
      </w:r>
    </w:p>
    <w:p>
      <w:pPr>
        <w:jc w:val="right"/>
      </w:pPr>
      <w:r>
        <w:t>بقیہ لوگوں کے لیے وہ صرف اس برے انجام سے ڈرانے کے ہمانہ ہو کر رہ جاتی ہے جس کی طرف وہ اپنی سرکشی کی وجہ سے بڑھ رہے ہیں۔</w:t>
      </w:r>
    </w:p>
    <w:p>
      <w:r>
        <w:rPr>
          <w:b/>
        </w:rPr>
        <w:t xml:space="preserve">[05:20] </w:t>
      </w:r>
      <w:r>
        <w:t>daai yeh dekh kar tarapta hai ke jo cheez mujhe kamil sadaqat ke roop mein dikhai de rahi hai us ko beshtar log baطل samajh kar thukra rahe hain.</w:t>
      </w:r>
    </w:p>
    <w:p>
      <w:pPr>
        <w:jc w:val="right"/>
      </w:pPr>
      <w:r>
        <w:t>داعی یہ دیکھ کر تڑپتا ہے کہ جو چیز مجھے کامل صداقت کے روپ میں دکھائی دے رہی ہے اس کو بیشتر لوگ باطل سمجھ کر ٹھکرا رہے ہیں۔</w:t>
      </w:r>
    </w:p>
    <w:p>
      <w:r>
        <w:rPr>
          <w:b/>
        </w:rPr>
        <w:t xml:space="preserve">[05:32] </w:t>
      </w:r>
      <w:r>
        <w:t>jo cheez meri nazar mein.aisa be parwahi ka salook kar rahe hain jaise is ki kuch haqeeqat hi na ho.</w:t>
      </w:r>
    </w:p>
    <w:p>
      <w:pPr>
        <w:jc w:val="right"/>
      </w:pPr>
      <w:r>
        <w:t>جو چیز میری نظر میں۔ ایسا بے پرواہی کا سلوک کر رہے ہیں جیسے اس کی کچھ حقیقت ہی نہ ہو۔</w:t>
      </w:r>
    </w:p>
    <w:p>
      <w:r>
        <w:rPr>
          <w:b/>
        </w:rPr>
        <w:t xml:space="preserve">[05:43] </w:t>
      </w:r>
      <w:r>
        <w:t>jaise woh bilkul be asal ho.yeh dunya imtehan ki dunya hai.yahan har aadmi ke liye mauqa hai ke agar woh kisi baat ko na manna chahe to woh us ko na manay.</w:t>
      </w:r>
    </w:p>
    <w:p>
      <w:pPr>
        <w:jc w:val="right"/>
      </w:pPr>
      <w:r>
        <w:t>جیسے وہ بالکل بے اصل ہو۔ یہ دنیا امتحان کی دنیا ہے۔ یہاں ہر آدمی کے لیے موقع ہے کہ اگر وہ کسی بات کو نہ ماننا چاہے تو وہ اس کو نہ مانے۔</w:t>
      </w:r>
    </w:p>
    <w:p>
      <w:r>
        <w:rPr>
          <w:b/>
        </w:rPr>
        <w:t xml:space="preserve">[05:59] </w:t>
      </w:r>
      <w:r>
        <w:t>hata ke woh us ko radd karne ke liye khoobsurat alfaaz bhi pa lay.magar yeh soorat-e-haal bilkul aarzi hai.</w:t>
      </w:r>
    </w:p>
    <w:p>
      <w:pPr>
        <w:jc w:val="right"/>
      </w:pPr>
      <w:r>
        <w:t>حتیٰ کہ وہ اس کو رد کرنے کے لیے خوبصورت الفاظ بھی پا لے۔ مگر یہ صورتحال بالکل عارضی ہے۔</w:t>
      </w:r>
    </w:p>
    <w:p>
      <w:r>
        <w:rPr>
          <w:b/>
        </w:rPr>
        <w:t xml:space="preserve">[06:09] </w:t>
      </w:r>
      <w:r>
        <w:t>imtehan ki muddat khatam hote hi achaanak khul jaye ga ke daai ki baat lohay aur pathar se bhi ziyada sabit shuda thi.</w:t>
      </w:r>
    </w:p>
    <w:p>
      <w:pPr>
        <w:jc w:val="right"/>
      </w:pPr>
      <w:r>
        <w:t>امتحان کی مدت ختم ہوتے ہی اچانک کھل جائے گا کہ داعی کی بات لوہے اور پتھر سے بھی زیادہ ثابت شدہ تھی۔</w:t>
      </w:r>
    </w:p>
    <w:p>
      <w:r>
        <w:rPr>
          <w:b/>
        </w:rPr>
        <w:t xml:space="preserve">[06:19] </w:t>
      </w:r>
      <w:r>
        <w:t>yeh sirf mukhalifeen ka ta'assub aur un ki ananiyat thi jis ne unhein daleel ko daleel ki soorat mein dekhnay na diya.</w:t>
      </w:r>
    </w:p>
    <w:p>
      <w:pPr>
        <w:jc w:val="right"/>
      </w:pPr>
      <w:r>
        <w:t>یہ صرف مخالفین کا تعصب اور ان کی انانیت تھی جس نے انہیں دلیل کو دلیل کی صورت میں دیکھنے نہ دیا۔</w:t>
      </w:r>
    </w:p>
    <w:p>
      <w:r>
        <w:rPr>
          <w:b/>
        </w:rPr>
        <w:t xml:space="preserve">[06:30] </w:t>
      </w:r>
      <w:r>
        <w:t>us waqt khul jaye ga ke daai haq ki baaton ki radd mein jo daleelain woh pesh karte thay woh mahaz dhondhli thi na ke haqeeqi ma'ano mein koi istadlal.</w:t>
      </w:r>
    </w:p>
    <w:p>
      <w:pPr>
        <w:jc w:val="right"/>
      </w:pPr>
      <w:r>
        <w:t>اس وقت کھل جائے گا کہ داعی حق کی باتوں کی رد میں جو دلیلیں وہ پیش کرتے تھے وہ محض دھاندلی تھی نہ کہ حقیقی معنوں میں کوئی استدلال۔</w:t>
      </w:r>
    </w:p>
    <w:p>
      <w:r>
        <w:rPr>
          <w:b/>
        </w:rPr>
        <w:t xml:space="preserve">[06:46] </w:t>
      </w:r>
      <w:r>
        <w:t>dunya mein jo cheezain kisi ko bawazan banati hain woh yeh ke is ke gird madi ronqain jama hon.woh alfaaz ke darya bahane ka fun janta ho.</w:t>
      </w:r>
    </w:p>
    <w:p>
      <w:pPr>
        <w:jc w:val="right"/>
      </w:pPr>
      <w:r>
        <w:t>دنیا میں جو چیزیں کسی کو باوزن بناتی ہیں وہ یہ کہ اس کے گرد مادی رونقیں جمع ہوں۔ وہ الفاظ کے دریا بہانے کا فن جانتا ہو۔</w:t>
      </w:r>
    </w:p>
    <w:p>
      <w:r>
        <w:rPr>
          <w:b/>
        </w:rPr>
        <w:t xml:space="preserve">[06:57] </w:t>
      </w:r>
      <w:r>
        <w:t>is ke sath awam ki bheer akatha ho gayi ho.chunki haq ke daai ke sath aam taur par yeh asbab jama nahi hotay</w:t>
      </w:r>
    </w:p>
    <w:p>
      <w:pPr>
        <w:jc w:val="right"/>
      </w:pPr>
      <w:r>
        <w:t>اس کے ساتھ عوام کی بھیڑ اکٹھا ہو گئی ہو۔ چونکہ حق کے داعی کے ساتھ عام طور پر یہ اسباب جمع نہیں ہوتے</w:t>
      </w:r>
    </w:p>
    <w:p>
      <w:r>
        <w:rPr>
          <w:b/>
        </w:rPr>
        <w:t xml:space="preserve">[07:08] </w:t>
      </w:r>
      <w:r>
        <w:t>is liye dunya ke logon ki nazar mein is ki baat bewazan aur is ke mukhalifeen ki baat wazan daar ban jati hai.</w:t>
      </w:r>
    </w:p>
    <w:p>
      <w:pPr>
        <w:jc w:val="right"/>
      </w:pPr>
      <w:r>
        <w:t>اس لیے دنیا کے لوگوں کی نظر میں اس کی بات بے وزن اور اس کے مخالفوں کی بات وزن دار بن جاتی ہے۔</w:t>
      </w:r>
    </w:p>
    <w:p>
      <w:r>
        <w:rPr>
          <w:b/>
        </w:rPr>
        <w:t xml:space="preserve">[07:19] </w:t>
      </w:r>
      <w:r>
        <w:t>magar qayamat jab masnooi pardo ko pharay gi to soorat-e-haal bilkul baraks ho jaye gi.ab sara wazan haq ki taraf hoga aur nahq bilkul bedaleel aur bewazan ho kar reh jaye ga.</w:t>
      </w:r>
    </w:p>
    <w:p>
      <w:pPr>
        <w:jc w:val="right"/>
      </w:pPr>
      <w:r>
        <w:t>مگر قیامت جب مصنوعی پردوں کو پھاڑے گی تو صورتحال بالکل برعکس ہو جائے گی۔ اب سارا وزن حق کی طرف ہوگا اور ناحق بالکل بے دلیل اور بے وزن ہو کر رہ جائے گا۔</w:t>
      </w:r>
    </w:p>
    <w:p>
      <w:r>
        <w:rPr>
          <w:b/>
        </w:rPr>
        <w:t xml:space="preserve">[07:38] </w:t>
      </w:r>
      <w:r>
        <w:t>wa laqad makkannakum fil arzi wa ja'alna lakum fiha ma'aish.</w:t>
      </w:r>
    </w:p>
    <w:p>
      <w:pPr>
        <w:jc w:val="right"/>
      </w:pPr>
      <w:r>
        <w:t>ولقد نکناکم فی الارض وجعلنا لکم فیہا معائش۔</w:t>
      </w:r>
    </w:p>
    <w:p>
      <w:r>
        <w:rPr>
          <w:b/>
        </w:rPr>
        <w:t xml:space="preserve">[07:47] </w:t>
      </w:r>
      <w:r>
        <w:t>qalilan ma tashkuroon. wa laqad khalaqnakum thumma sawwarnakum thumma qulna lil malaikati sjudu.</w:t>
      </w:r>
    </w:p>
    <w:p>
      <w:pPr>
        <w:jc w:val="right"/>
      </w:pPr>
      <w:r>
        <w:t>قلیلاً ما تشکرون۔ ولقد خلقناکم ثم صورناکم ثم قلنا للملائکہ اسجدوا۔</w:t>
      </w:r>
    </w:p>
    <w:p>
      <w:r>
        <w:rPr>
          <w:b/>
        </w:rPr>
        <w:t xml:space="preserve">[08:04] </w:t>
      </w:r>
      <w:r>
        <w:t>thumma qulna lil malaikati sjudu li adama fa sajadu illa ibalisa lam yakum min as-sajideen.</w:t>
      </w:r>
    </w:p>
    <w:p>
      <w:pPr>
        <w:jc w:val="right"/>
      </w:pPr>
      <w:r>
        <w:t>ثم قلنا للملائکہ اسجدوا لادم فسجدوا الا ابلیس لم يكن من الساجدین۔</w:t>
      </w:r>
    </w:p>
    <w:p>
      <w:r>
        <w:rPr>
          <w:b/>
        </w:rPr>
        <w:t xml:space="preserve">[08:23] </w:t>
      </w:r>
      <w:r>
        <w:t>qala ma mana'aka alla tasjuda iz amartuk? qala ana khayrum minhu khalaqtani min naari wa khalaqtahu min teen.</w:t>
      </w:r>
    </w:p>
    <w:p>
      <w:pPr>
        <w:jc w:val="right"/>
      </w:pPr>
      <w:r>
        <w:t>قال ما منعک الا تسجد اذ امرتک؟ قال انا خير منه خلقتني من نار وخلقته من طین۔</w:t>
      </w:r>
    </w:p>
    <w:p>
      <w:r>
        <w:rPr>
          <w:b/>
        </w:rPr>
        <w:t xml:space="preserve">[08:41] </w:t>
      </w:r>
      <w:r>
        <w:t>qala fahbita minha fa ma yakunu laka an tatakabbara fiha fakhruj innaka min as-sagheereen.</w:t>
      </w:r>
    </w:p>
    <w:p>
      <w:pPr>
        <w:jc w:val="right"/>
      </w:pPr>
      <w:r>
        <w:t>قال فاهبط منها فما يكون لك ان تتكبر فيها فاخرج انك من الصاغرین۔</w:t>
      </w:r>
    </w:p>
    <w:p>
      <w:r>
        <w:rPr>
          <w:b/>
        </w:rPr>
        <w:t xml:space="preserve">[08:53] </w:t>
      </w:r>
      <w:r>
        <w:t>qala anzirni ila yawmi yub'athoon.</w:t>
      </w:r>
    </w:p>
    <w:p>
      <w:pPr>
        <w:jc w:val="right"/>
      </w:pPr>
      <w:r>
        <w:t>قال انظرني الى يوم يبعثون۔</w:t>
      </w:r>
    </w:p>
    <w:p>
      <w:r>
        <w:rPr>
          <w:b/>
        </w:rPr>
        <w:t xml:space="preserve">[09:02] </w:t>
      </w:r>
      <w:r>
        <w:t>qala innaka min al-munzareen. qala fabima</w:t>
      </w:r>
    </w:p>
    <w:p>
      <w:pPr>
        <w:jc w:val="right"/>
      </w:pPr>
      <w:r>
        <w:t>قال انک من المنظرین۔ قال فبما</w:t>
      </w:r>
    </w:p>
    <w:p>
      <w:r>
        <w:rPr>
          <w:b/>
        </w:rPr>
        <w:t xml:space="preserve">[09:12] </w:t>
      </w:r>
      <w:r>
        <w:t>aghwaytani la'aq'udanna lahum sirataka al-mustaqeem. thumma la'atiyannahum min bayni aydihim wa min khalfihim wa an aymanihim wa an shama'ilihim.</w:t>
      </w:r>
    </w:p>
    <w:p>
      <w:pPr>
        <w:jc w:val="right"/>
      </w:pPr>
      <w:r>
        <w:t>اغويتني لاقعدن لهم صراطك المستقیم۔ ثم لاتینہم من بین ایدیہم ومن خلفہم وعن ایمانهم وعن شمائلهم۔</w:t>
      </w:r>
    </w:p>
    <w:p>
      <w:r>
        <w:rPr>
          <w:b/>
        </w:rPr>
        <w:t xml:space="preserve">[09:37] </w:t>
      </w:r>
      <w:r>
        <w:t>wa an shama'ilihim wa la tajida aktharahum shakireen. qala ukhruj minha madh'ooman madhooran liman taba'aka minhum la'amla'anna jahannama minkum ajma'een.</w:t>
      </w:r>
    </w:p>
    <w:p>
      <w:pPr>
        <w:jc w:val="right"/>
      </w:pPr>
      <w:r>
        <w:t>وعن شمائلهم ولا تجد اكثرهم شاكرین۔ قال اخرج منها مذؤوما مدحورا لمن تبعک منہم لاملان جهنم منکم اجمعین۔</w:t>
      </w:r>
    </w:p>
    <w:p>
      <w:r>
        <w:rPr>
          <w:b/>
        </w:rPr>
        <w:t xml:space="preserve">[10:07] </w:t>
      </w:r>
      <w:r>
        <w:t>aur hum ne tum ko zameen mein jagah di aur hum ne tumhare liye is mein zindagi ka saman faraham kiya.</w:t>
      </w:r>
    </w:p>
    <w:p>
      <w:pPr>
        <w:jc w:val="right"/>
      </w:pPr>
      <w:r>
        <w:t>اور ہم نے تم کو زمین میں جگہ دی اور ہم نے تمہارے لیے اس میں زندگی کا سامان فراہم کیا۔</w:t>
      </w:r>
    </w:p>
    <w:p>
      <w:r>
        <w:rPr>
          <w:b/>
        </w:rPr>
        <w:t xml:space="preserve">[10:17] </w:t>
      </w:r>
      <w:r>
        <w:t>magar tum bohat kam shukr karte ho.aur hum ne tum ko paida kiya phir hum ne tumhari soorat banai.</w:t>
      </w:r>
    </w:p>
    <w:p>
      <w:pPr>
        <w:jc w:val="right"/>
      </w:pPr>
      <w:r>
        <w:t>مگر تم بہت کم شکر کرتے ہو۔ اور ہم نے تم کو پیدا کیا پھر ہم نے تمہاری صورت بنائی۔</w:t>
      </w:r>
    </w:p>
    <w:p>
      <w:r>
        <w:rPr>
          <w:b/>
        </w:rPr>
        <w:t xml:space="preserve">[10:27] </w:t>
      </w:r>
      <w:r>
        <w:t>phir farishton se kaha ke adam ko sajda karo.pas unhon ne sajda kiya.m</w:t>
      </w:r>
    </w:p>
    <w:p>
      <w:pPr>
        <w:jc w:val="right"/>
      </w:pPr>
      <w:r>
        <w:t>پھر فرشتوں سے کہا کہ ادم کو سجدہ کرو۔ پس انہوں نے سجدہ کیا۔ م</w:t>
      </w:r>
    </w:p>
    <w:p>
      <w:r>
        <w:rPr>
          <w:b/>
        </w:rPr>
        <w:t xml:space="preserve">[10:35] </w:t>
      </w:r>
      <w:r>
        <w:t>agar iblis sajda karne walon mein shamil na hua. khuda ne kaha ke tujhe kis cheez ne sajda karne se roka jab ke maine tujh ko hukum diya tha?</w:t>
      </w:r>
    </w:p>
    <w:p>
      <w:pPr>
        <w:jc w:val="right"/>
      </w:pPr>
      <w:r>
        <w:t>گر ابلیس سجدہ کرنے والوں میں شامل نہ ہوا۔ خدا نے کہا کہ تجھے کس چیز نے سجدہ کرنے سے روکا جب کہ میں نے تجھ کو حکم دیا تھا؟</w:t>
      </w:r>
    </w:p>
    <w:p>
      <w:r>
        <w:rPr>
          <w:b/>
        </w:rPr>
        <w:t xml:space="preserve">[10:50] </w:t>
      </w:r>
      <w:r>
        <w:t>iblis ne kaha ke main is se behtar hoon. to ne mujh ko aag se banaya hai aur adam ko mitti se.</w:t>
      </w:r>
    </w:p>
    <w:p>
      <w:pPr>
        <w:jc w:val="right"/>
      </w:pPr>
      <w:r>
        <w:t>ابلیس نے کہا کہ میں اس سے بہتر ہوں۔ تو نے مجھ کو اگ سے بنایا ہے اور ادم کو مٹی سے۔</w:t>
      </w:r>
    </w:p>
    <w:p>
      <w:r>
        <w:rPr>
          <w:b/>
        </w:rPr>
        <w:t xml:space="preserve">[11:01] </w:t>
      </w:r>
      <w:r>
        <w:t>khuda ne kaha ke tu utar yahan se. tujhe yeh haq nahi ke tu is mein ghamand kare. pas nikal ja.</w:t>
      </w:r>
    </w:p>
    <w:p>
      <w:pPr>
        <w:jc w:val="right"/>
      </w:pPr>
      <w:r>
        <w:t>خدا نے کہا کہ تو اتر یہاں سے۔ تجھے یہ حق نہیں کہ تو اس میں گھمنڈ کرے۔ پس نکل جا۔</w:t>
      </w:r>
    </w:p>
    <w:p>
      <w:r>
        <w:rPr>
          <w:b/>
        </w:rPr>
        <w:t xml:space="preserve">[11:12] </w:t>
      </w:r>
      <w:r>
        <w:t>yaqeenan tu zaleel hai. iblis ne kaha ke is din tak ke liye to mujhe muhlat de jab ke sab log uthaye jayenge.</w:t>
      </w:r>
    </w:p>
    <w:p>
      <w:pPr>
        <w:jc w:val="right"/>
      </w:pPr>
      <w:r>
        <w:t>یقینا تو ذلیل ہے۔ ابلیس نے کہا کہ اس دن تک کے لیے تو مجھے مہلت دے جب کہ سب لوگ اٹھائے جائیں گے۔</w:t>
      </w:r>
    </w:p>
    <w:p>
      <w:r>
        <w:rPr>
          <w:b/>
        </w:rPr>
        <w:t xml:space="preserve">[11:24] </w:t>
      </w:r>
      <w:r>
        <w:t>khuda ne kaha ke tujh ko muhlat di gayi.</w:t>
      </w:r>
    </w:p>
    <w:p>
      <w:pPr>
        <w:jc w:val="right"/>
      </w:pPr>
      <w:r>
        <w:t>خدا نے کہا کہ تجھ کو مہلت دی گئی۔</w:t>
      </w:r>
    </w:p>
    <w:p>
      <w:r>
        <w:rPr>
          <w:b/>
        </w:rPr>
        <w:t xml:space="preserve">[11:29] </w:t>
      </w:r>
      <w:r>
        <w:t>iblis ne kaha ke chunke to ne mujhe gumrah kiya hai main bhi logon ke liye teri seedhi rah par baithunga.</w:t>
      </w:r>
    </w:p>
    <w:p>
      <w:pPr>
        <w:jc w:val="right"/>
      </w:pPr>
      <w:r>
        <w:t>ابلیس نے کہا کہ چونکہ تو نے مجھے گمراہ کیا ہے میں بھی لوگوں کے لیے تیری سیدھی راہ پر بیٹھوں گا۔</w:t>
      </w:r>
    </w:p>
    <w:p>
      <w:r>
        <w:rPr>
          <w:b/>
        </w:rPr>
        <w:t xml:space="preserve">[11:40] </w:t>
      </w:r>
      <w:r>
        <w:t>phir un par aaunga un ke aage se aur un ke peeche se aur un ke dayen se aur un ke bayen se.</w:t>
      </w:r>
    </w:p>
    <w:p>
      <w:pPr>
        <w:jc w:val="right"/>
      </w:pPr>
      <w:r>
        <w:t>پھر ان پر اؤں گا ان کے اگے سے اور ان کے پیچھے سے اور ان کے دائیں سے اور ان کے بائیں سے۔</w:t>
      </w:r>
    </w:p>
    <w:p>
      <w:r>
        <w:rPr>
          <w:b/>
        </w:rPr>
        <w:t xml:space="preserve">[11:51] </w:t>
      </w:r>
      <w:r>
        <w:t>aur tu un mein se aksar ko shukr guzar na payega.</w:t>
      </w:r>
    </w:p>
    <w:p>
      <w:pPr>
        <w:jc w:val="right"/>
      </w:pPr>
      <w:r>
        <w:t>اور تو ان میں سے اکثر کو شکر گزار نہ پائے گا۔</w:t>
      </w:r>
    </w:p>
    <w:p>
      <w:r>
        <w:rPr>
          <w:b/>
        </w:rPr>
        <w:t xml:space="preserve">[11:57] </w:t>
      </w:r>
      <w:r>
        <w:t>khuda ne kaha ke nikal yahan se zaleel aur thukraya hua. jo koi in mein se teri rah par chalega to main tum sab se jahannum ko bhar dunga.</w:t>
      </w:r>
    </w:p>
    <w:p>
      <w:pPr>
        <w:jc w:val="right"/>
      </w:pPr>
      <w:r>
        <w:t>خدا نے کہا کہ نکل یہاں سے ذلیل اور ٹھکرایا ہوا۔ جو کوئی ان میں سے تیری راہ پر چلے گا تو میں تم سب سے جہنم کو بھر دوں گا۔</w:t>
      </w:r>
    </w:p>
    <w:p>
      <w:r>
        <w:rPr>
          <w:b/>
        </w:rPr>
        <w:t xml:space="preserve">[12:11] </w:t>
      </w:r>
      <w:r>
        <w:t>tashreeh. khuda ne insan ko is dunya mein jo kuch diya hai is liye diya hai ke uska nafasiyati jawab woh shukr ki surat mein pesh kare.</w:t>
      </w:r>
    </w:p>
    <w:p>
      <w:pPr>
        <w:jc w:val="right"/>
      </w:pPr>
      <w:r>
        <w:t>تشریح۔ خدا نے انسان کو اس دنیا میں جو کچھ دیا ہے اس لیے دیا ہے کہ اس کا نفسیاتی جواب وہ شکر کی صورت میں پیش کرے۔</w:t>
      </w:r>
    </w:p>
    <w:p>
      <w:r>
        <w:rPr>
          <w:b/>
        </w:rPr>
        <w:t xml:space="preserve">[12:27] </w:t>
      </w:r>
      <w:r>
        <w:t>magar yahi woh cheez hai jis ko aadmi apne rab ke samne pesh nahi karta. is ki wajah yeh hai ke shaitan is ke andar doosre doosre jazbat ubharkar is ko shukr ki nafasiyat se door kar deta hai.</w:t>
      </w:r>
    </w:p>
    <w:p>
      <w:pPr>
        <w:jc w:val="right"/>
      </w:pPr>
      <w:r>
        <w:t>مگر یہی وہ چیز ہے جس کو ادمی اپنے رب کے سامنے پیش نہیں کرتا۔ اس کی وجہ یہ ہے کہ شیطان اس کے اندر دوسرے دوسرے جذبات ابھار کر اس کو شکر کی نفسیات سے دور کر دیتا ہے۔</w:t>
      </w:r>
    </w:p>
    <w:p>
      <w:r>
        <w:rPr>
          <w:b/>
        </w:rPr>
        <w:t xml:space="preserve">[12:49] </w:t>
      </w:r>
      <w:r>
        <w:t>adam aur iblis ke qisse se maloom hota hai ke dunya mein hidayat aur gumrahi ka muarka kahan barpa hai.</w:t>
      </w:r>
    </w:p>
    <w:p>
      <w:pPr>
        <w:jc w:val="right"/>
      </w:pPr>
      <w:r>
        <w:t>ادم اور ابلیس کے قصے سے معلوم ہوتا ہے کہ دنیا میں ہدایت اور گمراہی کا معرکہ کہاں برپا ہے۔</w:t>
      </w:r>
    </w:p>
    <w:p>
      <w:r>
        <w:rPr>
          <w:b/>
        </w:rPr>
        <w:t xml:space="preserve">[12:59] </w:t>
      </w:r>
      <w:r>
        <w:t>yeh muarka un mawaqe par barpa hai jahan aadmi ke andar hasad aur ghamand ki nafasiyat jaagti hain.</w:t>
      </w:r>
    </w:p>
    <w:p>
      <w:pPr>
        <w:jc w:val="right"/>
      </w:pPr>
      <w:r>
        <w:t>یہ معرکہ ان مواقع پر برپا ہے جہاں ادمی کے اندر حسد اور گھمنڈ کی نفسیات جاگتی ہیں۔</w:t>
      </w:r>
    </w:p>
    <w:p>
      <w:r>
        <w:rPr>
          <w:b/>
        </w:rPr>
        <w:t xml:space="preserve">[13:10] </w:t>
      </w:r>
      <w:r>
        <w:t>imtehan ki is dunya mein bar bar aisa hota hai ke ek aadmi doosre aadmi se oopar uth jata hai.</w:t>
      </w:r>
    </w:p>
    <w:p>
      <w:pPr>
        <w:jc w:val="right"/>
      </w:pPr>
      <w:r>
        <w:t>امتحان کی اس دنیا میں بار بار ایسا ہوتا ہے کہ ایک ادمی دوسرے ادمی سے اوپر اٹھ جاتا ہے۔</w:t>
      </w:r>
    </w:p>
    <w:p>
      <w:r>
        <w:rPr>
          <w:b/>
        </w:rPr>
        <w:t xml:space="preserve">[13:20] </w:t>
      </w:r>
      <w:r>
        <w:t>kabhi koi shakhs daulat o izzat mein doosre se zyada hissa pa leta hai. kabhi do aadmiyon ke darmiyan aisa muamla padta hai ke ek shakhs ke liye doosre ko is ka jaiz haq dena apne ko neeche girane ke hamaanah nazar aata hai.</w:t>
      </w:r>
    </w:p>
    <w:p>
      <w:pPr>
        <w:jc w:val="right"/>
      </w:pPr>
      <w:r>
        <w:t>کبھی کوئی شخص دولت و عزت میں دوسرے سے زیادہ حصہ پا لیتا ہے۔ کبھی دو ادمیوں کے درمیان ایسا معاملہ پڑتا ہے کہ ایک شخص کے لیے دوسرے کو اس کا جائز حق دینا اپنے کو نیچے گرانے کے ہمانہ نظر اتا ہے۔</w:t>
      </w:r>
    </w:p>
    <w:p>
      <w:r>
        <w:rPr>
          <w:b/>
        </w:rPr>
        <w:t xml:space="preserve">[13:44] </w:t>
      </w:r>
      <w:r>
        <w:t>kabhi kisi shakhs ki zuban se khuda ek sachai ka ailan karata hai aur woh un logon ko apne se bartar dikhai dene lagta hai jo us sachai tak pahunchne mein nakaam rahe the.</w:t>
      </w:r>
    </w:p>
    <w:p>
      <w:pPr>
        <w:jc w:val="right"/>
      </w:pPr>
      <w:r>
        <w:t>کبھی کسی شخص کی زبان سے خدا ایک سچائی کا اعلان کراتا ہے اور وہ ان لوگوں کو اپنے سے برتر دکھائی دینے لگتا ہے جو اس سچائی تک پہنچنے میں ناکام رہے تھے۔</w:t>
      </w:r>
    </w:p>
    <w:p>
      <w:r>
        <w:rPr>
          <w:b/>
        </w:rPr>
        <w:t xml:space="preserve">[14:01] </w:t>
      </w:r>
      <w:r>
        <w:t>aise mawaqe par shaitan aadmi ke andar hasad aur ghamand ki nafasiyat jagah deta hai.</w:t>
      </w:r>
    </w:p>
    <w:p>
      <w:pPr>
        <w:jc w:val="right"/>
      </w:pPr>
      <w:r>
        <w:t>ایسے مواقع پر شیطان ادمی کے اندر حسد اور گھمنڈ کی نفسیات جگہ دیتا ہے۔</w:t>
      </w:r>
    </w:p>
    <w:p>
      <w:r>
        <w:rPr>
          <w:b/>
        </w:rPr>
        <w:t xml:space="preserve">[14:08] </w:t>
      </w:r>
      <w:r>
        <w:t>main behtar hoon ke jazbe se magloob ho kar woh apne bhai ka etaraf karne ke liye tayyar nahi hote. yahi khuda ki nazar mein shaitan ke raste par chalna hai.</w:t>
      </w:r>
    </w:p>
    <w:p>
      <w:pPr>
        <w:jc w:val="right"/>
      </w:pPr>
      <w:r>
        <w:t>میں بہتر ہوں کہ جذبے سے مغلوب ہو کر وہ اپنے بھائی کا اعتراف کرنے کے لیے تیار نہیں ہوتے۔ یہی خدا کی نظر میں شیطان کے راستے پر چلنا ہے۔</w:t>
      </w:r>
    </w:p>
    <w:p>
      <w:r>
        <w:rPr>
          <w:b/>
        </w:rPr>
        <w:t xml:space="preserve">[14:22] </w:t>
      </w:r>
      <w:r>
        <w:t>jis shakhs ne aise mawaqe par hasad aur ghamand ka tareeqa ikhtiyar kiya us ne apne ko jahannami anjam ka mustahiq bana liya jo shaitan ke liye muqaddar hai.</w:t>
      </w:r>
    </w:p>
    <w:p>
      <w:pPr>
        <w:jc w:val="right"/>
      </w:pPr>
      <w:r>
        <w:t>جس شخص نے ایسے مواقع پر حسد اور گھمنڈ کا طریقہ اختیار کیا اس نے اپنے کو جہنمی انجام کا مستحق بنا لیا جو شیطان کے لیے مقدر ہے۔</w:t>
      </w:r>
    </w:p>
    <w:p>
      <w:r>
        <w:rPr>
          <w:b/>
        </w:rPr>
        <w:t xml:space="preserve">[14:37] </w:t>
      </w:r>
      <w:r>
        <w:t>aur jis ne aise mawaqe par shaitan ke paida kiye hue jazbat ko apne andar kuchal dala</w:t>
      </w:r>
    </w:p>
    <w:p>
      <w:pPr>
        <w:jc w:val="right"/>
      </w:pPr>
      <w:r>
        <w:t>اور جس نے ایسے مواقع پر شیطان کے پیدا کیے ہوئے جذبات کو اپنے اندر کچل ڈالا</w:t>
      </w:r>
    </w:p>
    <w:p>
      <w:r>
        <w:rPr>
          <w:b/>
        </w:rPr>
        <w:t xml:space="preserve">[14:46] </w:t>
      </w:r>
      <w:r>
        <w:t>us ne is baat ka saboot diya ke woh is qabil hai ke us ko jannat ke baghon mein basaya jaye.</w:t>
      </w:r>
    </w:p>
    <w:p>
      <w:pPr>
        <w:jc w:val="right"/>
      </w:pPr>
      <w:r>
        <w:t>اس نے اس بات کا ثبوت دیا کہ وہ اس قابل ہے کہ اس کو جنت کے باغوں میں بسایا جائے۔</w:t>
      </w:r>
    </w:p>
    <w:p>
      <w:r>
        <w:rPr>
          <w:b/>
        </w:rPr>
        <w:t xml:space="preserve">[14:57] </w:t>
      </w:r>
      <w:r>
        <w:t>jo kuch kisi ko milta hai khuda ki taraf se milta hai. is liye kisi ki fazilat ka etaraf darasal khuda ki taqseem ke barhaq hone ka etaraf hai.</w:t>
      </w:r>
    </w:p>
    <w:p>
      <w:pPr>
        <w:jc w:val="right"/>
      </w:pPr>
      <w:r>
        <w:t>جو کچھ کسی کو ملتا ہے خدا کی طرف سے ملتا ہے۔ اس لیے کسی کی فضیلت کا اعتراف دراصل خدا کی تقسیم کے برحق ہونے کا اعتراف ہے۔</w:t>
      </w:r>
    </w:p>
    <w:p>
      <w:r>
        <w:rPr>
          <w:b/>
        </w:rPr>
        <w:t xml:space="preserve">[15:09] </w:t>
      </w:r>
      <w:r>
        <w:t>aur us ki fazilat ko na manna khuda ki taqseem ko na manna hai.</w:t>
      </w:r>
    </w:p>
    <w:p>
      <w:pPr>
        <w:jc w:val="right"/>
      </w:pPr>
      <w:r>
        <w:t>اور اس کی فضیلت کو نہ ماننا خدا کی تقسیم کو نہ ماننا ہے۔</w:t>
      </w:r>
    </w:p>
    <w:p>
      <w:r>
        <w:rPr>
          <w:b/>
        </w:rPr>
        <w:t xml:space="preserve">[15:16] </w:t>
      </w:r>
      <w:r>
        <w:t>isi tarah jab ek shakhs kisi haq ki bina par doosre ke aage jhukta hai to woh kisi aadmi ke aage nahi jhukta balke khuda ke aage jhukta hai.</w:t>
      </w:r>
    </w:p>
    <w:p>
      <w:pPr>
        <w:jc w:val="right"/>
      </w:pPr>
      <w:r>
        <w:t>اسی طرح جب ایک شخص کسی حق کی بنا پر دوسرے کے اگے جھکتا ہے تو وہ کسی ادمی کے اگے نہیں جھکتا بلکہ خدا کے اگے جھکتا ہے۔</w:t>
      </w:r>
    </w:p>
    <w:p>
      <w:r>
        <w:rPr>
          <w:b/>
        </w:rPr>
        <w:t xml:space="preserve">[15:30] </w:t>
      </w:r>
      <w:r>
        <w:t>kyunke aisa woh khuda ke hukum ki bina par kar raha hai na ke is admi ke zati</w:t>
      </w:r>
    </w:p>
    <w:p>
      <w:pPr>
        <w:jc w:val="right"/>
      </w:pPr>
      <w:r>
        <w:t>کیونکہ ایسا وہ خدا کے حکم کی بنا پر کر رہا ہے نہ کہ اس ادمی کے ذاتی</w:t>
      </w:r>
    </w:p>
    <w:p>
      <w:r>
        <w:rPr>
          <w:b/>
        </w:rPr>
        <w:t xml:space="preserve">[15:38] </w:t>
      </w:r>
      <w:r>
        <w:t>fazl ki bina par.</w:t>
      </w:r>
    </w:p>
    <w:p>
      <w:pPr>
        <w:jc w:val="right"/>
      </w:pPr>
      <w:r>
        <w:t>فضل کی بنا پر۔</w:t>
      </w:r>
    </w:p>
    <w:p>
      <w:r>
        <w:rPr>
          <w:b/>
        </w:rPr>
        <w:t xml:space="preserve">[16:03] </w:t>
      </w:r>
      <w:r>
        <w:t>fawsus lahuma ash-shaytan li-yubdiya lahuma ma wuri 'anhuma min su'atihimā wa qāla.</w:t>
      </w:r>
    </w:p>
    <w:p>
      <w:pPr>
        <w:jc w:val="right"/>
      </w:pPr>
      <w:r>
        <w:t>فوسوس لهما الشیطان لیبدی لهما ما ووری عنهما من سوءاتهما وقال۔</w:t>
      </w:r>
    </w:p>
    <w:p>
      <w:r>
        <w:rPr>
          <w:b/>
        </w:rPr>
        <w:t xml:space="preserve">[16:15] </w:t>
      </w:r>
      <w:r>
        <w:t>wa qāla mā nahākumā rabbukumā 'an hādhihi ash-shajarati illā</w:t>
      </w:r>
    </w:p>
    <w:p>
      <w:pPr>
        <w:jc w:val="right"/>
      </w:pPr>
      <w:r>
        <w:t>وقال ما نهاکما ربکما عن هذه الشجرۃ الا</w:t>
      </w:r>
    </w:p>
    <w:p>
      <w:r>
        <w:rPr>
          <w:b/>
        </w:rPr>
        <w:t xml:space="preserve">[16:24] </w:t>
      </w:r>
      <w:r>
        <w:t>an takūnā malakayni aw takūnā min al-khālidīn. wa qāsamahumā innī lakumā la min an-nāṣiḥīn.</w:t>
      </w:r>
    </w:p>
    <w:p>
      <w:pPr>
        <w:jc w:val="right"/>
      </w:pPr>
      <w:r>
        <w:t>ان تكونا ملكین او تكونا من الخالدین۔ وقاسمهما انی لکما لمن الناصحین۔</w:t>
      </w:r>
    </w:p>
    <w:p>
      <w:r>
        <w:rPr>
          <w:b/>
        </w:rPr>
        <w:t xml:space="preserve">[16:44] </w:t>
      </w:r>
      <w:r>
        <w:t>aur a'e adam tum aur tumhari biwi jannat mein raho aur khao jahan se chaho magar is drakht ke pas na jana warna tum nuqsan uthane walon mein se ho jaoge.</w:t>
      </w:r>
    </w:p>
    <w:p>
      <w:pPr>
        <w:jc w:val="right"/>
      </w:pPr>
      <w:r>
        <w:t>اور اے ادم تم اور تمہاری بیوی جنت میں رہو اور کھاؤ جہاں سے چاہو مگر اس درخت کے پاس نہ جانا ورنہ تم نقصان اٹھانے والوں میں سے ہو جاؤ گے۔</w:t>
      </w:r>
    </w:p>
    <w:p>
      <w:r>
        <w:rPr>
          <w:b/>
        </w:rPr>
        <w:t xml:space="preserve">[17:02] </w:t>
      </w:r>
      <w:r>
        <w:t>phir shaitan ne donon ko bahkaya ta ke woh khol de un ki woh sharm ki jagah jo un se chhupai gai thi.</w:t>
      </w:r>
    </w:p>
    <w:p>
      <w:pPr>
        <w:jc w:val="right"/>
      </w:pPr>
      <w:r>
        <w:t>پھر شیطان نے دونوں کو بہکایا تاکہ وہ کھول دے ان کی وہ شرم کی جگہ جو ان سے چھپائی گئی تھی۔</w:t>
      </w:r>
    </w:p>
    <w:p>
      <w:r>
        <w:rPr>
          <w:b/>
        </w:rPr>
        <w:t xml:space="preserve">[17:12] </w:t>
      </w:r>
      <w:r>
        <w:t>us ne un se kaha ke tumhare rab ne tum ko is drakht se sirf is liye roka hai ke kahin tum dono farishte na ban jao ya tum ko hamesha ki zindagi hasil ho jae.</w:t>
      </w:r>
    </w:p>
    <w:p>
      <w:pPr>
        <w:jc w:val="right"/>
      </w:pPr>
      <w:r>
        <w:t>اس نے ان سے کہا کہ تمہارے رب نے تم کو اس درخت سے صرف اس لیے روکا ہے کہ کہیں تم دونوں فرشتہ نہ بن جاؤ یا تم کو ہمیشہ کی زندگی حاصل ہو جائے۔</w:t>
      </w:r>
    </w:p>
    <w:p>
      <w:r>
        <w:rPr>
          <w:b/>
        </w:rPr>
        <w:t xml:space="preserve">[17:27] </w:t>
      </w:r>
      <w:r>
        <w:t>aur us ne qasam kha kar kaha ke main tum donon ka khair khwah hoon.</w:t>
      </w:r>
    </w:p>
    <w:p>
      <w:pPr>
        <w:jc w:val="right"/>
      </w:pPr>
      <w:r>
        <w:t>اور اس نے قسم کھا کر کہا کہ میں تم دونوں کا خیر خواہ ہوں۔</w:t>
      </w:r>
    </w:p>
    <w:p>
      <w:r>
        <w:rPr>
          <w:b/>
        </w:rPr>
        <w:t xml:space="preserve">[17:36] </w:t>
      </w:r>
      <w:r>
        <w:t>tashrih. jannat apni tamam wusaton ke sath adam aur un ki biwi ke liye khuli hui thi.</w:t>
      </w:r>
    </w:p>
    <w:p>
      <w:pPr>
        <w:jc w:val="right"/>
      </w:pPr>
      <w:r>
        <w:t>تشریح۔ جنت اپنی تمام وسعتوں کے ساتھ ادم اور ان کی بیوی کے لیے کھلی ہوئی تھی۔</w:t>
      </w:r>
    </w:p>
    <w:p>
      <w:r>
        <w:rPr>
          <w:b/>
        </w:rPr>
        <w:t xml:space="preserve">[17:45] </w:t>
      </w:r>
      <w:r>
        <w:t>is mein tarah tarah ki chezen thin aur khuda ki taraf se un ko azadi thi ke un ko jis tarah chahen istemal karen.</w:t>
      </w:r>
    </w:p>
    <w:p>
      <w:pPr>
        <w:jc w:val="right"/>
      </w:pPr>
      <w:r>
        <w:t>اس میں طرح طرح کی چیزیں تھیں اور خدا کی طرف سے ان کو ازادی تھی کہ ان کو جس طرح چاہیں استعمال کریں۔</w:t>
      </w:r>
    </w:p>
    <w:p>
      <w:r>
        <w:rPr>
          <w:b/>
        </w:rPr>
        <w:t xml:space="preserve">[17:55] </w:t>
      </w:r>
      <w:r>
        <w:t>be shumar jaiz chezon ke darmiyan sirf ek cheez ke istemal se rok diya gaya tha.</w:t>
      </w:r>
    </w:p>
    <w:p>
      <w:pPr>
        <w:jc w:val="right"/>
      </w:pPr>
      <w:r>
        <w:t>بے شمار جائز چیزوں کے درمیان صرف ایک چیز کے استعمال سے روک دیا گیا تھا۔</w:t>
      </w:r>
    </w:p>
    <w:p>
      <w:r>
        <w:rPr>
          <w:b/>
        </w:rPr>
        <w:t xml:space="preserve">[18:03] </w:t>
      </w:r>
      <w:r>
        <w:t>shaitan ne isi mamnu'a maqam se un par hamla kiya. us ne waswasa andaziyon ke zariye sikhaya ke jis cheez se tumhein roka gaya hai wohi jannat ki aham tareen cheez hai.</w:t>
      </w:r>
    </w:p>
    <w:p>
      <w:pPr>
        <w:jc w:val="right"/>
      </w:pPr>
      <w:r>
        <w:t>شیطان نے اسی ممنوعہ مقام سے ان پر حملہ کیا۔ اس نے وسوسہ اندازیوں کے ذریعے سکھایا کہ جس چیز سے تمہیں روکا گیا ہے وہی جنت کی اہم ترین چیز ہے۔</w:t>
      </w:r>
    </w:p>
    <w:p>
      <w:r>
        <w:rPr>
          <w:b/>
        </w:rPr>
        <w:t xml:space="preserve">[18:17] </w:t>
      </w:r>
      <w:r>
        <w:t>isi mein taqaddus aur abdiyat ka sara raz chupa hua hai.</w:t>
      </w:r>
    </w:p>
    <w:p>
      <w:pPr>
        <w:jc w:val="right"/>
      </w:pPr>
      <w:r>
        <w:t>اسی میں تقدس اور ابدیت کا سارا راز چھپا ہوا ہے۔</w:t>
      </w:r>
    </w:p>
    <w:p>
      <w:r>
        <w:rPr>
          <w:b/>
        </w:rPr>
        <w:t xml:space="preserve">[18:22] </w:t>
      </w:r>
      <w:r>
        <w:t>adam aur un ki biwi iblis ki musalsal talqin se mutasir ho gae aur bil akhir mamnu'a drakht ka phal kha liya.</w:t>
      </w:r>
    </w:p>
    <w:p>
      <w:pPr>
        <w:jc w:val="right"/>
      </w:pPr>
      <w:r>
        <w:t>ادم اور ان کی بیوی ابلیس کی مسلسل تلقین سے متاثر ہو گئے اور بالاخر ممنوعہ درخت کا پھل کھا لیا۔</w:t>
      </w:r>
    </w:p>
    <w:p>
      <w:r>
        <w:rPr>
          <w:b/>
        </w:rPr>
        <w:t xml:space="preserve">[18:36] </w:t>
      </w:r>
      <w:r>
        <w:t>magar jab unhon ne aisa kiya to natija un ki tawaqqu'at ke bilkul bar'aks nikla. un ki is khilaf warzi ne khuda ka libas hifazat un ke jism se utar diya.</w:t>
      </w:r>
    </w:p>
    <w:p>
      <w:pPr>
        <w:jc w:val="right"/>
      </w:pPr>
      <w:r>
        <w:t>مگر جب انہوں نے ایسا کیا تو نتیجہ ان کی توقعات کے بالکل برعکس نکلا۔ ان کی اس خلاف ورزی نے خدا کا لباس حفاظت ان کے جسم سے اتار دیا۔</w:t>
      </w:r>
    </w:p>
    <w:p>
      <w:r>
        <w:rPr>
          <w:b/>
        </w:rPr>
        <w:t xml:space="preserve">[18:52] </w:t>
      </w:r>
      <w:r>
        <w:t>woh is dunya mein bilkul be a'ro madadgar ho kar reh gae jahan is se pehle un ko har tarah ki sahulat aur hifazat hasil thi.</w:t>
      </w:r>
    </w:p>
    <w:p>
      <w:pPr>
        <w:jc w:val="right"/>
      </w:pPr>
      <w:r>
        <w:t>وہ اس دنیا میں بالکل بے ار و مددگار ہو کر رہ گئے جہاں اس سے پہلے ان کو ہر طرح کی سہولت اور حفاظت حاصل کی۔</w:t>
      </w:r>
    </w:p>
    <w:p>
      <w:r>
        <w:rPr>
          <w:b/>
        </w:rPr>
        <w:t xml:space="preserve">[19:05] </w:t>
      </w:r>
      <w:r>
        <w:t>is se maloom hota hai ke shaitan ka woh khas harba kya hai jis se woh insan ko bahka kar khuda ki rehmat o nusrat se door kar deta hai.</w:t>
      </w:r>
    </w:p>
    <w:p>
      <w:pPr>
        <w:jc w:val="right"/>
      </w:pPr>
      <w:r>
        <w:t>اس سے معلوم ہوتا ہے کہ شیطان کا وہ خاص حربہ کیا ہے جس سے وہ انسان کو بہکا کر خدا کی رحمت و نصرت سے دور کر دیتا ہے۔</w:t>
      </w:r>
    </w:p>
    <w:p>
      <w:r>
        <w:rPr>
          <w:b/>
        </w:rPr>
        <w:t xml:space="preserve">[19:17] </w:t>
      </w:r>
      <w:r>
        <w:t>woh hai halaal rizq ke phailaye hue maidan ko adami ki nazar mein kamtar kar ke dikhana aur jo chand chezen haram hain un ko khubsurat taur par pesh kar ke yaqin dilana ke tamam bare bare fa'idon aur maslehaton ka raz bas inhi chand chezon mein chupa hua hai.</w:t>
      </w:r>
    </w:p>
    <w:p>
      <w:pPr>
        <w:jc w:val="right"/>
      </w:pPr>
      <w:r>
        <w:t>وہ ہے حلال رزق کے پھیلے ہوئے میدان کو ادمی کی نظر میں کمتر کر کے دکھانا اور جو چند چیزیں حرام ہیں ان کو خوبصورت طور پر پیش کر کے یقین دلانا کہ تمام بڑے بڑے فائدوں اور مصلحتوں کا راز بس انہی چند چیزوں میں چھپا ہوا ہے۔</w:t>
      </w:r>
    </w:p>
    <w:p>
      <w:r>
        <w:rPr>
          <w:b/>
        </w:rPr>
        <w:t xml:space="preserve">[19:43] </w:t>
      </w:r>
      <w:r>
        <w:t>shaitan apna yeh kaam har ek ke sath us ke apne zawq aur halat ke aitbar se karta hai. kisi ko tamam qimti ghizaon se be raghbat kar ke yeh sikhata hai ke shandar tandurusti hasil karna chahte ho to sharab pio.</w:t>
      </w:r>
    </w:p>
    <w:p>
      <w:pPr>
        <w:jc w:val="right"/>
      </w:pPr>
      <w:r>
        <w:t>شیطان اپنا یہ کام ہر ایک کے ساتھ اس کے اپنے ذوق اور حالات کے اعتبار سے کرتا ہے۔ کسی کو تمام قیمتی غذاؤں سے بے رغبت کر کے یہ سکھاتا ہے کہ شاندار تندرستی حاصل کرنا چاہتے ہو تو شراب پیو۔</w:t>
      </w:r>
    </w:p>
    <w:p>
      <w:r>
        <w:rPr>
          <w:b/>
        </w:rPr>
        <w:t xml:space="preserve">[20:02] </w:t>
      </w:r>
      <w:r>
        <w:t>kahin lakhon be rozgar mard kam karne ke liye maujud hon ge magar woh targhib de ga ke agar taraqqi ki manzil tak jald pahunchna chahte ho to auraton ko ghar se bahar la kar unhen mukhtalif tamadduni shubon mein sar'garm kar do.</w:t>
      </w:r>
    </w:p>
    <w:p>
      <w:pPr>
        <w:jc w:val="right"/>
      </w:pPr>
      <w:r>
        <w:t>کہیں لاکھوں بے روزگار مرد کام کرنے کے لیے موجود ہوں گے مگر وہ ترغیب دے گا کہ اگر ترقی کی منزل تک جلد پہنچنا چاہتے ہو تو عورتوں کو گھر سے باہر لا کر انہیں مختلف تمدنی شعبوں میں سرگرم کر دو۔</w:t>
      </w:r>
    </w:p>
    <w:p>
      <w:r>
        <w:rPr>
          <w:b/>
        </w:rPr>
        <w:t xml:space="preserve">[20:22] </w:t>
      </w:r>
      <w:r>
        <w:t>kisi ke pas apne muqabil ko zair karne ka yeh qabil a'mal tareeqa maujud hoga ke woh apne aap ko mustahkam banaye</w:t>
      </w:r>
    </w:p>
    <w:p>
      <w:pPr>
        <w:jc w:val="right"/>
      </w:pPr>
      <w:r>
        <w:t>کسی کے پاس اپنے مخالف کو زیر کرنے کا یہ قابل عمل طریقہ موجود ہوگا کہ وہ اپنے اپ کو مستحکم بنائے</w:t>
      </w:r>
    </w:p>
    <w:p>
      <w:r>
        <w:rPr>
          <w:b/>
        </w:rPr>
        <w:t xml:space="preserve">[20:32] </w:t>
      </w:r>
      <w:r>
        <w:t>magar shaitan us ke kan mein dalega ke tumhare liye apne muqabil ko shikast dene ka sab se zyada kargar tareeqa yeh hai ke us ke khilaf takhribi karwaiyan shuru kar do.</w:t>
      </w:r>
    </w:p>
    <w:p>
      <w:pPr>
        <w:jc w:val="right"/>
      </w:pPr>
      <w:r>
        <w:t>مگر شیطان اس کے کان میں ڈالے گا کہ تمہارے لیے اپنے مخالف کو شکست دینے کا سب سے زیادہ کارگر طریقہ یہ ہے کہ اس کے خلاف تخریبی کارروائیاں شروع کر دو۔</w:t>
      </w:r>
    </w:p>
    <w:p>
      <w:r>
        <w:rPr>
          <w:b/>
        </w:rPr>
        <w:t xml:space="preserve">[20:48] </w:t>
      </w:r>
      <w:r>
        <w:t>kisi ke liye apni ta'mir aap ke maidan mein kam karne ke liye be shumar awqa' khule hue hon ge</w:t>
      </w:r>
    </w:p>
    <w:p>
      <w:pPr>
        <w:jc w:val="right"/>
      </w:pPr>
      <w:r>
        <w:t>کسی کے لیے اپنی تعمیر اپ کے میدان میں کام کرنے کے لیے بے شمار مواقع کھلے ہوئے ہوں گے</w:t>
      </w:r>
    </w:p>
    <w:p>
      <w:r>
        <w:rPr>
          <w:b/>
        </w:rPr>
        <w:t xml:space="preserve">[20:57] </w:t>
      </w:r>
      <w:r>
        <w:t>magar woh sikhayega ke doosron ke khilaf ihtijaj aur mutalbe ka toofan barpa karna apne ko kamiyabi ki taraf le jane ka sab se zyada qareebi rasta hai.</w:t>
      </w:r>
    </w:p>
    <w:p>
      <w:pPr>
        <w:jc w:val="right"/>
      </w:pPr>
      <w:r>
        <w:t>مگر وہ سکھائے گا کہ دوسروں کے خلاف احتجاج اور مطالبے کا طوفان برپا کرنا اپنے کو کامیابی کی طرف لے جانے کا سب سے زیادہ قریبی راستہ ہے۔</w:t>
      </w:r>
    </w:p>
    <w:p>
      <w:r>
        <w:rPr>
          <w:b/>
        </w:rPr>
        <w:t xml:space="preserve">[21:12] </w:t>
      </w:r>
      <w:r>
        <w:t>kisi ke samne hukumat waqt se takaddum kiye baghair be shumar deeni kam karne ke liye maujud hon ge</w:t>
      </w:r>
    </w:p>
    <w:p>
      <w:pPr>
        <w:jc w:val="right"/>
      </w:pPr>
      <w:r>
        <w:t>کسی کے سامنے حکومت وقت سے تصادم کیے بغیر بے شمار دینی کام کرنے کے لیے موجود ہوں گ</w:t>
      </w:r>
    </w:p>
    <w:p>
      <w:r>
        <w:rPr>
          <w:b/>
        </w:rPr>
        <w:t xml:space="preserve">[21:23] </w:t>
      </w:r>
      <w:r>
        <w:t>e magar woh is ko is ghalat fehmi mein dalega ke ghair islami hukmaranon ko agar kisi</w:t>
      </w:r>
    </w:p>
    <w:p>
      <w:pPr>
        <w:jc w:val="right"/>
      </w:pPr>
      <w:r>
        <w:t>ے مگر وہ اس کو اس غلط فہمی میں ڈالے گا کہ غیر اسلامی حکمرانوں کو اگر کسی</w:t>
      </w:r>
    </w:p>
    <w:p>
      <w:r>
        <w:rPr>
          <w:b/>
        </w:rPr>
        <w:t xml:space="preserve">[21:30] </w:t>
      </w:r>
      <w:r>
        <w:t>na kisi tarah phansi par chada diya jaye ya un ko goli mar kar khatm kar diya jaye</w:t>
      </w:r>
    </w:p>
    <w:p>
      <w:pPr>
        <w:jc w:val="right"/>
      </w:pPr>
      <w:r>
        <w:t>نہ کسی طرح پھانسی پر چڑھا دیا جائے یا ان کو گولی مار کر ختم کر دیا جائے</w:t>
      </w:r>
    </w:p>
    <w:p>
      <w:r>
        <w:rPr>
          <w:b/>
        </w:rPr>
        <w:t xml:space="preserve">[21:36] </w:t>
      </w:r>
      <w:r>
        <w:t>to is ke baad ana fana islam ka mukammal nizam sare mulk mein qaim ho jayega waghera.</w:t>
      </w:r>
    </w:p>
    <w:p>
      <w:pPr>
        <w:jc w:val="right"/>
      </w:pPr>
      <w:r>
        <w:t>تو اس کے بعد انا فانا اسلام کا مکمل نظام سارے ملک میں قائم ہو جائے گا وغیرہ۔</w:t>
      </w:r>
    </w:p>
    <w:p>
      <w:r>
        <w:rPr>
          <w:b/>
        </w:rPr>
        <w:t xml:space="preserve">[22:04] </w:t>
      </w:r>
      <w:r>
        <w:t>wa nadahuma rabbuhuma al-makma 'an tilkuma ash-shajarati wa aqlakuma anna ash-shaytana lakuma 'adwun mubin.</w:t>
      </w:r>
    </w:p>
    <w:p>
      <w:pPr>
        <w:jc w:val="right"/>
      </w:pPr>
      <w:r>
        <w:t>وناداهما ربہما المکما عن تلكما الشجرۃ واقلکما ان الشیطان لکما عدو مبین۔</w:t>
      </w:r>
    </w:p>
    <w:p>
      <w:r>
        <w:rPr>
          <w:b/>
        </w:rPr>
        <w:t xml:space="preserve">[22:25] </w:t>
      </w:r>
      <w:r>
        <w:t>qala rabbana zalamna</w:t>
      </w:r>
    </w:p>
    <w:p>
      <w:pPr>
        <w:jc w:val="right"/>
      </w:pPr>
      <w:r>
        <w:t>قالا ربنا ظلمنا</w:t>
      </w:r>
    </w:p>
    <w:p>
      <w:r>
        <w:rPr>
          <w:b/>
        </w:rPr>
        <w:t xml:space="preserve">[22:30] </w:t>
      </w:r>
      <w:r>
        <w:t>anfusana wa in lam taghfir lana wa tarhamna lanakunanna min al-khasirin.</w:t>
      </w:r>
    </w:p>
    <w:p>
      <w:pPr>
        <w:jc w:val="right"/>
      </w:pPr>
      <w:r>
        <w:t>انفسنا وان لم تغفر لنا وترحمنا لنكونن من الخاسرین۔</w:t>
      </w:r>
    </w:p>
    <w:p>
      <w:r>
        <w:rPr>
          <w:b/>
        </w:rPr>
        <w:t xml:space="preserve">[22:41] </w:t>
      </w:r>
      <w:r>
        <w:t>qala ahbitu ba'dhukum li ba'din 'adwun wa lakum fi al-ardi mustaqarrun wa mata'un ila hin.</w:t>
      </w:r>
    </w:p>
    <w:p>
      <w:pPr>
        <w:jc w:val="right"/>
      </w:pPr>
      <w:r>
        <w:t>قال اهبطوا بعضكم لبعض عدو ولكم في الارض مستقر ومتاع الى حین۔</w:t>
      </w:r>
    </w:p>
    <w:p>
      <w:r>
        <w:rPr>
          <w:b/>
        </w:rPr>
        <w:t xml:space="preserve">[22:54] </w:t>
      </w:r>
      <w:r>
        <w:t>qala fiha tahyuna wa fiha tamutuna wa minha tukhrajun.</w:t>
      </w:r>
    </w:p>
    <w:p>
      <w:pPr>
        <w:jc w:val="right"/>
      </w:pPr>
      <w:r>
        <w:t>قال فیہا تحیون وفيها تموتون ومنها تخرجون۔</w:t>
      </w:r>
    </w:p>
    <w:p>
      <w:r>
        <w:rPr>
          <w:b/>
        </w:rPr>
        <w:t xml:space="preserve">[23:04] </w:t>
      </w:r>
      <w:r>
        <w:t>pas mael kar liya un ko fareb se. phir jab donon ne darakht ka phal chakha to un ki sharmgahain un par khul gayin aur woh apne ko bagh ke patton se dhankne lage.</w:t>
      </w:r>
    </w:p>
    <w:p>
      <w:pPr>
        <w:jc w:val="right"/>
      </w:pPr>
      <w:r>
        <w:t>پس مائل کر لیا ان کو فریب سے۔ پھر جب دونوں نے درخت کا پھل چکھا تو ان کی شرم گاہیں ان پر کھل گئیں اور وہ اپنے کو باغ کے پتوں سے ڈھانکنے لگے۔</w:t>
      </w:r>
    </w:p>
    <w:p>
      <w:r>
        <w:rPr>
          <w:b/>
        </w:rPr>
        <w:t xml:space="preserve">[23:19] </w:t>
      </w:r>
      <w:r>
        <w:t>aur un ke rab ne un ko pukara ke kya main ne tumhein is darakht se mana' nahin kiya tha aur yeh nahin kaha tha ke shaitan tumhara khula hua dushman hai?</w:t>
      </w:r>
    </w:p>
    <w:p>
      <w:pPr>
        <w:jc w:val="right"/>
      </w:pPr>
      <w:r>
        <w:t>اور ان کے رب نے ان کو پکارا کہ کیا میں نے تمہیں اس درخت سے منع نہیں کیا تھا اور یہ نہیں کہا تھا کہ شیطان تمہارا کھلا ہوا دشمن ہے؟</w:t>
      </w:r>
    </w:p>
    <w:p>
      <w:r>
        <w:rPr>
          <w:b/>
        </w:rPr>
        <w:t xml:space="preserve">[23:32] </w:t>
      </w:r>
      <w:r>
        <w:t>unhon ne kaha a mere rab hum ne apni janon par zulm kiya aur agar tu hum ko maaf na kare aur hum par reham na kare to hum ghata uthane walon mein se ho jayenge.</w:t>
      </w:r>
    </w:p>
    <w:p>
      <w:pPr>
        <w:jc w:val="right"/>
      </w:pPr>
      <w:r>
        <w:t>انہوں نے کہا اے ہمارے رب ہم نے اپنی جانوں پر ظلم کیا اور اگر تو ہم کو معاف نہ کرے اور ہم پر رحم نہ کرے تو ہم گھاٹا اٹھانے والوں میں سے ہو جائیں گے۔</w:t>
      </w:r>
    </w:p>
    <w:p>
      <w:r>
        <w:rPr>
          <w:b/>
        </w:rPr>
        <w:t xml:space="preserve">[23:47] </w:t>
      </w:r>
      <w:r>
        <w:t>khuda ne kaha utro tum ek dusre ke dushman ho ge aur tumhare liye zamin mein ek khas muddat tak thehrna aur nafa uthana hai.</w:t>
      </w:r>
    </w:p>
    <w:p>
      <w:pPr>
        <w:jc w:val="right"/>
      </w:pPr>
      <w:r>
        <w:t>خدا نے کہا اترو تم ایک دوسرے کے دشمن ہو گے اور تمہارے لیے زمین میں ایک خاص مدت تک ٹھہرنا اور نفع اٹھانا ہے۔</w:t>
      </w:r>
    </w:p>
    <w:p>
      <w:r>
        <w:rPr>
          <w:b/>
        </w:rPr>
        <w:t xml:space="preserve">[23:57] </w:t>
      </w:r>
      <w:r>
        <w:t>khuda ne kaha isi mein tum jiyo ge aur isi mein tum maro ge aur isi se tum nikale jaoge.</w:t>
      </w:r>
    </w:p>
    <w:p>
      <w:pPr>
        <w:jc w:val="right"/>
      </w:pPr>
      <w:r>
        <w:t>خدا نے کہا اسی میں تم جیو گے اور اسی میں تم مرو گے اور اسی سے تم نکالے جاؤ گے۔</w:t>
      </w:r>
    </w:p>
    <w:p>
      <w:r>
        <w:rPr>
          <w:b/>
        </w:rPr>
        <w:t xml:space="preserve">[24:07] </w:t>
      </w:r>
      <w:r>
        <w:t>tashrih. adam aur shaitan donon ek dusre ke dushman ki hesiyat se zamin par bheje gaye hain. ab qayamat tak donon ke darmiyan yahi jang jari hai.</w:t>
      </w:r>
    </w:p>
    <w:p>
      <w:pPr>
        <w:jc w:val="right"/>
      </w:pPr>
      <w:r>
        <w:t>تشریح۔ ادم اور شیطان دونوں ایک دوسرے کے دشمن کی حیثیت سے زمین پر بھیجے گئے ہیں۔ اب قیامت تک دونوں کے درمیان یہی جنگ جاری ہے۔</w:t>
      </w:r>
    </w:p>
    <w:p>
      <w:r>
        <w:rPr>
          <w:b/>
        </w:rPr>
        <w:t xml:space="preserve">[24:20] </w:t>
      </w:r>
      <w:r>
        <w:t>shaitan ki musalsal koshish yeh hai ke woh insan ko apne raste par laye aur jis tarah woh khud khuda ki rehmat se mahroom hua hai insan ko bhi khuda ki rehmat se mahroom kar de.</w:t>
      </w:r>
    </w:p>
    <w:p>
      <w:pPr>
        <w:jc w:val="right"/>
      </w:pPr>
      <w:r>
        <w:t>شیطان کی مسلسل کوشش یہ ہے کہ وہ انسان کو اپنے راستے پر لائے اور جس طرح وہ خود خدا کی رحمت سے محروم ہوا ہے انسان کو بھی خدا کی رحمت سے محروم کر دے۔</w:t>
      </w:r>
    </w:p>
    <w:p>
      <w:r>
        <w:rPr>
          <w:b/>
        </w:rPr>
        <w:t xml:space="preserve">[24:36] </w:t>
      </w:r>
      <w:r>
        <w:t>is ke muqable mein insan ko yeh karna hai ke woh shaitan ke mansube ko nakam bana de.</w:t>
      </w:r>
    </w:p>
    <w:p>
      <w:pPr>
        <w:jc w:val="right"/>
      </w:pPr>
      <w:r>
        <w:t>اس کے مقابلے میں انسان کو یہ کرنا ہے کہ وہ شیطان کے منصوبے کو ناکام بنا دے۔</w:t>
      </w:r>
    </w:p>
    <w:p>
      <w:r>
        <w:rPr>
          <w:b/>
        </w:rPr>
        <w:t xml:space="preserve">[24:44] </w:t>
      </w:r>
      <w:r>
        <w:t>woh shaitan ki pukar ko nazar andaz kar ke khuda ki pukar ki taraf daure. adam aur shaitan ki yeh jang amalan insano mein do giroh ban jaane ki surat mein zahir hoti hai.</w:t>
      </w:r>
    </w:p>
    <w:p>
      <w:pPr>
        <w:jc w:val="right"/>
      </w:pPr>
      <w:r>
        <w:t>وہ شیطان کی پکار کو نظر انداز کر کے خدا کی پکار کی طرف دوڑے۔ ادم اور شیطان کی یہ جنگ عملا انسانوں میں دو گروہ بن جانے کی صورت میں ظاہر ہوتی ہے۔</w:t>
      </w:r>
    </w:p>
    <w:p>
      <w:r>
        <w:rPr>
          <w:b/>
        </w:rPr>
        <w:t xml:space="preserve">[25:01] </w:t>
      </w:r>
      <w:r>
        <w:t>kuch log shaitan ki targhibat ka shikar ho kar us ki saf mein shamil ho jate hain aur kuch log khuda ki awaz par labbaik keh kar yeh khatra mol lete hain ke shaitan ke tamam sathi is ko bezat karne aur nakam karne ke liye har qism ki tadbiren karna shuru kar dein.</w:t>
      </w:r>
    </w:p>
    <w:p>
      <w:pPr>
        <w:jc w:val="right"/>
      </w:pPr>
      <w:r>
        <w:t>کچھ لوگ شیطان کی ترغیبات کا شکار ہو کر اس کی صف میں شامل ہو جاتے ہیں اور کچھ لوگ خدا کی اواز پر لبیک کہہ کر یہ خطرہ مول لیتے ہیں کہ شیطان کے تمام ساتھی اس کو بے عزت کرنے اور ناکام کرنے کے لیے ہر قسم کی تدبیریں کرنا شروع کر دیں۔</w:t>
      </w:r>
    </w:p>
    <w:p>
      <w:r>
        <w:rPr>
          <w:b/>
        </w:rPr>
        <w:t xml:space="preserve">[25:27] </w:t>
      </w:r>
      <w:r>
        <w:t>har daur mein yeh dekha gaya hai ke sachche haq parast jo hamesha kam tadad mein hote hain logon ki sakht tareen adawaton ka shikar rehte hain.</w:t>
      </w:r>
    </w:p>
    <w:p>
      <w:pPr>
        <w:jc w:val="right"/>
      </w:pPr>
      <w:r>
        <w:t>ہر دور میں یہ دیکھا گیا ہے کہ سچے حق پرست جو ہمیشہ کم تعداد میں ہوتے ہیں لوگوں کی سخت ترین عداوتوں کا شکار رہتے ہیں۔</w:t>
      </w:r>
    </w:p>
    <w:p>
      <w:r>
        <w:rPr>
          <w:b/>
        </w:rPr>
        <w:t xml:space="preserve">[25:40] </w:t>
      </w:r>
      <w:r>
        <w:t>is ki wajah yahi shaitan ki dushmanana karwai hai. woh logon ko sachche haq parast admi ke khilaf bhadka deta hai.</w:t>
      </w:r>
    </w:p>
    <w:p>
      <w:pPr>
        <w:jc w:val="right"/>
      </w:pPr>
      <w:r>
        <w:t>اس کی وجہ یہی شیطان کی دشمنانہ کارروائی ہے۔ وہ لوگوں کو سچے حق پرست ادمی کے خلاف بھڑکا دیتا ہے۔</w:t>
      </w:r>
    </w:p>
    <w:p>
      <w:r>
        <w:rPr>
          <w:b/>
        </w:rPr>
        <w:t xml:space="preserve">[25:51] </w:t>
      </w:r>
      <w:r>
        <w:t>woh</w:t>
      </w:r>
    </w:p>
    <w:p>
      <w:pPr>
        <w:jc w:val="right"/>
      </w:pPr>
      <w:r>
        <w:t>وہ</w:t>
      </w:r>
    </w:p>
    <w:p>
      <w:r>
        <w:rPr>
          <w:b/>
        </w:rPr>
        <w:t xml:space="preserve">[25:52] </w:t>
      </w:r>
      <w:r>
        <w:t>mukhtalif tarike se logon ke dil mein is ke khilaf nafrat ki aag bharta hai. chunache woh shaitan ka aala kar ban kar aise admi ko satana shuru kar deta hai.</w:t>
      </w:r>
    </w:p>
    <w:p>
      <w:pPr>
        <w:jc w:val="right"/>
      </w:pPr>
      <w:r>
        <w:t>مختلف طریقے سے لوگوں کے دل میں اس کے خلاف نفرت کی اگ بھرتا ہے۔ چنانچہ وہ شیطان کا اعلی کار بن کر ایسے ادمی کو ستانا شروع کر دیتا ہے۔</w:t>
      </w:r>
    </w:p>
    <w:p>
      <w:r>
        <w:rPr>
          <w:b/>
        </w:rPr>
        <w:t xml:space="preserve">[26:08] </w:t>
      </w:r>
      <w:r>
        <w:t>shaitan ka asal jurm adam etiraf tha.</w:t>
      </w:r>
    </w:p>
    <w:p>
      <w:pPr>
        <w:jc w:val="right"/>
      </w:pPr>
      <w:r>
        <w:t>شیطان کا اصل جرم عدم اعتراف تھا۔</w:t>
      </w:r>
    </w:p>
    <w:p>
      <w:r>
        <w:rPr>
          <w:b/>
        </w:rPr>
        <w:t xml:space="preserve">[26:13] </w:t>
      </w:r>
      <w:r>
        <w:t>shaitan ki yeh koshish hoti hai ke har admi ke andar yahi adam etiraf ka mizaj paida kar de.</w:t>
      </w:r>
    </w:p>
    <w:p>
      <w:pPr>
        <w:jc w:val="right"/>
      </w:pPr>
      <w:r>
        <w:t>شیطان کی یہ کوشش ہوتی ہے کہ ہر ادمی کے اندر یہی عدم اعتراف کا مزاج پیدا کر دے۔</w:t>
      </w:r>
    </w:p>
    <w:p>
      <w:r>
        <w:rPr>
          <w:b/>
        </w:rPr>
        <w:t xml:space="preserve">[26:23] </w:t>
      </w:r>
      <w:r>
        <w:t>woh chhote ko bhadkata hai ke woh apne bade ka lihaz na kare. mamlat ke darmiyan jab ek shakhs ke zimme dusre ka koi haq aata hai to woh us ko sikhata hai ke woh haqdar ka haq ada na kar</w:t>
      </w:r>
    </w:p>
    <w:p>
      <w:pPr>
        <w:jc w:val="right"/>
      </w:pPr>
      <w:r>
        <w:t>وہ چھوٹے کو بھڑکاتا ہے کہ وہ اپنے بڑے کا لحاظ نہ کرے۔ معاملات کے دوران جب ایک شخص کے ذمے دوسرے کا کوئی حق اتا ہے تو وہ اس کو سکھاتا ہے کہ وہ حقدار کا حق ادا نہ کر</w:t>
      </w:r>
    </w:p>
    <w:p>
      <w:r>
        <w:rPr>
          <w:b/>
        </w:rPr>
        <w:t xml:space="preserve">[26:41] </w:t>
      </w:r>
      <w:r>
        <w:t>e. koi khuda ka banda sachchai ka paigham le kar uthta hai to logon ke dil mein tarah tarah ke shubhat daal kar unhein amada karta hai ke woh us ki baat na mane.</w:t>
      </w:r>
    </w:p>
    <w:p>
      <w:pPr>
        <w:jc w:val="right"/>
      </w:pPr>
      <w:r>
        <w:t>ے۔ کوئی خدا کا بندہ سچائی کا پیغام لے کر اٹھتا ہے تو لوگوں کے دل میں طرح طرح کے شبہات ڈال کر انہیں امادہ کرتا ہے کہ وہ اس کی بات نہ مانے۔</w:t>
      </w:r>
    </w:p>
    <w:p>
      <w:r>
        <w:rPr>
          <w:b/>
        </w:rPr>
        <w:t xml:space="preserve">[26:54] </w:t>
      </w:r>
      <w:r>
        <w:t>do fareeqon ke darmiyan naza' ho aur ek fareeq apne halat ke aitbar se kuch dene par razi ho jaye to shaitan fareeq sani ke zehan mein yeh dalta hai ke us ki peshkash ko qabul na karo aur itna zyada ka mutalaba karo jo woh na de sakta ho taake jang o fasaad mustaqil taur par jari rahe.</w:t>
      </w:r>
    </w:p>
    <w:p>
      <w:pPr>
        <w:jc w:val="right"/>
      </w:pPr>
      <w:r>
        <w:t>دو فریقوں کے درمیان نزع ہو اور ایک فریق اپنے حالات کے اعتبار سے کچھ دینے پر راضی ہو جائے تو شیطان فریق ثانی کے ذہن میں یہ ڈالتا ہے کہ اس کی پیشکش کو قبول نہ کرو اور اتنا زیادہ کا مطالبہ کرو جو وہ نہ دے سکتا ہو تاکہ جنگ و فساد مستقل طور پر جاری رہے۔</w:t>
      </w:r>
    </w:p>
    <w:p>
      <w:r>
        <w:rPr>
          <w:b/>
        </w:rPr>
        <w:t xml:space="preserve">[27:20] </w:t>
      </w:r>
      <w:r>
        <w:t>is tarah shaitan ke behkaon se har jagah logon ke darmiyan dushmniyan jari rehti hain.</w:t>
      </w:r>
    </w:p>
    <w:p>
      <w:pPr>
        <w:jc w:val="right"/>
      </w:pPr>
      <w:r>
        <w:t>اس طرح شیطان کے بہکاؤں سے ہر جگہ لوگوں کے درمیان دشمنیاں جاری رہتی ہیں۔</w:t>
      </w:r>
    </w:p>
    <w:p>
      <w:r>
        <w:rPr>
          <w:b/>
        </w:rPr>
        <w:t xml:space="preserve">[27:29] </w:t>
      </w:r>
      <w:r>
        <w:t>insanon mein do groh ban jate hain aur un mein aisa takrao shuru hota hai jo kabhi khatm</w:t>
      </w:r>
    </w:p>
    <w:p>
      <w:pPr>
        <w:jc w:val="right"/>
      </w:pPr>
      <w:r>
        <w:t>انسانوں میں دو گروہ بن جاتے ہیں اور ان میں ایسا ٹکراؤ شروع ہوتا ہے جو کبھی ختم</w:t>
      </w:r>
    </w:p>
    <w:p>
      <w:r>
        <w:rPr>
          <w:b/>
        </w:rPr>
        <w:t xml:space="preserve">[27:36] </w:t>
      </w:r>
      <w:r>
        <w:t>nahi hota.</w:t>
      </w:r>
    </w:p>
    <w:p>
      <w:pPr>
        <w:jc w:val="right"/>
      </w:pPr>
      <w:r>
        <w:t>نہیں ہوتا۔</w:t>
      </w:r>
    </w:p>
    <w:p>
      <w:r>
        <w:rPr>
          <w:b/>
        </w:rPr>
        <w:t xml:space="preserve">[28:08] </w:t>
      </w:r>
      <w:r>
        <w:t>ya bani adam la yaftinnakum ash shaytan kama akhraja abawaykum</w:t>
      </w:r>
    </w:p>
    <w:p>
      <w:pPr>
        <w:jc w:val="right"/>
      </w:pPr>
      <w:r>
        <w:t>یابنی ادم لا یفتنکم الشیطان کما اخرج ابویکم</w:t>
      </w:r>
    </w:p>
    <w:p>
      <w:r>
        <w:rPr>
          <w:b/>
        </w:rPr>
        <w:t xml:space="preserve">[28:25] </w:t>
      </w:r>
      <w:r>
        <w:t>min al jannatinyaza annuhuma libasuhuma liyuriyuhuma sawatahum innahu yarahum huwa wa qabiluhu min haythu la tarawnahum inna ja alna ash shayateena awliya lil ladheena la yu'minoon.</w:t>
      </w:r>
    </w:p>
    <w:p>
      <w:pPr>
        <w:jc w:val="right"/>
      </w:pPr>
      <w:r>
        <w:t>من الجنتینزع عنہما لباسہما لیریہما سواتهما انہ یراکم هو وقبیلہ من حيث لا ترونهم انا جعلنا الشیاطین اولیاء للذین لا یؤمنون۔</w:t>
      </w:r>
    </w:p>
    <w:p>
      <w:r>
        <w:rPr>
          <w:b/>
        </w:rPr>
        <w:t xml:space="preserve">[28:55] </w:t>
      </w:r>
      <w:r>
        <w:t>ae bani adam hum ne tum par libas utara jo tumhare badan ke qabil e sharm hisson ko dhanpe aur zeenat bhi aur taqwa ka libas us se bhi behtar hai.</w:t>
      </w:r>
    </w:p>
    <w:p>
      <w:pPr>
        <w:jc w:val="right"/>
      </w:pPr>
      <w:r>
        <w:t>اے بنی ادم ہم نے تم پر لباس اتارا جو تمہارے بدن کے قابل شرم حصوں کو ڈھانکے اور زینت بھی اور تقوی کا لباس اس سے بھی بہتر ہے۔</w:t>
      </w:r>
    </w:p>
    <w:p>
      <w:r>
        <w:rPr>
          <w:b/>
        </w:rPr>
        <w:t xml:space="preserve">[29:11] </w:t>
      </w:r>
      <w:r>
        <w:t>yeh Allah ki nishaniyon mein se hai ta ke log ghaur karen. ae adam ki aulaad</w:t>
      </w:r>
    </w:p>
    <w:p>
      <w:pPr>
        <w:jc w:val="right"/>
      </w:pPr>
      <w:r>
        <w:t>یہ اللہ کی نشانیوں میں سے ہے تاکہ لوگ غور کریں۔ اے ادم کی اولاد</w:t>
      </w:r>
    </w:p>
    <w:p>
      <w:r>
        <w:rPr>
          <w:b/>
        </w:rPr>
        <w:t xml:space="preserve">[29:18] </w:t>
      </w:r>
      <w:r>
        <w:t>shaytan tum ko behka na de jis tarah us ne tumhare maa baap ko jannat se nikalwa diya. us ne un ke libas utarway ta ke un ko un ke samne be parda kar de.</w:t>
      </w:r>
    </w:p>
    <w:p>
      <w:pPr>
        <w:jc w:val="right"/>
      </w:pPr>
      <w:r>
        <w:t>شیطان تم کو بہکا نہ دے جس طرح اس نے تمہارے ماں باپ کو جنت سے نکلوا دیا۔ اس نے ان کے لباس اتروائے تاکہ ان کو ان کے سامنے بے پردہ کر دے۔</w:t>
      </w:r>
    </w:p>
    <w:p>
      <w:r>
        <w:rPr>
          <w:b/>
        </w:rPr>
        <w:t xml:space="preserve">[29:33] </w:t>
      </w:r>
      <w:r>
        <w:t>woh aur us ke sathiyon tum ko aisi jagah se dekhte hain jahan se tum unhein nahi dekhte. hum ne shaytanon ko un logon ka dost bana diya hai jo iman nahi late.</w:t>
      </w:r>
    </w:p>
    <w:p>
      <w:pPr>
        <w:jc w:val="right"/>
      </w:pPr>
      <w:r>
        <w:t>وہ اور اس کے ساتھی تم کو ایسی جگہ سے دیکھتے ہیں جہاں سے تم انہیں نہیں دیکھتے۔ ہم نے شیطانوں کو ان لوگوں کا دوست بنا دیا ہے جو ایمان نہیں لاتے۔</w:t>
      </w:r>
    </w:p>
    <w:p>
      <w:r>
        <w:rPr>
          <w:b/>
        </w:rPr>
        <w:t xml:space="preserve">[29:48] </w:t>
      </w:r>
      <w:r>
        <w:t>tashreeh. dunya ka nizam Khuda ne is tarah banaya hai ke us ki zahiri cheezen us ki batini haqiqaton ki alamat hain.</w:t>
      </w:r>
    </w:p>
    <w:p>
      <w:pPr>
        <w:jc w:val="right"/>
      </w:pPr>
      <w:r>
        <w:t>تشریح۔ دنیا کا نظام خدا نے اس طرح بنایا ہے کہ اس کی ظاہری چیزیں اس کی باطنی حقیقتوں کی علامت ہیں۔</w:t>
      </w:r>
    </w:p>
    <w:p>
      <w:r>
        <w:rPr>
          <w:b/>
        </w:rPr>
        <w:t xml:space="preserve">[30:03] </w:t>
      </w:r>
      <w:r>
        <w:t>zahiri cheezon par ghaur kar ke aadmi chupi hui haqiqaton tak pahunch sakta hai. isi qism ki ek cheez libas hai.</w:t>
      </w:r>
    </w:p>
    <w:p>
      <w:pPr>
        <w:jc w:val="right"/>
      </w:pPr>
      <w:r>
        <w:t>ظاہری چیزوں پر غور کر کے ادمی چھپی ہوئی حقیقتوں تک پہنچ سکتا ہے۔ اسی قسم کی ایک چیز لباس ہے۔</w:t>
      </w:r>
    </w:p>
    <w:p>
      <w:r>
        <w:rPr>
          <w:b/>
        </w:rPr>
        <w:t xml:space="preserve">[30:14] </w:t>
      </w:r>
      <w:r>
        <w:t>Khuda ne insan ko libas diya jo us ki hifazat karta hai aur isi ke sath us ke husn o waqar ko barhane ka zariya bhi hai.</w:t>
      </w:r>
    </w:p>
    <w:p>
      <w:pPr>
        <w:jc w:val="right"/>
      </w:pPr>
      <w:r>
        <w:t>خدا نے انسان کو لباس دیا جو اس کی حفاظت کرتا ہے اور اسی کے ساتھ اس کے حسن و وقار کو بڑھانے کا ذریعہ بھی ہے۔</w:t>
      </w:r>
    </w:p>
    <w:p>
      <w:r>
        <w:rPr>
          <w:b/>
        </w:rPr>
        <w:t xml:space="preserve">[30:28] </w:t>
      </w:r>
      <w:r>
        <w:t>yeh is baat ka ishara hai ke aadmi ke rohani wajood ke liye bhi isi tarah ek libas zaruri hai.</w:t>
      </w:r>
    </w:p>
    <w:p>
      <w:pPr>
        <w:jc w:val="right"/>
      </w:pPr>
      <w:r>
        <w:t>یہ اس بات کا اشارہ ہے کہ ادمی کے روحانی وجود کے لیے بھی اسی طرح ایک لباس ضروری ہے۔</w:t>
      </w:r>
    </w:p>
    <w:p>
      <w:r>
        <w:rPr>
          <w:b/>
        </w:rPr>
        <w:t xml:space="preserve">[30:39] </w:t>
      </w:r>
      <w:r>
        <w:t>yeh libas taqwa hai.</w:t>
      </w:r>
    </w:p>
    <w:p>
      <w:pPr>
        <w:jc w:val="right"/>
      </w:pPr>
      <w:r>
        <w:t>یہ لباس تقوی ہے۔</w:t>
      </w:r>
    </w:p>
    <w:p>
      <w:r>
        <w:rPr>
          <w:b/>
        </w:rPr>
        <w:t xml:space="preserve">[30:42] </w:t>
      </w:r>
      <w:r>
        <w:t>taqwa aadmi ka ma'nawi libas hai jo ek taraf us ko shaytan ke hamlon se bachata hai aur doosri taraf us ke batin ko sanwar kar us ko jannat ki lateef o nafees dunya mein basane ke qabil banata hai.</w:t>
      </w:r>
    </w:p>
    <w:p>
      <w:pPr>
        <w:jc w:val="right"/>
      </w:pPr>
      <w:r>
        <w:t>تقوی ادمی کا معنوی لباس ہے جو ایک طرف اس کو شیطان کے حملوں سے بچاتا ہے اور دوسری طرف اس کے باطن کو سنوار کر اس کو جنت کی لطیف و نفیس دنیا میں بسانے کے قابل بناتا ہے۔</w:t>
      </w:r>
    </w:p>
    <w:p>
      <w:r>
        <w:rPr>
          <w:b/>
        </w:rPr>
        <w:t xml:space="preserve">[31:02] </w:t>
      </w:r>
      <w:r>
        <w:t>yeh taqwa ka libas kya hai? yeh hai Allah ka khauf, haq ka etaraf</w:t>
      </w:r>
    </w:p>
    <w:p>
      <w:pPr>
        <w:jc w:val="right"/>
      </w:pPr>
      <w:r>
        <w:t>یہ تقوی کا لباس کیا ہے؟ یہ ہے اللہ کا خوف، حق کا اعتراف</w:t>
      </w:r>
    </w:p>
    <w:p>
      <w:r>
        <w:rPr>
          <w:b/>
        </w:rPr>
        <w:t xml:space="preserve">[31:10] </w:t>
      </w:r>
      <w:r>
        <w:t>apne liye aur doosron ke liye ek miyar rakhna, apne ko banda samajhna, tawazu ko apna shiaar banana, dunya mein gum hone ke bajaye akhirat ki taraf mutawajjah rehna</w:t>
      </w:r>
    </w:p>
    <w:p>
      <w:pPr>
        <w:jc w:val="right"/>
      </w:pPr>
      <w:r>
        <w:t>، اپنے لیے اور دوسروں کے لیے ایک معیار رکھنا، اپنے کو بندہ سمجھنا، تواضع کو اپنا شعار بنانا، دنیا میں گم ہونے کے بجائے اخرت کی طرف متوجہ رہنا</w:t>
      </w:r>
    </w:p>
    <w:p>
      <w:r>
        <w:rPr>
          <w:b/>
        </w:rPr>
        <w:t xml:space="preserve">[31:25] </w:t>
      </w:r>
      <w:r>
        <w:t>aadmi jab in cheezon ko apnaaye to woh apne andaruni wajood ko malboos karta hai aur agar woh is ke khilaf ravaiyya ikhtiyar kare to woh apne andarun ko nanga kar leta hai.</w:t>
      </w:r>
    </w:p>
    <w:p>
      <w:pPr>
        <w:jc w:val="right"/>
      </w:pPr>
      <w:r>
        <w:t>۔ ادمی جب ان چیزوں کو اپنائے تو وہ اپنے اندرونی وجود کو ملبوس کرتا ہے اور اگر وہ اس کے خلاف رویہ اختیار کرے تو وہ اپنے اندرون کو ننگا کر لیتا ہے۔</w:t>
      </w:r>
    </w:p>
    <w:p>
      <w:r>
        <w:rPr>
          <w:b/>
        </w:rPr>
        <w:t xml:space="preserve">[31:42] </w:t>
      </w:r>
      <w:r>
        <w:t>zahiri jism ko kapde ka bana hua libas dhanakta hai aur batini jism ko taqwa ka libas.</w:t>
      </w:r>
    </w:p>
    <w:p>
      <w:pPr>
        <w:jc w:val="right"/>
      </w:pPr>
      <w:r>
        <w:t>ظاہری جسم کو کپڑے کا بنا ہوا لباس ڈھانکتا ہے اور باطنی جسم کو تقوی کا لباس۔</w:t>
      </w:r>
    </w:p>
    <w:p>
      <w:r>
        <w:rPr>
          <w:b/>
        </w:rPr>
        <w:t xml:space="preserve">[31:51] </w:t>
      </w:r>
      <w:r>
        <w:t>aadmi ko gumrah karne ke liye shaytan ka tareeqa yeh hai ke woh us ko behkata hai. woh Khuda ke mamnooa darakht ko har qism ke khair ka sar chashma batata hai.</w:t>
      </w:r>
    </w:p>
    <w:p>
      <w:pPr>
        <w:jc w:val="right"/>
      </w:pPr>
      <w:r>
        <w:t>ادمی کو گمراہ کرنے کے لیے شیطان کا طریقہ یہ ہے کہ وہ اس کو بہکاتا ہے۔ وہ خدا کے ممنوعہ درخت کو ہر قسم کے خیر کا سرچشمہ بتاتا ہے۔</w:t>
      </w:r>
    </w:p>
    <w:p>
      <w:r>
        <w:rPr>
          <w:b/>
        </w:rPr>
        <w:t xml:space="preserve">[32:05] </w:t>
      </w:r>
      <w:r>
        <w:t>woh aise masoom raston se us ki taraf aata hai ke aadmi ka guman bhi nahi jata ke idhar se us ki taraf gumrahi aa rahi hogi.</w:t>
      </w:r>
    </w:p>
    <w:p>
      <w:pPr>
        <w:jc w:val="right"/>
      </w:pPr>
      <w:r>
        <w:t>وہ ایسے معصوم راستوں سے اس کی طرف اتا ہے کہ ادمی کا گمان بھی نہیں جاتا کہ ادھر سے اس کی طرف گمراہی ارہی ہوگی۔</w:t>
      </w:r>
    </w:p>
    <w:p>
      <w:r>
        <w:rPr>
          <w:b/>
        </w:rPr>
        <w:t xml:space="preserve">[32:16] </w:t>
      </w:r>
      <w:r>
        <w:t>shaytan aadmi ke tamam nazuk maqamat ko janta hai aur unhi nazuk maqamat se woh us par hamla aawar hota hai.</w:t>
      </w:r>
    </w:p>
    <w:p>
      <w:pPr>
        <w:jc w:val="right"/>
      </w:pPr>
      <w:r>
        <w:t>شیطان ادمی کے تمام نازک مقامات کو جانتا ہے اور انہی نازک مقامات سے وہ اس پر حملہ اور ہوتا ہے۔</w:t>
      </w:r>
    </w:p>
    <w:p>
      <w:r>
        <w:rPr>
          <w:b/>
        </w:rPr>
        <w:t xml:space="preserve">[32:28] </w:t>
      </w:r>
      <w:r>
        <w:t>kabhi ek be haqeeqat nazariye ko khoobsurat alfaaz mein bayan karta hai, kabhi ek juzwi haqeeqat ko kulli haqeeqat ke roop mein us ke samne lata hai, kabhi mamooli cheezon mein fawaid ka khazana bata kar sare logon ko us ki taraf dauda deta hai, kabhi ek be faida harkat mein taraqqi ka raaz bata</w:t>
      </w:r>
    </w:p>
    <w:p>
      <w:pPr>
        <w:jc w:val="right"/>
      </w:pPr>
      <w:r>
        <w:t>کبھی ایک بے حقیقت نظریے کو خوبصورت الفاظ میں بیان کرتا ہے، کبھی ایک جزئی حقیقت کو کلی حقیقت کے روپ میں اس کے سامنے لاتا ہے، کبھی معمولی چیزوں میں فوائد کا خزانہ بتا کر سارے لوگوں کو اس کی طرف دوڑا دیتا ہے، کبھی ایک بے فائدہ حرکت میں ترقی کا راز بت</w:t>
      </w:r>
    </w:p>
    <w:p>
      <w:r>
        <w:rPr>
          <w:b/>
        </w:rPr>
        <w:t xml:space="preserve">[32:54] </w:t>
      </w:r>
      <w:r>
        <w:t>ata hai, kabhi ek takhreebi amal ko ta'meer ke roop mein pesh karta hai. shaytan kin logon ko behkane mein kamyab hota hai?</w:t>
      </w:r>
    </w:p>
    <w:p>
      <w:pPr>
        <w:jc w:val="right"/>
      </w:pPr>
      <w:r>
        <w:t>اتا ہے، کبھی ایک تخریبی عمل کو تعمیر کے روپ میں پیش کرتا ہے۔ شیطان کن لوگوں کو بہکانے میں کامیاب ہوتا ہے؟</w:t>
      </w:r>
    </w:p>
    <w:p>
      <w:r>
        <w:rPr>
          <w:b/>
        </w:rPr>
        <w:t xml:space="preserve">[33:05] </w:t>
      </w:r>
      <w:r>
        <w:t>woh un logon par kamyab hota hai jo imtehan ke mauqe par iman ka saboot nahi de paate, jo Khuda ki nishaniyon par ghaur nahi karte, jo dalail ki zaban mein baat ko samajhne ke liye tayyar nahi hote,</w:t>
      </w:r>
    </w:p>
    <w:p>
      <w:pPr>
        <w:jc w:val="right"/>
      </w:pPr>
      <w:r>
        <w:t>وہ ان لوگوں پر کامیاب ہوتا ہے جو امتحان کے موقع پر ایمان کا ثبوت نہیں دے پاتے، جو خدا کی نشانیوں پر غور نہیں کرتے، جو دلائل کی زبان میں بات کو سمجھنے کے لیے تیار نہیں ہوتے،</w:t>
      </w:r>
    </w:p>
    <w:p>
      <w:r>
        <w:rPr>
          <w:b/>
        </w:rPr>
        <w:t xml:space="preserve">[33:23] </w:t>
      </w:r>
      <w:r>
        <w:t>jinhein apni zaati rujhanat ke muqable mein haq ke taqaze ko tarjeeh dena gawara nahi hota,</w:t>
      </w:r>
    </w:p>
    <w:p>
      <w:pPr>
        <w:jc w:val="right"/>
      </w:pPr>
      <w:r>
        <w:t>جنہیں اپنی ذاتی رجحانات کے مقابلے میں حق کے تقاضے کو ترجیح دینا گوارا نہیں ہوتا،</w:t>
      </w:r>
    </w:p>
    <w:p>
      <w:r>
        <w:rPr>
          <w:b/>
        </w:rPr>
        <w:t xml:space="preserve">[33:33] </w:t>
      </w:r>
      <w:r>
        <w:t>jin ko aisi sachai sachai nazar nahi aati jis mein un ke faidon aur maslehaton ki riayat shamil na ho, jinhein woh haq pasand nahi aata jo un ki zaat ko necha kar ke khud un ke muqable mein ooncha hona chahta ho.</w:t>
      </w:r>
    </w:p>
    <w:p>
      <w:pPr>
        <w:jc w:val="right"/>
      </w:pPr>
      <w:r>
        <w:t>جن کو ایسی سچائی سچائی نظر نہیں آتی جس میں ان کے فائدوں اور مصلحتوں کی رعایت شامل نہ ہو، جنہیں وہ حق پسند نہیں آتا جو ان کی ذات کو نیچا کر کے خود ان کے مقابلے میں اونچا ہونا چاہتا ہو۔</w:t>
      </w:r>
    </w:p>
    <w:p>
      <w:r>
        <w:rPr>
          <w:b/>
        </w:rPr>
        <w:t xml:space="preserve">[33:56] </w:t>
      </w:r>
      <w:r>
        <w:t>wajadna alaiha abaa'ana wallahu amrana biha qul innallaha la yamuru bil fahsha'a</w:t>
      </w:r>
    </w:p>
    <w:p>
      <w:pPr>
        <w:jc w:val="right"/>
      </w:pPr>
      <w:r>
        <w:t>وجدنا علیہا اباءنا واللہ امرنا بها قل ان اللہ لا یامر بالفحشاء</w:t>
      </w:r>
    </w:p>
    <w:p>
      <w:r>
        <w:rPr>
          <w:b/>
        </w:rPr>
        <w:t xml:space="preserve">[34:18] </w:t>
      </w:r>
      <w:r>
        <w:t>atquloon ala allah ma la taalamoon qul amr rabbi bil qist wa aqeemu wujoohakum inda kulli masjidin wad oohu mukhleseen lahud deen kama badaakum ta oodoon</w:t>
      </w:r>
    </w:p>
    <w:p>
      <w:pPr>
        <w:jc w:val="right"/>
      </w:pPr>
      <w:r>
        <w:t>اتقولون علی اللہ ما لا تعلمون قل امر ربی بالقسط واقیموا وجوهكم عند كل مسجد وادعوه مخلصين له الدين كما بداکم تعودون</w:t>
      </w:r>
    </w:p>
    <w:p>
      <w:r>
        <w:rPr>
          <w:b/>
        </w:rPr>
        <w:t xml:space="preserve">[34:45] </w:t>
      </w:r>
      <w:r>
        <w:t>fareeqan hada wa fareeqan haqq alaihimud dalalah innahum ittakhathoo sh shayaateen awliyaa min dooni allah wa yahsaboona annahum muhtadoon</w:t>
      </w:r>
    </w:p>
    <w:p>
      <w:pPr>
        <w:jc w:val="right"/>
      </w:pPr>
      <w:r>
        <w:t>فريقا هدى وفريقا حق عليهم الضلاله انهم اتخذوا الشياطين اولياء من دون الله ويحسبون انهم مهتدون</w:t>
      </w:r>
    </w:p>
    <w:p>
      <w:r>
        <w:rPr>
          <w:b/>
        </w:rPr>
        <w:t xml:space="preserve">[35:08] </w:t>
      </w:r>
      <w:r>
        <w:t>aur jab woh koi phash khuli burai karte hain to kehte hain ke hum ne apne baap dada ko isi tarah karte hue paya hai aur khuda ne hum ko isi ka hukum diya hai.</w:t>
      </w:r>
    </w:p>
    <w:p>
      <w:pPr>
        <w:jc w:val="right"/>
      </w:pPr>
      <w:r>
        <w:t>اور جب وہ کوئی فحش کھلی برائی کرتے ہیں تو کہتے ہیں کہ ہم نے اپنے باپ دادا کو اسی طرح کرتے ہوئے پایا ہے اور خدا نے ہم کو اسی کا حکم دیا ہے۔</w:t>
      </w:r>
    </w:p>
    <w:p>
      <w:r>
        <w:rPr>
          <w:b/>
        </w:rPr>
        <w:t xml:space="preserve">[35:21] </w:t>
      </w:r>
      <w:r>
        <w:t>kaho allah kabhi bure kaam ka hukum nahi deta. kya tum allah ke zimme woh baat lagate ho jis ka tum ko koi ilm nahi?</w:t>
      </w:r>
    </w:p>
    <w:p>
      <w:pPr>
        <w:jc w:val="right"/>
      </w:pPr>
      <w:r>
        <w:t>کہو اللہ کبھی برے کام کا حکم نہیں دیتا۔ کیا تم اللہ کے ذمے وہ بات لگاتے ہو جس کا تمہیں کوئی علم نہیں؟</w:t>
      </w:r>
    </w:p>
    <w:p>
      <w:r>
        <w:rPr>
          <w:b/>
        </w:rPr>
        <w:t xml:space="preserve">[35:33] </w:t>
      </w:r>
      <w:r>
        <w:t>kaho ke mere rab ne qist ka hukum diya hai aur yeh ke har namaz ke waqt apna rukh seedha rakho aur isi ko pukaaro isi ke liye deen ko khalis karte hue jis tarah us ne tum ko pehli baar paida kiya isi tarah tum doosri baar bhi paida hogaye.</w:t>
      </w:r>
    </w:p>
    <w:p>
      <w:pPr>
        <w:jc w:val="right"/>
      </w:pPr>
      <w:r>
        <w:t>کہو کہ میرے رب نے قسط کا حکم دیا ہے اور یہ کہ ہر نماز کے وقت اپنا رخ سیدھا رکھو اور اسی کو پکارو اسی کے لیے دین کو خالص کرتے ہوئے جس طرح اس نے تم کو پہلی بار پیدا کیا اسی طرح تم دوسری بار بھی پیدا ہوگئے۔</w:t>
      </w:r>
    </w:p>
    <w:p>
      <w:r>
        <w:rPr>
          <w:b/>
        </w:rPr>
        <w:t xml:space="preserve">[35:55] </w:t>
      </w:r>
      <w:r>
        <w:t>ek giroh ko us ne rah dikha di aur ek giroh hai ke us par gumrahi sabit ho chuki.</w:t>
      </w:r>
    </w:p>
    <w:p>
      <w:pPr>
        <w:jc w:val="right"/>
      </w:pPr>
      <w:r>
        <w:t>ایک گروہ کو اس نے راہ دکھا دی اور ایک گروہ ہے کہ اس پر گمراہی ثابت ہو چکی۔</w:t>
      </w:r>
    </w:p>
    <w:p>
      <w:r>
        <w:rPr>
          <w:b/>
        </w:rPr>
        <w:t xml:space="preserve">[36:05] </w:t>
      </w:r>
      <w:r>
        <w:t>unhon ne allah ko chhod kar shaitan ko apna rafiq banaya aur guman yeh rakhte hain ke woh hidayat par hain.</w:t>
      </w:r>
    </w:p>
    <w:p>
      <w:pPr>
        <w:jc w:val="right"/>
      </w:pPr>
      <w:r>
        <w:t>انہوں نے اللہ کو چھوڑ کر شیطان کو اپنا رفیق بنایا اور گمان یہ رکھتے ہیں کہ وہ ہدایت پر ہیں۔</w:t>
      </w:r>
    </w:p>
    <w:p>
      <w:r>
        <w:rPr>
          <w:b/>
        </w:rPr>
        <w:t xml:space="preserve">[36:15] </w:t>
      </w:r>
      <w:r>
        <w:t>tashreeh qadeem arab mein log nangay ho kar kaaba ka tawaf karte aur us ki himayat mein yeh kehte ke khuda ki ibadat duniya ki ilaishen se pak ho kar fitri halat mein karna chahiye halankay baranggi aisi khuli hui burai hai jis ka bura hona aqal e aam se maloom ho sakta hai.</w:t>
      </w:r>
    </w:p>
    <w:p>
      <w:pPr>
        <w:jc w:val="right"/>
      </w:pPr>
      <w:r>
        <w:t>تشریح قدیم عرب میں لوگ ننگے ہو کر کعبہ کا طواف کرتے اور اس کی حمایت میں یہ کہتے کہ خدا کی عبادت دنیا کی الائشوں سے پاک ہو کر فطری حالت میں کرنا چاہیے حالانکہ برہنگی ایسی کھلی ہوئی برائی ہے جس کا برا ہونا عقل عام سے معلوم ہو سکتا ہے۔</w:t>
      </w:r>
    </w:p>
    <w:p>
      <w:r>
        <w:rPr>
          <w:b/>
        </w:rPr>
        <w:t xml:space="preserve">[36:43] </w:t>
      </w:r>
      <w:r>
        <w:t>isi tarah aadmi yeh aqeedah qaim kar leta hai ke be amli aur sarkashi ke bawajood sifarishon ki buniyad par khuda us ko inamat se nawazay ga halankay woh apne sarkash ghulamon ke mamle mein mahaz kisi ke kehne se aisa nahi kar sakta.</w:t>
      </w:r>
    </w:p>
    <w:p>
      <w:pPr>
        <w:jc w:val="right"/>
      </w:pPr>
      <w:r>
        <w:t>اسی طرح ادمی یہ عقیدہ قائم کر لیتا ہے کہ بے عملی اور سرکشی کے باوجود سفارشوں کی بنیاد پر خدا اس کو انعامات سے نوازے گا حالانکہ وہ اپنے سرکش غلاموں کے معاملے میں محض کسی کے کہنے سے ایسا نہیں کر سکتا۔</w:t>
      </w:r>
    </w:p>
    <w:p>
      <w:r>
        <w:rPr>
          <w:b/>
        </w:rPr>
        <w:t xml:space="preserve">[37:05] </w:t>
      </w:r>
      <w:r>
        <w:t>mamooli mamooli na qabil e fahm aamal jin se duniya mein ek ghar bhi nahi ban sakta un se yeh umeed kar leta hai ke woh akhirat mein us ke liye aali shaan mahal taameer kar dain gay.</w:t>
      </w:r>
    </w:p>
    <w:p>
      <w:pPr>
        <w:jc w:val="right"/>
      </w:pPr>
      <w:r>
        <w:t>معمولی معمولی ناقابل فہم اعمال جن سے دنیا میں ایک گھر بھی نہیں بن سکتا ان سے یہ امید کر لیتا ہے کہ وہ اخرت میں اس کے لیے عالی شان محل تعمیر کر دیں گے۔</w:t>
      </w:r>
    </w:p>
    <w:p>
      <w:r>
        <w:rPr>
          <w:b/>
        </w:rPr>
        <w:t xml:space="preserve">[37:21] </w:t>
      </w:r>
      <w:r>
        <w:t>alfaaz ka shor o ghul jis se duniya mein ek darakht bhi nahi ugta un ke mutalliq yeh khush gumani qaim kar leta hai ke woh akhirat mein us ke liye jannat ke bagh uga rahe hain.</w:t>
      </w:r>
    </w:p>
    <w:p>
      <w:pPr>
        <w:jc w:val="right"/>
      </w:pPr>
      <w:r>
        <w:t>الفاظ کا شور و غل جس سے دنیا میں ایک درخت بھی نہیں اگتا ان کے متعلق یہ خوش گمانی قائم کر لیتا ہے کہ وہ اخرت میں اس کے لیے جنت کے باغ اگا رہے ہیں۔</w:t>
      </w:r>
    </w:p>
    <w:p>
      <w:r>
        <w:rPr>
          <w:b/>
        </w:rPr>
        <w:t xml:space="preserve">[37:36] </w:t>
      </w:r>
      <w:r>
        <w:t>qist se murad woh mansifana rawish hai jo har naap mein poori utre. woh ain wohi ho jo ke hona chahiye.</w:t>
      </w:r>
    </w:p>
    <w:p>
      <w:pPr>
        <w:jc w:val="right"/>
      </w:pPr>
      <w:r>
        <w:t>قسط سے مراد وہ منصفانہ روش ہے جو ہر ناپ میں پوری اترے۔ وہ عین وہی ہو جو کہ ہونا چاہیے۔</w:t>
      </w:r>
    </w:p>
    <w:p>
      <w:r>
        <w:rPr>
          <w:b/>
        </w:rPr>
        <w:t xml:space="preserve">[37:47] </w:t>
      </w:r>
      <w:r>
        <w:t>ibadat insaan ki ek fitri khwahish hai. woh kisi ko sab se ooncha maan kar us ke aage apne ko daal dena chahta hai.</w:t>
      </w:r>
    </w:p>
    <w:p>
      <w:pPr>
        <w:jc w:val="right"/>
      </w:pPr>
      <w:r>
        <w:t>عبادت انسان کی ایک فطری خواہش ہے۔ وہ کسی کو سب سے اونچا مان کر اس کے اگے اپنے کو ڈال دینا چاہتا ہے۔</w:t>
      </w:r>
    </w:p>
    <w:p>
      <w:r>
        <w:rPr>
          <w:b/>
        </w:rPr>
        <w:t xml:space="preserve">[37:58] </w:t>
      </w:r>
      <w:r>
        <w:t>is mamle mein qist yeh hoga ke aadmi sirf allah ka abid banay jo uska khaliq aur rab hai.</w:t>
      </w:r>
    </w:p>
    <w:p>
      <w:pPr>
        <w:jc w:val="right"/>
      </w:pPr>
      <w:r>
        <w:t>اس معاملے میں قسط یہ ہوگا کہ ادمی صرف خدا کا عبادت گزار بنے جو اس کا خالق اور رب ہے۔</w:t>
      </w:r>
    </w:p>
    <w:p>
      <w:r>
        <w:rPr>
          <w:b/>
        </w:rPr>
        <w:t xml:space="preserve">[38:09] </w:t>
      </w:r>
      <w:r>
        <w:t>insaan kisi ko yeh maqam dena chahta hai ke woh us ke liye aitmad ki buniyad ho. is mamle mein qist yeh hoga ke aadmi allah ko apni zindagi mein aitmad ki buniyad banaye jo sari taqaton ka malik hai.</w:t>
      </w:r>
    </w:p>
    <w:p>
      <w:pPr>
        <w:jc w:val="right"/>
      </w:pPr>
      <w:r>
        <w:t>انسان کسی کو یہ مقام دینا چاہتا ہے کہ وہ اس کے لیے اعتماد کی بنیاد ہو۔ اس معاملے میں قسط یہ ہوگا کہ ادمی خدا کو اپنی زندگی میں اعتماد کی بنیاد بنائے جو ساری طاقتوں کا مالک ہے۔</w:t>
      </w:r>
    </w:p>
    <w:p>
      <w:r>
        <w:rPr>
          <w:b/>
        </w:rPr>
        <w:t xml:space="preserve">[38:27] </w:t>
      </w:r>
      <w:r>
        <w:t>is tarah maut ke baad ek aur zindagi ko manna ain qist hai kyunke aadmi jab paida hota hai to woh adam se wajood ki soorat ikhtiyar karta hai.</w:t>
      </w:r>
    </w:p>
    <w:p>
      <w:pPr>
        <w:jc w:val="right"/>
      </w:pPr>
      <w:r>
        <w:t>اس طرح موت کے بعد ایک اور زندگی کو ماننا عین قسط ہے کیونکہ ادمی جب پیدا ہوتا ہے تو وہ عدم سے وجود کی صورت اختیار کرتا ہے۔</w:t>
      </w:r>
    </w:p>
    <w:p>
      <w:r>
        <w:rPr>
          <w:b/>
        </w:rPr>
        <w:t xml:space="preserve">[38:41] </w:t>
      </w:r>
      <w:r>
        <w:t>is liye maut ke baad dobara paida hone ko manna ain isi haqeeqat ko manna hai jo awwal paidaish ke waqt har aadmi ke sath paish aa chuki hai.</w:t>
      </w:r>
    </w:p>
    <w:p>
      <w:pPr>
        <w:jc w:val="right"/>
      </w:pPr>
      <w:r>
        <w:t>اس لیے موت کے بعد دوبارہ پیدا ہونے کو ماننا عین اسی حقیقت کو ماننا ہے جو اول پیدائش کے وقت ہر ادمی کے ساتھ پیش ا چکی ہے۔</w:t>
      </w:r>
    </w:p>
    <w:p>
      <w:r>
        <w:rPr>
          <w:b/>
        </w:rPr>
        <w:t xml:space="preserve">[38:56] </w:t>
      </w:r>
      <w:r>
        <w:t>haq ke daai ka inkar karne ke liye aadmi qadeem buzurgon ka sahara leta hai. qadeem buzurg woh log hotay hain jin ki azmat tareekhi tor par qaim ho chuki hai.</w:t>
      </w:r>
    </w:p>
    <w:p>
      <w:pPr>
        <w:jc w:val="right"/>
      </w:pPr>
      <w:r>
        <w:t>حق کے داعی کا انکار کرنے کے لیے ادمی قدیم بزرگوں کا سہارا لیتا ہے۔ قدیم بزرگ وہ لوگ ہوتے ہیں جن کی عظمت تاریخی طور پر قائم ہو چکی ہے۔</w:t>
      </w:r>
    </w:p>
    <w:p>
      <w:r>
        <w:rPr>
          <w:b/>
        </w:rPr>
        <w:t xml:space="preserve">[39:10] </w:t>
      </w:r>
      <w:r>
        <w:t>har aadmi ki nazar mein un ka bar sar e haq hona musallamah amr bana hua hota hai.</w:t>
      </w:r>
    </w:p>
    <w:p>
      <w:pPr>
        <w:jc w:val="right"/>
      </w:pPr>
      <w:r>
        <w:t>ہر ادمی کی نظر میں ان کا برسر حق ہونا مسلمہ امر بنا ہوا ہوتا ہے۔</w:t>
      </w:r>
    </w:p>
    <w:p>
      <w:r>
        <w:rPr>
          <w:b/>
        </w:rPr>
        <w:t xml:space="preserve">[39:19] </w:t>
      </w:r>
      <w:r>
        <w:t>doosri taraf samnay ka daai e haq ek naya aadmi hota hai jis ke sath abhi tareekh ki tasdeeq jama nahi hoti.</w:t>
      </w:r>
    </w:p>
    <w:p>
      <w:pPr>
        <w:jc w:val="right"/>
      </w:pPr>
      <w:r>
        <w:t>دوسری طرف سامنے کا داعی حق ایک نیا ادمی ہوتا ہے جس کے ساتھ ابھی تاریخ کی تصدیق جمع نہیں ہوتی۔</w:t>
      </w:r>
    </w:p>
    <w:p>
      <w:r>
        <w:rPr>
          <w:b/>
        </w:rPr>
        <w:t xml:space="preserve">[39:29] </w:t>
      </w:r>
      <w:r>
        <w:t>qadeem buzurg ko aadmi us ki tareekh ke sath dekh raha hota hai aur naye daai ko us ki tareekh ke baghair.</w:t>
      </w:r>
    </w:p>
    <w:p>
      <w:pPr>
        <w:jc w:val="right"/>
      </w:pPr>
      <w:r>
        <w:t>قدیم بزرگ کو ادمی اس کی تاریخ کے ساتھ دیکھ رہا ہوتا ہے اور نئے داعی کو اس کی تاریخ کے بغیر۔</w:t>
      </w:r>
    </w:p>
    <w:p>
      <w:r>
        <w:rPr>
          <w:b/>
        </w:rPr>
        <w:t xml:space="preserve">[39:39] </w:t>
      </w:r>
      <w:r>
        <w:t>woh qadeem buzurgon ke naam par daai e haq ka inkar kar deta hai aur samajhta hai ke woh ain hidayat par hai.</w:t>
      </w:r>
    </w:p>
    <w:p>
      <w:pPr>
        <w:jc w:val="right"/>
      </w:pPr>
      <w:r>
        <w:t>وہ قدیم بزرگوں کے نام پر داعی حق کا انکار کر دیتا ہے اور سمجھتا ہے کہ وہ عین ہدایت پر ہے۔</w:t>
      </w:r>
    </w:p>
    <w:p>
      <w:r>
        <w:rPr>
          <w:b/>
        </w:rPr>
        <w:t xml:space="preserve">[39:47] </w:t>
      </w:r>
      <w:r>
        <w:t>magar is tarah ki galat fehmi kisi ke liye allah ke yahan uzr nahi ban sakti. yeh allah ke naam par shaitan ki pairwi hai na ke haqeeqatan allah ki pairwi.</w:t>
      </w:r>
    </w:p>
    <w:p>
      <w:pPr>
        <w:jc w:val="right"/>
      </w:pPr>
      <w:r>
        <w:t>مگر اس طرح کی غلط فہمی کسی کے لیے خدا کے یہاں عذر نہیں بن سکتی۔ یہ خدا کے نام پر شیطان کی پیروی ہے نہ کہ حقیقتا خدا کی پیروی۔</w:t>
      </w:r>
    </w:p>
    <w:p>
      <w:r>
        <w:rPr>
          <w:b/>
        </w:rPr>
        <w:t xml:space="preserve">[40:03] </w:t>
      </w:r>
      <w:r>
        <w:t>ya bani adam khuzu zinetakum</w:t>
      </w:r>
    </w:p>
    <w:p>
      <w:pPr>
        <w:jc w:val="right"/>
      </w:pPr>
      <w:r>
        <w:t>یا بنی ادم خذوا زینتكم</w:t>
      </w:r>
    </w:p>
    <w:p>
      <w:r>
        <w:rPr>
          <w:b/>
        </w:rPr>
        <w:t xml:space="preserve">[40:09] </w:t>
      </w:r>
      <w:r>
        <w:t>ind kull masjad wa kuloo washraboo wala tusrifoo</w:t>
      </w:r>
    </w:p>
    <w:p>
      <w:pPr>
        <w:jc w:val="right"/>
      </w:pPr>
      <w:r>
        <w:t>عند کل مسجد وكلوا واشربوا ولا تسرفوا</w:t>
      </w:r>
    </w:p>
    <w:p>
      <w:r>
        <w:rPr>
          <w:b/>
        </w:rPr>
        <w:t xml:space="preserve">[40:17] </w:t>
      </w:r>
      <w:r>
        <w:t>innahu la yuhibbul musrifeen</w:t>
      </w:r>
    </w:p>
    <w:p>
      <w:pPr>
        <w:jc w:val="right"/>
      </w:pPr>
      <w:r>
        <w:t>انہ لا یحب المسرفین</w:t>
      </w:r>
    </w:p>
    <w:p>
      <w:r>
        <w:rPr>
          <w:b/>
        </w:rPr>
        <w:t xml:space="preserve">[40:23] </w:t>
      </w:r>
      <w:r>
        <w:t>qul man harrama zinetallahi allati</w:t>
      </w:r>
    </w:p>
    <w:p>
      <w:pPr>
        <w:jc w:val="right"/>
      </w:pPr>
      <w:r>
        <w:t>قل من حرم زینت اللہ التي</w:t>
      </w:r>
    </w:p>
    <w:p>
      <w:r>
        <w:rPr>
          <w:b/>
        </w:rPr>
        <w:t xml:space="preserve">[40:28] </w:t>
      </w:r>
      <w:r>
        <w:t>akhraja li ibadihi wattayyibati minar rizq qul hi lillazina amanu fil hayatiddunya khalisatan</w:t>
      </w:r>
    </w:p>
    <w:p>
      <w:pPr>
        <w:jc w:val="right"/>
      </w:pPr>
      <w:r>
        <w:t>اخرج لعباده والطیبات من الرزق قل هي للذین امنوا فی الحیات الدنیا خالصۃ</w:t>
      </w:r>
    </w:p>
    <w:p>
      <w:r>
        <w:rPr>
          <w:b/>
        </w:rPr>
        <w:t xml:space="preserve">[40:40] </w:t>
      </w:r>
      <w:r>
        <w:t>yaumal qiyamati kazalika nufassilul ayati li qawmin</w:t>
      </w:r>
    </w:p>
    <w:p>
      <w:pPr>
        <w:jc w:val="right"/>
      </w:pPr>
      <w:r>
        <w:t>یوم القیامہ کذلك نفصل الایات لقوم</w:t>
      </w:r>
    </w:p>
    <w:p>
      <w:r>
        <w:rPr>
          <w:b/>
        </w:rPr>
        <w:t xml:space="preserve">[40:47] </w:t>
      </w:r>
      <w:r>
        <w:t>ya'lamoon</w:t>
      </w:r>
    </w:p>
    <w:p>
      <w:pPr>
        <w:jc w:val="right"/>
      </w:pPr>
      <w:r>
        <w:t>یعلمون</w:t>
      </w:r>
    </w:p>
    <w:p>
      <w:r>
        <w:rPr>
          <w:b/>
        </w:rPr>
        <w:t xml:space="preserve">[40:51] </w:t>
      </w:r>
      <w:r>
        <w:t>qul innama harrama rabbiyal fawashiha ma zahar minha wama batan wal ithma wal baghya bighairil haqqi wa an tushriku billahi</w:t>
      </w:r>
    </w:p>
    <w:p>
      <w:pPr>
        <w:jc w:val="right"/>
      </w:pPr>
      <w:r>
        <w:t>قل انما حرم ربی الفواحش ما ظهر منها وما بطن والاثم والبغی بغير الحق وان تشرکوا باللہ</w:t>
      </w:r>
    </w:p>
    <w:p>
      <w:r>
        <w:rPr>
          <w:b/>
        </w:rPr>
        <w:t xml:space="preserve">[41:07] </w:t>
      </w:r>
      <w:r>
        <w:t>wa an tushriku billahi ma lam yunzil bihi sultana</w:t>
      </w:r>
    </w:p>
    <w:p>
      <w:pPr>
        <w:jc w:val="right"/>
      </w:pPr>
      <w:r>
        <w:t>وان تشرکوا باللہ ما لم ينزل به سلطانا</w:t>
      </w:r>
    </w:p>
    <w:p>
      <w:r>
        <w:rPr>
          <w:b/>
        </w:rPr>
        <w:t xml:space="preserve">[41:14] </w:t>
      </w:r>
      <w:r>
        <w:t>wa an taqoolu alallahi ma la ta'lamoon</w:t>
      </w:r>
    </w:p>
    <w:p>
      <w:pPr>
        <w:jc w:val="right"/>
      </w:pPr>
      <w:r>
        <w:t>وان تقولوا علی اللہ ما لا تعلمون</w:t>
      </w:r>
    </w:p>
    <w:p>
      <w:r>
        <w:rPr>
          <w:b/>
        </w:rPr>
        <w:t xml:space="preserve">[41:22] </w:t>
      </w:r>
      <w:r>
        <w:t>ae aulad adam har namaz ke baad apna libas pehno aur khao pio aur had se tajawuz na karo.</w:t>
      </w:r>
    </w:p>
    <w:p>
      <w:pPr>
        <w:jc w:val="right"/>
      </w:pPr>
      <w:r>
        <w:t>اے اولاد ادم ہر نماز کے بعد اپنا لباس پہنو اور کھاؤ پیو اور حد سے تجاوز نہ کرو۔</w:t>
      </w:r>
    </w:p>
    <w:p>
      <w:r>
        <w:rPr>
          <w:b/>
        </w:rPr>
        <w:t xml:space="preserve">[41:34] </w:t>
      </w:r>
      <w:r>
        <w:t>beshak Allah had se tajawuz karne walon ko pasand nahi karta. kaho Allah ki zeenat ko kis ne haram kiya jo us ne apne bandon ke liye nikala tha aur khane ki pak cheezon ko</w:t>
      </w:r>
    </w:p>
    <w:p>
      <w:pPr>
        <w:jc w:val="right"/>
      </w:pPr>
      <w:r>
        <w:t>بے شک اللہ حد سے تجاوز کرنے والوں کو پسند نہیں کرتا۔ کہو اللہ کی زینت کو کس نے حرام کیا جو اس نے اپنے بندوں کے لیے نکالا تھا اور کھانے کی پاک چیزوں کو</w:t>
      </w:r>
    </w:p>
    <w:p>
      <w:r>
        <w:rPr>
          <w:b/>
        </w:rPr>
        <w:t xml:space="preserve">[41:52] </w:t>
      </w:r>
      <w:r>
        <w:t>kaho woh dunya ki zindagi mein bhi iman walon ke liye hain aur akhirat mein to woh khaas unhi ke liye hongi. isi tarah hum apni ayatein khol kar bayan karte hain un logon ke liye jo janna chahein.</w:t>
      </w:r>
    </w:p>
    <w:p>
      <w:pPr>
        <w:jc w:val="right"/>
      </w:pPr>
      <w:r>
        <w:t>کہو وہ دنیا کی زندگی میں بھی ایمان والوں کے لیے ہیں اور اخرت میں تو وہ خاص انہی کے لیے ہوں گی۔ اسی طرح ہم اپنی ایتیں کھول کر بیان کرتے ہیں ان لوگوں کے لیے جو جاننا چاہیں۔</w:t>
      </w:r>
    </w:p>
    <w:p>
      <w:r>
        <w:rPr>
          <w:b/>
        </w:rPr>
        <w:t xml:space="preserve">[42:10] </w:t>
      </w:r>
      <w:r>
        <w:t>kaho mere Rab ne to pas fash baton ko haram thehraya hai woh khuli hon ya chupi</w:t>
      </w:r>
    </w:p>
    <w:p>
      <w:pPr>
        <w:jc w:val="right"/>
      </w:pPr>
      <w:r>
        <w:t>کہو میرے رب نے تو پس فحش باتوں کو حرام ٹھہرایا ہے وہ کھلی ہوں یا چھپی</w:t>
      </w:r>
    </w:p>
    <w:p>
      <w:r>
        <w:rPr>
          <w:b/>
        </w:rPr>
        <w:t xml:space="preserve">[42:19] </w:t>
      </w:r>
      <w:r>
        <w:t>aur gunah ko aur nahak ki ziyadati ko aur is baat ko ke tum Allah ki taraf kisi ko shareek karo jis ki us ne koi daleel nahi utari aur yeh ke tum Allah ke zimme aisi baat lagao jis ka tum ilm nahi rakhte.</w:t>
      </w:r>
    </w:p>
    <w:p>
      <w:pPr>
        <w:jc w:val="right"/>
      </w:pPr>
      <w:r>
        <w:t>اور گناہ کو اور ناحق کی زیادتی کو اور اس بات کو کہ تم اللہ کی طرف کسی کو شریک کرو جس کی اس نے کوئی دلیل نہیں اتاری اور یہ کہ تم اللہ کے ذمے ایسی بات لگاؤ جس کا تم علم نہیں رکھتے۔</w:t>
      </w:r>
    </w:p>
    <w:p>
      <w:r>
        <w:rPr>
          <w:b/>
        </w:rPr>
        <w:t xml:space="preserve">[42:44] </w:t>
      </w:r>
      <w:r>
        <w:t>tashreeh arab ke kuch qabail nangay ho kar kaaba ka tawaf karte thay aur us ko bari qurbat ka zariya samajhte thay.</w:t>
      </w:r>
    </w:p>
    <w:p>
      <w:pPr>
        <w:jc w:val="right"/>
      </w:pPr>
      <w:r>
        <w:t>تشریح عرب کے کچھ قبائل ننگے ہو کر کعبہ کا طواف کرتے تھے اور اس کو بڑی قربت کا ذریعہ سمجھتے تھے۔</w:t>
      </w:r>
    </w:p>
    <w:p>
      <w:r>
        <w:rPr>
          <w:b/>
        </w:rPr>
        <w:t xml:space="preserve">[42:57] </w:t>
      </w:r>
      <w:r>
        <w:t>isi tarah jahiliyat ke zamanay mein kuch log aisa karte thay ke jab woh hajj ke liye nikaltay to baaz mutayyan cheezein maslan bakri ka doodh ya gosht istemal karna chhod dete thay aur yeh khayal karte thay ke woh parhezgari ka koi bara amal kar rahe hain.</w:t>
      </w:r>
    </w:p>
    <w:p>
      <w:pPr>
        <w:jc w:val="right"/>
      </w:pPr>
      <w:r>
        <w:t>اسی طرح جاہلیت کے زمانے میں کچھ لوگ ایسا کرتے تھے کہ جب وہ حج کے لیے نکلتے تو بعض متعین چیزیں مثلا بکری کا دودھ یا گوشت استعمال کرنا چھوڑ دیتے تھے اور یہ خیال کرتے تھے کہ وہ پرہیزگاری کا کوئی بڑا عمل کر رہے ہیں۔</w:t>
      </w:r>
    </w:p>
    <w:p>
      <w:r>
        <w:rPr>
          <w:b/>
        </w:rPr>
        <w:t xml:space="preserve">[43:19] </w:t>
      </w:r>
      <w:r>
        <w:t>yeh gumrahi ki woh qism hai jis mein har zamanay ke log mubtala rahe hain.</w:t>
      </w:r>
    </w:p>
    <w:p>
      <w:pPr>
        <w:jc w:val="right"/>
      </w:pPr>
      <w:r>
        <w:t>یہ گمراہی کی وہ قسم ہے جس میں ہر زمانے کے لوگ مبتلا رہے ہیں۔</w:t>
      </w:r>
    </w:p>
    <w:p>
      <w:r>
        <w:rPr>
          <w:b/>
        </w:rPr>
        <w:t xml:space="preserve">[43:27] </w:t>
      </w:r>
      <w:r>
        <w:t>aise afraad apni haqeeqi aur mustaqil zindagi mein deen ke taqazon ko shamil nahi karte.</w:t>
      </w:r>
    </w:p>
    <w:p>
      <w:pPr>
        <w:jc w:val="right"/>
      </w:pPr>
      <w:r>
        <w:t>ایسے افراد اپنی حقیقی اور مستقل زندگی میں دین کے تقاضوں کو شامل نہیں کرتے۔</w:t>
      </w:r>
    </w:p>
    <w:p>
      <w:r>
        <w:rPr>
          <w:b/>
        </w:rPr>
        <w:t xml:space="preserve">[43:36] </w:t>
      </w:r>
      <w:r>
        <w:t>albata chand mawaqe par kuch ghair mutaliq qism ke be faida aamal ka khusoosi ah-te mam kar ke yeh muzahira karte hain ke woh Khuda ke deen par ah mamooli juzviyat ki had tak amal kar rahe hain.</w:t>
      </w:r>
    </w:p>
    <w:p>
      <w:pPr>
        <w:jc w:val="right"/>
      </w:pPr>
      <w:r>
        <w:t>البتہ چند مواقع پر کچھ غیر متعلق قسم کے بے فائدہ اعمال کا خصوصی اہتمام کر کے یہ مظاہرہ کرتے ہیں کہ وہ خدا کے دین پر اہ معمولی جزئیات کی حد تک عمل کر رہے ہیں۔</w:t>
      </w:r>
    </w:p>
    <w:p>
      <w:r>
        <w:rPr>
          <w:b/>
        </w:rPr>
        <w:t xml:space="preserve">[43:53] </w:t>
      </w:r>
      <w:r>
        <w:t>woh Khuda ki marziyat par kamil adaigi ki had tak qaim hain. insan ke baray mein Allah ki asal marzi to yeh hai ke aadmi israf se bache.</w:t>
      </w:r>
    </w:p>
    <w:p>
      <w:pPr>
        <w:jc w:val="right"/>
      </w:pPr>
      <w:r>
        <w:t>وہ خدا کی مرضیات پر کامل ادائیگی کی حد تک قائم ہیں۔ انسان کے بارے میں اللہ کی اصل مرضی تو یہ ہے کہ ادمی اسراف سے بچے۔</w:t>
      </w:r>
    </w:p>
    <w:p>
      <w:r>
        <w:rPr>
          <w:b/>
        </w:rPr>
        <w:t xml:space="preserve">[44:08] </w:t>
      </w:r>
      <w:r>
        <w:t>woh Khuda ki muqarrar ki hui hadon se tajawuz na kare. woh halaal ko haram na kare aur Khuda ki haram ki hui cheezon ko apne liye halaal na samajh l</w:t>
      </w:r>
    </w:p>
    <w:p>
      <w:pPr>
        <w:jc w:val="right"/>
      </w:pPr>
      <w:r>
        <w:t>وہ خدا کی مقرر کی ہوئی حدوں سے تجاوز نہ کرے۔ وہ حلال کو حرام نہ کرے اور خدا کی حرام کی ہوئی چیزوں کو اپنے لیے حلال نہ سمجھ ل</w:t>
      </w:r>
    </w:p>
    <w:p>
      <w:r>
        <w:rPr>
          <w:b/>
        </w:rPr>
        <w:t xml:space="preserve">[44:23] </w:t>
      </w:r>
      <w:r>
        <w:t>e. woh fash kamon se apne ko door rakhe aur un buraiyon se bache jin ka bura hona aql aam se sabit hota hai.</w:t>
      </w:r>
    </w:p>
    <w:p>
      <w:pPr>
        <w:jc w:val="right"/>
      </w:pPr>
      <w:r>
        <w:t>ے۔ وہ فحش کاموں سے اپنے کو دور رکھے اور ان برائیوں سے بچے جن کا برا ہونا عقل عام سے ثابت ہوتا ہے۔</w:t>
      </w:r>
    </w:p>
    <w:p>
      <w:r>
        <w:rPr>
          <w:b/>
        </w:rPr>
        <w:t xml:space="preserve">[44:35] </w:t>
      </w:r>
      <w:r>
        <w:t>woh baghi ki rawish chhod de. jab bhi us ke samnay koi haq aaye to har doosri cheez ko nazar andaaz kar ke woh haq ko ikhtiyar kar le.</w:t>
      </w:r>
    </w:p>
    <w:p>
      <w:pPr>
        <w:jc w:val="right"/>
      </w:pPr>
      <w:r>
        <w:t>وہ بغی کی روش چھوڑ دے۔ جب بھی اس کے سامنے کوئی حق ائے تو ہر دوسری چیز کو نظر انداز کر کے وہ حق کو اختیار کر لے۔</w:t>
      </w:r>
    </w:p>
    <w:p>
      <w:r>
        <w:rPr>
          <w:b/>
        </w:rPr>
        <w:t xml:space="preserve">[44:48] </w:t>
      </w:r>
      <w:r>
        <w:t>woh shirk se apne aap ko poori tarah pak kare.</w:t>
      </w:r>
    </w:p>
    <w:p>
      <w:pPr>
        <w:jc w:val="right"/>
      </w:pPr>
      <w:r>
        <w:t>وہ شرک سے اپنے اپ کو پوری طرح پاک کرے۔</w:t>
      </w:r>
    </w:p>
    <w:p>
      <w:r>
        <w:rPr>
          <w:b/>
        </w:rPr>
        <w:t xml:space="preserve">[44:51] </w:t>
      </w:r>
      <w:r>
        <w:t>Allah ke siwa kisi se woh bartar ta'alluq na qaim kare jo sirf aik Khuda ka haq hai. woh aisa na kare ke apni pasand ka aik tareeqa ikhtiyar kare aur us ko bila daleel Khuda ki taraf mansoob kar de.</w:t>
      </w:r>
    </w:p>
    <w:p>
      <w:pPr>
        <w:jc w:val="right"/>
      </w:pPr>
      <w:r>
        <w:t>اللہ کے سوا کسی سے وہ برتر تعلق نہ قائم کرے جو صرف ایک خدا کا حق ہے۔ وہ ایسا نہ کرے کہ اپنی پسند کا ایک طریقہ اختیار کرے اور اس کو بلا دلیل خدا کی طرف منسوب کر دے۔</w:t>
      </w:r>
    </w:p>
    <w:p>
      <w:r>
        <w:rPr>
          <w:b/>
        </w:rPr>
        <w:t xml:space="preserve">[45:09] </w:t>
      </w:r>
      <w:r>
        <w:t>apne zaati deen ko Khuda ka deen kehne lage. woh poori tarah Khuda ka banda ban kar rahe.</w:t>
      </w:r>
    </w:p>
    <w:p>
      <w:pPr>
        <w:jc w:val="right"/>
      </w:pPr>
      <w:r>
        <w:t>اپنے ذاتی دین کو خدا کا دین کہنے لگے۔ وہ پوری طرح خدا کا بندہ بن کر رہے۔</w:t>
      </w:r>
    </w:p>
    <w:p>
      <w:r>
        <w:rPr>
          <w:b/>
        </w:rPr>
        <w:t xml:space="preserve">[45:18] </w:t>
      </w:r>
      <w:r>
        <w:t>aisi koi rawish ikhtiyar na kare jo banda hone ke aitbar se us ke liye durust na ho. akhirat mein kisi ko jo nematein milein gi woh bator inaam milein gi.</w:t>
      </w:r>
    </w:p>
    <w:p>
      <w:pPr>
        <w:jc w:val="right"/>
      </w:pPr>
      <w:r>
        <w:t>ایسی کوئی روش اختیار نہ کرے جو بندہ ہونے کے اعتبار سے اس کے لیے درست نہ ہو۔ اخرت میں کسی کو جو نعمتیں ملیں گی وہ بطور انعام ملیں گی۔</w:t>
      </w:r>
    </w:p>
    <w:p>
      <w:r>
        <w:rPr>
          <w:b/>
        </w:rPr>
        <w:t xml:space="preserve">[45:34] </w:t>
      </w:r>
      <w:r>
        <w:t>is liye woh sirf un Khuda ke bandon ke liye hongi jin ke liye Khuda jannat mein dakhle ka faisla karega.</w:t>
      </w:r>
    </w:p>
    <w:p>
      <w:pPr>
        <w:jc w:val="right"/>
      </w:pPr>
      <w:r>
        <w:t>اس لیے وہ صرف ان خدا کے بندوں کے لیے ہوں گی جن کے لیے خدا جنت میں داخلے کا فیصلہ کرے گا۔</w:t>
      </w:r>
    </w:p>
    <w:p>
      <w:r>
        <w:rPr>
          <w:b/>
        </w:rPr>
        <w:t xml:space="preserve">[45:45] </w:t>
      </w:r>
      <w:r>
        <w:t>magar dunya mein kisi ko jo nematein milti hain woh mahdood muddat ke liye bator azmaish milti hain. is liye yahan ki nematon mein har aik ko us ke purcha imtehan ke baad hissa mil jata hai.</w:t>
      </w:r>
    </w:p>
    <w:p>
      <w:pPr>
        <w:jc w:val="right"/>
      </w:pPr>
      <w:r>
        <w:t>مگر دنیا میں کسی کو جو نعمتیں ملتی ہیں وہ محدود مدت کے لیے بطور ازمائش ملتی ہیں۔ اس لیے یہاں کی نعمتوں میں ہر ایک کو اس کے پرچہ امتحان کے بقدر حصہ مل جاتا ہے۔</w:t>
      </w:r>
    </w:p>
    <w:p>
      <w:r>
        <w:rPr>
          <w:b/>
        </w:rPr>
        <w:t xml:space="preserve">[46:02] </w:t>
      </w:r>
      <w:r>
        <w:t>is imtehan mein poora utarne ka tareeqa yeh nahi hai ke aadmi khud saman imtehan se doori ikhtiyar kar le. balkeh sahi tareeqa yeh hai ke un ko muqarrar ki hui hadon ke mutabiq istemal kare.</w:t>
      </w:r>
    </w:p>
    <w:p>
      <w:pPr>
        <w:jc w:val="right"/>
      </w:pPr>
      <w:r>
        <w:t>اس امتحان میں پورا اترنے کا طریقہ یہ نہیں ہے کہ ادمی خود سامان امتحان سے دوری اختیار کر لے۔ بلکہ صحیح طریقہ یہ ہے کہ ان کو مقرر کی ہوئی حدود کے مطابق استعمال کرے۔</w:t>
      </w:r>
    </w:p>
    <w:p>
      <w:r>
        <w:rPr>
          <w:b/>
        </w:rPr>
        <w:t xml:space="preserve">[46:17] </w:t>
      </w:r>
      <w:r>
        <w:t>woh un ke milne par shukr ka jawab pesh kare na ke be niyazi aur datayi ka.</w:t>
      </w:r>
    </w:p>
    <w:p>
      <w:pPr>
        <w:jc w:val="right"/>
      </w:pPr>
      <w:r>
        <w:t>وہ ان کے ملنے پر شکر کا جواب پیش کرے نہ کہ بے نیازی اور ڈٹائی کا۔</w:t>
      </w:r>
    </w:p>
    <w:p>
      <w:r>
        <w:rPr>
          <w:b/>
        </w:rPr>
        <w:t xml:space="preserve">[46:28] </w:t>
      </w:r>
      <w:r>
        <w:t>wa likulli ummatin ajal</w:t>
      </w:r>
    </w:p>
    <w:p>
      <w:pPr>
        <w:jc w:val="right"/>
      </w:pPr>
      <w:r>
        <w:t>ولكل امت اجل</w:t>
      </w:r>
    </w:p>
    <w:p>
      <w:r>
        <w:rPr>
          <w:b/>
        </w:rPr>
        <w:t xml:space="preserve">[46:32] </w:t>
      </w:r>
      <w:r>
        <w:t>faiza ja'a ajaluhum la yasta'khiruna</w:t>
      </w:r>
    </w:p>
    <w:p>
      <w:pPr>
        <w:jc w:val="right"/>
      </w:pPr>
      <w:r>
        <w:t>فاذا جاء اجلهم لا یستاخرون</w:t>
      </w:r>
    </w:p>
    <w:p>
      <w:r>
        <w:rPr>
          <w:b/>
        </w:rPr>
        <w:t xml:space="preserve">[46:38] </w:t>
      </w:r>
      <w:r>
        <w:t>sa'atan wala yastaqdimoon</w:t>
      </w:r>
    </w:p>
    <w:p>
      <w:pPr>
        <w:jc w:val="right"/>
      </w:pPr>
      <w:r>
        <w:t>ساعه ولا یستقدمون</w:t>
      </w:r>
    </w:p>
    <w:p>
      <w:r>
        <w:rPr>
          <w:b/>
        </w:rPr>
        <w:t xml:space="preserve">[46:44] </w:t>
      </w:r>
      <w:r>
        <w:t>ya bani adam ama yatiynakum</w:t>
      </w:r>
    </w:p>
    <w:p>
      <w:pPr>
        <w:jc w:val="right"/>
      </w:pPr>
      <w:r>
        <w:t>یا بنی ادم اما ياتینکم</w:t>
      </w:r>
    </w:p>
    <w:p>
      <w:r>
        <w:rPr>
          <w:b/>
        </w:rPr>
        <w:t xml:space="preserve">[46:51] </w:t>
      </w:r>
      <w:r>
        <w:t>rusulum minkum yaqusoona alaykum ayati faman ittaqa wa aslah</w:t>
      </w:r>
    </w:p>
    <w:p>
      <w:pPr>
        <w:jc w:val="right"/>
      </w:pPr>
      <w:r>
        <w:t>رسل منكم يقصون عليكم ایاتی فمن اتقى واصلح</w:t>
      </w:r>
    </w:p>
    <w:p>
      <w:r>
        <w:rPr>
          <w:b/>
        </w:rPr>
        <w:t xml:space="preserve">[47:01] </w:t>
      </w:r>
      <w:r>
        <w:t>faman ittaqa wa aslah fala khawfun alayhim wala hum yahzanoon</w:t>
      </w:r>
    </w:p>
    <w:p>
      <w:pPr>
        <w:jc w:val="right"/>
      </w:pPr>
      <w:r>
        <w:t>فمن اتقى واصلح فلا خوف عليهم ولا هم يحزنون</w:t>
      </w:r>
    </w:p>
    <w:p>
      <w:r>
        <w:rPr>
          <w:b/>
        </w:rPr>
        <w:t xml:space="preserve">[47:10] </w:t>
      </w:r>
      <w:r>
        <w:t>walazina kazibu biayatina wastakbaroo anha</w:t>
      </w:r>
    </w:p>
    <w:p>
      <w:pPr>
        <w:jc w:val="right"/>
      </w:pPr>
      <w:r>
        <w:t>والذین کذبوا بایاتنا واستکبروا عنها</w:t>
      </w:r>
    </w:p>
    <w:p>
      <w:r>
        <w:rPr>
          <w:b/>
        </w:rPr>
        <w:t xml:space="preserve">[47:17] </w:t>
      </w:r>
      <w:r>
        <w:t>olaiska ashabun nar hum fiha khalidoon</w:t>
      </w:r>
    </w:p>
    <w:p>
      <w:pPr>
        <w:jc w:val="right"/>
      </w:pPr>
      <w:r>
        <w:t>اولئک اصحاب النار هم فیہا خالدون</w:t>
      </w:r>
    </w:p>
    <w:p>
      <w:r>
        <w:rPr>
          <w:b/>
        </w:rPr>
        <w:t xml:space="preserve">[47:26] </w:t>
      </w:r>
      <w:r>
        <w:t>faman azlamu mimman iftara alallahi kaziban aw kazaba biayatih</w:t>
      </w:r>
    </w:p>
    <w:p>
      <w:pPr>
        <w:jc w:val="right"/>
      </w:pPr>
      <w:r>
        <w:t>فمن اظلم ممن افترى على الله کذبا او کذب بایاته</w:t>
      </w:r>
    </w:p>
    <w:p>
      <w:r>
        <w:rPr>
          <w:b/>
        </w:rPr>
        <w:t xml:space="preserve">[47:36] </w:t>
      </w:r>
      <w:r>
        <w:t>olaiska lahum naseebuhum minal kitabi hatta</w:t>
      </w:r>
    </w:p>
    <w:p>
      <w:pPr>
        <w:jc w:val="right"/>
      </w:pPr>
      <w:r>
        <w:t>اولئکینالهم نصیبهم من الكتاب حتى</w:t>
      </w:r>
    </w:p>
    <w:p>
      <w:r>
        <w:rPr>
          <w:b/>
        </w:rPr>
        <w:t xml:space="preserve">[47:46] </w:t>
      </w:r>
      <w:r>
        <w:t>izaa jaathum rusuluna yatawaffoonahum</w:t>
      </w:r>
    </w:p>
    <w:p>
      <w:pPr>
        <w:jc w:val="right"/>
      </w:pPr>
      <w:r>
        <w:t>اذا جاءتهم رسلنا يتوفونهم</w:t>
      </w:r>
    </w:p>
    <w:p>
      <w:r>
        <w:rPr>
          <w:b/>
        </w:rPr>
        <w:t xml:space="preserve">[47:53] </w:t>
      </w:r>
      <w:r>
        <w:t>hatta izaa jaathum</w:t>
      </w:r>
    </w:p>
    <w:p>
      <w:pPr>
        <w:jc w:val="right"/>
      </w:pPr>
      <w:r>
        <w:t>حتى اذا جاءتهم</w:t>
      </w:r>
    </w:p>
    <w:p>
      <w:r>
        <w:rPr>
          <w:b/>
        </w:rPr>
        <w:t xml:space="preserve">[47:59] </w:t>
      </w:r>
      <w:r>
        <w:t>rusuluna yatawaffoonahum qaloo</w:t>
      </w:r>
    </w:p>
    <w:p>
      <w:pPr>
        <w:jc w:val="right"/>
      </w:pPr>
      <w:r>
        <w:t>رسلنا يتوفونهم قالوا</w:t>
      </w:r>
    </w:p>
    <w:p>
      <w:r>
        <w:rPr>
          <w:b/>
        </w:rPr>
        <w:t xml:space="preserve">[48:04] </w:t>
      </w:r>
      <w:r>
        <w:t>ainama kuntum tad oona min dooni allahi</w:t>
      </w:r>
    </w:p>
    <w:p>
      <w:pPr>
        <w:jc w:val="right"/>
      </w:pPr>
      <w:r>
        <w:t>اينما كنتم تدعون من دون الله</w:t>
      </w:r>
    </w:p>
    <w:p>
      <w:r>
        <w:rPr>
          <w:b/>
        </w:rPr>
        <w:t xml:space="preserve">[48:12] </w:t>
      </w:r>
      <w:r>
        <w:t>qaloo dalloo anna wa shahidoo ala</w:t>
      </w:r>
    </w:p>
    <w:p>
      <w:pPr>
        <w:jc w:val="right"/>
      </w:pPr>
      <w:r>
        <w:t>قالوا ضلوا عنا وشهدوا على</w:t>
      </w:r>
    </w:p>
    <w:p>
      <w:r>
        <w:rPr>
          <w:b/>
        </w:rPr>
        <w:t xml:space="preserve">[48:20] </w:t>
      </w:r>
      <w:r>
        <w:t>anfusahum innahum kanu kafirin</w:t>
      </w:r>
    </w:p>
    <w:p>
      <w:pPr>
        <w:jc w:val="right"/>
      </w:pPr>
      <w:r>
        <w:t>انفسهم انهم كانوا كافرین</w:t>
      </w:r>
    </w:p>
    <w:p>
      <w:r>
        <w:rPr>
          <w:b/>
        </w:rPr>
        <w:t xml:space="preserve">[48:27] </w:t>
      </w:r>
      <w:r>
        <w:t>aur har qaum ke liye ek muqarrar muddat hai. phir jab un ki muddat aa jayegi to woh na ek saath peechhe hat sakenge aur na aage badh sakenge.</w:t>
      </w:r>
    </w:p>
    <w:p>
      <w:pPr>
        <w:jc w:val="right"/>
      </w:pPr>
      <w:r>
        <w:t>اور ہر قوم کے لیے ایک مقررہ مدت ہے۔ پھر جب ان کی مدت ا جائے گی تو وہ نہ ایک ساتھ پیچھے ہٹ سکیں گے اور نہ اگے بڑھ سکیں گے۔</w:t>
      </w:r>
    </w:p>
    <w:p>
      <w:r>
        <w:rPr>
          <w:b/>
        </w:rPr>
        <w:t xml:space="preserve">[48:42] </w:t>
      </w:r>
      <w:r>
        <w:t>ae bani adam agar tumhare paas tum hi mein se rasool aayen jo tum ko meri ayat sunayen to jo shakhs dara aur jis ne islaah kar li un ke liye na koi khauf hoga na woh ghamgeen honge aur jo log meri ayat ko jhutlayen aur un se takabbur karen wahi log dozakh wale hain.</w:t>
      </w:r>
    </w:p>
    <w:p>
      <w:pPr>
        <w:jc w:val="right"/>
      </w:pPr>
      <w:r>
        <w:t>اے بنی ادم اگر تمہارے پاس تم ہی میں سے رسول ائیں جو تم کو میری ایات سنائیں تو جو شخص ڈرا اور جس نے اصلاح کر لی ان کے لیے نہ کوئی خوف ہوگا نہ وہ غمگین ہوں گے اور جو لوگ میری ایات کو جھٹلائیں اور ان سے تکبر کریں وہی لوگ دوزخ والے ہیں۔</w:t>
      </w:r>
    </w:p>
    <w:p>
      <w:r>
        <w:rPr>
          <w:b/>
        </w:rPr>
        <w:t xml:space="preserve">[49:12] </w:t>
      </w:r>
      <w:r>
        <w:t>woh is mein hamesha rahenge. phir is se zyada zalim kaun hoga jo Allah par buhtan bandhe ya us ki nishaniyon ko jhutlaye?</w:t>
      </w:r>
    </w:p>
    <w:p>
      <w:pPr>
        <w:jc w:val="right"/>
      </w:pPr>
      <w:r>
        <w:t>وہ اس میں ہمیشہ رہیں گے۔ پھر اس سے زیادہ ظالم کون ہوگا جو اللہ پر بہتان باندھے یا اس کی نشانیوں کو جھٹلائے؟</w:t>
      </w:r>
    </w:p>
    <w:p>
      <w:r>
        <w:rPr>
          <w:b/>
        </w:rPr>
        <w:t xml:space="preserve">[49:25] </w:t>
      </w:r>
      <w:r>
        <w:t>un ke naseeb ka jo hissa likha hua hai woh unhein mil kar rahega.</w:t>
      </w:r>
    </w:p>
    <w:p>
      <w:pPr>
        <w:jc w:val="right"/>
      </w:pPr>
      <w:r>
        <w:t>ان کے نصیب کا جو حصہ لکھا ہوا ہے وہ انہیں مل کر رہے گا۔</w:t>
      </w:r>
    </w:p>
    <w:p>
      <w:r>
        <w:rPr>
          <w:b/>
        </w:rPr>
        <w:t xml:space="preserve">[49:30] </w:t>
      </w:r>
      <w:r>
        <w:t>yahan tak ke jab hamare bheje hue un ki jaan lene ke liye un ke paas pahunchenge to woh un se puchhenge ke Allah ke siwa jin ko tum pukarte the kahan hain?</w:t>
      </w:r>
    </w:p>
    <w:p>
      <w:pPr>
        <w:jc w:val="right"/>
      </w:pPr>
      <w:r>
        <w:t>یہاں تک کہ جب ہمارے بھیجے ہوئے ان کی جان لینے کے لیے ان کے پاس پہنچیں گے تو وہ ان سے پوچھیں گے کہ اللہ کے سوا جن کو تم پکارتے تھے کہاں ہیں؟</w:t>
      </w:r>
    </w:p>
    <w:p>
      <w:r>
        <w:rPr>
          <w:b/>
        </w:rPr>
        <w:t xml:space="preserve">[49:44] </w:t>
      </w:r>
      <w:r>
        <w:t>woh kahenge ke woh sab hum se khoye gaye aur woh apne upar iqrar karenge ke beshak woh inkar karne wale the.</w:t>
      </w:r>
    </w:p>
    <w:p>
      <w:pPr>
        <w:jc w:val="right"/>
      </w:pPr>
      <w:r>
        <w:t>وہ کہیں گے کہ وہ سب ہم سے کھوئے گئے اور وہ اپنے اوپر اقرار کریں گے کہ بے شک وہ انکار کرنے والے تھے۔</w:t>
      </w:r>
    </w:p>
    <w:p>
      <w:r>
        <w:rPr>
          <w:b/>
        </w:rPr>
        <w:t xml:space="preserve">[49:56] </w:t>
      </w:r>
      <w:r>
        <w:t>tashreeh maujooda dunya mein kisi ko kaam ka mauqa isi waqt tak hai jab tak us ki imtehan ki muqarrar muddat poori ho jaye.</w:t>
      </w:r>
    </w:p>
    <w:p>
      <w:pPr>
        <w:jc w:val="right"/>
      </w:pPr>
      <w:r>
        <w:t>تشریح موجودہ دنیا میں کسی کو کام کا موقع اسی وقت تک ہے جب تک اس کی امتحان کی مقررہ مدت پوری ہو جائے۔</w:t>
      </w:r>
    </w:p>
    <w:p>
      <w:r>
        <w:rPr>
          <w:b/>
        </w:rPr>
        <w:t xml:space="preserve">[50:09] </w:t>
      </w:r>
      <w:r>
        <w:t>fard ki muddat us ki umr ke saath poori hoti hai. magar qaum ke bare mein khudai faisle ke nifaz ki is qism ki koi had nahin.</w:t>
      </w:r>
    </w:p>
    <w:p>
      <w:pPr>
        <w:jc w:val="right"/>
      </w:pPr>
      <w:r>
        <w:t>فرد کی مدت اس کی عمر کے ساتھ پوری ہوتی ہے۔ مگر قوم کے بارے میں خدائی فیصلے کے نفاذ کی اس قسم کی کوئی حد نہیں۔</w:t>
      </w:r>
    </w:p>
    <w:p>
      <w:r>
        <w:rPr>
          <w:b/>
        </w:rPr>
        <w:t xml:space="preserve">[50:24] </w:t>
      </w:r>
      <w:r>
        <w:t>is ka faisla is buniyad par kiya jata hai ke haq ke samne aane ke baad woh us ke saath kya muamla karti hai.</w:t>
      </w:r>
    </w:p>
    <w:p>
      <w:pPr>
        <w:jc w:val="right"/>
      </w:pPr>
      <w:r>
        <w:t>اس کا فیصلہ اس بنیاد پر کیا جاتا ہے کہ حق کے سامنے انے کے بعد وہ اس کے ساتھ کیا معاملہ کرتی ہے۔</w:t>
      </w:r>
    </w:p>
    <w:p>
      <w:r>
        <w:rPr>
          <w:b/>
        </w:rPr>
        <w:t xml:space="preserve">[50:34] </w:t>
      </w:r>
      <w:r>
        <w:t>jis qaum ki muddat poori ho jaye us ko bhi ghair mamooli azab bhej kar fana kar diya jata hai aur kabhi us ki saza yeh hoti hai ke us ko izzat aur barhtai ke maqam se hata diya jaye.</w:t>
      </w:r>
    </w:p>
    <w:p>
      <w:pPr>
        <w:jc w:val="right"/>
      </w:pPr>
      <w:r>
        <w:t>جس قوم کی مدت پوری ہو جائے اس کو بھی غیر معمولی عذاب بھیج کر فنا کر دیا جاتا ہے اور کبھی اس کی سزا یہ ہوتی ہے کہ اس کو عزت اور بڑائی کے مقام سے ہٹا دیا جائے۔</w:t>
      </w:r>
    </w:p>
    <w:p>
      <w:r>
        <w:rPr>
          <w:b/>
        </w:rPr>
        <w:t xml:space="preserve">[50:50] </w:t>
      </w:r>
      <w:r>
        <w:t>kisi aadmi ke liye jannat ya dozakh ka faisla is buniyad par kiya jata hai ke us ke samne jab haq aaya to us ne us ke saath kya muamla kiya?</w:t>
      </w:r>
    </w:p>
    <w:p>
      <w:pPr>
        <w:jc w:val="right"/>
      </w:pPr>
      <w:r>
        <w:t>کسی ادمی کے لیے جنت یا دوزخ کا فیصلہ اس بنیاد پر کیا جاتا ہے کہ اس کے سامنے جب حق ایا تو اس نے اس کے ساتھ کیا معاملہ کیا؟</w:t>
      </w:r>
    </w:p>
    <w:p>
      <w:r>
        <w:rPr>
          <w:b/>
        </w:rPr>
        <w:t xml:space="preserve">[51:04] </w:t>
      </w:r>
      <w:r>
        <w:t>jab bhi koi haq aise dalail ke sath samne aa jaye jis ki sadaqat par aadmi ki aqal gawahi de rahi ho to us aadmi par goya Khuda ki حجت poori ho gayi.</w:t>
      </w:r>
    </w:p>
    <w:p>
      <w:pPr>
        <w:jc w:val="right"/>
      </w:pPr>
      <w:r>
        <w:t>جب بھی کوئی حق ایسے دلائل کے ساتھ سامنے ا جائے جس کی صداقت پر ادمی کی عقل گواہی دے رہی ہو تو اس ادمی پر گویا خدا کی حجت پوری ہوگئی۔</w:t>
      </w:r>
    </w:p>
    <w:p>
      <w:r>
        <w:rPr>
          <w:b/>
        </w:rPr>
        <w:t xml:space="preserve">[51:19] </w:t>
      </w:r>
      <w:r>
        <w:t>us ke baad bhi agar aadmi is haq ko manane se inkar karta hai to woh yaqeenan kibr ki wajah se aisa kar raha hai.</w:t>
      </w:r>
    </w:p>
    <w:p>
      <w:pPr>
        <w:jc w:val="right"/>
      </w:pPr>
      <w:r>
        <w:t>اس کے بعد بھی اگر ادمی اس حق کو ماننے سے انکار کرتا ہے تو وہ یقینا کبر کی وجہ سے ایسا کر رہا ہے۔</w:t>
      </w:r>
    </w:p>
    <w:p>
      <w:r>
        <w:rPr>
          <w:b/>
        </w:rPr>
        <w:t xml:space="preserve">[51:30] </w:t>
      </w:r>
      <w:r>
        <w:t>apne aap ko bada rakhne ki nafsiyat is ke liye rukawat ban gayi ke woh haq ko bada bana kar us ke muqable mein apne ko chhota banane par razi kar le.</w:t>
      </w:r>
    </w:p>
    <w:p>
      <w:pPr>
        <w:jc w:val="right"/>
      </w:pPr>
      <w:r>
        <w:t>اپنے اپ کو بڑا رکھنے کی نفسیات اس کے لیے رکاوٹ بن گئی کہ وہ حق کو بڑا بنا کر اس کے مقابلے میں اپنے کو چھوٹا بنانے پر راضی کر لے۔</w:t>
      </w:r>
    </w:p>
    <w:p>
      <w:r>
        <w:rPr>
          <w:b/>
        </w:rPr>
        <w:t xml:space="preserve">[51:44] </w:t>
      </w:r>
      <w:r>
        <w:t>aise aadmi ke liye Khuda ke yahan jahannum ke siwa koi anjam nahin.</w:t>
      </w:r>
    </w:p>
    <w:p>
      <w:pPr>
        <w:jc w:val="right"/>
      </w:pPr>
      <w:r>
        <w:t>ایسے ادمی کے لیے خدا کے یہاں جہنم کے سوا کوئی انجام نہیں۔</w:t>
      </w:r>
    </w:p>
    <w:p>
      <w:r>
        <w:rPr>
          <w:b/>
        </w:rPr>
        <w:t xml:space="preserve">[51:49] </w:t>
      </w:r>
      <w:r>
        <w:t>aadmi jab bhi haq ka inkar karta hai to woh kisi aitmad ke upar karta hai. kisi ko daulat o iqtadar ka aitmad hota hai.</w:t>
      </w:r>
    </w:p>
    <w:p>
      <w:pPr>
        <w:jc w:val="right"/>
      </w:pPr>
      <w:r>
        <w:t>ادمی جب بھی حق کا انکار کرتا ہے تو وہ کسی اعتماد کے اوپر کرتا ہے۔ کسی کو دولت و اقتدار کا اعتماد ہوتا ہے۔</w:t>
      </w:r>
    </w:p>
    <w:p>
      <w:r>
        <w:rPr>
          <w:b/>
        </w:rPr>
        <w:t xml:space="preserve">[52:00] </w:t>
      </w:r>
      <w:r>
        <w:t>koi apni izzat o maqbooliyat par bharosa kiye hue hota hai. kisi ka yeh aitmad hota hai ke us ke mamlaat itne durust hain ke haq ko na manane se us ka kuch bigadne wala nahin.</w:t>
      </w:r>
    </w:p>
    <w:p>
      <w:pPr>
        <w:jc w:val="right"/>
      </w:pPr>
      <w:r>
        <w:t>کوئی اپنی عزت و مقبولیت پر بھروسہ کیے ہوئے ہوتا ہے۔ کسی کا یہ اعتماد ہوتا ہے کہ اس کے معاملات اتنے درست ہیں کہ حق کو نہ ماننے سے اس کا کچھ بگڑنے والا نہیں۔</w:t>
      </w:r>
    </w:p>
    <w:p>
      <w:r>
        <w:rPr>
          <w:b/>
        </w:rPr>
        <w:t xml:space="preserve">[52:15] </w:t>
      </w:r>
      <w:r>
        <w:t>kisi ko yeh naz hota hai ke us ki zahant ne apni baat ko ain Khuda ki baat sabit karne ke liye shandar alfaaz daryaft kar liye hain.</w:t>
      </w:r>
    </w:p>
    <w:p>
      <w:pPr>
        <w:jc w:val="right"/>
      </w:pPr>
      <w:r>
        <w:t>کسی کو یہ ناز ہوتا ہے کہ اس کی ذہانت نے اپنی بات کو عین خدا کی بات ثابت کرنے کے لیے شاندار الفاظ دریافت کر لیے ہیں۔</w:t>
      </w:r>
    </w:p>
    <w:p>
      <w:r>
        <w:rPr>
          <w:b/>
        </w:rPr>
        <w:t xml:space="preserve">[52:26] </w:t>
      </w:r>
      <w:r>
        <w:t>magar yeh insaan ki bahut badi bhool hai. woh azmaish ki cheezon ko aitmad ki cheez samjhe hue hain.</w:t>
      </w:r>
    </w:p>
    <w:p>
      <w:pPr>
        <w:jc w:val="right"/>
      </w:pPr>
      <w:r>
        <w:t>مگر یہ انسان کی بہت بڑی بھول ہے۔ وہ ازمائش کی چیزوں کو اعتماد کی چیز سمجھے ہوئے ہیں۔</w:t>
      </w:r>
    </w:p>
    <w:p>
      <w:r>
        <w:rPr>
          <w:b/>
        </w:rPr>
        <w:t xml:space="preserve">[52:35] </w:t>
      </w:r>
      <w:r>
        <w:t>qayamat ke din jab yeh tamam jhoote sahare is ka saath chhod denge to woh us waqt is ke liye yeh samajhna mushkil na hoga ke woh mahaz sarkashi ki bina par haq ka inkar karta raha.</w:t>
      </w:r>
    </w:p>
    <w:p>
      <w:pPr>
        <w:jc w:val="right"/>
      </w:pPr>
      <w:r>
        <w:t>قیامت کے دن جب یہ تمام جھوٹے سہارے اس کا ساتھ چھوڑ دیں گے تو وہ اس وقت اس کے لیے یہ سمجھنا مشکل نہ ہوگا کہ وہ محض سرکشی کی بنا پر حق کا انکار کرتا رہا۔</w:t>
      </w:r>
    </w:p>
    <w:p>
      <w:r>
        <w:rPr>
          <w:b/>
        </w:rPr>
        <w:t xml:space="preserve">[52:51] </w:t>
      </w:r>
      <w:r>
        <w:t>agarche apne inkar ko jaiz sabit karne ke liye woh bahut se usooli alfaaz bolta tha.</w:t>
      </w:r>
    </w:p>
    <w:p>
      <w:pPr>
        <w:jc w:val="right"/>
      </w:pPr>
      <w:r>
        <w:t>اگرچہ اپنے انکار کو جائز ثابت کرنے کے لیے وہ بہت سے اصولی الفاظ بولتا تھا۔</w:t>
      </w:r>
    </w:p>
    <w:p>
      <w:r>
        <w:rPr>
          <w:b/>
        </w:rPr>
        <w:t xml:space="preserve">[53:02] </w:t>
      </w:r>
      <w:r>
        <w:t>qal dakhlu fi umamin qad khalat</w:t>
      </w:r>
    </w:p>
    <w:p>
      <w:pPr>
        <w:jc w:val="right"/>
      </w:pPr>
      <w:r>
        <w:t>قال دخلوا فی امم قد خلت</w:t>
      </w:r>
    </w:p>
    <w:p>
      <w:r>
        <w:rPr>
          <w:b/>
        </w:rPr>
        <w:t xml:space="preserve">[53:08] </w:t>
      </w:r>
      <w:r>
        <w:t>min qablakum min al-jinni wal-insi fi an-nar. kullama dakhlat ummatun laanat ukhtaha hatta</w:t>
      </w:r>
    </w:p>
    <w:p>
      <w:pPr>
        <w:jc w:val="right"/>
      </w:pPr>
      <w:r>
        <w:t>من قبلكم من الجن والانس فی النار کلما دخلت امه لعنت اختها حتى</w:t>
      </w:r>
    </w:p>
    <w:p>
      <w:r>
        <w:rPr>
          <w:b/>
        </w:rPr>
        <w:t xml:space="preserve">[53:27] </w:t>
      </w:r>
      <w:r>
        <w:t>izad darako fiha jameea</w:t>
      </w:r>
    </w:p>
    <w:p>
      <w:pPr>
        <w:jc w:val="right"/>
      </w:pPr>
      <w:r>
        <w:t>اذا الداركوا فیہا جميعا</w:t>
      </w:r>
    </w:p>
    <w:p>
      <w:r>
        <w:rPr>
          <w:b/>
        </w:rPr>
        <w:t xml:space="preserve">[53:31] </w:t>
      </w:r>
      <w:r>
        <w:t>hatta izad darako fiha jameea</w:t>
      </w:r>
    </w:p>
    <w:p>
      <w:pPr>
        <w:jc w:val="right"/>
      </w:pPr>
      <w:r>
        <w:t>حتى اذا الداركوا فیہا جميعا</w:t>
      </w:r>
    </w:p>
    <w:p>
      <w:r>
        <w:rPr>
          <w:b/>
        </w:rPr>
        <w:t xml:space="preserve">[53:38] </w:t>
      </w:r>
      <w:r>
        <w:t>qalata okhrahum li oolaha rabbana haolaa</w:t>
      </w:r>
    </w:p>
    <w:p>
      <w:pPr>
        <w:jc w:val="right"/>
      </w:pPr>
      <w:r>
        <w:t>قالت اخراہم لاولاهم ربنا هؤلاء</w:t>
      </w:r>
    </w:p>
    <w:p>
      <w:r>
        <w:rPr>
          <w:b/>
        </w:rPr>
        <w:t xml:space="preserve">[53:46] </w:t>
      </w:r>
      <w:r>
        <w:t>adalluna fa aatihim azaban</w:t>
      </w:r>
    </w:p>
    <w:p>
      <w:pPr>
        <w:jc w:val="right"/>
      </w:pPr>
      <w:r>
        <w:t>اضلونا فاتهم عذابا</w:t>
      </w:r>
    </w:p>
    <w:p>
      <w:r>
        <w:rPr>
          <w:b/>
        </w:rPr>
        <w:t xml:space="preserve">[53:50] </w:t>
      </w:r>
      <w:r>
        <w:t>fa aatihim azaban doafan minan nari qala likullin</w:t>
      </w:r>
    </w:p>
    <w:p>
      <w:pPr>
        <w:jc w:val="right"/>
      </w:pPr>
      <w:r>
        <w:t>فاتهم عذابا ضعفا من النار قال لكل</w:t>
      </w:r>
    </w:p>
    <w:p>
      <w:r>
        <w:rPr>
          <w:b/>
        </w:rPr>
        <w:t xml:space="preserve">[53:59] </w:t>
      </w:r>
      <w:r>
        <w:t>doafun walakin la taalamoon</w:t>
      </w:r>
    </w:p>
    <w:p>
      <w:pPr>
        <w:jc w:val="right"/>
      </w:pPr>
      <w:r>
        <w:t>ضعف ولكن لا تعلمون</w:t>
      </w:r>
    </w:p>
    <w:p>
      <w:r>
        <w:rPr>
          <w:b/>
        </w:rPr>
        <w:t xml:space="preserve">[54:05] </w:t>
      </w:r>
      <w:r>
        <w:t>wa qalat oolaha li okhraha famana kana lakum alayna min fadlin</w:t>
      </w:r>
    </w:p>
    <w:p>
      <w:pPr>
        <w:jc w:val="right"/>
      </w:pPr>
      <w:r>
        <w:t>وقالت اولاهم لاخراهم فما كان لكم علينا من فضل</w:t>
      </w:r>
    </w:p>
    <w:p>
      <w:r>
        <w:rPr>
          <w:b/>
        </w:rPr>
        <w:t xml:space="preserve">[54:13] </w:t>
      </w:r>
      <w:r>
        <w:t>fazoqoo</w:t>
      </w:r>
    </w:p>
    <w:p>
      <w:pPr>
        <w:jc w:val="right"/>
      </w:pPr>
      <w:r>
        <w:t>فذوقوا</w:t>
      </w:r>
    </w:p>
    <w:p>
      <w:r>
        <w:rPr>
          <w:b/>
        </w:rPr>
        <w:t xml:space="preserve">[54:14] </w:t>
      </w:r>
      <w:r>
        <w:t>alazab bima kuntum taksiboon</w:t>
      </w:r>
    </w:p>
    <w:p>
      <w:pPr>
        <w:jc w:val="right"/>
      </w:pPr>
      <w:r>
        <w:t>العذاب بما كنتم تكسبون</w:t>
      </w:r>
    </w:p>
    <w:p>
      <w:r>
        <w:rPr>
          <w:b/>
        </w:rPr>
        <w:t xml:space="preserve">[54:22] </w:t>
      </w:r>
      <w:r>
        <w:t>khuda kahega dakhil ho jao aag mein jinno aur insano ke in girohon ke sath jo tum se pehle guzar chuke hain jab bhi koi giroh jahannam mein dakhil hoga wo apne saathi giroh par laanat karega</w:t>
      </w:r>
    </w:p>
    <w:p>
      <w:pPr>
        <w:jc w:val="right"/>
      </w:pPr>
      <w:r>
        <w:t>خدا کہے گا داخل ہو جاؤ اگ میں جنوں اور انسانوں کے ان گروہوں کے ساتھ جو تم سے پہلے گزر چکے ہیں۔ جب بھی کوئی گروہ جہنم میں داخل ہوگا وہ اپنے ساتھی گروہ پر لعنت کرے گا۔</w:t>
      </w:r>
    </w:p>
    <w:p>
      <w:r>
        <w:rPr>
          <w:b/>
        </w:rPr>
        <w:t xml:space="preserve">[54:38] </w:t>
      </w:r>
      <w:r>
        <w:t>yahan tak ke jab wo is mein jama ho jayenge to un ke pichle apne aglon ke bare mein kahenge aey hamare rab yahi log hain jinho ne hum ko gumrah kiya</w:t>
      </w:r>
    </w:p>
    <w:p>
      <w:pPr>
        <w:jc w:val="right"/>
      </w:pPr>
      <w:r>
        <w:t>یہاں تک کہ جب وہ اس میں جمع ہو جائیں گے تو ان کے پچھلے اپنے اگلوں کے بارے میں کہیں گے اے ہمارے رب یہی لوگ ہیں جنہوں نے ہم کو گمراہ کیا</w:t>
      </w:r>
    </w:p>
    <w:p>
      <w:r>
        <w:rPr>
          <w:b/>
        </w:rPr>
        <w:t xml:space="preserve">[54:50] </w:t>
      </w:r>
      <w:r>
        <w:t>pas to un ko aag ka dohra azab de khuda kahega ke sab ke liye dohra hai magar tum nahi jante</w:t>
      </w:r>
    </w:p>
    <w:p>
      <w:pPr>
        <w:jc w:val="right"/>
      </w:pPr>
      <w:r>
        <w:t>پس تو ان کو اگ کا دہرا عذاب دے۔ خدا کہے گا کہ سب کے لیے دہرا ہے مگر تم نہیں جانتے۔</w:t>
      </w:r>
    </w:p>
    <w:p>
      <w:r>
        <w:rPr>
          <w:b/>
        </w:rPr>
        <w:t xml:space="preserve">[55:02] </w:t>
      </w:r>
      <w:r>
        <w:t>aur un ke agle apne pichlon se kahenge tum ko hum par koi fazilat hasil nahi pas apni kamai ke nateej mein azab ka mazah chakho</w:t>
      </w:r>
    </w:p>
    <w:p>
      <w:pPr>
        <w:jc w:val="right"/>
      </w:pPr>
      <w:r>
        <w:t>اور ان کے اگلے اپنے پچھلوں سے کہیں گے تم کو ہم پر کوئی فضیلت حاصل نہیں پس اپنی کمائی کے نتیجے میں عذاب کا مزہ چکھو۔</w:t>
      </w:r>
    </w:p>
    <w:p>
      <w:r>
        <w:rPr>
          <w:b/>
        </w:rPr>
        <w:t xml:space="preserve">[55:17] </w:t>
      </w:r>
      <w:r>
        <w:t>tashreeh is aayat mein ummat se murad gumrah karne wale leader aur aayat se murad gumrah hone wale awam hain</w:t>
      </w:r>
    </w:p>
    <w:p>
      <w:pPr>
        <w:jc w:val="right"/>
      </w:pPr>
      <w:r>
        <w:t>تشریح اس ایت میں امت سے مراد گمراہ کرنے والے لیڈر اور اخت سے مراد گمراہ ہونے والے عوام ہیں۔</w:t>
      </w:r>
    </w:p>
    <w:p>
      <w:r>
        <w:rPr>
          <w:b/>
        </w:rPr>
        <w:t xml:space="preserve">[55:31] </w:t>
      </w:r>
      <w:r>
        <w:t>aakhirat mein jab har daur ke be rah qaideen aur un ka sath dene wale be rah awam jahannam mein dale jayenge to ye ek bada ibarat nak manzar hoga</w:t>
      </w:r>
    </w:p>
    <w:p>
      <w:pPr>
        <w:jc w:val="right"/>
      </w:pPr>
      <w:r>
        <w:t>اخرت میں جب ہر دور کے بے راہ قائدین اور ان کا ساتھ دینے والے بے راہ عوام جہنم میں ڈالے جائیں گے تو یہ ایک بڑا عبرت ناک منظر ہوگا۔</w:t>
      </w:r>
    </w:p>
    <w:p>
      <w:r>
        <w:rPr>
          <w:b/>
        </w:rPr>
        <w:t xml:space="preserve">[55:43] </w:t>
      </w:r>
      <w:r>
        <w:t>duniya mein to wo ek dusre se bade khair khwah aur fidakar bane hue the qaideen apne awam ki har khwahish ka ehtiram karte the aur awam apne qaideen ko hero banaye hue the</w:t>
      </w:r>
    </w:p>
    <w:p>
      <w:pPr>
        <w:jc w:val="right"/>
      </w:pPr>
      <w:r>
        <w:t>دنیا میں تو وہ ایک دوسرے سے بڑے خیر خواہ اور فداکار بنے ہوئے تھے۔ قائدین اپنے عوام کی ہر خواہش کا احترام کرتے تھے اور عوام اپنے قائدین کو ہیرو بنائے ہوئے تھے۔</w:t>
      </w:r>
    </w:p>
    <w:p>
      <w:r>
        <w:rPr>
          <w:b/>
        </w:rPr>
        <w:t xml:space="preserve">[55:59] </w:t>
      </w:r>
      <w:r>
        <w:t>magar jab jahannam ki aag unhein pakdegi to un ki aankhon se tamam masnooi parde hat jayenge ab har ek dusre ko is ke asli roop mein dekhne lagega</w:t>
      </w:r>
    </w:p>
    <w:p>
      <w:pPr>
        <w:jc w:val="right"/>
      </w:pPr>
      <w:r>
        <w:t>مگر جب جہنم کی اگ انہیں پکڑے گی تو ان کی آنکھوں سے تمام مصنوعی پردے ہٹ جائیں گے۔ اب ہر ایک دوسرے کو اس کے اصلی روپ میں دیکھنے لگے گا۔</w:t>
      </w:r>
    </w:p>
    <w:p>
      <w:r>
        <w:rPr>
          <w:b/>
        </w:rPr>
        <w:t xml:space="preserve">[56:14] </w:t>
      </w:r>
      <w:r>
        <w:t>pairvi karne wale apne qaideen se kahenge ke tum par laanat ho tumhari qiyadat kaisi buri qiyadat thi jis ne chand din ke jhoote tamashe dikhaye aur is ke baad hum ko itni badi tabahi mein dala</w:t>
      </w:r>
    </w:p>
    <w:p>
      <w:pPr>
        <w:jc w:val="right"/>
      </w:pPr>
      <w:r>
        <w:t>پیروی کرنے والے اپنے قائدین سے کہیں گے کہ تم پر لعنت ہو۔ تمہاری قیادت کیسی بری قیادت تھی جس نے چند دن کے جھوٹے تماشے دکھائے اور اس کے بعد ہم کو اتنی بڑی تباہی میں ڈال دیا۔</w:t>
      </w:r>
    </w:p>
    <w:p>
      <w:r>
        <w:rPr>
          <w:b/>
        </w:rPr>
        <w:t xml:space="preserve">[56:31] </w:t>
      </w:r>
      <w:r>
        <w:t>is ke jawab mein qaideen apne pirouon se kahenge ke tum apni pasand ka ek deen chahte the aur aisa deen hamare pas dekh kar hamare piche daud pade</w:t>
      </w:r>
    </w:p>
    <w:p>
      <w:pPr>
        <w:jc w:val="right"/>
      </w:pPr>
      <w:r>
        <w:t>اس کے جواب میں قائدین اپنے پیروؤں سے کہیں گے کہ تم اپنی پسند کا ایک دین چاہتے تھے اور ایسا دین ہمارے پاس دیکھ کر ہمارے پیچھے دوڑ پڑے۔</w:t>
      </w:r>
    </w:p>
    <w:p>
      <w:r>
        <w:rPr>
          <w:b/>
        </w:rPr>
        <w:t xml:space="preserve">[56:43] </w:t>
      </w:r>
      <w:r>
        <w:t>warna ain usi zamane mein aise bhi khuda ke bande the jo tum ko kamiyabi ke sachhe raste ki taraf bulate the</w:t>
      </w:r>
    </w:p>
    <w:p>
      <w:pPr>
        <w:jc w:val="right"/>
      </w:pPr>
      <w:r>
        <w:t>ورنہ عین اسی زمانے میں ایسے بھی خدا کے بندے تھے جو تم کو کامیابی کے سچے راستے کی طرف بلاتے تھے۔</w:t>
      </w:r>
    </w:p>
    <w:p>
      <w:r>
        <w:rPr>
          <w:b/>
        </w:rPr>
        <w:t xml:space="preserve">[56:54] </w:t>
      </w:r>
      <w:r>
        <w:t>tum ne un ki pukar suni magar tum ne un ki taraf koi tawajjuh na di</w:t>
      </w:r>
    </w:p>
    <w:p>
      <w:pPr>
        <w:jc w:val="right"/>
      </w:pPr>
      <w:r>
        <w:t>تم نے ان کی پکار سنی مگر تم نے ان کی طرف کوئی توجہ نہ دی۔</w:t>
      </w:r>
    </w:p>
    <w:p>
      <w:r>
        <w:rPr>
          <w:b/>
        </w:rPr>
        <w:t xml:space="preserve">[57:02] </w:t>
      </w:r>
      <w:r>
        <w:t>rehnama apne pirouon se kahenge ke tum kisi aitbar se hum se behtar nahi ho</w:t>
      </w:r>
    </w:p>
    <w:p>
      <w:pPr>
        <w:jc w:val="right"/>
      </w:pPr>
      <w:r>
        <w:t>رہنما اپنے پیروؤں سے کہیں گے کہ تم کسی اعتبار سے ہم سے بہتر نہیں ہو۔ ہ</w:t>
      </w:r>
    </w:p>
    <w:p>
      <w:r>
        <w:rPr>
          <w:b/>
        </w:rPr>
        <w:t xml:space="preserve">[57:11] </w:t>
      </w:r>
      <w:r>
        <w:t>tum ne apni khwahishon ki khatir qiyadatein khadi kin aur tum ne bhi apni khwahishon ki khatir hamara sath diya haqeeqat ke aitbar se dono ka darja ek hai</w:t>
      </w:r>
    </w:p>
    <w:p>
      <w:pPr>
        <w:jc w:val="right"/>
      </w:pPr>
      <w:r>
        <w:t>م نے اپنی خواہشوں کی خاطر قیادتیں کھڑی کیں اور تم نے بھی اپنی خواہشوں کی خاطر ہمارا ساتھ دیا۔ حقیقت کے اعتبار سے دونوں کا درجہ ایک ہے۔</w:t>
      </w:r>
    </w:p>
    <w:p>
      <w:r>
        <w:rPr>
          <w:b/>
        </w:rPr>
        <w:t xml:space="preserve">[57:25] </w:t>
      </w:r>
      <w:r>
        <w:t>is liye yahan tum ko bhi wahi saza bhugatni hai jo hamare liye hamare aemal ke sabab se muqaddar ki gayi hai</w:t>
      </w:r>
    </w:p>
    <w:p>
      <w:pPr>
        <w:jc w:val="right"/>
      </w:pPr>
      <w:r>
        <w:t>اس لیے یہاں تم کو بھی وہی سزا بھگتنی ہے جو ہمارے لیے ہمارے اعمال کے سبب سے مقدر کی گئی ہے۔</w:t>
      </w:r>
    </w:p>
    <w:p>
      <w:r>
        <w:rPr>
          <w:b/>
        </w:rPr>
        <w:t xml:space="preserve">[57:36] </w:t>
      </w:r>
      <w:r>
        <w:t>pirouon ki jamaat apne rehnamaon ke bare mein khuda se kahegi ke unho ne hum ko gumrah kiya tha is liye un ko hamare muqable mein dugna azab diya jaye</w:t>
      </w:r>
    </w:p>
    <w:p>
      <w:pPr>
        <w:jc w:val="right"/>
      </w:pPr>
      <w:r>
        <w:t>پیروؤں کی جماعت اپنے رہنماؤں کے بارے میں خدا سے کہے گی کہ انہوں نے ہم کو گمراہ کیا تھا اس لیے ان کو ہمارے مقابلے میں دگنا عذاب دیا جائے۔</w:t>
      </w:r>
    </w:p>
    <w:p>
      <w:r>
        <w:rPr>
          <w:b/>
        </w:rPr>
        <w:t xml:space="preserve">[57:49] </w:t>
      </w:r>
      <w:r>
        <w:t>jawab milega ke tumhare rehnamaon mein se har ek ko dugna azab mil raha hai magar tum ko is ka ehsas nahi</w:t>
      </w:r>
    </w:p>
    <w:p>
      <w:pPr>
        <w:jc w:val="right"/>
      </w:pPr>
      <w:r>
        <w:t>جواب ملے گا کہ تمہارے رہنماؤں میں سے ہر ایک کو دگنا عذاب مل رہا ہے مگر تم کو اس کا احساس نہیں۔</w:t>
      </w:r>
    </w:p>
    <w:p>
      <w:r>
        <w:rPr>
          <w:b/>
        </w:rPr>
        <w:t xml:space="preserve">[58:01] </w:t>
      </w:r>
      <w:r>
        <w:t>haqeeqat ye hai ke jahannam mein jis ko jo azab milega wo us ko itna zyada sakht maloom hoga ke wo samjhega ke mujh se zyada takleef mein koi dusra nahi hai</w:t>
      </w:r>
    </w:p>
    <w:p>
      <w:pPr>
        <w:jc w:val="right"/>
      </w:pPr>
      <w:r>
        <w:t>حقیقت یہ ہے کہ جہنم میں جس کو جو عذاب ملے گا وہ اس کو اتنا زیادہ سخت معلوم ہوگا کہ وہ سمجھے گا کہ مجھ سے زیادہ تکلیف میں کوئی دوسرا نہیں ہے۔</w:t>
      </w:r>
    </w:p>
    <w:p>
      <w:r>
        <w:rPr>
          <w:b/>
        </w:rPr>
        <w:t xml:space="preserve">[58:14] </w:t>
      </w:r>
      <w:r>
        <w:t>har shakhs jis takleef mein hoga wahi takleef us ko sab se zyada maloom hogi</w:t>
      </w:r>
    </w:p>
    <w:p>
      <w:pPr>
        <w:jc w:val="right"/>
      </w:pPr>
      <w:r>
        <w:t>ہر شخص جس تکلیف میں ہوگا وہی تکلیف اس کو سب سے زیادہ معلوم ہوگی۔</w:t>
      </w:r>
    </w:p>
    <w:p>
      <w:r>
        <w:rPr>
          <w:b/>
        </w:rPr>
        <w:t xml:space="preserve">[58:23] </w:t>
      </w:r>
      <w:r>
        <w:t>duniya mein mafad parast rehnama aur un ke mafad parast piru khoob ek dusre ke dost bane hue hain har ek ke pas dusre ke liye umda alfaaz hain</w:t>
      </w:r>
    </w:p>
    <w:p>
      <w:pPr>
        <w:jc w:val="right"/>
      </w:pPr>
      <w:r>
        <w:t>دنیا میں مفاد پرست رہنما اور ان کے مفاد پرست پیرو خوب ایک دوسرے کے دوست بنے ہوئے ہیں۔ ہر ایک کے پاس دوسرے کے لیے عمدہ الفاظ ہیں۔</w:t>
      </w:r>
    </w:p>
    <w:p>
      <w:r>
        <w:rPr>
          <w:b/>
        </w:rPr>
        <w:t xml:space="preserve">[58:36] </w:t>
      </w:r>
      <w:r>
        <w:t>har ek dusre ki behtari mein laga hua hai magar aakhirat mein har ek dusre se nafrat karega har ek dusre ko shadeed tar azab mein dhakelna chahega</w:t>
      </w:r>
    </w:p>
    <w:p>
      <w:pPr>
        <w:jc w:val="right"/>
      </w:pPr>
      <w:r>
        <w:t>ہر ایک دوسرے کی بہتری میں لگا ہوا ہے۔ مگر اخرت میں ہر ایک دوسرے سے نفرت کرے گا۔ ہر ایک دوسرے کو شدید تر عذاب میں دھکیلنا چاہے گا۔</w:t>
      </w:r>
    </w:p>
    <w:p>
      <w:r>
        <w:rPr>
          <w:b/>
        </w:rPr>
        <w:t xml:space="preserve">[58:51] </w:t>
      </w:r>
      <w:r>
        <w:t>innallazina kazaboo biayatina wastakbaroo anha la tuftahu lahum abwabussamaa</w:t>
      </w:r>
    </w:p>
    <w:p>
      <w:pPr>
        <w:jc w:val="right"/>
      </w:pPr>
      <w:r>
        <w:t>ان الذین کذبوا بایاتنا واستکبروا عنها لا تفتح لهم ابواب السماء</w:t>
      </w:r>
    </w:p>
    <w:p>
      <w:r>
        <w:rPr>
          <w:b/>
        </w:rPr>
        <w:t xml:space="preserve">[59:04] </w:t>
      </w:r>
      <w:r>
        <w:t>la tuftahu lahum abwabussamaa</w:t>
      </w:r>
    </w:p>
    <w:p>
      <w:pPr>
        <w:jc w:val="right"/>
      </w:pPr>
      <w:r>
        <w:t>لا تفتح لهم ابواب السماء</w:t>
      </w:r>
    </w:p>
    <w:p>
      <w:r>
        <w:rPr>
          <w:b/>
        </w:rPr>
        <w:t xml:space="preserve">[59:10] </w:t>
      </w:r>
      <w:r>
        <w:t>wala yadkhuloonal jannata hatta yalijal jamalu fi samil khiyat</w:t>
      </w:r>
    </w:p>
    <w:p>
      <w:pPr>
        <w:jc w:val="right"/>
      </w:pPr>
      <w:r>
        <w:t>ولا يدخلون الجنة حتى يلج الجمل في سم الخياط</w:t>
      </w:r>
    </w:p>
    <w:p>
      <w:r>
        <w:rPr>
          <w:b/>
        </w:rPr>
        <w:t xml:space="preserve">[59:20] </w:t>
      </w:r>
      <w:r>
        <w:t>wakazalika najzil mujrimeen</w:t>
      </w:r>
    </w:p>
    <w:p>
      <w:pPr>
        <w:jc w:val="right"/>
      </w:pPr>
      <w:r>
        <w:t>وكذلك نجز المجرمين</w:t>
      </w:r>
    </w:p>
    <w:p>
      <w:r>
        <w:rPr>
          <w:b/>
        </w:rPr>
        <w:t xml:space="preserve">[59:25] </w:t>
      </w:r>
      <w:r>
        <w:t>lahum min jahannama</w:t>
      </w:r>
    </w:p>
    <w:p>
      <w:pPr>
        <w:jc w:val="right"/>
      </w:pPr>
      <w:r>
        <w:t>لهم من جهنم</w:t>
      </w:r>
    </w:p>
    <w:p>
      <w:r>
        <w:rPr>
          <w:b/>
        </w:rPr>
        <w:t xml:space="preserve">[59:30] </w:t>
      </w:r>
      <w:r>
        <w:t>mihadun wamin fawqihim ghawash</w:t>
      </w:r>
    </w:p>
    <w:p>
      <w:pPr>
        <w:jc w:val="right"/>
      </w:pPr>
      <w:r>
        <w:t>مهاد ومن فوقهم غواش</w:t>
      </w:r>
    </w:p>
    <w:p>
      <w:r>
        <w:rPr>
          <w:b/>
        </w:rPr>
        <w:t xml:space="preserve">[59:37] </w:t>
      </w:r>
      <w:r>
        <w:t>wakazalika</w:t>
      </w:r>
    </w:p>
    <w:p>
      <w:pPr>
        <w:jc w:val="right"/>
      </w:pPr>
      <w:r>
        <w:t>وكذلك</w:t>
      </w:r>
    </w:p>
    <w:p>
      <w:r>
        <w:rPr>
          <w:b/>
        </w:rPr>
        <w:t xml:space="preserve">[59:38] </w:t>
      </w:r>
      <w:r>
        <w:t>najziz zalimeen</w:t>
      </w:r>
    </w:p>
    <w:p>
      <w:pPr>
        <w:jc w:val="right"/>
      </w:pPr>
      <w:r>
        <w:t>نجز الظالمين</w:t>
      </w:r>
    </w:p>
    <w:p>
      <w:r>
        <w:rPr>
          <w:b/>
        </w:rPr>
        <w:t xml:space="preserve">[59:42] </w:t>
      </w:r>
      <w:r>
        <w:t>walazina amanoo wa amilus salihate la nukallifu nafsan illa wusaha</w:t>
      </w:r>
    </w:p>
    <w:p>
      <w:pPr>
        <w:jc w:val="right"/>
      </w:pPr>
      <w:r>
        <w:t>والذين آمنوا وعملوا الصالحات لا نكلف نفسا إلا وسعها</w:t>
      </w:r>
    </w:p>
    <w:p>
      <w:r>
        <w:rPr>
          <w:b/>
        </w:rPr>
        <w:t xml:space="preserve">[59:51] </w:t>
      </w:r>
      <w:r>
        <w:t>la nukallifu nafsan illa wus'aha</w:t>
      </w:r>
    </w:p>
    <w:p>
      <w:pPr>
        <w:jc w:val="right"/>
      </w:pPr>
      <w:r>
        <w:t>لا نكلف نفسا إلا وسعها</w:t>
      </w:r>
    </w:p>
    <w:p>
      <w:r>
        <w:rPr>
          <w:b/>
        </w:rPr>
        <w:t xml:space="preserve">[59:56] </w:t>
      </w:r>
      <w:r>
        <w:t>ha'ula'i ashabul jannati hum fiha khalidoon</w:t>
      </w:r>
    </w:p>
    <w:p>
      <w:pPr>
        <w:jc w:val="right"/>
      </w:pPr>
      <w:r>
        <w:t>هؤلاء أصحاب الجنة هم فيها خالدون</w:t>
      </w:r>
    </w:p>
    <w:p>
      <w:r>
        <w:rPr>
          <w:b/>
        </w:rPr>
        <w:t xml:space="preserve">[1:00:06] </w:t>
      </w:r>
      <w:r>
        <w:t>wa naza'na ma fi sudurihim min ghillin tajri min tahtihimul anhari wa qalu alhamdu lillah</w:t>
      </w:r>
    </w:p>
    <w:p>
      <w:pPr>
        <w:jc w:val="right"/>
      </w:pPr>
      <w:r>
        <w:t>ونزعنا ما في صدورهم من غل تجري من تحتهم الأنهار وقالوا الحمد لله</w:t>
      </w:r>
    </w:p>
    <w:p>
      <w:r>
        <w:rPr>
          <w:b/>
        </w:rPr>
        <w:t xml:space="preserve">[1:00:20] </w:t>
      </w:r>
      <w:r>
        <w:t>wa qalu alhamdu lillahillazi hadana li hada wa ma kunna li nahtadi</w:t>
      </w:r>
    </w:p>
    <w:p>
      <w:pPr>
        <w:jc w:val="right"/>
      </w:pPr>
      <w:r>
        <w:t>وقالوا الحمد لله الذي هدانا لهذا وما كنا لنهتدي</w:t>
      </w:r>
    </w:p>
    <w:p>
      <w:r>
        <w:rPr>
          <w:b/>
        </w:rPr>
        <w:t xml:space="preserve">[1:00:28] </w:t>
      </w:r>
      <w:r>
        <w:t>lola an hadana allah laqad jaat rusul rabbana bilhaq wa nudoo an tilkumul jannata oorthtumoha bima kuntum ta'maloon</w:t>
      </w:r>
    </w:p>
    <w:p>
      <w:pPr>
        <w:jc w:val="right"/>
      </w:pPr>
      <w:r>
        <w:t>لولا أن هدانا الله لقد جاءت رسل ربنا بالحق ونودوا أن تلكم الجنة أورثتموها بما كنتم تعملون</w:t>
      </w:r>
    </w:p>
    <w:p>
      <w:r>
        <w:rPr>
          <w:b/>
        </w:rPr>
        <w:t xml:space="preserve">[1:00:55] </w:t>
      </w:r>
      <w:r>
        <w:t>beshak jin logon ne hamari nishaniyon ko jhutlaya aur un se takabbur kiya un ke liye aasman ke darwaze nahi khole jayenge aur wo jannat mein dakhil na honge</w:t>
      </w:r>
    </w:p>
    <w:p>
      <w:pPr>
        <w:jc w:val="right"/>
      </w:pPr>
      <w:r>
        <w:t>بے شک جن لوگوں نے ہماری نشانیوں کو جھٹلایا اور ان سے تکبر کیا ان کے لیے آسمان کے دروازے نہیں کھولے جائیں گے اور وہ جنت میں داخل نہ ہوں گے</w:t>
      </w:r>
    </w:p>
    <w:p>
      <w:r>
        <w:rPr>
          <w:b/>
        </w:rPr>
        <w:t xml:space="preserve">[1:01:08] </w:t>
      </w:r>
      <w:r>
        <w:t>jab tak ke oont sui ke nake mein na ghus jaye aur hum mujrimon ko aisi hi saza</w:t>
      </w:r>
    </w:p>
    <w:p>
      <w:pPr>
        <w:jc w:val="right"/>
      </w:pPr>
      <w:r>
        <w:t>جب تک کہ اونٹ سوئی کے ناکے میں نہ گھس جائے اور ہم مجرموں کو ایسی ہی سزا</w:t>
      </w:r>
    </w:p>
    <w:p>
      <w:r>
        <w:rPr>
          <w:b/>
        </w:rPr>
        <w:t xml:space="preserve">[1:01:15] </w:t>
      </w:r>
      <w:r>
        <w:t>dete hain un ke liye dozakh ka bichona hoga aur un ke upar isi ka odhna hoga aur</w:t>
      </w:r>
    </w:p>
    <w:p>
      <w:pPr>
        <w:jc w:val="right"/>
      </w:pPr>
      <w:r>
        <w:t>دیتے ہیں ان کے لیے دوزخ کا بچھونا ہوگا اور ان کے اوپر اسی کا اوڑھنا ہوگا اور</w:t>
      </w:r>
    </w:p>
    <w:p>
      <w:r>
        <w:rPr>
          <w:b/>
        </w:rPr>
        <w:t xml:space="preserve">[1:01:24] </w:t>
      </w:r>
      <w:r>
        <w:t>hum zalimon ko isi tarah saza dete hain aur jo log iman laye aur unhon ne nek kam</w:t>
      </w:r>
    </w:p>
    <w:p>
      <w:pPr>
        <w:jc w:val="right"/>
      </w:pPr>
      <w:r>
        <w:t>ہم ظالموں کو اسی طرح سزا دیتے ہیں اور جو لوگ ایمان لائے اور انہوں نے نیک کام</w:t>
      </w:r>
    </w:p>
    <w:p>
      <w:r>
        <w:rPr>
          <w:b/>
        </w:rPr>
        <w:t xml:space="preserve">[1:01:31] </w:t>
      </w:r>
      <w:r>
        <w:t>kiye hum kisi shakhs par us ki taqat ke muafiq hi bojh dalte hain</w:t>
      </w:r>
    </w:p>
    <w:p>
      <w:pPr>
        <w:jc w:val="right"/>
      </w:pPr>
      <w:r>
        <w:t>کیے ہم کسی شخص پر اس کی طاقت کے موافق ہی بوجھ ڈالتے ہیں</w:t>
      </w:r>
    </w:p>
    <w:p>
      <w:r>
        <w:rPr>
          <w:b/>
        </w:rPr>
        <w:t xml:space="preserve">[1:01:38] </w:t>
      </w:r>
      <w:r>
        <w:t>yahi log jannat wale hain wo is mein hamesha rahenge aur un ke seenay ki har khulash ko hum nikal denge un ke neeche nahrein beh rahi hongi aur wo kahenge ke sari tareef allah ke liye hai jis ne hum ko yahan tak pohanchaya aur hum rah pane wale na the agar allah hum ko hidayaat na karta</w:t>
      </w:r>
    </w:p>
    <w:p>
      <w:pPr>
        <w:jc w:val="right"/>
      </w:pPr>
      <w:r>
        <w:t>یہی لوگ جنت والے ہیں وہ اس میں ہمیشہ رہیں گے اور ان کے سینے کی ہر خلش کو ہم نکال دیں گے ان کے نیچے نہریں بہہ رہی ہوں گی اور وہ کہیں گے کہ ساری تعریف اللہ کے لیے ہے جس نے ہم کو یہاں تک پہنچایا اور ہم راہ پانے والے نہ تھے اگر اللہ ہم کو ہدایت نہ کرتا</w:t>
      </w:r>
    </w:p>
    <w:p>
      <w:r>
        <w:rPr>
          <w:b/>
        </w:rPr>
        <w:t xml:space="preserve">[1:02:04] </w:t>
      </w:r>
      <w:r>
        <w:t>hamare rabb ke rasool sachi baat le kar aaye the aur awaz aayegi ke yeh jannat hai jis ke tum waris thahraye gaye ho apne aamal ke badle</w:t>
      </w:r>
    </w:p>
    <w:p>
      <w:pPr>
        <w:jc w:val="right"/>
      </w:pPr>
      <w:r>
        <w:t>ہمارے رب کے رسول سچی بات لے کر آئے تھے اور آواز آئے گی کہ یہ جنت ہے جس کے تم وارث ٹھہرائے گئے ہو اپنے اعمال کے بدلے</w:t>
      </w:r>
    </w:p>
    <w:p>
      <w:r>
        <w:rPr>
          <w:b/>
        </w:rPr>
        <w:t xml:space="preserve">[1:02:18] </w:t>
      </w:r>
      <w:r>
        <w:t>tashreeh khuda ke daiyon ke muqable mein kyon aisa hota hai ke un ke mad'u ke andar mutakabirana</w:t>
      </w:r>
    </w:p>
    <w:p>
      <w:pPr>
        <w:jc w:val="right"/>
      </w:pPr>
      <w:r>
        <w:t>تشریح خدا کے دائیوں کے مقابلے میں کیوں ایسا ہوتا ہے کہ ان کے مدعو کے اندر متکبرانہ</w:t>
      </w:r>
    </w:p>
    <w:p>
      <w:r>
        <w:rPr>
          <w:b/>
        </w:rPr>
        <w:t xml:space="preserve">[1:02:27] </w:t>
      </w:r>
      <w:r>
        <w:t>nafsiyat jaag uthti hain aur woh un ko man'ne se inkar kar dete hain</w:t>
      </w:r>
    </w:p>
    <w:p>
      <w:pPr>
        <w:jc w:val="right"/>
      </w:pPr>
      <w:r>
        <w:t>نفسیات جاگ اٹھتی ہیں اور وہ ان کو ماننے سے انکار کر دیتے ہیں</w:t>
      </w:r>
    </w:p>
    <w:p>
      <w:r>
        <w:rPr>
          <w:b/>
        </w:rPr>
        <w:t xml:space="preserve">[1:02:36] </w:t>
      </w:r>
      <w:r>
        <w:t>is ki wajah yeh hai ke dai ki taraf sirf nishani ya dalil ka zor hota hai aur</w:t>
      </w:r>
    </w:p>
    <w:p>
      <w:pPr>
        <w:jc w:val="right"/>
      </w:pPr>
      <w:r>
        <w:t>اس کی وجہ یہ ہے کہ دائی کی طرف صرف نشانی یا دلیل کا زور ہوتا ہے اور</w:t>
      </w:r>
    </w:p>
    <w:p>
      <w:r>
        <w:rPr>
          <w:b/>
        </w:rPr>
        <w:t xml:space="preserve">[1:02:44] </w:t>
      </w:r>
      <w:r>
        <w:t>mad'u ki taraf madi raunaqon ka zor</w:t>
      </w:r>
    </w:p>
    <w:p>
      <w:pPr>
        <w:jc w:val="right"/>
      </w:pPr>
      <w:r>
        <w:t>مدعو کی طرف مادی رونقوں کا زور</w:t>
      </w:r>
    </w:p>
    <w:p>
      <w:r>
        <w:rPr>
          <w:b/>
        </w:rPr>
        <w:t xml:space="preserve">[1:02:49] </w:t>
      </w:r>
      <w:r>
        <w:t>dai daleel ki buniyad par khada hota hai aur us ke mad'oo madiyat ki buniyad par daleel ki taqat dikhai nahi deti aur madi taqat aankhon se dikhai deti hai yahi farq logon ke andar kibr ka mizaj paida kar deta hai log dai ko apne muqable mein haqeer samajh kar use nazar andaz kar dete hain</w:t>
      </w:r>
    </w:p>
    <w:p>
      <w:pPr>
        <w:jc w:val="right"/>
      </w:pPr>
      <w:r>
        <w:t>دائی دلیل کی بنیاد پر کھڑا ہوتا ہے اور اس کے مدعو مادیات کی بنیاد پر دلیل کی طاقت دکھائی نہیں دیتی اور مادی طاقت آنکھوں سے دکھائی دیتی ہے یہی فرق لوگوں کے اندر کبر کا مزاج پیدا کر دیتا ہے لوگ دائی کو اپنے مقابلے میں حقیر سمجھ کر اسے نظر انداز کر دیتے ہیں</w:t>
      </w:r>
    </w:p>
    <w:p>
      <w:r>
        <w:rPr>
          <w:b/>
        </w:rPr>
        <w:t xml:space="preserve">[1:03:18] </w:t>
      </w:r>
      <w:r>
        <w:t>aise logon ka khuda ki rehmat mein dakhil hona itna hi namumkin hai jitna oont ka sui ke nale mein dakhil hona unhon ne khuda ko nazar andaz kiya is liye khuda ne bhi un ko nazar andaz kar diya khuda ne apne dai ke zariye un par apni jhalakiyan dikhayin</w:t>
      </w:r>
    </w:p>
    <w:p>
      <w:pPr>
        <w:jc w:val="right"/>
      </w:pPr>
      <w:r>
        <w:t>ایسے لوگوں کا خدا کی رحمت میں داخل ہونا اتنا ہی ناممکن ہے جتنا اونٹ کا سوئی کے نالے میں داخل ہونا انہوں نے خدا کو نظر انداز کیا اس لیے خدا نے بھی ان کو نظر انداز کر دیا خدا نے اپنے دائی کے ذریعے ان پر اپنی جھلکیاں دکھائیں</w:t>
      </w:r>
    </w:p>
    <w:p>
      <w:r>
        <w:rPr>
          <w:b/>
        </w:rPr>
        <w:t xml:space="preserve">[1:03:43] </w:t>
      </w:r>
      <w:r>
        <w:t>khuda un ke samne dalail ke roop mein zahir hua magar unhon ne us ko bewazan samjha unhon ne khudai nishaniyon ke samne jhukne se inkar kar diya aise log kyun kar khuda ki rehmaton mein hissa pa sakte hain</w:t>
      </w:r>
    </w:p>
    <w:p>
      <w:pPr>
        <w:jc w:val="right"/>
      </w:pPr>
      <w:r>
        <w:t>خدا ان کے سامنے دلائل کے روپ میں ظاہر ہوا مگر انہوں نے اس کو بے وزن سمجھا انہوں نے خدائی نشانیوں کے سامنے جھکنے سے انکار کر دیا ایسے لوگ کیوں کر خدا کی رحمتوں میں حصہ پا سکتے ہیں</w:t>
      </w:r>
    </w:p>
    <w:p>
      <w:r>
        <w:rPr>
          <w:b/>
        </w:rPr>
        <w:t xml:space="preserve">[1:04:02] </w:t>
      </w:r>
      <w:r>
        <w:t>dozakhiyon ka yeh haal hoga ke jo log duniya mein ek dusre ke dost bane hue the wo wahan baham matanffar ho jayenge aur ek dusre par lanat kar rahe honge magar jannat ka mahol is se bilkul mukhtalif hoga yahan sab ke dil ek dusre ke liye khule hue honge har ek ke dil mein dusre ke liye mohabbat aur khair khwahi ka chashma phoot raha hoga</w:t>
      </w:r>
    </w:p>
    <w:p>
      <w:pPr>
        <w:jc w:val="right"/>
      </w:pPr>
      <w:r>
        <w:t>دوزخیوں کا یہ حال ہوگا کہ جو لوگ دنیا میں ایک دوسرے کے دوست بنے ہوئے تھے وہ وہاں باہم متنفر ہو جائیں گے اور ایک دوسرے پر لعنت کر رہے ہوں گے مگر جنت کا ماحول اس سے بالکل مختلف ہوگا یہاں سب کے دل ایک دوسرے کے لیے کھلے ہوئے ہوں گے ہر ایک کے دل میں دوسرے کے لیے محبت اور خیر خواہی کا چشمہ پھوٹ رہا ہوگا</w:t>
      </w:r>
    </w:p>
    <w:p>
      <w:r>
        <w:rPr>
          <w:b/>
        </w:rPr>
        <w:t xml:space="preserve">[1:04:30] </w:t>
      </w:r>
      <w:r>
        <w:t>dozakhi insan ke liye is ka mazi ek dukh bhari dastan bana hua hoga aur jannati insan ke liye is ka mazi ek khushgawar yaad bure logon ke liye un ki agli zindagi is tarah shuru hogi ke un ka seena hasrat aur yaas ka qabristan bana hua hoga un ka mazi un ke liye talkh yaadon ke siwa aur kuch na hoga</w:t>
      </w:r>
    </w:p>
    <w:p>
      <w:pPr>
        <w:jc w:val="right"/>
      </w:pPr>
      <w:r>
        <w:t>دوزخی انسان کے لیے اس کا ماضی ایک دکھ بھری داستان بنا ہوا ہوگا اور جنتی انسان کے لیے اس کا ماضی ایک خوشگوار یاد برے لوگوں کے لیے ان کی اگلی زندگی اس طرح شروع ہوگی کہ ان کا سینہ حسرت اور یاس کا قبرستان بنا ہوا ہوگا ان کا ماضی ان کے لیے تلخ یادوں کے سوا اور کچھ نہ ہوگا</w:t>
      </w:r>
    </w:p>
    <w:p>
      <w:r>
        <w:rPr>
          <w:b/>
        </w:rPr>
        <w:t xml:space="preserve">[1:04:59] </w:t>
      </w:r>
      <w:r>
        <w:t>dusri taraf achhe logon ka yeh haal hoga ke un ki zabanen is khuda ki yaad se tar hongi jis ko unhon ne baja taur par apna sahara banaya tha wo</w:t>
      </w:r>
    </w:p>
    <w:p>
      <w:pPr>
        <w:jc w:val="right"/>
      </w:pPr>
      <w:r>
        <w:t>دوسری طرف اچھے لوگوں کا یہ حال ہوگا کہ ان کی زبانیں اس خدا کی یاد سے تر ہوں گی جس کو انہوں نے بجا طور پر اپنا سہارا بنایا تھا وہ</w:t>
      </w:r>
    </w:p>
    <w:p>
      <w:r>
        <w:rPr>
          <w:b/>
        </w:rPr>
        <w:t xml:space="preserve">[1:05:13] </w:t>
      </w:r>
      <w:r>
        <w:t>haq ke ilamdar ki di hui khabar ko ain sachha pa kar khush ho rahe honge ke khuda ka yeh kitna bada ehsan tha ke is ne unhein in daiyan haq ka sath dene ki tofeeq ata farmayi</w:t>
      </w:r>
    </w:p>
    <w:p>
      <w:pPr>
        <w:jc w:val="right"/>
      </w:pPr>
      <w:r>
        <w:t>حق کے علمبردار کی دی ہوئی خبر کو عین سچا پا کر خوش ہو رہے ہوں گے کہ خدا کا یہ کتنا بڑا احسان تھا کہ اس نے انہیں ان دایان حق کا ساتھ دینے کی توفیق عطا فرمائی</w:t>
      </w:r>
    </w:p>
    <w:p>
      <w:r>
        <w:rPr>
          <w:b/>
        </w:rPr>
        <w:t xml:space="preserve">[1:05:35] </w:t>
      </w:r>
      <w:r>
        <w:t>ashabul jannati ashab</w:t>
      </w:r>
    </w:p>
    <w:p>
      <w:pPr>
        <w:jc w:val="right"/>
      </w:pPr>
      <w:r>
        <w:t>اصحاب الجنت اصحاب</w:t>
      </w:r>
    </w:p>
    <w:p>
      <w:r>
        <w:rPr>
          <w:b/>
        </w:rPr>
        <w:t xml:space="preserve">[1:05:42] </w:t>
      </w:r>
      <w:r>
        <w:t>annari in qad wajadna ma wa'adana rabbuna haqqan</w:t>
      </w:r>
    </w:p>
    <w:p>
      <w:pPr>
        <w:jc w:val="right"/>
      </w:pPr>
      <w:r>
        <w:t>النار ان قد وجدنا ما وعدنا ربنا حقا</w:t>
      </w:r>
    </w:p>
    <w:p>
      <w:r>
        <w:rPr>
          <w:b/>
        </w:rPr>
        <w:t xml:space="preserve">[1:05:50] </w:t>
      </w:r>
      <w:r>
        <w:t>in qad wajadna ma wa'adana rabbuna haqqan</w:t>
      </w:r>
    </w:p>
    <w:p>
      <w:pPr>
        <w:jc w:val="right"/>
      </w:pPr>
      <w:r>
        <w:t>ان قد وجدنا ما وعدنا ربنا حقا</w:t>
      </w:r>
    </w:p>
    <w:p>
      <w:r>
        <w:rPr>
          <w:b/>
        </w:rPr>
        <w:t xml:space="preserve">[1:05:56] </w:t>
      </w:r>
      <w:r>
        <w:t>fahal wajadtum ma wa'ada rabbukum haqqan</w:t>
      </w:r>
    </w:p>
    <w:p>
      <w:pPr>
        <w:jc w:val="right"/>
      </w:pPr>
      <w:r>
        <w:t>فہل وجدتم ما وعد ربكم حقا</w:t>
      </w:r>
    </w:p>
    <w:p>
      <w:r>
        <w:rPr>
          <w:b/>
        </w:rPr>
        <w:t xml:space="preserve">[1:06:02] </w:t>
      </w:r>
      <w:r>
        <w:t>qalu na'am fa'adhan mu'adhdhun baynahumul la'natullahi alazzalimeen</w:t>
      </w:r>
    </w:p>
    <w:p>
      <w:pPr>
        <w:jc w:val="right"/>
      </w:pPr>
      <w:r>
        <w:t>قالوا نعم فاذن مؤذن بينهم اللعنه الله على الظالمين</w:t>
      </w:r>
    </w:p>
    <w:p>
      <w:r>
        <w:rPr>
          <w:b/>
        </w:rPr>
        <w:t xml:space="preserve">[1:06:14] </w:t>
      </w:r>
      <w:r>
        <w:t>allazeena yasuddoona 'an sabeelillahi wa yabghoonaha 'iwajan wa hum bil'akhirati kafiroon</w:t>
      </w:r>
    </w:p>
    <w:p>
      <w:pPr>
        <w:jc w:val="right"/>
      </w:pPr>
      <w:r>
        <w:t>الذين يصدون عن سبيل الله ويبغونها عوجا وهم بالاخره كافرون</w:t>
      </w:r>
    </w:p>
    <w:p>
      <w:r>
        <w:rPr>
          <w:b/>
        </w:rPr>
        <w:t xml:space="preserve">[1:06:30] </w:t>
      </w:r>
      <w:r>
        <w:t>aur jannat wale dozakh walon ko pukarenge ke hum se hamare rabb ne jo wada kiya tha hum ne us ko sacha paya kya tum ne bhi apne rabb ke wade ko sacha paya wo kahenge haan phir ek pukarne wala dono ke darmiyan pukarega ke allah ki lanat ho zalimon par jo</w:t>
      </w:r>
    </w:p>
    <w:p>
      <w:pPr>
        <w:jc w:val="right"/>
      </w:pPr>
      <w:r>
        <w:t>اور جنت والے دوزخ والوں کو پکاریں گے کہ ہم سے ہمارے رب نے جو وعدہ کیا تھا ہم نے اس کو سچا پایا کیا تم نے بھی اپنے رب کے وعدے کو سچا پایا وہ کہیں گے ہاں پھر ایک پکارنے والا دونوں کے درمیان پکارے گا کہ اللہ کی لعنت ہو ظالموں پر جو</w:t>
      </w:r>
    </w:p>
    <w:p>
      <w:r>
        <w:rPr>
          <w:b/>
        </w:rPr>
        <w:t xml:space="preserve">[1:06:55] </w:t>
      </w:r>
      <w:r>
        <w:t>allah ki rah se rokte the aur is mein kiji dhoondhte the aur wo akhirat ke munkir the tashreeh in ayaton mein qadeem zamane ke kuch logon ne yeh sawal uthaya tha ke jannat aur jahannum to ek dusre se bohat zyada door waqe hongi jannat aasman ke upar hogi aur dozaq sab se neeche teet sarra mein</w:t>
      </w:r>
    </w:p>
    <w:p>
      <w:pPr>
        <w:jc w:val="right"/>
      </w:pPr>
      <w:r>
        <w:t>اللہ کی راہ سے روکتے تھے اور اس میں کجی ڈھونڈتے تھے اور وہ اخرت کے منکر تھے تشریح ان ایات میں قدیم زمانے کے کچھ لوگوں نے یہ سوال اٹھایا تھا کہ جنت اور جہنم تو ایک دوسرے سے بہت زیادہ دور واقع ہوں گی جنت اسمان کے اوپر ہوگی اور دوزخ سب سے نیچے تیت السرا میں</w:t>
      </w:r>
    </w:p>
    <w:p>
      <w:r>
        <w:rPr>
          <w:b/>
        </w:rPr>
        <w:t xml:space="preserve">[1:07:24] </w:t>
      </w:r>
      <w:r>
        <w:t>phir jannat walon ki awaz jahannum walon tak kis tarah pahunchegi magar ab radio aur television ke daur mein yeh sawal koi sawal nahi aaj insan yeh jaan chuka hai ke door ke faslon se kisi ko dekhna bhi mumkin hai aur us ki awaz ko sunna bhi</w:t>
      </w:r>
    </w:p>
    <w:p>
      <w:pPr>
        <w:jc w:val="right"/>
      </w:pPr>
      <w:r>
        <w:t>پھر جنت والوں کی اواز جہنم والوں تک کس طرح پہنچے گی مگر اب ریڈیو اور ٹیلی ویژن کے دور میں یہ سوال کوئی سوال نہیں اج انسان یہ جان چکا ہے کہ دور کے فاصلوں سے کسی کو دیکھنا بھی ممکن ہے اور اس کی اواز کو سننا بھی</w:t>
      </w:r>
    </w:p>
    <w:p>
      <w:r>
        <w:rPr>
          <w:b/>
        </w:rPr>
        <w:t xml:space="preserve">[1:07:48] </w:t>
      </w:r>
      <w:r>
        <w:t>jo baat qadeem insan ko naqabil e fahm nazar aati thi woh aaj ke insan ke liye khud apne</w:t>
      </w:r>
    </w:p>
    <w:p>
      <w:pPr>
        <w:jc w:val="right"/>
      </w:pPr>
      <w:r>
        <w:t>جو بات قدیم انسان کو ناقابل فہم نظر اتی تھی وہ اج کے انسان کے لیے خود اپنے</w:t>
      </w:r>
    </w:p>
    <w:p>
      <w:r>
        <w:rPr>
          <w:b/>
        </w:rPr>
        <w:t xml:space="preserve">[1:07:56] </w:t>
      </w:r>
      <w:r>
        <w:t>tajrubat aur mushahadat ki roshni mein poori tarah qabil e fahm ho chuki hai</w:t>
      </w:r>
    </w:p>
    <w:p>
      <w:pPr>
        <w:jc w:val="right"/>
      </w:pPr>
      <w:r>
        <w:t>تجربات اور مشاہدات کی روشنی میں پوری طرح قابل فہم ہو چکی ہے</w:t>
      </w:r>
    </w:p>
    <w:p>
      <w:r>
        <w:rPr>
          <w:b/>
        </w:rPr>
        <w:t xml:space="preserve">[1:08:03] </w:t>
      </w:r>
      <w:r>
        <w:t>is se maloom hua ke quran ki koi baat agar aaj ki maloomat ki roshni mein samajh mein</w:t>
      </w:r>
    </w:p>
    <w:p>
      <w:pPr>
        <w:jc w:val="right"/>
      </w:pPr>
      <w:r>
        <w:t>اس سے معلوم ہوا کہ قران کی کوئی بات اگر اج کی معلومات کی روشنی میں سمجھ میں</w:t>
      </w:r>
    </w:p>
    <w:p>
      <w:r>
        <w:rPr>
          <w:b/>
        </w:rPr>
        <w:t xml:space="preserve">[1:08:10] </w:t>
      </w:r>
      <w:r>
        <w:t>na aa rahi ho to is bina par us ke bare mein koi hukm nahi lagana chahiye</w:t>
      </w:r>
    </w:p>
    <w:p>
      <w:pPr>
        <w:jc w:val="right"/>
      </w:pPr>
      <w:r>
        <w:t>نہ ارہی ہو تو اس بنا پر اس کے بارے میں کوئی حکم نہیں لگانا چاہیے</w:t>
      </w:r>
    </w:p>
    <w:p>
      <w:r>
        <w:rPr>
          <w:b/>
        </w:rPr>
        <w:t xml:space="preserve">[1:08:18] </w:t>
      </w:r>
      <w:r>
        <w:t>ain mumkin hai ke ilm ke izafe ke baad kal wo cheez ek jani pehchani cheez ban jaye jo aaj bazahir anjaan cheez ki tarah dikhai de rahi hai is ka matlab yeh nahi ke akhirat mein jannatiyon aur dozakhiyon ke darmiyan taluq maujooda qism ke radio aur television ke zariye qaim hoga</w:t>
      </w:r>
    </w:p>
    <w:p>
      <w:pPr>
        <w:jc w:val="right"/>
      </w:pPr>
      <w:r>
        <w:t>عین ممکن ہے کہ علم کے اضافے کے بعد کل وہ چیز ایک جانی پہچانی چیز بن جائے جو اج بظاہر انجان چیز کی طرح دکھائی دے رہی ہے اس کا مطلب یہ نہیں کہ اخرت میں جنتیوں اور دوزخیوں کے درمیان تعلق موجودہ قسم کے ریڈیو اور ٹیلی ویژن کے ذریعے قائم ہوگا</w:t>
      </w:r>
    </w:p>
    <w:p>
      <w:r>
        <w:rPr>
          <w:b/>
        </w:rPr>
        <w:t xml:space="preserve">[1:08:44] </w:t>
      </w:r>
      <w:r>
        <w:t>is ka matlab sirf yeh hai ke jadeed daryafton ne is baat ko qabil fahm bana diya hai ke khuda ki kainat mein aise intezamat bhi mumkin hain ke ek dusre se bohat door reh kar bhi do aadmi ek dusre ko dekhen aur ek dusre se bakhubi taur par baat karen</w:t>
      </w:r>
    </w:p>
    <w:p>
      <w:pPr>
        <w:jc w:val="right"/>
      </w:pPr>
      <w:r>
        <w:t>اس کا مطلب صرف یہ ہے کہ جدید دریافتوں نے اس بات کو قابل فہم بنا دیا ہے کہ خدا کی کائنات میں ایسے انتظامات بھی ممکن ہیں کہ ایک دوسرے سے بہت دور رہ کر بھی دو ادمی ایک دوسرے کو دیکھیں اور ایک دوسرے سے بخوبی طور پر بات کریں</w:t>
      </w:r>
    </w:p>
    <w:p>
      <w:r>
        <w:rPr>
          <w:b/>
        </w:rPr>
        <w:t xml:space="preserve">[1:09:06] </w:t>
      </w:r>
      <w:r>
        <w:t>kisi daleel ka wazan aadmi usi waqt samajh pata hai jab ke wo is ke bare mein sanjeeda ho jo log akhirat ko ahmiyat na dein wo akhirat se mutalliq dalail ka wazan bhi mehsoos nahi kar pate</w:t>
      </w:r>
    </w:p>
    <w:p>
      <w:pPr>
        <w:jc w:val="right"/>
      </w:pPr>
      <w:r>
        <w:t>کسی دلیل کا وزن ادمی اسی وقت سمجھ پاتا ہے جب کہ وہ اس کے بارے میں سنجیدہ ہو جو لوگ اخرت کو اہمیت نہ دیں وہ اخرت سے متعلق دلائل کا وزن بھی محسوس نہیں کر پاتے</w:t>
      </w:r>
    </w:p>
    <w:p>
      <w:r>
        <w:rPr>
          <w:b/>
        </w:rPr>
        <w:t xml:space="preserve">[1:09:24] </w:t>
      </w:r>
      <w:r>
        <w:t>akhrat ki baat un ke samne intehai mazboot dalail ke sath aati hai magar is ke bare mein</w:t>
      </w:r>
    </w:p>
    <w:p>
      <w:pPr>
        <w:jc w:val="right"/>
      </w:pPr>
      <w:r>
        <w:t>اخرت کی بات ان کے سامنے انتہائی مضبوط دلائل کے ساتھ اتی ہے مگر اس کے بارے میں</w:t>
      </w:r>
    </w:p>
    <w:p>
      <w:r>
        <w:rPr>
          <w:b/>
        </w:rPr>
        <w:t xml:space="preserve">[1:09:32] </w:t>
      </w:r>
      <w:r>
        <w:t>un ka ghair sanjeeda zehn un ke andar koi na koi aib talash kar leta hai woh tarah</w:t>
      </w:r>
    </w:p>
    <w:p>
      <w:pPr>
        <w:jc w:val="right"/>
      </w:pPr>
      <w:r>
        <w:t>ان کا غیر سنجیدہ ذہن ان کے اندر کوئی نہ کوئی عیب تلاش کر لیتا ہے وہ طرح</w:t>
      </w:r>
    </w:p>
    <w:p>
      <w:r>
        <w:rPr>
          <w:b/>
        </w:rPr>
        <w:t xml:space="preserve">[1:09:40] </w:t>
      </w:r>
      <w:r>
        <w:t>tarah ke etiraz nikal kar khud bhi shakk o shubah mein mubtala hote hain aur doosron ko bhi</w:t>
      </w:r>
    </w:p>
    <w:p>
      <w:pPr>
        <w:jc w:val="right"/>
      </w:pPr>
      <w:r>
        <w:t>طرح کے اعتراض نکال کر خود بھی شک و شبہ میں مبتلا ہوتے ہیں اور دوسروں کو بھی</w:t>
      </w:r>
    </w:p>
    <w:p>
      <w:r>
        <w:rPr>
          <w:b/>
        </w:rPr>
        <w:t xml:space="preserve">[1:09:47] </w:t>
      </w:r>
      <w:r>
        <w:t>shakk o shubah mein mubtala karte hain aise log khuda ki nazar mein sakht mujrim hain</w:t>
      </w:r>
    </w:p>
    <w:p>
      <w:pPr>
        <w:jc w:val="right"/>
      </w:pPr>
      <w:r>
        <w:t>شک و شبہ میں مبتلا کرتے ہیں ایسے لوگ خدا کی نظر میں سخت مجرم ہیں</w:t>
      </w:r>
    </w:p>
    <w:p>
      <w:r>
        <w:rPr>
          <w:b/>
        </w:rPr>
        <w:t xml:space="preserve">[1:09:54] </w:t>
      </w:r>
      <w:r>
        <w:t>wo akhirat mein sirf khuda ki lanat ke mustahiq honge khwah duniya mein wo apne ko khuda ki rehmaton ka sab se bada haqqdar samajhte rahe hon koi daleel khwah kitni hi wazni aur qatai ho aadmi ke liye hamesha yeh mauqa rehta hai ke wo kuch khoobsurat alfaz bol kar us ki sadaqat ke bare mein logon ko mujtaba kar de</w:t>
      </w:r>
    </w:p>
    <w:p>
      <w:pPr>
        <w:jc w:val="right"/>
      </w:pPr>
      <w:r>
        <w:t>وہ اخرت میں صرف خدا کی لعنت کے مستحق ہوں گے خواہ دنیا میں وہ اپنے کو خدا کی رحمتوں کا سب سے بڑا حقدار سمجھتے رہے ہوں کوئی دلیل خواہ کتنی ہی وزنی اور قطعی ہو ادمی کے لیے ہمیشہ یہ موقع رہتا ہے کہ وہ کچھ خوبصورت الفاظ بول کر اس کی صداقت کے بارے میں لوگوں کو مجتبی کر دے</w:t>
      </w:r>
    </w:p>
    <w:p>
      <w:r>
        <w:rPr>
          <w:b/>
        </w:rPr>
        <w:t xml:space="preserve">[1:10:22] </w:t>
      </w:r>
      <w:r>
        <w:t>awam ek haqeeqi daleel aur ek lafzi shoshe mein farq nahin kar paate is liye woh is qism</w:t>
      </w:r>
    </w:p>
    <w:p>
      <w:pPr>
        <w:jc w:val="right"/>
      </w:pPr>
      <w:r>
        <w:t>عوام ایک حقیقی دلیل اور ایک لفظی شوشے میں فرق نہیں کر پاتے اس لیے وہ اس قسم</w:t>
      </w:r>
    </w:p>
    <w:p>
      <w:r>
        <w:rPr>
          <w:b/>
        </w:rPr>
        <w:t xml:space="preserve">[1:10:31] </w:t>
      </w:r>
      <w:r>
        <w:t>ki baatein sun kar haq se badak jaate hain</w:t>
      </w:r>
    </w:p>
    <w:p>
      <w:pPr>
        <w:jc w:val="right"/>
      </w:pPr>
      <w:r>
        <w:t>کی باتیں سن کر حق سے بدک جاتے ہیں</w:t>
      </w:r>
    </w:p>
    <w:p>
      <w:r>
        <w:rPr>
          <w:b/>
        </w:rPr>
        <w:t xml:space="preserve">[1:10:35] </w:t>
      </w:r>
      <w:r>
        <w:t>magar jo log samajhne ki salahiyat rakhne ke bawajood is tarah ke shoshe nikaal kar logon ko haq</w:t>
      </w:r>
    </w:p>
    <w:p>
      <w:pPr>
        <w:jc w:val="right"/>
      </w:pPr>
      <w:r>
        <w:t>مگر جو لوگ سمجھنے کی صلاحیت رکھنے کے باوجود اس طرح کے شوشے نکال کر لوگوں کو حق</w:t>
      </w:r>
    </w:p>
    <w:p>
      <w:r>
        <w:rPr>
          <w:b/>
        </w:rPr>
        <w:t xml:space="preserve">[1:10:44] </w:t>
      </w:r>
      <w:r>
        <w:t>se badkate hain woh aakhirat ke din Khuda ki rehmaton se aakhri had tak door honge</w:t>
      </w:r>
    </w:p>
    <w:p>
      <w:pPr>
        <w:jc w:val="right"/>
      </w:pPr>
      <w:r>
        <w:t>سے بدکاتے ہیں وہ اخرت کے دن خدا کی رحمتوں سے اخری حد تک دور ہوں گے</w:t>
      </w:r>
    </w:p>
    <w:p>
      <w:r>
        <w:rPr>
          <w:b/>
        </w:rPr>
        <w:t xml:space="preserve">[1:10:54] </w:t>
      </w:r>
      <w:r>
        <w:t>wa baina huma hijab wa ala al aaraaf rijal</w:t>
      </w:r>
    </w:p>
    <w:p>
      <w:pPr>
        <w:jc w:val="right"/>
      </w:pPr>
      <w:r>
        <w:t>وبینہما حجاب وعلی الاعراف رجال</w:t>
      </w:r>
    </w:p>
    <w:p>
      <w:r>
        <w:rPr>
          <w:b/>
        </w:rPr>
        <w:t xml:space="preserve">[1:11:02] </w:t>
      </w:r>
      <w:r>
        <w:t>ya'rafoon kulan bisaiymaahum</w:t>
      </w:r>
    </w:p>
    <w:p>
      <w:pPr>
        <w:jc w:val="right"/>
      </w:pPr>
      <w:r>
        <w:t>يعرفون کلا بسیماهم</w:t>
      </w:r>
    </w:p>
    <w:p>
      <w:r>
        <w:rPr>
          <w:b/>
        </w:rPr>
        <w:t xml:space="preserve">[1:11:07] </w:t>
      </w:r>
      <w:r>
        <w:t>wa nadaw ashaab al jannati</w:t>
      </w:r>
    </w:p>
    <w:p>
      <w:pPr>
        <w:jc w:val="right"/>
      </w:pPr>
      <w:r>
        <w:t>ونادوا اصحاب الجنت</w:t>
      </w:r>
    </w:p>
    <w:p>
      <w:r>
        <w:rPr>
          <w:b/>
        </w:rPr>
        <w:t xml:space="preserve">[1:11:11] </w:t>
      </w:r>
      <w:r>
        <w:t>in salaamun alaikum</w:t>
      </w:r>
    </w:p>
    <w:p>
      <w:pPr>
        <w:jc w:val="right"/>
      </w:pPr>
      <w:r>
        <w:t>ان سلام علیکم</w:t>
      </w:r>
    </w:p>
    <w:p>
      <w:r>
        <w:rPr>
          <w:b/>
        </w:rPr>
        <w:t xml:space="preserve">[1:11:14] </w:t>
      </w:r>
      <w:r>
        <w:t>lam yadkhulooha wa hum yatma'oon</w:t>
      </w:r>
    </w:p>
    <w:p>
      <w:pPr>
        <w:jc w:val="right"/>
      </w:pPr>
      <w:r>
        <w:t>لم يدخلوها وهم يطمعون</w:t>
      </w:r>
    </w:p>
    <w:p>
      <w:r>
        <w:rPr>
          <w:b/>
        </w:rPr>
        <w:t xml:space="preserve">[1:11:20] </w:t>
      </w:r>
      <w:r>
        <w:t>wa izaa surifat absaaruhum tilqaa'a</w:t>
      </w:r>
    </w:p>
    <w:p>
      <w:pPr>
        <w:jc w:val="right"/>
      </w:pPr>
      <w:r>
        <w:t>واذا صرفت ابصارهم تلقاء</w:t>
      </w:r>
    </w:p>
    <w:p>
      <w:r>
        <w:rPr>
          <w:b/>
        </w:rPr>
        <w:t xml:space="preserve">[1:11:26] </w:t>
      </w:r>
      <w:r>
        <w:t>ashaab an naari qaaloo rabbanaa laa taj'alnaa ma'a al qawm az zaalimeen</w:t>
      </w:r>
    </w:p>
    <w:p>
      <w:pPr>
        <w:jc w:val="right"/>
      </w:pPr>
      <w:r>
        <w:t>اصحاب النار قالوا ربنا لا تجعلنا مع القوم الظالمين</w:t>
      </w:r>
    </w:p>
    <w:p>
      <w:r>
        <w:rPr>
          <w:b/>
        </w:rPr>
        <w:t xml:space="preserve">[1:11:36] </w:t>
      </w:r>
      <w:r>
        <w:t>wa naadaa ashaab al aaraafi</w:t>
      </w:r>
    </w:p>
    <w:p>
      <w:pPr>
        <w:jc w:val="right"/>
      </w:pPr>
      <w:r>
        <w:t>ونادى اصحاب الاعراف</w:t>
      </w:r>
    </w:p>
    <w:p>
      <w:r>
        <w:rPr>
          <w:b/>
        </w:rPr>
        <w:t xml:space="preserve">[1:11:40] </w:t>
      </w:r>
      <w:r>
        <w:t>rijaalan ya'rafoonahum bisaiymaahum qaaloo maa</w:t>
      </w:r>
    </w:p>
    <w:p>
      <w:pPr>
        <w:jc w:val="right"/>
      </w:pPr>
      <w:r>
        <w:t>رجالا يعرفونهم بسيماهم قالوا ما</w:t>
      </w:r>
    </w:p>
    <w:p>
      <w:r>
        <w:rPr>
          <w:b/>
        </w:rPr>
        <w:t xml:space="preserve">[1:11:49] </w:t>
      </w:r>
      <w:r>
        <w:t>aghnaa 'ankum jam'ukum</w:t>
      </w:r>
    </w:p>
    <w:p>
      <w:pPr>
        <w:jc w:val="right"/>
      </w:pPr>
      <w:r>
        <w:t>اغنى عنكم جمعكم</w:t>
      </w:r>
    </w:p>
    <w:p>
      <w:r>
        <w:rPr>
          <w:b/>
        </w:rPr>
        <w:t xml:space="preserve">[1:11:53] </w:t>
      </w:r>
      <w:r>
        <w:t>qaaloo maa aghnaa 'ankum jam'ukum wa maa kuntum</w:t>
      </w:r>
    </w:p>
    <w:p>
      <w:pPr>
        <w:jc w:val="right"/>
      </w:pPr>
      <w:r>
        <w:t>قالوا ما اغنى عنكم جمعكم وما كنتم</w:t>
      </w:r>
    </w:p>
    <w:p>
      <w:r>
        <w:rPr>
          <w:b/>
        </w:rPr>
        <w:t xml:space="preserve">[1:12:02] </w:t>
      </w:r>
      <w:r>
        <w:t>tastakbiroon ahaa'ulaa'i</w:t>
      </w:r>
    </w:p>
    <w:p>
      <w:pPr>
        <w:jc w:val="right"/>
      </w:pPr>
      <w:r>
        <w:t>تستكبرون اهاؤلاء</w:t>
      </w:r>
    </w:p>
    <w:p>
      <w:r>
        <w:rPr>
          <w:b/>
        </w:rPr>
        <w:t xml:space="preserve">[1:12:11] </w:t>
      </w:r>
      <w:r>
        <w:t>alladhina aqsamtu la yanaluhum Allah bi-rahmatin udkhulu al-jannata la khawfun 'alaikum wa la antum tahzanun</w:t>
      </w:r>
    </w:p>
    <w:p>
      <w:pPr>
        <w:jc w:val="right"/>
      </w:pPr>
      <w:r>
        <w:t>الذين اقسمتم لا ينالهم الله برحمه ادخلوا الجنه لا خوف عليكم ولا انتم تحزنون</w:t>
      </w:r>
    </w:p>
    <w:p>
      <w:r>
        <w:rPr>
          <w:b/>
        </w:rPr>
        <w:t xml:space="preserve">[1:12:30] </w:t>
      </w:r>
      <w:r>
        <w:t>aur donon ke darmiyan ek aar hogi aur a'raf ke upar kuch log honge jo har ek ko un ki nishani se pehchanenge aur woh jannat walon ko pukar kar kahenge ke tum par salamati ho</w:t>
      </w:r>
    </w:p>
    <w:p>
      <w:pPr>
        <w:jc w:val="right"/>
      </w:pPr>
      <w:r>
        <w:t>اور دونوں کے درمیان ایک اڑ ہوگی اور اعراف کے اوپر کچھ لوگ ہوں گے جو ہر ایک کو ان کی علامت سے پہچانیں گے اور وہ جنت والوں کو پکار کر کہیں گے کہ تم پر سلامتی ہو</w:t>
      </w:r>
    </w:p>
    <w:p>
      <w:r>
        <w:rPr>
          <w:b/>
        </w:rPr>
        <w:t xml:space="preserve">[1:12:50] </w:t>
      </w:r>
      <w:r>
        <w:t>woh abhi jannat mein dakhil nahi hue honge magar woh ummeedwar honge aur jab dozakh walon ki taraf un ki nigah pheri jayegi to woh kahenge aey hamare rab hum ko shamil na karna un zalim logon ke sath aur a'raf wale in ashkhass ko pukarenge jinhein woh un ki nishani se pehchante honge</w:t>
      </w:r>
    </w:p>
    <w:p>
      <w:pPr>
        <w:jc w:val="right"/>
      </w:pPr>
      <w:r>
        <w:t>وہ ابھی جنت میں داخل نہیں ہوئے ہوں گے مگر وہ امیدوار ہوں گے اور جب دوزخ والوں کی طرف ان کی نگاہ پھیری جائے گی تو وہ کہیں گے اے ہمارے رب ہم کو شامل نہ کرنا ان ظالم لوگوں کے ساتھ اور اعراف والے ان اشخاص کو پکاریں گے جنہیں وہ ان کی علامت سے پہچانتے ہوں گے</w:t>
      </w:r>
    </w:p>
    <w:p>
      <w:r>
        <w:rPr>
          <w:b/>
        </w:rPr>
        <w:t xml:space="preserve">[1:13:19] </w:t>
      </w:r>
      <w:r>
        <w:t>woh kahenge ke tumhare kaam na aayi tumhari jama'at aur tumhara apne ko bara samajhna kya yahi woh log hain jin ki nisbat tum qasam kha kar kehte the ke un ko kabhi Allah ki rehmat na pahunchegi jannat mein dakhil ho jao ab na tum par koi dar hai aur na tum ghamgeen hoge</w:t>
      </w:r>
    </w:p>
    <w:p>
      <w:pPr>
        <w:jc w:val="right"/>
      </w:pPr>
      <w:r>
        <w:t>وہ کہیں گے کہ تمہارے کام نہ ائی تمہاری جماعت اور تمہارا اپنے کو بڑا سمجھنا کیا یہی وہ لوگ ہیں جن کی نسبت تم قسم کھا کر کہتے تھے کہ ان کو کبھی اللہ کی رحمت نہ پہنچے گی جنت میں داخل ہو جاؤ اب نہ تم پر کوئی ڈر ہے اور نہ تم غمگین ہو گے</w:t>
      </w:r>
    </w:p>
    <w:p>
      <w:r>
        <w:rPr>
          <w:b/>
        </w:rPr>
        <w:t xml:space="preserve">[1:13:48] </w:t>
      </w:r>
      <w:r>
        <w:t>tashrih dunya mein aisa hota hai ke Khuda ki nematon aur us ki janib se aayi hui sakhtiyon se momin o muslim sab yeksan dochar hote hain magar akhirat mein aisa nahi hoga wahan donon ke darmiyan aar qaim ho jayegi</w:t>
      </w:r>
    </w:p>
    <w:p>
      <w:pPr>
        <w:jc w:val="right"/>
      </w:pPr>
      <w:r>
        <w:t>تشریح دنیا میں ایسا ہوتا ہے کہ خدا کی نعمتوں اور اس کی جانب سے ائی ہوئی سختیوں سے مومن و مسلم سب یکساں دوچار ہوتے ہیں مگر اخرت میں ایسا نہیں ہوگا وہاں دونوں کے درمیان اڑ قائم ہو جائے گی</w:t>
      </w:r>
    </w:p>
    <w:p>
      <w:r>
        <w:rPr>
          <w:b/>
        </w:rPr>
        <w:t xml:space="preserve">[1:14:09] </w:t>
      </w:r>
      <w:r>
        <w:t>wahan momineen ko mili hui nematon ki koi khushbu munkireen ko nahi milegi aur isi tarah munkireen ko mili hui taklifon ka koi asar jannat walon tak nahi pahunchega 'urf ke ma'ni arabi zaban mein bulandi ke hote hain a'raf wale ka matlab hai bulandiyon wale</w:t>
      </w:r>
    </w:p>
    <w:p>
      <w:pPr>
        <w:jc w:val="right"/>
      </w:pPr>
      <w:r>
        <w:t>وہاں مومنین کو ملی ہوئی نعمتوں کی کوئی خوشبو منکرین کو نہیں ملے گی اور اسی طرح منکرین کو ملی ہوئی تکلیفوں کا کوئی اثر جنت والوں تک نہیں پہنچے گا عرف کے معنی عربی زبان میں بلندی کے ہوتے ہیں اعراف والے کا مطلب ہے بلندیوں والے</w:t>
      </w:r>
    </w:p>
    <w:p>
      <w:r>
        <w:rPr>
          <w:b/>
        </w:rPr>
        <w:t xml:space="preserve">[1:14:36] </w:t>
      </w:r>
      <w:r>
        <w:t>is se murad peghambaron aur da'iyon ka giroh hai jinhon ne mukhtalif waqt mein logon ko haq ka paigham diya qayamat mein jab logon ka hisab hoga aur har ek ko maloom ho chuka hoga ke us ka anjam kya hone wala hai aur da'i haq ki baat jo woh dunya mein kehta tha akhri taur par sahi sabit ho chuki hogi</w:t>
      </w:r>
    </w:p>
    <w:p>
      <w:pPr>
        <w:jc w:val="right"/>
      </w:pPr>
      <w:r>
        <w:t>اس سے مراد پیغمبروں اور دائیوں کا گروہ ہے جنہوں نے مختلف وقتوں میں لوگوں کو حق کا پیغام دیا قیامت میں جب لوگوں کا حساب ہوگا اور ہر ایک کو معلوم ہو چکا ہوگا کہ اس کا انجام کیا ہونے والا ہے اور دائی حق کی بات جو وہ دنیا میں کہتا تھا اخری طور پر صحیح ثابت ہو چکی ہوگی</w:t>
      </w:r>
    </w:p>
    <w:p>
      <w:r>
        <w:rPr>
          <w:b/>
        </w:rPr>
        <w:t xml:space="preserve">[1:15:05] </w:t>
      </w:r>
      <w:r>
        <w:t>is waqt har da'i apni qaum ko khitab karega Khuda ke hukum se akhirat mein un ke liye ooncha stage muhaiya kiya jayega jis par khare ho kar woh pehle apne manne walon ko khitab karenge yeh log abhi jannat mein dakhil nahi hue honge magar woh is ke ummeedwar honge is</w:t>
      </w:r>
    </w:p>
    <w:p>
      <w:pPr>
        <w:jc w:val="right"/>
      </w:pPr>
      <w:r>
        <w:t>اس وقت ہر دائی اپنی قوم کو خطاب کرے گا خدا کے حکم سے اخرت میں ان کے لیے اونچا اسٹیج مہیا کیا جائے گا جس پر کھڑے ہو کر وہ پہلے اپنے ماننے والوں کو خطاب کریں گے یہ لوگ ابھی جنت میں داخل نہیں ہوئے ہوں گے مگر وہ اس کے امیدوار ہوں گے اس</w:t>
      </w:r>
    </w:p>
    <w:p>
      <w:r>
        <w:rPr>
          <w:b/>
        </w:rPr>
        <w:t xml:space="preserve">[1:15:31] </w:t>
      </w:r>
      <w:r>
        <w:t>ke bad un ka rukh un ke jhutlane walon ki taraf kiya jayega woh un ki buri halat dekh kar kamal abadiyat ki wajah se keh uthenge ke Khuda ya hum ko in zalimon mein shamil na kar</w:t>
      </w:r>
    </w:p>
    <w:p>
      <w:pPr>
        <w:jc w:val="right"/>
      </w:pPr>
      <w:r>
        <w:t>کے بعد ان کا رخ ان کے جھٹلانے والوں کی طرف کیا جائے گا وہ ان کی بری حالت دیکھ کر کمال ابدیت کی وجہ سے کہہ اٹھیں گے کہ خدایا ہمیں ان ظالموں میں شامل نہ کر</w:t>
      </w:r>
    </w:p>
    <w:p>
      <w:r>
        <w:rPr>
          <w:b/>
        </w:rPr>
        <w:t xml:space="preserve">[1:15:48] </w:t>
      </w:r>
      <w:r>
        <w:t>woh munkireen ke leaderon ko un ke chehre ki hiyat se pehchan lenge aur un se kahenge ke tum ko apne jis juthe aur apne jis saz o saman par ghamand tha aur jis ki wajah se tum ne hamare paigham haq ko jhutla diya woh aaj tumhare kuch kaam na a saka</w:t>
      </w:r>
    </w:p>
    <w:p>
      <w:pPr>
        <w:jc w:val="right"/>
      </w:pPr>
      <w:r>
        <w:t>وہ منکرین کے لیڈروں کو ان کے چہرے کی ہیئت سے پہچان لیں گے اور ان سے کہیں گے کہ تم کو اپنے جس جتھے اور اپنے جس ساز و سامان پر گھمنڈ تھا اور جس کی وجہ سے تم نے ہمارے پیغام حق کو جھٹلا دیا وہ اج تمہارے کچھ کام نہ ا سکا</w:t>
      </w:r>
    </w:p>
    <w:p>
      <w:r>
        <w:rPr>
          <w:b/>
        </w:rPr>
        <w:t xml:space="preserve">[1:16:15] </w:t>
      </w:r>
      <w:r>
        <w:t>haq ka inkar karne wale waqt ke qaim shuda nizam ke saye mein hote hain is dunya mein un ki haysiyat hamesha mazboot hoti hai is ke bar aks jo log haq ke da'iyon ka sath dete hain un ka sath dena sirf is qimat par hota hai ke waqt ke jame hue nizam ki sarparasti unhein hasil na rahe</w:t>
      </w:r>
    </w:p>
    <w:p>
      <w:pPr>
        <w:jc w:val="right"/>
      </w:pPr>
      <w:r>
        <w:t>حق کا انکار کرنے والے وقت کے قائم شدہ نظام کے سائے میں ہوتے ہیں اس دنیا میں ان کی حیثیت ہمیشہ مضبوط ہوتی ہے اس کے برعکس جو لوگ حق کے دائیوں کا ساتھ دیتے ہیں ان کا ساتھ دینا صرف اس قیمت پر ہوتا ہے کہ وقت کے جمے ہوئے نظام کی سرپرستی انہیں حاصل نہ رہے</w:t>
      </w:r>
    </w:p>
    <w:p>
      <w:r>
        <w:rPr>
          <w:b/>
        </w:rPr>
        <w:t xml:space="preserve">[1:16:42] </w:t>
      </w:r>
      <w:r>
        <w:t>is bina par aisa hota hai ke jo log haq ko nahi mante woh janne walon ki becharagi ko dekh kar un ka mazak udate hain woh kehte hain ke kya yahi woh log hain jo Khuda ki jannaton mein jayenge ashab a'raf qayamat mein aise logon se kahenge ke ab dekh lo ke haqiqat kya thi aur tum us ko kya samjhe hue the</w:t>
      </w:r>
    </w:p>
    <w:p>
      <w:pPr>
        <w:jc w:val="right"/>
      </w:pPr>
      <w:r>
        <w:t>اس بنا پر ایسا ہوتا ہے کہ جو لوگ حق کو نہیں مانتے وہ جاننے والوں کی بے چارگی کو دیکھ کر ان کا مذاق اڑاتے ہیں وہ کہتے ہیں کہ کیا یہی وہ لوگ ہیں جو خدا کی جنتوں میں جائیں گے اصحاب اعراف قیامت میں ایسے لوگوں سے کہیں گے کہ اب دیکھ لو کہ حقیقت کیا تھی اور تم اس کو کیا سمجھے ہوئے تھے</w:t>
      </w:r>
    </w:p>
    <w:p>
      <w:r>
        <w:rPr>
          <w:b/>
        </w:rPr>
        <w:t xml:space="preserve">[1:17:11] </w:t>
      </w:r>
      <w:r>
        <w:t>bilakhir kaun kamyab raha aur kaun nakaam thehra</w:t>
      </w:r>
    </w:p>
    <w:p>
      <w:pPr>
        <w:jc w:val="right"/>
      </w:pPr>
      <w:r>
        <w:t>بالاخر کون کامیاب رہا اور کون ناکام ٹھہرا</w:t>
      </w:r>
    </w:p>
    <w:p>
      <w:r>
        <w:rPr>
          <w:b/>
        </w:rPr>
        <w:t xml:space="preserve">[1:17:19] </w:t>
      </w:r>
      <w:r>
        <w:t>wa nada ashab al-nar ashab al-jannat an afidu 'alaina min al-ma' aw mimma razaqakum Allah</w:t>
      </w:r>
    </w:p>
    <w:p>
      <w:pPr>
        <w:jc w:val="right"/>
      </w:pPr>
      <w:r>
        <w:t>ونادى اصحاب النار اصحاب الجنت ان افيضوا علینا من الماء او مما رزقكم الله</w:t>
      </w:r>
    </w:p>
    <w:p>
      <w:r>
        <w:rPr>
          <w:b/>
        </w:rPr>
        <w:t xml:space="preserve">[1:17:40] </w:t>
      </w:r>
      <w:r>
        <w:t>qalu in Allah harramahuma 'ala al-kafirin</w:t>
      </w:r>
    </w:p>
    <w:p>
      <w:pPr>
        <w:jc w:val="right"/>
      </w:pPr>
      <w:r>
        <w:t>قالوا ان اللہ حرمهما على الكافرين</w:t>
      </w:r>
    </w:p>
    <w:p>
      <w:r>
        <w:rPr>
          <w:b/>
        </w:rPr>
        <w:t xml:space="preserve">[1:17:51] </w:t>
      </w:r>
      <w:r>
        <w:t>alladhina attakhadhu dinahum lahwan wa la'iban wa gharrathum al-hayat al-dunya fa-al-yawm nansa-hum kama nasu liqa'a yawmi-him hadha wa ma kanu bi-ayatina yajhadun</w:t>
      </w:r>
    </w:p>
    <w:p>
      <w:pPr>
        <w:jc w:val="right"/>
      </w:pPr>
      <w:r>
        <w:t>الذين اتخذوا دينهم لهوا ولعبا وغرتهم الحياه الدنيا فاليوم ننساهم كما نسوا لقاء يومهم هذا وما كانوا باياتنا يجحدون</w:t>
      </w:r>
    </w:p>
    <w:p>
      <w:r>
        <w:rPr>
          <w:b/>
        </w:rPr>
        <w:t xml:space="preserve">[1:18:18] </w:t>
      </w:r>
      <w:r>
        <w:t>aur dozakh ke log jannat walon ko pukarenge ke kuch pani hum par daal do ya is mein se jo Allah ne tum ko khane ko de rakha hai woh kahenge Allah ne in donon cheezon ko munkireen ke liye haram kar diya hai</w:t>
      </w:r>
    </w:p>
    <w:p>
      <w:pPr>
        <w:jc w:val="right"/>
      </w:pPr>
      <w:r>
        <w:t>اور دوزخ کے لوگ جنت والوں کو پکاریں گے کہ کچھ پانی ہم پر ڈال دو یا اس میں سے جو اللہ نے تمہیں کھانے کو دے رکھا ہے وہ کہیں گے اللہ نے ان دونوں چیزوں کو منکرین کے لیے حرام کر دیا ہے</w:t>
      </w:r>
    </w:p>
    <w:p>
      <w:r>
        <w:rPr>
          <w:b/>
        </w:rPr>
        <w:t xml:space="preserve">[1:18:39] </w:t>
      </w:r>
      <w:r>
        <w:t>woh jinhon ne apne deen ko khel aur tamashah bana liya tha aur jin ko dunya ki zindagi ne dhoke mein daal rakha tha pas aaj hum un ko bhula denge jis tarah unhon ne apne is din ki mulaqat ko bhula diya tha aur jaisa ke woh hamari nishaniyon ka inkar karte rahe</w:t>
      </w:r>
    </w:p>
    <w:p>
      <w:pPr>
        <w:jc w:val="right"/>
      </w:pPr>
      <w:r>
        <w:t>وہ جنہوں نے اپنے دین کو کھیل اور تماشہ بنا لیا تھا اور جن کو دنیا کی زندگی نے دھوکے میں ڈال رکھا تھا پس اج ہم ان کو بھلا دیں گے جس طرح انہوں نے اپنے اس دن کی ملاقات کو بھلا دیا تھا اور جیسا کہ وہ ہماری نشانیوں کا انکار کرتے رہے</w:t>
      </w:r>
    </w:p>
    <w:p>
      <w:r>
        <w:rPr>
          <w:b/>
        </w:rPr>
        <w:t xml:space="preserve">[1:19:02] </w:t>
      </w:r>
      <w:r>
        <w:t>tashrih dunya do qism ki ghizaon ka dastarkhwan hai ek dunyawi aur dosri akhrawi ek insan woh hai jis ki rooh ki ghiza yeh hai ke woh apni zaat ko numayan hote hue dekhe dunya ki raunaqen apne gird pa kar use khushi hasil hoti hai</w:t>
      </w:r>
    </w:p>
    <w:p>
      <w:pPr>
        <w:jc w:val="right"/>
      </w:pPr>
      <w:r>
        <w:t>تشریح دنیا دو قسم کی غذاؤں کا دسترخوان ہے ایک دنیاوی اور دوسری اخروی ایک انسان وہ ہے جس کی روح کی غذا یہ ہے کہ وہ اپنی ذات کو نمایاں ہوتے ہوئے دیکھے دنیا کی رونقیں اپنے گرد پا کر اسے خوشی حاصل ہوتی ہے</w:t>
      </w:r>
    </w:p>
    <w:p>
      <w:r>
        <w:rPr>
          <w:b/>
        </w:rPr>
        <w:t xml:space="preserve">[1:19:28] </w:t>
      </w:r>
      <w:r>
        <w:t>maddi saz o saman ka malik ho kar woh apne ko kamyab samajhta hai aisa admi Khuda aur akhirat ko bhula hua hai us ke samne Khuda ki baat aayegi to woh us ko ghair aham samajh kar nazar andaz kar dega</w:t>
      </w:r>
    </w:p>
    <w:p>
      <w:pPr>
        <w:jc w:val="right"/>
      </w:pPr>
      <w:r>
        <w:t>مادی ساز و سامان کا مالک ہو کر وہ اپنے کو کامیاب سمجھتا ہے ایسا ادمی خدا اور اخرت کو بھولا ہوا ہے اس کے سامنے خدا کی بات ائے گی تو وہ اس کو غیر اہم سمجھ کر نظر انداز کر دے گا</w:t>
      </w:r>
    </w:p>
    <w:p>
      <w:r>
        <w:rPr>
          <w:b/>
        </w:rPr>
        <w:t xml:space="preserve">[1:19:50] </w:t>
      </w:r>
      <w:r>
        <w:t>woh us ke sath aisa sarsari suluk karega jaise woh koi sanjida ma'mla na ho balkeh mahaz khel tamashah ho aise admi ke liye akhirat ke ina'amat mein koi hissa nahi is ne apne andar ek aisi rooh ki parwarish ki jis ki ghiza sirf dunya ki chezen ban sakti thin</w:t>
      </w:r>
    </w:p>
    <w:p>
      <w:pPr>
        <w:jc w:val="right"/>
      </w:pPr>
      <w:r>
        <w:t>وہ اس کے ساتھ ایسا سرسری سلوک کرے گا جیسے وہ کوئی سنجیدہ معاملہ نہ ہو بلکہ محض کھیل تماشہ ہو ایسے ادمی کے لیے اخرت کے انعامات میں کوئی حصہ نہیں اس نے اپنے اندر ایک ایسی روح کی پرورش کی جس کی غذا صرف دنیا کی چیزیں بن سکتی تھیں</w:t>
      </w:r>
    </w:p>
    <w:p>
      <w:r>
        <w:rPr>
          <w:b/>
        </w:rPr>
        <w:t xml:space="preserve">[1:20:15] </w:t>
      </w:r>
      <w:r>
        <w:t>phir akhirat ki chezon se us ki rooh kyun kar apni khurak pa sakti hai jo insan aaj akhirat mein na jiya ho us ke liye akhirat kal ke din bhi zindagi ka zariya nahi ban sakti</w:t>
      </w:r>
    </w:p>
    <w:p>
      <w:pPr>
        <w:jc w:val="right"/>
      </w:pPr>
      <w:r>
        <w:t>پھر اخرت کی چیزوں سے اس کی روح کیوں کر اپنی خوراک پا سکتی ہے جو انسان اج اخرت میں نہ جیا ہو اس کے لیے اخرت کل کے دن بھی زندگی کا ذریعہ نہیں بن سکتی</w:t>
      </w:r>
    </w:p>
    <w:p>
      <w:r>
        <w:rPr>
          <w:b/>
        </w:rPr>
        <w:t xml:space="preserve">[1:20:33] </w:t>
      </w:r>
      <w:r>
        <w:t>dosra insan woh hai jo ghaybi haqiqaton mein gum raha ho jis ki rooh ko akhirat ki yad mein lazzat mili ho jis ki ghiza yeh rahi ho ke woh Khuda mein jiye aur Khuda ki fazaaon mein sans le yahi woh insan hai jis ke liye akhirat rizq ka dastarkhwan banegi</w:t>
      </w:r>
    </w:p>
    <w:p>
      <w:pPr>
        <w:jc w:val="right"/>
      </w:pPr>
      <w:r>
        <w:t>دوسرا انسان وہ ہے جو غیبی حقیقتوں میں گم رہا ہو جس کی روح کو اخرت کی یاد میں لذت ملی ہو جس کی غذا یہ رہی ہو کہ وہ خدا میں جیے اور خدا کی فضاؤں میں سانس لے یہی وہ انسان ہے جس کے لیے اخرت رزق کا دسترخوان بنے گی</w:t>
      </w:r>
    </w:p>
    <w:p>
      <w:r>
        <w:rPr>
          <w:b/>
        </w:rPr>
        <w:t xml:space="preserve">[1:20:58] </w:t>
      </w:r>
      <w:r>
        <w:t>woh jannat ke baghon mein apne liye zindagi ka saman hasil kar le ga is ne alam e ghayb mein khuda ko paya tha is liye alam e shuhood mein bhi woh khuda ko pa le ga khuda ki duniya mein aadmi khuda ko kyun bhula deta hai</w:t>
      </w:r>
    </w:p>
    <w:p>
      <w:pPr>
        <w:jc w:val="right"/>
      </w:pPr>
      <w:r>
        <w:t>وہ جنت کے باغوں میں اپنے لیے زندگی کا سامان حاصل کر لے گا اس نے عالم غیب میں خدا کو پایا تھا اس لیے عالم شہود میں بھی وہ خدا کو پا لے گا خدا کی دنیا میں ادمی خدا کو کیوں بھلا دیتا ہے</w:t>
      </w:r>
    </w:p>
    <w:p>
      <w:r>
        <w:rPr>
          <w:b/>
        </w:rPr>
        <w:t xml:space="preserve">[1:21:20] </w:t>
      </w:r>
      <w:r>
        <w:t>is ki wajah yeh hai ke khuda aisi nishaniyon ke sath samne aata hai jo sirf sochne se zehn ki pakar mein aati hain jabke duniya ki cheezain ankhon ke samne apni tamam raunaqon ke sath maujood hoti hain</w:t>
      </w:r>
    </w:p>
    <w:p>
      <w:pPr>
        <w:jc w:val="right"/>
      </w:pPr>
      <w:r>
        <w:t>اس کی وجہ یہ ہے کہ خدا ایسی نشانیوں کے ساتھ سامنے اتا ہے جو صرف سوچنے سے ذہن کی پکڑ میں اتی ہیں جبکہ دنیا کی چیزیں انکھوں کے سامنے اپنی تمام رونقوں کے ساتھ موجود ہوتی ہیں</w:t>
      </w:r>
    </w:p>
    <w:p>
      <w:r>
        <w:rPr>
          <w:b/>
        </w:rPr>
        <w:t xml:space="preserve">[1:21:39] </w:t>
      </w:r>
      <w:r>
        <w:t>aadmi zahiri cheezon ki taraf jhuk jata hai woh khuda ki taraf ishara karne wali nishaniyon ko nazar andaz kar deta hai magar aisa har amal duniya ki qeemat par akhirat ko chhodna hai aur jis ne maut se pehle wali zindagi mein akhirat ko chhoda woh maut ke baad wali zindagi mein bhi akhirat se mahroom rahe ga</w:t>
      </w:r>
    </w:p>
    <w:p>
      <w:pPr>
        <w:jc w:val="right"/>
      </w:pPr>
      <w:r>
        <w:t>ادمی ظاہری چیزوں کی طرف جھک جاتا ہے وہ خدا کی طرف اشارہ کرنے والی نشانیوں کو نظر انداز کر دیتا ہے مگر ایسا ہر عمل دنیا کی قیمت پر اخرت کو چھوڑنا ہے اور جس نے موت سے پہلے والی زندگی میں اخرت کو چھوڑا وہ موت کے بعد والی زندگی میں بھی اخرت سے محروم رہے گا</w:t>
      </w:r>
    </w:p>
    <w:p>
      <w:r>
        <w:rPr>
          <w:b/>
        </w:rPr>
        <w:t xml:space="preserve">[1:22:06] </w:t>
      </w:r>
      <w:r>
        <w:t>allah jab ek cheez ko haq ki hesiyat se logon ke samne laye aur woh us ko ahmiyat na dein woh us ke sath ghair sanjeeda muamla karein to yeh darasal khud khuda ko ghair aham samajhna aur us ke sath ghair sanjeeda muamla karna hai duniya mein haq ko nazar andaz karne se aadmi ka kuch bigadta nahi</w:t>
      </w:r>
    </w:p>
    <w:p>
      <w:pPr>
        <w:jc w:val="right"/>
      </w:pPr>
      <w:r>
        <w:t>اللہ جب ایک چیز کو حق کی حیثیت سے لوگوں کے سامنے لائے اور وہ اس کو اہمیت نہ دیں وہ اس کے ساتھ غیر سنجیدہ معاملہ کریں تو یہ دراصل خود خدا کو غیر اہم سمجھنا اور اس کے ساتھ غیر سنجیدہ معاملہ کرنا ہے دنیا میں حق کو نظر انداز کرنے سے ادمی کا کچھ بگڑتا نہیں</w:t>
      </w:r>
    </w:p>
    <w:p>
      <w:r>
        <w:rPr>
          <w:b/>
        </w:rPr>
        <w:t xml:space="preserve">[1:22:30] </w:t>
      </w:r>
      <w:r>
        <w:t>haq ki pusht par jo khudai taqatein hain woh abhi ghayb mein hone ki wajah se us ko nazar nahi aati yeh soorat e haal us ko dhoke mein daal deti hai jo log is tarah haq ko nazar andaz karein woh yeh khatra mol lete hain ke khuda bhi akhirat ke din unhein nazar andaz kar de</w:t>
      </w:r>
    </w:p>
    <w:p>
      <w:pPr>
        <w:jc w:val="right"/>
      </w:pPr>
      <w:r>
        <w:t>حق کی پشت پر جو خدائی طاقتیں ہیں وہ ابھی غیب میں ہونے کی وجہ سے اس کو نظر نہیں اتی یہ صورتحال اس کو دھوکے میں ڈال دیتی ہے جو لوگ اس طرح حق کو نظر انداز کریں وہ یہ خطرہ مول لیتے ہیں کہ خدا بھی اخرت کے دن انہیں نظر انداز کر دے</w:t>
      </w:r>
    </w:p>
    <w:p>
      <w:r>
        <w:rPr>
          <w:b/>
        </w:rPr>
        <w:t xml:space="preserve">[1:22:58] </w:t>
      </w:r>
      <w:r>
        <w:t>wa laqad ji'naahu bikitaabin</w:t>
      </w:r>
    </w:p>
    <w:p>
      <w:pPr>
        <w:jc w:val="right"/>
      </w:pPr>
      <w:r>
        <w:t>ولقد جئناه بکتاب</w:t>
      </w:r>
    </w:p>
    <w:p>
      <w:r>
        <w:rPr>
          <w:b/>
        </w:rPr>
        <w:t xml:space="preserve">[1:23:03] </w:t>
      </w:r>
      <w:r>
        <w:t>fassalnaahu 'alaa 'ilmin hudan wa rahmatan li qawmin</w:t>
      </w:r>
    </w:p>
    <w:p>
      <w:pPr>
        <w:jc w:val="right"/>
      </w:pPr>
      <w:r>
        <w:t>فصلناه علی علم ہدى ورحمۃ لقوم</w:t>
      </w:r>
    </w:p>
    <w:p>
      <w:r>
        <w:rPr>
          <w:b/>
        </w:rPr>
        <w:t xml:space="preserve">[1:23:09] </w:t>
      </w:r>
      <w:r>
        <w:t>yu'minoon hal yanzuroona illaa ta'weelah</w:t>
      </w:r>
    </w:p>
    <w:p>
      <w:pPr>
        <w:jc w:val="right"/>
      </w:pPr>
      <w:r>
        <w:t>یومنون ہلینظرون الا تاویلہ</w:t>
      </w:r>
    </w:p>
    <w:p>
      <w:r>
        <w:rPr>
          <w:b/>
        </w:rPr>
        <w:t xml:space="preserve">[1:23:17] </w:t>
      </w:r>
      <w:r>
        <w:t>yawma ya'tee ta'weeluhu yaqoolul lazeena nasoohu min qablu qad jaa'at</w:t>
      </w:r>
    </w:p>
    <w:p>
      <w:pPr>
        <w:jc w:val="right"/>
      </w:pPr>
      <w:r>
        <w:t>یوم یاتی تاویلہ یقول الذین نسوه من قبل قد جاءت</w:t>
      </w:r>
    </w:p>
    <w:p>
      <w:r>
        <w:rPr>
          <w:b/>
        </w:rPr>
        <w:t xml:space="preserve">[1:23:27] </w:t>
      </w:r>
      <w:r>
        <w:t>rusulu rabbinaa bil haqqi</w:t>
      </w:r>
    </w:p>
    <w:p>
      <w:pPr>
        <w:jc w:val="right"/>
      </w:pPr>
      <w:r>
        <w:t>رسل ربنا بالحق</w:t>
      </w:r>
    </w:p>
    <w:p>
      <w:r>
        <w:rPr>
          <w:b/>
        </w:rPr>
        <w:t xml:space="preserve">[1:23:31] </w:t>
      </w:r>
      <w:r>
        <w:t>qad jaa'at rusulu rabbinaa bil haqqi fa hal lanaa min shufa'aa'a</w:t>
      </w:r>
    </w:p>
    <w:p>
      <w:pPr>
        <w:jc w:val="right"/>
      </w:pPr>
      <w:r>
        <w:t>قد جاءت رسل ربنا بالحق فهل لنا من شفعاء</w:t>
      </w:r>
    </w:p>
    <w:p>
      <w:r>
        <w:rPr>
          <w:b/>
        </w:rPr>
        <w:t xml:space="preserve">[1:23:41] </w:t>
      </w:r>
      <w:r>
        <w:t>fa yashfa'oo lanaa fa yashfa'oo</w:t>
      </w:r>
    </w:p>
    <w:p>
      <w:pPr>
        <w:jc w:val="right"/>
      </w:pPr>
      <w:r>
        <w:t>فيشفعوا لنا فيشفعوا</w:t>
      </w:r>
    </w:p>
    <w:p>
      <w:r>
        <w:rPr>
          <w:b/>
        </w:rPr>
        <w:t xml:space="preserve">[1:23:44] </w:t>
      </w:r>
      <w:r>
        <w:t>lanaa aw nurodda fana'mala ghairal lazee kunna na'mal qad khasirrooo anfusahum wa zalla anhum maa kaanoo yaftaroon</w:t>
      </w:r>
    </w:p>
    <w:p>
      <w:pPr>
        <w:jc w:val="right"/>
      </w:pPr>
      <w:r>
        <w:t>لنا او نرد فنعمل غير الذي كنا نعمل قد خسروا انفسهم وضل عنهم ما كانوا يفترون</w:t>
      </w:r>
    </w:p>
    <w:p>
      <w:r>
        <w:rPr>
          <w:b/>
        </w:rPr>
        <w:t xml:space="preserve">[1:24:06] </w:t>
      </w:r>
      <w:r>
        <w:t>aur hum un logon ke paas ek aisi kitab le aaye hain jis ko hum ne ilm ki buniyad par mufassal kiya hai hidiyat aur rehmat bana kar un logon ke liye jo imaan layein kya ab woh isi ke muntazir hain ke is ka mazmoon zahir ho jaye</w:t>
      </w:r>
    </w:p>
    <w:p>
      <w:pPr>
        <w:jc w:val="right"/>
      </w:pPr>
      <w:r>
        <w:t>اور ہم ان لوگوں کے پاس ایک ایسی کتاب لے ائے ہیں جس کو ہم نے علم کی بنیاد پر مفصل کیا ہے ہدایت اور رحمت بنا کر ان لوگوں کے لیے جو ایمان لائیں کیا اب وہ اسی کے منتظر ہیں کہ اس کا مضمون ظاہر ہو جائے</w:t>
      </w:r>
    </w:p>
    <w:p>
      <w:r>
        <w:rPr>
          <w:b/>
        </w:rPr>
        <w:t xml:space="preserve">[1:24:31] </w:t>
      </w:r>
      <w:r>
        <w:t>jis din is ka mazmoon zahir ho jayega to woh log jo us ko pehle bhule hue the bol uthenge ke beshak hamare rab ke paighambar haq le kar aaye the pas ab kya koi hamari sifarish karne wale hain ke hamari sifarish karein ya hum ko dobara wapas hi bhej diya jaye taake hum is se mukhtalif amal karein jo hum pehle kar rahe the</w:t>
      </w:r>
    </w:p>
    <w:p>
      <w:pPr>
        <w:jc w:val="right"/>
      </w:pPr>
      <w:r>
        <w:t>جس دن اس کا مضمون ظاہر ہو جائے گا تو وہ لوگ جو اس کو پہلے بھولے ہوئے تھے بول اٹھیں گے کہ بے شک ہمارے رب کے پیغمبر حق لے کر ائے تھے پس اب کیا کوئی ہماری سفارش کرنے والے ہیں کہ ہماری سفارش کریں یا ہم کو دوبارہ واپس ہی بھیج دیا جائے تاکہ ہم اس سے مختلف عمل کریں جو ہم پہلے کر رہے تھے</w:t>
      </w:r>
    </w:p>
    <w:p>
      <w:r>
        <w:rPr>
          <w:b/>
        </w:rPr>
        <w:t xml:space="preserve">[1:24:59] </w:t>
      </w:r>
      <w:r>
        <w:t>unhon ne apne aap ko ghaate mein dala aur un se gum ho gaya woh jo woh ghadte the tashreeh e quran aadmi ko maut ke baad aane wali zindagi se darta hai woh akhirat ke hisab kitab se logon ko aagah karta hai magar aadmi chaukana nahi hota</w:t>
      </w:r>
    </w:p>
    <w:p>
      <w:pPr>
        <w:jc w:val="right"/>
      </w:pPr>
      <w:r>
        <w:t>انہوں نے اپنے اپ کو گھاٹے میں ڈالا اور ان سے گم ہو گیا وہ جو وہ گھڑتے تھے تشریح قران ادمی کو موت کے بعد انے والی زندگی سے ڈراتا ہے وہ اخرت کے حساب کتاب سے لوگوں کو اگاہ کرتا ہے مگر ادمی چوکنا نہیں ہوتا</w:t>
      </w:r>
    </w:p>
    <w:p>
      <w:r>
        <w:rPr>
          <w:b/>
        </w:rPr>
        <w:t xml:space="preserve">[1:25:23] </w:t>
      </w:r>
      <w:r>
        <w:t>quran ki yeh khabrein agarcheh mehz khabrein nahin hain balkeh woh kainat ki atal haqiqatein hain taham abhi</w:t>
      </w:r>
    </w:p>
    <w:p>
      <w:pPr>
        <w:jc w:val="right"/>
      </w:pPr>
      <w:r>
        <w:t>قران کی یہ خبریں اگرچہ محض خبریں نہیں ہیں بلکہ وہ کائنات کی اٹل حقیقتیں ہیں تاہم ابھی</w:t>
      </w:r>
    </w:p>
    <w:p>
      <w:r>
        <w:rPr>
          <w:b/>
        </w:rPr>
        <w:t xml:space="preserve">[1:25:32] </w:t>
      </w:r>
      <w:r>
        <w:t>woh waqeaat ki soorat mein zaahir nahin huin abhi woh mustaqbil ke parde mein chupi hui hain is</w:t>
      </w:r>
    </w:p>
    <w:p>
      <w:pPr>
        <w:jc w:val="right"/>
      </w:pPr>
      <w:r>
        <w:t>وہ واقعات کی صورت میں ظاہر نہیں ہوئیں ابھی وہ مستقبل کے پردے میں چھپی ہوئی ہیں اس</w:t>
      </w:r>
    </w:p>
    <w:p>
      <w:r>
        <w:rPr>
          <w:b/>
        </w:rPr>
        <w:t xml:space="preserve">[1:25:39] </w:t>
      </w:r>
      <w:r>
        <w:t>bana par ghafil insan yeh samajhta hai ke yeh sirf kehne ki baatein hain</w:t>
      </w:r>
    </w:p>
    <w:p>
      <w:pPr>
        <w:jc w:val="right"/>
      </w:pPr>
      <w:r>
        <w:t>بنا پر غافل انسان یہ سمجھتا ہے کہ یہ صرف کہنے کی باتیں ہیں</w:t>
      </w:r>
    </w:p>
    <w:p>
      <w:r>
        <w:rPr>
          <w:b/>
        </w:rPr>
        <w:t xml:space="preserve">[1:25:47] </w:t>
      </w:r>
      <w:r>
        <w:t>magar yeh baatein Khuda ki taraf se hain jo tamam baaton ka janne wala hai</w:t>
      </w:r>
    </w:p>
    <w:p>
      <w:pPr>
        <w:jc w:val="right"/>
      </w:pPr>
      <w:r>
        <w:t>مگر یہ باتیں خدا کی طرف سے ہیں جو تمام باتوں کا جاننے والا ہے</w:t>
      </w:r>
    </w:p>
    <w:p>
      <w:r>
        <w:rPr>
          <w:b/>
        </w:rPr>
        <w:t xml:space="preserve">[1:25:53] </w:t>
      </w:r>
      <w:r>
        <w:t>jin logon ne apni fitrat ko bigada nahi hai jin ki ankhon par masnooi parde nahi pade hue hain woh quran ki in baaton ko apne dil ki aawaz payenge woh un ko ain wohi cheez maloom hogi jis ki talash un ki fitrat pehle se kar rahi thi quran un ke liye zindagi aur yaqeen ka khazana ban jayega</w:t>
      </w:r>
    </w:p>
    <w:p>
      <w:pPr>
        <w:jc w:val="right"/>
      </w:pPr>
      <w:r>
        <w:t>جن لوگوں نے اپنی فطرت کو بگاڑا نہیں ہے جن کی انکھوں پر مصنوعی پردے نہیں پڑے ہوئے ہیں وہ قران کی ان باتوں کو اپنے دل کی اواز پائیں گے وہ ان کو عین وہی چیز معلوم ہوگی جس کی تلاش ان کی فطرت پہلے سے کر رہی تھی قران ان کے لیے زندگی اور یقین کا خزانہ بن جائے گا</w:t>
      </w:r>
    </w:p>
    <w:p>
      <w:r>
        <w:rPr>
          <w:b/>
        </w:rPr>
        <w:t xml:space="preserve">[1:26:18] </w:t>
      </w:r>
      <w:r>
        <w:t>is ke bar aks haal un logon ka hai jo quran ki aagahi ko koi sanjeeda cheez nahi samajhte woh apni is ghaflat ki halat mein pade rehte hain yahan tak ke woh waqt un par phat pade jis ki khabar unhein di ja rahi hai us waqt aadmi achaanak dekhe ga ke woh bilkul be sahara ho chuka hai</w:t>
      </w:r>
    </w:p>
    <w:p>
      <w:pPr>
        <w:jc w:val="right"/>
      </w:pPr>
      <w:r>
        <w:t>اس کے برعکس حال ان لوگوں کا ہے جو قران کی اگاہی کو کوئی سنجیدہ چیز نہیں سمجھتے وہ اپنی اس غفلت کی حالت میں پڑے رہتے ہیں یہاں تک کہ وہ وقت ان پر پھٹ پڑے جس کی خبر انہیں دی جا رہی ہے اس وقت ادمی اچانک دیکھے گا کہ وہ بالکل بے سہارا ہو چکا ہے</w:t>
      </w:r>
    </w:p>
    <w:p>
      <w:r>
        <w:rPr>
          <w:b/>
        </w:rPr>
        <w:t xml:space="preserve">[1:26:41] </w:t>
      </w:r>
      <w:r>
        <w:t>woh jin masail ko aham samajh kar un mein uljha hua tha us din woh bilkul be haqeeqat nazar aayenge woh jin cheezon par bharosa kiye hue tha woh sab uska saath chhod chuke honge woh jin ummeedon par jee raha tha woh sab jhooti khushhaliyan sabit hongi akhirat ka masla aaj mahaz ek nazariya hai</w:t>
      </w:r>
    </w:p>
    <w:p>
      <w:pPr>
        <w:jc w:val="right"/>
      </w:pPr>
      <w:r>
        <w:t>وہ جن مسائل کو اہم سمجھ کر ان میں الجھا ہوا تھا اس دن وہ بالکل بے حقیقت نظر ائیں گے وہ جن چیزوں پر بھروسہ کیے ہوئے تھا وہ سب اس کا ساتھ چھوڑ چکے ہوں گے وہ جن امیدوں پر جی رہا تھا وہ سب جھوٹی خوشحالیاں ثابت ہوں گی اخرت کا مسئلہ اج محض ایک نظریہ ہے</w:t>
      </w:r>
    </w:p>
    <w:p>
      <w:r>
        <w:rPr>
          <w:b/>
        </w:rPr>
        <w:t xml:space="preserve">[1:27:05] </w:t>
      </w:r>
      <w:r>
        <w:t>woh bazahir koi sangin masla nahi is liye aadmi is ke bare mein sanjeeda nahi ho pata magar maut ke baad aane wali zindagi mein jab akhirat apni tamam holnakiyon ke sath phat padegi us waqt har aadmi is baat ko manne par majboor hoga jis ko woh is se pehle manne par tayyar nahi hota tha</w:t>
      </w:r>
    </w:p>
    <w:p>
      <w:pPr>
        <w:jc w:val="right"/>
      </w:pPr>
      <w:r>
        <w:t>وہ بظاہر کوئی سنگین مسئلہ نہیں اس لیے ادمی اس کے بارے میں سنجیدہ نہیں ہو پاتا مگر موت کے بعد انے والی زندگی میں جب اخرت اپنی تمام ہولناکیوں کے ساتھ پھٹ پڑے گی اس وقت ہر ادمی اس بات کو ماننے پر مجبور ہوگا جس کو وہ اس سے پہلے ماننے پر تیار نہیں ہوتا تھا</w:t>
      </w:r>
    </w:p>
    <w:p>
      <w:r>
        <w:rPr>
          <w:b/>
        </w:rPr>
        <w:t xml:space="preserve">[1:27:30] </w:t>
      </w:r>
      <w:r>
        <w:t>us waqt aadmi jaan lega ke is se pehle jo baat daleel ki zaban mein kahi ja rahi thi woh ain haqeeqat thi magar mein is ke bare mein sanjeeda na ho saka is liye mein is ko samajh bhi na paya jab woh tamam cheezein aadmi ka saath ko woh dengi jin ko woh duniya mein apna sahara banaya hua</w:t>
      </w:r>
    </w:p>
    <w:p>
      <w:pPr>
        <w:jc w:val="right"/>
      </w:pPr>
      <w:r>
        <w:t>اس وقت ادمی جان لے گا کہ اس سے پہلے جو بات دلیل کی زبان میں کہی جا رہی تھی وہ عین حقیقت تھی مگر میں اس کے بارے میں سنجیدہ نہ ہو سکا اس لیے میں اس کو سمجھ بھی نہ پایا جب وہ تمام چیزیں ادمی کا ساتھ کو وہ دیں گی جن کو وہ دنیا میں اپنا سہارا بنایا ہوا</w:t>
      </w:r>
    </w:p>
    <w:p>
      <w:r>
        <w:rPr>
          <w:b/>
        </w:rPr>
        <w:t xml:space="preserve">[1:27:56] </w:t>
      </w:r>
      <w:r>
        <w:t>tha to woh chahe ga ke duniya mein use dobara bhej diya jaye taake woh sahi zindagi guzare magar zindagi ka yeh mauqa kisi ko dobara milne wala nahi</w:t>
      </w:r>
    </w:p>
    <w:p>
      <w:pPr>
        <w:jc w:val="right"/>
      </w:pPr>
      <w:r>
        <w:t>تھا تو وہ چاہے گا کہ دنیا میں اسے دوبارہ بھیج دیا جائے تاکہ وہ صحیح زندگی گزارے مگر زندگی کا یہ موقع کسی کو دوبارہ ملنے والا نہیں</w:t>
      </w:r>
    </w:p>
    <w:p>
      <w:r>
        <w:rPr>
          <w:b/>
        </w:rPr>
        <w:t xml:space="preserve">[1:28:15] </w:t>
      </w:r>
      <w:r>
        <w:t>in rabbukum Allahu alladhi khalaqa al-samawati wa al-arda fi sittati ayyam</w:t>
      </w:r>
    </w:p>
    <w:p>
      <w:pPr>
        <w:jc w:val="right"/>
      </w:pPr>
      <w:r>
        <w:t>ان ربکم اللہ الذی خلق السماوات والارض فی سته ایام</w:t>
      </w:r>
    </w:p>
    <w:p>
      <w:r>
        <w:rPr>
          <w:b/>
        </w:rPr>
        <w:t xml:space="preserve">[1:28:24] </w:t>
      </w:r>
      <w:r>
        <w:t>thumma istawa ala al-arshi yughshi al-layla al-nahara</w:t>
      </w:r>
    </w:p>
    <w:p>
      <w:pPr>
        <w:jc w:val="right"/>
      </w:pPr>
      <w:r>
        <w:t>من ثم استوى علی العرش یغش اللیلا النهار</w:t>
      </w:r>
    </w:p>
    <w:p>
      <w:r>
        <w:rPr>
          <w:b/>
        </w:rPr>
        <w:t xml:space="preserve">[1:28:31] </w:t>
      </w:r>
      <w:r>
        <w:t>yughshi al-layla al-nahara yatlubuhu hathithan</w:t>
      </w:r>
    </w:p>
    <w:p>
      <w:pPr>
        <w:jc w:val="right"/>
      </w:pPr>
      <w:r>
        <w:t>یغش اللیلا النهار یطلبہ حثیثا</w:t>
      </w:r>
    </w:p>
    <w:p>
      <w:r>
        <w:rPr>
          <w:b/>
        </w:rPr>
        <w:t xml:space="preserve">[1:28:37] </w:t>
      </w:r>
      <w:r>
        <w:t>wa al-shamsa wa al-qamara wa al-nujuma</w:t>
      </w:r>
    </w:p>
    <w:p>
      <w:pPr>
        <w:jc w:val="right"/>
      </w:pPr>
      <w:r>
        <w:t>والشمس والقمر والنجوم</w:t>
      </w:r>
    </w:p>
    <w:p>
      <w:r>
        <w:rPr>
          <w:b/>
        </w:rPr>
        <w:t xml:space="preserve">[1:28:41] </w:t>
      </w:r>
      <w:r>
        <w:t>musakhkharatin bi amrihi ala lahu al-khalqu wa al-amru</w:t>
      </w:r>
    </w:p>
    <w:p>
      <w:pPr>
        <w:jc w:val="right"/>
      </w:pPr>
      <w:r>
        <w:t>مسخرات بامره الا له الخلق والامر</w:t>
      </w:r>
    </w:p>
    <w:p>
      <w:r>
        <w:rPr>
          <w:b/>
        </w:rPr>
        <w:t xml:space="preserve">[1:28:49] </w:t>
      </w:r>
      <w:r>
        <w:t>tabaraka Allahu rabbu al-alamina</w:t>
      </w:r>
    </w:p>
    <w:p>
      <w:pPr>
        <w:jc w:val="right"/>
      </w:pPr>
      <w:r>
        <w:t>تبارک اللہ رب العالمین</w:t>
      </w:r>
    </w:p>
    <w:p>
      <w:r>
        <w:rPr>
          <w:b/>
        </w:rPr>
        <w:t xml:space="preserve">[1:28:54] </w:t>
      </w:r>
      <w:r>
        <w:t>ud'u rabbakum tadharru'an</w:t>
      </w:r>
    </w:p>
    <w:p>
      <w:pPr>
        <w:jc w:val="right"/>
      </w:pPr>
      <w:r>
        <w:t>ادعوا ربكم تضرعا</w:t>
      </w:r>
    </w:p>
    <w:p>
      <w:r>
        <w:rPr>
          <w:b/>
        </w:rPr>
        <w:t xml:space="preserve">[1:28:58] </w:t>
      </w:r>
      <w:r>
        <w:t>wa khifiyyatan innahu</w:t>
      </w:r>
    </w:p>
    <w:p>
      <w:pPr>
        <w:jc w:val="right"/>
      </w:pPr>
      <w:r>
        <w:t>وخفیہ انه</w:t>
      </w:r>
    </w:p>
    <w:p>
      <w:r>
        <w:rPr>
          <w:b/>
        </w:rPr>
        <w:t xml:space="preserve">[1:29:01] </w:t>
      </w:r>
      <w:r>
        <w:t>laa yuhibbul mu'tadeen wa laa tufsiddoo fil ardi ba'da islaahihaa wad'oohu khawfan wa tama'an innna rahmata allaahe qareebun minal muhsineen</w:t>
      </w:r>
    </w:p>
    <w:p>
      <w:pPr>
        <w:jc w:val="right"/>
      </w:pPr>
      <w:r>
        <w:t>لا يحب المعتدين ولا تفسدوا في الارض بعد اصلاحها وادعوه خوفا وطمعا ان رحمه الله قريب من المحسنين</w:t>
      </w:r>
    </w:p>
    <w:p>
      <w:r>
        <w:rPr>
          <w:b/>
        </w:rPr>
        <w:t xml:space="preserve">[1:29:26] </w:t>
      </w:r>
      <w:r>
        <w:t>beshak tumhara rab wohi allah hai jis ne aasmanon aur zameen ko chhe dinon mein paida kiya phir woh arsh par mutamakin hua woh urata hai raat ko din par din us ke peeche laga aata hai doarta hua aur us ne paida kiye suraj aur chand aur sitare</w:t>
      </w:r>
    </w:p>
    <w:p>
      <w:pPr>
        <w:jc w:val="right"/>
      </w:pPr>
      <w:r>
        <w:t>بے شک تمہارا رب وہی اللہ ہے جس نے اسمانوں اور زمین کو چھ دنوں میں پیدا کیا پھر وہ عرش پر متمکن ہوا وہ اڑاتا ہے رات کو دن پر دن اس کے پیچھے لگا اتا ہے دوڑتا ہوا اور اس نے پیدا کیے سورج اور چاند اور ستارے</w:t>
      </w:r>
    </w:p>
    <w:p>
      <w:r>
        <w:rPr>
          <w:b/>
        </w:rPr>
        <w:t xml:space="preserve">[1:29:54] </w:t>
      </w:r>
      <w:r>
        <w:t>sab tabedar hain us ke hukum ke yaad rakho isi ka kaam hai paida karna aur hukum karna badi barkat wala hai allah jo rab hai sare jahan ka apne rab ko pukaro gigirate hue aur chupke chupke</w:t>
      </w:r>
    </w:p>
    <w:p>
      <w:pPr>
        <w:jc w:val="right"/>
      </w:pPr>
      <w:r>
        <w:t>سب تابعدار ہیں اس کے حکم کے یاد رکھو اسی کا کام ہے پیدا کرنا اور حکم کرنا بڑی برکت والا ہے اللہ جو رب ہے سارے جہان کا اپنے رب کو پکارو گیگڑاتے ہوئے اور چپکے چپکے</w:t>
      </w:r>
    </w:p>
    <w:p>
      <w:r>
        <w:rPr>
          <w:b/>
        </w:rPr>
        <w:t xml:space="preserve">[1:30:17] </w:t>
      </w:r>
      <w:r>
        <w:t>yakeenan woh had se bigadne walon ko pasand nahi karta aur zameen mein fasad na karo is ki islaah ke baad aur isi ko pukaro khauf ke sath aur tama ke sath yakeenan allah ki rehmat naik kaam karne walon se qareeb hai</w:t>
      </w:r>
    </w:p>
    <w:p>
      <w:pPr>
        <w:jc w:val="right"/>
      </w:pPr>
      <w:r>
        <w:t>یقینا وہ حد سے بگڑنے والوں کو پسند نہیں کرتا اور زمین میں فساد نہ کرو اس کی اصلاح کے بعد اور اسی کو پکارو خوف کے ساتھ اور طمع کے ساتھ یقینا اللہ کی رحمت نیک کام کرنے والوں سے قریب ہے</w:t>
      </w:r>
    </w:p>
    <w:p>
      <w:r>
        <w:rPr>
          <w:b/>
        </w:rPr>
        <w:t xml:space="preserve">[1:30:45] </w:t>
      </w:r>
      <w:r>
        <w:t>tashreeh zameen o aasman aur us ki tamam cheezon ka paida karne wala khuda hai is paida karne ki ek soorat yeh bhi thi ke woh tamam cheezon ko bana kar un ko intashar ki halat mein chhod deta magar us ne aisa nahi kiya</w:t>
      </w:r>
    </w:p>
    <w:p>
      <w:pPr>
        <w:jc w:val="right"/>
      </w:pPr>
      <w:r>
        <w:t>تشریح زمین و اسمان اور اس کی تمام چیزوں کا پیدا کرنے والا خدا ہے اس پیدا کرنے کی ایک صورت یہ بھی تھی کہ وہ تمام چیزوں کو بنا کر ان کو انتشار کی حالت میں چھوڑ دیتا مگر اس نے ایسا نہیں کیا</w:t>
      </w:r>
    </w:p>
    <w:p>
      <w:r>
        <w:rPr>
          <w:b/>
        </w:rPr>
        <w:t xml:space="preserve">[1:31:09] </w:t>
      </w:r>
      <w:r>
        <w:t>us ne tamam cheezon ko ek had darja kamil aur hakimana nizam ke tehat joda aur un ko is tarah chalaya ke har cheez theek usi tarah kaam karti hai jaisa ke majmooi maslehat ke aitbar se us ko karna chahiye</w:t>
      </w:r>
    </w:p>
    <w:p>
      <w:pPr>
        <w:jc w:val="right"/>
      </w:pPr>
      <w:r>
        <w:t>اس نے تمام چیزوں کو ایک حد درجہ کامل اور حکیمانہ نظام کے تحت جوڑا اور ان کو اس طرح چلایا کہ ہر چیز ٹھیک اسی طرح کام کرتی ہے جیسا کہ مجموعی مصلحت کے اعتبار سے اس کو کرنا چاہیے</w:t>
      </w:r>
    </w:p>
    <w:p>
      <w:r>
        <w:rPr>
          <w:b/>
        </w:rPr>
        <w:t xml:space="preserve">[1:31:34] </w:t>
      </w:r>
      <w:r>
        <w:t>insaan bhi isi duniya ka ek chhota hissa hai</w:t>
      </w:r>
    </w:p>
    <w:p>
      <w:pPr>
        <w:jc w:val="right"/>
      </w:pPr>
      <w:r>
        <w:t>انسان بھی اسی دنیا کا ایک چھوٹا حصہ ہے</w:t>
      </w:r>
    </w:p>
    <w:p>
      <w:r>
        <w:rPr>
          <w:b/>
        </w:rPr>
        <w:t xml:space="preserve">[1:31:38] </w:t>
      </w:r>
      <w:r>
        <w:t>phir aisi islaah yafta dunya mein is ka rawaiyya kya hona chahiye is ka rawaiyya wahi hona chahiye jo baqi tamam cheezon ka hai.</w:t>
      </w:r>
    </w:p>
    <w:p>
      <w:pPr>
        <w:jc w:val="right"/>
      </w:pPr>
      <w:r>
        <w:t>پھر ایسی اصلاح یافتہ دنیا میں اس کا رویہ کیا ہونا چاہیے اس کا رویہ وہی ہونا چاہیے جو بقیہ تمام چیزوں کا ہے.</w:t>
      </w:r>
    </w:p>
    <w:p>
      <w:r>
        <w:rPr>
          <w:b/>
        </w:rPr>
        <w:t xml:space="preserve">[1:31:51] </w:t>
      </w:r>
      <w:r>
        <w:t>woh bhi apne aap ko isi khalq ke mansoobay mein de de jis ke mansoobay mein baqi kainat poori tabeedari ke sath apne aap ko diye hue hain</w:t>
      </w:r>
    </w:p>
    <w:p>
      <w:pPr>
        <w:jc w:val="right"/>
      </w:pPr>
      <w:r>
        <w:t>وہ بھی اپنے اپ کو اسی خالق کے منصوبے میں دے دے جس کے منصوبے میں بقیہ کائنات پوری تابعداری کے ساتھ اپنے اپ کو دیے ہوئے ہیں</w:t>
      </w:r>
    </w:p>
    <w:p>
      <w:r>
        <w:rPr>
          <w:b/>
        </w:rPr>
        <w:t xml:space="preserve">[1:32:07] </w:t>
      </w:r>
      <w:r>
        <w:t>kainat ki tamam cheezein husn karkardagi ki had tak apne aap ko khuda ke mansoobay mein shamil kiye hue hain is liye insaan ko bhi husn karkardagi ki had tak apne aap ko is ke hawalay kar dena chahiye yahan koi cheez kabhi apni muqarrar had se tajawuz nahi karti</w:t>
      </w:r>
    </w:p>
    <w:p>
      <w:pPr>
        <w:jc w:val="right"/>
      </w:pPr>
      <w:r>
        <w:t>کائنات کی تمام چیزیں حسن کارکردگی کی حد تک اپنے اپ کو خدا کے منصوبے میں شامل کیے ہوئے ہیں اس لیے انسان کو بھی حسن کارکردگی کی حد تک اپنے اپ کو اس کے حوالے کر دینا چاہیے یہاں کوئی چیز کبھی اپنی مقرر حد سے تجاوز نہیں کرتی</w:t>
      </w:r>
    </w:p>
    <w:p>
      <w:r>
        <w:rPr>
          <w:b/>
        </w:rPr>
        <w:t xml:space="preserve">[1:32:36] </w:t>
      </w:r>
      <w:r>
        <w:t>is liye insaan ke wastay bhi laazim hai ke woh adl aur haq ki khudaai hadon se tajawuz na kare mazeed yeh ke insaan nutq aur shaoor ki izafi khususiyaat rakhta hai is liye nutq aur shaoor ki satah par bhi is ki hawalaagi rab ka izhaar hona zaroori hai</w:t>
      </w:r>
    </w:p>
    <w:p>
      <w:pPr>
        <w:jc w:val="right"/>
      </w:pPr>
      <w:r>
        <w:t>اس لیے انسان کے واسطے بھی لازم ہے کہ وہ عدل اور حق کی خدائی حدوں سے تجاوز نہ کرے مزید یہ کہ انسان نطق اور شعور کی اضافی خصوصیات رکھتا ہے اس لیے نطق اور شعور کی سطح پر بھی اس کی حوالگی رب کا اظہار ہونا ضروری ہے</w:t>
      </w:r>
    </w:p>
    <w:p>
      <w:r>
        <w:rPr>
          <w:b/>
        </w:rPr>
        <w:t xml:space="preserve">[1:33:02] </w:t>
      </w:r>
      <w:r>
        <w:t>insaan ke andar khuda ki marifat itni gehrai tak utar jana chahiye ke us ki zabaan se baar baar is ka izhaar hone lage woh khuda ko is tarah pukare jis tarah banda apne khalq o malik ko pukarta hai</w:t>
      </w:r>
    </w:p>
    <w:p>
      <w:pPr>
        <w:jc w:val="right"/>
      </w:pPr>
      <w:r>
        <w:t>انسان کے اندر خدا کی معرفت اتنی گہرائی تک اتر جانا چاہیے کہ اس کی زبان سے بار بار اس کا اظہار ہونے لگے وہ خدا کو اس طرح پکارے جس طرح بندہ اپنے خالق و مالک کو پکارتا ہے</w:t>
      </w:r>
    </w:p>
    <w:p>
      <w:r>
        <w:rPr>
          <w:b/>
        </w:rPr>
        <w:t xml:space="preserve">[1:33:22] </w:t>
      </w:r>
      <w:r>
        <w:t>is ko Khuda ki Khudaai ka itna idrak hona chahiye ke Khuda ke siwa is ki ummeedon aur</w:t>
      </w:r>
    </w:p>
    <w:p>
      <w:pPr>
        <w:jc w:val="right"/>
      </w:pPr>
      <w:r>
        <w:t>اس کو خدا کی خدائی کا اتنا ادراک ہونا چاہیے کہ خدا کے سوا اس کی امیدوں اور</w:t>
      </w:r>
    </w:p>
    <w:p>
      <w:r>
        <w:rPr>
          <w:b/>
        </w:rPr>
        <w:t xml:space="preserve">[1:33:29] </w:t>
      </w:r>
      <w:r>
        <w:t>is ke andeshon ka koi marja baqi na rahe woh Khuda hi se dare aur usi se apni</w:t>
      </w:r>
    </w:p>
    <w:p>
      <w:pPr>
        <w:jc w:val="right"/>
      </w:pPr>
      <w:r>
        <w:t>اس کے اندیشوں کا کوئی مرجع باقی نہ رہے وہ خدا ہی سے ڈرے اور اسی سے اپنی</w:t>
      </w:r>
    </w:p>
    <w:p>
      <w:r>
        <w:rPr>
          <w:b/>
        </w:rPr>
        <w:t xml:space="preserve">[1:33:38] </w:t>
      </w:r>
      <w:r>
        <w:t>tamam tamannaein wabasta kare Khuda ke sath khauf aur tama ko wabasta karna Khuda ki tabedari ki aakhri</w:t>
      </w:r>
    </w:p>
    <w:p>
      <w:pPr>
        <w:jc w:val="right"/>
      </w:pPr>
      <w:r>
        <w:t>تمام تمنائیں وابستہ کرے خدا کے ساتھ خوف اور طمع کو وابستہ کرنا خدا کی تابعداری کی اخری</w:t>
      </w:r>
    </w:p>
    <w:p>
      <w:r>
        <w:rPr>
          <w:b/>
        </w:rPr>
        <w:t xml:space="preserve">[1:33:48] </w:t>
      </w:r>
      <w:r>
        <w:t>aur intihaai surat hai</w:t>
      </w:r>
    </w:p>
    <w:p>
      <w:pPr>
        <w:jc w:val="right"/>
      </w:pPr>
      <w:r>
        <w:t>اور انتہائی صورت ہے</w:t>
      </w:r>
    </w:p>
    <w:p>
      <w:r>
        <w:rPr>
          <w:b/>
        </w:rPr>
        <w:t xml:space="preserve">[1:33:54] </w:t>
      </w:r>
      <w:r>
        <w:t>banday ki sab se bari kamyabi yeh hai ke is ko khuda ki rehmat hasil ho magar yeh rehmat sirf un ashkhass ka hissa hai jo Allah ke sath apne aap ko itna zyada mutalliq kar lein ke un ke tamam jazbat ka rukh Allah ki taraf ho jaye woh usi ko pukarein aur usi ke sath aajizi karein</w:t>
      </w:r>
    </w:p>
    <w:p>
      <w:pPr>
        <w:jc w:val="right"/>
      </w:pPr>
      <w:r>
        <w:t>بندے کی سب سے بڑی کامیابی یہ ہے کہ اس کو خدا کی رحمت حاصل ہو مگر یہ رحمت صرف ان اشخاص کا حصہ ہے جو اللہ کے ساتھ اپنے اپ کو اتنا زیادہ متعلق کر لیں کہ ان کے تمام جذبات کا رخ اللہ کی طرف ہو جائے وہ اسی کو پکاریں اور اسی کے ساتھ عاجزی کریں</w:t>
      </w:r>
    </w:p>
    <w:p>
      <w:r>
        <w:rPr>
          <w:b/>
        </w:rPr>
        <w:t xml:space="preserve">[1:34:22] </w:t>
      </w:r>
      <w:r>
        <w:t>un ko paanay ki umeed isi se ho aur chhinne ka dar bhi isi se yahi log hain jinhon ne khuda ki qurbat chahi is liye khuda ne bhi un ko apne qareeb jagah de di</w:t>
      </w:r>
    </w:p>
    <w:p>
      <w:pPr>
        <w:jc w:val="right"/>
      </w:pPr>
      <w:r>
        <w:t>ان کو پانے کی امید اسی سے ہو اور چھننے کا ڈر بھی اسی سے یہی لوگ ہیں جنہوں نے خدا کی قربت چاہی اس لیے خدا نے بھی ان کو اپنے قریب جگہ دے دی</w:t>
      </w:r>
    </w:p>
    <w:p>
      <w:r>
        <w:rPr>
          <w:b/>
        </w:rPr>
        <w:t xml:space="preserve">[1:34:42] </w:t>
      </w:r>
      <w:r>
        <w:t>wa huwa alladhi yursilu al-riyaha bushra</w:t>
      </w:r>
    </w:p>
    <w:p>
      <w:pPr>
        <w:jc w:val="right"/>
      </w:pPr>
      <w:r>
        <w:t>وهو الذي يرسل الرياح بشرا</w:t>
      </w:r>
    </w:p>
    <w:p>
      <w:r>
        <w:rPr>
          <w:b/>
        </w:rPr>
        <w:t xml:space="preserve">[1:34:47] </w:t>
      </w:r>
      <w:r>
        <w:t>bayna yaday rahmatihi hatta</w:t>
      </w:r>
    </w:p>
    <w:p>
      <w:pPr>
        <w:jc w:val="right"/>
      </w:pPr>
      <w:r>
        <w:t>بين يدي رحمته حتى</w:t>
      </w:r>
    </w:p>
    <w:p>
      <w:r>
        <w:rPr>
          <w:b/>
        </w:rPr>
        <w:t xml:space="preserve">[1:34:51] </w:t>
      </w:r>
      <w:r>
        <w:t>idha aqlat sahaban</w:t>
      </w:r>
    </w:p>
    <w:p>
      <w:pPr>
        <w:jc w:val="right"/>
      </w:pPr>
      <w:r>
        <w:t>اذا اقلت سحابا</w:t>
      </w:r>
    </w:p>
    <w:p>
      <w:r>
        <w:rPr>
          <w:b/>
        </w:rPr>
        <w:t xml:space="preserve">[1:34:57] </w:t>
      </w:r>
      <w:r>
        <w:t>idha aqlat sahaban</w:t>
      </w:r>
    </w:p>
    <w:p>
      <w:pPr>
        <w:jc w:val="right"/>
      </w:pPr>
      <w:r>
        <w:t>حتى اذا اقلت سحابا</w:t>
      </w:r>
    </w:p>
    <w:p>
      <w:r>
        <w:rPr>
          <w:b/>
        </w:rPr>
        <w:t xml:space="preserve">[1:35:04] </w:t>
      </w:r>
      <w:r>
        <w:t>faqala saqnahu li baladin</w:t>
      </w:r>
    </w:p>
    <w:p>
      <w:pPr>
        <w:jc w:val="right"/>
      </w:pPr>
      <w:r>
        <w:t>فقال سقناه لبلد</w:t>
      </w:r>
    </w:p>
    <w:p>
      <w:r>
        <w:rPr>
          <w:b/>
        </w:rPr>
        <w:t xml:space="preserve">[1:35:08] </w:t>
      </w:r>
      <w:r>
        <w:t>mayyitin fa anzalna bihi al-ma'a</w:t>
      </w:r>
    </w:p>
    <w:p>
      <w:pPr>
        <w:jc w:val="right"/>
      </w:pPr>
      <w:r>
        <w:t>ميت فانزلنا به الماء</w:t>
      </w:r>
    </w:p>
    <w:p>
      <w:r>
        <w:rPr>
          <w:b/>
        </w:rPr>
        <w:t xml:space="preserve">[1:35:15] </w:t>
      </w:r>
      <w:r>
        <w:t>fa anzalna bihi al-ma'a</w:t>
      </w:r>
    </w:p>
    <w:p>
      <w:pPr>
        <w:jc w:val="right"/>
      </w:pPr>
      <w:r>
        <w:t>فانزلنا به الماء</w:t>
      </w:r>
    </w:p>
    <w:p>
      <w:r>
        <w:rPr>
          <w:b/>
        </w:rPr>
        <w:t xml:space="preserve">[1:35:20] </w:t>
      </w:r>
      <w:r>
        <w:t>fa akhrajna bihi min kulli al-thamarati</w:t>
      </w:r>
    </w:p>
    <w:p>
      <w:pPr>
        <w:jc w:val="right"/>
      </w:pPr>
      <w:r>
        <w:t>فاخرجنا به من كل الثمرات</w:t>
      </w:r>
    </w:p>
    <w:p>
      <w:r>
        <w:rPr>
          <w:b/>
        </w:rPr>
        <w:t xml:space="preserve">[1:35:27] </w:t>
      </w:r>
      <w:r>
        <w:t>kadhalika</w:t>
      </w:r>
    </w:p>
    <w:p>
      <w:pPr>
        <w:jc w:val="right"/>
      </w:pPr>
      <w:r>
        <w:t>كذلك</w:t>
      </w:r>
    </w:p>
    <w:p>
      <w:r>
        <w:rPr>
          <w:b/>
        </w:rPr>
        <w:t xml:space="preserve">[1:35:28] </w:t>
      </w:r>
      <w:r>
        <w:t>nukhriju al mawta la allakum tathakkarun wa al baladu al tayyibu yukhriju nabatahu bi idhni rabbihi wa allazi khabutha la yukhriju illa nakadan kathalika nusarrifu al ayati li qawmin yashkurun</w:t>
      </w:r>
    </w:p>
    <w:p>
      <w:pPr>
        <w:jc w:val="right"/>
      </w:pPr>
      <w:r>
        <w:t>نخرج الموتى لعلكم تذكرون والبلد الطيب يخرج نباته باذن ربه والذي خبث لا يخرج الا نكدا كذلك نصرف الايات لقوم يشكرون</w:t>
      </w:r>
    </w:p>
    <w:p>
      <w:r>
        <w:rPr>
          <w:b/>
        </w:rPr>
        <w:t xml:space="preserve">[1:35:56] </w:t>
      </w:r>
      <w:r>
        <w:t>aur woh Allah hi hai jo hawaon ko apni rehmat ke aage khushkhabri bana kar bhejta hai phir jab woh boojhal badalon ko utha leti hain to hum us ko kisi khushk sarzameen ki taraf haank dete hain phir hum is ke zariye pani utarte hain phir hum is ke zariye se har qism ke phal nikalte hain</w:t>
      </w:r>
    </w:p>
    <w:p>
      <w:pPr>
        <w:jc w:val="right"/>
      </w:pPr>
      <w:r>
        <w:t>اور وہ اللہ ہی ہے جو ہواؤں کو اپنی رحمت کے اگے خوشخبری بنا کر بھیجتا ہے پھر جب وہ بوجھل بادلوں کو اٹھا لیتی ہیں تو ہم اس کو کسی خشک سرزمین کی طرف ہانک دیتے ہیں پھر ہم اس کے ذریعے پانی اتارتے ہیں پھر ہم اس کے ذریعے سے ہر قسم کے پھل نکالتے ہیں</w:t>
      </w:r>
    </w:p>
    <w:p>
      <w:r>
        <w:rPr>
          <w:b/>
        </w:rPr>
        <w:t xml:space="preserve">[1:36:25] </w:t>
      </w:r>
      <w:r>
        <w:t>isi tarah hum murdon ko nikalenge ta ke tum ghaur karo aur jo zameen achhi hai us ki</w:t>
      </w:r>
    </w:p>
    <w:p>
      <w:pPr>
        <w:jc w:val="right"/>
      </w:pPr>
      <w:r>
        <w:t>اسی طرح ہم مردوں کو نکالیں گے تاکہ تم غور کرو اور جو زمین اچھی ہے اس کی</w:t>
      </w:r>
    </w:p>
    <w:p>
      <w:r>
        <w:rPr>
          <w:b/>
        </w:rPr>
        <w:t xml:space="preserve">[1:36:33] </w:t>
      </w:r>
      <w:r>
        <w:t>paidawar nikalti hai is ke Rabb ke hukum se aur jo zameen kharab hai us ki paidawar</w:t>
      </w:r>
    </w:p>
    <w:p>
      <w:pPr>
        <w:jc w:val="right"/>
      </w:pPr>
      <w:r>
        <w:t>پیداوار نکلتی ہے اس کے رب کے حکم سے اور جو زمین خراب ہے اس کی پیداوار</w:t>
      </w:r>
    </w:p>
    <w:p>
      <w:r>
        <w:rPr>
          <w:b/>
        </w:rPr>
        <w:t xml:space="preserve">[1:36:42] </w:t>
      </w:r>
      <w:r>
        <w:t>kam hoti hai isi tarah hum apni nishaniyan mukhtalif pehluon se dikhate hain un ke liye jo shukr</w:t>
      </w:r>
    </w:p>
    <w:p>
      <w:pPr>
        <w:jc w:val="right"/>
      </w:pPr>
      <w:r>
        <w:t>کم ہوتی ہے اسی طرح ہم اپنی نشانیاں مختلف پہلوؤں سے دکھاتے ہیں ان کے لیے جو شکر</w:t>
      </w:r>
    </w:p>
    <w:p>
      <w:r>
        <w:rPr>
          <w:b/>
        </w:rPr>
        <w:t xml:space="preserve">[1:36:52] </w:t>
      </w:r>
      <w:r>
        <w:t>karne wale hain</w:t>
      </w:r>
    </w:p>
    <w:p>
      <w:pPr>
        <w:jc w:val="right"/>
      </w:pPr>
      <w:r>
        <w:t>کرنے والے ہیں</w:t>
      </w:r>
    </w:p>
    <w:p>
      <w:r>
        <w:rPr>
          <w:b/>
        </w:rPr>
        <w:t xml:space="preserve">[1:36:55] </w:t>
      </w:r>
      <w:r>
        <w:t>tashreeh dunya ko khuda ne is tarah banaya hai ke is ke maadi waqiyat is ke rohani pehluon ki tamseel ban gaye hain jab kahin barish hoti hai to is maqam ke har hissay tak is ka pani yaksaan tor par pohanchta hai</w:t>
      </w:r>
    </w:p>
    <w:p>
      <w:pPr>
        <w:jc w:val="right"/>
      </w:pPr>
      <w:r>
        <w:t>تشریح دنیا کو خدا نے اس طرح بنایا ہے کہ اس کے مادی واقعات اس کے روحانی پہلوؤں کی تمثیل بن گئے ہیں جب کہیں بارش ہوتی ہے تو اس مقام کے ہر حصے تک اس کا پانی یکساں طور پر پہنچتا ہے</w:t>
      </w:r>
    </w:p>
    <w:p>
      <w:r>
        <w:rPr>
          <w:b/>
        </w:rPr>
        <w:t xml:space="preserve">[1:37:19] </w:t>
      </w:r>
      <w:r>
        <w:t>magar faiz uthane ke aitbar se mukhtalif zameeno ka haal mukhtalif hota hai</w:t>
      </w:r>
    </w:p>
    <w:p>
      <w:pPr>
        <w:jc w:val="right"/>
      </w:pPr>
      <w:r>
        <w:t>مگر فیض اٹھانے کے اعتبار سے مختلف زمینوں کا حال مختلف ہوتا ہے</w:t>
      </w:r>
    </w:p>
    <w:p>
      <w:r>
        <w:rPr>
          <w:b/>
        </w:rPr>
        <w:t xml:space="preserve">[1:37:26] </w:t>
      </w:r>
      <w:r>
        <w:t>koi hissa woh hai ke pani is ko mila to is ke andar se ek</w:t>
      </w:r>
    </w:p>
    <w:p>
      <w:pPr>
        <w:jc w:val="right"/>
      </w:pPr>
      <w:r>
        <w:t>کوئی حصہ وہ ہے کہ پانی اس کو ملا تو اس کے اندر سے ایک</w:t>
      </w:r>
    </w:p>
    <w:p>
      <w:r>
        <w:rPr>
          <w:b/>
        </w:rPr>
        <w:t xml:space="preserve">[1:37:32] </w:t>
      </w:r>
      <w:r>
        <w:t>lehlata hua chamanistan nikal aya doosri taraf kisi hisse ka haal yeh hota hai ke woh barish pa</w:t>
      </w:r>
    </w:p>
    <w:p>
      <w:pPr>
        <w:jc w:val="right"/>
      </w:pPr>
      <w:r>
        <w:t>لہلاتا ہوا چمنستان نکل ایا دوسری طرف کسی حصے کا حال یہ ہوتا ہے کہ وہ بارش پا</w:t>
      </w:r>
    </w:p>
    <w:p>
      <w:r>
        <w:rPr>
          <w:b/>
        </w:rPr>
        <w:t xml:space="preserve">[1:37:40] </w:t>
      </w:r>
      <w:r>
        <w:t>kar bhi be faiz pada rehta hai wahan jhaad jhankhaar ke siwa kuch nahi ugta</w:t>
      </w:r>
    </w:p>
    <w:p>
      <w:pPr>
        <w:jc w:val="right"/>
      </w:pPr>
      <w:r>
        <w:t>کر بھی بے فیض پڑا رہتا ہے وہاں جھاڑ جھنکاڑ کے سوا کچھ نہیں اگتا</w:t>
      </w:r>
    </w:p>
    <w:p>
      <w:r>
        <w:rPr>
          <w:b/>
        </w:rPr>
        <w:t xml:space="preserve">[1:37:50] </w:t>
      </w:r>
      <w:r>
        <w:t>yahi haal is rohani barish ka hai jo khuda ki taraf se hidayat ki soorat mein utri hai is hidayat ka paigham har aadmi ke kaanon tak pohanchta hai magar faida har aik ko apni apni isti'dad ke muqaddar milta hai jis ke andar qabool haq ki salahiyat zinda hai woh is se bharpoor faiz hasil karta hai</w:t>
      </w:r>
    </w:p>
    <w:p>
      <w:pPr>
        <w:jc w:val="right"/>
      </w:pPr>
      <w:r>
        <w:t>یہی حال اس روحانی بارش کا ہے جو خدا کی طرف سے ہدایت کی صورت میں اتری ہے اس ہدایت کا پیغام ہر ادمی کے کانوں تک پہنچتا ہے مگر فائدہ ہر ایک کو اپنی اپنی استعداد کے بقدر ملتا ہے جس کے اندر قبول حق کی صلاحیت زندہ ہے وہ اس سے بھرپور فیض حاصل کرتا ہے</w:t>
      </w:r>
    </w:p>
    <w:p>
      <w:r>
        <w:rPr>
          <w:b/>
        </w:rPr>
        <w:t xml:space="preserve">[1:38:17] </w:t>
      </w:r>
      <w:r>
        <w:t>is se is ko aik nayi zindagi milti hai is ki fitrat achhanak jaag uthti hai is ka rabt apne malik aala se qaim ho jata hai is ki khushk nafsiyat mein rabbani kaifiyat ka bagh khil uthta hai</w:t>
      </w:r>
    </w:p>
    <w:p>
      <w:pPr>
        <w:jc w:val="right"/>
      </w:pPr>
      <w:r>
        <w:t>اس سے اس کو ایک نئی زندگی ملتی ہے اس کی فطرت اچانک جاگ اٹھتی ہے اس کا ربط اپنے مالک اعلی سے قائم ہو جاتا ہے اس کی خشک نفسیات میں ربانی کیفیات کا باغ کھل اٹھتا ہے</w:t>
      </w:r>
    </w:p>
    <w:p>
      <w:r>
        <w:rPr>
          <w:b/>
        </w:rPr>
        <w:t xml:space="preserve">[1:38:38] </w:t>
      </w:r>
      <w:r>
        <w:t>is ke bar aks haal us shakhs ka hota hai jis ne apni fitri salamat ko kho diya ho</w:t>
      </w:r>
    </w:p>
    <w:p>
      <w:pPr>
        <w:jc w:val="right"/>
      </w:pPr>
      <w:r>
        <w:t>اس کے برعکس حال اس شخص کا ہوتا ہے جس نے اپنی فطری سلامتی کو کھو دیا ہو</w:t>
      </w:r>
    </w:p>
    <w:p>
      <w:r>
        <w:rPr>
          <w:b/>
        </w:rPr>
        <w:t xml:space="preserve">[1:38:45] </w:t>
      </w:r>
      <w:r>
        <w:t>hidayat ki barish apne tamam behtareen imkanat ke bawajood is ko koi faida nahi pohanchati is ke baad bhi woh waisa hi khushk pada rehta hai jaisa ke woh is se pehle tha aur agar is ke andar koi fasal nikalti hai to woh bhi jhaar jhankhar ki fasal hoti hai</w:t>
      </w:r>
    </w:p>
    <w:p>
      <w:pPr>
        <w:jc w:val="right"/>
      </w:pPr>
      <w:r>
        <w:t>ہدایت کی بارش اپنے تمام بہترین امکانات کے باوجود اس کو کوئی فائدہ نہیں پہنچاتی اس کے بعد بھی وہ ویسا ہی خشک پڑا رہتا ہے جیسا کہ وہ اس سے پہلے تھا اور اگر اس کے اندر کوئی فصل نکلتی ہے تو وہ بھی جھاڑ جھنکاڑ کی فصل ہوتی ہے</w:t>
      </w:r>
    </w:p>
    <w:p>
      <w:r>
        <w:rPr>
          <w:b/>
        </w:rPr>
        <w:t xml:space="preserve">[1:39:10] </w:t>
      </w:r>
      <w:r>
        <w:t>hidayat ki barish pa kar is ke andar se hasad kibr hujjat bazi haq ki mukhalifat jaisi cheezein jaag uthti hain na ke haq ka aitraf karne aur is ka sath dene ki barish ke pani ko qabool karne ke liye zameen ka khushk hona zaroori hai</w:t>
      </w:r>
    </w:p>
    <w:p>
      <w:pPr>
        <w:jc w:val="right"/>
      </w:pPr>
      <w:r>
        <w:t>ہدایت کی بارش پا کر اس کے اندر سے حسد کبر حجت بازی حق کی مخالفت جیسی چیزیں جاگ اٹھتی ہیں نہ کہ حق کا اعتراف کرنے اور اس کا ساتھ دینے کی بارش کے پانی کو قبول کرنے کے لیے زمین کا خشک ہونا ضروری ہے</w:t>
      </w:r>
    </w:p>
    <w:p>
      <w:r>
        <w:rPr>
          <w:b/>
        </w:rPr>
        <w:t xml:space="preserve">[1:39:34] </w:t>
      </w:r>
      <w:r>
        <w:t>jo zameen khushk na ho pani is ke oopar se guzar jayega woh is ke andar dakhil nahi hoga isi tarah khuda ki hidayat sirf us aadmi ke andar jar pakadti hai jo is ka talib ho jis ne apni rooh ko ghair khudai baaton se khali kar rakha ho</w:t>
      </w:r>
    </w:p>
    <w:p>
      <w:pPr>
        <w:jc w:val="right"/>
      </w:pPr>
      <w:r>
        <w:t>جو زمین خشک نہ ہو پانی اس کے اوپر سے گزر جائے گا وہ اس کے اندر داخل نہیں ہوگا اسی طرح خدا کی ہدایت صرف اس ادمی کے اندر جڑ پکڑتی ہے جو اس کا طالب ہو جس نے اپنی روح کو غیر خدائی باتوں سے خالی کر رکھا ہو</w:t>
      </w:r>
    </w:p>
    <w:p>
      <w:r>
        <w:rPr>
          <w:b/>
        </w:rPr>
        <w:t xml:space="preserve">[1:39:56] </w:t>
      </w:r>
      <w:r>
        <w:t>is ke bar aks jo shakhs khuda ki hidayat se be parwah ho jis ka dil doosri dilchaspiyon ya doosri azmaton mein atka hua ho us ke pas khuda ki hidayat aayegi magar woh is ke andaroon mein dakhil nahi hogi woh is ki rooh ki ghiza nahi banay gi</w:t>
      </w:r>
    </w:p>
    <w:p>
      <w:pPr>
        <w:jc w:val="right"/>
      </w:pPr>
      <w:r>
        <w:t>اس کے برعکس جو شخص خدا کی ہدایت سے بے پرواہ ہو جس کا دل دوسری دلچسپیوں یا دوسری عظمتوں میں اٹکا ہوا ہو اس کے پاس خدا کی ہدایت ائے گی مگر وہ اس کے اندرون میں داخل نہیں ہوگی وہ اس کی روح کی غذا نہیں بنے گ</w:t>
      </w:r>
    </w:p>
    <w:p>
      <w:r>
        <w:rPr>
          <w:b/>
        </w:rPr>
        <w:t xml:space="preserve">[1:40:19] </w:t>
      </w:r>
      <w:r>
        <w:t>yeh us ki fitrat ki zameen ko seeraab kar ke is ke andar khuda ka bagh nahi ugaye gi</w:t>
      </w:r>
    </w:p>
    <w:p>
      <w:pPr>
        <w:jc w:val="right"/>
      </w:pPr>
      <w:r>
        <w:t>ی وہ اس کی فطرت کی زمین کو سیراب کر کے اس کے اندر خدا کا باغ نہیں اگائے گی</w:t>
      </w:r>
    </w:p>
    <w:p>
      <w:r>
        <w:rPr>
          <w:b/>
        </w:rPr>
        <w:t xml:space="preserve">[1:40:29] </w:t>
      </w:r>
      <w:r>
        <w:t>laqad arsalna nooha ila qaumihi faqala ya qaumi abudullah ma lakum</w:t>
      </w:r>
    </w:p>
    <w:p>
      <w:pPr>
        <w:jc w:val="right"/>
      </w:pPr>
      <w:r>
        <w:t>لقد ارسلنا نوحا الی قومہ فقال یا قوم اعبدوا اللہ ما لکم</w:t>
      </w:r>
    </w:p>
    <w:p>
      <w:r>
        <w:rPr>
          <w:b/>
        </w:rPr>
        <w:t xml:space="preserve">[1:40:38] </w:t>
      </w:r>
      <w:r>
        <w:t>min ilah ghairah</w:t>
      </w:r>
    </w:p>
    <w:p>
      <w:pPr>
        <w:jc w:val="right"/>
      </w:pPr>
      <w:r>
        <w:t>من الہ غیرہ</w:t>
      </w:r>
    </w:p>
    <w:p>
      <w:r>
        <w:rPr>
          <w:b/>
        </w:rPr>
        <w:t xml:space="preserve">[1:40:42] </w:t>
      </w:r>
      <w:r>
        <w:t>ani akhafu alaikum</w:t>
      </w:r>
    </w:p>
    <w:p>
      <w:pPr>
        <w:jc w:val="right"/>
      </w:pPr>
      <w:r>
        <w:t>انی اخاف علیکم</w:t>
      </w:r>
    </w:p>
    <w:p>
      <w:r>
        <w:rPr>
          <w:b/>
        </w:rPr>
        <w:t xml:space="preserve">[1:40:47] </w:t>
      </w:r>
      <w:r>
        <w:t>ani akhafu alaikum azaba yaumin azim</w:t>
      </w:r>
    </w:p>
    <w:p>
      <w:pPr>
        <w:jc w:val="right"/>
      </w:pPr>
      <w:r>
        <w:t>انی اخاف علیکم عذاب یوم عظیم</w:t>
      </w:r>
    </w:p>
    <w:p>
      <w:r>
        <w:rPr>
          <w:b/>
        </w:rPr>
        <w:t xml:space="preserve">[1:40:56] </w:t>
      </w:r>
      <w:r>
        <w:t>qala al mala min qaumihi</w:t>
      </w:r>
    </w:p>
    <w:p>
      <w:pPr>
        <w:jc w:val="right"/>
      </w:pPr>
      <w:r>
        <w:t>قال الملا من قومہ</w:t>
      </w:r>
    </w:p>
    <w:p>
      <w:r>
        <w:rPr>
          <w:b/>
        </w:rPr>
        <w:t xml:space="preserve">[1:41:01] </w:t>
      </w:r>
      <w:r>
        <w:t>ana lanaraka fi dalalah</w:t>
      </w:r>
    </w:p>
    <w:p>
      <w:pPr>
        <w:jc w:val="right"/>
      </w:pPr>
      <w:r>
        <w:t>انا لنراک فی ضلال</w:t>
      </w:r>
    </w:p>
    <w:p>
      <w:r>
        <w:rPr>
          <w:b/>
        </w:rPr>
        <w:t xml:space="preserve">[1:41:05] </w:t>
      </w:r>
      <w:r>
        <w:t>mubin qala ya qaumi laysa bi dalalah</w:t>
      </w:r>
    </w:p>
    <w:p>
      <w:pPr>
        <w:jc w:val="right"/>
      </w:pPr>
      <w:r>
        <w:t>مبین قال یا قوم لیس بی ضلالۃ</w:t>
      </w:r>
    </w:p>
    <w:p>
      <w:r>
        <w:rPr>
          <w:b/>
        </w:rPr>
        <w:t xml:space="preserve">[1:41:12] </w:t>
      </w:r>
      <w:r>
        <w:t>walakini rasul</w:t>
      </w:r>
    </w:p>
    <w:p>
      <w:pPr>
        <w:jc w:val="right"/>
      </w:pPr>
      <w:r>
        <w:t>ولكنی رسول</w:t>
      </w:r>
    </w:p>
    <w:p>
      <w:r>
        <w:rPr>
          <w:b/>
        </w:rPr>
        <w:t xml:space="preserve">[1:41:16] </w:t>
      </w:r>
      <w:r>
        <w:t>min rabb al alamin</w:t>
      </w:r>
    </w:p>
    <w:p>
      <w:pPr>
        <w:jc w:val="right"/>
      </w:pPr>
      <w:r>
        <w:t>من رب العالمین</w:t>
      </w:r>
    </w:p>
    <w:p>
      <w:r>
        <w:rPr>
          <w:b/>
        </w:rPr>
        <w:t xml:space="preserve">[1:41:20] </w:t>
      </w:r>
      <w:r>
        <w:t>uballighukum risalati rabbi wanashu lakum waalam min allahi ma la taalamun</w:t>
      </w:r>
    </w:p>
    <w:p>
      <w:pPr>
        <w:jc w:val="right"/>
      </w:pPr>
      <w:r>
        <w:t>ابلغكم رسالات ربی وانصح لكم واعلم من اللہ ما لا تعلمون</w:t>
      </w:r>
    </w:p>
    <w:p>
      <w:r>
        <w:rPr>
          <w:b/>
        </w:rPr>
        <w:t xml:space="preserve">[1:41:32] </w:t>
      </w:r>
      <w:r>
        <w:t>ao ajibtum an jaakum</w:t>
      </w:r>
    </w:p>
    <w:p>
      <w:pPr>
        <w:jc w:val="right"/>
      </w:pPr>
      <w:r>
        <w:t>اوعجبتم ان جاءكم</w:t>
      </w:r>
    </w:p>
    <w:p>
      <w:r>
        <w:rPr>
          <w:b/>
        </w:rPr>
        <w:t xml:space="preserve">[1:41:36] </w:t>
      </w:r>
      <w:r>
        <w:t>zikrun min rabbikum ala rajul</w:t>
      </w:r>
    </w:p>
    <w:p>
      <w:pPr>
        <w:jc w:val="right"/>
      </w:pPr>
      <w:r>
        <w:t>ذكر من ربكم على رجل</w:t>
      </w:r>
    </w:p>
    <w:p>
      <w:r>
        <w:rPr>
          <w:b/>
        </w:rPr>
        <w:t xml:space="preserve">[1:41:42] </w:t>
      </w:r>
      <w:r>
        <w:t>minkum liyunzirakum walitattaqu</w:t>
      </w:r>
    </w:p>
    <w:p>
      <w:pPr>
        <w:jc w:val="right"/>
      </w:pPr>
      <w:r>
        <w:t>منكم لينذركم ولتتقوا</w:t>
      </w:r>
    </w:p>
    <w:p>
      <w:r>
        <w:rPr>
          <w:b/>
        </w:rPr>
        <w:t xml:space="preserve">[1:41:48] </w:t>
      </w:r>
      <w:r>
        <w:t>liyunzirakum walitattaqu walakum tarhamun</w:t>
      </w:r>
    </w:p>
    <w:p>
      <w:pPr>
        <w:jc w:val="right"/>
      </w:pPr>
      <w:r>
        <w:t>لينذركم ولتتقوا ولعلكم ترحمون</w:t>
      </w:r>
    </w:p>
    <w:p>
      <w:r>
        <w:rPr>
          <w:b/>
        </w:rPr>
        <w:t xml:space="preserve">[1:41:56] </w:t>
      </w:r>
      <w:r>
        <w:t>fakazzabuhu faanjaynahu wallazina maahu fi</w:t>
      </w:r>
    </w:p>
    <w:p>
      <w:pPr>
        <w:jc w:val="right"/>
      </w:pPr>
      <w:r>
        <w:t>فكذبوه فانجيناه والذين معه في</w:t>
      </w:r>
    </w:p>
    <w:p>
      <w:r>
        <w:rPr>
          <w:b/>
        </w:rPr>
        <w:t xml:space="preserve">[1:42:01] </w:t>
      </w:r>
      <w:r>
        <w:t>al fulki wa aghraqna allatheena kaththabu bi ayatina innahum kanoo qawman a'limeen</w:t>
      </w:r>
    </w:p>
    <w:p>
      <w:pPr>
        <w:jc w:val="right"/>
      </w:pPr>
      <w:r>
        <w:t>الفلك واغرقنا الذين كذبوا باياتنا انهم كانوا قوما عمیم</w:t>
      </w:r>
    </w:p>
    <w:p>
      <w:r>
        <w:rPr>
          <w:b/>
        </w:rPr>
        <w:t xml:space="preserve">[1:42:14] </w:t>
      </w:r>
      <w:r>
        <w:t>hum ne nooh ko us ki qom ki taraf bheja nooh ne kaha a mere qom allah ki ibadat karo is ke siwa tumhara koi mabood nahi main tum par aik baray din ke azab se darta hoon is ki qom ke barhon ne kaha ke hum ko to yeh nazar ata hai ke tum aik khuli hui gumrahi mein mubtala ho</w:t>
      </w:r>
    </w:p>
    <w:p>
      <w:pPr>
        <w:jc w:val="right"/>
      </w:pPr>
      <w:r>
        <w:t>ہم نے نوح کو اس کی قوم کی طرف بھیجا نوح نے کہا اے میری قوم اللہ کی عبادت کرو اس کے سوا تمہارا کوئی معبود نہیں میں تم پر ایک بڑے دن کے عذاب سے ڈرتا ہوں اس کی قوم کے بڑوں نے کہا کہ ہم کو تو یہ نظر اتا ہے کہ تم ایک کھلی ہوئی گمراہی میں مبتلا ہو</w:t>
      </w:r>
    </w:p>
    <w:p>
      <w:r>
        <w:rPr>
          <w:b/>
        </w:rPr>
        <w:t xml:space="preserve">[1:42:41] </w:t>
      </w:r>
      <w:r>
        <w:t>nooh ne kaha ke a mere qom mujh mein koi gumrahi nahi hai balkay main bheja hua hoon saray alam ke perwardigar ka tum ko apne rab ke paigham pohancha raha hoon aur tumhari khair khwahi kar raha hoon aur main allah ki taraf se woh baat janta hoon jo tum nahi jantay</w:t>
      </w:r>
    </w:p>
    <w:p>
      <w:pPr>
        <w:jc w:val="right"/>
      </w:pPr>
      <w:r>
        <w:t>نوح نے کہا کہ اے میری قوم مجھ میں کوئی گمراہی نہیں ہے بلکہ میں بھیجا ہوا ہوں سارے عالم کے پروردگار کا تم کو اپنے رب کے پیغامات پہنچا رہا ہوں اور تمہاری خیر خواہی کر رہا ہوں اور میں اللہ کی طرف سے وہ بات جانتا ہوں جو تم نہیں جانتے</w:t>
      </w:r>
    </w:p>
    <w:p>
      <w:r>
        <w:rPr>
          <w:b/>
        </w:rPr>
        <w:t xml:space="preserve">[1:43:08] </w:t>
      </w:r>
      <w:r>
        <w:t>kya tum ko is par taajjub hua ke tumharay rab ki nasehat tumharay pas tum hi mein se aik shakhs ke zariye aai ta ke woh tum ko daraye aur ta ke tum bacho aur ta ke tum par reham kiya jaye</w:t>
      </w:r>
    </w:p>
    <w:p>
      <w:pPr>
        <w:jc w:val="right"/>
      </w:pPr>
      <w:r>
        <w:t>کیا تم کو اس پر تعجب ہوا کہ تمہارے رب کی نصیحت تمہارے پاس تم ہی میں سے ایک شخص کے ذریعے ائی تاکہ وہ تم کو ڈرائے اور تاکہ تم بچو اور تاکہ تم پر رحم کیا جائے</w:t>
      </w:r>
    </w:p>
    <w:p>
      <w:r>
        <w:rPr>
          <w:b/>
        </w:rPr>
        <w:t xml:space="preserve">[1:43:27] </w:t>
      </w:r>
      <w:r>
        <w:t>pas unhon ne is ko jhutla diya</w:t>
      </w:r>
    </w:p>
    <w:p>
      <w:pPr>
        <w:jc w:val="right"/>
      </w:pPr>
      <w:r>
        <w:t>پس انہوں نے اس کو جھٹلا دیا</w:t>
      </w:r>
    </w:p>
    <w:p>
      <w:r>
        <w:rPr>
          <w:b/>
        </w:rPr>
        <w:t xml:space="preserve">[1:43:30] </w:t>
      </w:r>
      <w:r>
        <w:t>phir hum ne nooh ko bacha liya aur un logon ko bhi jo us ke sath kashti mein thay aur hum ne un logon ko dubo diya jinhon ne hamari nishaniyon ko jhutlaya tha beshak woh log andhay thay tashreeh tashreeh hazrat adam ke baad taqreeban aik hazar saal tak tamam اولاد adam toheed par qaim thi</w:t>
      </w:r>
    </w:p>
    <w:p>
      <w:pPr>
        <w:jc w:val="right"/>
      </w:pPr>
      <w:r>
        <w:t>پھر ہم نے نوح کو بچا لیا اور ان لوگوں کو بھی جو اس کے ساتھ کشتی میں تھے اور ہم نے ان لوگوں کو ڈبو دیا جنہوں نے ہماری نشانیوں کو جھٹلایا تھا بے شک وہ لوگ اندھے تھے تشریح تشریح حضرت ادم کے بعد تقریبا ایک ہزار سال تک تمام اولاد ادم توحید پر قائم تھی</w:t>
      </w:r>
    </w:p>
    <w:p>
      <w:r>
        <w:rPr>
          <w:b/>
        </w:rPr>
        <w:t xml:space="preserve">[1:43:57] </w:t>
      </w:r>
      <w:r>
        <w:t>hazrat abdullah ibn abbas se riwayat hai ke is ke baad logon ne apne akaber aslaf ki shakalain banana shuru kayn ta ke un ke ahwal o ibadat ki yaad taza rahay in buzurgon ke naam wad sa yaghoth yaqoq nasr thay dheeray dheeray in buzurgon ne un ke darmiyan mabood ka darja hasil kar liya yeh log qadeem iraq mein abad</w:t>
      </w:r>
    </w:p>
    <w:p>
      <w:pPr>
        <w:jc w:val="right"/>
      </w:pPr>
      <w:r>
        <w:t>حضرت عبداللہ ابن عباس سے روایت ہے کہ اس کے بعد لوگوں نے اپنے اکابر اسلاف کی شکلیں بنانا شروع کیں تاکہ ان کے احوال و عبادت کی یاد تازہ رہے ان بزرگوں کے نام ود سوا یغوث یعوق نصر تھے دھیرے دھیرے ان بزرگوں نے ان کے درمیان معبود کا درجہ حاصل کر لیا یہ لوگ قدیم عراق میں اباد</w:t>
      </w:r>
    </w:p>
    <w:p>
      <w:r>
        <w:rPr>
          <w:b/>
        </w:rPr>
        <w:t xml:space="preserve">[1:44:27] </w:t>
      </w:r>
      <w:r>
        <w:t>thay jab bigar is nabat ko pohancha to allah ne un ki islaah ke liye hazrat nooh ko bheja magar unhon ne hazrat nooh ko mannay se inkar kar diya woh taqwa ki rosh ikhtiyar karne par amada na hue</w:t>
      </w:r>
    </w:p>
    <w:p>
      <w:pPr>
        <w:jc w:val="right"/>
      </w:pPr>
      <w:r>
        <w:t>تھے جب بگاڑ اس نوبت کو پہنچا تو اللہ نے ان کی اصلاح کے لیے حضرت نوح کو بھیجا مگر انہوں نے حضرت نوح کو ماننے سے انکار کر دیا وہ تقوی کی روش اختیار کرنے پر امادہ نہ ہوئے</w:t>
      </w:r>
    </w:p>
    <w:p>
      <w:r>
        <w:rPr>
          <w:b/>
        </w:rPr>
        <w:t xml:space="preserve">[1:44:47] </w:t>
      </w:r>
      <w:r>
        <w:t>is inkar ki wajah quran ke mutabiq yeh thi ke un ke liye yeh samajhna mushkil ho gaya ke aik admi jo dekhnay mein inhi jaisa hai woh khuda ki taraf se khuda ka paigham pohanchane ke liye chuna gaya hai woh apne ko jin akaber ke deen par samajhtay thay un ke muqablay mein hazrat nooh un ko bohat mamooli admi dikhai detay thay</w:t>
      </w:r>
    </w:p>
    <w:p>
      <w:pPr>
        <w:jc w:val="right"/>
      </w:pPr>
      <w:r>
        <w:t>اس انکار کی وجہ قران کے مطابق یہ تھی کہ ان کے لیے یہ سمجھنا مشکل ہو گیا کہ ایک ادمی جو دیکھنے میں انہی جیسا ہے وہ خدا کی طرف سے خدا کا پیغام پہنچانے کے لیے چنا گیا ہے وہ اپنے کو جن اکابر کے دین پر سمجھتے تھے ان کے مقابلے میں حضرت نوح ان کو بہت معمولی ادمی دکھائی دیتے تھے</w:t>
      </w:r>
    </w:p>
    <w:p>
      <w:r>
        <w:rPr>
          <w:b/>
        </w:rPr>
        <w:t xml:space="preserve">[1:45:14] </w:t>
      </w:r>
      <w:r>
        <w:t>in qadeem akaber ki azmat sadiyon ki tareekh se muslim ho chuki thi is ke muqablay mein hazrat nooh aik moasir shakhs thay un ke naam ke sath tareekhi azmatain jama nahi hui theen chunachay qom ne aap ka inkar kar diya</w:t>
      </w:r>
    </w:p>
    <w:p>
      <w:pPr>
        <w:jc w:val="right"/>
      </w:pPr>
      <w:r>
        <w:t>ان قدیم اکابر کی عظمت صدیوں کی تاریخ سے مسلم ہو چکی تھی اس کے مقابلے میں حضرت نوح ایک معاصر شخص تھے ان کے نام کے ساتھ تاریخی عظمتیں جمع نہیں ہوئی تھیں چنانچہ قوم نے اپ کا انکار کر دیا</w:t>
      </w:r>
    </w:p>
    <w:p>
      <w:r>
        <w:rPr>
          <w:b/>
        </w:rPr>
        <w:t xml:space="preserve">[1:45:33] </w:t>
      </w:r>
      <w:r>
        <w:t>unhon ne waqt ke peghambar ko ahmaq aur gumrah kehne se bhi daregh nahi kiya kyunke un ke khayal ke mutabiq aap akaber ke deen se munharif ho gaye thay hazrat nooh ki khair khwahi un ke sath dalail ka zor un ka rah haq par qaim hona koi bhi cheez qom ko mutasir na kar saki</w:t>
      </w:r>
    </w:p>
    <w:p>
      <w:pPr>
        <w:jc w:val="right"/>
      </w:pPr>
      <w:r>
        <w:t>انہوں نے وقت کے پیغمبر کو احمق اور گمراہ کہنے سے بھی دریغ نہیں کیا کیونکہ ان کے خیال کے مطابق اپ اکابر کے دین سے منحرف ہو گئے تھے حضرت نوح کی خیر خواہی ان کے ساتھ دلائل کا زور ان کا راہ حق پر قائم ہونا کوئی بھی چیز قوم کو متاثر نہ کر سکی</w:t>
      </w:r>
    </w:p>
    <w:p>
      <w:r>
        <w:rPr>
          <w:b/>
        </w:rPr>
        <w:t xml:space="preserve">[1:46:01] </w:t>
      </w:r>
      <w:r>
        <w:t>hazrat nooh ki taraf se itmam حجت ke baad qom gharaq kar di gayi is gharaqabi ki wajah yeh thi ke unhon ne khuda ki nishaniyon ko jhutlaya unhon ne chaha ke mamooli shakhsiyat ke bajaye kisi musallama shakhsiyat ke zariye unhein khuda ka paigham pohanchaya jaye</w:t>
      </w:r>
    </w:p>
    <w:p>
      <w:pPr>
        <w:jc w:val="right"/>
      </w:pPr>
      <w:r>
        <w:t>حضرت نوح کی طرف سے اتمام حجت کے بعد قوم غرق کر دی گئی اس غرقابی کی وجہ یہ تھی کہ انہوں نے خدا کی نشانیوں کو جھٹلایا انہوں نے چاہا کہ معمولی شخصیت کے بجائے کسی مسلمہ شخصیت کے ذریعے انہیں خدا کا پیغام پہنچایا جائے</w:t>
      </w:r>
    </w:p>
    <w:p>
      <w:r>
        <w:rPr>
          <w:b/>
        </w:rPr>
        <w:t xml:space="preserve">[1:46:23] </w:t>
      </w:r>
      <w:r>
        <w:t>khuda ne adami ko baseerat is liye di hai ke woh nishani ke roop mein haq ko pehchan le na ke hasee mazahir ke roop mein jo log nishani ke roop mein haq ko na pehchanain woh khuda ki nazar mein ankh rakhtay hue bhi andhay hain aisay logon ke liye khuda ki rehmat mein koi hissa nahi</w:t>
      </w:r>
    </w:p>
    <w:p>
      <w:pPr>
        <w:jc w:val="right"/>
      </w:pPr>
      <w:r>
        <w:t>خدا نے ادمی کو بصیرت اس لیے دی ہے کہ وہ نشانی کے روپ میں حق کو پہچان لے نہ کہ حسی مظاہر کے روپ میں جو لوگ نشانی کے روپ میں حق کو نہ پہچانیں وہ خدا کی نظر میں انکھ رکھتے ہوئے بھی اندھے ہیں ایسے لوگوں کے لیے خدا کی رحمت میں کوئی حصہ نہیں</w:t>
      </w:r>
    </w:p>
    <w:p>
      <w:r>
        <w:rPr>
          <w:b/>
        </w:rPr>
        <w:t xml:space="preserve">[1:46:53] </w:t>
      </w:r>
      <w:r>
        <w:t>wal qala ya qaumi abudullah ma lakum</w:t>
      </w:r>
    </w:p>
    <w:p>
      <w:pPr>
        <w:jc w:val="right"/>
      </w:pPr>
      <w:r>
        <w:t>والا قال یا قوم اعبدوا اللہ ما لکم</w:t>
      </w:r>
    </w:p>
    <w:p>
      <w:r>
        <w:rPr>
          <w:b/>
        </w:rPr>
        <w:t xml:space="preserve">[1:47:02] </w:t>
      </w:r>
      <w:r>
        <w:t>min ilah ghairah</w:t>
      </w:r>
    </w:p>
    <w:p>
      <w:pPr>
        <w:jc w:val="right"/>
      </w:pPr>
      <w:r>
        <w:t>من الہ غیرہ</w:t>
      </w:r>
    </w:p>
    <w:p>
      <w:r>
        <w:rPr>
          <w:b/>
        </w:rPr>
        <w:t xml:space="preserve">[1:47:05] </w:t>
      </w:r>
      <w:r>
        <w:t>afala tattaqun qala al mala allazina kafaru min qaumihi</w:t>
      </w:r>
    </w:p>
    <w:p>
      <w:pPr>
        <w:jc w:val="right"/>
      </w:pPr>
      <w:r>
        <w:t>افلا تتقون قال الملا الذین کفروا من قومہ</w:t>
      </w:r>
    </w:p>
    <w:p>
      <w:r>
        <w:rPr>
          <w:b/>
        </w:rPr>
        <w:t xml:space="preserve">[1:47:17] </w:t>
      </w:r>
      <w:r>
        <w:t>ana lanaraka fi safahati</w:t>
      </w:r>
    </w:p>
    <w:p>
      <w:pPr>
        <w:jc w:val="right"/>
      </w:pPr>
      <w:r>
        <w:t>انا لنراک فی سفاہت</w:t>
      </w:r>
    </w:p>
    <w:p>
      <w:r>
        <w:rPr>
          <w:b/>
        </w:rPr>
        <w:t xml:space="preserve">[1:47:21] </w:t>
      </w:r>
      <w:r>
        <w:t>wa inna lanazunnuka minal kazibeen</w:t>
      </w:r>
    </w:p>
    <w:p>
      <w:pPr>
        <w:jc w:val="right"/>
      </w:pPr>
      <w:r>
        <w:t>وانا لنظنک من الكاذبین</w:t>
      </w:r>
    </w:p>
    <w:p>
      <w:r>
        <w:rPr>
          <w:b/>
        </w:rPr>
        <w:t xml:space="preserve">[1:47:29] </w:t>
      </w:r>
      <w:r>
        <w:t>qala ya qawmi laysa bi safahatun</w:t>
      </w:r>
    </w:p>
    <w:p>
      <w:pPr>
        <w:jc w:val="right"/>
      </w:pPr>
      <w:r>
        <w:t>قال یا قوم لیس بی سفاہت</w:t>
      </w:r>
    </w:p>
    <w:p>
      <w:r>
        <w:rPr>
          <w:b/>
        </w:rPr>
        <w:t xml:space="preserve">[1:47:33] </w:t>
      </w:r>
      <w:r>
        <w:t>walakini rasulun mir rabb</w:t>
      </w:r>
    </w:p>
    <w:p>
      <w:pPr>
        <w:jc w:val="right"/>
      </w:pPr>
      <w:r>
        <w:t>ولكنی رسول من رب</w:t>
      </w:r>
    </w:p>
    <w:p>
      <w:r>
        <w:rPr>
          <w:b/>
        </w:rPr>
        <w:t xml:space="preserve">[1:47:38] </w:t>
      </w:r>
      <w:r>
        <w:t>al aalameen</w:t>
      </w:r>
    </w:p>
    <w:p>
      <w:pPr>
        <w:jc w:val="right"/>
      </w:pPr>
      <w:r>
        <w:t>العالمین</w:t>
      </w:r>
    </w:p>
    <w:p>
      <w:r>
        <w:rPr>
          <w:b/>
        </w:rPr>
        <w:t xml:space="preserve">[1:47:42] </w:t>
      </w:r>
      <w:r>
        <w:t>ablaghkum risalati rabbi wa inna lakum nasihun ameen</w:t>
      </w:r>
    </w:p>
    <w:p>
      <w:pPr>
        <w:jc w:val="right"/>
      </w:pPr>
      <w:r>
        <w:t>ابلغكم رسالات ربی وانا لكم ناصح امین</w:t>
      </w:r>
    </w:p>
    <w:p>
      <w:r>
        <w:rPr>
          <w:b/>
        </w:rPr>
        <w:t xml:space="preserve">[1:47:51] </w:t>
      </w:r>
      <w:r>
        <w:t>ao ajibtum an jaakum</w:t>
      </w:r>
    </w:p>
    <w:p>
      <w:pPr>
        <w:jc w:val="right"/>
      </w:pPr>
      <w:r>
        <w:t>اوعجبتم ان جاءكم</w:t>
      </w:r>
    </w:p>
    <w:p>
      <w:r>
        <w:rPr>
          <w:b/>
        </w:rPr>
        <w:t xml:space="preserve">[1:47:56] </w:t>
      </w:r>
      <w:r>
        <w:t>zikrum mir rabbikum ala rajul</w:t>
      </w:r>
    </w:p>
    <w:p>
      <w:pPr>
        <w:jc w:val="right"/>
      </w:pPr>
      <w:r>
        <w:t>ذكر من ربكم على رجل</w:t>
      </w:r>
    </w:p>
    <w:p>
      <w:r>
        <w:rPr>
          <w:b/>
        </w:rPr>
        <w:t xml:space="preserve">[1:48:01] </w:t>
      </w:r>
      <w:r>
        <w:t>minkum liyunzirkum wazkuru</w:t>
      </w:r>
    </w:p>
    <w:p>
      <w:pPr>
        <w:jc w:val="right"/>
      </w:pPr>
      <w:r>
        <w:t>منكم لينذركم واذكروا</w:t>
      </w:r>
    </w:p>
    <w:p>
      <w:r>
        <w:rPr>
          <w:b/>
        </w:rPr>
        <w:t xml:space="preserve">[1:48:07] </w:t>
      </w:r>
      <w:r>
        <w:t>idh jaalakum khulafaa</w:t>
      </w:r>
    </w:p>
    <w:p>
      <w:pPr>
        <w:jc w:val="right"/>
      </w:pPr>
      <w:r>
        <w:t>اذ جعلكم خلفاء</w:t>
      </w:r>
    </w:p>
    <w:p>
      <w:r>
        <w:rPr>
          <w:b/>
        </w:rPr>
        <w:t xml:space="preserve">[1:48:12] </w:t>
      </w:r>
      <w:r>
        <w:t>min baadi qawmi nooh</w:t>
      </w:r>
    </w:p>
    <w:p>
      <w:pPr>
        <w:jc w:val="right"/>
      </w:pPr>
      <w:r>
        <w:t>من بعد قوم نوح</w:t>
      </w:r>
    </w:p>
    <w:p>
      <w:r>
        <w:rPr>
          <w:b/>
        </w:rPr>
        <w:t xml:space="preserve">[1:48:16] </w:t>
      </w:r>
      <w:r>
        <w:t>wazadakum fil khalqi bastah</w:t>
      </w:r>
    </w:p>
    <w:p>
      <w:pPr>
        <w:jc w:val="right"/>
      </w:pPr>
      <w:r>
        <w:t>وزادكم في الخلق بسطه</w:t>
      </w:r>
    </w:p>
    <w:p>
      <w:r>
        <w:rPr>
          <w:b/>
        </w:rPr>
        <w:t xml:space="preserve">[1:48:19] </w:t>
      </w:r>
      <w:r>
        <w:t>fazkuru alaa allahi la allakum tuflihoon</w:t>
      </w:r>
    </w:p>
    <w:p>
      <w:pPr>
        <w:jc w:val="right"/>
      </w:pPr>
      <w:r>
        <w:t>فاذكروا الاء اللہ لعلكم تفلحون</w:t>
      </w:r>
    </w:p>
    <w:p>
      <w:r>
        <w:rPr>
          <w:b/>
        </w:rPr>
        <w:t xml:space="preserve">[1:48:32] </w:t>
      </w:r>
      <w:r>
        <w:t>aur aad ki taraf hum ne un ke bhai hood ko bheja unhon ne kaha a mere qom allah ki ibadat karo is ke siwa tumhara koi mabood nahi kya tum darte nahi</w:t>
      </w:r>
    </w:p>
    <w:p>
      <w:pPr>
        <w:jc w:val="right"/>
      </w:pPr>
      <w:r>
        <w:t>اور عاد کی طرف ہم نے ان کے بھائی ہود کو بھیجا انہوں نے کہا اے میری قوم اللہ کی عبادت کرو اس کے سوا تمہارا کوئی معبود نہیں کیا تم ڈرتے نہیں</w:t>
      </w:r>
    </w:p>
    <w:p>
      <w:r>
        <w:rPr>
          <w:b/>
        </w:rPr>
        <w:t xml:space="preserve">[1:48:50] </w:t>
      </w:r>
      <w:r>
        <w:t>iski qaum ke bade jo inkar kar rahe the bole hum to tum ko be aqli mein</w:t>
      </w:r>
    </w:p>
    <w:p>
      <w:pPr>
        <w:jc w:val="right"/>
      </w:pPr>
      <w:r>
        <w:t>اس کی قوم کے بڑے جو انکار کر رہے تھے بولے ہم تو تم کو بے عقلی میں</w:t>
      </w:r>
    </w:p>
    <w:p>
      <w:r>
        <w:rPr>
          <w:b/>
        </w:rPr>
        <w:t xml:space="preserve">[1:48:57] </w:t>
      </w:r>
      <w:r>
        <w:t>mubtala dekhte hain aur hum ko guman hai ke tum jhoote ho hood ne kaha ke a mere</w:t>
      </w:r>
    </w:p>
    <w:p>
      <w:pPr>
        <w:jc w:val="right"/>
      </w:pPr>
      <w:r>
        <w:t>مبتلا دیکھتے ہیں اور ہم کو گمان ہے کہ تم جھوٹے ہو ہود نے کہا کہ اے میری</w:t>
      </w:r>
    </w:p>
    <w:p>
      <w:r>
        <w:rPr>
          <w:b/>
        </w:rPr>
        <w:t xml:space="preserve">[1:49:04] </w:t>
      </w:r>
      <w:r>
        <w:t>qaum mujhe kuch be aqli nahi balkeh mein khawand e alam ka rasool hoon tum ko apne rabb ke</w:t>
      </w:r>
    </w:p>
    <w:p>
      <w:pPr>
        <w:jc w:val="right"/>
      </w:pPr>
      <w:r>
        <w:t>قوم مجھے کچھ بے عقلی نہیں بلکہ میں خداوند عالم کا رسول ہوں تم کو اپنے رب کے</w:t>
      </w:r>
    </w:p>
    <w:p>
      <w:r>
        <w:rPr>
          <w:b/>
        </w:rPr>
        <w:t xml:space="preserve">[1:49:14] </w:t>
      </w:r>
      <w:r>
        <w:t>paighamat pohncha raha hoon aur tumhara khair khwah aur ameen hoon</w:t>
      </w:r>
    </w:p>
    <w:p>
      <w:pPr>
        <w:jc w:val="right"/>
      </w:pPr>
      <w:r>
        <w:t>پیغامات پہنچا رہا ہوں اور تمہارا خیر خواہ اور امین ہوں</w:t>
      </w:r>
    </w:p>
    <w:p>
      <w:r>
        <w:rPr>
          <w:b/>
        </w:rPr>
        <w:t xml:space="preserve">[1:49:20] </w:t>
      </w:r>
      <w:r>
        <w:t>kya tum ko is par tajub hai ke tumhare paas tum hi mein se ek shakhs ke zariye</w:t>
      </w:r>
    </w:p>
    <w:p>
      <w:pPr>
        <w:jc w:val="right"/>
      </w:pPr>
      <w:r>
        <w:t>کیا تم کو اس پر تعجب ہے کہ تمہارے پاس تم ہی میں سے ایک شخص کے ذریعے</w:t>
      </w:r>
    </w:p>
    <w:p>
      <w:r>
        <w:rPr>
          <w:b/>
        </w:rPr>
        <w:t xml:space="preserve">[1:49:26] </w:t>
      </w:r>
      <w:r>
        <w:t>tumhare rabb ki naseehat aai taake woh tum ko daraye aur yaad karo jab ke is ne qaum</w:t>
      </w:r>
    </w:p>
    <w:p>
      <w:pPr>
        <w:jc w:val="right"/>
      </w:pPr>
      <w:r>
        <w:t>تمہارے رب کی نصیحت ائی تاکہ وہ تم کو ڈرائے اور یاد کرو جب کہ اس نے قوم</w:t>
      </w:r>
    </w:p>
    <w:p>
      <w:r>
        <w:rPr>
          <w:b/>
        </w:rPr>
        <w:t xml:space="preserve">[1:49:35] </w:t>
      </w:r>
      <w:r>
        <w:t>nooh ke baad tum ko is ka janasheen banaya aur deal dol mein tum ko phaila bhi zyada</w:t>
      </w:r>
    </w:p>
    <w:p>
      <w:pPr>
        <w:jc w:val="right"/>
      </w:pPr>
      <w:r>
        <w:t>نوح کے بعد تم کو اس کا جانشین بنایا اور ڈیل ڈول میں تم کو پھیلا بھی زیادہ</w:t>
      </w:r>
    </w:p>
    <w:p>
      <w:r>
        <w:rPr>
          <w:b/>
        </w:rPr>
        <w:t xml:space="preserve">[1:49:42] </w:t>
      </w:r>
      <w:r>
        <w:t>de diya pas Allah ki nematon ko yaad karo taake tum falah pao</w:t>
      </w:r>
    </w:p>
    <w:p>
      <w:pPr>
        <w:jc w:val="right"/>
      </w:pPr>
      <w:r>
        <w:t>دیا پس اللہ کی نعمتوں کو یاد کرو تاکہ تم فلاح پاؤ</w:t>
      </w:r>
    </w:p>
    <w:p>
      <w:r>
        <w:rPr>
          <w:b/>
        </w:rPr>
        <w:t xml:space="preserve">[1:49:51] </w:t>
      </w:r>
      <w:r>
        <w:t>tashreeh</w:t>
      </w:r>
    </w:p>
    <w:p>
      <w:pPr>
        <w:jc w:val="right"/>
      </w:pPr>
      <w:r>
        <w:t>تشریح</w:t>
      </w:r>
    </w:p>
    <w:p>
      <w:r>
        <w:rPr>
          <w:b/>
        </w:rPr>
        <w:t xml:space="preserve">[1:49:54] </w:t>
      </w:r>
      <w:r>
        <w:t>hazrat nooh ki kashti mein jo ahl e iman bache thay un mein aap ke potay aram ki اولاد se aik nasal chali woh qadeem yaman mein abad thay aur aad kahlatay thay yeh log ibtida hazrat nooh ke deen par thay</w:t>
      </w:r>
    </w:p>
    <w:p>
      <w:pPr>
        <w:jc w:val="right"/>
      </w:pPr>
      <w:r>
        <w:t>حضرت نوح کی کشتی میں جو اہل ایمان بچے تھے ان میں اپ کے پوتے ارم کی اولاد سے ایک نسل چلی وہ قدیمیمن میں اباد تھے اور عاد کہلاتے تھے یہ لوگ ابتداء حضرت نوح کے دین پر تھے</w:t>
      </w:r>
    </w:p>
    <w:p>
      <w:r>
        <w:rPr>
          <w:b/>
        </w:rPr>
        <w:t xml:space="preserve">[1:50:14] </w:t>
      </w:r>
      <w:r>
        <w:t>baad ko jab un mein bigaad paida hua to Allah ne Hazrat Hood ko un ke upar apna</w:t>
      </w:r>
    </w:p>
    <w:p>
      <w:pPr>
        <w:jc w:val="right"/>
      </w:pPr>
      <w:r>
        <w:t>بعد کو جب ان میں بگاڑ پیدا ہوا تو اللہ نے حضرت ہود کو ان کے اوپر اپنا</w:t>
      </w:r>
    </w:p>
    <w:p>
      <w:r>
        <w:rPr>
          <w:b/>
        </w:rPr>
        <w:t xml:space="preserve">[1:50:20] </w:t>
      </w:r>
      <w:r>
        <w:t>paighambar muqarrar kiya magar qaum ke sardaron ko aap ke andar woh azmat nazar na aai jo un</w:t>
      </w:r>
    </w:p>
    <w:p>
      <w:pPr>
        <w:jc w:val="right"/>
      </w:pPr>
      <w:r>
        <w:t>پیغمبر مقرر کیا مگر قوم کے سرداروں کو اپ کے اندر وہ عظمت نظر نہ ائی جو ان</w:t>
      </w:r>
    </w:p>
    <w:p>
      <w:r>
        <w:rPr>
          <w:b/>
        </w:rPr>
        <w:t xml:space="preserve">[1:50:29] </w:t>
      </w:r>
      <w:r>
        <w:t>ke khayal ke mutabiq Khuda ke paighambar ke andar hona chahiye</w:t>
      </w:r>
    </w:p>
    <w:p>
      <w:pPr>
        <w:jc w:val="right"/>
      </w:pPr>
      <w:r>
        <w:t>کے خیال کے مطابق خدا کے پیغمبر کے اندر ہونا چاہیے</w:t>
      </w:r>
    </w:p>
    <w:p>
      <w:r>
        <w:rPr>
          <w:b/>
        </w:rPr>
        <w:t xml:space="preserve">[1:50:36] </w:t>
      </w:r>
      <w:r>
        <w:t>unhon ne samjha ke yeh shakhs ya to ahmaq hai ya phir woh jhoota daawa kar raha hai</w:t>
      </w:r>
    </w:p>
    <w:p>
      <w:pPr>
        <w:jc w:val="right"/>
      </w:pPr>
      <w:r>
        <w:t>انہوں نے سمجھا کہ یہ شخص یا تو احمق ہے یا پھر وہ جھوٹا دعوی کر رہا ہے</w:t>
      </w:r>
    </w:p>
    <w:p>
      <w:r>
        <w:rPr>
          <w:b/>
        </w:rPr>
        <w:t xml:space="preserve">[1:50:45] </w:t>
      </w:r>
      <w:r>
        <w:t>mein tumhara naseeh aur ameen hoon</w:t>
      </w:r>
    </w:p>
    <w:p>
      <w:pPr>
        <w:jc w:val="right"/>
      </w:pPr>
      <w:r>
        <w:t>میں تمہارا ناصح اور امین ہوں</w:t>
      </w:r>
    </w:p>
    <w:p>
      <w:r>
        <w:rPr>
          <w:b/>
        </w:rPr>
        <w:t xml:space="preserve">[1:50:49] </w:t>
      </w:r>
      <w:r>
        <w:t>paighambar ki zaban se yeh fiqra batata hai ke daai aur madu ka rishta qaumi haraf ya siyasi</w:t>
      </w:r>
    </w:p>
    <w:p>
      <w:pPr>
        <w:jc w:val="right"/>
      </w:pPr>
      <w:r>
        <w:t>پیغمبر کی زبان سے یہ فقرہ بتاتا ہے کہ داعی اور مدعو کا رشتہ قومی حریف یا سیاسی</w:t>
      </w:r>
    </w:p>
    <w:p>
      <w:r>
        <w:rPr>
          <w:b/>
        </w:rPr>
        <w:t xml:space="preserve">[1:50:57] </w:t>
      </w:r>
      <w:r>
        <w:t>mad muqabil jaisa rishta nahi hai yeh khair khwahi aur amant dari ka rishta hai</w:t>
      </w:r>
    </w:p>
    <w:p>
      <w:pPr>
        <w:jc w:val="right"/>
      </w:pPr>
      <w:r>
        <w:t>مد مقابل جیسا رشتہ نہیں ہے یہ خیر خواہی اور امانت داری کا رشتہ ہے</w:t>
      </w:r>
    </w:p>
    <w:p>
      <w:r>
        <w:rPr>
          <w:b/>
        </w:rPr>
        <w:t xml:space="preserve">[1:51:06] </w:t>
      </w:r>
      <w:r>
        <w:t>dāī ko aesa hona chahiye ke is ke dil mein madu ke liye khair khwahi ke sath aur</w:t>
      </w:r>
    </w:p>
    <w:p>
      <w:pPr>
        <w:jc w:val="right"/>
      </w:pPr>
      <w:r>
        <w:t>داعی کو ایسا ہونا چاہیے کہ اس کے دل میں مدعو کے لیے خیر خواہی کے ساتھ اور</w:t>
      </w:r>
    </w:p>
    <w:p>
      <w:r>
        <w:rPr>
          <w:b/>
        </w:rPr>
        <w:t xml:space="preserve">[1:51:13] </w:t>
      </w:r>
      <w:r>
        <w:t>kuch na ho</w:t>
      </w:r>
    </w:p>
    <w:p>
      <w:pPr>
        <w:jc w:val="right"/>
      </w:pPr>
      <w:r>
        <w:t>کچھ نہ ہو</w:t>
      </w:r>
    </w:p>
    <w:p>
      <w:r>
        <w:rPr>
          <w:b/>
        </w:rPr>
        <w:t xml:space="preserve">[1:51:15] </w:t>
      </w:r>
      <w:r>
        <w:t>madu ki taraf se khwah kaisa hi nagawar rawaiyah samnay aaye magar daai aakhir waqt tak madu ka khair khwah bana rahay phir jo paigham woh de raha hai us ko detay hue us ke andar yeh ehsas na ho ke yeh meri koi apni cheez hai jo main doosron ko ata kar raha hoon</w:t>
      </w:r>
    </w:p>
    <w:p>
      <w:pPr>
        <w:jc w:val="right"/>
      </w:pPr>
      <w:r>
        <w:t>مدعو کی طرف سے خواہ کیسا ہی ناخوشگوار رویہ سامنے ائے مگر داعی اخر وقت تک مدعو کا خیر خواہ بنا رہے پھر جو پیغام وہ دے رہا ہے اس کو دیتے ہوئے اس کے اندر یہ احساس نہ ہو کہ یہ میری کوئی اپنی چیز ہے جو میں دوسروں کو عطا کر رہا ہوں</w:t>
      </w:r>
    </w:p>
    <w:p>
      <w:r>
        <w:rPr>
          <w:b/>
        </w:rPr>
        <w:t xml:space="preserve">[1:51:40] </w:t>
      </w:r>
      <w:r>
        <w:t>balkay us ke andar yeh jazba ho ke yeh khud doosron ki cheez hai yeh doosron ke liye allah ki amanat hai jo main un ko pohancha kar bari zima ho raha hoon</w:t>
      </w:r>
    </w:p>
    <w:p>
      <w:pPr>
        <w:jc w:val="right"/>
      </w:pPr>
      <w:r>
        <w:t>بلکہ اس کے اندر یہ جذبہ ہو کہ یہ خود دوسروں کی چیز ہے یہ دوسروں کے لیے خدا کی امانت ہے جو میں ان کو پہنچا کر بری الذمہ ہو رہا ہوں</w:t>
      </w:r>
    </w:p>
    <w:p>
      <w:r>
        <w:rPr>
          <w:b/>
        </w:rPr>
        <w:t xml:space="preserve">[1:51:57] </w:t>
      </w:r>
      <w:r>
        <w:t>paighambaron ki dawat ki buniyad hamesha yeh rahi hai ke woh insaan ke upar Khuda ki nematein yaad dilayein aur us ko is baat se daraye ke agar woh Khuda ka shukar guzar ban kar na raha to woh Khuda ki pakar mein ajaye ga qaumi jhagron aur maadi masail ko kabhi paighambar apni dawat ka unwaan nahi banate</w:t>
      </w:r>
    </w:p>
    <w:p>
      <w:pPr>
        <w:jc w:val="right"/>
      </w:pPr>
      <w:r>
        <w:t>پیغمبروں کی دعوت کی بنیاد ہمیشہ یہ رہی ہے کہ وہ انسان کے اوپر خدا کی نعمتیں یاد دلائیں اور اس کو اس بات سے ڈرائیں کہ اگر وہ خدا کا شکر گزار بن کر نہ رہا تو وہ خدا کی پکڑ میں اجائے گا قومی جھگڑوں اور مادی مسائل کو کبھی پیغمبر اپنی دعوت کا عنوان نہیں بناتے</w:t>
      </w:r>
    </w:p>
    <w:p>
      <w:r>
        <w:rPr>
          <w:b/>
        </w:rPr>
        <w:t xml:space="preserve">[1:52:24] </w:t>
      </w:r>
      <w:r>
        <w:t>woh akhri had tak is baat ki koshish karte hain ke un ke aur madu ke darmiyan asal dawat ke siwa koi cheez bahas ki buniyad na banne paye qaum un ko sirf tauheed aur aakhirat ke daai ke roop mein dekhe na ke kisi aur roop mein</w:t>
      </w:r>
    </w:p>
    <w:p>
      <w:pPr>
        <w:jc w:val="right"/>
      </w:pPr>
      <w:r>
        <w:t>وہ اخری حد تک اس بات کی کوشش کرتے ہیں کہ ان کے اور مدعو کے درمیان اصل دعوت کے سوا کوئی چیز بحث کی بنیاد نہ بننے پائے قوم ان کو صرف توحید اور اخرت کے داعی کے روپ میں دیکھے نہ کہ کسی اور روپ میں</w:t>
      </w:r>
    </w:p>
    <w:p>
      <w:r>
        <w:rPr>
          <w:b/>
        </w:rPr>
        <w:t xml:space="preserve">[1:52:47] </w:t>
      </w:r>
      <w:r>
        <w:t>Khuda ki nematon ko yaad karo taake tum kamyab ho</w:t>
      </w:r>
    </w:p>
    <w:p>
      <w:pPr>
        <w:jc w:val="right"/>
      </w:pPr>
      <w:r>
        <w:t>خدا کی نعمتوں کو یاد کرو تاکہ تم کامیاب ہو</w:t>
      </w:r>
    </w:p>
    <w:p>
      <w:r>
        <w:rPr>
          <w:b/>
        </w:rPr>
        <w:t xml:space="preserve">[1:52:52] </w:t>
      </w:r>
      <w:r>
        <w:t>is se maloom hota hai ke aakhirat ki nematon ka istihqaaq is ke liye hai jis ne duniya mein Khuda ki nematon ka eteraaf kiya ho jannat Khuda ke niam aur mohsin hone ka sab se bara izhaar hai is liye aakhirat ki jannat ko wohi paye ga jis ne duniya mein Khuda ke niam aur mohsin hone ki hesiyat ko pa liya ho</w:t>
      </w:r>
    </w:p>
    <w:p>
      <w:pPr>
        <w:jc w:val="right"/>
      </w:pPr>
      <w:r>
        <w:t>اس سے معلوم ہوتا ہے کہ اخرت کی نعمتوں کا استحقاق اس کے لیے ہے جس نے دنیا میں خدا کی نعمتوں کا اعتراف کیا ہو جنت خدا کے منیم اور محسن ہونے کا سب سے بڑا اظہار ہے اس لیے اخرت کی جنت کو وہی پائے گا جس نے دنیا میں خدا کے منیم اور محسن ہونے کی حیثیت کو پا لیا ہو</w:t>
      </w:r>
    </w:p>
    <w:p>
      <w:r>
        <w:rPr>
          <w:b/>
        </w:rPr>
        <w:t xml:space="preserve">[1:53:22] </w:t>
      </w:r>
      <w:r>
        <w:t>yehi marifat jannat ki asal qeemat hai qalo ajaitna linabud Allah wahdahu wa nadhar ma kana ya'budu abao'na fatina bima ta'uduna fatina bima ta'uduna</w:t>
      </w:r>
    </w:p>
    <w:p>
      <w:pPr>
        <w:jc w:val="right"/>
      </w:pPr>
      <w:r>
        <w:t>یہی معرفت جنت کی اصل قیمت ہے قالوا اجئتنا لنعبد اللہ وحده ونذر ما كان يعبد اباؤنا فاتنا بما تعدنا فاتنا بما تعدنا</w:t>
      </w:r>
    </w:p>
    <w:p>
      <w:r>
        <w:rPr>
          <w:b/>
        </w:rPr>
        <w:t xml:space="preserve">[1:53:50] </w:t>
      </w:r>
      <w:r>
        <w:t>in kunta min as-sadiqin qala qad waqa' alaikum min rabbikum rijsun wa ghadab atujadilunani fi asmaa'</w:t>
      </w:r>
    </w:p>
    <w:p>
      <w:pPr>
        <w:jc w:val="right"/>
      </w:pPr>
      <w:r>
        <w:t>ان کنت من الصادقین قال قد وقع علیکم من ربكم رجس وغضب اتجادلونني في اسماء</w:t>
      </w:r>
    </w:p>
    <w:p>
      <w:r>
        <w:rPr>
          <w:b/>
        </w:rPr>
        <w:t xml:space="preserve">[1:54:12] </w:t>
      </w:r>
      <w:r>
        <w:t>sammaytumoha antum wa abao'kum sammaytumoha</w:t>
      </w:r>
    </w:p>
    <w:p>
      <w:pPr>
        <w:jc w:val="right"/>
      </w:pPr>
      <w:r>
        <w:t>سميتموها انتم واباؤكم سميتموها</w:t>
      </w:r>
    </w:p>
    <w:p>
      <w:r>
        <w:rPr>
          <w:b/>
        </w:rPr>
        <w:t xml:space="preserve">[1:54:27] </w:t>
      </w:r>
      <w:r>
        <w:t>antum wa abao'kum ma nazzala Allahu biha min sultan</w:t>
      </w:r>
    </w:p>
    <w:p>
      <w:pPr>
        <w:jc w:val="right"/>
      </w:pPr>
      <w:r>
        <w:t>انتم واباؤكم ما نزل الله بها من سلطان</w:t>
      </w:r>
    </w:p>
    <w:p>
      <w:r>
        <w:rPr>
          <w:b/>
        </w:rPr>
        <w:t xml:space="preserve">[1:54:40] </w:t>
      </w:r>
      <w:r>
        <w:t>fāntẓarū anī maʿakum min al-muntaẓirīn</w:t>
      </w:r>
    </w:p>
    <w:p>
      <w:pPr>
        <w:jc w:val="right"/>
      </w:pPr>
      <w:r>
        <w:t>فانتظروا اني معكم من المنتظرين</w:t>
      </w:r>
    </w:p>
    <w:p>
      <w:r>
        <w:rPr>
          <w:b/>
        </w:rPr>
        <w:t xml:space="preserve">[1:54:50] </w:t>
      </w:r>
      <w:r>
        <w:t>fa-anjaynā hu alladhīna maʿahu bi-raḥmah</w:t>
      </w:r>
    </w:p>
    <w:p>
      <w:pPr>
        <w:jc w:val="right"/>
      </w:pPr>
      <w:r>
        <w:t>فانجينا هو الذين معه برحمه</w:t>
      </w:r>
    </w:p>
    <w:p>
      <w:r>
        <w:rPr>
          <w:b/>
        </w:rPr>
        <w:t xml:space="preserve">[1:54:55] </w:t>
      </w:r>
      <w:r>
        <w:t>minnā wa-qaṭṭaʿnā dābir alladhīna kaḏaḇū bi-āyātinā</w:t>
      </w:r>
    </w:p>
    <w:p>
      <w:pPr>
        <w:jc w:val="right"/>
      </w:pPr>
      <w:r>
        <w:t>منا وقطعنا دابرا الذين كذبوا باياتنا</w:t>
      </w:r>
    </w:p>
    <w:p>
      <w:r>
        <w:rPr>
          <w:b/>
        </w:rPr>
        <w:t xml:space="preserve">[1:55:03] </w:t>
      </w:r>
      <w:r>
        <w:t>wa-mā kānū muʾminīn</w:t>
      </w:r>
    </w:p>
    <w:p>
      <w:pPr>
        <w:jc w:val="right"/>
      </w:pPr>
      <w:r>
        <w:t>وما كانوا مؤمنين</w:t>
      </w:r>
    </w:p>
    <w:p>
      <w:r>
        <w:rPr>
          <w:b/>
        </w:rPr>
        <w:t xml:space="preserve">[1:55:10] </w:t>
      </w:r>
      <w:r>
        <w:t>hood ki qaum ne kaha kya tum hamare paas is liye aaye ho ke hum tanha Allah ki ibaadat karein aur un ko chhod dein jin ki ibaadat hamare baap dada karte aaye hain pas tum jis azaab ki dhamki hum ko dete ho us ko le aao agar tum sachche ho</w:t>
      </w:r>
    </w:p>
    <w:p>
      <w:pPr>
        <w:jc w:val="right"/>
      </w:pPr>
      <w:r>
        <w:t>ہود کی قوم نے کہا کیا تم ہمارے پاس اس لیے ائے ہو کہ ہم تنہا اللہ کی عبادت کریں اور ان کو چھوڑ دیں جن کی عبادت ہمارے باپ دادا کرتے ائے ہیں پس تم جس عذاب کی دھمکی ہم کو دیتے ہو اس کو لے اؤ اگر تم سچے ہو</w:t>
      </w:r>
    </w:p>
    <w:p>
      <w:r>
        <w:rPr>
          <w:b/>
        </w:rPr>
        <w:t xml:space="preserve">[1:55:36] </w:t>
      </w:r>
      <w:r>
        <w:t>hood ne kaha tum par tumhare Rab ki taraf se napaki aur ghussa waqe ho chuka hai kya tum mujh se in namon par jhagadte ho jo tum ne aur tumhare baap dada ne rakh liye hain jin ki Khuda ne koi sand nahi utari pas intezaar karo main bhi tumhare saath intezaar karne walon mein hoon</w:t>
      </w:r>
    </w:p>
    <w:p>
      <w:pPr>
        <w:jc w:val="right"/>
      </w:pPr>
      <w:r>
        <w:t>ہود نے کہا تم پر تمہارے رب کی طرف سے ناپاکی اور غصہ واقع ہو چکا ہے کیا تم مجھ سے ان ناموں پر جھگڑتے ہو جو تم نے اور تمہارے باپ دادا نے رکھ لیے ہیں جن کی خدا نے کوئی سند نہیں اتاری پس انتظار کرو میں بھی تمہارے ساتھ انتظار کرنے والوں میں ہوں</w:t>
      </w:r>
    </w:p>
    <w:p>
      <w:r>
        <w:rPr>
          <w:b/>
        </w:rPr>
        <w:t xml:space="preserve">[1:56:06] </w:t>
      </w:r>
      <w:r>
        <w:t>phir hum ne bacha liya us ko aur jo us ke saath the apni rehmat se aur un logon ki jar kaat di jo hamari nishaniyon ko jhutlate the aur mante na the</w:t>
      </w:r>
    </w:p>
    <w:p>
      <w:pPr>
        <w:jc w:val="right"/>
      </w:pPr>
      <w:r>
        <w:t>پھر ہم نے بچا لیا اس کو اور جو اس کے ساتھ تھے اپنی رحمت سے اور ان لوگوں کی جڑ کاٹ دی جو ہماری نشانیوں کو جھٹلاتے تھے اور مانتے نہ تھے</w:t>
      </w:r>
    </w:p>
    <w:p>
      <w:r>
        <w:rPr>
          <w:b/>
        </w:rPr>
        <w:t xml:space="preserve">[1:56:25] </w:t>
      </w:r>
      <w:r>
        <w:t>tashreeh insaan namon ke zariye kisi cheez ka tasawwur qaim karta hai</w:t>
      </w:r>
    </w:p>
    <w:p>
      <w:pPr>
        <w:jc w:val="right"/>
      </w:pPr>
      <w:r>
        <w:t>تشریح انسان ناموں کے ذریعے کسی چیز کا تصور قائم کرتا ہے</w:t>
      </w:r>
    </w:p>
    <w:p>
      <w:r>
        <w:rPr>
          <w:b/>
        </w:rPr>
        <w:t xml:space="preserve">[1:56:33] </w:t>
      </w:r>
      <w:r>
        <w:t>kisi shakhs ke saath achha lafz lag jaye to woh achha maloom hota hai aur agar bura lafz lag jaye to bura dikhai dene lagta hai Khuda ke siwa doosri cheezein ya hastiyan jo aadmi ki tawajjuh ka markaz banti hain is ki wajah bhi yahi naam hote hain</w:t>
      </w:r>
    </w:p>
    <w:p>
      <w:pPr>
        <w:jc w:val="right"/>
      </w:pPr>
      <w:r>
        <w:t>کسی شخص کے ساتھ اچھا لفظ لگ جائے تو وہ اچھا معلوم ہوتا ہے اور اگر برا لفظ لگ جائے تو برا دکھائی دینے لگتا ہے خدا کے سوا دوسری چیزیں یا ہستیاں جو ادمی کی توجہات کا مرکز بنتی ہیں اس کی وجہ بھی یہی نام ہوتے ہیں</w:t>
      </w:r>
    </w:p>
    <w:p>
      <w:r>
        <w:rPr>
          <w:b/>
        </w:rPr>
        <w:t xml:space="preserve">[1:57:00] </w:t>
      </w:r>
      <w:r>
        <w:t>log kisi shakhsiyat ko ghous pak ganj bakhsh gharib nawaz mushkil kusha jaise alfaaz se pukarne lagte hain</w:t>
      </w:r>
    </w:p>
    <w:p>
      <w:pPr>
        <w:jc w:val="right"/>
      </w:pPr>
      <w:r>
        <w:t>لوگ کسی شخصیت کو غوث پاک گنج بخش غریب نواز مشکل کشا جیسے الفاظ سے پکارنے لگتے ہیں</w:t>
      </w:r>
    </w:p>
    <w:p>
      <w:r>
        <w:rPr>
          <w:b/>
        </w:rPr>
        <w:t xml:space="preserve">[1:57:10] </w:t>
      </w:r>
      <w:r>
        <w:t>yeh alfaaz dheere dheere un shakhsiyaton ke saath aisa wabasta ho jate hain ke log yaqeen kar lete hain ke jis ko ghous faryad ras kaha jata hai woh waqai faryad ko pahunchne wala hai aur jis ko mushkil kusha ke naam se pukara jata hai sach much woh mushkilon ko hal karne wala hai m</w:t>
      </w:r>
    </w:p>
    <w:p>
      <w:pPr>
        <w:jc w:val="right"/>
      </w:pPr>
      <w:r>
        <w:t>یہ الفاظ دھیرے دھیرے ان شخصیتوں کے ساتھ ایسا وابستہ ہو جاتے ہیں کہ لوگ یقین کر لیتے ہیں کہ جس کو غوث فریاد رس کہا جاتا ہے وہ واقعی فریاد کو پہنچنے والا ہے اور جس کو مشکل کشا کے نام سے پکارا جاتا ہے سچ مچ وہ مشکلوں کو حل کرنے والا ہے م</w:t>
      </w:r>
    </w:p>
    <w:p>
      <w:r>
        <w:rPr>
          <w:b/>
        </w:rPr>
        <w:t xml:space="preserve">[1:57:38] </w:t>
      </w:r>
      <w:r>
        <w:t>gar haqeeqat yeh hai ke is qism ke tamam naam sirf insanon ke rakhe hue hain in namon ka koi musamma kahin maujood nahi in ke haq mein na koi sharai daleel hai aur na koi aqli daleel</w:t>
      </w:r>
    </w:p>
    <w:p>
      <w:pPr>
        <w:jc w:val="right"/>
      </w:pPr>
      <w:r>
        <w:t>گر حقیقت یہ ہے کہ اس قسم کے تمام نام صرف انسانوں کے رکھے ہوئے ہیں ان ناموں کا کوئی مسمہ کہیں موجود نہیں ان کے حق میں نہ کوئی شرعی دلیل ہے اور نہ کوئی عقلی دلیل</w:t>
      </w:r>
    </w:p>
    <w:p>
      <w:r>
        <w:rPr>
          <w:b/>
        </w:rPr>
        <w:t xml:space="preserve">[1:58:00] </w:t>
      </w:r>
      <w:r>
        <w:t>namon ki shariat ki ek qism woh hai jo jahil insanon ke darmiyan raaij hai taham is ki ek zyada muazzab soorat bhi hai jo padhe likhe logon ke darmiyan maqbool hai yahan bhi kuch shakhsiyaton ke saath kuch ghair maamooli alfaaz wabasta kar diye jate hain</w:t>
      </w:r>
    </w:p>
    <w:p>
      <w:pPr>
        <w:jc w:val="right"/>
      </w:pPr>
      <w:r>
        <w:t>ناموں کی شریعت کی ایک قسم وہ ہے جو جاہل انسانوں کے درمیان رائج ہے تاہم اس کی ایک زیادہ مہذب صورت بھی ہے جو پڑھے لکھے لوگوں کے درمیان مقبول ہے یہاں بھی کچھ شخصیتوں کے ساتھ کچھ غیر معمولی الفاظ وابستہ کر دیے جاتے ہیں</w:t>
      </w:r>
    </w:p>
    <w:p>
      <w:r>
        <w:rPr>
          <w:b/>
        </w:rPr>
        <w:t xml:space="preserve">[1:58:23] </w:t>
      </w:r>
      <w:r>
        <w:t>misalan qudsī ṣifāt maḥbūb Khudā</w:t>
      </w:r>
    </w:p>
    <w:p>
      <w:pPr>
        <w:jc w:val="right"/>
      </w:pPr>
      <w:r>
        <w:t>مثلاً قدسی صفات محبوب خدا</w:t>
      </w:r>
    </w:p>
    <w:p>
      <w:r>
        <w:rPr>
          <w:b/>
        </w:rPr>
        <w:t xml:space="preserve">[1:58:29] </w:t>
      </w:r>
      <w:r>
        <w:t>sutūn islām najāt dahindah millat waghaīrah is qism ke alfāẓ dhīre dhīre mazkūrah shakhṣiyaton ke nām kā juz</w:t>
      </w:r>
    </w:p>
    <w:p>
      <w:pPr>
        <w:jc w:val="right"/>
      </w:pPr>
      <w:r>
        <w:t>ستون اسلام نجات دہندہ ملت وغیرہ اس قسم کے الفاظ دھیرے دھیرے مذکورہ شخصیتوں کے نام کا جز</w:t>
      </w:r>
    </w:p>
    <w:p>
      <w:r>
        <w:rPr>
          <w:b/>
        </w:rPr>
        <w:t xml:space="preserve">[1:58:39] </w:t>
      </w:r>
      <w:r>
        <w:t>ban jāte hain</w:t>
      </w:r>
    </w:p>
    <w:p>
      <w:pPr>
        <w:jc w:val="right"/>
      </w:pPr>
      <w:r>
        <w:t>بن جاتے ہیں</w:t>
      </w:r>
    </w:p>
    <w:p>
      <w:r>
        <w:rPr>
          <w:b/>
        </w:rPr>
        <w:t xml:space="preserve">[1:58:41] </w:t>
      </w:r>
      <w:r>
        <w:t>log in shakhṣiyaton ko waisa hi ghair maʿmūlī samajh lete hain jaisa ke un ko die hue nām</w:t>
      </w:r>
    </w:p>
    <w:p>
      <w:pPr>
        <w:jc w:val="right"/>
      </w:pPr>
      <w:r>
        <w:t>لوگ ان شخصیتوں کو ویسا ہی غیر معمولی سمجھ لیتے ہیں جیسا کہ ان کو دیے ہوئے نام</w:t>
      </w:r>
    </w:p>
    <w:p>
      <w:r>
        <w:rPr>
          <w:b/>
        </w:rPr>
        <w:t xml:space="preserve">[1:58:48] </w:t>
      </w:r>
      <w:r>
        <w:t>se zahir hota hai</w:t>
      </w:r>
    </w:p>
    <w:p>
      <w:pPr>
        <w:jc w:val="right"/>
      </w:pPr>
      <w:r>
        <w:t>سے ظاہر ہوتا ہے</w:t>
      </w:r>
    </w:p>
    <w:p>
      <w:r>
        <w:rPr>
          <w:b/>
        </w:rPr>
        <w:t xml:space="preserve">[1:58:55] </w:t>
      </w:r>
      <w:r>
        <w:t>jo cheez baap dada se chali aa rahi ho balafz deegar jis ne tareekhi ahmiyat hasil kar li ho aur taveel riwayat ke nateeje mein jis ke saath mazi ka taqaddus shamil ho gaya ho woh logon ki nazar mein hamesha azeem ho jati hai is ke muqable mein aaj ke daai ki baat halki dikhai deti hai</w:t>
      </w:r>
    </w:p>
    <w:p>
      <w:pPr>
        <w:jc w:val="right"/>
      </w:pPr>
      <w:r>
        <w:t>جو چیز باپ دادا سے چلی ارہی ہو بالفاظ دیگر جس نے تاریخی اہمیت حاصل کر لی ہو اور طویل روایات کے نتیجے میں جس کے ساتھ ماضی کا تقدس شامل ہو گیا ہو وہ لوگوں کی نظر میں ہمیشہ عظیم ہو جاتی ہے اس کے مقابلے میں اج کے داعی کی بات ہلکی دکھائی دیتی ہے</w:t>
      </w:r>
    </w:p>
    <w:p>
      <w:r>
        <w:rPr>
          <w:b/>
        </w:rPr>
        <w:t xml:space="preserve">[1:59:24] </w:t>
      </w:r>
      <w:r>
        <w:t>woh haal ke daai ko ghair aham samajh kar nazar andaaz kar dete hain un ko aitmaad hota hai ke woh aslaf ki azmaton ke waris hain phir kaun un ka kuch bigaad sakta hai</w:t>
      </w:r>
    </w:p>
    <w:p>
      <w:pPr>
        <w:jc w:val="right"/>
      </w:pPr>
      <w:r>
        <w:t>وہ حال کے داعی کو غیر اہم سمجھ کر نظر انداز کر دیتے ہیں ان کو اعتماد ہوتا ہے کہ وہ اسلاف کی عظمتوں کے وارث ہیں پھر کون ان کا کچھ بگاڑ سکتا ہے</w:t>
      </w:r>
    </w:p>
    <w:p>
      <w:r>
        <w:rPr>
          <w:b/>
        </w:rPr>
        <w:t xml:space="preserve">[1:59:43] </w:t>
      </w:r>
      <w:r>
        <w:t>Khuda ke muamle mein dhithai aadmi ko dheere dheere behiss bana deti hai</w:t>
      </w:r>
    </w:p>
    <w:p>
      <w:pPr>
        <w:jc w:val="right"/>
      </w:pPr>
      <w:r>
        <w:t>خدا کے معاملے میں ڈھٹھائی ادمی کو دھیرے دھیرے بے حس بنا دیتی ہے</w:t>
      </w:r>
    </w:p>
    <w:p>
      <w:r>
        <w:rPr>
          <w:b/>
        </w:rPr>
        <w:t xml:space="preserve">[1:59:51] </w:t>
      </w:r>
      <w:r>
        <w:t>woh is qabil nahi rehta ke woh naseehat aur yaad dehani ki zaban mein koi islaah qabool kar sake aise log goya is baat ke muntazir hain ke Khuda azaab ki zaban mein un ke samne zahir ho</w:t>
      </w:r>
    </w:p>
    <w:p>
      <w:pPr>
        <w:jc w:val="right"/>
      </w:pPr>
      <w:r>
        <w:t>وہ اس قابل نہیں رہتا کہ وہ نصیحت اور یاد دہانی کی زبان میں کوئی اصلاح قبول کر سکے ایسے لوگ گویا اس بات کے منتظر ہیں کہ خدا عذاب کی زبان میں ان کے سامنے ظاہر ہو</w:t>
      </w:r>
    </w:p>
    <w:p>
      <w:r>
        <w:rPr>
          <w:b/>
        </w:rPr>
        <w:t xml:space="preserve">[2:00:17] </w:t>
      </w:r>
      <w:r>
        <w:t>yā qawm Allāh mā lakum min ilāh ghayrihi</w:t>
      </w:r>
    </w:p>
    <w:p>
      <w:pPr>
        <w:jc w:val="right"/>
      </w:pPr>
      <w:r>
        <w:t>یا قوم اللہ ما لکم من الہ غیرہ</w:t>
      </w:r>
    </w:p>
    <w:p>
      <w:r>
        <w:rPr>
          <w:b/>
        </w:rPr>
        <w:t xml:space="preserve">[2:00:24] </w:t>
      </w:r>
      <w:r>
        <w:t>qad jāʾatkum bayyinah</w:t>
      </w:r>
    </w:p>
    <w:p>
      <w:pPr>
        <w:jc w:val="right"/>
      </w:pPr>
      <w:r>
        <w:t>قد جاءتکم بینۃ</w:t>
      </w:r>
    </w:p>
    <w:p>
      <w:r>
        <w:rPr>
          <w:b/>
        </w:rPr>
        <w:t xml:space="preserve">[2:00:30] </w:t>
      </w:r>
      <w:r>
        <w:t>min rabbikum hāḏihi nāqatullāh lakum āyah</w:t>
      </w:r>
    </w:p>
    <w:p>
      <w:pPr>
        <w:jc w:val="right"/>
      </w:pPr>
      <w:r>
        <w:t>من ربکم هذه ناقۃ اللہ لکم ایہ</w:t>
      </w:r>
    </w:p>
    <w:p>
      <w:r>
        <w:rPr>
          <w:b/>
        </w:rPr>
        <w:t xml:space="preserve">[2:00:37] </w:t>
      </w:r>
      <w:r>
        <w:t>fa-ḏarūhā taʾkul fī</w:t>
      </w:r>
    </w:p>
    <w:p>
      <w:pPr>
        <w:jc w:val="right"/>
      </w:pPr>
      <w:r>
        <w:t>فذروها تاكل فی</w:t>
      </w:r>
    </w:p>
    <w:p>
      <w:r>
        <w:rPr>
          <w:b/>
        </w:rPr>
        <w:t xml:space="preserve">[2:00:41] </w:t>
      </w:r>
      <w:r>
        <w:t>arḍillāhi wa-lā tumusūhā bi-sūʾ</w:t>
      </w:r>
    </w:p>
    <w:p>
      <w:pPr>
        <w:jc w:val="right"/>
      </w:pPr>
      <w:r>
        <w:t>ارض اللہ ولا تمسوها بسوء</w:t>
      </w:r>
    </w:p>
    <w:p>
      <w:r>
        <w:rPr>
          <w:b/>
        </w:rPr>
        <w:t xml:space="preserve">[2:00:50] </w:t>
      </w:r>
      <w:r>
        <w:t>fa-yākhuḏakum ʿaḏābun alīm</w:t>
      </w:r>
    </w:p>
    <w:p>
      <w:pPr>
        <w:jc w:val="right"/>
      </w:pPr>
      <w:r>
        <w:t>فياخذكم عذاب الیم</w:t>
      </w:r>
    </w:p>
    <w:p>
      <w:r>
        <w:rPr>
          <w:b/>
        </w:rPr>
        <w:t xml:space="preserve">[2:00:56] </w:t>
      </w:r>
      <w:r>
        <w:t>wa-ḏkurū iḏ ǧaʿalakum khalafāʾ</w:t>
      </w:r>
    </w:p>
    <w:p>
      <w:pPr>
        <w:jc w:val="right"/>
      </w:pPr>
      <w:r>
        <w:t>واذکروا اذ جعلكم خلفاء</w:t>
      </w:r>
    </w:p>
    <w:p>
      <w:r>
        <w:rPr>
          <w:b/>
        </w:rPr>
        <w:t xml:space="preserve">[2:01:03] </w:t>
      </w:r>
      <w:r>
        <w:t>min</w:t>
      </w:r>
    </w:p>
    <w:p>
      <w:pPr>
        <w:jc w:val="right"/>
      </w:pPr>
      <w:r>
        <w:t>من</w:t>
      </w:r>
    </w:p>
    <w:p>
      <w:r>
        <w:rPr>
          <w:b/>
        </w:rPr>
        <w:t xml:space="preserve">[2:01:04] </w:t>
      </w:r>
      <w:r>
        <w:t>ba'di adin wa bawwakum fil ardi bawwakum fil ardi tattakhithoona min suhooliha qusooran wa tantahitoona al-jibala buyutan fazkuru ala'a Allahi wa la ta'thu fil ardi</w:t>
      </w:r>
    </w:p>
    <w:p>
      <w:pPr>
        <w:jc w:val="right"/>
      </w:pPr>
      <w:r>
        <w:t>بعد عاد وبواكم في الارض وبواكم في الارض تتخذون من سهولها قصورا وتنحتون الجبال بيوتا فاذكروا الاء اللہ ولا تعثوا في الارض</w:t>
      </w:r>
    </w:p>
    <w:p>
      <w:r>
        <w:rPr>
          <w:b/>
        </w:rPr>
        <w:t xml:space="preserve">[2:01:29] </w:t>
      </w:r>
      <w:r>
        <w:t>mufsideen</w:t>
      </w:r>
    </w:p>
    <w:p>
      <w:pPr>
        <w:jc w:val="right"/>
      </w:pPr>
      <w:r>
        <w:t>مفسدين</w:t>
      </w:r>
    </w:p>
    <w:p>
      <w:r>
        <w:rPr>
          <w:b/>
        </w:rPr>
        <w:t xml:space="preserve">[2:01:34] </w:t>
      </w:r>
      <w:r>
        <w:t>qaal thumood ki taraf hum ne un ke bhai saleh ko bheja unhon ne kaha aye meri qom allah ki ibadat karo is ke siwa tumhara koi mabood nahi tumhare paas tumhare rab ki taraf se ek khula hua nishan agaya hai</w:t>
      </w:r>
    </w:p>
    <w:p>
      <w:pPr>
        <w:jc w:val="right"/>
      </w:pPr>
      <w:r>
        <w:t>قال ثمود کی طرف ہم نے ان کے بھائی صالح کو بھیجا انہوں نے کہا اے میری قوم اللہ کی عبادت کرو اس کے سوا تمہارا کوئی معبود نہیں تمہارے پاس تمہارے رب کی طرف سے ایک کھلا ہوا نشان اگیا ہے</w:t>
      </w:r>
    </w:p>
    <w:p>
      <w:r>
        <w:rPr>
          <w:b/>
        </w:rPr>
        <w:t xml:space="preserve">[2:01:55] </w:t>
      </w:r>
      <w:r>
        <w:t>yeh Allāh ki ūṇṭnī tumhāre liye ek nishānī ke taur par hai</w:t>
      </w:r>
    </w:p>
    <w:p>
      <w:pPr>
        <w:jc w:val="right"/>
      </w:pPr>
      <w:r>
        <w:t>یہ اللہ کی اونٹنی تمہارے لیے ایک نشانی کے طور پر ہے</w:t>
      </w:r>
    </w:p>
    <w:p>
      <w:r>
        <w:rPr>
          <w:b/>
        </w:rPr>
        <w:t xml:space="preserve">[2:02:01] </w:t>
      </w:r>
      <w:r>
        <w:t>pas is ko chhoṛ do ke woh khāye Allāh ki zamīn mein aur is ko koī gazand na</w:t>
      </w:r>
    </w:p>
    <w:p>
      <w:pPr>
        <w:jc w:val="right"/>
      </w:pPr>
      <w:r>
        <w:t>پس اس کو چھوڑ دو کہ وہ کھائے اللہ کی زمین میں اور اس کو کوئی گزند نہ</w:t>
      </w:r>
    </w:p>
    <w:p>
      <w:r>
        <w:rPr>
          <w:b/>
        </w:rPr>
        <w:t xml:space="preserve">[2:02:08] </w:t>
      </w:r>
      <w:r>
        <w:t>pohanchānā waranh tum ko ek dardnāk ʿaḏāb pakaṛ le gā aur yād karo jab ke Khudā ne ʿād</w:t>
      </w:r>
    </w:p>
    <w:p>
      <w:pPr>
        <w:jc w:val="right"/>
      </w:pPr>
      <w:r>
        <w:t>پہنچانا ورنہ تم کو ایک دردناک عذاب پکڑ لے گا اور یاد کرو جب کہ خدا نے عاد</w:t>
      </w:r>
    </w:p>
    <w:p>
      <w:r>
        <w:rPr>
          <w:b/>
        </w:rPr>
        <w:t xml:space="preserve">[2:02:20] </w:t>
      </w:r>
      <w:r>
        <w:t>ke baʿd tum ko un kā jānisheen banāyā</w:t>
      </w:r>
    </w:p>
    <w:p>
      <w:pPr>
        <w:jc w:val="right"/>
      </w:pPr>
      <w:r>
        <w:t>کے بعد تم کو ان کا جانشین بنایا</w:t>
      </w:r>
    </w:p>
    <w:p>
      <w:r>
        <w:rPr>
          <w:b/>
        </w:rPr>
        <w:t xml:space="preserve">[2:02:24] </w:t>
      </w:r>
      <w:r>
        <w:t>aur tum ko zamīn mein ṭhikānā diyā</w:t>
      </w:r>
    </w:p>
    <w:p>
      <w:pPr>
        <w:jc w:val="right"/>
      </w:pPr>
      <w:r>
        <w:t>اور تم کو زمین میں ٹھکانہ دیا</w:t>
      </w:r>
    </w:p>
    <w:p>
      <w:r>
        <w:rPr>
          <w:b/>
        </w:rPr>
        <w:t xml:space="preserve">[2:02:27] </w:t>
      </w:r>
      <w:r>
        <w:t>tum is ke maidanon mein mahal banate ho aur paharon ko tarash kar ghar banate ho pas allah ki nematوں ko yaad karo aur zameen mein fasad karte na phiro</w:t>
      </w:r>
    </w:p>
    <w:p>
      <w:pPr>
        <w:jc w:val="right"/>
      </w:pPr>
      <w:r>
        <w:t>تم اس کے میدانوں میں محل بناتے ہو اور پہاڑوں کو تراش کر گھر بناتے ہو پس اللہ کی نعمتوں کو یاد کرو اور زمین میں فساد کرتے نہ پھرو</w:t>
      </w:r>
    </w:p>
    <w:p>
      <w:r>
        <w:rPr>
          <w:b/>
        </w:rPr>
        <w:t xml:space="preserve">[2:02:45] </w:t>
      </w:r>
      <w:r>
        <w:t>tashreeh qom aad ki tabahi ke baad is ke saleh afraad arab ke shumal maghrib mein hajr ke ilaqe mein abad hue</w:t>
      </w:r>
    </w:p>
    <w:p>
      <w:pPr>
        <w:jc w:val="right"/>
      </w:pPr>
      <w:r>
        <w:t>تشریح قوم عاد کی تباہی کے بعد اس کے صالح افراد عرب کے شمال مغرب میں حجر کے علاقے میں اباد ہوئے</w:t>
      </w:r>
    </w:p>
    <w:p>
      <w:r>
        <w:rPr>
          <w:b/>
        </w:rPr>
        <w:t xml:space="preserve">[2:02:57] </w:t>
      </w:r>
      <w:r>
        <w:t>un kī nasl baṛhī aur unhoñ ne zarāʿat aur taʿmīrāt mein baṛī baṛī taraqqiyāñ kīñ unhoñ ne maidāno</w:t>
      </w:r>
    </w:p>
    <w:p>
      <w:pPr>
        <w:jc w:val="right"/>
      </w:pPr>
      <w:r>
        <w:t>ان کی نسل بڑھی اور انہوں نے زراعت اور تعمیرات میں بڑی بڑی ترقیاں کیں انہوں نے میدانوں</w:t>
      </w:r>
    </w:p>
    <w:p>
      <w:r>
        <w:rPr>
          <w:b/>
        </w:rPr>
        <w:t xml:space="preserve">[2:03:05] </w:t>
      </w:r>
      <w:r>
        <w:t>mein mahal banaye aur aur pahadon ko tarash kar un ko bare bare hajri makanat ki surat de</w:t>
      </w:r>
    </w:p>
    <w:p>
      <w:pPr>
        <w:jc w:val="right"/>
      </w:pPr>
      <w:r>
        <w:t>میں محل بنائے اور اور پہاڑوں کو تراش کر ان کو بڑے بڑے حجری مکانات کی صورت دے</w:t>
      </w:r>
    </w:p>
    <w:p>
      <w:r>
        <w:rPr>
          <w:b/>
        </w:rPr>
        <w:t xml:space="preserve">[2:03:15] </w:t>
      </w:r>
      <w:r>
        <w:t>di bad ko in mein woh kharabiyan paida ho gayeen jo madi tarraqi aur duniyawi khushhali ke sath qaumon</w:t>
      </w:r>
    </w:p>
    <w:p>
      <w:pPr>
        <w:jc w:val="right"/>
      </w:pPr>
      <w:r>
        <w:t>دی بعد کو ان میں وہ خرابیاں پیدا ہوگئیں جو مادی ترقی اور دنیاوی خوشحالی کے ساتھ قوموں</w:t>
      </w:r>
    </w:p>
    <w:p>
      <w:r>
        <w:rPr>
          <w:b/>
        </w:rPr>
        <w:t xml:space="preserve">[2:03:25] </w:t>
      </w:r>
      <w:r>
        <w:t>mein paida hoti hain</w:t>
      </w:r>
    </w:p>
    <w:p>
      <w:pPr>
        <w:jc w:val="right"/>
      </w:pPr>
      <w:r>
        <w:t>میں پیدا ہوتی ہیں</w:t>
      </w:r>
    </w:p>
    <w:p>
      <w:r>
        <w:rPr>
          <w:b/>
        </w:rPr>
        <w:t xml:space="preserve">[2:03:28] </w:t>
      </w:r>
      <w:r>
        <w:t>aish parasti akhirat faramoshi hudood allah se be parwahi allah ki barhai ko bhool kar apni barhai qaim karna</w:t>
      </w:r>
    </w:p>
    <w:p>
      <w:pPr>
        <w:jc w:val="right"/>
      </w:pPr>
      <w:r>
        <w:t>عیش پرستی اخرت فراموشی حدود اللہ سے بے پرواہی اللہ کی بڑائی کو بھول کر اپنی بڑائی قائم کرنا</w:t>
      </w:r>
    </w:p>
    <w:p>
      <w:r>
        <w:rPr>
          <w:b/>
        </w:rPr>
        <w:t xml:space="preserve">[2:03:40] </w:t>
      </w:r>
      <w:r>
        <w:t>is waqt allah ne hazrat saleh ko khada kiya taakeh woh un ko allah ki pakad se darayen magar unhon ne naseehat qabool na ki woh apne fasad ko salah mein badalne par raazi na hue</w:t>
      </w:r>
    </w:p>
    <w:p>
      <w:pPr>
        <w:jc w:val="right"/>
      </w:pPr>
      <w:r>
        <w:t>اس وقت اللہ نے حضرت صالح کو کھڑا کیا تاکہ وہ ان کو اللہ کی پکڑ سے ڈرائیں مگر انہوں نے نصیحت قبول نہ کی وہ اپنے فساد کو صلاح میں بدلنے پر راضی نہ ہوئے</w:t>
      </w:r>
    </w:p>
    <w:p>
      <w:r>
        <w:rPr>
          <w:b/>
        </w:rPr>
        <w:t xml:space="preserve">[2:03:57] </w:t>
      </w:r>
      <w:r>
        <w:t>jis kainat mein tamam cheezein khuda ki tabe ban kar reh rahi hain wahan unhon ne khuda ka sarkash ban kar rehna chaha jahan har cheez apni had ke andar apna amal karti hai wahan unhon ne apni had se tajawuz kar ke zinda rehna chaha yeh ek islah yafta dunya mein fasad phailana tha</w:t>
      </w:r>
    </w:p>
    <w:p>
      <w:pPr>
        <w:jc w:val="right"/>
      </w:pPr>
      <w:r>
        <w:t>جس کائنات میں تمام چیزیں خدا کی تابع بن کر رہ رہی ہیں وہاں انہوں نے خدا کا سرکش بن کر رہنا چاہا جہاں ہر چیز اپنی حد کے اندر اپنا عمل کرتی ہے وہاں انہوں نے اپنی حد سے تجاوز کر کے زندہ رہنا چاہا یہ ایک اصلاح یافتہ دنیا میں فساد پھیلانا تھا</w:t>
      </w:r>
    </w:p>
    <w:p>
      <w:r>
        <w:rPr>
          <w:b/>
        </w:rPr>
        <w:t xml:space="preserve">[2:04:21] </w:t>
      </w:r>
      <w:r>
        <w:t>chunancha un ko dunya mein basne ke nahil qarar de diya gaya qom thumood ko janchne ke liye khuda ne ek oontni muqarrar ki aur kaha ke is ko takleef na pahunchana warna halak kar diye jaoge khuda ke liye yeh bhi mumkin tha ke woh un ke liye ek khofnak sher muqarrar kar de</w:t>
      </w:r>
    </w:p>
    <w:p>
      <w:pPr>
        <w:jc w:val="right"/>
      </w:pPr>
      <w:r>
        <w:t>چنانچہ ان کو دنیا میں بسنے کے نااہل قرار دے دیا گیا قوم ثمود کو جانچنے کے لیے خدا نے ایک اونٹنی مقرر کی اور کہا کہ اس کو تکلیف نہ پہنچانا ورنہ ہلاک کر دیے جاؤ گے خدا کے لیے یہ بھی ممکن تھا کہ وہ ان کے لیے ایک خوفناک شیر مقرر کر دے</w:t>
      </w:r>
    </w:p>
    <w:p>
      <w:r>
        <w:rPr>
          <w:b/>
        </w:rPr>
        <w:t xml:space="preserve">[2:04:48] </w:t>
      </w:r>
      <w:r>
        <w:t>magar khuda ne is sher ke bajaye oontni ko muqarrar farmaya is ka raaz yeh hai ke aadmi ki khuda tarse ka imtehan hamesha oontni ki satah par liya jata hai na ke sher ki satah par samaj mein hamesha kuch naqat allah jaise log hote hain</w:t>
      </w:r>
    </w:p>
    <w:p>
      <w:pPr>
        <w:jc w:val="right"/>
      </w:pPr>
      <w:r>
        <w:t>مگر خدا نے اس شیر کے بجائے اونٹنی کو مقرر فرمایا اس کا راز یہ ہے کہ ادمی کی خدا ترسی کا امتحان ہمیشہ اونٹنی کی سطح پر لیا جاتا ہے نہ کہ شیر کی سطح پر سماج میں ہمیشہ کچھ ناقت اللہ جیسے لوگ ہوتے ہیں</w:t>
      </w:r>
    </w:p>
    <w:p>
      <w:r>
        <w:rPr>
          <w:b/>
        </w:rPr>
        <w:t xml:space="preserve">[2:05:12] </w:t>
      </w:r>
      <w:r>
        <w:t>yeh woh kamzor afraad hain jin ke sath woh maadi zor nahi hota jo logon ko un ke khilaf karwai karne se roke jin ke sath husn sulook ka muharrik sirf akhlaqi ehsas hota hai na ke koi dar magar yahi woh log hain jin ki satah par logon ki khuda parasti janchi ja rahi hai</w:t>
      </w:r>
    </w:p>
    <w:p>
      <w:pPr>
        <w:jc w:val="right"/>
      </w:pPr>
      <w:r>
        <w:t>یہ وہ کمزور افراد ہیں جن کے ساتھ وہ مادی زور نہیں ہوتا جو لوگوں کو ان کے خلاف کاروائی کرنے سے روکے جن کے ساتھ حسن سلوک کا محرک صرف اخلاقی احساس ہوتا ہے نہ کہ کوئی ڈر مگر یہی وہ لوگ ہیں جن کی سطح پر لوگوں کی خدا پرستی جانچی جا رہی ہے</w:t>
      </w:r>
    </w:p>
    <w:p>
      <w:r>
        <w:rPr>
          <w:b/>
        </w:rPr>
        <w:t xml:space="preserve">[2:05:41] </w:t>
      </w:r>
      <w:r>
        <w:t>yahi woh afraad hain jin ke zariye kisi ko jannat ki sand di ja rahi hai aur kisi ko jahannum ki</w:t>
      </w:r>
    </w:p>
    <w:p>
      <w:pPr>
        <w:jc w:val="right"/>
      </w:pPr>
      <w:r>
        <w:t>یہی وہ افراد ہیں جن کے ذریعے کسی کو جنت کی سند دی جا رہی ہے اور کسی کو جہنم کی</w:t>
      </w:r>
    </w:p>
    <w:p>
      <w:r>
        <w:rPr>
          <w:b/>
        </w:rPr>
        <w:t xml:space="preserve">[2:05:53] </w:t>
      </w:r>
      <w:r>
        <w:t>thumood ne fun tameer mein kamal paida kiya</w:t>
      </w:r>
    </w:p>
    <w:p>
      <w:pPr>
        <w:jc w:val="right"/>
      </w:pPr>
      <w:r>
        <w:t>ثمود نے فن تعمیر میں کمال پیدا کیا</w:t>
      </w:r>
    </w:p>
    <w:p>
      <w:r>
        <w:rPr>
          <w:b/>
        </w:rPr>
        <w:t xml:space="preserve">[2:05:59] </w:t>
      </w:r>
      <w:r>
        <w:t>mutaliqa uloom maslan riyazi hindsa engineering mein bhi yaqeenan unhon ne zaroori dastgah hasil ki hogi</w:t>
      </w:r>
    </w:p>
    <w:p>
      <w:pPr>
        <w:jc w:val="right"/>
      </w:pPr>
      <w:r>
        <w:t>متعلقہ علوم مثلاً ریاضی ہندسہ انجینئرنگ میں بھی یقینا انہوں نے ضروری دستگاہ حاصل کی ہوگی</w:t>
      </w:r>
    </w:p>
    <w:p>
      <w:r>
        <w:rPr>
          <w:b/>
        </w:rPr>
        <w:t xml:space="preserve">[2:06:08] </w:t>
      </w:r>
      <w:r>
        <w:t>warna yeh taraqqiyan mumkin na hotin magar un ko jis baat ka mujrim thehraya gaya woh un ki maadi taraqqiyan na theen balkeh zameen mein fasad phailana tha</w:t>
      </w:r>
    </w:p>
    <w:p>
      <w:pPr>
        <w:jc w:val="right"/>
      </w:pPr>
      <w:r>
        <w:t>ورنہ یہ ترقیاں ممکن نہ ہوتیں مگر ان کو جس بات کا مجرم ٹھہرایا گیا وہ ان کی مادی ترقیاں نہ تھیں بلکہ زمین میں فساد پھیلانا تھا</w:t>
      </w:r>
    </w:p>
    <w:p>
      <w:r>
        <w:rPr>
          <w:b/>
        </w:rPr>
        <w:t xml:space="preserve">[2:06:22] </w:t>
      </w:r>
      <w:r>
        <w:t>is ka matlab yeh hai ke jaiz hudood mein taraqqi karne se khuda nahi rokta albatta zindagi ke mamlaat mein aadmi ko is nizam islah ka paband rehna chahiye jo khuda ne poori kainat mein qaim kar rakha hai</w:t>
      </w:r>
    </w:p>
    <w:p>
      <w:pPr>
        <w:jc w:val="right"/>
      </w:pPr>
      <w:r>
        <w:t>اس کا مطلب یہ ہے کہ جائز حدود میں ترقی کرنے سے خدا نہیں روکتا البتہ زندگی کے معاملات میں ادمی کو اس نظام اصلاح کا پابند رہنا چاہیے جو خدا نے پوری کائنات میں قائم کر رکھا ہے</w:t>
      </w:r>
    </w:p>
    <w:p>
      <w:r>
        <w:rPr>
          <w:b/>
        </w:rPr>
        <w:t xml:space="preserve">[2:06:46] </w:t>
      </w:r>
      <w:r>
        <w:t>min qaumah allatheena istud'ifoo liman amana minhum atalamoona anna salihan mursalun min rabbihi qaloo</w:t>
      </w:r>
    </w:p>
    <w:p>
      <w:pPr>
        <w:jc w:val="right"/>
      </w:pPr>
      <w:r>
        <w:t>من قومہ الذین استضعفوا لمن امن منہم اتعلمون ان صالحا مرسل من ربه قالوا</w:t>
      </w:r>
    </w:p>
    <w:p>
      <w:r>
        <w:rPr>
          <w:b/>
        </w:rPr>
        <w:t xml:space="preserve">[2:07:01] </w:t>
      </w:r>
      <w:r>
        <w:t>anna bima ursila bihi muminoon</w:t>
      </w:r>
    </w:p>
    <w:p>
      <w:pPr>
        <w:jc w:val="right"/>
      </w:pPr>
      <w:r>
        <w:t>انا بما ارسل به مؤمنون</w:t>
      </w:r>
    </w:p>
    <w:p>
      <w:r>
        <w:rPr>
          <w:b/>
        </w:rPr>
        <w:t xml:space="preserve">[2:07:08] </w:t>
      </w:r>
      <w:r>
        <w:t>qal allatheena istakbaroo</w:t>
      </w:r>
    </w:p>
    <w:p>
      <w:pPr>
        <w:jc w:val="right"/>
      </w:pPr>
      <w:r>
        <w:t>قال الذین استکبروا</w:t>
      </w:r>
    </w:p>
    <w:p>
      <w:r>
        <w:rPr>
          <w:b/>
        </w:rPr>
        <w:t xml:space="preserve">[2:07:13] </w:t>
      </w:r>
      <w:r>
        <w:t>anna billathee amantum</w:t>
      </w:r>
    </w:p>
    <w:p>
      <w:pPr>
        <w:jc w:val="right"/>
      </w:pPr>
      <w:r>
        <w:t>انا بالذی امنتم</w:t>
      </w:r>
    </w:p>
    <w:p>
      <w:r>
        <w:rPr>
          <w:b/>
        </w:rPr>
        <w:t xml:space="preserve">[2:07:20] </w:t>
      </w:r>
      <w:r>
        <w:t>bihi kafiroon fa'aqaroo annataqata wa'ataw 'an amri rabbihim waqaloo ya salihu atina bima</w:t>
      </w:r>
    </w:p>
    <w:p>
      <w:pPr>
        <w:jc w:val="right"/>
      </w:pPr>
      <w:r>
        <w:t>به کافرون فعقروا الناقه وعتوا عن امر ربهم وقالوا یا صالح ائتنا بما</w:t>
      </w:r>
    </w:p>
    <w:p>
      <w:r>
        <w:rPr>
          <w:b/>
        </w:rPr>
        <w:t xml:space="preserve">[2:07:32] </w:t>
      </w:r>
      <w:r>
        <w:t>tu'aduna in kunta min al-mursaleen fa'akhathathum al-rajfatu fa'asbahoo fee darihim jathimeen</w:t>
      </w:r>
    </w:p>
    <w:p>
      <w:pPr>
        <w:jc w:val="right"/>
      </w:pPr>
      <w:r>
        <w:t>تعدنا ان كنت من المرسلین فاخذتهم الرجفه فاصبحوا في دارهم جاثمین</w:t>
      </w:r>
    </w:p>
    <w:p>
      <w:r>
        <w:rPr>
          <w:b/>
        </w:rPr>
        <w:t xml:space="preserve">[2:07:50] </w:t>
      </w:r>
      <w:r>
        <w:t>fatawalla 'anhum waqala ya qawmi laqad ablaghtukum risalata rabbi wanasah-tu lakum walakin la tuhibboona al-nasih-een</w:t>
      </w:r>
    </w:p>
    <w:p>
      <w:pPr>
        <w:jc w:val="right"/>
      </w:pPr>
      <w:r>
        <w:t>فتولى عنهم وقال یا قوم لقد ابلغتكم رساله ربی ونصحت لكم ولكن لا تحبون الناصحین</w:t>
      </w:r>
    </w:p>
    <w:p>
      <w:r>
        <w:rPr>
          <w:b/>
        </w:rPr>
        <w:t xml:space="preserve">[2:08:08] </w:t>
      </w:r>
      <w:r>
        <w:t>un ki qom ke bade jinhon ne ghamand kiya un momineen se boley jo natwan gine jatay thay kya tum ko yaqeen hai ke saleh apne rab ke bheje hue hain unhon ne jawab diya ke hum to jo woh le kar aaye hain us par iman rakhte hain woh mutakabir log kehne lagay ke hum to is cheez ke munkir hain jis par tum iman laye ho</w:t>
      </w:r>
    </w:p>
    <w:p>
      <w:pPr>
        <w:jc w:val="right"/>
      </w:pPr>
      <w:r>
        <w:t>ان کی قوم کے بڑے جنہوں نے گھمنڈ کیا ان مومنین سے بولے جو ناتواں گنے جاتے تھے کیا تم کو یقین ہے کہ صالح اپنے رب کے بھیجے ہوئے ہیں انہوں نے جواب دیا کہ ہم تو جو وہ لے کر ائے ہیں اس پر ایمان رکھتے ہیں وہ متکبر لوگ کہنے لگے کہ ہم تو اس چیز کے منکر ہیں جس پر تم ایمان لائے ہو</w:t>
      </w:r>
    </w:p>
    <w:p>
      <w:r>
        <w:rPr>
          <w:b/>
        </w:rPr>
        <w:t xml:space="preserve">[2:08:38] </w:t>
      </w:r>
      <w:r>
        <w:t>phir unhon ne oontni ko kaat dala aur apne rab ke hukum se phir gaye unhon ne kaha aye saleh agar tum peghambar ho to woh azab hum par le aao jis se tum hum ko darate thay</w:t>
      </w:r>
    </w:p>
    <w:p>
      <w:pPr>
        <w:jc w:val="right"/>
      </w:pPr>
      <w:r>
        <w:t>پھر انہوں نے اونٹنی کو کاٹ ڈالا اور اپنے رب کے حکم سے پھر گئے انہوں نے کہا اے صالح اگر تم پیغمبر ہو تو وہ عذاب ہم پر لے اؤ جس سے تم ہم کو ڈراتے تھے</w:t>
      </w:r>
    </w:p>
    <w:p>
      <w:r>
        <w:rPr>
          <w:b/>
        </w:rPr>
        <w:t xml:space="preserve">[2:08:55] </w:t>
      </w:r>
      <w:r>
        <w:t>phir unhein zalzale ne pakda aur woh apne ghar mein oondhe mun pade rahe aur saleh yeh</w:t>
      </w:r>
    </w:p>
    <w:p>
      <w:pPr>
        <w:jc w:val="right"/>
      </w:pPr>
      <w:r>
        <w:t>پھر انہیں زلزلے نے ا پکڑا اور وہ اپنے گھر میں اوندھے منہ پڑے رہے اور صالح یہ</w:t>
      </w:r>
    </w:p>
    <w:p>
      <w:r>
        <w:rPr>
          <w:b/>
        </w:rPr>
        <w:t xml:space="preserve">[2:09:04] </w:t>
      </w:r>
      <w:r>
        <w:t>kehta hua un ki bastiyon se nikal gaya ke aye meri qaum maine tum ko</w:t>
      </w:r>
    </w:p>
    <w:p>
      <w:pPr>
        <w:jc w:val="right"/>
      </w:pPr>
      <w:r>
        <w:t>کہتا ہوا ان کی بستیوں سے نکل گیا کہ اے میری قوم میں نے تم کو</w:t>
      </w:r>
    </w:p>
    <w:p>
      <w:r>
        <w:rPr>
          <w:b/>
        </w:rPr>
        <w:t xml:space="preserve">[2:09:11] </w:t>
      </w:r>
      <w:r>
        <w:t>apne rab ka paigham pohancha diya aur maine tumhari khair khwahi ki magar tum khair khwahon ko</w:t>
      </w:r>
    </w:p>
    <w:p>
      <w:pPr>
        <w:jc w:val="right"/>
      </w:pPr>
      <w:r>
        <w:t>اپنے رب کا پیغام پہنچا دیا اور میں نے تمہاری خیر خواہی کی مگر تم خیر خواہوں کو</w:t>
      </w:r>
    </w:p>
    <w:p>
      <w:r>
        <w:rPr>
          <w:b/>
        </w:rPr>
        <w:t xml:space="preserve">[2:09:19] </w:t>
      </w:r>
      <w:r>
        <w:t>pasand nahin karte</w:t>
      </w:r>
    </w:p>
    <w:p>
      <w:pPr>
        <w:jc w:val="right"/>
      </w:pPr>
      <w:r>
        <w:t>پسند نہیں کرتے</w:t>
      </w:r>
    </w:p>
    <w:p>
      <w:r>
        <w:rPr>
          <w:b/>
        </w:rPr>
        <w:t xml:space="preserve">[2:09:25] </w:t>
      </w:r>
      <w:r>
        <w:t>tashreeh peghambar jab aata hai to apne zamane mein woh ek mutanaza shakhsiyat hota hai na ke sabit shuda shakhsiyat mazeed yeh ke us ke sath dunya ki raunaqen jama nahi hotin woh dunya ki gadiyon mein se kisi gadi par baitha hua nahi hota</w:t>
      </w:r>
    </w:p>
    <w:p>
      <w:pPr>
        <w:jc w:val="right"/>
      </w:pPr>
      <w:r>
        <w:t>تشریح پیغمبر جب اتا ہے تو اپنے زمانے میں وہ ایک متنازع شخصیت ہوتا ہے نہ کہ ثابت شدہ شخصیت مزید یہ کہ اس کے ساتھ دنیا کی رونقیں جمع نہیں ہوتیں وہ دنیا کی گدیوں میں سے کسی گدی پر بیٹھا ہوا نہیں ہوتا</w:t>
      </w:r>
    </w:p>
    <w:p>
      <w:r>
        <w:rPr>
          <w:b/>
        </w:rPr>
        <w:t xml:space="preserve">[2:09:52] </w:t>
      </w:r>
      <w:r>
        <w:t>yehi wajah hai ke jo log peghamabar ke mu'asir hote hain woh peghamabar ke peghamabar hone ko samajh</w:t>
      </w:r>
    </w:p>
    <w:p>
      <w:pPr>
        <w:jc w:val="right"/>
      </w:pPr>
      <w:r>
        <w:t>یہی وجہ ہے کہ جو لوگ پیغمبر کے معاصر ہوتے ہیں وہ پیغمبر کے پیغمبر ہونے کو سمجھ</w:t>
      </w:r>
    </w:p>
    <w:p>
      <w:r>
        <w:rPr>
          <w:b/>
        </w:rPr>
        <w:t xml:space="preserve">[2:09:59] </w:t>
      </w:r>
      <w:r>
        <w:t>nahin paate aur is ka inkar kar dete hain un ko yaqeen nahin aata ke woh shakhs jis</w:t>
      </w:r>
    </w:p>
    <w:p>
      <w:pPr>
        <w:jc w:val="right"/>
      </w:pPr>
      <w:r>
        <w:t>نہیں پاتے اور اس کا انکار کر دیتے ہیں ان کو یقین نہیں اتا کہ وہ شخص جس</w:t>
      </w:r>
    </w:p>
    <w:p>
      <w:r>
        <w:rPr>
          <w:b/>
        </w:rPr>
        <w:t xml:space="preserve">[2:10:08] </w:t>
      </w:r>
      <w:r>
        <w:t>ko hum sirf ek mamooli aadmi ki hesiyat se jante hain wohi woh shakhs hai jis ko Khuda</w:t>
      </w:r>
    </w:p>
    <w:p>
      <w:pPr>
        <w:jc w:val="right"/>
      </w:pPr>
      <w:r>
        <w:t>کو ہم صرف ایک معمولی ادمی کی حیثیت سے جانتے ہیں وہی وہ شخص ہے جس کو خدا</w:t>
      </w:r>
    </w:p>
    <w:p>
      <w:r>
        <w:rPr>
          <w:b/>
        </w:rPr>
        <w:t xml:space="preserve">[2:10:15] </w:t>
      </w:r>
      <w:r>
        <w:t>ne apne paigham ki paigham rasani ke liye chuna hai</w:t>
      </w:r>
    </w:p>
    <w:p>
      <w:pPr>
        <w:jc w:val="right"/>
      </w:pPr>
      <w:r>
        <w:t>نے اپنے پیغام کی پیغام رسانی کے لیے چنا ہے</w:t>
      </w:r>
    </w:p>
    <w:p>
      <w:r>
        <w:rPr>
          <w:b/>
        </w:rPr>
        <w:t xml:space="preserve">[2:10:24] </w:t>
      </w:r>
      <w:r>
        <w:t>hum saleh ke paigham par iman laye hazrat saleh ke saahibiyon ka yeh jawab batata hai ke un mein aur doosron mein kya farq tha munkireen ne hazrat saleh ki zahiri shakhsiyat ko dekha aur momineen ne aap ke asal paigham ko munkiron ko hazrat saleh ki shakhsiyat mein zahiri azmat dikhai na di</w:t>
      </w:r>
    </w:p>
    <w:p>
      <w:pPr>
        <w:jc w:val="right"/>
      </w:pPr>
      <w:r>
        <w:t>ہم صالح کے پیغام پر ایمان لائے حضرت صالح کے ساتھیوں کا یہ جواب بتاتا ہے کہ ان میں اور دوسروں میں کیا فرق تھا منکرین نے حضرت صالح کی ظاہری شخصیت کو دیکھا اور مومنین نے اپ کے اصل پیغام کو منکروں کو حضرت صالح کی شخصیت میں ظاہری عظمت دکھائی نہ دی</w:t>
      </w:r>
    </w:p>
    <w:p>
      <w:r>
        <w:rPr>
          <w:b/>
        </w:rPr>
        <w:t xml:space="preserve">[2:10:53] </w:t>
      </w:r>
      <w:r>
        <w:t>unhon ne aap ko nazar andaaz kar diya is ke bar aks momineen ne hazrat saleh ke paigham mein haq ke dalail aur sachai ki jhalakiyan dekh lein woh foran un ke saathi ban gaye sachai hamesha dalail ke zor par zahir hoti hai na ke duniyawi azmat ke zor par</w:t>
      </w:r>
    </w:p>
    <w:p>
      <w:pPr>
        <w:jc w:val="right"/>
      </w:pPr>
      <w:r>
        <w:t>انہوں نے اپ کو نظر انداز کر دیا اس کے برعکس مومنین نے حضرت صالح کے پیغام میں حق کے دلائل اور سچائی کی جھلکیاں دیکھ لیں وہ فورا ان کے ساتھی بن گئے سچائی ہمیشہ دلائل کے زور پر ظاہر ہوتی ہے نہ کہ دنیاوی عظمت کے زور پر</w:t>
      </w:r>
    </w:p>
    <w:p>
      <w:r>
        <w:rPr>
          <w:b/>
        </w:rPr>
        <w:t xml:space="preserve">[2:11:17] </w:t>
      </w:r>
      <w:r>
        <w:t>jo log dalail ke roop mein haq ko dekhne ki salahiyat rakhte hain woh foran is ko pa lete hain aur jo log zahiri baraiyon mein atke hue hon woh mujtaba ho kar reh jate hain unhein kabhi haq ka saath dene ki tofeeq hasil nahi hoti</w:t>
      </w:r>
    </w:p>
    <w:p>
      <w:pPr>
        <w:jc w:val="right"/>
      </w:pPr>
      <w:r>
        <w:t>جو لوگ دلائل کے روپ میں حق کو دیکھنے کی صلاحیت رکھتے ہیں وہ فورا اس کو پا لیتے ہیں اور جو لوگ ظاہری بڑائیوں میں اٹکے ہوئے ہوں وہ مجتبی ہو کر رہ جاتے ہیں انہیں کبھی حق کا ساتھ دینے کی توفیق حاصل نہیں ہوتی</w:t>
      </w:r>
    </w:p>
    <w:p>
      <w:r>
        <w:rPr>
          <w:b/>
        </w:rPr>
        <w:t xml:space="preserve">[2:11:40] </w:t>
      </w:r>
      <w:r>
        <w:t>hazrat saleh ki oontni ko maarne wala agarche qaum ka ek sarkash aadmi tha magar yahan is ko poori qaum ki taraf mansoob karte hue farmaya in logon ne oontni ko halak kar diya is se maloom hua ke kisi giroh ka ek shakhs bura amal kare aur doosre log is ke bure fail par raazi rahein</w:t>
      </w:r>
    </w:p>
    <w:p>
      <w:pPr>
        <w:jc w:val="right"/>
      </w:pPr>
      <w:r>
        <w:t>حضرت صالح کی اونٹنی کو مارنے والا اگرچہ قوم کا ایک سرکش ادمی تھا مگر یہاں اس کو پوری قوم کی طرف منسوب کرتے ہوئے فرمایا ان لوگوں نے اونٹنی کو ہلاک کر دیا اس سے معلوم ہوا کہ کسی گروہ کا ایک شخص برا عمل کرے اور دوسرے لوگ اس کے برے فعل پر راضی رہیں</w:t>
      </w:r>
    </w:p>
    <w:p>
      <w:r>
        <w:rPr>
          <w:b/>
        </w:rPr>
        <w:t xml:space="preserve">[2:12:04] </w:t>
      </w:r>
      <w:r>
        <w:t>toh sab ke sab is mujrimana fail mein shareek qarar diye jate hain</w:t>
      </w:r>
    </w:p>
    <w:p>
      <w:pPr>
        <w:jc w:val="right"/>
      </w:pPr>
      <w:r>
        <w:t>تو سب کے سب اس مجرمانہ فعل میں شریک قرار دیے جاتے ہیں</w:t>
      </w:r>
    </w:p>
    <w:p>
      <w:r>
        <w:rPr>
          <w:b/>
        </w:rPr>
        <w:t xml:space="preserve">[2:12:14] </w:t>
      </w:r>
      <w:r>
        <w:t>jo qaum khwahish parasti ka shikar ho us ko haqeeqat pasandi ki baatein appeal nahi kartin woh aise shakhs ka saath dene ke liye tayyar nahi hoti jo us ko sanjeeda amal ki taraf bulata ho</w:t>
      </w:r>
    </w:p>
    <w:p>
      <w:pPr>
        <w:jc w:val="right"/>
      </w:pPr>
      <w:r>
        <w:t>جو قوم خواہش پرستی کا شکار ہو اس کو حقیقت پسندی کی باتیں اپیل نہیں کرتیں وہ ایسے شخص کا ساتھ دینے کے لیے تیار نہیں ہوتی جو اس کو سنجیدہ عمل کی طرف بلاتا ہو</w:t>
      </w:r>
    </w:p>
    <w:p>
      <w:r>
        <w:rPr>
          <w:b/>
        </w:rPr>
        <w:t xml:space="preserve">[2:12:30] </w:t>
      </w:r>
      <w:r>
        <w:t>is ke bar aks jo log khushnuma alfaaz bolen aur jhooti ummeedon ki tijarat karen un ke gird bheer</w:t>
      </w:r>
    </w:p>
    <w:p>
      <w:pPr>
        <w:jc w:val="right"/>
      </w:pPr>
      <w:r>
        <w:t>اس کے برعکس جو لوگ خوشنما الفاظ بولیں اور جھوٹی امیدوں کی تجارت کریں ان کے گرد بھیڑ</w:t>
      </w:r>
    </w:p>
    <w:p>
      <w:r>
        <w:rPr>
          <w:b/>
        </w:rPr>
        <w:t xml:space="preserve">[2:12:39] </w:t>
      </w:r>
      <w:r>
        <w:t>ki bheer jama ho jati hai</w:t>
      </w:r>
    </w:p>
    <w:p>
      <w:pPr>
        <w:jc w:val="right"/>
      </w:pPr>
      <w:r>
        <w:t>کی بھیڑ جمع ہو جاتی ہے</w:t>
      </w:r>
    </w:p>
    <w:p>
      <w:r>
        <w:rPr>
          <w:b/>
        </w:rPr>
        <w:t xml:space="preserve">[2:12:43] </w:t>
      </w:r>
      <w:r>
        <w:t>sachche khair khwah ke liye is ke andar koi kashish nahin hoti albattah in logon ki taraf woh</w:t>
      </w:r>
    </w:p>
    <w:p>
      <w:pPr>
        <w:jc w:val="right"/>
      </w:pPr>
      <w:r>
        <w:t>سچے خیر خواہ کے لیے اس کے اندر کوئی کشش نہیں ہوتی البتہ ان لوگوں کی طرف وہ</w:t>
      </w:r>
    </w:p>
    <w:p>
      <w:r>
        <w:rPr>
          <w:b/>
        </w:rPr>
        <w:t xml:space="preserve">[2:12:50] </w:t>
      </w:r>
      <w:r>
        <w:t>tezi se daud padti hai jo is ka istihsal karne ke liye uthe hon</w:t>
      </w:r>
    </w:p>
    <w:p>
      <w:pPr>
        <w:jc w:val="right"/>
      </w:pPr>
      <w:r>
        <w:t>تیزی سے دوڑ پڑتی ہے جو اس کا استحصال کرنے کے لیے اٹھے ہوں</w:t>
      </w:r>
    </w:p>
    <w:p>
      <w:r>
        <w:rPr>
          <w:b/>
        </w:rPr>
        <w:t xml:space="preserve">[2:13:13] </w:t>
      </w:r>
      <w:r>
        <w:t>innakum lata'toona rijala shuhwatan</w:t>
      </w:r>
    </w:p>
    <w:p>
      <w:pPr>
        <w:jc w:val="right"/>
      </w:pPr>
      <w:r>
        <w:t>انکم لتاتون الرجال شهوه</w:t>
      </w:r>
    </w:p>
    <w:p>
      <w:r>
        <w:rPr>
          <w:b/>
        </w:rPr>
        <w:t xml:space="preserve">[2:13:18] </w:t>
      </w:r>
      <w:r>
        <w:t>min dooni annisaa'i</w:t>
      </w:r>
    </w:p>
    <w:p>
      <w:pPr>
        <w:jc w:val="right"/>
      </w:pPr>
      <w:r>
        <w:t>من دون النساء</w:t>
      </w:r>
    </w:p>
    <w:p>
      <w:r>
        <w:rPr>
          <w:b/>
        </w:rPr>
        <w:t xml:space="preserve">[2:13:23] </w:t>
      </w:r>
      <w:r>
        <w:t>bal antum qaumun musrifoon</w:t>
      </w:r>
    </w:p>
    <w:p>
      <w:pPr>
        <w:jc w:val="right"/>
      </w:pPr>
      <w:r>
        <w:t>بل انتم قوم مسرفون</w:t>
      </w:r>
    </w:p>
    <w:p>
      <w:r>
        <w:rPr>
          <w:b/>
        </w:rPr>
        <w:t xml:space="preserve">[2:13:30] </w:t>
      </w:r>
      <w:r>
        <w:t>wama kana jawaba qaumihi</w:t>
      </w:r>
    </w:p>
    <w:p>
      <w:pPr>
        <w:jc w:val="right"/>
      </w:pPr>
      <w:r>
        <w:t>وما كان جواب قومه</w:t>
      </w:r>
    </w:p>
    <w:p>
      <w:r>
        <w:rPr>
          <w:b/>
        </w:rPr>
        <w:t xml:space="preserve">[2:13:34] </w:t>
      </w:r>
      <w:r>
        <w:t>illa an qaloo</w:t>
      </w:r>
    </w:p>
    <w:p>
      <w:pPr>
        <w:jc w:val="right"/>
      </w:pPr>
      <w:r>
        <w:t>الا ان قالوا</w:t>
      </w:r>
    </w:p>
    <w:p>
      <w:r>
        <w:rPr>
          <w:b/>
        </w:rPr>
        <w:t xml:space="preserve">[2:13:40] </w:t>
      </w:r>
      <w:r>
        <w:t>akhrajuhum min qaryatikum</w:t>
      </w:r>
    </w:p>
    <w:p>
      <w:pPr>
        <w:jc w:val="right"/>
      </w:pPr>
      <w:r>
        <w:t>اخرجوهم من قريتكم</w:t>
      </w:r>
    </w:p>
    <w:p>
      <w:r>
        <w:rPr>
          <w:b/>
        </w:rPr>
        <w:t xml:space="preserve">[2:13:45] </w:t>
      </w:r>
      <w:r>
        <w:t>innahum unasun yata taharoona</w:t>
      </w:r>
    </w:p>
    <w:p>
      <w:pPr>
        <w:jc w:val="right"/>
      </w:pPr>
      <w:r>
        <w:t>انهم اناس يتطهرون</w:t>
      </w:r>
    </w:p>
    <w:p>
      <w:r>
        <w:rPr>
          <w:b/>
        </w:rPr>
        <w:t xml:space="preserve">[2:13:52] </w:t>
      </w:r>
      <w:r>
        <w:t>fana jjainahu wa ah lahu illa imra atun kanat min</w:t>
      </w:r>
    </w:p>
    <w:p>
      <w:pPr>
        <w:jc w:val="right"/>
      </w:pPr>
      <w:r>
        <w:t>فانجيناه واهله الا امراه كانت من</w:t>
      </w:r>
    </w:p>
    <w:p>
      <w:r>
        <w:rPr>
          <w:b/>
        </w:rPr>
        <w:t xml:space="preserve">[2:13:59] </w:t>
      </w:r>
      <w:r>
        <w:t>al ghabireen wa amtarana alaihim mataran fa anzur kaifa kana aqibatu al mujrimeen</w:t>
      </w:r>
    </w:p>
    <w:p>
      <w:pPr>
        <w:jc w:val="right"/>
      </w:pPr>
      <w:r>
        <w:t>الغابرين وامطرنا عليهم مطرا فانظر كيف كان عاقبه المجرمين</w:t>
      </w:r>
    </w:p>
    <w:p>
      <w:r>
        <w:rPr>
          <w:b/>
        </w:rPr>
        <w:t xml:space="preserve">[2:14:14] </w:t>
      </w:r>
      <w:r>
        <w:t>aur hum ne loot ko bheja jab us ne apni qaum se kaha kya tum khuli behayai ka kaam karte ho jo tum se pehle duniya mein kisi ne nahi kiya tum auraton ko chhod kar mardon se apni khwahish poori karte ho balkeh tum had se guzar jaane wale log ho</w:t>
      </w:r>
    </w:p>
    <w:p>
      <w:pPr>
        <w:jc w:val="right"/>
      </w:pPr>
      <w:r>
        <w:t>اور ہم نے لوط کو بھیجا جب اس نے اپنی قوم سے کہا کیا تم کھلی بے حیائی کا کام کرتے ہو جو تم سے پہلے دنیا میں کسی نے نہیں کیا تم عورتوں کو چھوڑ کر مردوں سے اپنی خواہش پوری کرتے ہو بلکہ تم حد سے گزر جانے والے لوگ ہو</w:t>
      </w:r>
    </w:p>
    <w:p>
      <w:r>
        <w:rPr>
          <w:b/>
        </w:rPr>
        <w:t xml:space="preserve">[2:14:40] </w:t>
      </w:r>
      <w:r>
        <w:t>magar is ki qom ka jawab is ke siwa kuch na tha ke unhein apni basti se nikal</w:t>
      </w:r>
    </w:p>
    <w:p>
      <w:pPr>
        <w:jc w:val="right"/>
      </w:pPr>
      <w:r>
        <w:t>مگر اس کی قوم کا جواب اس کے سوا کچھ نہ تھا کہ انہیں اپنی بستی سے نکال</w:t>
      </w:r>
    </w:p>
    <w:p>
      <w:r>
        <w:rPr>
          <w:b/>
        </w:rPr>
        <w:t xml:space="preserve">[2:14:47] </w:t>
      </w:r>
      <w:r>
        <w:t>do yeh log baray pak baz bante hain phir hum ne bacha liya loot ko aur us ke</w:t>
      </w:r>
    </w:p>
    <w:p>
      <w:pPr>
        <w:jc w:val="right"/>
      </w:pPr>
      <w:r>
        <w:t>دو یہ لوگ بڑے پاک باز بنتے ہیں پھر ہم نے بچا لیا لوط کو اور اس کے</w:t>
      </w:r>
    </w:p>
    <w:p>
      <w:r>
        <w:rPr>
          <w:b/>
        </w:rPr>
        <w:t xml:space="preserve">[2:14:55] </w:t>
      </w:r>
      <w:r>
        <w:t>ghar walon ko is ki biwi ke siwa jo peechay reh jane walon mein se bani aur hum</w:t>
      </w:r>
    </w:p>
    <w:p>
      <w:pPr>
        <w:jc w:val="right"/>
      </w:pPr>
      <w:r>
        <w:t>گھر والوں کو اس کی بیوی کے سوا جو پیچھے رہ جانے والوں میں سے بنی اور ہم</w:t>
      </w:r>
    </w:p>
    <w:p>
      <w:r>
        <w:rPr>
          <w:b/>
        </w:rPr>
        <w:t xml:space="preserve">[2:15:02] </w:t>
      </w:r>
      <w:r>
        <w:t>ne un par barish barsai pathron ki phir dekho ke kaisa anjam hua mujrimon ka</w:t>
      </w:r>
    </w:p>
    <w:p>
      <w:pPr>
        <w:jc w:val="right"/>
      </w:pPr>
      <w:r>
        <w:t>نے ان پر بارش برسائی پتھروں کی پھر دیکھو کہ کیسا انجام ہوا مجرموں کا</w:t>
      </w:r>
    </w:p>
    <w:p>
      <w:r>
        <w:rPr>
          <w:b/>
        </w:rPr>
        <w:t xml:space="preserve">[2:15:13] </w:t>
      </w:r>
      <w:r>
        <w:t>tashreeh</w:t>
      </w:r>
    </w:p>
    <w:p>
      <w:pPr>
        <w:jc w:val="right"/>
      </w:pPr>
      <w:r>
        <w:t>تشریح</w:t>
      </w:r>
    </w:p>
    <w:p>
      <w:r>
        <w:rPr>
          <w:b/>
        </w:rPr>
        <w:t xml:space="preserve">[2:15:17] </w:t>
      </w:r>
      <w:r>
        <w:t>hazrat loot hazrat ibrahim علیہ السلام ke bhatije the woh jis qaum ki taraf paighambar bana kar bheje gaye woh darya-e-urdun ke kinare junoobi shaam ke ilaqe mein abad thi is qaum ki khushhali us ko aish parasti ki taraf le gayi</w:t>
      </w:r>
    </w:p>
    <w:p>
      <w:pPr>
        <w:jc w:val="right"/>
      </w:pPr>
      <w:r>
        <w:t>حضرت لوط حضرت ابراہیم علیہ السلام کے بھتیجے تھے وہ جس قوم کی طرف پیغمبر بنا کر بھیجے گئے وہ دریائے اردن کے کنارے جنوبی شام کے علاقے میں اباد تھی اس قوم کی خوشحالی اس کو عیش پرستی کی طرف لے گئی</w:t>
      </w:r>
    </w:p>
    <w:p>
      <w:r>
        <w:rPr>
          <w:b/>
        </w:rPr>
        <w:t xml:space="preserve">[2:15:39] </w:t>
      </w:r>
      <w:r>
        <w:t>hata ke in logon ki be rah ravi itni barh gayi ke unhon ne apni shahwani khwahishat ki</w:t>
      </w:r>
    </w:p>
    <w:p>
      <w:pPr>
        <w:jc w:val="right"/>
      </w:pPr>
      <w:r>
        <w:t>حتی کہ ان لوگوں کی بے راہ روی اتنی بڑھ گئی کہ انہوں نے اپنی شہوانی خواہشات کی</w:t>
      </w:r>
    </w:p>
    <w:p>
      <w:r>
        <w:rPr>
          <w:b/>
        </w:rPr>
        <w:t xml:space="preserve">[2:15:46] </w:t>
      </w:r>
      <w:r>
        <w:t>taskeen ke liye hum jinsi ke tareeqe ko ikhtiyar kar liya peghambar ne un ko is khuli hui</w:t>
      </w:r>
    </w:p>
    <w:p>
      <w:pPr>
        <w:jc w:val="right"/>
      </w:pPr>
      <w:r>
        <w:t>تسکین کے لیے ہم جنسی کے طریقے کو اختیار کر لیا پیغمبر نے ان کو اس کھلی ہوئی</w:t>
      </w:r>
    </w:p>
    <w:p>
      <w:r>
        <w:rPr>
          <w:b/>
        </w:rPr>
        <w:t xml:space="preserve">[2:15:54] </w:t>
      </w:r>
      <w:r>
        <w:t>be hayaee se daraya</w:t>
      </w:r>
    </w:p>
    <w:p>
      <w:pPr>
        <w:jc w:val="right"/>
      </w:pPr>
      <w:r>
        <w:t>بے حیائی سے ڈرایا</w:t>
      </w:r>
    </w:p>
    <w:p>
      <w:r>
        <w:rPr>
          <w:b/>
        </w:rPr>
        <w:t xml:space="preserve">[2:15:57] </w:t>
      </w:r>
      <w:r>
        <w:t>kainat ke liye fitrat ki aik scheme hai is scheme ko quran mein islah kaha gaya hai is</w:t>
      </w:r>
    </w:p>
    <w:p>
      <w:pPr>
        <w:jc w:val="right"/>
      </w:pPr>
      <w:r>
        <w:t>کائنات کے لیے فطرت کی ایک اسکیم ہے اس اسکیم کو قران میں اصلاح کہا گیا ہے اس</w:t>
      </w:r>
    </w:p>
    <w:p>
      <w:r>
        <w:rPr>
          <w:b/>
        </w:rPr>
        <w:t xml:space="preserve">[2:16:04] </w:t>
      </w:r>
      <w:r>
        <w:t>islah ke khilaf chalne ka naam fasad hai</w:t>
      </w:r>
    </w:p>
    <w:p>
      <w:pPr>
        <w:jc w:val="right"/>
      </w:pPr>
      <w:r>
        <w:t>اصلاح کے خلاف چلنے کا نام فساد ہے</w:t>
      </w:r>
    </w:p>
    <w:p>
      <w:r>
        <w:rPr>
          <w:b/>
        </w:rPr>
        <w:t xml:space="preserve">[2:16:09] </w:t>
      </w:r>
      <w:r>
        <w:t>kainat ki tamam cheezein isi islaahi raaste par chal rahi hain yeh sirf insaan hai jo apni azadi ka galat faida uthata hai aur fitrat ke raaste ke khilaaf apna raasta banata hai hazrat loot ki qaum isi qism ke ek fasaad mein mubtala thi jinsi taalluq ka fitri tareeqa yeh hai ke aurat mard baham biwi aur shohar ban kar reh</w:t>
      </w:r>
    </w:p>
    <w:p>
      <w:pPr>
        <w:jc w:val="right"/>
      </w:pPr>
      <w:r>
        <w:t>کائنات کی تمام چیزیں اسی اصلاحی راستے پر چل رہی ہیں یہ صرف انسان ہے جو اپنی ازادی کا غلط فائدہ اٹھاتا ہے اور فطرت کے راستے کے خلاف اپنا راستہ بناتا ہے حضرت لوط کی قوم اسی قسم کے ایک فساد میں مبتلا تھی جنسی تعلق کا فطری طریقہ یہ ہے کہ عورت مرد باہم بیوی اور شوہر بن کر رہ</w:t>
      </w:r>
    </w:p>
    <w:p>
      <w:r>
        <w:rPr>
          <w:b/>
        </w:rPr>
        <w:t xml:space="preserve">[2:16:39] </w:t>
      </w:r>
      <w:r>
        <w:t>ein yeh islaah ke tareeqe par chalna hai is ke bar aks agar yeh ho ke mard mard ya aurat aurat ke darmiyan jinsi taalluqaat qaim kiye jayein toh yeh khuda ki muqarrar ki hui had se guzar jaana hai yeh wahi cheez hai jis ko quran mein fasaad kaha gaya hai</w:t>
      </w:r>
    </w:p>
    <w:p>
      <w:pPr>
        <w:jc w:val="right"/>
      </w:pPr>
      <w:r>
        <w:t>یں یہ اصلاح کے طریقے پر چلنا ہے اس کے برعکس اگر یہ ہو کہ مرد مرد یا عورت عورت کے درمیان جنسی تعلقات قائم کیے جائیں تو یہ خدا کی مقرر کی ہوئی حد سے گزر جانا ہے یہ وہی چیز ہے جس کو قران میں فساد کہا گیا ہے</w:t>
      </w:r>
    </w:p>
    <w:p>
      <w:r>
        <w:rPr>
          <w:b/>
        </w:rPr>
        <w:t xml:space="preserve">[2:17:02] </w:t>
      </w:r>
      <w:r>
        <w:t>hazrat loot par sirf un ke qareebi logon mein se chand afraad iman laye baqi poori qaum apni hawas parasti mein gharaq rahi unhon ne kaha jab yeh hum sab logon ko ganda samajhte hain aur khud paak banna chahte hain toh gandon mein paakon ka kya kaam phir toh yeh hamare shehar se nikal jayein</w:t>
      </w:r>
    </w:p>
    <w:p>
      <w:pPr>
        <w:jc w:val="right"/>
      </w:pPr>
      <w:r>
        <w:t>حضرت لوط پر صرف ان کے قریبی لوگوں میں سے چند افراد ایمان لائے باقی پوری قوم اپنی ہوس پرستی میں غرق رہی انہوں نے کہا جب یہ ہم سب لوگوں کو گندا سمجھتے ہیں اور خود پاک بننا چاہتے ہیں تو گندوں میں پاکوں کا کیا کام پھر تو یہ ہمارے شہر سے نکل جائیں</w:t>
      </w:r>
    </w:p>
    <w:p>
      <w:r>
        <w:rPr>
          <w:b/>
        </w:rPr>
        <w:t xml:space="preserve">[2:17:30] </w:t>
      </w:r>
      <w:r>
        <w:t>un ka yeh qaul darasal ghamand ka qaul tha un ko yeh kehne ki jurrat is liye hui ke woh apni aksariyat aur maadi tafawwul ki wajah se apne ko mehfooz halat mein samajhte the ghamand ki nafsiyat mein mubtala log hamesha apne kamzor parosiyon se kehte hain ke jin logon ko hamara tareeqa pasand nahi woh hamari zameen ko chhod dein</w:t>
      </w:r>
    </w:p>
    <w:p>
      <w:pPr>
        <w:jc w:val="right"/>
      </w:pPr>
      <w:r>
        <w:t>ان کا یہ قول دراصل گھمنڈ کا قول تھا ان کو یہ کہنے کی جرات اس لیے ہوئی کہ وہ اپنی اکثریت اور مادی تفوق کی وجہ سے اپنے کو محفوظ حالت میں سمجھتے تھے گھمنڈ کی نفسیات میں مبتلا لوگ ہمیشہ اپنے کمزور پڑوسیوں سے کہتے ہیں کہ جن لوگوں کو ہمارا طریقہ پسند نہیں وہ ہماری زمین کو چھوڑ دیں</w:t>
      </w:r>
    </w:p>
    <w:p>
      <w:r>
        <w:rPr>
          <w:b/>
        </w:rPr>
        <w:t xml:space="preserve">[2:17:58] </w:t>
      </w:r>
      <w:r>
        <w:t>magar yeh khuda ki duniya mein shirk karna hai aur shirk sab se bada jurm hai hazrat loot ki qaum par khuda ka azaab aaya toh azaab ka shikar hone walon mein paighambar ki biwi bhi shamil thi is se inaam aur saza ke bab mein khuda ka be laag insaaf zahir hota hai</w:t>
      </w:r>
    </w:p>
    <w:p>
      <w:pPr>
        <w:jc w:val="right"/>
      </w:pPr>
      <w:r>
        <w:t>مگر یہ خدا کی دنیا میں شرک کرنا ہے اور شرک سب سے بڑا جرم ہے حضرت لوط کی قوم پر خدا کا عذاب ایا تو عذاب کا شکار ہونے والوں میں پیغمبر کی بیوی بھی شامل تھی اس سے انعام اور سزا کے باب میں خدا کا بے لاگ انصاف ظاہر ہوتا ہے</w:t>
      </w:r>
    </w:p>
    <w:p>
      <w:r>
        <w:rPr>
          <w:b/>
        </w:rPr>
        <w:t xml:space="preserve">[2:18:24] </w:t>
      </w:r>
      <w:r>
        <w:t>khuda ke insaaf ke taro mein rishton aur dosti ka koi lehaz nahi khuda ka faisla itna be laag hai ke is ne hazrat nooh ke bete hazrat ibrahim ke baap hazrat loot ki biwi aur hazrat muhammad ke chacha ko bhi maaf nahi kiya aur doosri taraf firon ki biwi ne saleh amal ka saboot diya toh us ko jannat mein dakhil kar diya</w:t>
      </w:r>
    </w:p>
    <w:p>
      <w:pPr>
        <w:jc w:val="right"/>
      </w:pPr>
      <w:r>
        <w:t>خدا کے انصاف کے ترازو میں رشتوں اور دوستیوں کا کوئی لحاظ نہیں خدا کا فیصلہ اتنا بے لاگ ہے کہ اس نے حضرت نوح کے بیٹے حضرت ابراہیم کے باپ حضرت لوط کی بیوی اور حضرت محمد کے چچا کو بھی معاف نہیں کیا اور دوسری طرف فرعون کی بیوی نے صالح عمل کا ثبوت دیا تو اس کو جنت میں داخل کر دیا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