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Help of God November 29, 2020 Maulana Wahiduddin Khan</w:t>
      </w:r>
    </w:p>
    <w:p>
      <w:r>
        <w:t>https://www.youtube.com/watch?v=FiM937kOHVQ</w:t>
      </w:r>
    </w:p>
    <w:p>
      <w:r>
        <w:rPr>
          <w:b/>
        </w:rPr>
        <w:t xml:space="preserve">[00:13] </w:t>
      </w:r>
      <w:r>
        <w:t>bismillah rahman rahim.</w:t>
      </w:r>
    </w:p>
    <w:p>
      <w:pPr>
        <w:jc w:val="right"/>
      </w:pPr>
      <w:r>
        <w:t>بسم اللہ الرحمن الرحیم۔</w:t>
      </w:r>
    </w:p>
    <w:p>
      <w:r>
        <w:rPr>
          <w:b/>
        </w:rPr>
        <w:t xml:space="preserve">[00:21] </w:t>
      </w:r>
      <w:r>
        <w:t>aaj ke program ke liye</w:t>
      </w:r>
    </w:p>
    <w:p>
      <w:pPr>
        <w:jc w:val="right"/>
      </w:pPr>
      <w:r>
        <w:t>آج کے پروگرام کے لیے</w:t>
      </w:r>
    </w:p>
    <w:p>
      <w:r>
        <w:rPr>
          <w:b/>
        </w:rPr>
        <w:t xml:space="preserve">[00:31] </w:t>
      </w:r>
      <w:r>
        <w:t>kuch baatein ajeeb hain.</w:t>
      </w:r>
    </w:p>
    <w:p>
      <w:pPr>
        <w:jc w:val="right"/>
      </w:pPr>
      <w:r>
        <w:t>کچھ باتیں عجیب ہیں۔</w:t>
      </w:r>
    </w:p>
    <w:p>
      <w:r>
        <w:rPr>
          <w:b/>
        </w:rPr>
        <w:t xml:space="preserve">[00:37] </w:t>
      </w:r>
      <w:r>
        <w:t>misalan dekhiye, aaj mere dil mein yeh nahi tha ke aaj program hoga. main bilkul—</w:t>
      </w:r>
    </w:p>
    <w:p>
      <w:pPr>
        <w:jc w:val="right"/>
      </w:pPr>
      <w:r>
        <w:t>مثلاً دیکھیے، آج میرے دل میں یہ نہیں تھا کہ آج پروگرام ہوگا۔ میں بالکل—</w:t>
      </w:r>
    </w:p>
    <w:p>
      <w:r>
        <w:rPr>
          <w:b/>
        </w:rPr>
        <w:t xml:space="preserve">[01:05] </w:t>
      </w:r>
      <w:r>
        <w:t>lekin</w:t>
      </w:r>
    </w:p>
    <w:p>
      <w:pPr>
        <w:jc w:val="right"/>
      </w:pPr>
      <w:r>
        <w:t>لیکن</w:t>
      </w:r>
    </w:p>
    <w:p>
      <w:r>
        <w:rPr>
          <w:b/>
        </w:rPr>
        <w:t xml:space="preserve">[01:10] </w:t>
      </w:r>
      <w:r>
        <w:t>do baatein mujhe ajeeb hui,</w:t>
      </w:r>
    </w:p>
    <w:p>
      <w:pPr>
        <w:jc w:val="right"/>
      </w:pPr>
      <w:r>
        <w:t>دو باتیں مجھے عجیب ہوئی،</w:t>
      </w:r>
    </w:p>
    <w:p>
      <w:r>
        <w:rPr>
          <w:b/>
        </w:rPr>
        <w:t xml:space="preserve">[01:16] </w:t>
      </w:r>
      <w:r>
        <w:t>isi liye program aaj</w:t>
      </w:r>
    </w:p>
    <w:p>
      <w:pPr>
        <w:jc w:val="right"/>
      </w:pPr>
      <w:r>
        <w:t>اسی لیے پروگرام آج</w:t>
      </w:r>
    </w:p>
    <w:p>
      <w:r>
        <w:rPr>
          <w:b/>
        </w:rPr>
        <w:t xml:space="preserve">[01:21] </w:t>
      </w:r>
      <w:r>
        <w:t>kal padha.</w:t>
      </w:r>
    </w:p>
    <w:p>
      <w:pPr>
        <w:jc w:val="right"/>
      </w:pPr>
      <w:r>
        <w:t>کل پڑھا۔</w:t>
      </w:r>
    </w:p>
    <w:p>
      <w:r>
        <w:rPr>
          <w:b/>
        </w:rPr>
        <w:t xml:space="preserve">[01:31] </w:t>
      </w:r>
      <w:r>
        <w:t>ek baat to yeh ke aaj bilkul meri himmat nahi thi is program karne ki, lekin hamare saathi</w:t>
      </w:r>
    </w:p>
    <w:p>
      <w:pPr>
        <w:jc w:val="right"/>
      </w:pPr>
      <w:r>
        <w:t>ایک بات تو یہ کہ آج بالکل میری ہمت نہیں تھی اس پروگرام کرنے کی، لیکن ہمارے ساتھی</w:t>
      </w:r>
    </w:p>
    <w:p>
      <w:r>
        <w:rPr>
          <w:b/>
        </w:rPr>
        <w:t xml:space="preserve">[01:52] </w:t>
      </w:r>
      <w:r>
        <w:t>mister</w:t>
      </w:r>
    </w:p>
    <w:p>
      <w:pPr>
        <w:jc w:val="right"/>
      </w:pPr>
      <w:r>
        <w:t>مسٹر</w:t>
      </w:r>
    </w:p>
    <w:p>
      <w:r>
        <w:rPr>
          <w:b/>
        </w:rPr>
        <w:t xml:space="preserve">[02:04] </w:t>
      </w:r>
      <w:r>
        <w:t>sabood</w:t>
      </w:r>
    </w:p>
    <w:p>
      <w:pPr>
        <w:jc w:val="right"/>
      </w:pPr>
      <w:r>
        <w:t>سبود</w:t>
      </w:r>
    </w:p>
    <w:p>
      <w:r>
        <w:rPr>
          <w:b/>
        </w:rPr>
        <w:t xml:space="preserve">[02:08] </w:t>
      </w:r>
      <w:r>
        <w:t>ne kaha ke nahi, program hoga.</w:t>
      </w:r>
    </w:p>
    <w:p>
      <w:pPr>
        <w:jc w:val="right"/>
      </w:pPr>
      <w:r>
        <w:t>نے کہا کہ نہیں، پروگرام ہوگا۔</w:t>
      </w:r>
    </w:p>
    <w:p>
      <w:r>
        <w:rPr>
          <w:b/>
        </w:rPr>
        <w:t xml:space="preserve">[02:17] </w:t>
      </w:r>
      <w:r>
        <w:t>chunki unki himmat badhane se main program ke liye raazi ho gaya.</w:t>
      </w:r>
    </w:p>
    <w:p>
      <w:pPr>
        <w:jc w:val="right"/>
      </w:pPr>
      <w:r>
        <w:t>چونکہ ان کی ہمت بڑھانے سے میں پروگرام کے لیے راضی ہو گیا۔</w:t>
      </w:r>
    </w:p>
    <w:p>
      <w:r>
        <w:rPr>
          <w:b/>
        </w:rPr>
        <w:t xml:space="preserve">[02:27] </w:t>
      </w:r>
      <w:r>
        <w:t>aur doosri yeh baat yeh ke aaj ke program ke liye topic kya ho, yeh main soch raha tha to hamare doctor shams sharma sahib ne topic de diya,</w:t>
      </w:r>
    </w:p>
    <w:p>
      <w:pPr>
        <w:jc w:val="right"/>
      </w:pPr>
      <w:r>
        <w:t>اور دوسری یہ بات یہ کہ آج کے پروگرام کے لیے ٹاپک کیا ہو، یہ میں سوچ رہا تھا تو ہمارے ڈاکٹر شمس شرما صاحب نے ٹاپک دے دیا،</w:t>
      </w:r>
    </w:p>
    <w:p>
      <w:r>
        <w:rPr>
          <w:b/>
        </w:rPr>
        <w:t xml:space="preserve">[02:45] </w:t>
      </w:r>
      <w:r>
        <w:t>aur main raazi ho gaya.</w:t>
      </w:r>
    </w:p>
    <w:p>
      <w:pPr>
        <w:jc w:val="right"/>
      </w:pPr>
      <w:r>
        <w:t>اور میں راضی ہو گیا۔</w:t>
      </w:r>
    </w:p>
    <w:p>
      <w:r>
        <w:rPr>
          <w:b/>
        </w:rPr>
        <w:t xml:space="preserve">[02:51] </w:t>
      </w:r>
      <w:r>
        <w:t>woh topic tha,</w:t>
      </w:r>
    </w:p>
    <w:p>
      <w:pPr>
        <w:jc w:val="right"/>
      </w:pPr>
      <w:r>
        <w:t>وہ ٹاپک تھا،</w:t>
      </w:r>
    </w:p>
    <w:p>
      <w:r>
        <w:rPr>
          <w:b/>
        </w:rPr>
        <w:t xml:space="preserve">[02:56] </w:t>
      </w:r>
      <w:r>
        <w:t>aap bataiye. fazkuruni azkurkum. fazkuruni azkurkum.</w:t>
      </w:r>
    </w:p>
    <w:p>
      <w:pPr>
        <w:jc w:val="right"/>
      </w:pPr>
      <w:r>
        <w:t>آپ بتائیے۔ فَذْكُرُونِي أَذْكُرْكُمْ۔ فَذْكُرُونِي أَذْكُرْكُمْ۔</w:t>
      </w:r>
    </w:p>
    <w:p>
      <w:r>
        <w:rPr>
          <w:b/>
        </w:rPr>
        <w:t xml:space="preserve">[03:12] </w:t>
      </w:r>
      <w:r>
        <w:t>iska tarjuma kya hoga? tum mujh ko yaad rakho, main tum ko yaad rakhunga. surah al baqarah, ayat number 152.</w:t>
      </w:r>
    </w:p>
    <w:p>
      <w:pPr>
        <w:jc w:val="right"/>
      </w:pPr>
      <w:r>
        <w:t>اس کا ترجمہ کیا ہوگا؟ تم مجھ کو یاد رکھو، میں تم کو یاد رکھوں گا۔ سورہ البقرہ، آیت نمبر 152۔</w:t>
      </w:r>
    </w:p>
    <w:p>
      <w:r>
        <w:rPr>
          <w:b/>
        </w:rPr>
        <w:t xml:space="preserve">[03:23] </w:t>
      </w:r>
      <w:r>
        <w:t>yeh baat ajeeb assurance hai</w:t>
      </w:r>
    </w:p>
    <w:p>
      <w:pPr>
        <w:jc w:val="right"/>
      </w:pPr>
      <w:r>
        <w:t>یہ بات عجیب اشورنس ہے</w:t>
      </w:r>
    </w:p>
    <w:p>
      <w:r>
        <w:rPr>
          <w:b/>
        </w:rPr>
        <w:t xml:space="preserve">[03:29] </w:t>
      </w:r>
      <w:r>
        <w:t>ke aap Allah ko, yaani malik-e-kaenat ko,</w:t>
      </w:r>
    </w:p>
    <w:p>
      <w:pPr>
        <w:jc w:val="right"/>
      </w:pPr>
      <w:r>
        <w:t>کہ آپ اللہ کو، یعنی مالک کائنات کو،</w:t>
      </w:r>
    </w:p>
    <w:p>
      <w:r>
        <w:rPr>
          <w:b/>
        </w:rPr>
        <w:t xml:space="preserve">[03:40] </w:t>
      </w:r>
      <w:r>
        <w:t>yaad rakhen to woh aap ko kaenati qismaton mein aap ka yaad karega.</w:t>
      </w:r>
    </w:p>
    <w:p>
      <w:pPr>
        <w:jc w:val="right"/>
      </w:pPr>
      <w:r>
        <w:t>یاد رکھیں تو وہ آپ کو کائناتی قسمتوں میں آپ کا یاد کرے گا۔</w:t>
      </w:r>
    </w:p>
    <w:p>
      <w:r>
        <w:rPr>
          <w:b/>
        </w:rPr>
        <w:t xml:space="preserve">[04:00] </w:t>
      </w:r>
      <w:r>
        <w:t>to mein samajhta hoon ke hamare mission ki bohat si ajeeb</w:t>
      </w:r>
    </w:p>
    <w:p>
      <w:pPr>
        <w:jc w:val="right"/>
      </w:pPr>
      <w:r>
        <w:t>تو میں سمجھتا ہوں کہ ہمارے مشن کی بہت سی عجیب</w:t>
      </w:r>
    </w:p>
    <w:p>
      <w:r>
        <w:rPr>
          <w:b/>
        </w:rPr>
        <w:t xml:space="preserve">[04:12] </w:t>
      </w:r>
      <w:r>
        <w:t>khaasiyat hai ke</w:t>
      </w:r>
    </w:p>
    <w:p>
      <w:pPr>
        <w:jc w:val="right"/>
      </w:pPr>
      <w:r>
        <w:t>خاصیت ہے کہ</w:t>
      </w:r>
    </w:p>
    <w:p>
      <w:r>
        <w:rPr>
          <w:b/>
        </w:rPr>
        <w:t xml:space="preserve">[04:23] </w:t>
      </w:r>
      <w:r>
        <w:t>is mein</w:t>
      </w:r>
    </w:p>
    <w:p>
      <w:pPr>
        <w:jc w:val="right"/>
      </w:pPr>
      <w:r>
        <w:t>اس میں</w:t>
      </w:r>
    </w:p>
    <w:p>
      <w:r>
        <w:rPr>
          <w:b/>
        </w:rPr>
        <w:t xml:space="preserve">[04:31] </w:t>
      </w:r>
      <w:r>
        <w:t>is tarah ki anokhi uloom shamil ho gaye hain.</w:t>
      </w:r>
    </w:p>
    <w:p>
      <w:pPr>
        <w:jc w:val="right"/>
      </w:pPr>
      <w:r>
        <w:t>اس طرح کی انوکھی علوم شامل ہو گئے ہیں۔</w:t>
      </w:r>
    </w:p>
    <w:p>
      <w:r>
        <w:rPr>
          <w:b/>
        </w:rPr>
        <w:t xml:space="preserve">[04:45] </w:t>
      </w:r>
      <w:r>
        <w:t>yeh hai jo baat hai ke banda agar Allah ko raazi rakha hai to banda is ko</w:t>
      </w:r>
    </w:p>
    <w:p>
      <w:pPr>
        <w:jc w:val="right"/>
      </w:pPr>
      <w:r>
        <w:t>یہ ہے جو بات ہے کہ بندہ اگر اللہ کو راضی رکھا ہے تو بندہ اس کو</w:t>
      </w:r>
    </w:p>
    <w:p>
      <w:r>
        <w:rPr>
          <w:b/>
        </w:rPr>
        <w:t xml:space="preserve">[05:00] </w:t>
      </w:r>
      <w:r>
        <w:t>yaad rakhega. Fazkuruni azkurkum. Tum is ko yaad rakho, mein tum ko yaad rakhunga.</w:t>
      </w:r>
    </w:p>
    <w:p>
      <w:pPr>
        <w:jc w:val="right"/>
      </w:pPr>
      <w:r>
        <w:t>یاد رکھے گا۔ فَذْكُرُونِي أَذْكُرْكُمْ۔ تم اس کو یاد رکھو، میں تم کو یاد رکھوں گا۔</w:t>
      </w:r>
    </w:p>
    <w:p>
      <w:r>
        <w:rPr>
          <w:b/>
        </w:rPr>
        <w:t xml:space="preserve">[05:14] </w:t>
      </w:r>
      <w:r>
        <w:t>yaani Allah ka</w:t>
      </w:r>
    </w:p>
    <w:p>
      <w:pPr>
        <w:jc w:val="right"/>
      </w:pPr>
      <w:r>
        <w:t>یعنی اللہ کا</w:t>
      </w:r>
    </w:p>
    <w:p>
      <w:r>
        <w:rPr>
          <w:b/>
        </w:rPr>
        <w:t xml:space="preserve">[05:19] </w:t>
      </w:r>
      <w:r>
        <w:t>apne saath shamil karne ke liye kitni ajeeb baat hai yeh ke aap ko adrak ko apna saath lene ke liye koi kuch dena nahi hai,</w:t>
      </w:r>
    </w:p>
    <w:p>
      <w:pPr>
        <w:jc w:val="right"/>
      </w:pPr>
      <w:r>
        <w:t>اپنے ساتھ شامل کرنے کے لیے کتنی عجیب بات ہے یہ کہ آپ کو ادراک کو اپنا ساتھ لینے کے لیے کوئی کچھ دینا نہیں ہے،</w:t>
      </w:r>
    </w:p>
    <w:p>
      <w:r>
        <w:rPr>
          <w:b/>
        </w:rPr>
        <w:t xml:space="preserve">[05:34] </w:t>
      </w:r>
      <w:r>
        <w:t>balke sirf</w:t>
      </w:r>
    </w:p>
    <w:p>
      <w:pPr>
        <w:jc w:val="right"/>
      </w:pPr>
      <w:r>
        <w:t>بلکہ صرف</w:t>
      </w:r>
    </w:p>
    <w:p>
      <w:r>
        <w:rPr>
          <w:b/>
        </w:rPr>
        <w:t xml:space="preserve">[05:39] </w:t>
      </w:r>
      <w:r>
        <w:t>Allah ko apna concern banana hai.</w:t>
      </w:r>
    </w:p>
    <w:p>
      <w:pPr>
        <w:jc w:val="right"/>
      </w:pPr>
      <w:r>
        <w:t>اللہ کو اپنا کنسرن بنانا ہے۔</w:t>
      </w:r>
    </w:p>
    <w:p>
      <w:r>
        <w:rPr>
          <w:b/>
        </w:rPr>
        <w:t xml:space="preserve">[05:47] </w:t>
      </w:r>
      <w:r>
        <w:t>to yeh bohat si ajeeb baat hai. Mera khayal hai ke yeh pehlu sirf hamare pesh hisse mein paya jata hai, aur kahin nahi.</w:t>
      </w:r>
    </w:p>
    <w:p>
      <w:pPr>
        <w:jc w:val="right"/>
      </w:pPr>
      <w:r>
        <w:t>تو یہ بہت سی عجیب بات ہے۔ میرا خیال ہے کہ یہ پہلو صرف ہمارے پیش حصے میں پایا جاتا ہے، اور کہیں نہیں۔</w:t>
      </w:r>
    </w:p>
    <w:p>
      <w:r>
        <w:rPr>
          <w:b/>
        </w:rPr>
        <w:t xml:space="preserve">[06:08] </w:t>
      </w:r>
      <w:r>
        <w:t>to mein Allah ka shukar ada karta hoon is baat par bohat zyada.</w:t>
      </w:r>
    </w:p>
    <w:p>
      <w:pPr>
        <w:jc w:val="right"/>
      </w:pPr>
      <w:r>
        <w:t>تو میں اللہ کا شکر ادا کرتا ہوں اس بات پر بہت زیادہ۔</w:t>
      </w:r>
    </w:p>
    <w:p>
      <w:r>
        <w:rPr>
          <w:b/>
        </w:rPr>
        <w:t xml:space="preserve">[06:22] </w:t>
      </w:r>
      <w:r>
        <w:t>aur doctor scientist ke bare mein mein kahunga ke un ki bhi ek anokhi sifat hai.</w:t>
      </w:r>
    </w:p>
    <w:p>
      <w:pPr>
        <w:jc w:val="right"/>
      </w:pPr>
      <w:r>
        <w:t>اور ڈاکٹر سائنسدان کے بارے میں میں کہوں گا کہ ان کی بھی ایک انوکھی صفت ہے۔</w:t>
      </w:r>
    </w:p>
    <w:p>
      <w:r>
        <w:rPr>
          <w:b/>
        </w:rPr>
        <w:t xml:space="preserve">[06:34] </w:t>
      </w:r>
      <w:r>
        <w:t>doctor scientist jab paida hue the, woh Rampur mein tha, to</w:t>
      </w:r>
    </w:p>
    <w:p>
      <w:pPr>
        <w:jc w:val="right"/>
      </w:pPr>
      <w:r>
        <w:t>ڈاکٹر سائنسدان جب پیدا ہوئے تھے، وہ رام پور میں تھا، تو</w:t>
      </w:r>
    </w:p>
    <w:p>
      <w:r>
        <w:rPr>
          <w:b/>
        </w:rPr>
        <w:t xml:space="preserve">[06:44] </w:t>
      </w:r>
      <w:r>
        <w:t>un ki umar shayad</w:t>
      </w:r>
    </w:p>
    <w:p>
      <w:pPr>
        <w:jc w:val="right"/>
      </w:pPr>
      <w:r>
        <w:t>ان کی عمر شاید</w:t>
      </w:r>
    </w:p>
    <w:p>
      <w:r>
        <w:rPr>
          <w:b/>
        </w:rPr>
        <w:t xml:space="preserve">[06:49] </w:t>
      </w:r>
      <w:r>
        <w:t>thori zyada ho gayi thi. Umar naam no ne rakha tha.</w:t>
      </w:r>
    </w:p>
    <w:p>
      <w:pPr>
        <w:jc w:val="right"/>
      </w:pPr>
      <w:r>
        <w:t>تھوڑی زیادہ ہو گئی تھی۔ عمر نام نو نے رکھا تھا۔</w:t>
      </w:r>
    </w:p>
    <w:p>
      <w:r>
        <w:rPr>
          <w:b/>
        </w:rPr>
        <w:t xml:space="preserve">[06:59] </w:t>
      </w:r>
      <w:r>
        <w:t>to mein ne,</w:t>
      </w:r>
    </w:p>
    <w:p>
      <w:pPr>
        <w:jc w:val="right"/>
      </w:pPr>
      <w:r>
        <w:t>تو میں نے،</w:t>
      </w:r>
    </w:p>
    <w:p>
      <w:r>
        <w:rPr>
          <w:b/>
        </w:rPr>
        <w:t xml:space="preserve">[07:04] </w:t>
      </w:r>
      <w:r>
        <w:t>mein ek din Quran ki tilawat kar raha tha, aur hamari Alia ne kaha ke bachcha, is ki umar zyada ho gayi, shukriya.</w:t>
      </w:r>
    </w:p>
    <w:p>
      <w:pPr>
        <w:jc w:val="right"/>
      </w:pPr>
      <w:r>
        <w:t>میں ایک دن قرآن کی تلاوت کر رہا تھا، اور ہماری عالیہ نے کہا کہ بچہ، اس کی عمر زیادہ ہو گئی، شکریہ۔</w:t>
      </w:r>
    </w:p>
    <w:p>
      <w:r>
        <w:rPr>
          <w:b/>
        </w:rPr>
        <w:t xml:space="preserve">[07:23] </w:t>
      </w:r>
      <w:r>
        <w:t>abhi tak aap ne naam nahi rakha. To mein is waqt Quran ki tilawat kar raha tha, aur shauq se is ka tauba mere samne thi.</w:t>
      </w:r>
    </w:p>
    <w:p>
      <w:pPr>
        <w:jc w:val="right"/>
      </w:pPr>
      <w:r>
        <w:t>ابھی تک آپ نے نام نہیں رکھا۔ تو میں اس وقت قرآن کی تلاوت کر رہا تھا، اور شوق سے اس کا توبہ میرے سامنے تھی۔</w:t>
      </w:r>
    </w:p>
    <w:p>
      <w:r>
        <w:rPr>
          <w:b/>
        </w:rPr>
        <w:t xml:space="preserve">[07:36] </w:t>
      </w:r>
      <w:r>
        <w:t>to mein ne kaha ke dekhen, naam to yahi hai, yahi naam rakh lo.</w:t>
      </w:r>
    </w:p>
    <w:p>
      <w:pPr>
        <w:jc w:val="right"/>
      </w:pPr>
      <w:r>
        <w:t>تو میں نے کہا کہ دیکھیں، نام تو یہی ہے، یہی نام رکھ لو۔</w:t>
      </w:r>
    </w:p>
    <w:p>
      <w:r>
        <w:rPr>
          <w:b/>
        </w:rPr>
        <w:t xml:space="preserve">[07:44] </w:t>
      </w:r>
      <w:r>
        <w:t>yaani</w:t>
      </w:r>
    </w:p>
    <w:p>
      <w:pPr>
        <w:jc w:val="right"/>
      </w:pPr>
      <w:r>
        <w:t>یعنی</w:t>
      </w:r>
    </w:p>
    <w:p>
      <w:r>
        <w:rPr>
          <w:b/>
        </w:rPr>
        <w:t xml:space="preserve">[07:52] </w:t>
      </w:r>
      <w:r>
        <w:t>san san</w:t>
      </w:r>
    </w:p>
    <w:p>
      <w:pPr>
        <w:jc w:val="right"/>
      </w:pPr>
      <w:r>
        <w:t>سان سان</w:t>
      </w:r>
    </w:p>
    <w:p>
      <w:r>
        <w:rPr>
          <w:b/>
        </w:rPr>
        <w:t xml:space="preserve">[08:00] </w:t>
      </w:r>
      <w:r>
        <w:t>sān sān sān kā ma'nī hai shukr. to vah usī vaqt se yah nām paṛ gayā. to maiñ Allāh kā shukr adā kartā hūñ ki hamāre sāthī aise rūp rukh bane haiñ jo bahut hī yūnik haiñ,</w:t>
      </w:r>
    </w:p>
    <w:p>
      <w:pPr>
        <w:jc w:val="right"/>
      </w:pPr>
      <w:r>
        <w:t>سان سان سان کا معنی ہے شکر۔ تو وہ اسی وقت سے یہ نام پڑ گیا۔ تو میں اللہ کا شکر ادا کرتا ہوں کہ ہمارے ساتھی ایسے روپ رخ بنے ہیں جو بہت ہی یونیک ہیں،</w:t>
      </w:r>
    </w:p>
    <w:p>
      <w:r>
        <w:rPr>
          <w:b/>
        </w:rPr>
        <w:t xml:space="preserve">[08:17] </w:t>
      </w:r>
      <w:r>
        <w:t>māshā' Allāh.</w:t>
      </w:r>
    </w:p>
    <w:p>
      <w:pPr>
        <w:jc w:val="right"/>
      </w:pPr>
      <w:r>
        <w:t>ماشاءاللہ۔</w:t>
      </w:r>
    </w:p>
    <w:p>
      <w:r>
        <w:rPr>
          <w:b/>
        </w:rPr>
        <w:t xml:space="preserve">[08:24] </w:t>
      </w:r>
      <w:r>
        <w:t>to āge ṭāpik hai ki Khudā kī madad.</w:t>
      </w:r>
    </w:p>
    <w:p>
      <w:pPr>
        <w:jc w:val="right"/>
      </w:pPr>
      <w:r>
        <w:t>تو آگے ٹاپک ہے کہ خدا کی مدد۔</w:t>
      </w:r>
    </w:p>
    <w:p>
      <w:r>
        <w:rPr>
          <w:b/>
        </w:rPr>
        <w:t xml:space="preserve">[08:32] </w:t>
      </w:r>
      <w:r>
        <w:t>maiñ samajhtā hūñ ki ham log</w:t>
      </w:r>
    </w:p>
    <w:p>
      <w:pPr>
        <w:jc w:val="right"/>
      </w:pPr>
      <w:r>
        <w:t>میں سمجھتا ہوں کہ ہم لوگ</w:t>
      </w:r>
    </w:p>
    <w:p>
      <w:r>
        <w:rPr>
          <w:b/>
        </w:rPr>
        <w:t xml:space="preserve">[08:40] </w:t>
      </w:r>
      <w:r>
        <w:t>yah bhī kah sakte haiñ ki</w:t>
      </w:r>
    </w:p>
    <w:p>
      <w:pPr>
        <w:jc w:val="right"/>
      </w:pPr>
      <w:r>
        <w:t>یہ بھی کہہ سکتے ہیں کہ</w:t>
      </w:r>
    </w:p>
    <w:p>
      <w:r>
        <w:rPr>
          <w:b/>
        </w:rPr>
        <w:t xml:space="preserve">[08:46] </w:t>
      </w:r>
      <w:r>
        <w:t>hamāre pās koī koī bhī chīz nahīñ hai, sare Allāh kī.</w:t>
      </w:r>
    </w:p>
    <w:p>
      <w:pPr>
        <w:jc w:val="right"/>
      </w:pPr>
      <w:r>
        <w:t>ہمارے پاس کوئی کوئی بھی چیز نہیں ہے، سارے اللہ کی۔</w:t>
      </w:r>
    </w:p>
    <w:p>
      <w:r>
        <w:rPr>
          <w:b/>
        </w:rPr>
        <w:t xml:space="preserve">[09:06] </w:t>
      </w:r>
      <w:r>
        <w:t>kyā āyat hai vah?</w:t>
      </w:r>
    </w:p>
    <w:p>
      <w:pPr>
        <w:jc w:val="right"/>
      </w:pPr>
      <w:r>
        <w:t>کیا آیت ہے وہ؟</w:t>
      </w:r>
    </w:p>
    <w:p>
      <w:r>
        <w:rPr>
          <w:b/>
        </w:rPr>
        <w:t xml:space="preserve">[09:08] </w:t>
      </w:r>
      <w:r>
        <w:t>fa-dhkurūnī adhkurkum.</w:t>
      </w:r>
    </w:p>
    <w:p>
      <w:pPr>
        <w:jc w:val="right"/>
      </w:pPr>
      <w:r>
        <w:t>فَذْكُرُونِي أَذْكُرْكُمْ۔</w:t>
      </w:r>
    </w:p>
    <w:p>
      <w:r>
        <w:rPr>
          <w:b/>
        </w:rPr>
        <w:t xml:space="preserve">[09:13] </w:t>
      </w:r>
      <w:r>
        <w:t>to yah āyat hai āj kā</w:t>
      </w:r>
    </w:p>
    <w:p>
      <w:pPr>
        <w:jc w:val="right"/>
      </w:pPr>
      <w:r>
        <w:t>تو یہ آیت ہے آج کا</w:t>
      </w:r>
    </w:p>
    <w:p>
      <w:r>
        <w:rPr>
          <w:b/>
        </w:rPr>
        <w:t xml:space="preserve">[09:18] </w:t>
      </w:r>
      <w:r>
        <w:t>behtarin ṭāpik hai.</w:t>
      </w:r>
    </w:p>
    <w:p>
      <w:pPr>
        <w:jc w:val="right"/>
      </w:pPr>
      <w:r>
        <w:t>بہترین ٹاپک ہے۔</w:t>
      </w:r>
    </w:p>
    <w:p>
      <w:r>
        <w:rPr>
          <w:b/>
        </w:rPr>
        <w:t xml:space="preserve">[09:23] </w:t>
      </w:r>
      <w:r>
        <w:t>āp jānte haiñ ki</w:t>
      </w:r>
    </w:p>
    <w:p>
      <w:pPr>
        <w:jc w:val="right"/>
      </w:pPr>
      <w:r>
        <w:t>آپ جانتے ہیں کہ</w:t>
      </w:r>
    </w:p>
    <w:p>
      <w:r>
        <w:rPr>
          <w:b/>
        </w:rPr>
        <w:t xml:space="preserve">[09:28] </w:t>
      </w:r>
      <w:r>
        <w:t>jab murīdoñ ko koī</w:t>
      </w:r>
    </w:p>
    <w:p>
      <w:pPr>
        <w:jc w:val="right"/>
      </w:pPr>
      <w:r>
        <w:t>جب مریدوں کو کوئی</w:t>
      </w:r>
    </w:p>
    <w:p>
      <w:r>
        <w:rPr>
          <w:b/>
        </w:rPr>
        <w:t xml:space="preserve">[09:39] </w:t>
      </w:r>
      <w:r>
        <w:t>mas'alah pesh aata hai to vah bahar ki duniya mein koi na koi us ka shauq toot'te hain, aur phir us ko blame dete hain, us ke khilaf tareekh chalate hain.</w:t>
      </w:r>
    </w:p>
    <w:p>
      <w:pPr>
        <w:jc w:val="right"/>
      </w:pPr>
      <w:r>
        <w:t>مسئلہ پیش آتا ہے تو وہ باہر کی دنیا میں کوئی نہ کوئی اس کا شوق ٹوٹتے ہیں، اور پھر اس کو بلیم دیتے ہیں، اس کے خلاف تاریخ چلاتے ہیں۔</w:t>
      </w:r>
    </w:p>
    <w:p>
      <w:r>
        <w:rPr>
          <w:b/>
        </w:rPr>
        <w:t xml:space="preserve">[09:55] </w:t>
      </w:r>
      <w:r>
        <w:t>hamārā Allāh ke fazl se is tarah bandah nahīñ hai, ham bilkul us se dūr rahte haiñ. ham Allāh kī madad se hī aur bharosa karte haiñ,</w:t>
      </w:r>
    </w:p>
    <w:p>
      <w:pPr>
        <w:jc w:val="right"/>
      </w:pPr>
      <w:r>
        <w:t>ہمارا اللہ کے فضل سے اس طرح بندہ نہیں ہے، ہم بالکل اس سے دور رہتے ہیں۔ ہم اللہ کی مدد سے ہی اور بھروسہ کرتے ہیں،</w:t>
      </w:r>
    </w:p>
    <w:p>
      <w:r>
        <w:rPr>
          <w:b/>
        </w:rPr>
        <w:t xml:space="preserve">[10:09] </w:t>
      </w:r>
      <w:r>
        <w:t>aur Allāh ke</w:t>
      </w:r>
    </w:p>
    <w:p>
      <w:pPr>
        <w:jc w:val="right"/>
      </w:pPr>
      <w:r>
        <w:t>اور اللہ کے</w:t>
      </w:r>
    </w:p>
    <w:p>
      <w:r>
        <w:rPr>
          <w:b/>
        </w:rPr>
        <w:t xml:space="preserve">[10:13] </w:t>
      </w:r>
      <w:r>
        <w:t>bharose meñ ham is tārīkh ko chalā rahe haiñ. to maiñ chāhtā hūñ ki āp log is bāt ko zindah kareñ apne zehan meñ,</w:t>
      </w:r>
    </w:p>
    <w:p>
      <w:pPr>
        <w:jc w:val="right"/>
      </w:pPr>
      <w:r>
        <w:t>بھروسے میں ہم اس تاریخ کو چلا رہے ہیں۔ تو میں چاہتا ہوں کہ آپ لوگ اس بات کو زندہ کریں اپنے ذہن میں،</w:t>
      </w:r>
    </w:p>
    <w:p>
      <w:r>
        <w:rPr>
          <w:b/>
        </w:rPr>
        <w:t xml:space="preserve">[10:30] </w:t>
      </w:r>
      <w:r>
        <w:t>aur inshā' Allāh yah</w:t>
      </w:r>
    </w:p>
    <w:p>
      <w:pPr>
        <w:jc w:val="right"/>
      </w:pPr>
      <w:r>
        <w:t>اور انشاءاللہ یہ</w:t>
      </w:r>
    </w:p>
    <w:p>
      <w:r>
        <w:rPr>
          <w:b/>
        </w:rPr>
        <w:t xml:space="preserve">[10:42] </w:t>
      </w:r>
      <w:r>
        <w:t>āp ke lie</w:t>
      </w:r>
    </w:p>
    <w:p>
      <w:pPr>
        <w:jc w:val="right"/>
      </w:pPr>
      <w:r>
        <w:t>آپ کے لیے</w:t>
      </w:r>
    </w:p>
    <w:p>
      <w:r>
        <w:rPr>
          <w:b/>
        </w:rPr>
        <w:t xml:space="preserve">[10:46] </w:t>
      </w:r>
      <w:r>
        <w:t>bahut hī baṛī ni'mat hogī ki ham Allāh kī</w:t>
      </w:r>
    </w:p>
    <w:p>
      <w:pPr>
        <w:jc w:val="right"/>
      </w:pPr>
      <w:r>
        <w:t>بہت ہی بڑی نعمت ہوگی کہ ہم اللہ کی</w:t>
      </w:r>
    </w:p>
    <w:p>
      <w:r>
        <w:rPr>
          <w:b/>
        </w:rPr>
        <w:t xml:space="preserve">[11:05] </w:t>
      </w:r>
      <w:r>
        <w:t>taraf</w:t>
      </w:r>
    </w:p>
    <w:p>
      <w:pPr>
        <w:jc w:val="right"/>
      </w:pPr>
      <w:r>
        <w:t>طرف</w:t>
      </w:r>
    </w:p>
    <w:p>
      <w:r>
        <w:rPr>
          <w:b/>
        </w:rPr>
        <w:t xml:space="preserve">[11:13] </w:t>
      </w:r>
      <w:r>
        <w:t>tavajjuh ko na haṭāeñ.</w:t>
      </w:r>
    </w:p>
    <w:p>
      <w:pPr>
        <w:jc w:val="right"/>
      </w:pPr>
      <w:r>
        <w:t>توجہ کو نہ ہٹائیں۔</w:t>
      </w:r>
    </w:p>
    <w:p>
      <w:r>
        <w:rPr>
          <w:b/>
        </w:rPr>
        <w:t xml:space="preserve">[11:24] </w:t>
      </w:r>
      <w:r>
        <w:t>to</w:t>
      </w:r>
    </w:p>
    <w:p>
      <w:pPr>
        <w:jc w:val="right"/>
      </w:pPr>
      <w:r>
        <w:t>تو</w:t>
      </w:r>
    </w:p>
    <w:p>
      <w:r>
        <w:rPr>
          <w:b/>
        </w:rPr>
        <w:t xml:space="preserve">[11:29] </w:t>
      </w:r>
      <w:r>
        <w:t>jaisā ki maiñ ne 'arz kiyā ki āj kā ṭāpik hai Allāh kī madad, risālat ilāhī.</w:t>
      </w:r>
    </w:p>
    <w:p>
      <w:pPr>
        <w:jc w:val="right"/>
      </w:pPr>
      <w:r>
        <w:t>جیسا کہ میں نے عرض کیا کہ آج کا ٹاپک ہے اللہ کی مدد، رسالت الہی۔</w:t>
      </w:r>
    </w:p>
    <w:p>
      <w:r>
        <w:rPr>
          <w:b/>
        </w:rPr>
        <w:t xml:space="preserve">[11:44] </w:t>
      </w:r>
      <w:r>
        <w:t>masjidoñ ke is se achchhā ṭāpik koī nahīñ ho saktā.</w:t>
      </w:r>
    </w:p>
    <w:p>
      <w:pPr>
        <w:jc w:val="right"/>
      </w:pPr>
      <w:r>
        <w:t>مسجدوں کے اس سے اچھا ٹاپک کوئی نہیں ہو سکتا۔</w:t>
      </w:r>
    </w:p>
    <w:p>
      <w:r>
        <w:rPr>
          <w:b/>
        </w:rPr>
        <w:t xml:space="preserve">[11:51] </w:t>
      </w:r>
      <w:r>
        <w:t>to ham āp ko yah hamāre nae tāzah rakhnā hai ki ham</w:t>
      </w:r>
    </w:p>
    <w:p>
      <w:pPr>
        <w:jc w:val="right"/>
      </w:pPr>
      <w:r>
        <w:t>تو ہم آپ کو یہ ہمارے نئے تازہ رکھنا ہے کہ ہم</w:t>
      </w:r>
    </w:p>
    <w:p>
      <w:r>
        <w:rPr>
          <w:b/>
        </w:rPr>
        <w:t xml:space="preserve">[12:02] </w:t>
      </w:r>
      <w:r>
        <w:t>allah ki madad ke fazl mein chal rahe hain, aur hamare paas koi sahara hai nahin. jazakum allah.</w:t>
      </w:r>
    </w:p>
    <w:p>
      <w:pPr>
        <w:jc w:val="right"/>
      </w:pPr>
      <w:r>
        <w:t>اللہ کی مدد کے فضل میں چل رہے ہیں، اور ہمارے پاس کوئی سہارا ہے نہیں۔ جزاکم اللہ۔</w:t>
      </w:r>
    </w:p>
    <w:p>
      <w:r>
        <w:rPr>
          <w:b/>
        </w:rPr>
        <w:t xml:space="preserve">[12:15] </w:t>
      </w:r>
      <w:r>
        <w:t>to</w:t>
      </w:r>
    </w:p>
    <w:p>
      <w:pPr>
        <w:jc w:val="right"/>
      </w:pPr>
      <w:r>
        <w:t>تو</w:t>
      </w:r>
    </w:p>
    <w:p>
      <w:r>
        <w:rPr>
          <w:b/>
        </w:rPr>
        <w:t xml:space="preserve">[12:21] </w:t>
      </w:r>
      <w:r>
        <w:t>main samajhta hoon ke ab isi phir topic ko le kar, yani risalat elahi ke topic ko le kar,</w:t>
      </w:r>
    </w:p>
    <w:p>
      <w:pPr>
        <w:jc w:val="right"/>
      </w:pPr>
      <w:r>
        <w:t>میں سمجھتا ہوں کہ اب اسی پھر ٹاپک کو لے کر، یعنی رسالت الہی کے ٹاپک کو لے کر،</w:t>
      </w:r>
    </w:p>
    <w:p>
      <w:r>
        <w:rPr>
          <w:b/>
        </w:rPr>
        <w:t xml:space="preserve">[12:37] </w:t>
      </w:r>
      <w:r>
        <w:t>apne ehsasat ko</w:t>
      </w:r>
    </w:p>
    <w:p>
      <w:pPr>
        <w:jc w:val="right"/>
      </w:pPr>
      <w:r>
        <w:t>اپنے احساسات کو</w:t>
      </w:r>
    </w:p>
    <w:p>
      <w:r>
        <w:rPr>
          <w:b/>
        </w:rPr>
        <w:t xml:space="preserve">[12:48] </w:t>
      </w:r>
      <w:r>
        <w:t>zikar karen. main aap ke liye,</w:t>
      </w:r>
    </w:p>
    <w:p>
      <w:pPr>
        <w:jc w:val="right"/>
      </w:pPr>
      <w:r>
        <w:t>ذکر کریں۔ میں آپ کے لیے،</w:t>
      </w:r>
    </w:p>
    <w:p>
      <w:r>
        <w:rPr>
          <w:b/>
        </w:rPr>
        <w:t xml:space="preserve">[13:01] </w:t>
      </w:r>
      <w:r>
        <w:t>aap ke liye mislan dua ka izafa karta hoon.</w:t>
      </w:r>
    </w:p>
    <w:p>
      <w:pPr>
        <w:jc w:val="right"/>
      </w:pPr>
      <w:r>
        <w:t>آپ کے لیے مثلاً دعا کا اضافہ کرتا ہوں۔</w:t>
      </w:r>
    </w:p>
    <w:p>
      <w:r>
        <w:rPr>
          <w:b/>
        </w:rPr>
        <w:t xml:space="preserve">[13:17] </w:t>
      </w:r>
      <w:r>
        <w:t>allah taala hamrah, hamari aur aap ko barkat farmaye.</w:t>
      </w:r>
    </w:p>
    <w:p>
      <w:pPr>
        <w:jc w:val="right"/>
      </w:pPr>
      <w:r>
        <w:t>اللہ تعالیٰ ہمراہ، ہماری اور آپ کو برکت فرمائے۔</w:t>
      </w:r>
    </w:p>
    <w:p>
      <w:r>
        <w:rPr>
          <w:b/>
        </w:rPr>
        <w:t xml:space="preserve">[13:29] </w:t>
      </w:r>
      <w:r>
        <w:t>aur</w:t>
      </w:r>
    </w:p>
    <w:p>
      <w:pPr>
        <w:jc w:val="right"/>
      </w:pPr>
      <w:r>
        <w:t>اور</w:t>
      </w:r>
    </w:p>
    <w:p>
      <w:r>
        <w:rPr>
          <w:b/>
        </w:rPr>
        <w:t xml:space="preserve">[13:36] </w:t>
      </w:r>
      <w:r>
        <w:t>main reet ko kehta hoon ke woh apna kuch.</w:t>
      </w:r>
    </w:p>
    <w:p>
      <w:pPr>
        <w:jc w:val="right"/>
      </w:pPr>
      <w:r>
        <w:t>میں ریت کو کہتا ہوں کہ وہ اپنا کچھ۔</w:t>
      </w:r>
    </w:p>
    <w:p>
      <w:r>
        <w:rPr>
          <w:b/>
        </w:rPr>
        <w:t xml:space="preserve">[13:54] </w:t>
      </w:r>
      <w:r>
        <w:t>to mr. rajat ko main</w:t>
      </w:r>
    </w:p>
    <w:p>
      <w:pPr>
        <w:jc w:val="right"/>
      </w:pPr>
      <w:r>
        <w:t>تو مسٹر رجت کو میں</w:t>
      </w:r>
    </w:p>
    <w:p>
      <w:r>
        <w:rPr>
          <w:b/>
        </w:rPr>
        <w:t xml:space="preserve">[14:00] </w:t>
      </w:r>
      <w:r>
        <w:t>invite karta hoon ke woh</w:t>
      </w:r>
    </w:p>
    <w:p>
      <w:pPr>
        <w:jc w:val="right"/>
      </w:pPr>
      <w:r>
        <w:t>انوائٹ کرتا ہوں کہ وہ</w:t>
      </w:r>
    </w:p>
    <w:p>
      <w:r>
        <w:rPr>
          <w:b/>
        </w:rPr>
        <w:t xml:space="preserve">[14:08] </w:t>
      </w:r>
      <w:r>
        <w:t>is</w:t>
      </w:r>
    </w:p>
    <w:p>
      <w:pPr>
        <w:jc w:val="right"/>
      </w:pPr>
      <w:r>
        <w:t>اس</w:t>
      </w:r>
    </w:p>
    <w:p>
      <w:r>
        <w:rPr>
          <w:b/>
        </w:rPr>
        <w:t xml:space="preserve">[14:13] </w:t>
      </w:r>
      <w:r>
        <w:t>is mauzu par kuch tazkirat bayan karen.</w:t>
      </w:r>
    </w:p>
    <w:p>
      <w:pPr>
        <w:jc w:val="right"/>
      </w:pPr>
      <w:r>
        <w:t>اس موضوع پر کچھ تذکرات بیان کریں۔</w:t>
      </w:r>
    </w:p>
    <w:p>
      <w:r>
        <w:rPr>
          <w:b/>
        </w:rPr>
        <w:t xml:space="preserve">[14:23] </w:t>
      </w:r>
      <w:r>
        <w:t>jazakum allah. assalam o alaikum wa rehmatullah.</w:t>
      </w:r>
    </w:p>
    <w:p>
      <w:pPr>
        <w:jc w:val="right"/>
      </w:pPr>
      <w:r>
        <w:t>جزاکم اللہ۔ السلام علیکم ورحمۃ اللہ۔</w:t>
      </w:r>
    </w:p>
    <w:p>
      <w:r>
        <w:rPr>
          <w:b/>
        </w:rPr>
        <w:t xml:space="preserve">[14:42] </w:t>
      </w:r>
      <w:r>
        <w:t>maulana, aap ne jo quran ki ayat ko le kar bataya ke fa zkuruni azkurkum ke tum mujhe yaad karo, main tum ko yaad rakhunga.</w:t>
      </w:r>
    </w:p>
    <w:p>
      <w:pPr>
        <w:jc w:val="right"/>
      </w:pPr>
      <w:r>
        <w:t>مولانا، آپ نے جو قرآن کی آیت کو لے کر بتایا کہ فَذْكُرُونِي أَذْكُرْكُمْ کہ تم مجھے یاد کرو، میں تم کو یاد رکھوں گا۔</w:t>
      </w:r>
    </w:p>
    <w:p>
      <w:r>
        <w:rPr>
          <w:b/>
        </w:rPr>
        <w:t xml:space="preserve">[14:53] </w:t>
      </w:r>
      <w:r>
        <w:t>phir is par mujhe ek mashhoor hadith yaad aayi, woh main parhta hoon. yeh sahih bukhari, sahih muslim sab mein hai. is ke alfaaz yeh hain: yaqoolu allah taala, yaqoolu allah taala: ana inda zanni abdi bi wa ana ma'ahu idha zakarani wa in</w:t>
      </w:r>
    </w:p>
    <w:p>
      <w:pPr>
        <w:jc w:val="right"/>
      </w:pPr>
      <w:r>
        <w:t>پھر اس پر مجھے ایک مشہور حدیث یاد آئی، وہ میں پڑھتا ہوں۔ یہ صحیح بخاری، صحیح مسلم سب میں ہے۔ اس کے الفاظ یہ ہیں: يقول الله تعالیٰ، يقول الله تعالیٰ: أنا عند ظن عبدي بي وأنا معه إذا ذكرني وان</w:t>
      </w:r>
    </w:p>
    <w:p>
      <w:r>
        <w:rPr>
          <w:b/>
        </w:rPr>
        <w:t xml:space="preserve">[15:14] </w:t>
      </w:r>
      <w:r>
        <w:t>zikartuhu fi nafsi wa in zikarni fi mala zikartuhu fi mala khairun minhu wa in taqarraba ilayya bishibrin taqarrabtu ilayhi</w:t>
      </w:r>
    </w:p>
    <w:p>
      <w:pPr>
        <w:jc w:val="right"/>
      </w:pPr>
      <w:r>
        <w:t>ذكرته فی نفسی وان ذكرني فی ملأ ذكرته فی ملأ خیر منہ وان تقرب إلی بشبر تقربت إلیہ</w:t>
      </w:r>
    </w:p>
    <w:p>
      <w:r>
        <w:rPr>
          <w:b/>
        </w:rPr>
        <w:t xml:space="preserve">[15:24] </w:t>
      </w:r>
      <w:r>
        <w:t>thira an wa in taqarraba ilayya thira an taqarrabtu ilayhi ba an</w:t>
      </w:r>
    </w:p>
    <w:p>
      <w:pPr>
        <w:jc w:val="right"/>
      </w:pPr>
      <w:r>
        <w:t>ذراعا وان تقرب إلی ذراعا تقربت إلیہ باعا</w:t>
      </w:r>
    </w:p>
    <w:p>
      <w:r>
        <w:rPr>
          <w:b/>
        </w:rPr>
        <w:t xml:space="preserve">[15:31] </w:t>
      </w:r>
      <w:r>
        <w:t>wa in atani yamshi ataituhu hir walan</w:t>
      </w:r>
    </w:p>
    <w:p>
      <w:pPr>
        <w:jc w:val="right"/>
      </w:pPr>
      <w:r>
        <w:t>وان اتانییمشی اتیتہ ہر ولۃ</w:t>
      </w:r>
    </w:p>
    <w:p>
      <w:r>
        <w:rPr>
          <w:b/>
        </w:rPr>
        <w:t xml:space="preserve">[15:35] </w:t>
      </w:r>
      <w:r>
        <w:t>yeh hadith qudsi hai ke Allah taala ne kehta hai ke mein apne bande ke guman ke mutabiq</w:t>
      </w:r>
    </w:p>
    <w:p>
      <w:pPr>
        <w:jc w:val="right"/>
      </w:pPr>
      <w:r>
        <w:t>یہ حدیث قدسی ہے کہ اللہ تعالیٰ نے کہتا ہے کہ میں اپنے بندے کے گمان کے مطابق</w:t>
      </w:r>
    </w:p>
    <w:p>
      <w:r>
        <w:rPr>
          <w:b/>
        </w:rPr>
        <w:t xml:space="preserve">[15:41] </w:t>
      </w:r>
      <w:r>
        <w:t>hoon aur mein is ke sath hoon jab woh mujh ko yaad kare.</w:t>
      </w:r>
    </w:p>
    <w:p>
      <w:pPr>
        <w:jc w:val="right"/>
      </w:pPr>
      <w:r>
        <w:t>ہوں اور میں اس کے ساتھ ہوں جب وہ مجھ کو یاد کرے۔</w:t>
      </w:r>
    </w:p>
    <w:p>
      <w:r>
        <w:rPr>
          <w:b/>
        </w:rPr>
        <w:t xml:space="preserve">[15:46] </w:t>
      </w:r>
      <w:r>
        <w:t>agar woh mujh ko yaad kare apne dil mein to main us ko apne dil mein yaad karta hoon. agar woh mujhe yaad kare ijtima mein to main us ko us se behtar, us ke behtar, us se behtar ke ijtima mein yaad karta hoon.</w:t>
      </w:r>
    </w:p>
    <w:p>
      <w:pPr>
        <w:jc w:val="right"/>
      </w:pPr>
      <w:r>
        <w:t>اگر وہ مجھ کو یاد کرے اپنے دل میں تو میں اس کو اپنے دل میں یاد کرتا ہوں۔ اگر وہ مجھے یاد کرے اجتماع میں تو میں اس کو اس سے بہتر، اس کے بہتر، اس سے بہتر کے اجتماع میں یاد کرتا ہوں۔</w:t>
      </w:r>
    </w:p>
    <w:p>
      <w:r>
        <w:rPr>
          <w:b/>
        </w:rPr>
        <w:t xml:space="preserve">[16:00] </w:t>
      </w:r>
      <w:r>
        <w:t>agar woh meri taraf ek baalisht aaye to main us ki taraf ek haath jata hoon. aur agar woh ek haath meri taraf aaye to main us ki taraf ek gaz jata hoon.</w:t>
      </w:r>
    </w:p>
    <w:p>
      <w:pPr>
        <w:jc w:val="right"/>
      </w:pPr>
      <w:r>
        <w:t>اگر وہ میری طرف ایک بالشت آئے تو میں اس کی طرف ایک ہاتھ جاتا ہوں۔ اور اگر وہ ایک ہاتھ میری طرف آئے تو میں اس کی طرف ایک گز جاتا ہوں۔</w:t>
      </w:r>
    </w:p>
    <w:p>
      <w:r>
        <w:rPr>
          <w:b/>
        </w:rPr>
        <w:t xml:space="preserve">[16:10] </w:t>
      </w:r>
      <w:r>
        <w:t>agar woh meri taraf chal kar aata hai to main us ki taraf daud kar jata hoon. to is hadith ko parhte hue aur is ko karte hue mujhe ek sawal aaya tha jo main aap se karna chahta hoon ke allah taala ne aisi kyun shart rakh di ke tum meri taraf aaoge to main tumhari taraf jaunga?</w:t>
      </w:r>
    </w:p>
    <w:p>
      <w:pPr>
        <w:jc w:val="right"/>
      </w:pPr>
      <w:r>
        <w:t>اگر وہ میری طرف چل کر آتا ہے تو میں اس کی طرف دوڑ کر جاتا ہوں۔ تو اس حدیث کو پڑھتے ہوئے اور اس کو کرتے ہوئے مجھے ایک سوال آیا تھا جو میں آپ سے کرنا چاہتا ہوں کہ اللہ تعالیٰ نے ایسی کیوں شرط رکھ دی کہ تم میری طرف آؤ گے تو میں تمہاری طرف جاؤں گا؟</w:t>
      </w:r>
    </w:p>
    <w:p>
      <w:r>
        <w:rPr>
          <w:b/>
        </w:rPr>
        <w:t xml:space="preserve">[16:27] </w:t>
      </w:r>
      <w:r>
        <w:t>direct kyun nahin kaha ke main tumhari taraf aaunga?</w:t>
      </w:r>
    </w:p>
    <w:p>
      <w:pPr>
        <w:jc w:val="right"/>
      </w:pPr>
      <w:r>
        <w:t>ڈائریکٹ کیوں نہیں کہا کہ میں تمہاری طرف آؤں گا؟</w:t>
      </w:r>
    </w:p>
    <w:p>
      <w:r>
        <w:rPr>
          <w:b/>
        </w:rPr>
        <w:t xml:space="preserve">[16:34] </w:t>
      </w:r>
      <w:r>
        <w:t>is par ghor karne se maloom hota hai ke</w:t>
      </w:r>
    </w:p>
    <w:p>
      <w:pPr>
        <w:jc w:val="right"/>
      </w:pPr>
      <w:r>
        <w:t>اس پر غور کرنے سے معلوم ہوتا ہے کہ</w:t>
      </w:r>
    </w:p>
    <w:p>
      <w:r>
        <w:rPr>
          <w:b/>
        </w:rPr>
        <w:t xml:space="preserve">[16:42] </w:t>
      </w:r>
      <w:r>
        <w:t>allah ke mamle mein bahs insaan ki taraf se hoti hai.</w:t>
      </w:r>
    </w:p>
    <w:p>
      <w:pPr>
        <w:jc w:val="right"/>
      </w:pPr>
      <w:r>
        <w:t>اللہ کے معاملے میں بحث انسان کی طرف سے ہوتی ہے۔</w:t>
      </w:r>
    </w:p>
    <w:p>
      <w:r>
        <w:rPr>
          <w:b/>
        </w:rPr>
        <w:t xml:space="preserve">[16:51] </w:t>
      </w:r>
      <w:r>
        <w:t>aur yeh agar insaan bahs kare to us ke baad allah ki madad yaqini ban jati hai.</w:t>
      </w:r>
    </w:p>
    <w:p>
      <w:pPr>
        <w:jc w:val="right"/>
      </w:pPr>
      <w:r>
        <w:t>اور یہ اگر انسان بحث کرے تو اس کے بعد اللہ کی مدد یقینی بن جاتی ہے۔</w:t>
      </w:r>
    </w:p>
    <w:p>
      <w:r>
        <w:rPr>
          <w:b/>
        </w:rPr>
        <w:t xml:space="preserve">[17:03] </w:t>
      </w:r>
      <w:r>
        <w:t>to isi yaqin ke sath hum apne kaam ko allah ke paas chala rahe hain. inshallah hum hamein allah ki madad hamesha hasil rahe gi.</w:t>
      </w:r>
    </w:p>
    <w:p>
      <w:pPr>
        <w:jc w:val="right"/>
      </w:pPr>
      <w:r>
        <w:t>تو اسی یقین کے ساتھ ہم اپنے کام کو اللہ کے پاس چلا رہے ہیں۔ انشاءاللہ ہم ہمیں اللہ کی مدد ہمیشہ حاصل رہے گی۔</w:t>
      </w:r>
    </w:p>
    <w:p>
      <w:r>
        <w:rPr>
          <w:b/>
        </w:rPr>
        <w:t xml:space="preserve">[17:19] </w:t>
      </w:r>
      <w:r>
        <w:t>kal daktar sharma, daktar sharma jo aap ke physiotherapy hain, unhon ne ek baat batai thi jo main yahan par add karna chahunga. unhon ne yeh kaha tha ke Maulana sahib, aap ne hamesha Allah ko yaad kiya hai.</w:t>
      </w:r>
    </w:p>
    <w:p>
      <w:pPr>
        <w:jc w:val="right"/>
      </w:pPr>
      <w:r>
        <w:t>کل ڈاکٹر شرما، ڈاکٹر شرما جو آپ کے فزیوتھراپسٹ ہیں، انہوں نے ایک بات بتائی تھی جو میں یہاں پر ایڈ کرنا چاہوں گا۔ انہوں نے یہ کہا تھا کہ مولانا صاحب، آپ نے ہمیشہ اللہ کو یاد کیا ہے۔</w:t>
      </w:r>
    </w:p>
    <w:p>
      <w:r>
        <w:rPr>
          <w:b/>
        </w:rPr>
        <w:t xml:space="preserve">[17:35] </w:t>
      </w:r>
      <w:r>
        <w:t>to aisa nahi ho sakta ke jab aap ko zarurat ho to Allah aap ko tanha chor dein. to is par aap kuch kehna chahenge?</w:t>
      </w:r>
    </w:p>
    <w:p>
      <w:pPr>
        <w:jc w:val="right"/>
      </w:pPr>
      <w:r>
        <w:t>تو ایسا نہیں ہو سکتا کہ جب آپ کو ضرورت ہو تو اللہ آپ کو تنہا چھوڑ دیں۔ تو اس پر آپ کچھ کہنا چاہیں گے؟</w:t>
      </w:r>
    </w:p>
    <w:p>
      <w:r>
        <w:rPr>
          <w:b/>
        </w:rPr>
        <w:t xml:space="preserve">[17:45] </w:t>
      </w:r>
      <w:r>
        <w:t>yeh to bara asar hai, bohat bara, is bohat baray bharose ki baat hai.</w:t>
      </w:r>
    </w:p>
    <w:p>
      <w:pPr>
        <w:jc w:val="right"/>
      </w:pPr>
      <w:r>
        <w:t>یہ تو بڑا اثر ہے، بہت بڑا، اس بہت بڑے بھروسے کی بات ہے۔</w:t>
      </w:r>
    </w:p>
    <w:p>
      <w:r>
        <w:rPr>
          <w:b/>
        </w:rPr>
        <w:t xml:space="preserve">[17:58] </w:t>
      </w:r>
      <w:r>
        <w:t>yani Allah ki yaqeeni madad ki is mein basharat hai, inshallah.</w:t>
      </w:r>
    </w:p>
    <w:p>
      <w:pPr>
        <w:jc w:val="right"/>
      </w:pPr>
      <w:r>
        <w:t>یعنی اللہ کی یقینی مدد کی اس میں بشارت ہے، انشاءاللہ۔</w:t>
      </w:r>
    </w:p>
    <w:p>
      <w:r>
        <w:rPr>
          <w:b/>
        </w:rPr>
        <w:t xml:space="preserve">[18:09] </w:t>
      </w:r>
      <w:r>
        <w:t>mujhe Musa alaihiالسلام ka waqia yaad aya jab woh Bani Israel ko le kar Misr se nikle thay aur samne samandar aa gaya tha aur peechay se Firon ka lashkar aa raha tha.</w:t>
      </w:r>
    </w:p>
    <w:p>
      <w:pPr>
        <w:jc w:val="right"/>
      </w:pPr>
      <w:r>
        <w:t>مجھے موسیٰ علیہ السلام کا واقعہ یاد آیا جب وہ بنی اسرائیل کو لے کر مصر سے نکلے تھے اور سامنے سمندر آ گیا تھا اور پیچھے سے فرعون کا لشکر آ رہا تھا۔</w:t>
      </w:r>
    </w:p>
    <w:p>
      <w:r>
        <w:rPr>
          <w:b/>
        </w:rPr>
        <w:t xml:space="preserve">[18:22] </w:t>
      </w:r>
      <w:r>
        <w:t>us waqt un ke sathiyon ne kaha tha: "ab kya hoga?" to us waqt Musa alaihiالسلام ne jo kaha tha, mujhe lagta hai ke woh bilkul divine inspiration us waqt aya tha.</w:t>
      </w:r>
    </w:p>
    <w:p>
      <w:pPr>
        <w:jc w:val="right"/>
      </w:pPr>
      <w:r>
        <w:t>اس وقت ان کے ساتھیوں نے کہا تھا: "اب کیا ہوگا؟" تو اس وقت موسیٰ علیہ السلام نے جو کہا تھا، مجھے لگتا ہے کہ وہ بالکل ڈیوائن انسپیریشن اس وقت آیا تھا۔</w:t>
      </w:r>
    </w:p>
    <w:p>
      <w:r>
        <w:rPr>
          <w:b/>
        </w:rPr>
        <w:t xml:space="preserve">[18:30] </w:t>
      </w:r>
      <w:r>
        <w:t>unhon ne kaha tha: "kalla inna ma'i Rabbi sa yahdin" har giz nahi, Allah mere sath hai, anqareeb woh mujhe hidayat de ga.</w:t>
      </w:r>
    </w:p>
    <w:p>
      <w:pPr>
        <w:jc w:val="right"/>
      </w:pPr>
      <w:r>
        <w:t>انہوں نے کہا تھا: "كلا إن معي ربي سيهدين" ہرگز نہیں، اللہ میرے ساتھ ہے، عنقریب وہ مجھے ہدایت دے گا۔</w:t>
      </w:r>
    </w:p>
    <w:p>
      <w:r>
        <w:rPr>
          <w:b/>
        </w:rPr>
        <w:t xml:space="preserve">[18:41] </w:t>
      </w:r>
      <w:r>
        <w:t>to main samajhta hoon fa-zkuruni azkurkum ki ek misal hai yeh.</w:t>
      </w:r>
    </w:p>
    <w:p>
      <w:pPr>
        <w:jc w:val="right"/>
      </w:pPr>
      <w:r>
        <w:t>تو میں سمجھتا ہوں فَذْكُرُونِي أَذْكُرْكُمْ کی ایک مثال ہے یہ۔</w:t>
      </w:r>
    </w:p>
    <w:p>
      <w:r>
        <w:rPr>
          <w:b/>
        </w:rPr>
        <w:t xml:space="preserve">[18:49] </w:t>
      </w:r>
      <w:r>
        <w:t>yeh bohat achi,</w:t>
      </w:r>
    </w:p>
    <w:p>
      <w:pPr>
        <w:jc w:val="right"/>
      </w:pPr>
      <w:r>
        <w:t>یہ بہت اچھی،</w:t>
      </w:r>
    </w:p>
    <w:p>
      <w:r>
        <w:rPr>
          <w:b/>
        </w:rPr>
        <w:t xml:space="preserve">[18:53] </w:t>
      </w:r>
      <w:r>
        <w:t>bohat acha izafa hai, inshallah, aur hamare Allah par bharosa barhata hai.</w:t>
      </w:r>
    </w:p>
    <w:p>
      <w:pPr>
        <w:jc w:val="right"/>
      </w:pPr>
      <w:r>
        <w:t>بہت اچھا اضافہ ہے، انشاءاللہ، اور ہمارے اللہ پر بھروسہ بڑھاتا ہے۔</w:t>
      </w:r>
    </w:p>
    <w:p>
      <w:r>
        <w:rPr>
          <w:b/>
        </w:rPr>
        <w:t xml:space="preserve">[19:04] </w:t>
      </w:r>
      <w:r>
        <w:t>Maulana, kuch comments aaye hain, kuch sawal aaye hain, aur pehle comments parhna chahenge. hmm, ek sahib ne Punjab se comment bheja hai, unhon ne naam nahi likha hai theek se.</w:t>
      </w:r>
    </w:p>
    <w:p>
      <w:pPr>
        <w:jc w:val="right"/>
      </w:pPr>
      <w:r>
        <w:t>مولانا، کچھ کمنٹس آئے ہیں، کچھ سوال آئے ہیں، اور پہلے کمنٹس پڑھنا چاہیں گے۔ ہمم، ایک صاحب نے پنجاب سے کمنٹ بھیجا ہے، انہوں نے نام نہیں لکھا ہے ٹھیک سے۔</w:t>
      </w:r>
    </w:p>
    <w:p>
      <w:r>
        <w:rPr>
          <w:b/>
        </w:rPr>
        <w:t xml:space="preserve">[19:19] </w:t>
      </w:r>
      <w:r>
        <w:t>unhon ne yeh likha hai ke: "Maulana, agar aap na hotay to main sote hue hi mar jata." love you from Punjab.</w:t>
      </w:r>
    </w:p>
    <w:p>
      <w:pPr>
        <w:jc w:val="right"/>
      </w:pPr>
      <w:r>
        <w:t>انہوں نے یہ لکھا ہے کہ: "مولانا، اگر آپ نہ ہوتے تو میں سوتے ہوئے ہی مر جاتا۔" لو یو فرام پنجاب۔</w:t>
      </w:r>
    </w:p>
    <w:p>
      <w:r>
        <w:rPr>
          <w:b/>
        </w:rPr>
        <w:t xml:space="preserve">[19:32] </w:t>
      </w:r>
      <w:r>
        <w:t>Zubair Ahmed sahib hain, unhon ne location hi likhi hai. unhon ne likha hai: "May Allah grant you health and capacity to teach us more.</w:t>
      </w:r>
    </w:p>
    <w:p>
      <w:pPr>
        <w:jc w:val="right"/>
      </w:pPr>
      <w:r>
        <w:t>زبیر احمد صاحب ہیں، انہوں نے لوکیشن ہی لکھی ہے۔ انہوں نے لکھا ہے: "می اللہ گرانٹ یو ہیلتھ اینڈ کپیسٹی ٹو ٹیچ اس مور۔</w:t>
      </w:r>
    </w:p>
    <w:p>
      <w:r>
        <w:rPr>
          <w:b/>
        </w:rPr>
        <w:t xml:space="preserve">[19:45] </w:t>
      </w:r>
      <w:r>
        <w:t>You are the only sane voice in wilderness." Miss Dania Mustafa ne likha hai Pakistan se: "Great lecture Maulana sahib.</w:t>
      </w:r>
    </w:p>
    <w:p>
      <w:pPr>
        <w:jc w:val="right"/>
      </w:pPr>
      <w:r>
        <w:t>یو آر دا اونلی سین وائس ان ویلڈرنس۔" مس دانیا مصطفیٰ نے لکھا ہے پاکستان سے: "گریٹ لیکچر مولانا صاحب۔</w:t>
      </w:r>
    </w:p>
    <w:p>
      <w:r>
        <w:rPr>
          <w:b/>
        </w:rPr>
        <w:t xml:space="preserve">[19:57] </w:t>
      </w:r>
      <w:r>
        <w:t>The way Allah remembers us might be huge on a universal level."</w:t>
      </w:r>
    </w:p>
    <w:p>
      <w:pPr>
        <w:jc w:val="right"/>
      </w:pPr>
      <w:r>
        <w:t>دا وے اللہ ریممبرز اس مائٹ بی ہیوج ان ا یونیورسل لیول۔"</w:t>
      </w:r>
    </w:p>
    <w:p>
      <w:r>
        <w:rPr>
          <w:b/>
        </w:rPr>
        <w:t xml:space="preserve">[20:06] </w:t>
      </w:r>
      <w:r>
        <w:t>Maulana Lucknow se Afzal Ahmed sahib ne sawal kiya hai, unhon ne likha hai ke: "Maulana, aap ki himmat ko dekh kar hamari himmat bhi barh jati hai.</w:t>
      </w:r>
    </w:p>
    <w:p>
      <w:pPr>
        <w:jc w:val="right"/>
      </w:pPr>
      <w:r>
        <w:t>مولانا لکھنؤ سے افضل احمد صاحب نے سوال کیا ہے، انہوں نے لکھا ہے کہ: "مولانا، آپ کی ہمت کو دیکھ کر ہماری ہمت بھی بڑھ جاتی ہے۔</w:t>
      </w:r>
    </w:p>
    <w:p>
      <w:r>
        <w:rPr>
          <w:b/>
        </w:rPr>
        <w:t xml:space="preserve">[20:18] </w:t>
      </w:r>
      <w:r>
        <w:t>mera sawal hai ke hum apne andar aap jaisi himmat kaise paida karein?"</w:t>
      </w:r>
    </w:p>
    <w:p>
      <w:pPr>
        <w:jc w:val="right"/>
      </w:pPr>
      <w:r>
        <w:t>میرا سوال ہے کہ ہم اپنے اندر آپ جیسی ہمت کیسے پیدا کریں؟"</w:t>
      </w:r>
    </w:p>
    <w:p>
      <w:r>
        <w:rPr>
          <w:b/>
        </w:rPr>
        <w:t xml:space="preserve">[20:25] </w:t>
      </w:r>
      <w:r>
        <w:t>is mein kaise ka sawal nahi hai, Allah se mangne ka sawal hai.</w:t>
      </w:r>
    </w:p>
    <w:p>
      <w:pPr>
        <w:jc w:val="right"/>
      </w:pPr>
      <w:r>
        <w:t>اس میں کیسے کا سوال نہیں ہے، اللہ سے مانگنے کا سوال ہے۔</w:t>
      </w:r>
    </w:p>
    <w:p>
      <w:r>
        <w:rPr>
          <w:b/>
        </w:rPr>
        <w:t xml:space="preserve">[20:33] </w:t>
      </w:r>
      <w:r>
        <w:t>Hazrat Masih ne kaha tha ke: "mango to pao ge." to Allah ke muamle mein aadmi ko sirf mangne wala banna hai, magar dene ke liye to Allah razi hai,</w:t>
      </w:r>
    </w:p>
    <w:p>
      <w:pPr>
        <w:jc w:val="right"/>
      </w:pPr>
      <w:r>
        <w:t>حضرت مسیح نے کہا تھا کہ: "مانگو تو پاؤ گے۔" تو اللہ کے معاملے میں آدمی کو صرف مانگنے والا بننا ہے، مگر دینے کے لیے تو اللہ راضی ہے،</w:t>
      </w:r>
    </w:p>
    <w:p>
      <w:r>
        <w:rPr>
          <w:b/>
        </w:rPr>
        <w:t xml:space="preserve">[20:47] </w:t>
      </w:r>
      <w:r>
        <w:t>aur tayyar pehle se hai.</w:t>
      </w:r>
    </w:p>
    <w:p>
      <w:pPr>
        <w:jc w:val="right"/>
      </w:pPr>
      <w:r>
        <w:t>اور تیار پہلے سے ہے۔</w:t>
      </w:r>
    </w:p>
    <w:p>
      <w:r>
        <w:rPr>
          <w:b/>
        </w:rPr>
        <w:t xml:space="preserve">[20:53] </w:t>
      </w:r>
      <w:r>
        <w:t>Maulana, Miss Tamkeen Qureshi ne sawal bheja hai Delhi se, unhon ne likha hai ke: "Jews have been oppressed throughout history.</w:t>
      </w:r>
    </w:p>
    <w:p>
      <w:pPr>
        <w:jc w:val="right"/>
      </w:pPr>
      <w:r>
        <w:t>مولانا، مس تمکین قریشی نے سوال بھیجا ہے دلی سے، انہوں نے لکھا ہے کہ: "جیوز ہیو بین اپریسڈ تھرو آؤٹ ہسٹری۔</w:t>
      </w:r>
    </w:p>
    <w:p>
      <w:r>
        <w:rPr>
          <w:b/>
        </w:rPr>
        <w:t xml:space="preserve">[21:07] </w:t>
      </w:r>
      <w:r>
        <w:t>Why has it been so?" is ka, is ke baray mein agar aap kuch bata sakein to main samjha nahi.</w:t>
      </w:r>
    </w:p>
    <w:p>
      <w:pPr>
        <w:jc w:val="right"/>
      </w:pPr>
      <w:r>
        <w:t>وائی ہیز اٹ بین سو؟" اس کا، اس کے بارے میں اگر آپ کچھ بتا سکیں تو میں سمجھا نہیں۔</w:t>
      </w:r>
    </w:p>
    <w:p>
      <w:r>
        <w:rPr>
          <w:b/>
        </w:rPr>
        <w:t xml:space="preserve">[21:15] </w:t>
      </w:r>
      <w:r>
        <w:t>ke agar history mein dekha jaye to Yahudiyon ko bohat zyada, woh bohat zyada oppression mein rahe hain.</w:t>
      </w:r>
    </w:p>
    <w:p>
      <w:pPr>
        <w:jc w:val="right"/>
      </w:pPr>
      <w:r>
        <w:t>کہ اگر ہسٹری میں دیکھا جائے تو یہودیوں کو بہت زیادہ، وہ بہت زیادہ ان آپریشن میں رہے ہیں۔</w:t>
      </w:r>
    </w:p>
    <w:p>
      <w:r>
        <w:rPr>
          <w:b/>
        </w:rPr>
        <w:t xml:space="preserve">[21:25] </w:t>
      </w:r>
      <w:r>
        <w:t>to aisa kyun hai?</w:t>
      </w:r>
    </w:p>
    <w:p>
      <w:pPr>
        <w:jc w:val="right"/>
      </w:pPr>
      <w:r>
        <w:t>تو ایسا کیوں ہے؟</w:t>
      </w:r>
    </w:p>
    <w:p>
      <w:r>
        <w:rPr>
          <w:b/>
        </w:rPr>
        <w:t xml:space="preserve">[21:30] </w:t>
      </w:r>
      <w:r>
        <w:t>woh main samajhta hoon ke yeh Allah ki rehmat hoti hai</w:t>
      </w:r>
    </w:p>
    <w:p>
      <w:pPr>
        <w:jc w:val="right"/>
      </w:pPr>
      <w:r>
        <w:t>وہ میں سمجھتا ہوں کہ یہ اللہ کی رحمت ہوتی ہے</w:t>
      </w:r>
    </w:p>
    <w:p>
      <w:r>
        <w:rPr>
          <w:b/>
        </w:rPr>
        <w:t xml:space="preserve">[21:42] </w:t>
      </w:r>
      <w:r>
        <w:t>jo aapas mein tha, woh rehmat ke liye tha. Allah ka matlab tha ke woh mutawajjah hon,</w:t>
      </w:r>
    </w:p>
    <w:p>
      <w:pPr>
        <w:jc w:val="right"/>
      </w:pPr>
      <w:r>
        <w:t>جو آپس میں تھا، وہ رحمت کے لیے تھا۔ اللہ کا مطلب تھا کہ وہ متوجہ ہوں،</w:t>
      </w:r>
    </w:p>
    <w:p>
      <w:r>
        <w:rPr>
          <w:b/>
        </w:rPr>
        <w:t xml:space="preserve">[21:54] </w:t>
      </w:r>
      <w:r>
        <w:t>aur woh mutawajjah bhi hue. Aisa nahi ke woh</w:t>
      </w:r>
    </w:p>
    <w:p>
      <w:pPr>
        <w:jc w:val="right"/>
      </w:pPr>
      <w:r>
        <w:t>اور وہ متوجہ بھی ہوئے۔ ایسا نہیں کہ وہ</w:t>
      </w:r>
    </w:p>
    <w:p>
      <w:r>
        <w:rPr>
          <w:b/>
        </w:rPr>
        <w:t xml:space="preserve">[22:01] </w:t>
      </w:r>
      <w:r>
        <w:t>nahi hue.</w:t>
      </w:r>
    </w:p>
    <w:p>
      <w:pPr>
        <w:jc w:val="right"/>
      </w:pPr>
      <w:r>
        <w:t>نہیں ہوئے۔</w:t>
      </w:r>
    </w:p>
    <w:p>
      <w:r>
        <w:rPr>
          <w:b/>
        </w:rPr>
        <w:t xml:space="preserve">[22:05] </w:t>
      </w:r>
      <w:r>
        <w:t>hamare sath bhi jo kuch pesh aaya, asar aaya, woh isi qism ka hai.</w:t>
      </w:r>
    </w:p>
    <w:p>
      <w:pPr>
        <w:jc w:val="right"/>
      </w:pPr>
      <w:r>
        <w:t>ہمارے ساتھ بھی جو کچھ پیش آیا، اثر آیا، وہ اسی قسم کا ہے۔</w:t>
      </w:r>
    </w:p>
    <w:p>
      <w:r>
        <w:rPr>
          <w:b/>
        </w:rPr>
        <w:t xml:space="preserve">[22:25] </w:t>
      </w:r>
      <w:r>
        <w:t>doctor naghma siddiqui ne comment aur question bheja hai, unhon ne likha hai:</w:t>
      </w:r>
    </w:p>
    <w:p>
      <w:pPr>
        <w:jc w:val="right"/>
      </w:pPr>
      <w:r>
        <w:t>ڈاکٹر نغمہ صدیقی نے کمنٹ اور کوئسچن بھیجا ہے، انہوں نے لکھا ہے:</w:t>
      </w:r>
    </w:p>
    <w:p>
      <w:r>
        <w:rPr>
          <w:b/>
        </w:rPr>
        <w:t xml:space="preserve">[22:34] </w:t>
      </w:r>
      <w:r>
        <w:t>"it is my discovery that it is only conviction in and guidance of god that help comes.</w:t>
      </w:r>
    </w:p>
    <w:p>
      <w:pPr>
        <w:jc w:val="right"/>
      </w:pPr>
      <w:r>
        <w:t>"اٹ از مائی ڈسکوری دیٹ اٹ از اونلی کنوکشن ان اینڈ گائیڈنس اف گاڈ دیٹ ہیلپ کمز۔</w:t>
      </w:r>
    </w:p>
    <w:p>
      <w:r>
        <w:rPr>
          <w:b/>
        </w:rPr>
        <w:t xml:space="preserve">[22:45] </w:t>
      </w:r>
      <w:r>
        <w:t>without god's help nothing can be achieved." phir un ka sawal hai, Maulana, doctor naghma ka sawal hai ke: "what what characteristics do we need to have to seek god's help</w:t>
      </w:r>
    </w:p>
    <w:p>
      <w:pPr>
        <w:jc w:val="right"/>
      </w:pPr>
      <w:r>
        <w:t>ودا آؤٹ گاڈز ہیلپ نتھنگ کین بی اچیوڈ۔" پھر ان کا سوال ہے، مولانا، ڈاکٹر نغمہ کا سوال ہے کہ: "واٹ واٹ کریکٹرسٹکس ڈو وی نیڈ ٹو ہیو ٹو سیک گاڈز ہیلپ</w:t>
      </w:r>
    </w:p>
    <w:p>
      <w:r>
        <w:rPr>
          <w:b/>
        </w:rPr>
        <w:t xml:space="preserve">[23:01] </w:t>
      </w:r>
      <w:r>
        <w:t>?"</w:t>
      </w:r>
    </w:p>
    <w:p>
      <w:pPr>
        <w:jc w:val="right"/>
      </w:pPr>
      <w:r>
        <w:t>؟"</w:t>
      </w:r>
    </w:p>
    <w:p>
      <w:r>
        <w:rPr>
          <w:b/>
        </w:rPr>
        <w:t xml:space="preserve">[23:04] </w:t>
      </w:r>
      <w:r>
        <w:t>bas mein to samajhta hoon ke dua</w:t>
      </w:r>
    </w:p>
    <w:p>
      <w:pPr>
        <w:jc w:val="right"/>
      </w:pPr>
      <w:r>
        <w:t>بس میں تو سمجھتا ہوں کہ دعا</w:t>
      </w:r>
    </w:p>
    <w:p>
      <w:r>
        <w:rPr>
          <w:b/>
        </w:rPr>
        <w:t xml:space="preserve">[23:09] </w:t>
      </w:r>
      <w:r>
        <w:t>yani talib madad ho raha hai. Badi baat hai yeh.</w:t>
      </w:r>
    </w:p>
    <w:p>
      <w:pPr>
        <w:jc w:val="right"/>
      </w:pPr>
      <w:r>
        <w:t>یعنی طالب مدد ہو رہا ہے۔ بڑی بات ہے یہ۔</w:t>
      </w:r>
    </w:p>
    <w:p>
      <w:r>
        <w:rPr>
          <w:b/>
        </w:rPr>
        <w:t xml:space="preserve">[23:21] </w:t>
      </w:r>
      <w:r>
        <w:t>Maulana, aap session khatam karenge?</w:t>
      </w:r>
    </w:p>
    <w:p>
      <w:pPr>
        <w:jc w:val="right"/>
      </w:pPr>
      <w:r>
        <w:t>مولانا، آپ سیشن ختم کریں گے؟</w:t>
      </w:r>
    </w:p>
    <w:p>
      <w:r>
        <w:rPr>
          <w:b/>
        </w:rPr>
        <w:t xml:space="preserve">[23:24] </w:t>
      </w:r>
      <w:r>
        <w:t>inshallah.</w:t>
      </w:r>
    </w:p>
    <w:p>
      <w:pPr>
        <w:jc w:val="right"/>
      </w:pPr>
      <w:r>
        <w:t>انشاءاللہ۔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