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7 Al-A‘raf (The Heights) verses 100-206</w:t>
      </w:r>
    </w:p>
    <w:p>
      <w:r>
        <w:t>https://www.youtube.com/watch?v=T70GZJIsFwg</w:t>
      </w:r>
    </w:p>
    <w:p>
      <w:r>
        <w:rPr>
          <w:b/>
        </w:rPr>
        <w:t xml:space="preserve">[01:08] </w:t>
      </w:r>
      <w:r>
        <w:t>kya sabaq nahi mila un ko, jo zameen ke waris hue hain, is ke agle bashindon ke baad ke agar hum chahein to un ko pakad lein, un ke gunahon par?</w:t>
      </w:r>
    </w:p>
    <w:p>
      <w:pPr>
        <w:jc w:val="right"/>
      </w:pPr>
      <w:r>
        <w:t>کیا سبق نہیں ملا ان کو، جو زمین کے وارث ہوئے ہیں، اس کے اگلے باشندوں کے بعد کہ اگر ہم چاہیں تو ان کو پکڑ لیں، ان کے گناہوں پر؟</w:t>
      </w:r>
    </w:p>
    <w:p>
      <w:r>
        <w:rPr>
          <w:b/>
        </w:rPr>
        <w:t xml:space="preserve">[01:20] </w:t>
      </w:r>
      <w:r>
        <w:t>aur hum ne un ke dilo par mohar kar di hai, pas woh nahi samajhte. Yeh woh bastiyan hain jin ke kuch halaat hum tum ko suna rahe hain.</w:t>
      </w:r>
    </w:p>
    <w:p>
      <w:pPr>
        <w:jc w:val="right"/>
      </w:pPr>
      <w:r>
        <w:t>اور ہم نے ان کے دلوں پر مہر کر دی ہے، پس وہ نہیں سمجھتے۔ یہ وہ بستیاں ہیں جن کے کچھ حالات ہم تم کو سنا رہے ہیں۔</w:t>
      </w:r>
    </w:p>
    <w:p>
      <w:r>
        <w:rPr>
          <w:b/>
        </w:rPr>
        <w:t xml:space="preserve">[01:30] </w:t>
      </w:r>
      <w:r>
        <w:t>un ke paas hamare rasool nishaniyan le kar aaye</w:t>
      </w:r>
    </w:p>
    <w:p>
      <w:pPr>
        <w:jc w:val="right"/>
      </w:pPr>
      <w:r>
        <w:t>ان کے پاس ہمارے رسول نشانیاں لے کر آئے</w:t>
      </w:r>
    </w:p>
    <w:p>
      <w:r>
        <w:rPr>
          <w:b/>
        </w:rPr>
        <w:t xml:space="preserve">[01:35] </w:t>
      </w:r>
      <w:r>
        <w:t>to hargiz na hua ke woh iman layein is baat par jis ko woh pehle jhutla chuke thay. Is tarah Allah munakireen ke dilo par mohar kar deta hai, aur hum ne un ke aksar logo mein ahad ka nibaah na paya, aur hum ne un mein se aksar ko nafarman paya.</w:t>
      </w:r>
    </w:p>
    <w:p>
      <w:pPr>
        <w:jc w:val="right"/>
      </w:pPr>
      <w:r>
        <w:t>تو ہرگز نہ ہوا کہ وہ ایمان لائیں اس بات پر جس کو وہ پہلے جھٹلا چکے تھے۔ اس طرح اللہ منکرین کے دلوں پر مہر کر دیتا ہے، اور ہم نے ان کے اکثر لوگوں میں عہد کا نباہ نہ پایا، اور ہم نے ان میں سے اکثر کو نافرمان پایا۔</w:t>
      </w:r>
    </w:p>
    <w:p>
      <w:r>
        <w:rPr>
          <w:b/>
        </w:rPr>
        <w:t xml:space="preserve">[01:59] </w:t>
      </w:r>
      <w:r>
        <w:t>tashreeh: zameen par bar bar yeh waqea hota hai ke ek qaum ko yahan izzat aur khushhali naseeb hoti hai, is ke baad is par zawal aata hai, woh maidan se hata di jati hai,</w:t>
      </w:r>
    </w:p>
    <w:p>
      <w:pPr>
        <w:jc w:val="right"/>
      </w:pPr>
      <w:r>
        <w:t>تشریح: زمین پر بار بار یہ واقعہ ہوتا ہے کہ ایک قوم کو یہاں عزت اور خوشحالی نصیب ہوتی ہے، اس کے بعد اس پر زوال آتا ہے، وہ میدان سے ہٹا دی جاتی ہے،</w:t>
      </w:r>
    </w:p>
    <w:p>
      <w:r>
        <w:rPr>
          <w:b/>
        </w:rPr>
        <w:t xml:space="preserve">[02:15] </w:t>
      </w:r>
      <w:r>
        <w:t>aur is ki jagah doosri qaum izzat aur khushhali ke tamam maqamat par qabiz ho jati hai. Yeh waqea Khuda ki ek nishani hai,</w:t>
      </w:r>
    </w:p>
    <w:p>
      <w:pPr>
        <w:jc w:val="right"/>
      </w:pPr>
      <w:r>
        <w:t>اور اس کی جگہ دوسری قوم عزت اور خوشحالی کے تمام مقامات پر قابض ہو جاتی ہے۔ یہ واقعہ خدا کی ایک نشانی ہے،</w:t>
      </w:r>
    </w:p>
    <w:p>
      <w:r>
        <w:rPr>
          <w:b/>
        </w:rPr>
        <w:t xml:space="preserve">[02:28] </w:t>
      </w:r>
      <w:r>
        <w:t>woh aadmi ko Khuda ki yaad dilane wala hai. Woh batata hai ke milne ya na milne ke siray kisi baltar hasti ke hath mein hain, woh jis ko chahe de aur jis se chahe chheen le.</w:t>
      </w:r>
    </w:p>
    <w:p>
      <w:pPr>
        <w:jc w:val="right"/>
      </w:pPr>
      <w:r>
        <w:t>وہ آدمی کو خدا کی یاد دلانے والا ہے۔ وہ بتاتا ہے کہ ملنے یا نہ ملنے کے سرے کسی بالاتر ہستی کے ہاتھ میں ہیں، وہ جس کو چاہے دے اور جس سے چاہے چھین لے۔</w:t>
      </w:r>
    </w:p>
    <w:p>
      <w:r>
        <w:rPr>
          <w:b/>
        </w:rPr>
        <w:t xml:space="preserve">[02:45] </w:t>
      </w:r>
      <w:r>
        <w:t>Khuda ne insan ko dekhne aur samajhne ki jo taqat di hai, us ko kaam mein la kar woh ba-asani is haqeeqat ko samajh sakta hai.</w:t>
      </w:r>
    </w:p>
    <w:p>
      <w:pPr>
        <w:jc w:val="right"/>
      </w:pPr>
      <w:r>
        <w:t>خدا نے انسان کو دیکھنے اور سمجھنے کی جو طاقت دی ہے، اس کو کام میں لا کر وہ باآسانی اس حقیقت کو سمجھ سکتا ہے۔</w:t>
      </w:r>
    </w:p>
    <w:p>
      <w:r>
        <w:rPr>
          <w:b/>
        </w:rPr>
        <w:t xml:space="preserve">[02:56] </w:t>
      </w:r>
      <w:r>
        <w:t>woh jaan sakta hai ke asal sar chashma agar kisi aur ke hath mein na hota to jo giroh ek baar ghalib aa jata, woh kabhi doosre ko oopar aane na deta.</w:t>
      </w:r>
    </w:p>
    <w:p>
      <w:pPr>
        <w:jc w:val="right"/>
      </w:pPr>
      <w:r>
        <w:t>وہ جان سکتا ہے کہ اصل سرچشمہ اگر کسی اور کے ہاتھ میں نہ ہوتا تو جو گروہ ایک بار غالب آ جاتا، وہ کبھی دوسرے کو اوپر آنے نہ دیتا۔</w:t>
      </w:r>
    </w:p>
    <w:p>
      <w:r>
        <w:rPr>
          <w:b/>
        </w:rPr>
        <w:t xml:space="preserve">[03:12] </w:t>
      </w:r>
      <w:r>
        <w:t>aadmi agar is qism ka sabaq le to qoumo ke urooj o zawal mein us ko rabbani ghiza milegi,</w:t>
      </w:r>
    </w:p>
    <w:p>
      <w:pPr>
        <w:jc w:val="right"/>
      </w:pPr>
      <w:r>
        <w:t>آدمی اگر اس قسم کا سبق لے تو قوموں کے عروج و زوال میں اس کو ربانی غذا ملے گی،</w:t>
      </w:r>
    </w:p>
    <w:p>
      <w:r>
        <w:rPr>
          <w:b/>
        </w:rPr>
        <w:t xml:space="preserve">[03:20] </w:t>
      </w:r>
      <w:r>
        <w:t>magar jab bhi ek qaum peechay hati hai aur is ki jagah doosri qaum oopar aati hai to is ke afraad is galat fehmi mein par jatay hain ke peechli qaum ke sath jo kuch hua woh sirf peechli qaum ke liye tha, hamare sath aisa hone wala nahi.</w:t>
      </w:r>
    </w:p>
    <w:p>
      <w:pPr>
        <w:jc w:val="right"/>
      </w:pPr>
      <w:r>
        <w:t>مگر جب بھی ایک قوم پیچھے ہٹتی ہے اور اس کی جگہ دوسری قوم اوپر آتی ہے تو اس کے افراد اس غلط فہمی میں پڑ جاتے ہیں کہ پچھلی قوم کے ساتھ جو کچھ ہوا وہ صرف پچھلی قوم کے لیے تھا، ہمارے ساتھ ایسا ہونے والا نہیں۔</w:t>
      </w:r>
    </w:p>
    <w:p>
      <w:r>
        <w:rPr>
          <w:b/>
        </w:rPr>
        <w:t xml:space="preserve">[03:44] </w:t>
      </w:r>
      <w:r>
        <w:t>Khuda ne aankh aur kaan aur aqal ki salahiyat insan ko is liye di hai ke woh is se sabaq le, woh in ke zariye Khuda ke isharat ko samjhe.</w:t>
      </w:r>
    </w:p>
    <w:p>
      <w:pPr>
        <w:jc w:val="right"/>
      </w:pPr>
      <w:r>
        <w:t>خدا نے آنکھ اور کان اور عقل کی صلاحیت انسان کو اس لیے دی ہے کہ وہ اس سے سبق لے، وہ ان کے ذریعے خدا کے اشارات کو سمجھے۔</w:t>
      </w:r>
    </w:p>
    <w:p>
      <w:r>
        <w:rPr>
          <w:b/>
        </w:rPr>
        <w:t xml:space="preserve">[03:56] </w:t>
      </w:r>
      <w:r>
        <w:t>magar jab aadmi apni in salahiyaton se woh kaam nahi leta jo us ko lena chahiye to is ke baad lazmi tor par aisa hota hai ke Khuda ke qanoon ke tehat is ke dil ki hassasiyat murda hone lagti hai,</w:t>
      </w:r>
    </w:p>
    <w:p>
      <w:pPr>
        <w:jc w:val="right"/>
      </w:pPr>
      <w:r>
        <w:t>مگر جب آدمی اپنی ان صلاحیتوں سے وہ کام نہیں لیتا جو اس کو لینا چاہیے تو اس کے بعد لازمی طور پر ایسا ہوتا ہے کہ خدا کے قانون کے تحت اس کے دل کی حساسیت مردہ ہونے لگتی ہے،</w:t>
      </w:r>
    </w:p>
    <w:p>
      <w:r>
        <w:rPr>
          <w:b/>
        </w:rPr>
        <w:t xml:space="preserve">[04:14] </w:t>
      </w:r>
      <w:r>
        <w:t>yahan tak ke in mamlaat mein is ke jazbaat kund ho kar reh jaate hain. is ke dil o dimaagh par be-hesi ki mohar lag jaati hai.</w:t>
      </w:r>
    </w:p>
    <w:p>
      <w:pPr>
        <w:jc w:val="right"/>
      </w:pPr>
      <w:r>
        <w:t>یہاں تک کہ ان معاملات میں اس کے جذبات کند ہو کر رہ جاتے ہیں۔ اس کے دل و دماغ پر بے حسی کی مہر لگ جاتی ہے۔</w:t>
      </w:r>
    </w:p>
    <w:p>
      <w:r>
        <w:rPr>
          <w:b/>
        </w:rPr>
        <w:t xml:space="preserve">[04:25] </w:t>
      </w:r>
      <w:r>
        <w:t>ab is ka haal yeh ho jaata hai ke woh dekhne ke bawajood na dekhe, sunne ke aur sunne ke bawajood na sune.</w:t>
      </w:r>
    </w:p>
    <w:p>
      <w:pPr>
        <w:jc w:val="right"/>
      </w:pPr>
      <w:r>
        <w:t>اب اس کا حال یہ ہو جاتا ہے کہ وہ دیکھنے کے باوجود نہ دیکھے، سننے کے اور سننے کے باوجود نہ سنے۔</w:t>
      </w:r>
    </w:p>
    <w:p>
      <w:r>
        <w:rPr>
          <w:b/>
        </w:rPr>
        <w:t xml:space="preserve">[04:35] </w:t>
      </w:r>
      <w:r>
        <w:t>woh aql rakhte hue bhi baaton ko na samjhe. woh insaan hote hue bhi be-insaan ban jaye.</w:t>
      </w:r>
    </w:p>
    <w:p>
      <w:pPr>
        <w:jc w:val="right"/>
      </w:pPr>
      <w:r>
        <w:t>وہ عقل رکھتے ہوئے بھی باتوں کو نہ سمجھے۔ وہ انسان ہوتے ہوئے بھی بے انسان بن جائے۔</w:t>
      </w:r>
    </w:p>
    <w:p>
      <w:r>
        <w:rPr>
          <w:b/>
        </w:rPr>
        <w:t xml:space="preserve">[04:45] </w:t>
      </w:r>
      <w:r>
        <w:t>insaniyat ka aaghaz Hazrat Adam ke momineen se hua. is ke baad jab bigaad hua to yaad dehani ke liye Khuda ke Paighambar aaye.</w:t>
      </w:r>
    </w:p>
    <w:p>
      <w:pPr>
        <w:jc w:val="right"/>
      </w:pPr>
      <w:r>
        <w:t>انسانیت کا آغاز حضرت آدم کے مومنین سے ہوا۔ اس کے بعد جب بگاڑ ہوا تو یاد دہانی کے لیے خدا کے پیغمبر آئے۔</w:t>
      </w:r>
    </w:p>
    <w:p>
      <w:r>
        <w:rPr>
          <w:b/>
        </w:rPr>
        <w:t xml:space="preserve">[04:56] </w:t>
      </w:r>
      <w:r>
        <w:t>ab yeh hua ke Paighambar ke zariye islaah qubool karne wale afraad ko bacha kar in logon ko halaak kar diya gaya jinhon ne islaah qubool karne se inkaar kiya tha.</w:t>
      </w:r>
    </w:p>
    <w:p>
      <w:pPr>
        <w:jc w:val="right"/>
      </w:pPr>
      <w:r>
        <w:t>اب یہ ہوا کہ پیغمبر کے ذریعے اصلاح قبول کرنے والے افراد کو بچا کر ان لوگوں کو ہلاک کر دیا گیا جنہوں نے اصلاح قبول کرنے سے انکار کیا تھا۔</w:t>
      </w:r>
    </w:p>
    <w:p>
      <w:r>
        <w:rPr>
          <w:b/>
        </w:rPr>
        <w:t xml:space="preserve">[05:09] </w:t>
      </w:r>
      <w:r>
        <w:t>magar baad ki naslein dobara apne Paighambar ke haath par kiye hue ahad-e-Islam ko bhula baithin, aur dobara wahi anjaam pesh aaya jo pehli baar momineen-e-Adam ke saath pesh aaya tha.</w:t>
      </w:r>
    </w:p>
    <w:p>
      <w:pPr>
        <w:jc w:val="right"/>
      </w:pPr>
      <w:r>
        <w:t>مگر بعد کی نسلیں دوبارہ اپنے پیغمبر کے ہاتھ پر کیے ہوئے عہد اسلام کو بھلا بیٹھیں، اور دوبارہ وہی انجام پیش آیا جو پہلی بار مومنین آدم کے ساتھ پیش آیا تھا۔</w:t>
      </w:r>
    </w:p>
    <w:p>
      <w:r>
        <w:rPr>
          <w:b/>
        </w:rPr>
        <w:t xml:space="preserve">[05:28] </w:t>
      </w:r>
      <w:r>
        <w:t>yeh soorat baar baar aati rahi, hatta ke nasal-e-insani ki aksariyat ke liye tareekh naafarmaani aur atash-kani ki tareekh ban gayi.</w:t>
      </w:r>
    </w:p>
    <w:p>
      <w:pPr>
        <w:jc w:val="right"/>
      </w:pPr>
      <w:r>
        <w:t>یہ صورت بار بار آتی رہی، حتیٰ کہ نسل انسانی کی اکثریت کے لیے تاریخ نافرمانی اور اتشکنی کی تاریخ بن گئی۔</w:t>
      </w:r>
    </w:p>
    <w:p>
      <w:r>
        <w:rPr>
          <w:b/>
        </w:rPr>
        <w:t xml:space="preserve">[05:46] </w:t>
      </w:r>
      <w:r>
        <w:t>ثم بعثنا من بعدهم موسى بآياتنا إلى فرعون وملئه فضلموا بها فانظر كيف كان عاقبة المفسدين</w:t>
      </w:r>
    </w:p>
    <w:p>
      <w:pPr>
        <w:jc w:val="right"/>
      </w:pPr>
      <w:r>
        <w:t>ثم بعثنا من بعدهم موسى بآياتنا إلى فرعون وملئه فضلموا بها فانظر كيف كان عاقبة المفسدين</w:t>
      </w:r>
    </w:p>
    <w:p>
      <w:r>
        <w:rPr>
          <w:b/>
        </w:rPr>
        <w:t xml:space="preserve">[06:05] </w:t>
      </w:r>
      <w:r>
        <w:t>wa qala moosa ya fir awn inni rasoolun min rab bil aalameen</w:t>
      </w:r>
    </w:p>
    <w:p>
      <w:pPr>
        <w:jc w:val="right"/>
      </w:pPr>
      <w:r>
        <w:t>وقال موسى يا فرعون إني رسول من رب العالمين</w:t>
      </w:r>
    </w:p>
    <w:p>
      <w:r>
        <w:rPr>
          <w:b/>
        </w:rPr>
        <w:t xml:space="preserve">[06:15] </w:t>
      </w:r>
      <w:r>
        <w:t>haqiqatun ala an la aqoola alal laahi illa alhaqq</w:t>
      </w:r>
    </w:p>
    <w:p>
      <w:pPr>
        <w:jc w:val="right"/>
      </w:pPr>
      <w:r>
        <w:t>حقيق على أن لا أقول على الله إلا الحق</w:t>
      </w:r>
    </w:p>
    <w:p>
      <w:r>
        <w:rPr>
          <w:b/>
        </w:rPr>
        <w:t xml:space="preserve">[06:24] </w:t>
      </w:r>
      <w:r>
        <w:t>qad jitu kum bi bayyinatin</w:t>
      </w:r>
    </w:p>
    <w:p>
      <w:pPr>
        <w:jc w:val="right"/>
      </w:pPr>
      <w:r>
        <w:t>قد جئتكم ببينة</w:t>
      </w:r>
    </w:p>
    <w:p>
      <w:r>
        <w:rPr>
          <w:b/>
        </w:rPr>
        <w:t xml:space="preserve">[06:28] </w:t>
      </w:r>
      <w:r>
        <w:t>min rabbi kum fa arsil ma iya bani</w:t>
      </w:r>
    </w:p>
    <w:p>
      <w:pPr>
        <w:jc w:val="right"/>
      </w:pPr>
      <w:r>
        <w:t>من ربكم فأرسل معي بني</w:t>
      </w:r>
    </w:p>
    <w:p>
      <w:r>
        <w:rPr>
          <w:b/>
        </w:rPr>
        <w:t xml:space="preserve">[06:34] </w:t>
      </w:r>
      <w:r>
        <w:t>isra eela qala in kun ta jita bi ayatin</w:t>
      </w:r>
    </w:p>
    <w:p>
      <w:pPr>
        <w:jc w:val="right"/>
      </w:pPr>
      <w:r>
        <w:t>إسرائيل قال إن كنت جئت بآية</w:t>
      </w:r>
    </w:p>
    <w:p>
      <w:r>
        <w:rPr>
          <w:b/>
        </w:rPr>
        <w:t xml:space="preserve">[06:43] </w:t>
      </w:r>
      <w:r>
        <w:t>fa ti biha in kun ta min as sadiqeen</w:t>
      </w:r>
    </w:p>
    <w:p>
      <w:pPr>
        <w:jc w:val="right"/>
      </w:pPr>
      <w:r>
        <w:t>فأت بها إن كنت من الصادقين</w:t>
      </w:r>
    </w:p>
    <w:p>
      <w:r>
        <w:rPr>
          <w:b/>
        </w:rPr>
        <w:t xml:space="preserve">[06:54] </w:t>
      </w:r>
      <w:r>
        <w:t>fa alqa asaho faiza hi thughban</w:t>
      </w:r>
    </w:p>
    <w:p>
      <w:pPr>
        <w:jc w:val="right"/>
      </w:pPr>
      <w:r>
        <w:t>فألقى عصاه فإذا هي ثعبان</w:t>
      </w:r>
    </w:p>
    <w:p>
      <w:r>
        <w:rPr>
          <w:b/>
        </w:rPr>
        <w:t xml:space="preserve">[06:58] </w:t>
      </w:r>
      <w:r>
        <w:t>mubayyin wa naza yadoh faiza hi bayda</w:t>
      </w:r>
    </w:p>
    <w:p>
      <w:pPr>
        <w:jc w:val="right"/>
      </w:pPr>
      <w:r>
        <w:t>مبين ونزع يده فإذا هي بيضاء</w:t>
      </w:r>
    </w:p>
    <w:p>
      <w:r>
        <w:rPr>
          <w:b/>
        </w:rPr>
        <w:t xml:space="preserve">[07:06] </w:t>
      </w:r>
      <w:r>
        <w:t>lil nazireen qala al mala min qawm firawn inna hatha lasahir aleem</w:t>
      </w:r>
    </w:p>
    <w:p>
      <w:pPr>
        <w:jc w:val="right"/>
      </w:pPr>
      <w:r>
        <w:t>للناظرين قال الملأ من قوم فرعون إن هذا لساحر عليم</w:t>
      </w:r>
    </w:p>
    <w:p>
      <w:r>
        <w:rPr>
          <w:b/>
        </w:rPr>
        <w:t xml:space="preserve">[07:20] </w:t>
      </w:r>
      <w:r>
        <w:t>yureed an yukhrijakum</w:t>
      </w:r>
    </w:p>
    <w:p>
      <w:pPr>
        <w:jc w:val="right"/>
      </w:pPr>
      <w:r>
        <w:t>يريد أن يخرجكم</w:t>
      </w:r>
    </w:p>
    <w:p>
      <w:r>
        <w:rPr>
          <w:b/>
        </w:rPr>
        <w:t xml:space="preserve">[07:23] </w:t>
      </w:r>
      <w:r>
        <w:t>min ardikum famatha ta'muroon</w:t>
      </w:r>
    </w:p>
    <w:p>
      <w:pPr>
        <w:jc w:val="right"/>
      </w:pPr>
      <w:r>
        <w:t>من أرضكم فماذا تأمرون</w:t>
      </w:r>
    </w:p>
    <w:p>
      <w:r>
        <w:rPr>
          <w:b/>
        </w:rPr>
        <w:t xml:space="preserve">[07:28] </w:t>
      </w:r>
      <w:r>
        <w:t>qalo arjih wa akhah wa arsil fil madain</w:t>
      </w:r>
    </w:p>
    <w:p>
      <w:pPr>
        <w:jc w:val="right"/>
      </w:pPr>
      <w:r>
        <w:t>قالوا أرجه وأخاه وأرسل في المدائن</w:t>
      </w:r>
    </w:p>
    <w:p>
      <w:r>
        <w:rPr>
          <w:b/>
        </w:rPr>
        <w:t xml:space="preserve">[07:36] </w:t>
      </w:r>
      <w:r>
        <w:t>hashireen</w:t>
      </w:r>
    </w:p>
    <w:p>
      <w:pPr>
        <w:jc w:val="right"/>
      </w:pPr>
      <w:r>
        <w:t>حاشرين</w:t>
      </w:r>
    </w:p>
    <w:p>
      <w:r>
        <w:rPr>
          <w:b/>
        </w:rPr>
        <w:t xml:space="preserve">[07:39] </w:t>
      </w:r>
      <w:r>
        <w:t>يأتوك بكل ساحر عليم</w:t>
      </w:r>
    </w:p>
    <w:p>
      <w:pPr>
        <w:jc w:val="right"/>
      </w:pPr>
      <w:r>
        <w:t>يأتوك بكل ساحر عليم</w:t>
      </w:r>
    </w:p>
    <w:p>
      <w:r>
        <w:rPr>
          <w:b/>
        </w:rPr>
        <w:t xml:space="preserve">[07:47] </w:t>
      </w:r>
      <w:r>
        <w:t>phir hum ne un ke baad Moosa ko apni nishaniyon ke saath bheja Firon aur us ki qaum ke sardaron ke paas</w:t>
      </w:r>
    </w:p>
    <w:p>
      <w:pPr>
        <w:jc w:val="right"/>
      </w:pPr>
      <w:r>
        <w:t>پھر ہم نے ان کے بعد موسی کو اپنی نشانیوں کے ساتھ بھیجا فرعون اور اس کی قوم کے سرداروں کے پاس</w:t>
      </w:r>
    </w:p>
    <w:p>
      <w:r>
        <w:rPr>
          <w:b/>
        </w:rPr>
        <w:t xml:space="preserve">[07:59] </w:t>
      </w:r>
      <w:r>
        <w:t>magar unhon ne hamari nishaniyon ke saath zulm kiya. pas dekho ke mufsidoon ka anjaam kya hua. aur Moosa ne kaha, 'Ae Firon, main parwardigar-e-alam ki taraf se bheja hua aaya hoon. Sazawar hoon ke Allah ke naam par koi baat haq ke siwa na kahoon. Main tumhare paas tumhare Rab ki taraf se khuli hui nishani le kar aaya hoon.</w:t>
      </w:r>
    </w:p>
    <w:p>
      <w:pPr>
        <w:jc w:val="right"/>
      </w:pPr>
      <w:r>
        <w:t>مگر انہوں نے ہماری نشانیوں کے ساتھ ظلم کیا پس دیکھو کہ مفسدوں کا انجام کیا ہوا اور موسی نے کہا اے فرعون میں پروردگار عالم کی طرف سے بھیجا ہوا آیا ہوں سزاوار ہوں کہ اللہ کے نام پر کوئی بات حق کے سوا نہ کہوں میں تمہارے پاس تمہارے رب کی طرف سے کھلی ہوئی نشانی لے کر آیا ہوں</w:t>
      </w:r>
    </w:p>
    <w:p>
      <w:r>
        <w:rPr>
          <w:b/>
        </w:rPr>
        <w:t xml:space="preserve">[08:29] </w:t>
      </w:r>
      <w:r>
        <w:t>pas to mere saath Bani Israel ko jaane de.' Firon ne kaha, 'Agar tum koi nishani le kar aaye ho to us ko pesh karo, agar tum sachche ho.' Tab Moosa ne apna asa daal diya to yakayak woh ek saaf ajdaha ban gaya aur us ne apna haath daala to achaanak woh dekhne walon ke saamne chamak raha tha.</w:t>
      </w:r>
    </w:p>
    <w:p>
      <w:pPr>
        <w:jc w:val="right"/>
      </w:pPr>
      <w:r>
        <w:t>پس تو میرے ساتھ بنی اسرائیل کو جانے دے فرعون نے کہا اگر تم کوئی نشانی لے کر آئے ہو تو اس کو پیش کرو اگر تم سچے ہو تب موسی نے اپنا عصا ڈال دیا تو یکائک وہ ایک صاف اجدہا بن گیا اور اس نے اپنا ہاتھ ڈالا تو اچانک وہ دیکھنے والوں کے سامنے چمک رہا تھا</w:t>
      </w:r>
    </w:p>
    <w:p>
      <w:r>
        <w:rPr>
          <w:b/>
        </w:rPr>
        <w:t xml:space="preserve">[08:58] </w:t>
      </w:r>
      <w:r>
        <w:t>Firon ki qaum ke sardaron ne kaha, 'Yeh shakhs bada maahir jadoogar hai, chahta hai ke tum ko tumhari zameen se nikaal de. Ab tumhari kya salah hai?' Unhon ne kaha, 'Moosa ko aur us ke bhai ko mohlat do aur shehron mein sarkarein bhejo ke woh tumhare paas saare maahir jadoogar le aayen.'</w:t>
      </w:r>
    </w:p>
    <w:p>
      <w:pPr>
        <w:jc w:val="right"/>
      </w:pPr>
      <w:r>
        <w:t>فرعون کی قوم کے سرداروں نے کہا یہ شخص بڑا ماہر جادوگر ہے چاہتا ہے کہ تم کو تمہاری زمین سے نکال دے اب تمہاری کیا صلاح ہے انہوں نے کہا موسی کو اور اس کے بھائی کو مہلت دو اور شہروں میں سرکارے بھیجو کہ وہ تمہارے پاس سارے ماہر جادوگر لے آئیں</w:t>
      </w:r>
    </w:p>
    <w:p>
      <w:r>
        <w:rPr>
          <w:b/>
        </w:rPr>
        <w:t xml:space="preserve">[09:27] </w:t>
      </w:r>
      <w:r>
        <w:t>tashreeh: Paighambar ka khitaab awalan un logon se hota hai jo waqt ke sardar hon, jin ko mahaul mein fikri quwwat haasil ho. Yeh log apni bartar zehni salahiyat ki wajah se sab se zyada is position mein hote hain ke sachchai ke paigham ko us ki gehraai ke saath samajh sakein.</w:t>
      </w:r>
    </w:p>
    <w:p>
      <w:pPr>
        <w:jc w:val="right"/>
      </w:pPr>
      <w:r>
        <w:t>تشریح پیغمبر کا خطاب اولا ان لوگوں سے ہوتا ہے جو وقت کے سردار ہوں جن کو ماحول میں فکری قیادت حاصل ہو یہ لوگ اپنی برتر ذہنی صلاحیت کی وجہ سے سب سے زیادہ اس پوزیشن میں ہوتے ہیں کہ سچائی کے پیغام کو اس کی گہرائی کے ساتھ سمجھ سکیں</w:t>
      </w:r>
    </w:p>
    <w:p>
      <w:r>
        <w:rPr>
          <w:b/>
        </w:rPr>
        <w:t xml:space="preserve">[09:57] </w:t>
      </w:r>
      <w:r>
        <w:t>magar tareekh batati hai ke in logon ne Paighambarana dawat ke saath hamesha zulm ka sulook kiya, yaani apni zehant ko is ke liye istemaal kiya ke haq ke paigham ko teedhe maani pehnayein. Mislan ek nishani jo yeh saabit kar rahi ho ke woh Allah ke zor par zahir hui hai,</w:t>
      </w:r>
    </w:p>
    <w:p>
      <w:pPr>
        <w:jc w:val="right"/>
      </w:pPr>
      <w:r>
        <w:t>مگر تاریخ بتاتی ہے کہ ان لوگوں نے پیغمبرانہ دعوت کے ساتھ ہمیشہ ظلم کا سلوک کیا یعنی اپنی ذہانت کو اس کے لیے استعمال کیا کہ حق کے پیغام کو ٹیڑھے معنی پہنائیں مثلا ایک نشانی جو یہ ثابت کر رہی ہو کہ وہ خدا کے زور پر ظاہر ہوئی ہے</w:t>
      </w:r>
    </w:p>
    <w:p>
      <w:r>
        <w:rPr>
          <w:b/>
        </w:rPr>
        <w:t xml:space="preserve">[10:25] </w:t>
      </w:r>
      <w:r>
        <w:t>us ke mutalliq yeh keh dena ke yeh jadoo ke zor par dikhai gayi hai, ya tahreek ko badnaam karne ke liye is ko siyasat-i-maani pehnana aur yeh kehna ke yeh log mahaz apne iqtidaar ke liye uthe hain. Awam chunke baaton ka tajziya nahi kar paate is liye is qism ki baatein un ko haq se mujtaba karne ka sabab ban jaati hain.</w:t>
      </w:r>
    </w:p>
    <w:p>
      <w:pPr>
        <w:jc w:val="right"/>
      </w:pPr>
      <w:r>
        <w:t>اس کے متعلق یہ کہہ دینا کہ یہ جادو کے زور پر دکھائی گئی ہے یا تحریک کو بدنام کرنے کے لیے اس کو سیاسی معنی پہنانا اور یہ کہنا کہ یہ لوگ محض اپنے اقتدار کے لیے اٹھے ہیں عوام چونکہ باتوں کا تجزیہ نہیں کر پاتے اس لیے اس قسم کی باتیں ان کو حق سے مجتبی کرنے کا سبب بن جاتی ہیں</w:t>
      </w:r>
    </w:p>
    <w:p>
      <w:r>
        <w:rPr>
          <w:b/>
        </w:rPr>
        <w:t xml:space="preserve">[10:53] </w:t>
      </w:r>
      <w:r>
        <w:t>magar daai-e-haq ke khilaaf aise shoshe nikaalna bohat bada jurm hai. Is tarah waqt ke bade apni quwwat ka tahaffuz to zaroor kar lete hain, magar yeh tahaffuz un ko sirf is qeemat par milta hai ke un ki aakhirat hamesha ke liye ghair mehfooz ho jaye.</w:t>
      </w:r>
    </w:p>
    <w:p>
      <w:pPr>
        <w:jc w:val="right"/>
      </w:pPr>
      <w:r>
        <w:t>مگر داعی حق کے خلاف ایسے شوشے نکالنا بہت بڑا جرم ہے اس طرح وقت کے بڑے اپنی قیادت کا تحفظ تو ضرور کر لیتے ہیں مگر یہ تحفظ ان کو صرف اس قیمت پر ملتا ہے کہ ان کی اخرت ہمیشہ کے لیے غیر محفوظ ہو جائے</w:t>
      </w:r>
    </w:p>
    <w:p>
      <w:r>
        <w:rPr>
          <w:b/>
        </w:rPr>
        <w:t xml:space="preserve">[11:19] </w:t>
      </w:r>
      <w:r>
        <w:t>khuda kamil haq hai is liye jo shakhs khuda ki taraf se uthe us ke liye jaiz nahi</w:t>
      </w:r>
    </w:p>
    <w:p>
      <w:pPr>
        <w:jc w:val="right"/>
      </w:pPr>
      <w:r>
        <w:t>خدا کامل حق ہے اس لیے جو شخص خدا کی طرف سے اٹھے اس کے لیے جائز نہیں</w:t>
      </w:r>
    </w:p>
    <w:p>
      <w:r>
        <w:rPr>
          <w:b/>
        </w:rPr>
        <w:t xml:space="preserve">[11:27] </w:t>
      </w:r>
      <w:r>
        <w:t>ke wo haq o insaf ke siwa koi doosra kalma apni zuban se nikale</w:t>
      </w:r>
    </w:p>
    <w:p>
      <w:pPr>
        <w:jc w:val="right"/>
      </w:pPr>
      <w:r>
        <w:t>کہ وہ حق و انصاف کے سوا کوئی دوسرا کلمہ اپنی زبان سے نکالے</w:t>
      </w:r>
    </w:p>
    <w:p>
      <w:r>
        <w:rPr>
          <w:b/>
        </w:rPr>
        <w:t xml:space="preserve">[11:34] </w:t>
      </w:r>
      <w:r>
        <w:t>agar wo haq ke siwa koi baat bole to wo khuda ki numaindagi ke istihqaaq ko kho de</w:t>
      </w:r>
    </w:p>
    <w:p>
      <w:pPr>
        <w:jc w:val="right"/>
      </w:pPr>
      <w:r>
        <w:t>اگر وہ حق کے سوا کوئی بات بولے تو وہ خدا کی نمائندگی کے استحقاق کو کھو دے</w:t>
      </w:r>
    </w:p>
    <w:p>
      <w:r>
        <w:rPr>
          <w:b/>
        </w:rPr>
        <w:t xml:space="preserve">[11:41] </w:t>
      </w:r>
      <w:r>
        <w:t>ga aur khuda ke haan inam ke bajaye saza ka mustahiq ho jaye ga</w:t>
      </w:r>
    </w:p>
    <w:p>
      <w:pPr>
        <w:jc w:val="right"/>
      </w:pPr>
      <w:r>
        <w:t>گا اور خدا کے ہاں انعام کے بجائے سزا کا مستحق ہو جائے گا</w:t>
      </w:r>
    </w:p>
    <w:p>
      <w:r>
        <w:rPr>
          <w:b/>
        </w:rPr>
        <w:t xml:space="preserve">[11:50] </w:t>
      </w:r>
      <w:r>
        <w:t>Hazrat Moosa bakht-e-Bani Israel ki taraf bhi mab'oos the aur Firon aur us ki Qibti qaum ki taraf bhi. Bani Israel mein agarche us waqt bohat si kamzoriyan aa chuki theen, taham bunyadi taur par unhon ne Hazrat Moosa ka saath diya. Is ke bar aks Firon aur us ki qaum ne chand afraad ko chhod kar aap ka inkaar kiya.</w:t>
      </w:r>
    </w:p>
    <w:p>
      <w:pPr>
        <w:jc w:val="right"/>
      </w:pPr>
      <w:r>
        <w:t>حضرت موسی بیک وقت بنی اسرائیل کی طرف بھی مبعوث تھے اور فرعون اور اس کی قبطی قوم کی طرف بھی بنی اسرائیل میں اگرچہ اس وقت بہت سی کمزوریاں آ چکی تھیں تاہم بنیادی طور پر انہوں نے حضرت موسی کا ساتھ دیا اس کے برعکس فرعون اور اس کی قوم نے چند افراد کو چھوڑ کر آپ کا انکار کیا</w:t>
      </w:r>
    </w:p>
    <w:p>
      <w:r>
        <w:rPr>
          <w:b/>
        </w:rPr>
        <w:t xml:space="preserve">[12:19] </w:t>
      </w:r>
      <w:r>
        <w:t>aakhir kar chaalees saala tableegh ke baad aap ne Bani Israel ke saath Misr se hijrat karne ka faisla kiya. Aap ne Firon se mutalba kiya ke Bani Israel ko mulk se bahar jaane de taake woh biyaabaan ki khuli fiza mein ja kar ek Khuda ki ibaadat kar sakein.</w:t>
      </w:r>
    </w:p>
    <w:p>
      <w:pPr>
        <w:jc w:val="right"/>
      </w:pPr>
      <w:r>
        <w:t>آخر کار چالیس سالہ تبلیغ کے بعد آپ نے بنی اسرائیل کے ساتھ مصر سے ہجرت کرنے کا فیصلہ کیا آپ نے فرعون سے مطالبہ کیا کہ بنی اسرائیل کو ملک سے باہر جانے دے تاکہ وہ بیابان کی کھلی فضا میں جا کر ایک خدا کی عبادت کر سکیں</w:t>
      </w:r>
    </w:p>
    <w:p>
      <w:r>
        <w:rPr>
          <w:b/>
        </w:rPr>
        <w:t xml:space="preserve">[12:45] </w:t>
      </w:r>
      <w:r>
        <w:t>Moosa agarche sachchai ke numainde the, magar Firon ne un ko jadoo ka maamla samjha aur jadoogaron ke zariye aap ko zer karne ka faisla kiya.</w:t>
      </w:r>
    </w:p>
    <w:p>
      <w:pPr>
        <w:jc w:val="right"/>
      </w:pPr>
      <w:r>
        <w:t>موسی اگرچہ سچائی کے نمائندہ تھے مگر فرعون نے ان کو جادو کا معاملہ سمجھا اور جادوگروں کے ذریعے آپ کو زیر کرنے کا فیصلہ کیا</w:t>
      </w:r>
    </w:p>
    <w:p>
      <w:r>
        <w:rPr>
          <w:b/>
        </w:rPr>
        <w:t xml:space="preserve">[13:02] </w:t>
      </w:r>
      <w:r>
        <w:t>وجاء السحرۃ فرعون قالوا ان لنا لاجرا ان کنا نحن الغالبین قال نعم وانکم لمن المقربین قالوا یا موسی اما</w:t>
      </w:r>
    </w:p>
    <w:p>
      <w:pPr>
        <w:jc w:val="right"/>
      </w:pPr>
      <w:r>
        <w:t>وجاء السحرۃ فرعون قالوا ان لنا لاجرا ان کنا نحن الغالبین قال نعم وانکم لمن المقربین قالوا یا موسی اما</w:t>
      </w:r>
    </w:p>
    <w:p>
      <w:r>
        <w:rPr>
          <w:b/>
        </w:rPr>
        <w:t xml:space="preserve">[13:32] </w:t>
      </w:r>
      <w:r>
        <w:t>in talqi wama</w:t>
      </w:r>
    </w:p>
    <w:p>
      <w:pPr>
        <w:jc w:val="right"/>
      </w:pPr>
      <w:r>
        <w:t>ان تلقی واما</w:t>
      </w:r>
    </w:p>
    <w:p>
      <w:r>
        <w:rPr>
          <w:b/>
        </w:rPr>
        <w:t xml:space="preserve">[13:37] </w:t>
      </w:r>
      <w:r>
        <w:t>in nakoon nahnu al mulqeen</w:t>
      </w:r>
    </w:p>
    <w:p>
      <w:pPr>
        <w:jc w:val="right"/>
      </w:pPr>
      <w:r>
        <w:t>ان نكون نحن الملقین</w:t>
      </w:r>
    </w:p>
    <w:p>
      <w:r>
        <w:rPr>
          <w:b/>
        </w:rPr>
        <w:t xml:space="preserve">[13:42] </w:t>
      </w:r>
      <w:r>
        <w:t>qala alqoo falamma</w:t>
      </w:r>
    </w:p>
    <w:p>
      <w:pPr>
        <w:jc w:val="right"/>
      </w:pPr>
      <w:r>
        <w:t>قال القوا فلما</w:t>
      </w:r>
    </w:p>
    <w:p>
      <w:r>
        <w:rPr>
          <w:b/>
        </w:rPr>
        <w:t xml:space="preserve">[13:48] </w:t>
      </w:r>
      <w:r>
        <w:t>alqaw saharoo aynan nas wa astharboohum</w:t>
      </w:r>
    </w:p>
    <w:p>
      <w:pPr>
        <w:jc w:val="right"/>
      </w:pPr>
      <w:r>
        <w:t>القوا سحروا اعين الناس واسترهبوهم</w:t>
      </w:r>
    </w:p>
    <w:p>
      <w:r>
        <w:rPr>
          <w:b/>
        </w:rPr>
        <w:t xml:space="preserve">[13:55] </w:t>
      </w:r>
      <w:r>
        <w:t>wajaoo bisihrin azeem</w:t>
      </w:r>
    </w:p>
    <w:p>
      <w:pPr>
        <w:jc w:val="right"/>
      </w:pPr>
      <w:r>
        <w:t>وجاؤوا بسحر عظيم</w:t>
      </w:r>
    </w:p>
    <w:p>
      <w:r>
        <w:rPr>
          <w:b/>
        </w:rPr>
        <w:t xml:space="preserve">[14:01] </w:t>
      </w:r>
      <w:r>
        <w:t>wa awhayna ila moosa</w:t>
      </w:r>
    </w:p>
    <w:p>
      <w:pPr>
        <w:jc w:val="right"/>
      </w:pPr>
      <w:r>
        <w:t>واوحينا الى موسى</w:t>
      </w:r>
    </w:p>
    <w:p>
      <w:r>
        <w:rPr>
          <w:b/>
        </w:rPr>
        <w:t xml:space="preserve">[14:07] </w:t>
      </w:r>
      <w:r>
        <w:t>an alqi asahak faiza hi talqafu ma yafkoon</w:t>
      </w:r>
    </w:p>
    <w:p>
      <w:pPr>
        <w:jc w:val="right"/>
      </w:pPr>
      <w:r>
        <w:t>ان الق عصاك فاذا هي تلقف ما يافكون</w:t>
      </w:r>
    </w:p>
    <w:p>
      <w:r>
        <w:rPr>
          <w:b/>
        </w:rPr>
        <w:t xml:space="preserve">[14:14] </w:t>
      </w:r>
      <w:r>
        <w:t>fawaqa alhaq wa batala ma kanoo</w:t>
      </w:r>
    </w:p>
    <w:p>
      <w:pPr>
        <w:jc w:val="right"/>
      </w:pPr>
      <w:r>
        <w:t>فوقع الحق وبطل ما كانوا</w:t>
      </w:r>
    </w:p>
    <w:p>
      <w:r>
        <w:rPr>
          <w:b/>
        </w:rPr>
        <w:t xml:space="preserve">[14:17] </w:t>
      </w:r>
      <w:r>
        <w:t>ya'maloon faghliboo hanak wa inqalaboo saghireen wal qiya al saharah sajdain qaloo amanna birab al 'alameen</w:t>
      </w:r>
    </w:p>
    <w:p>
      <w:pPr>
        <w:jc w:val="right"/>
      </w:pPr>
      <w:r>
        <w:t>يعملون فغلبوا هنالك وانقلبوا صاغرين والقي السحرۃ ساجدين قالوا امنا برب العالمين</w:t>
      </w:r>
    </w:p>
    <w:p>
      <w:r>
        <w:rPr>
          <w:b/>
        </w:rPr>
        <w:t xml:space="preserve">[14:42] </w:t>
      </w:r>
      <w:r>
        <w:t>rab moosa wa haroon</w:t>
      </w:r>
    </w:p>
    <w:p>
      <w:pPr>
        <w:jc w:val="right"/>
      </w:pPr>
      <w:r>
        <w:t>رب موسى وهارون</w:t>
      </w:r>
    </w:p>
    <w:p>
      <w:r>
        <w:rPr>
          <w:b/>
        </w:rPr>
        <w:t xml:space="preserve">[14:48] </w:t>
      </w:r>
      <w:r>
        <w:t>aur jadoogar fir'on ke paas aaye unhon ne kaha hum ko inaam to zaroor mile ga agar hum ghalib rahe fir'on ne kaha haan aur yaqeenan tum hamare muqarrabeen mein dakhil ho ge</w:t>
      </w:r>
    </w:p>
    <w:p>
      <w:pPr>
        <w:jc w:val="right"/>
      </w:pPr>
      <w:r>
        <w:t>اور جادوگر فرعون کے پاس آئے انہوں نے کہا ہم کو انعام تو ضرور ملے گا اگر ہم غالب رہے فرعون نے کہا ہاں اور یقینا تم ہمارے مقربین میں داخل ہو گے</w:t>
      </w:r>
    </w:p>
    <w:p>
      <w:r>
        <w:rPr>
          <w:b/>
        </w:rPr>
        <w:t xml:space="preserve">[15:08] </w:t>
      </w:r>
      <w:r>
        <w:t>jadoogaron ne kaha ya to tum daalo ya hum daalne wale bante hain moosa ne kaha tum hi daalo</w:t>
      </w:r>
    </w:p>
    <w:p>
      <w:pPr>
        <w:jc w:val="right"/>
      </w:pPr>
      <w:r>
        <w:t>جادوگروں نے کہا یا تو تم ڈالو یا ہم ڈالنے والے بنتے ہیں موسی نے کہا تم ہی ڈالو</w:t>
      </w:r>
    </w:p>
    <w:p>
      <w:r>
        <w:rPr>
          <w:b/>
        </w:rPr>
        <w:t xml:space="preserve">[15:20] </w:t>
      </w:r>
      <w:r>
        <w:t>phir jab unhon ne daala to logon ki aankhon par jadoo kar diya aur un par dahshat taari kar di aur bohat bara kartab dikhaya aur hum ne moosa ko hukum bheja ke apna 'asa daal do to achaanak woh nikalne laga is ko jo unhon ne ghada tha</w:t>
      </w:r>
    </w:p>
    <w:p>
      <w:pPr>
        <w:jc w:val="right"/>
      </w:pPr>
      <w:r>
        <w:t>پھر جب انہوں نے ڈالا تو لوگوں کی آنکھوں پر جادو کر دیا اور ان پر دہشت طاری کر دی اور بہت بڑا کرتب دکھایا اور ہم نے موسی کو حکم بھیجا کہ اپنا عصا ڈال دو تو اچانک وہ نکلنے لگا اس کو جو انہوں نے گھڑا تھا</w:t>
      </w:r>
    </w:p>
    <w:p>
      <w:r>
        <w:rPr>
          <w:b/>
        </w:rPr>
        <w:t xml:space="preserve">[15:46] </w:t>
      </w:r>
      <w:r>
        <w:t>pas haq zahir ho gaya aur jo kuch unhon ne banaya tha batil ho kar reh gaya pas woh log wohin haar gaye aur zaleel ho kar rahe aur jadoogar sajde mein gir pade unhon ne kaha hum iman laaye rab al 'alameen par jo rab hai moosa aur haroon ka</w:t>
      </w:r>
    </w:p>
    <w:p>
      <w:pPr>
        <w:jc w:val="right"/>
      </w:pPr>
      <w:r>
        <w:t>پس حق ظاہر ہو گیا اور جو کچھ انہوں نے بنایا تھا باطل ہو کر رہ گیا پس وہ لوگ وہیں ہار گئے اور ذلیل ہو کر رہے اور جادوگر سجدے میں گر پڑے انہوں نے کہا ہم ایمان لائے رب العالمین پر جو رب ہے موسی اور ہارون کا</w:t>
      </w:r>
    </w:p>
    <w:p>
      <w:r>
        <w:rPr>
          <w:b/>
        </w:rPr>
        <w:t xml:space="preserve">[16:15] </w:t>
      </w:r>
      <w:r>
        <w:t>tashreeh kisi mahol mein jis cheez ki ahmiyat logon ke zehnon par chhai hui ho usi nisbat se un ke paighambar ko mo'ajza diya jata hai qadeem misr mein jadoo ka bohat zor tha is liye hazrat moosa ko isi nawiyat ka mo'ajza diya gaya</w:t>
      </w:r>
    </w:p>
    <w:p>
      <w:pPr>
        <w:jc w:val="right"/>
      </w:pPr>
      <w:r>
        <w:t>تشریح کسی ماحول میں جس چیز کی اہمیت لوگوں کے ذہنوں پر چھائی ہوئی ہو اسی نسبت سے ان کے پیغمبر کو معجزہ دیا جاتا ہے قدیم مصر میں جادو کا بہت زور تھا اس لیے حضرت موسی کو اسی نوعیت کا معجزہ دیا گیا</w:t>
      </w:r>
    </w:p>
    <w:p>
      <w:r>
        <w:rPr>
          <w:b/>
        </w:rPr>
        <w:t xml:space="preserve">[16:43] </w:t>
      </w:r>
      <w:r>
        <w:t>fir'on ke pehredah program ke mutabiq misriyon ke qomi tehwar ke mauqe par un ke tamam bare bare jadoogar jama hue jadoogaron ne kaha ke pehle hum apna kartab saamne layen ya tum jo kuch dikhana chahte ho dikhao ge hazrat moosa ne kaha pehle tum apna kartab saamne lao chunancha aisa hi hua</w:t>
      </w:r>
    </w:p>
    <w:p>
      <w:pPr>
        <w:jc w:val="right"/>
      </w:pPr>
      <w:r>
        <w:t>فرعون کے پیکردہ پروگرام کے مطابق مصریوں کے قومی تہوار کے موقع پر ان کے تمام بڑے بڑے جادوگر جمع ہوئے جادوگروں نے کہا کہ پہلے ہم اپنا کرتب سامنے لائیں یا تم جو کچھ دکھانا چاہتے ہو دکھاؤ گے حضرت موسی نے کہا پہلے تم اپنا کرتب سامنے لاؤ چنانچہ ایسا ہی ہوا</w:t>
      </w:r>
    </w:p>
    <w:p>
      <w:r>
        <w:rPr>
          <w:b/>
        </w:rPr>
        <w:t xml:space="preserve">[17:10] </w:t>
      </w:r>
      <w:r>
        <w:t>is se maloom hota hai ke paighambar apne dushman ke khilaf iqdam karne mein kabhi pehal nahi karta woh aakhir waqt tak dushman ko mauqa deta hai ke woh khud pehal kare fareeq mukhalif jab is tarah pehal ki zimmedari apne upar le chuka hota hai us waqt paighambar apni poori quwwat ko istemal kar ke use zer kar deta hai</w:t>
      </w:r>
    </w:p>
    <w:p>
      <w:pPr>
        <w:jc w:val="right"/>
      </w:pPr>
      <w:r>
        <w:t>اس سے معلوم ہوتا ہے کہ پیغمبر اپنے دشمن کے خلاف اقدام کرنے میں کبھی پہل نہیں کرتا وہ اخر وقت تک دشمن کو موقع دیتا ہے کہ وہ خود پہل کرے فریق مخالف جب اس طرح پہل کی ذمہ داری اپنے اوپر لے چکا ہوتا ہے اس وقت پیغمبر اپنی پوری قوت کو استعمال کر کے اسے زیر کر دیتا ہے</w:t>
      </w:r>
    </w:p>
    <w:p>
      <w:r>
        <w:rPr>
          <w:b/>
        </w:rPr>
        <w:t xml:space="preserve">[17:39] </w:t>
      </w:r>
      <w:r>
        <w:t>nazariyati dawat ke mamle mein paighambar ka tareeqa iqdam ka hota hai aur 'amli takrao ke mamle mein difa' ka</w:t>
      </w:r>
    </w:p>
    <w:p>
      <w:pPr>
        <w:jc w:val="right"/>
      </w:pPr>
      <w:r>
        <w:t>نظریاتی دعوت کے معاملے میں پیغمبر کا طریقہ اقدام کا ہوتا ہے اور عملی ٹکراؤ کے معاملے میں دفاع کا</w:t>
      </w:r>
    </w:p>
    <w:p>
      <w:r>
        <w:rPr>
          <w:b/>
        </w:rPr>
        <w:t xml:space="preserve">[17:55] </w:t>
      </w:r>
      <w:r>
        <w:t>misr mein hazrat moosa ki dawat taqreeban chaalees saal tak jaari rahi hai jadoogaron se muqable ka waqea is ke aakhri zamane ka hai</w:t>
      </w:r>
    </w:p>
    <w:p>
      <w:pPr>
        <w:jc w:val="right"/>
      </w:pPr>
      <w:r>
        <w:t>مصر میں حضرت موسی کی دعوت تقریبا چالیس سال تک جاری رہی ہے جادوگروں سے مقابلے کا واقعہ اس کے اخری زمانے کا ہے</w:t>
      </w:r>
    </w:p>
    <w:p>
      <w:r>
        <w:rPr>
          <w:b/>
        </w:rPr>
        <w:t xml:space="preserve">[18:08] </w:t>
      </w:r>
      <w:r>
        <w:t>is se qiyas kiya ja sakta hai ke jadoogar hazrat moosa ki dawat se ashna rahe honge</w:t>
      </w:r>
    </w:p>
    <w:p>
      <w:pPr>
        <w:jc w:val="right"/>
      </w:pPr>
      <w:r>
        <w:t>اس سے قیاس کیا جا سکتا ہے کہ جادوگر حضرت موسی کی دعوت سے اشنا رہے ہوں گے</w:t>
      </w:r>
    </w:p>
    <w:p>
      <w:r>
        <w:rPr>
          <w:b/>
        </w:rPr>
        <w:t xml:space="preserve">[18:16] </w:t>
      </w:r>
      <w:r>
        <w:t>tahum abhi tak un ki aankh ka parda nahi hata tha jab unho ne apne masoos fan ke</w:t>
      </w:r>
    </w:p>
    <w:p>
      <w:pPr>
        <w:jc w:val="right"/>
      </w:pPr>
      <w:r>
        <w:t>تاہم ابھی تک ان کی انکھ کا پردہ نہیں ہٹا تھا جب انہوں نے اپنے مخصوص فن کے</w:t>
      </w:r>
    </w:p>
    <w:p>
      <w:r>
        <w:rPr>
          <w:b/>
        </w:rPr>
        <w:t xml:space="preserve">[18:24] </w:t>
      </w:r>
      <w:r>
        <w:t>maidan mein hazrat moosa ki bartari dekhi to hijabat uth gaye un ko nazar aa gaya ke yeh jadoogari</w:t>
      </w:r>
    </w:p>
    <w:p>
      <w:pPr>
        <w:jc w:val="right"/>
      </w:pPr>
      <w:r>
        <w:t>میدان میں حضرت موسی کی برتری دیکھی تو حجابات اٹھ گئے ان کو نظر اگیا کہ یہ جادوگری</w:t>
      </w:r>
    </w:p>
    <w:p>
      <w:r>
        <w:rPr>
          <w:b/>
        </w:rPr>
        <w:t xml:space="preserve">[18:32] </w:t>
      </w:r>
      <w:r>
        <w:t>ka moamla nahi balke khudaai peghambari ka moamla hai</w:t>
      </w:r>
    </w:p>
    <w:p>
      <w:pPr>
        <w:jc w:val="right"/>
      </w:pPr>
      <w:r>
        <w:t>کا معاملہ نہیں بلکہ خدائی پیغمبری کا معاملہ ہے</w:t>
      </w:r>
    </w:p>
    <w:p>
      <w:r>
        <w:rPr>
          <w:b/>
        </w:rPr>
        <w:t xml:space="preserve">[18:38] </w:t>
      </w:r>
      <w:r>
        <w:t>woh be ikhtiyar ho kar khuda ke samne gir pade</w:t>
      </w:r>
    </w:p>
    <w:p>
      <w:pPr>
        <w:jc w:val="right"/>
      </w:pPr>
      <w:r>
        <w:t>وہ بے اختیار ہو کر خدا کے سامنے گر پڑے</w:t>
      </w:r>
    </w:p>
    <w:p>
      <w:r>
        <w:rPr>
          <w:b/>
        </w:rPr>
        <w:t xml:space="preserve">[18:46] </w:t>
      </w:r>
      <w:r>
        <w:t>jadoogaron ne apni laathiyan aur rassiyan phenkeen to khayal bandi ki wajah se woh logon ko chalta phirta saanp nazar aane lagen</w:t>
      </w:r>
    </w:p>
    <w:p>
      <w:pPr>
        <w:jc w:val="right"/>
      </w:pPr>
      <w:r>
        <w:t>جادوگروں نے اپنی لاٹھیاں اور رسیاں پھینکیں تو خیال بندی کی وجہ سے وہ لوگوں کو چلتا پھرتا سانپ نظر آنے لگیں</w:t>
      </w:r>
    </w:p>
    <w:p>
      <w:r>
        <w:rPr>
          <w:b/>
        </w:rPr>
        <w:t xml:space="preserve">[18:57] </w:t>
      </w:r>
      <w:r>
        <w:t>magar jab hazrat moosa ka 'asa saanp ban kar maidan mein ghuma to jadoogaron ki har laathi aur rasi sirf laathi aur rasi ho kar reh gayi</w:t>
      </w:r>
    </w:p>
    <w:p>
      <w:pPr>
        <w:jc w:val="right"/>
      </w:pPr>
      <w:r>
        <w:t>مگر جب حضرت موسی کا عصا سانپ بن کر میدان میں گھوما تو جادوگروں کی ہر لاٹھی اور رسی صرف لاٹھی اور رسی ہو کر رہ گئی</w:t>
      </w:r>
    </w:p>
    <w:p>
      <w:r>
        <w:rPr>
          <w:b/>
        </w:rPr>
        <w:t xml:space="preserve">[19:11] </w:t>
      </w:r>
      <w:r>
        <w:t>jadoogar jadoo ke hudood ko jante the is waqey mein jadoogaron ko nazar aa gaya ke insani tadbeeren apne aakhri kamal par pahunch kar bhi kitni haqir hain aur khuda kitna azeem aur kitna zyada taqatwar hai is ke baad fir'on un ko apne tamam iqtadar ke bawajood be waqt nazar aane laga</w:t>
      </w:r>
    </w:p>
    <w:p>
      <w:pPr>
        <w:jc w:val="right"/>
      </w:pPr>
      <w:r>
        <w:t>جادوگر جادو کے حدود کو جانتے تھے اس واقعے میں جادوگروں کو نظر اگیا کہ انسانی تدبیریں اپنے اخری کمال پر پہنچ کر بھی کتنی حقیر ہیں اور خدا کتنا عظیم اور کتنا زیادہ طاقتور ہے اس کے بعد فرعون ان کو اپنے تمام اقتدار کے باوجود بے وقت نظر آنے لگا</w:t>
      </w:r>
    </w:p>
    <w:p>
      <w:r>
        <w:rPr>
          <w:b/>
        </w:rPr>
        <w:t xml:space="preserve">[19:39] </w:t>
      </w:r>
      <w:r>
        <w:t>wohi jadoogar jo khuda ki azmat ko dekhne se pehle fir'on se inaam ke talib the ab unhon ne fir'on ki taraf se badtareen sazaon ki dhamki ko bhi is tarah nazar andaz kar diya jaise us ki koi haqeeqat hi nahi</w:t>
      </w:r>
    </w:p>
    <w:p>
      <w:pPr>
        <w:jc w:val="right"/>
      </w:pPr>
      <w:r>
        <w:t>وہی جادوگر جو خدا کی عظمت کو دیکھنے سے پہلے فرعون سے انعام کے طالب تھے اب انہوں نے فرعون کی طرف سے بدترین سزاؤں کی دھمکی کو بھی اس طرح نظر انداز کر دیا جیسے اس کی کوئی حقیقت ہی نہیں</w:t>
      </w:r>
    </w:p>
    <w:p>
      <w:r>
        <w:rPr>
          <w:b/>
        </w:rPr>
        <w:t xml:space="preserve">[20:02] </w:t>
      </w:r>
      <w:r>
        <w:t>qala firawn amantum</w:t>
      </w:r>
    </w:p>
    <w:p>
      <w:pPr>
        <w:jc w:val="right"/>
      </w:pPr>
      <w:r>
        <w:t>قال فرعون امنتم</w:t>
      </w:r>
    </w:p>
    <w:p>
      <w:r>
        <w:rPr>
          <w:b/>
        </w:rPr>
        <w:t xml:space="preserve">[20:07] </w:t>
      </w:r>
      <w:r>
        <w:t>bi qabla an azna lakum</w:t>
      </w:r>
    </w:p>
    <w:p>
      <w:pPr>
        <w:jc w:val="right"/>
      </w:pPr>
      <w:r>
        <w:t>به قبل ان اذن لكم</w:t>
      </w:r>
    </w:p>
    <w:p>
      <w:r>
        <w:rPr>
          <w:b/>
        </w:rPr>
        <w:t xml:space="preserve">[20:11] </w:t>
      </w:r>
      <w:r>
        <w:t>in hadha lamakr</w:t>
      </w:r>
    </w:p>
    <w:p>
      <w:pPr>
        <w:jc w:val="right"/>
      </w:pPr>
      <w:r>
        <w:t>ان هذا لمکر</w:t>
      </w:r>
    </w:p>
    <w:p>
      <w:r>
        <w:rPr>
          <w:b/>
        </w:rPr>
        <w:t xml:space="preserve">[20:14] </w:t>
      </w:r>
      <w:r>
        <w:t>makartumooh fil madinati litukhrijo minha</w:t>
      </w:r>
    </w:p>
    <w:p>
      <w:pPr>
        <w:jc w:val="right"/>
      </w:pPr>
      <w:r>
        <w:t>مکرتموه فی المدینۃ لتخرجوا منها</w:t>
      </w:r>
    </w:p>
    <w:p>
      <w:r>
        <w:rPr>
          <w:b/>
        </w:rPr>
        <w:t xml:space="preserve">[20:21] </w:t>
      </w:r>
      <w:r>
        <w:t>ahlah fasawfa ta'lamoon</w:t>
      </w:r>
    </w:p>
    <w:p>
      <w:pPr>
        <w:jc w:val="right"/>
      </w:pPr>
      <w:r>
        <w:t>اهلہ فسوف تعلمون</w:t>
      </w:r>
    </w:p>
    <w:p>
      <w:r>
        <w:rPr>
          <w:b/>
        </w:rPr>
        <w:t xml:space="preserve">[20:27] </w:t>
      </w:r>
      <w:r>
        <w:t>laqata'anna aydiyakum warjulakum</w:t>
      </w:r>
    </w:p>
    <w:p>
      <w:pPr>
        <w:jc w:val="right"/>
      </w:pPr>
      <w:r>
        <w:t>لاقطعن ایدیکم وارجلکم</w:t>
      </w:r>
    </w:p>
    <w:p>
      <w:r>
        <w:rPr>
          <w:b/>
        </w:rPr>
        <w:t xml:space="preserve">[20:32] </w:t>
      </w:r>
      <w:r>
        <w:t>min khilafi min thumma lasulibannakum</w:t>
      </w:r>
    </w:p>
    <w:p>
      <w:pPr>
        <w:jc w:val="right"/>
      </w:pPr>
      <w:r>
        <w:t>من خلاف من ثم لاصلبنکم</w:t>
      </w:r>
    </w:p>
    <w:p>
      <w:r>
        <w:rPr>
          <w:b/>
        </w:rPr>
        <w:t xml:space="preserve">[20:39] </w:t>
      </w:r>
      <w:r>
        <w:t>ajma'een qaloo inna</w:t>
      </w:r>
    </w:p>
    <w:p>
      <w:pPr>
        <w:jc w:val="right"/>
      </w:pPr>
      <w:r>
        <w:t>اجمعین قالوا انا</w:t>
      </w:r>
    </w:p>
    <w:p>
      <w:r>
        <w:rPr>
          <w:b/>
        </w:rPr>
        <w:t xml:space="preserve">[20:47] </w:t>
      </w:r>
      <w:r>
        <w:t>ila</w:t>
      </w:r>
    </w:p>
    <w:p>
      <w:pPr>
        <w:jc w:val="right"/>
      </w:pPr>
      <w:r>
        <w:t>الی</w:t>
      </w:r>
    </w:p>
    <w:p>
      <w:r>
        <w:rPr>
          <w:b/>
        </w:rPr>
        <w:t xml:space="preserve">[20:48] </w:t>
      </w:r>
      <w:r>
        <w:t>rabbana munqaliboon wama tanqimu minna</w:t>
      </w:r>
    </w:p>
    <w:p>
      <w:pPr>
        <w:jc w:val="right"/>
      </w:pPr>
      <w:r>
        <w:t>ربنا منقلبون وما تنقم منا</w:t>
      </w:r>
    </w:p>
    <w:p>
      <w:r>
        <w:rPr>
          <w:b/>
        </w:rPr>
        <w:t xml:space="preserve">[20:58] </w:t>
      </w:r>
      <w:r>
        <w:t>illa an amanna</w:t>
      </w:r>
    </w:p>
    <w:p>
      <w:pPr>
        <w:jc w:val="right"/>
      </w:pPr>
      <w:r>
        <w:t>الا ان امنا</w:t>
      </w:r>
    </w:p>
    <w:p>
      <w:r>
        <w:rPr>
          <w:b/>
        </w:rPr>
        <w:t xml:space="preserve">[21:04] </w:t>
      </w:r>
      <w:r>
        <w:t>bi ayati rabbina lamma ja'atna</w:t>
      </w:r>
    </w:p>
    <w:p>
      <w:pPr>
        <w:jc w:val="right"/>
      </w:pPr>
      <w:r>
        <w:t>بايات ربنا لما جاءتنا</w:t>
      </w:r>
    </w:p>
    <w:p>
      <w:r>
        <w:rPr>
          <w:b/>
        </w:rPr>
        <w:t xml:space="preserve">[21:11] </w:t>
      </w:r>
      <w:r>
        <w:t>rabbana afrigh alayna sabran</w:t>
      </w:r>
    </w:p>
    <w:p>
      <w:pPr>
        <w:jc w:val="right"/>
      </w:pPr>
      <w:r>
        <w:t>ربنا افرغ علینا صبرا</w:t>
      </w:r>
    </w:p>
    <w:p>
      <w:r>
        <w:rPr>
          <w:b/>
        </w:rPr>
        <w:t xml:space="preserve">[21:17] </w:t>
      </w:r>
      <w:r>
        <w:t>watawaffana muslimeen</w:t>
      </w:r>
    </w:p>
    <w:p>
      <w:pPr>
        <w:jc w:val="right"/>
      </w:pPr>
      <w:r>
        <w:t>وتوفنا مسلمین</w:t>
      </w:r>
    </w:p>
    <w:p>
      <w:r>
        <w:rPr>
          <w:b/>
        </w:rPr>
        <w:t xml:space="preserve">[21:24] </w:t>
      </w:r>
      <w:r>
        <w:t>fir'on ne kaha tum log moosa par iman le aaye is se pehle ke main tum ko ijazat doon yaqeenan yeh ek sazish hai jo tum logon ne shahar mein is gharz se ki hai ke tum is ke bashindon ko yahan se nikal do to tum bohat jald jaan lo ge</w:t>
      </w:r>
    </w:p>
    <w:p>
      <w:pPr>
        <w:jc w:val="right"/>
      </w:pPr>
      <w:r>
        <w:t>فرعون نے کہا تم لوگ موسی پر ایمان لے ائے اس سے پہلے کہ میں تم کو اجازت دوں یقینا یہ ایک سازش ہے جو تم لوگوں نے شہر میں اس غرض سے کی ہے کہ تم اس کے باشندوں کو یہاں سے نکال دو تو تم بہت جلد جان لو گے</w:t>
      </w:r>
    </w:p>
    <w:p>
      <w:r>
        <w:rPr>
          <w:b/>
        </w:rPr>
        <w:t xml:space="preserve">[21:46] </w:t>
      </w:r>
      <w:r>
        <w:t>main tumhare haath aur paon mukhalif simton se kaatunga phir tum sab ko sooli par chada doonga unhon ne kaha hum ko apne rab hi ki taraf lotna hai to hum ko sirf is baat ki saza dena chahta hai ke hamare rab ki nishaniyan jab hamare samne aa gayeen to hum un par iman le aaye</w:t>
      </w:r>
    </w:p>
    <w:p>
      <w:pPr>
        <w:jc w:val="right"/>
      </w:pPr>
      <w:r>
        <w:t>میں تمہارے ہاتھ اور پاؤں مخالف سمتوں سے کاٹوں گا پھر تم سب کو سولی پر چڑھا دوں گا انہوں نے کہا ہم کو اپنے رب ہی کی طرف لوٹنا ہے تو ہم کو صرف اس بات کی سزا دینا چاہتا ہے کہ ہمارے رب کی نشانیاں جب ہمارے سامنے اگئیں تو ہم ان پر ایمان لے ائے</w:t>
      </w:r>
    </w:p>
    <w:p>
      <w:r>
        <w:rPr>
          <w:b/>
        </w:rPr>
        <w:t xml:space="preserve">[22:11] </w:t>
      </w:r>
      <w:r>
        <w:t>aey rab hum par sabr andel de aur hum ko wafaat de islam par tashreeh haq ke liye jaan qurban karna haq ke haq hone ki aakhri gawahi dena hai jadoogaron ko khuda ki madad se isi ki taufeeq hasil hui</w:t>
      </w:r>
    </w:p>
    <w:p>
      <w:pPr>
        <w:jc w:val="right"/>
      </w:pPr>
      <w:r>
        <w:t>اے رب ہم پر صبر انڈیل دے اور ہم کو وفات دے اسلام پر تشریح حق کے لیے جان قربان کرنا حق کے حق ہونے کی اخری گواہی دینا ہے جادوگروں کو خدا کی مدد سے اسی کی توفیق حاصل ہوئی</w:t>
      </w:r>
    </w:p>
    <w:p>
      <w:r>
        <w:rPr>
          <w:b/>
        </w:rPr>
        <w:t xml:space="preserve">[22:35] </w:t>
      </w:r>
      <w:r>
        <w:t>jadoogaron ne apne aap ko sakht tareen saza ke liye pesh kar ke yeh sabit kar diya ke un ka hazrat moosa par iman lana koi heela aur sazish ka mamla nahi yeh sachhe iqrar ka mamla hai magar jadoogaron ka sab se bara 'amal fir'on ki mutakabirana nafsiyat ke liye sab se bara taziyana tha</w:t>
      </w:r>
    </w:p>
    <w:p>
      <w:pPr>
        <w:jc w:val="right"/>
      </w:pPr>
      <w:r>
        <w:t>جادوگروں نے اپنے اپ کو سخت ترین سزا کے لیے پیش کر کے یہ ثابت کر دیا کہ ان کا حضرت موسی پر ایمان لانا کوئی حیلہ اور سازش کا معاملہ نہیں یہ سچے اعتراف کا معاملہ ہے مگر جادوگروں کا سب سے بڑا عمل فرعون کی متکبرانہ نفسیات کے لیے سب سے بڑا تازیانہ تھا</w:t>
      </w:r>
    </w:p>
    <w:p>
      <w:r>
        <w:rPr>
          <w:b/>
        </w:rPr>
        <w:t xml:space="preserve">[23:01] </w:t>
      </w:r>
      <w:r>
        <w:t>unhon ne fir'on ke muqable mein moosa ka saath de kar fir'on ko sari qom ke samne ruswa kar diya tha chunancha fir'on un ke khilaf ghusse se bhar gaya us ne jadoogaron ke sath isi zalimana karwai ka faisla kiya jo har woh mutakabir shakhs karta hai jis ko zameen par kisi qism ka ikhtiyar hasil ho jaye</w:t>
      </w:r>
    </w:p>
    <w:p>
      <w:pPr>
        <w:jc w:val="right"/>
      </w:pPr>
      <w:r>
        <w:t>انہوں نے فرعون کے مقابلے میں موسی کا ساتھ دے کر فرعون کو ساری قوم کے سامنے رسوا کر دیا تھا چنانچہ فرعون ان کے خلاف غصے سے بھر گیا اس نے جادوگروں کے ساتھ اسی ظالمانہ کاروائی کا فیصلہ کیا جو ہر وہ متکبر شخص کرتا ہے جس کو زمین پر کسی قسم کا اختیار حاصل ہو جائے</w:t>
      </w:r>
    </w:p>
    <w:p>
      <w:r>
        <w:rPr>
          <w:b/>
        </w:rPr>
        <w:t xml:space="preserve">[23:28] </w:t>
      </w:r>
      <w:r>
        <w:t>jadoogar bhi daleel ke maidan mein haare aur fir'on bhi lekin jadoogar apni shikast ka iqrar kar ke khuda ki abadi nematon ke mustahiq ban gaye aur fir'on ne is ko apni izzat ka masla bana liya</w:t>
      </w:r>
    </w:p>
    <w:p>
      <w:pPr>
        <w:jc w:val="right"/>
      </w:pPr>
      <w:r>
        <w:t>جادوگر بھی دلیل کے میدان میں ہارے اور فرعون بھی لیکن جادوگر اپنی شکست کا اعتراف کر کے خدا کی ابدی نعمتوں کے مستحق بن گئے اور فرعون نے اس کو اپنی عزت کا مسئلہ بنا لیا</w:t>
      </w:r>
    </w:p>
    <w:p>
      <w:r>
        <w:rPr>
          <w:b/>
        </w:rPr>
        <w:t xml:space="preserve">[23:50] </w:t>
      </w:r>
      <w:r>
        <w:t>is ke hisse mein sirf yeh aya ke apni jhooti ananiyat ki taskeen ke liye dunya mein woh haq paraston par zulm kare aur akhirat mein khuda ke abdi azaab mein daal diya jaye</w:t>
      </w:r>
    </w:p>
    <w:p>
      <w:pPr>
        <w:jc w:val="right"/>
      </w:pPr>
      <w:r>
        <w:t>اس کے حصے میں صرف یہ ایا کہ اپنی جھوٹی انانیت کی تسکین کے لیے دنیا میں وہ حق پرستوں پر ظلم کرے اور اخرت میں خدا کے ابدی عذاب میں ڈال دیا جائے</w:t>
      </w:r>
    </w:p>
    <w:p>
      <w:r>
        <w:rPr>
          <w:b/>
        </w:rPr>
        <w:t xml:space="preserve">[24:06] </w:t>
      </w:r>
      <w:r>
        <w:t>firon ne moosa ki dawat qabool karne ya na karne ko apni ijazat ka masla samjha aur jadoogaron ne nishani ka</w:t>
      </w:r>
    </w:p>
    <w:p>
      <w:pPr>
        <w:jc w:val="right"/>
      </w:pPr>
      <w:r>
        <w:t>فرعون نے موسی کی دعوت قبول کرنے یا نہ کرنے کو اپنی اجازت کا مسئلہ سمجھا اور جادوگروں نے نشانی کا</w:t>
      </w:r>
    </w:p>
    <w:p>
      <w:r>
        <w:rPr>
          <w:b/>
        </w:rPr>
        <w:t xml:space="preserve">[24:17] </w:t>
      </w:r>
      <w:r>
        <w:t>mutakbir aadmi ka mizaj hamesha yeh hota hai ke woh apni marzi ko sab se zyada aham samajhta hai na ke daleel aur saboot ko aise log kabhi haq ko qabool karne ki tofeeq nahi paate</w:t>
      </w:r>
    </w:p>
    <w:p>
      <w:pPr>
        <w:jc w:val="right"/>
      </w:pPr>
      <w:r>
        <w:t>متکبر ادمی کا مزاج ہمیشہ یہ ہوتا ہے کہ وہ اپنی مرضی کو سب سے زیادہ اہم سمجھتا ہے نہ کہ دلیل اور ثبوت کو ایسے لوگ کبھی حق کو قبول کرنے کی توفیق نہیں پاتے</w:t>
      </w:r>
    </w:p>
    <w:p>
      <w:r>
        <w:rPr>
          <w:b/>
        </w:rPr>
        <w:t xml:space="preserve">[24:34] </w:t>
      </w:r>
      <w:r>
        <w:t>is nazuk tareen moqa par jadoogaron ne jo kamil istiqamat dikhai woh sarasar khuda ki madad se thi aur un ki zuban se jo dua nikli woh bhi tamam tar ilhami dua thi jab koi banda apne aap ko amdan khuda ke hawalay kar deta hai to us waqt woh khuda ke itna qareeb ho jata hai ke us ko khuda ka khsoosi faizan pohanchnay lagta hai</w:t>
      </w:r>
    </w:p>
    <w:p>
      <w:pPr>
        <w:jc w:val="right"/>
      </w:pPr>
      <w:r>
        <w:t>اس نازک ترین موقع پر جادوگروں نے جو کامل استقامت دکھائی وہ سراسر خدا کی مدد سے تھی اور ان کی زبان سے جو دعا نکلی وہ بھی تمام تر الہامی دعا تھی جب کوئی بندہ اپنے اپ کو امدن خدا کے حوالے کر دیتا ہے تو اس وقت وہ خدا کے اتنا قریب ہو جاتا ہے کہ اس کو خدا کا خصوصی فیضان پہنچنے لگتا ہے</w:t>
      </w:r>
    </w:p>
    <w:p>
      <w:r>
        <w:rPr>
          <w:b/>
        </w:rPr>
        <w:t xml:space="preserve">[25:03] </w:t>
      </w:r>
      <w:r>
        <w:t>us waqt us ki zuban se aise kalmat nikaltay hain jo khuda ke ilqa kiye hue hotay hain us waqt woh wahi dua karta hai jis ke mutaliq uska khuda pehle hi faisla kar chuka hota hai ke woh us ke liye qabool kar li gayi hai</w:t>
      </w:r>
    </w:p>
    <w:p>
      <w:pPr>
        <w:jc w:val="right"/>
      </w:pPr>
      <w:r>
        <w:t>اس وقت اس کی زبان سے ایسے کلمات نکلتے ہیں جو خدا کے القاء کیے ہوئے ہوتے ہیں اس وقت وہ وہی دعا کرتا ہے جس کے متعلق اس کا خدا پہلے ہی فیصلہ کر چکا ہوتا ہے کہ وہ اس کے لیے قبول کر لی گئی ہے</w:t>
      </w:r>
    </w:p>
    <w:p>
      <w:r>
        <w:rPr>
          <w:b/>
        </w:rPr>
        <w:t xml:space="preserve">[25:24] </w:t>
      </w:r>
      <w:r>
        <w:t>jadoogaron ka yeh kehna ke khuda ya hamare upar sabr an deil de aur hamari maut aaye to islam par aaye</w:t>
      </w:r>
    </w:p>
    <w:p>
      <w:pPr>
        <w:jc w:val="right"/>
      </w:pPr>
      <w:r>
        <w:t>جادوگروں کا یہ کہنا کہ خدایا ہمارے اوپر صبر انڈیل دے اور ہماری موت ائے تو اسلام پر ائے</w:t>
      </w:r>
    </w:p>
    <w:p>
      <w:r>
        <w:rPr>
          <w:b/>
        </w:rPr>
        <w:t xml:space="preserve">[25:33] </w:t>
      </w:r>
      <w:r>
        <w:t>dosre lafzon mein yeh kehna hai ke hum ne apne bas bhar apne aap ko tere hawale kar diya ab jo kuch hamare bas se bahar hai us ke wastay to hamare liye kafi ho ja jab bhi koi banda deen ki rah mein dil se yeh dua karta hai to khuda yaqeenan us ki mushkilat mein us ke liye kafi ho jata hai</w:t>
      </w:r>
    </w:p>
    <w:p>
      <w:pPr>
        <w:jc w:val="right"/>
      </w:pPr>
      <w:r>
        <w:t>دوسرے لفظوں میں یہ کہنا ہے کہ ہم نے اپنے بس بھر اپنے اپ کو تیرے حوالے کر دیا اب جو کچھ ہمارے بس سے باہر ہے اس کے واسطے تو ہمارے لیے کافی ہو جا جب بھی کوئی بندہ دین کی راہ میں دل سے یہ دعا کرتا ہے تو خدا یقینا اس کی مشکلات میں اس کے لیے کافی ہو جاتا ہے</w:t>
      </w:r>
    </w:p>
    <w:p>
      <w:r>
        <w:rPr>
          <w:b/>
        </w:rPr>
        <w:t xml:space="preserve">[26:03] </w:t>
      </w:r>
      <w:r>
        <w:t>waqal al mala min qawmi fir'awna atadhara moosa waqawmahu lifsidoo fil ardi wayadruka alihataq</w:t>
      </w:r>
    </w:p>
    <w:p>
      <w:pPr>
        <w:jc w:val="right"/>
      </w:pPr>
      <w:r>
        <w:t>وقال الملا من قوم فرعون اتذر موسى وقومه ليفسدوا فی الارض ویدرک والہتک</w:t>
      </w:r>
    </w:p>
    <w:p>
      <w:r>
        <w:rPr>
          <w:b/>
        </w:rPr>
        <w:t xml:space="preserve">[26:15] </w:t>
      </w:r>
      <w:r>
        <w:t>qala sanatulu abna'ahum</w:t>
      </w:r>
    </w:p>
    <w:p>
      <w:pPr>
        <w:jc w:val="right"/>
      </w:pPr>
      <w:r>
        <w:t>قال سنقتل ابناءہم</w:t>
      </w:r>
    </w:p>
    <w:p>
      <w:r>
        <w:rPr>
          <w:b/>
        </w:rPr>
        <w:t xml:space="preserve">[26:20] </w:t>
      </w:r>
      <w:r>
        <w:t>wanastahyi nisa'ahum wa inna fawqahum qahiroon</w:t>
      </w:r>
    </w:p>
    <w:p>
      <w:pPr>
        <w:jc w:val="right"/>
      </w:pPr>
      <w:r>
        <w:t>ونستحیی نساءہم وانا فوقهم قاہرون</w:t>
      </w:r>
    </w:p>
    <w:p>
      <w:r>
        <w:rPr>
          <w:b/>
        </w:rPr>
        <w:t xml:space="preserve">[26:29] </w:t>
      </w:r>
      <w:r>
        <w:t>qala moosa liqawmihi ista'eenoo billahi wastabiroo</w:t>
      </w:r>
    </w:p>
    <w:p>
      <w:pPr>
        <w:jc w:val="right"/>
      </w:pPr>
      <w:r>
        <w:t>قال موسى لقومه استعینوا باللہ واصبروا</w:t>
      </w:r>
    </w:p>
    <w:p>
      <w:r>
        <w:rPr>
          <w:b/>
        </w:rPr>
        <w:t xml:space="preserve">[26:36] </w:t>
      </w:r>
      <w:r>
        <w:t>inna al arda lillahi yoorithuha man yashaa</w:t>
      </w:r>
    </w:p>
    <w:p>
      <w:pPr>
        <w:jc w:val="right"/>
      </w:pPr>
      <w:r>
        <w:t>ان الارض لله یورثها من یشاء</w:t>
      </w:r>
    </w:p>
    <w:p>
      <w:r>
        <w:rPr>
          <w:b/>
        </w:rPr>
        <w:t xml:space="preserve">[26:43] </w:t>
      </w:r>
      <w:r>
        <w:t>min ibadihi wal 'aaqibatu</w:t>
      </w:r>
    </w:p>
    <w:p>
      <w:pPr>
        <w:jc w:val="right"/>
      </w:pPr>
      <w:r>
        <w:t>من عباده والعاقبۃ</w:t>
      </w:r>
    </w:p>
    <w:p>
      <w:r>
        <w:rPr>
          <w:b/>
        </w:rPr>
        <w:t xml:space="preserve">[26:48] </w:t>
      </w:r>
      <w:r>
        <w:t>lilmuttaqeen</w:t>
      </w:r>
    </w:p>
    <w:p>
      <w:pPr>
        <w:jc w:val="right"/>
      </w:pPr>
      <w:r>
        <w:t>للمتقین</w:t>
      </w:r>
    </w:p>
    <w:p>
      <w:r>
        <w:rPr>
          <w:b/>
        </w:rPr>
        <w:t xml:space="preserve">[26:51] </w:t>
      </w:r>
      <w:r>
        <w:t>qalu oodina min qablu an ta'tiya na wa min ba'di ma ji'tana qala asa rabbukum an yuhlika aduwwakum wa yastakhlifakum fi al ardi fa yanzura kayfa ta'maloon</w:t>
      </w:r>
    </w:p>
    <w:p>
      <w:pPr>
        <w:jc w:val="right"/>
      </w:pPr>
      <w:r>
        <w:t>قالوا اوذینا من قبل ان تاتینا ومن بعد ما جئتنا قال عسى ربكم ان يهلك عدوكم ويستخلفكم فی الارض فينظر کيف تعملون</w:t>
      </w:r>
    </w:p>
    <w:p>
      <w:r>
        <w:rPr>
          <w:b/>
        </w:rPr>
        <w:t xml:space="preserve">[27:19] </w:t>
      </w:r>
      <w:r>
        <w:t>qaum firon ke sardaron ne kaha kya tu moosa aur us ki qaum ko chhod dega ke woh mulk mein fasad phailayen aur tujh ko aur tere maaboodon ko chhoden firon ne kaha ke hum un ke beton ko qatal karenge aur un ki auraton ko zinda rakhenge aur hum un par poori tarah qadir hain</w:t>
      </w:r>
    </w:p>
    <w:p>
      <w:pPr>
        <w:jc w:val="right"/>
      </w:pPr>
      <w:r>
        <w:t>قوم فرعون کے سرداروں نے کہا کیا تو موسی اور اس کی قوم کو چھوڑ دے گا کہ وہ ملک میں فساد پھیلائیں اور تجھ کو اور تیرے معبودوں کو چھوڑیں فرعون نے کہا کہ ہم ان کے بیٹوں کو قتل کریں گے اور ان کی عورتوں کو زندہ رکھیں گے اور ہم ان پر پوری طرح قادر ہیں</w:t>
      </w:r>
    </w:p>
    <w:p>
      <w:r>
        <w:rPr>
          <w:b/>
        </w:rPr>
        <w:t xml:space="preserve">[27:48] </w:t>
      </w:r>
      <w:r>
        <w:t>moosa ne apni qaum se kaha ke allah se madad chaho aur sabr karo zameen allah ki hai woh apne bando mein se jis ko chahta hai uska waris bana deta hai aur aakhri kamyabi allah se darne walon hi ke liye hai moosa ki qaum ne kaha hum tumhare aanay se pehle bhi sataye gaye aur tumhare aanay ke baad bhi</w:t>
      </w:r>
    </w:p>
    <w:p>
      <w:pPr>
        <w:jc w:val="right"/>
      </w:pPr>
      <w:r>
        <w:t>موسی نے اپنی قوم سے کہا کہ اللہ سے مدد چاہو اور صبر کرو زمین اللہ کی ہے وہ اپنے بندوں میں سے جس کو چاہتا ہے اس کا وارث بنا دیتا ہے اور اخری کامیابی اللہ سے ڈرنے والوں ہی کے لیے ہے موسی کی قوم نے کہا ہم تمہارے انے سے پہلے بھی ستائے گئے اور تمہارے انے کے بعد بھی</w:t>
      </w:r>
    </w:p>
    <w:p>
      <w:r>
        <w:rPr>
          <w:b/>
        </w:rPr>
        <w:t xml:space="preserve">[28:16] </w:t>
      </w:r>
      <w:r>
        <w:t>moosa ne kaha qareeb hai ke tumhara rab tumhare dushman ko halak kar de aur bajaye un ke tum ko is sarzamin ka malik bana de phir dekh hai ke tum kaisa amal karte ho</w:t>
      </w:r>
    </w:p>
    <w:p>
      <w:pPr>
        <w:jc w:val="right"/>
      </w:pPr>
      <w:r>
        <w:t>موسی نے کہا قریب ہے کہ تمہارا رب تمہارے دشمن کو ہلاک کر دے اور بجائے ان کے تم کو اس سرزمین کا مالک بنا دے پھر دیکھ ہے کہ تم کیسا عمل کرتے ہو</w:t>
      </w:r>
    </w:p>
    <w:p>
      <w:r>
        <w:rPr>
          <w:b/>
        </w:rPr>
        <w:t xml:space="preserve">[28:34] </w:t>
      </w:r>
      <w:r>
        <w:t>tashreeh bani israel ne apne peghambar ke samne jo masla pesh kiya woh hukoomat ka paida kiya hua tha magar peghambar ne uska jo hal bataya woh yeh tha ke allah ki taraf rujoo karo</w:t>
      </w:r>
    </w:p>
    <w:p>
      <w:pPr>
        <w:jc w:val="right"/>
      </w:pPr>
      <w:r>
        <w:t>تشریح بنی اسرائیل نے اپنے پیغمبر کے سامنے جو مسئلہ پیش کیا وہ حکومت کا پیدا کیا ہوا تھا مگر پیغمبر نے اس کا جو حل بتایا وہ یہ تھا کہ اللہ کی طرف رجوع کرو</w:t>
      </w:r>
    </w:p>
    <w:p>
      <w:r>
        <w:rPr>
          <w:b/>
        </w:rPr>
        <w:t xml:space="preserve">[28:53] </w:t>
      </w:r>
      <w:r>
        <w:t>is se andaza hota hai ke qaumi masail ke bare mein dunya daar leaderon ke sochne ke andaz aur peghambar ke sochne ke andaz mein kya farq hai dunya daar leader is qism ke masle ka hal hukoomat ki satah par talash karta hai khwah woh hukoomat se maslehat ki surat mein ho ya hukoomat se takadum ki surat mein</w:t>
      </w:r>
    </w:p>
    <w:p>
      <w:pPr>
        <w:jc w:val="right"/>
      </w:pPr>
      <w:r>
        <w:t>اس سے اندازہ ہوتا ہے کہ قومی مسائل کے بارے میں دنیا دار لیڈروں کے سوچنے کے انداز اور پیغمبر کے سوچنے کے انداز میں کیا فرق ہے دنیا دار لیڈر اس قسم کے مسئلے کا حل حکومت کی سطح پر تلاش کرتا ہے خواہ وہ حکومت سے مصالحت کی صورت میں ہو یا حکومت سے تصادم کی صورت میں</w:t>
      </w:r>
    </w:p>
    <w:p>
      <w:r>
        <w:rPr>
          <w:b/>
        </w:rPr>
        <w:t xml:space="preserve">[29:21] </w:t>
      </w:r>
      <w:r>
        <w:t>magar peghambar ne jo hal bataya woh yeh tha ke jo kuch ho raha hai us ko bardasht karte hue khuda se madad ke talib bano hukoomat ki taraf se be niaz ho kar khuda ki taraf rujoo karo peghambar ne yeh bhi bata diya ke woh aam qaumi zauq ke khilaf jo hal pesh kar raha hai woh kyun pesh kar raha hai</w:t>
      </w:r>
    </w:p>
    <w:p>
      <w:pPr>
        <w:jc w:val="right"/>
      </w:pPr>
      <w:r>
        <w:t>مگر پیغمبر نے جو حل بتایا وہ یہ تھا کہ جو کچھ ہو رہا ہے اس کو برداشت کرتے ہوئے خدا سے مدد کے طالب بنو حکومت کی طرف سے بے نیاز ہو کر خدا کی طرف رجوع کرو پیغمبر نے یہ بھی بتا دیا کہ وہ عام قومی ذوق کے خلاف جو حل پیش کر رہا ہے وہ کیوں پیش کر رہا ہے</w:t>
      </w:r>
    </w:p>
    <w:p>
      <w:r>
        <w:rPr>
          <w:b/>
        </w:rPr>
        <w:t xml:space="preserve">[29:46] </w:t>
      </w:r>
      <w:r>
        <w:t>is ki wajah yeh hai ke yeh masail agarchay bazahir iqtadar ki taraf se pesh arhe hain aur bazahir iqtadar hi ke zariye un ka hal bhi niklega lekin khud iqtadar kaise kisi ko milta hai</w:t>
      </w:r>
    </w:p>
    <w:p>
      <w:pPr>
        <w:jc w:val="right"/>
      </w:pPr>
      <w:r>
        <w:t>اس کی وجہ یہ ہے کہ یہ مسائل اگرچہ بظاہر اقتدار کی طرف سے پیش ارہے ہیں اور بظاہر اقتدار ہی کے ذریعے ان کا حل بھی نکلے گا لیکن خود اقتدار کیسے کسی کو ملتا ہے</w:t>
      </w:r>
    </w:p>
    <w:p>
      <w:r>
        <w:rPr>
          <w:b/>
        </w:rPr>
        <w:t xml:space="preserve">[30:03] </w:t>
      </w:r>
      <w:r>
        <w:t>woh mahaz apni tadbeer se kisi ko nahi mil jata balkay barah e rast khuda ki taraf se kisi ko diye janay ka faisla hota hai aur kisi se chheenay janay ka jab iqtadar ka taluq khuda se hai to masle ke hal ki jar bhi yaqeenan khudai ke pas ho sakti hai phir yeh ke yeh iqtadar jis ko bhi diya jaye woh haqeeqatan us ke haq mein azmaish hota hai</w:t>
      </w:r>
    </w:p>
    <w:p>
      <w:pPr>
        <w:jc w:val="right"/>
      </w:pPr>
      <w:r>
        <w:t>وہ محض اپنی تدبیر سے کسی کو نہیں مل جاتا بلکہ براہ راست خدا کی طرف سے کسی کو دیے جانے کا فیصلہ ہوتا ہے اور کسی سے چھینے جانے کا جب اقتدار کا تعلق خدا سے ہے تو مسئلے کے حل کی جڑ بھی یقینا خدائی کے پاس ہو سکتی ہے پھر یہ کہ یہ اقتدار جس کو بھی دیا جائے وہ حقیقتا اس کے حق میں ازمائش ہوتا ہے</w:t>
      </w:r>
    </w:p>
    <w:p>
      <w:r>
        <w:rPr>
          <w:b/>
        </w:rPr>
        <w:t xml:space="preserve">[30:33] </w:t>
      </w:r>
      <w:r>
        <w:t>is dunya mein be taqaton bhi azmaish hai aur taqatwar hona bhi azmaish aj jis ke pas iqtadar hai us ke pas bhi isi liye hai ke us ko azmaya jaye ke woh zalim aur mutakbir banta hai ya insaf aur tawazun ki rawish ikhtiyar karta hai</w:t>
      </w:r>
    </w:p>
    <w:p>
      <w:pPr>
        <w:jc w:val="right"/>
      </w:pPr>
      <w:r>
        <w:t>اس دنیا میں بے طاقتیں بھی ازمائش ہے اور طاقتور ہونا بھی ازمائش اج جس کے پاس اقتدار ہے اس کے پاس بھی اسی لیے ہے کہ اس کو ازمایا جائے کہ وہ ظالم اور متکبر بنتا ہے یا انصاف اور توازن کی روش اختیار کرتا ہے</w:t>
      </w:r>
    </w:p>
    <w:p>
      <w:r>
        <w:rPr>
          <w:b/>
        </w:rPr>
        <w:t xml:space="preserve">[30:57] </w:t>
      </w:r>
      <w:r>
        <w:t>is ke baad jab iqtadar ka faisla tumhare haq mein kiya jayega us waqt bhi uska maqsad tum ko janchna hi hoga jis tarah ek giroh ki nahali ki bina par us se iqtadar chheen kar kisi dosre giroh ko diya jata hai isi tarah dosra giroh agar nahal sabit ho to us se bhi chheen kar dobara kisi aur ko de diya jayega</w:t>
      </w:r>
    </w:p>
    <w:p>
      <w:pPr>
        <w:jc w:val="right"/>
      </w:pPr>
      <w:r>
        <w:t>اس کے بعد جب اقتدار کا فیصلہ تمہارے حق میں کیا جائے گا اس وقت بھی اس کا مقصد تم کو جانچنا ہی ہوگا جس طرح ایک گروہ کی نااہلی کی بنا پر اس سے اقتدار چھین کر کسی دوسرے گروہ کو دیا جاتا ہے اسی طرح دوسرا گروہ اگر نااہل ثابت ہو تو اس سے بھی چھین کر دوبارہ کسی اور کو دے دیا جائے گا</w:t>
      </w:r>
    </w:p>
    <w:p>
      <w:r>
        <w:rPr>
          <w:b/>
        </w:rPr>
        <w:t xml:space="preserve">[31:25] </w:t>
      </w:r>
      <w:r>
        <w:t>khushhali aur iqtadar jis ko admi dunya mein chahta hai woh haqeeqat mein akhirat mein milne wali cheez</w:t>
      </w:r>
    </w:p>
    <w:p>
      <w:pPr>
        <w:jc w:val="right"/>
      </w:pPr>
      <w:r>
        <w:t>خوشحالی اور اقتدار جس کو ادمی دنیا میں چاہتا ہے وہ حقیقت میں اخرت میں ملنے والی چیز</w:t>
      </w:r>
    </w:p>
    <w:p>
      <w:r>
        <w:rPr>
          <w:b/>
        </w:rPr>
        <w:t xml:space="preserve">[31:33] </w:t>
      </w:r>
      <w:r>
        <w:t>hai kyunke dunya mein yeh cheezein bator aazmaish milti hain aur akhirat mein woh bator inaam Khuda ke</w:t>
      </w:r>
    </w:p>
    <w:p>
      <w:pPr>
        <w:jc w:val="right"/>
      </w:pPr>
      <w:r>
        <w:t>ہے کیونکہ دنیا میں یہ چیزیں بطور ازمائش ملتی ہیں اور اخرت میں وہ بطور انعام خدا کے</w:t>
      </w:r>
    </w:p>
    <w:p>
      <w:r>
        <w:rPr>
          <w:b/>
        </w:rPr>
        <w:t xml:space="preserve">[31:43] </w:t>
      </w:r>
      <w:r>
        <w:t>nek bondon ko di jayengi</w:t>
      </w:r>
    </w:p>
    <w:p>
      <w:pPr>
        <w:jc w:val="right"/>
      </w:pPr>
      <w:r>
        <w:t>نیک بندوں کو دی جائیں گی</w:t>
      </w:r>
    </w:p>
    <w:p>
      <w:r>
        <w:rPr>
          <w:b/>
        </w:rPr>
        <w:t xml:space="preserve">[31:47] </w:t>
      </w:r>
      <w:r>
        <w:t>fir'awn bil sineena wa naqsi</w:t>
      </w:r>
    </w:p>
    <w:p>
      <w:pPr>
        <w:jc w:val="right"/>
      </w:pPr>
      <w:r>
        <w:t>فرعون بالسنین ونقص</w:t>
      </w:r>
    </w:p>
    <w:p>
      <w:r>
        <w:rPr>
          <w:b/>
        </w:rPr>
        <w:t xml:space="preserve">[31:55] </w:t>
      </w:r>
      <w:r>
        <w:t>min ath thimarati la'allahum yadhakroon</w:t>
      </w:r>
    </w:p>
    <w:p>
      <w:pPr>
        <w:jc w:val="right"/>
      </w:pPr>
      <w:r>
        <w:t>من الثمرات لعلهم یذکرون</w:t>
      </w:r>
    </w:p>
    <w:p>
      <w:r>
        <w:rPr>
          <w:b/>
        </w:rPr>
        <w:t xml:space="preserve">[32:01] </w:t>
      </w:r>
      <w:r>
        <w:t>fa'idha ja'athumul husna qaloo lana hathihi wa in tusibhum</w:t>
      </w:r>
    </w:p>
    <w:p>
      <w:pPr>
        <w:jc w:val="right"/>
      </w:pPr>
      <w:r>
        <w:t>فاذا جاءتهم الحسنه قالوا لنا هذه وان تصبهم</w:t>
      </w:r>
    </w:p>
    <w:p>
      <w:r>
        <w:rPr>
          <w:b/>
        </w:rPr>
        <w:t xml:space="preserve">[32:11] </w:t>
      </w:r>
      <w:r>
        <w:t>sayyi at yataiyaru bi musa wa ma'ahu ala innama ta'iruhum inda allahi walakin aktharuhum la ya'lamoon wa qalu mahma ta'ti na bihi min ay</w:t>
      </w:r>
    </w:p>
    <w:p>
      <w:pPr>
        <w:jc w:val="right"/>
      </w:pPr>
      <w:r>
        <w:t>سيئه يطیروا بموسى ومن معه الا انما طائرهم عند الله ولكن اکثرهم لا يعلمون وقالوا مهما تاتنا به من ای</w:t>
      </w:r>
    </w:p>
    <w:p>
      <w:r>
        <w:rPr>
          <w:b/>
        </w:rPr>
        <w:t xml:space="preserve">[32:36] </w:t>
      </w:r>
      <w:r>
        <w:t>t letsaharana biha faman nahnu laka bimuminin</w:t>
      </w:r>
    </w:p>
    <w:p>
      <w:pPr>
        <w:jc w:val="right"/>
      </w:pPr>
      <w:r>
        <w:t>ت لتسحرنا بها فما نحن لك بمؤمنین</w:t>
      </w:r>
    </w:p>
    <w:p>
      <w:r>
        <w:rPr>
          <w:b/>
        </w:rPr>
        <w:t xml:space="preserve">[32:43] </w:t>
      </w:r>
      <w:r>
        <w:t>aur hum ne firoun walon ko qahd aur paida war ki kami mein mubtala kiya taake un ko naseehat</w:t>
      </w:r>
    </w:p>
    <w:p>
      <w:pPr>
        <w:jc w:val="right"/>
      </w:pPr>
      <w:r>
        <w:t>اور ہم نے فرعون والوں کو قہد اور پیداوار کی کمی میں مبتلا کیا تاکہ ان کو نصیحت</w:t>
      </w:r>
    </w:p>
    <w:p>
      <w:r>
        <w:rPr>
          <w:b/>
        </w:rPr>
        <w:t xml:space="preserve">[32:51] </w:t>
      </w:r>
      <w:r>
        <w:t>ho lekin jab un par khushhali ati to woh kehte ke yeh hamare liye hai aur agar un</w:t>
      </w:r>
    </w:p>
    <w:p>
      <w:pPr>
        <w:jc w:val="right"/>
      </w:pPr>
      <w:r>
        <w:t>ہو لیکن جب ان پر خوشحالی اتی تو وہ کہتے کہ یہ ہمارے لیے ہے اور اگر ان</w:t>
      </w:r>
    </w:p>
    <w:p>
      <w:r>
        <w:rPr>
          <w:b/>
        </w:rPr>
        <w:t xml:space="preserve">[32:59] </w:t>
      </w:r>
      <w:r>
        <w:t>par koi aafat ati to us ko moosa aur us ke sathiyon ki nahosat batate</w:t>
      </w:r>
    </w:p>
    <w:p>
      <w:pPr>
        <w:jc w:val="right"/>
      </w:pPr>
      <w:r>
        <w:t>پر کوئی افت اتی تو اس کو موسی اور اس کے ساتھیوں کی نحوست بتاتے</w:t>
      </w:r>
    </w:p>
    <w:p>
      <w:r>
        <w:rPr>
          <w:b/>
        </w:rPr>
        <w:t xml:space="preserve">[33:06] </w:t>
      </w:r>
      <w:r>
        <w:t>suno un ki badbakhti to allah ke pas hai magar un mein se aksar nahi jante aur unhone moosa se kaha hum ko masoor karne ke liye tum khwah koi bhi nishani lao hum tum par iman lanay walay nahi hain</w:t>
      </w:r>
    </w:p>
    <w:p>
      <w:pPr>
        <w:jc w:val="right"/>
      </w:pPr>
      <w:r>
        <w:t>سنو ان کی بدبختی تو اللہ کے پاس ہے مگر ان میں سے اکثر نہیں جانتے اور انہوں نے موسی سے کہا ہم کو مسحور کرنے کے لیے تم خواہ کوئی بھی نشانی لاؤ ہم تم پر ایمان لانے والے نہیں ہیں</w:t>
      </w:r>
    </w:p>
    <w:p>
      <w:r>
        <w:rPr>
          <w:b/>
        </w:rPr>
        <w:t xml:space="preserve">[33:26] </w:t>
      </w:r>
      <w:r>
        <w:t>tashreeh kisi baat ko ghalat kehna ho to uska ghalat hona lafzon ki surat mein bataya jata hai aur kisi baat ko sahi kehna ho to us ko bhi lafzon hi ke zariye sahi kaha jata hai isi tarah kisi ko mujrim qarar dena ho to us ko lafzon ke zariye mujrim qarar diya jata hai aur agar kisi ko bar sar e haq zahir karna ho to uska bar sar e haq hona bhi lafzon mein bataya jata hai</w:t>
      </w:r>
    </w:p>
    <w:p>
      <w:pPr>
        <w:jc w:val="right"/>
      </w:pPr>
      <w:r>
        <w:t>تشریح کسی بات کو غلط کہنا ہو تو اس کا غلط ہونا لفظوں کی صورت میں بتایا جاتا ہے اور کسی بات کو صحیح کہنا ہو تو اس کو بھی لفظوں ہی کے ذریعے صحیح کہا جاتا ہے اسی طرح کسی کو مجرم قرار دینا ہو تو اس کو لفظوں کے ذریعے مجرم قرار دیا جاتا ہے اور اگر کسی کو برسر حق ظاہر کرنا ہو تو اس کا برسر حق ہونا بھی لفظوں میں بتایا جاتا ہے</w:t>
      </w:r>
    </w:p>
    <w:p>
      <w:r>
        <w:rPr>
          <w:b/>
        </w:rPr>
        <w:t xml:space="preserve">[33:56] </w:t>
      </w:r>
      <w:r>
        <w:t>magar alfaaz ka istemal karne wala insan hai aur maujooda imtehan ki dunya mein insan ko yeh ikhtiyar hasil hai ke woh alfaaz ko jis tarah chahe apni marzi ke mutabiq istemal kare</w:t>
      </w:r>
    </w:p>
    <w:p>
      <w:pPr>
        <w:jc w:val="right"/>
      </w:pPr>
      <w:r>
        <w:t>مگر الفاظ کا استعمال کرنے والا انسان ہے اور موجودہ امتحان کی دنیا میں انسان کو یہ اختیار حاصل ہے کہ وہ الفاظ کو جس طرح چاہے اپنی مرضی کے مطابق استعمال کرے</w:t>
      </w:r>
    </w:p>
    <w:p>
      <w:r>
        <w:rPr>
          <w:b/>
        </w:rPr>
        <w:t xml:space="preserve">[34:15] </w:t>
      </w:r>
      <w:r>
        <w:t>imtehan ki is dunya mein aadmi ko jo azadi di gayi hai us mein sab se zyada nazuk azadi yeh hai ke woh haq ko batil kehne ke liye bhi alfaaz pa leta hai aur batil ko haq kehne ke liye bhi woh ek khule hue peghambaraana moajze ko jadu keh kar nazar andaaz kar sakta hai khuda is ko koi nemat de to woh is ko aise alfaaz mein bayan kar sakta hai</w:t>
      </w:r>
    </w:p>
    <w:p>
      <w:pPr>
        <w:jc w:val="right"/>
      </w:pPr>
      <w:r>
        <w:t>امتحان کی اس دنیا میں ادمی کو جو ازادی دی گئی ہے اس میں سب سے زیادہ نازک ازادی یہ ہے کہ وہ حق کو باطل کہنے کے لیے بھی الفاظ پا لیتا ہے اور باطل کو حق کہنے کے لیے بھی وہ ایک کھلے ہوئے پیغمبرانہ معجزے کو جادو کہہ کر نظر انداز کر سکتا ہے خدا اس کو کوئی نعمت دے تو وہ اس کو ایسے الفاظ میں بیان کر سکتا ہے</w:t>
      </w:r>
    </w:p>
    <w:p>
      <w:r>
        <w:rPr>
          <w:b/>
        </w:rPr>
        <w:t xml:space="preserve">[34:42] </w:t>
      </w:r>
      <w:r>
        <w:t>goya ke is ko jo kuch mila hai apni salahiyaton aur koshishon ki badolat mila hai haq ko nazar andaaz karne ki wajah se khuda is ke upar koi tanbeeh saza bheje to woh azad hai ke is ko woh khudaparast bandon ki nahusat ka nateeja qarar de de jin ke sath bura rawaiyah ikhtiyar karne hi ki wajah se is par yeh tanbeeh aayi hai</w:t>
      </w:r>
    </w:p>
    <w:p>
      <w:pPr>
        <w:jc w:val="right"/>
      </w:pPr>
      <w:r>
        <w:t>گویا کہ اس کو جو کچھ ملا ہے اپنی صلاحیتوں اور کوششوں کی بدولت ملا ہے حق کو نظر انداز کرنے کی وجہ سے خدا اس کے اوپر کوئی تنبیہی سزا بھیجے تو وہ ازاد ہے کہ اس کو وہ خدا پرست بندوں کی نحوست کا نتیجہ قرار دے دے جن کے ساتھ برا رویہ اختیار کرنے ہی کی وجہ سے اس پر یہ تنبیہ ائی ہے</w:t>
      </w:r>
    </w:p>
    <w:p>
      <w:r>
        <w:rPr>
          <w:b/>
        </w:rPr>
        <w:t xml:space="preserve">[35:09] </w:t>
      </w:r>
      <w:r>
        <w:t>khuda ki taraf se har baat is liye aati hai ke aadmi is se naseehat pakre magar alfaaz ke zareeye aadmi har naseehat ko ek ulta rukh de deta hai aur is ke andar jo sabaq ka pehlu hai us ko paane se mehroom reh jata hai tum khwah koi bhi nishani dikhao hum imaan nahi layenge</w:t>
      </w:r>
    </w:p>
    <w:p>
      <w:pPr>
        <w:jc w:val="right"/>
      </w:pPr>
      <w:r>
        <w:t>خدا کی طرف سے ہر بات اس لیے اتی ہے کہ ادمی اس سے نصیحت پکڑے مگر الفاظ کے ذریعے ادمی ہر نصیحت کو ایک الٹا رخ دے دیتا ہے اور اس کے اندر جو سبق کا پہلو ہے اس کو پانے سے محروم رہ جاتا ہے تم خواہ کوئی بھی نشانی دکھاؤ ہم ایمان نہیں لائیں گے</w:t>
      </w:r>
    </w:p>
    <w:p>
      <w:r>
        <w:rPr>
          <w:b/>
        </w:rPr>
        <w:t xml:space="preserve">[35:36] </w:t>
      </w:r>
      <w:r>
        <w:t>firaun ka yeh jumla batata hai ke haq apni mukammal surat mein maujood hone ke bawajood sirf usi ko milta hai jo is ko paana chahe bil-fi'l deegar jo shakhs haq ke moamle mein sanjeeda ho jis ke andar fi'l-waqe yeh amadagi ho ke haq khwah jahan aur jis surat mein bhi mile woh is ko le lega is par haq ka haq hona khulta hai</w:t>
      </w:r>
    </w:p>
    <w:p>
      <w:pPr>
        <w:jc w:val="right"/>
      </w:pPr>
      <w:r>
        <w:t>فرعون کا یہ جملہ بتاتا ہے کہ حق اپنی مکمل صورت میں موجود ہونے کے باوجود صرف اسی کو ملتا ہے جو اس کو پانا چاہے بالفعل دیگر جو شخص حق کے معاملے میں سنجیدہ ہو جس کے اندر فی الواقع یہ امادگی ہو کہ حق خواہ جہاں اور جس صورت میں بھی ملے وہ اس کو لے لے گا اس پر حق کا حق ہونا کھلتا ہے</w:t>
      </w:r>
    </w:p>
    <w:p>
      <w:r>
        <w:rPr>
          <w:b/>
        </w:rPr>
        <w:t xml:space="preserve">[36:05] </w:t>
      </w:r>
      <w:r>
        <w:t>is ke bar aks jo shakhs is moamle mein sanjeeda na ho jis ka haal yeh ho ke jo kuch is ke pas hai bas usi par woh mutmaeen hai woh haq ko haq ki surat mein dekhne se ajiz rahega aur isi liye woh is ko ikhtiyar bhi na kar sakega apne haal par magan rehna aadmi ko apne se bahar ki cheezon ke liye bekhabar bana deta hai</w:t>
      </w:r>
    </w:p>
    <w:p>
      <w:pPr>
        <w:jc w:val="right"/>
      </w:pPr>
      <w:r>
        <w:t>اس کے برعکس جو شخص اس معاملے میں سنجیدہ نہ ہو جس کا حال یہ ہو کہ جو کچھ اس کے پاس ہے بس اسی پر وہ مطمئن ہے وہ حق کو حق کی صورت میں دیکھنے سے عاجز رہے گا اور اسی لیے وہ اس کو اختیار بھی نہ کر سکے گا اپنے حال پر مگن رہنا ادمی کو اپنے سے باہر کی چیزوں کے لیے بے خبر بنا دیتا ہے</w:t>
      </w:r>
    </w:p>
    <w:p>
      <w:r>
        <w:rPr>
          <w:b/>
        </w:rPr>
        <w:t xml:space="preserve">[36:33] </w:t>
      </w:r>
      <w:r>
        <w:t>woh jaan kar bhi nahi janta woh sun kar bhi nahi sunta</w:t>
      </w:r>
    </w:p>
    <w:p>
      <w:pPr>
        <w:jc w:val="right"/>
      </w:pPr>
      <w:r>
        <w:t>وہ جان کر بھی نہیں جانتا وہ سن کر بھی نہیں سنتا</w:t>
      </w:r>
    </w:p>
    <w:p>
      <w:r>
        <w:rPr>
          <w:b/>
        </w:rPr>
        <w:t xml:space="preserve">[36:44] </w:t>
      </w:r>
      <w:r>
        <w:t>aadmi agar ghair mutasir zehan ke tehat soche to woh zaroor haqeeqat ko pa le ga lekin aksar log apni nafsiyaton ke zair asar rai qaim karte hain</w:t>
      </w:r>
    </w:p>
    <w:p>
      <w:pPr>
        <w:jc w:val="right"/>
      </w:pPr>
      <w:r>
        <w:t>ادمی اگر غیر متاثر ذہن کے تحت سوچے تو وہ ضرور حقیقت کو پا لے گا لیکن اکثر لوگ اپنی نفسیات کے زیر اثر رائے قائم کرتے ہیں</w:t>
      </w:r>
    </w:p>
    <w:p>
      <w:r>
        <w:rPr>
          <w:b/>
        </w:rPr>
        <w:t xml:space="preserve">[37:03] </w:t>
      </w:r>
      <w:r>
        <w:t>yahi wajah hai ke woh haqeeqat ko paane mein nakaam rehte hain</w:t>
      </w:r>
    </w:p>
    <w:p>
      <w:pPr>
        <w:jc w:val="right"/>
      </w:pPr>
      <w:r>
        <w:t>یہی وجہ ہے کہ وہ حقیقت کو پانے میں ناکام رہتے ہیں</w:t>
      </w:r>
    </w:p>
    <w:p>
      <w:r>
        <w:rPr>
          <w:b/>
        </w:rPr>
        <w:t xml:space="preserve">[37:35] </w:t>
      </w:r>
      <w:r>
        <w:t>wakanu qauma mujrimin walamma waqa alaihimur riju qalu ya moosa adu lana rabbaka bima ahda indaka</w:t>
      </w:r>
    </w:p>
    <w:p>
      <w:pPr>
        <w:jc w:val="right"/>
      </w:pPr>
      <w:r>
        <w:t>وكانوا قوما مجرمین ولما وقع علیہم الرجز قالوا یا موسی ادع لنا ربک بما عهد عندک</w:t>
      </w:r>
    </w:p>
    <w:p>
      <w:r>
        <w:rPr>
          <w:b/>
        </w:rPr>
        <w:t xml:space="preserve">[37:45] </w:t>
      </w:r>
      <w:r>
        <w:t>lain kashafta anna arriju lanu minanna</w:t>
      </w:r>
    </w:p>
    <w:p>
      <w:pPr>
        <w:jc w:val="right"/>
      </w:pPr>
      <w:r>
        <w:t>لئن کشفت عنا الرجز لنؤمنن</w:t>
      </w:r>
    </w:p>
    <w:p>
      <w:r>
        <w:rPr>
          <w:b/>
        </w:rPr>
        <w:t xml:space="preserve">[37:51] </w:t>
      </w:r>
      <w:r>
        <w:t>laka walanursilanna maaka bani</w:t>
      </w:r>
    </w:p>
    <w:p>
      <w:pPr>
        <w:jc w:val="right"/>
      </w:pPr>
      <w:r>
        <w:t>لک ولنرسلن معک بنی</w:t>
      </w:r>
    </w:p>
    <w:p>
      <w:r>
        <w:rPr>
          <w:b/>
        </w:rPr>
        <w:t xml:space="preserve">[37:57] </w:t>
      </w:r>
      <w:r>
        <w:t>israil falamma kashafna anhumur riju ila</w:t>
      </w:r>
    </w:p>
    <w:p>
      <w:pPr>
        <w:jc w:val="right"/>
      </w:pPr>
      <w:r>
        <w:t>اسرائیل فلما كشفنا عنهم الرجز الى</w:t>
      </w:r>
    </w:p>
    <w:p>
      <w:r>
        <w:rPr>
          <w:b/>
        </w:rPr>
        <w:t xml:space="preserve">[38:08] </w:t>
      </w:r>
      <w:r>
        <w:t>ajalin hum balighuhu idha hum yankuthun</w:t>
      </w:r>
    </w:p>
    <w:p>
      <w:pPr>
        <w:jc w:val="right"/>
      </w:pPr>
      <w:r>
        <w:t>اجل هم بالغوه اذا همینکثون</w:t>
      </w:r>
    </w:p>
    <w:p>
      <w:r>
        <w:rPr>
          <w:b/>
        </w:rPr>
        <w:t xml:space="preserve">[38:17] </w:t>
      </w:r>
      <w:r>
        <w:t>phir hum ne un ke upar toofan bheja aur todi aur juen aur medak aur khoon</w:t>
      </w:r>
    </w:p>
    <w:p>
      <w:pPr>
        <w:jc w:val="right"/>
      </w:pPr>
      <w:r>
        <w:t>پھر ہم نے ان کے اوپر طوفان بھیجا اور ٹڈی اور جیویں اور معدک اور خون</w:t>
      </w:r>
    </w:p>
    <w:p>
      <w:r>
        <w:rPr>
          <w:b/>
        </w:rPr>
        <w:t xml:space="preserve">[38:29] </w:t>
      </w:r>
      <w:r>
        <w:t>yeh sab nishaniyan alag alag dikhayin phir bhi unhone takabbur kiya aur woh mujrim log thay aur jab un par koi azab parta to kehte aye musa apne rab se hamare liye dua karo jis ka is ne tum se wada kar rakha hai</w:t>
      </w:r>
    </w:p>
    <w:p>
      <w:pPr>
        <w:jc w:val="right"/>
      </w:pPr>
      <w:r>
        <w:t>یہ سب نشانیاں الگ الگ دکھائیں پھر بھی انہوں نے تکبر کیا اور وہ مجرم لوگ تھے اور جب ان پر کوئی عذاب پڑتا تو کہتے اے موسی اپنے رب سے ہمارے لیے دعا کرو جس کا اس نے تم سے وعدہ کر رکھا ہے</w:t>
      </w:r>
    </w:p>
    <w:p>
      <w:r>
        <w:rPr>
          <w:b/>
        </w:rPr>
        <w:t xml:space="preserve">[38:53] </w:t>
      </w:r>
      <w:r>
        <w:t>agar tum hum par se is azab ko hata do to hum zaroor tum par iman layenge</w:t>
      </w:r>
    </w:p>
    <w:p>
      <w:pPr>
        <w:jc w:val="right"/>
      </w:pPr>
      <w:r>
        <w:t>اگر تم ہم پر سے اس عذاب کو ہٹا دو تو ہم ضرور تم پر ایمان لائیں گے</w:t>
      </w:r>
    </w:p>
    <w:p>
      <w:r>
        <w:rPr>
          <w:b/>
        </w:rPr>
        <w:t xml:space="preserve">[39:01] </w:t>
      </w:r>
      <w:r>
        <w:t>aur tumhare sath bani israil ko jane denge</w:t>
      </w:r>
    </w:p>
    <w:p>
      <w:pPr>
        <w:jc w:val="right"/>
      </w:pPr>
      <w:r>
        <w:t>اور تمہارے ساتھ بنی اسرائیل کو جانے دیں گے</w:t>
      </w:r>
    </w:p>
    <w:p>
      <w:r>
        <w:rPr>
          <w:b/>
        </w:rPr>
        <w:t xml:space="preserve">[39:08] </w:t>
      </w:r>
      <w:r>
        <w:t>phir jab hum un se door kar dete aafat</w:t>
      </w:r>
    </w:p>
    <w:p>
      <w:pPr>
        <w:jc w:val="right"/>
      </w:pPr>
      <w:r>
        <w:t>پھر جب ہم ان سے دور کر دیتے افت</w:t>
      </w:r>
    </w:p>
    <w:p>
      <w:r>
        <w:rPr>
          <w:b/>
        </w:rPr>
        <w:t xml:space="preserve">[39:12] </w:t>
      </w:r>
      <w:r>
        <w:t>kuch muddat ke liye jahan baharhal unhein pahunchna tha to usi waqt woh ahad ko tod dete</w:t>
      </w:r>
    </w:p>
    <w:p>
      <w:pPr>
        <w:jc w:val="right"/>
      </w:pPr>
      <w:r>
        <w:t>کچھ مدت کے لیے جہاں بہرحال انہیں پہنچنا تھا تو اسی وقت وہ عہد کو توڑ دیتے</w:t>
      </w:r>
    </w:p>
    <w:p>
      <w:r>
        <w:rPr>
          <w:b/>
        </w:rPr>
        <w:t xml:space="preserve">[39:24] </w:t>
      </w:r>
      <w:r>
        <w:t>tashreeh hazrat musa ne misr mein taqreeban chalis peghambari ki aap ke mission ke do ajza thay</w:t>
      </w:r>
    </w:p>
    <w:p>
      <w:pPr>
        <w:jc w:val="right"/>
      </w:pPr>
      <w:r>
        <w:t>تشریح حضرت موسی نے مصر میں تقریبا چالیس پیغمبری کی اپ کے مشن کے دو اجزاء تھے</w:t>
      </w:r>
    </w:p>
    <w:p>
      <w:r>
        <w:rPr>
          <w:b/>
        </w:rPr>
        <w:t xml:space="preserve">[39:36] </w:t>
      </w:r>
      <w:r>
        <w:t>ek firaun ko tauheed ka paigham dena dosre bani israel ko misr se nikal kar sahra-e-seena mein le jana aur wahan azadana fiza mein un ki deeni tarbiyat karna</w:t>
      </w:r>
    </w:p>
    <w:p>
      <w:pPr>
        <w:jc w:val="right"/>
      </w:pPr>
      <w:r>
        <w:t>ایک فرعون کو توحید کا پیغام دینا دوسرے بنی اسرائیل کو مصر سے نکال کر صحرائے سینا میں لے جانا اور وہاں ازادانہ فضا میں ان کی دینی تربیت کرنا</w:t>
      </w:r>
    </w:p>
    <w:p>
      <w:r>
        <w:rPr>
          <w:b/>
        </w:rPr>
        <w:t xml:space="preserve">[39:56] </w:t>
      </w:r>
      <w:r>
        <w:t>bani israel is waqt shadeed taur par firaun ki giraft mein thay qaum un ko apne ziraati aur ta'meeri kamon mein bator mazdoor istemal karti thi is liye hukmaran nahi chahte thay ke bani israel misr se bahar chale jayen</w:t>
      </w:r>
    </w:p>
    <w:p>
      <w:pPr>
        <w:jc w:val="right"/>
      </w:pPr>
      <w:r>
        <w:t>بنی اسرائیل اس وقت شدید طور پر فرعون کی گرفت میں تھے قوم ان کو اپنے زراعتی اور تعمیری کاموں میں بطور مزدور استعمال کرتی تھی اس لیے حکمران نہیں چاہتے تھے کہ بنی اسرائیل مصر سے باہر چلے جائیں</w:t>
      </w:r>
    </w:p>
    <w:p>
      <w:r>
        <w:rPr>
          <w:b/>
        </w:rPr>
        <w:t xml:space="preserve">[40:23] </w:t>
      </w:r>
      <w:r>
        <w:t>hazrat musa ne ibtida jab firaun se mutalba kiya ke bani israel ko mere sath misr se bahar jane de to firaun aur us ke darbaariyon ne is ko siyasat ka pehna kar ajnabiyat par yeh ilzam lagaya ke woh qaum ko misr se nikal dena chahte hain</w:t>
      </w:r>
    </w:p>
    <w:p>
      <w:pPr>
        <w:jc w:val="right"/>
      </w:pPr>
      <w:r>
        <w:t>حضرت موسی نے ابتداء جب فرعون سے مطالبہ کیا کہ بنی اسرائیل کو میرے ساتھ مصر سے باہر جانے دے تو فرعون اور اس کے درباریوں نے اس کو سیاسی مانا پہنا کر اجناب پر یہ الزام لگایا کہ وہ قوم کو مصر سے نکال دینا چاہتے ہیں</w:t>
      </w:r>
    </w:p>
    <w:p>
      <w:r>
        <w:rPr>
          <w:b/>
        </w:rPr>
        <w:t xml:space="preserve">[40:47] </w:t>
      </w:r>
      <w:r>
        <w:t>yeh baat sarasar be mani thi kyunke hazrat moosa ka mansooba to khud apne aap ko misr se</w:t>
      </w:r>
    </w:p>
    <w:p>
      <w:pPr>
        <w:jc w:val="right"/>
      </w:pPr>
      <w:r>
        <w:t>یہ بات سراسر بے معنی تھی کیونکہ حضرت موسی کا منصوبہ تو خود اپنے اپ کو مصر سے</w:t>
      </w:r>
    </w:p>
    <w:p>
      <w:r>
        <w:rPr>
          <w:b/>
        </w:rPr>
        <w:t xml:space="preserve">[40:56] </w:t>
      </w:r>
      <w:r>
        <w:t>bahar le jane ka tha aur firoun ne yeh ulta ilzam lagaya ke woh qibtiyon ko un ke</w:t>
      </w:r>
    </w:p>
    <w:p>
      <w:pPr>
        <w:jc w:val="right"/>
      </w:pPr>
      <w:r>
        <w:t>باہر لے جانے کا تھا اور فرعون نے یہ الٹا الزام لگایا کہ وہ قبطیوں کو ان کے</w:t>
      </w:r>
    </w:p>
    <w:p>
      <w:r>
        <w:rPr>
          <w:b/>
        </w:rPr>
        <w:t xml:space="preserve">[41:03] </w:t>
      </w:r>
      <w:r>
        <w:t>mulk se bahar nikal dena chahte hain</w:t>
      </w:r>
    </w:p>
    <w:p>
      <w:pPr>
        <w:jc w:val="right"/>
      </w:pPr>
      <w:r>
        <w:t>ملک سے باہر نکال دینا چاہتے ہیں</w:t>
      </w:r>
    </w:p>
    <w:p>
      <w:r>
        <w:rPr>
          <w:b/>
        </w:rPr>
        <w:t xml:space="preserve">[41:07] </w:t>
      </w:r>
      <w:r>
        <w:t>is waqt firoun aur us ke sathiyon ikhtiyar ke ghamand mein the is liye seedhi baat bhi un</w:t>
      </w:r>
    </w:p>
    <w:p>
      <w:pPr>
        <w:jc w:val="right"/>
      </w:pPr>
      <w:r>
        <w:t>اس وقت فرعون اور اس کے ساتھی اقتدار کے گھمنڈ میں تھے اس لیے سیدھی بات بھی ان</w:t>
      </w:r>
    </w:p>
    <w:p>
      <w:r>
        <w:rPr>
          <w:b/>
        </w:rPr>
        <w:t xml:space="preserve">[41:14] </w:t>
      </w:r>
      <w:r>
        <w:t>ko teedhi nazar aai</w:t>
      </w:r>
    </w:p>
    <w:p>
      <w:pPr>
        <w:jc w:val="right"/>
      </w:pPr>
      <w:r>
        <w:t>کو ٹیڑھی نظر ائی</w:t>
      </w:r>
    </w:p>
    <w:p>
      <w:r>
        <w:rPr>
          <w:b/>
        </w:rPr>
        <w:t xml:space="preserve">[41:19] </w:t>
      </w:r>
      <w:r>
        <w:t>magar baad ke marhale mein khuda ne firaun aur us ki qaum par har tarah ki balaen nazil kin un par kai saal tak musalsal qahat pade shadeed gurj chamak ke sath polon ka toofan aaya toddiyon ke dal ke dal aaye jo fasal aur bagh ko kha gaye aur har qism ki sabzi ka khatma kar diya</w:t>
      </w:r>
    </w:p>
    <w:p>
      <w:pPr>
        <w:jc w:val="right"/>
      </w:pPr>
      <w:r>
        <w:t>مگر بعد کے مرحلے میں خدا نے فرعون اور اس کی قوم پر ہر طرح کی بلائیں نازل کیں ان پر کئی سال تک مسلسل قہد پڑے شدید گرج چمک کے ساتھ پولوں کا طوفان ایا ٹڈیوں کے دل کے دل ائے جو فصل اور باغ کو کھا گئے اور ہر قسم کی سبزی کا خاتمہ کر دیا</w:t>
      </w:r>
    </w:p>
    <w:p>
      <w:r>
        <w:rPr>
          <w:b/>
        </w:rPr>
        <w:t xml:space="preserve">[41:48] </w:t>
      </w:r>
      <w:r>
        <w:t>juen aur medak is kasrat se ho gaye ke kapdon aur bistaron mein juen hi juen theen aur gharon aur raston mein har taraf medak hi medak kudne lage dariyaon aur talabon ka pani khoon ho gaya</w:t>
      </w:r>
    </w:p>
    <w:p>
      <w:pPr>
        <w:jc w:val="right"/>
      </w:pPr>
      <w:r>
        <w:t>جویں اور میڈک اس کثرت سے ہو گئے کہ کپڑوں اور بستروں میں جویں ہی جویں تھیں اور گھروں اور راستوں میں ہر طرف میڈک ہی میڈک کودنے لگے دریاؤں اور تالابوں کا پانی خون ہو گیا</w:t>
      </w:r>
    </w:p>
    <w:p>
      <w:r>
        <w:rPr>
          <w:b/>
        </w:rPr>
        <w:t xml:space="preserve">[42:07] </w:t>
      </w:r>
      <w:r>
        <w:t>firoun aur us ki qaum jab in ajib o gharib museebaton mein mubtala hui to woh keh uthe</w:t>
      </w:r>
    </w:p>
    <w:p>
      <w:pPr>
        <w:jc w:val="right"/>
      </w:pPr>
      <w:r>
        <w:t>فرعون اور اس کی قوم جب ان عجیب و غریب مصیبتوں میں مبتلا ہوئی تو وہ کہہ اٹھے</w:t>
      </w:r>
    </w:p>
    <w:p>
      <w:r>
        <w:rPr>
          <w:b/>
        </w:rPr>
        <w:t xml:space="preserve">[42:14] </w:t>
      </w:r>
      <w:r>
        <w:t>ke khuda agar in museebaton ko hum se tal de to hum bani israil ko moosa ke sath</w:t>
      </w:r>
    </w:p>
    <w:p>
      <w:pPr>
        <w:jc w:val="right"/>
      </w:pPr>
      <w:r>
        <w:t>کہ خدا اگر ان مصیبتوں کو ہم سے ٹال دے تو ہم بنی اسرائیل کو موسی کے ساتھ</w:t>
      </w:r>
    </w:p>
    <w:p>
      <w:r>
        <w:rPr>
          <w:b/>
        </w:rPr>
        <w:t xml:space="preserve">[42:21] </w:t>
      </w:r>
      <w:r>
        <w:t>jane denge</w:t>
      </w:r>
    </w:p>
    <w:p>
      <w:pPr>
        <w:jc w:val="right"/>
      </w:pPr>
      <w:r>
        <w:t>جانے دیں گے</w:t>
      </w:r>
    </w:p>
    <w:p>
      <w:r>
        <w:rPr>
          <w:b/>
        </w:rPr>
        <w:t xml:space="preserve">[42:24] </w:t>
      </w:r>
      <w:r>
        <w:t>hazrat moosa ke jis mutalbe mein pehle qibtiyon ke ikhraj ki sazish dikhai di thi woh ab khud</w:t>
      </w:r>
    </w:p>
    <w:p>
      <w:pPr>
        <w:jc w:val="right"/>
      </w:pPr>
      <w:r>
        <w:t>حضرت موسی کے جس مطالبے میں پہلے قبطیوں کے اخراج کی سازش دکھائی دی تھی وہ اب خود</w:t>
      </w:r>
    </w:p>
    <w:p>
      <w:r>
        <w:rPr>
          <w:b/>
        </w:rPr>
        <w:t xml:space="preserve">[42:31] </w:t>
      </w:r>
      <w:r>
        <w:t>bani israil ki hijrat ke hamana nazar ane lagi</w:t>
      </w:r>
    </w:p>
    <w:p>
      <w:pPr>
        <w:jc w:val="right"/>
      </w:pPr>
      <w:r>
        <w:t>بنی اسرائیل کی ہجرت کے ہمانہ نظر انے لگی</w:t>
      </w:r>
    </w:p>
    <w:p>
      <w:r>
        <w:rPr>
          <w:b/>
        </w:rPr>
        <w:t xml:space="preserve">[42:40] </w:t>
      </w:r>
      <w:r>
        <w:t>aadmi apne ko mehfooz halat mein pa raha ho to woh tarah tarah ki baaten banata hai magar jab us se hifazat chheen li jaye aur us ko ajz aur be-basi ke moqam par khada kar diya jaye to achaanak woh haqeeqat pasand ban jata hai ab woh baat khud hi us ki samajh mein a jati hai jo pehle samjhane ke baad bhi samajh mein nahi aati thi m</w:t>
      </w:r>
    </w:p>
    <w:p>
      <w:pPr>
        <w:jc w:val="right"/>
      </w:pPr>
      <w:r>
        <w:t>ادمی اپنے کو محفوظ حالت میں پا رہا ہو تو وہ طرح طرح کی باتیں بناتا ہے مگر جب اس سے حفاظت چھین لی جائے اور اس کو عجز اور بے بسی کے مقام پر کھڑا کر دیا جائے تو اچانک وہ حقیقت پسند بن جاتا ہے اب وہ بات خود ہی اس کی سمجھ میں ا جاتی ہے جو پہلے سمجھانے کے بعد بھی سمجھ میں نہیں اتی تھی م</w:t>
      </w:r>
    </w:p>
    <w:p>
      <w:r>
        <w:rPr>
          <w:b/>
        </w:rPr>
        <w:t xml:space="preserve">[43:07] </w:t>
      </w:r>
      <w:r>
        <w:t>agar inkar ki taqat rakhte hue iqrar karne ka naam iqrar hai alfaaz chheen jane ke baad koi iqrar iqrar nahi</w:t>
      </w:r>
    </w:p>
    <w:p>
      <w:pPr>
        <w:jc w:val="right"/>
      </w:pPr>
      <w:r>
        <w:t>گر انکار کی طاقت رکھتے ہوئے اقرار کرنے کا نام اقرار ہے الفاظ چھن جانے کے بعد کوئی اقرار اقرار نہیں</w:t>
      </w:r>
    </w:p>
    <w:p>
      <w:r>
        <w:rPr>
          <w:b/>
        </w:rPr>
        <w:t xml:space="preserve">[43:29] </w:t>
      </w:r>
      <w:r>
        <w:t>minhum fa aghraqnahum fil yami biahnahum kadhabu bi ayatina biahnahum</w:t>
      </w:r>
    </w:p>
    <w:p>
      <w:pPr>
        <w:jc w:val="right"/>
      </w:pPr>
      <w:r>
        <w:t>منہم فاغرقناهم فی الیم بانهم کذبوا بایاتنا بانهم</w:t>
      </w:r>
    </w:p>
    <w:p>
      <w:r>
        <w:rPr>
          <w:b/>
        </w:rPr>
        <w:t xml:space="preserve">[43:32] </w:t>
      </w:r>
      <w:r>
        <w:t>kadhabu bi ayatina wakanu anha ghafilin</w:t>
      </w:r>
    </w:p>
    <w:p>
      <w:pPr>
        <w:jc w:val="right"/>
      </w:pPr>
      <w:r>
        <w:t>کذبوا بایاتنا وكانوا عنها غافلین</w:t>
      </w:r>
    </w:p>
    <w:p>
      <w:r>
        <w:rPr>
          <w:b/>
        </w:rPr>
        <w:t xml:space="preserve">[43:40] </w:t>
      </w:r>
      <w:r>
        <w:t>wa warithna al qawm alladhina kanu yastadh'ufun mashariq al ard wa magharibaha allati barakna fiha</w:t>
      </w:r>
    </w:p>
    <w:p>
      <w:pPr>
        <w:jc w:val="right"/>
      </w:pPr>
      <w:r>
        <w:t>واورثنا القوم الذین كانوا یستضعفون مشارق الارض ومغاربها التي بارکنا فیها</w:t>
      </w:r>
    </w:p>
    <w:p>
      <w:r>
        <w:rPr>
          <w:b/>
        </w:rPr>
        <w:t xml:space="preserve">[43:52] </w:t>
      </w:r>
      <w:r>
        <w:t>wa tammat kalimat rabbika al husna 'ala bani</w:t>
      </w:r>
    </w:p>
    <w:p>
      <w:pPr>
        <w:jc w:val="right"/>
      </w:pPr>
      <w:r>
        <w:t>وتمت کلمۃ ربک الحسنى علی بنی</w:t>
      </w:r>
    </w:p>
    <w:p>
      <w:r>
        <w:rPr>
          <w:b/>
        </w:rPr>
        <w:t xml:space="preserve">[43:58] </w:t>
      </w:r>
      <w:r>
        <w:t>isra'il bima sabaru</w:t>
      </w:r>
    </w:p>
    <w:p>
      <w:pPr>
        <w:jc w:val="right"/>
      </w:pPr>
      <w:r>
        <w:t>اسرائیل بما صبروا</w:t>
      </w:r>
    </w:p>
    <w:p>
      <w:r>
        <w:rPr>
          <w:b/>
        </w:rPr>
        <w:t xml:space="preserve">[44:03] </w:t>
      </w:r>
      <w:r>
        <w:t>wa dammarna ma kana yasna' fir'awn wa qawmuhu wa ma kanu ya'rushun</w:t>
      </w:r>
    </w:p>
    <w:p>
      <w:pPr>
        <w:jc w:val="right"/>
      </w:pPr>
      <w:r>
        <w:t>ودمرنا ما كان یصنع فرعون وقومہ وما كانوا یعرشون</w:t>
      </w:r>
    </w:p>
    <w:p>
      <w:r>
        <w:rPr>
          <w:b/>
        </w:rPr>
        <w:t xml:space="preserve">[44:14] </w:t>
      </w:r>
      <w:r>
        <w:t>phir hum ne un ko saza di aur un ko samundar mein gharq kar diya kyunke unhon ne</w:t>
      </w:r>
    </w:p>
    <w:p>
      <w:pPr>
        <w:jc w:val="right"/>
      </w:pPr>
      <w:r>
        <w:t>پھر ہم نے ان کو سزا دی اور ان کو سمندر میں غرق کر دیا کیونکہ انہوں نے</w:t>
      </w:r>
    </w:p>
    <w:p>
      <w:r>
        <w:rPr>
          <w:b/>
        </w:rPr>
        <w:t xml:space="preserve">[44:21] </w:t>
      </w:r>
      <w:r>
        <w:t>hamari nishaniyon ko jhutlaya aur un se be parwa ho gaye aur jo log kamzor samjhe jatay thay</w:t>
      </w:r>
    </w:p>
    <w:p>
      <w:pPr>
        <w:jc w:val="right"/>
      </w:pPr>
      <w:r>
        <w:t>ہماری نشانیوں کو جھٹلایا اور ان سے بے پرواہ ہو گئے اور جو لوگ کمزور سمجھے جاتے تھے</w:t>
      </w:r>
    </w:p>
    <w:p>
      <w:r>
        <w:rPr>
          <w:b/>
        </w:rPr>
        <w:t xml:space="preserve">[44:30] </w:t>
      </w:r>
      <w:r>
        <w:t>un ko hum ne is zameen ke mashriq o maghrib ka waris bana diya jis mein hum ne</w:t>
      </w:r>
    </w:p>
    <w:p>
      <w:pPr>
        <w:jc w:val="right"/>
      </w:pPr>
      <w:r>
        <w:t>ان کو ہم نے اس زمین کے مشرق و مغرب کا وارث بنا دیا جس میں ہم نے</w:t>
      </w:r>
    </w:p>
    <w:p>
      <w:r>
        <w:rPr>
          <w:b/>
        </w:rPr>
        <w:t xml:space="preserve">[44:37] </w:t>
      </w:r>
      <w:r>
        <w:t>barkat rakhi thi aur bani isra'il par tere rab ka naik wada poora ho gaya</w:t>
      </w:r>
    </w:p>
    <w:p>
      <w:pPr>
        <w:jc w:val="right"/>
      </w:pPr>
      <w:r>
        <w:t>برکت رکھی تھی اور بنی اسرائیل پر تیرے رب کا نیک وعدہ پورا ہو گیا</w:t>
      </w:r>
    </w:p>
    <w:p>
      <w:r>
        <w:rPr>
          <w:b/>
        </w:rPr>
        <w:t xml:space="preserve">[44:44] </w:t>
      </w:r>
      <w:r>
        <w:t>sabab is ke ke unhone sabr kiya aur hum ne firaun aur us ki qaum ka woh sab kuch barbaad kar diya jo woh banate thay aur jo woh charhate thay tashreeh</w:t>
      </w:r>
    </w:p>
    <w:p>
      <w:pPr>
        <w:jc w:val="right"/>
      </w:pPr>
      <w:r>
        <w:t>بسبب اس کے کہ انہوں نے صبر کیا اور ہم نے فرعون اور اس کی قوم کا وہ سب کچھ برباد کر دیا جو وہ بناتے تھے اور جو وہ چڑھاتے تھے تشریح</w:t>
      </w:r>
    </w:p>
    <w:p>
      <w:r>
        <w:rPr>
          <w:b/>
        </w:rPr>
        <w:t xml:space="preserve">[45:02] </w:t>
      </w:r>
      <w:r>
        <w:t>anbiya ki mukhatib qomon par jo azab aata hai woh takzib ayat ki bina par aata hai yani nishaniyon ko jhutlana</w:t>
      </w:r>
    </w:p>
    <w:p>
      <w:pPr>
        <w:jc w:val="right"/>
      </w:pPr>
      <w:r>
        <w:t>انبیاء کی مخاطب قوموں پر جو عذاب اتا ہے وہ تکذیب ایات کی بنا پر اتا ہے یعنی نشانیوں کو جھٹلانا</w:t>
      </w:r>
    </w:p>
    <w:p>
      <w:r>
        <w:rPr>
          <w:b/>
        </w:rPr>
        <w:t xml:space="preserve">[45:13] </w:t>
      </w:r>
      <w:r>
        <w:t>is ke muqable mein anbiya ke saathiyon par jo khususi nusrat utarti hai us ka istehqaaq un ko sabr ki wajah se hasil hota hai yani apne jazbat ko thaam kar Allah ke tareeqe par sabit qadam rehna</w:t>
      </w:r>
    </w:p>
    <w:p>
      <w:pPr>
        <w:jc w:val="right"/>
      </w:pPr>
      <w:r>
        <w:t>اس کے مقابلے میں انبیاء کے ساتھیوں پر جو خصوصی نصرت اترتی ہے اس کا استحقاق ان کو صبر کی وجہ سے حاصل ہوتا ہے یعنی اپنے جذبات کو تھام کر اللہ کے طریقے پر ثابت قدم رہنا</w:t>
      </w:r>
    </w:p>
    <w:p>
      <w:r>
        <w:rPr>
          <w:b/>
        </w:rPr>
        <w:t xml:space="preserve">[45:33] </w:t>
      </w:r>
      <w:r>
        <w:t>nishaniyon se murad woh dalail hain jo haq ko haq sabit karne wale hote hain</w:t>
      </w:r>
    </w:p>
    <w:p>
      <w:pPr>
        <w:jc w:val="right"/>
      </w:pPr>
      <w:r>
        <w:t>نشانیوں سے مراد وہ دلائل ہیں جو حق کو حق ثابت کرنے والے ہوتے ہیں</w:t>
      </w:r>
    </w:p>
    <w:p>
      <w:r>
        <w:rPr>
          <w:b/>
        </w:rPr>
        <w:t xml:space="preserve">[45:38] </w:t>
      </w:r>
      <w:r>
        <w:t>magar aadmi apni mutakbirana nafsiyat ki wajah se in ko maanne par qadir nahi hota woh dalil ke maamle ko dalil pesh karne wale ka maamla bana leta hai woh samajhta hai ke agar maine yeh dalil maan li to falan shakhs ke muqable mein mera martaba ghat jayega</w:t>
      </w:r>
    </w:p>
    <w:p>
      <w:pPr>
        <w:jc w:val="right"/>
      </w:pPr>
      <w:r>
        <w:t>مگر ادمی اپنی متکبرانہ نفسیات کی وجہ سے ان کو ماننے پر قادر نہیں ہوتا وہ دلیل کے معاملے کو دلیل پیش کرنے والے کا معاملہ بنا لیتا ہے وہ سمجھتا ہے کہ اگر میں نے یہ دلیل مان لی تو فلاں شخص کے مقابلے میں میرا مرتبہ گھٹ جائے گا</w:t>
      </w:r>
    </w:p>
    <w:p>
      <w:r>
        <w:rPr>
          <w:b/>
        </w:rPr>
        <w:t xml:space="preserve">[46:02] </w:t>
      </w:r>
      <w:r>
        <w:t>woh dalil pesh karne wale ke muqable mein apne ko bala rakhne ki khatir dalil ki balatari ko tasleem nahi karta magar yahi insaan ki azmaish ka asal maqam hai maujooda duniya mein Khuda nishaniyon ya dalail ke parde mein akhirat hai akhirat mein woh be hijab ho kar zahir ho jayega</w:t>
      </w:r>
    </w:p>
    <w:p>
      <w:pPr>
        <w:jc w:val="right"/>
      </w:pPr>
      <w:r>
        <w:t>وہ دلیل پیش کرنے والے کے مقابلے میں اپنے کو بالا رکھنے کی خاطر دلیل کی بالاتری کو تسلیم نہیں کرتا مگر یہی انسان کی ازمائش کا اصل مقام ہے موجودہ دنیا میں خدا نشانیوں یا دلائل کے پردے میں اخرت ہے اخرت میں وہ بے حجاب ہو کر ظاہر ہو جائے گا</w:t>
      </w:r>
    </w:p>
    <w:p>
      <w:r>
        <w:rPr>
          <w:b/>
        </w:rPr>
        <w:t xml:space="preserve">[46:30] </w:t>
      </w:r>
      <w:r>
        <w:t>magar iman wahi muatbar hai jabke aadmi parda dari ke sath zahir hone wale haq ko pa le be hijabi ke sath zahir hone wale haq ko maanna sirf aadmi ke jurm ko sabit karega na ke woh us ko inaam ka mustahiq banaye aisa iqrar sirf is baat ka saboot hoga ke aadmi ne apni be parwahi ki wajah se haq ko na jaana</w:t>
      </w:r>
    </w:p>
    <w:p>
      <w:pPr>
        <w:jc w:val="right"/>
      </w:pPr>
      <w:r>
        <w:t>مگر ایمان وہی معتبر ہے جبکہ ادمی پردہ داری کے ساتھ ظاہر ہونے والے حق کو پا لے بے حجابی کے ساتھ ظاہر ہونے والے حق کو ماننا صرف ادمی کے جرم کو ثابت کرے گا نہ کہ وہ اس کو انعام کا مستحق بنائے ایسا اقرار صرف اس بات کا ثبوت ہوگا کہ ادمی نے اپنی بے پرواہی کی وجہ سے حق کو نہ جانا</w:t>
      </w:r>
    </w:p>
    <w:p>
      <w:r>
        <w:rPr>
          <w:b/>
        </w:rPr>
        <w:t xml:space="preserve">[46:59] </w:t>
      </w:r>
      <w:r>
        <w:t>agar woh is ke bare mein sanjeeda hota to yaqeen woh us ko jaan leta</w:t>
      </w:r>
    </w:p>
    <w:p>
      <w:pPr>
        <w:jc w:val="right"/>
      </w:pPr>
      <w:r>
        <w:t>اگر وہ اس کے بارے میں سنجیدہ ہوتا تو یقین وہ اس کو جان لیتا</w:t>
      </w:r>
    </w:p>
    <w:p>
      <w:r>
        <w:rPr>
          <w:b/>
        </w:rPr>
        <w:t xml:space="preserve">[47:09] </w:t>
      </w:r>
      <w:r>
        <w:t>is ke muqable mein Khuda ke wafadar bande hain jin ki sab se numayan khususiyaat sabr hai haqeeqat yeh hai ke iman ki zindagi sarasar sabr ki zindagi hai</w:t>
      </w:r>
    </w:p>
    <w:p>
      <w:pPr>
        <w:jc w:val="right"/>
      </w:pPr>
      <w:r>
        <w:t>اس کے مقابلے میں خدا کے وفادار بندے ہیں جن کی سب سے نمایاں خصوصیت صبر ہے حقیقت یہ ہے کہ ایمان کی زندگی سراسر صبر کی زندگی ہے</w:t>
      </w:r>
    </w:p>
    <w:p>
      <w:r>
        <w:rPr>
          <w:b/>
        </w:rPr>
        <w:t xml:space="preserve">[47:21] </w:t>
      </w:r>
      <w:r>
        <w:t>apne jaisay aik insaan ki zaban se haq ka ailan sun kar us ko maan lena aadaaton aur maslehaton par qaim shuda zindagi ko haq aur usool ki buniyad par qaim karna logon ki taraf se pesh aane wali yagaon ko Khuda ki khatir nazar andaz karna haq ke mukhalifeen ki dali hui museebaton se past himmat na hona</w:t>
      </w:r>
    </w:p>
    <w:p>
      <w:pPr>
        <w:jc w:val="right"/>
      </w:pPr>
      <w:r>
        <w:t>اپنے جیسے ایک انسان کی زبان سے حق کا اعلان سن کر اس کو مان لینا عادتوں اور مصلحتوں پر قائم شدہ زندگی کو حق اور اصول کی بنیاد پر قائم کرنا لوگوں کی طرف سے پیش انے والی یگاؤں کو خدا کی خاطر نظر انداز کرنا حق کے مخالفین کی ڈالی ہوئی مصیبتوں سے پست ہمت نہ ہونا</w:t>
      </w:r>
    </w:p>
    <w:p>
      <w:r>
        <w:rPr>
          <w:b/>
        </w:rPr>
        <w:t xml:space="preserve">[47:48] </w:t>
      </w:r>
      <w:r>
        <w:t>yeh sab iman ke lazmi marhal hain aur aadmi sabr ke baghair in marhal se kamyabi ke sath guzar nahi sakta firoun ko apne iqtadar par aur apne baghon aur imaraton par ghamand tha hazrat Moosa ki hijrat ke baad firoun aur uska lashkar samandar mein gharaq kar diya gaya</w:t>
      </w:r>
    </w:p>
    <w:p>
      <w:pPr>
        <w:jc w:val="right"/>
      </w:pPr>
      <w:r>
        <w:t>یہ سب ایمان کے لازمی مراحل ہیں اور ادمی صبر کے بغیر ان مراحل سے کامیابی کے ساتھ گزر نہیں سکتا فرعون کو اپنے اقتدار پر اور اپنے باغوں اور عمارتوں پر گھمنڈ تھا حضرت موسی کی ہجرت کے بعد فرعون اور اس کا لشکر سمندر میں غرق کر دیا گیا</w:t>
      </w:r>
    </w:p>
    <w:p>
      <w:r>
        <w:rPr>
          <w:b/>
        </w:rPr>
        <w:t xml:space="preserve">[48:14] </w:t>
      </w:r>
      <w:r>
        <w:t>polon aur tidiyon ne Misr ke sar sabz o shadab baghat ko ujaar diya aur zalon ne un ki shandar imaratein dha dein doosri taraf hazrat Moosa ki chand naslon ke baad hazrat Dawood aur hazrat Sulaiman ke zamane mein Bani Israel atraf Misr par qabiz ho gaye</w:t>
      </w:r>
    </w:p>
    <w:p>
      <w:pPr>
        <w:jc w:val="right"/>
      </w:pPr>
      <w:r>
        <w:t>پولوں اور ٹڈیوں نے مصر کے سرسبز و شاداب باغات کو اجاڑ دیا اور زلزلوں نے ان کی شاندار عمارتیں ڈھا دیں دوسری طرف حضرت موسی کی چند نسلوں کے بعد حضرت داؤد اور حضرت سلیمان کے زمانے میں بنی اسرائیل اطراف مصر پر قابض ہو گئے</w:t>
      </w:r>
    </w:p>
    <w:p>
      <w:r>
        <w:rPr>
          <w:b/>
        </w:rPr>
        <w:t xml:space="preserve">[48:38] </w:t>
      </w:r>
      <w:r>
        <w:t>nishaniyon ko jhutlanay walay hamesha khuda ke ghazab ke mustahiq hotay hain aur sabr karnay walay hamesha khuda</w:t>
      </w:r>
    </w:p>
    <w:p>
      <w:pPr>
        <w:jc w:val="right"/>
      </w:pPr>
      <w:r>
        <w:t>نشانیوں کو جھٹلانے والے ہمیشہ خدا کے غضب کے مستحق ہوتے ہیں اور صبر کرنے والے ہمیشہ خدا</w:t>
      </w:r>
    </w:p>
    <w:p>
      <w:r>
        <w:rPr>
          <w:b/>
        </w:rPr>
        <w:t xml:space="preserve">[48:48] </w:t>
      </w:r>
      <w:r>
        <w:t>ki nasrat ke</w:t>
      </w:r>
    </w:p>
    <w:p>
      <w:pPr>
        <w:jc w:val="right"/>
      </w:pPr>
      <w:r>
        <w:t>کی نصرت کے</w:t>
      </w:r>
    </w:p>
    <w:p>
      <w:r>
        <w:rPr>
          <w:b/>
        </w:rPr>
        <w:t xml:space="preserve">[49:23] </w:t>
      </w:r>
      <w:r>
        <w:t>in ha'ula'i mutabbar</w:t>
      </w:r>
    </w:p>
    <w:p>
      <w:pPr>
        <w:jc w:val="right"/>
      </w:pPr>
      <w:r>
        <w:t>ان ہؤلاء متبر</w:t>
      </w:r>
    </w:p>
    <w:p>
      <w:r>
        <w:rPr>
          <w:b/>
        </w:rPr>
        <w:t xml:space="preserve">[49:29] </w:t>
      </w:r>
      <w:r>
        <w:t>ma hum fihi wa batil</w:t>
      </w:r>
    </w:p>
    <w:p>
      <w:pPr>
        <w:jc w:val="right"/>
      </w:pPr>
      <w:r>
        <w:t>ما هم فيه وباطل</w:t>
      </w:r>
    </w:p>
    <w:p>
      <w:r>
        <w:rPr>
          <w:b/>
        </w:rPr>
        <w:t xml:space="preserve">[49:32] </w:t>
      </w:r>
      <w:r>
        <w:t>ma kanu ya'malun</w:t>
      </w:r>
    </w:p>
    <w:p>
      <w:pPr>
        <w:jc w:val="right"/>
      </w:pPr>
      <w:r>
        <w:t>ما كانوا يعملون</w:t>
      </w:r>
    </w:p>
    <w:p>
      <w:r>
        <w:rPr>
          <w:b/>
        </w:rPr>
        <w:t xml:space="preserve">[49:36] </w:t>
      </w:r>
      <w:r>
        <w:t>qala aghair allahi abghikum ilahan wa huwa fadlakum 'ala al 'alamin</w:t>
      </w:r>
    </w:p>
    <w:p>
      <w:pPr>
        <w:jc w:val="right"/>
      </w:pPr>
      <w:r>
        <w:t>قال اغير اللہ ابغیکم الہا وهو فضلکم على العالمین</w:t>
      </w:r>
    </w:p>
    <w:p>
      <w:r>
        <w:rPr>
          <w:b/>
        </w:rPr>
        <w:t xml:space="preserve">[49:47] </w:t>
      </w:r>
      <w:r>
        <w:t>wa idh anjaynakum min al fir'awn yasumunakum</w:t>
      </w:r>
    </w:p>
    <w:p>
      <w:pPr>
        <w:jc w:val="right"/>
      </w:pPr>
      <w:r>
        <w:t>واذ انجيناكم من ال فرعون يسومونكم</w:t>
      </w:r>
    </w:p>
    <w:p>
      <w:r>
        <w:rPr>
          <w:b/>
        </w:rPr>
        <w:t xml:space="preserve">[49:54] </w:t>
      </w:r>
      <w:r>
        <w:t>su' al 'adhab yaqtulun abna'akum</w:t>
      </w:r>
    </w:p>
    <w:p>
      <w:pPr>
        <w:jc w:val="right"/>
      </w:pPr>
      <w:r>
        <w:t>سوء العذاب يقتلون ابناءكم</w:t>
      </w:r>
    </w:p>
    <w:p>
      <w:r>
        <w:rPr>
          <w:b/>
        </w:rPr>
        <w:t xml:space="preserve">[50:01] </w:t>
      </w:r>
      <w:r>
        <w:t>wa yastahyun nisa'akum wa fi dhalika</w:t>
      </w:r>
    </w:p>
    <w:p>
      <w:pPr>
        <w:jc w:val="right"/>
      </w:pPr>
      <w:r>
        <w:t>ويستحيون نساءكم وفي ذلك</w:t>
      </w:r>
    </w:p>
    <w:p>
      <w:r>
        <w:rPr>
          <w:b/>
        </w:rPr>
        <w:t xml:space="preserve">[50:09] </w:t>
      </w:r>
      <w:r>
        <w:t>bala'un</w:t>
      </w:r>
    </w:p>
    <w:p>
      <w:pPr>
        <w:jc w:val="right"/>
      </w:pPr>
      <w:r>
        <w:t>بلاء</w:t>
      </w:r>
    </w:p>
    <w:p>
      <w:r>
        <w:rPr>
          <w:b/>
        </w:rPr>
        <w:t xml:space="preserve">[50:12] </w:t>
      </w:r>
      <w:r>
        <w:t>min rabbikum azeem</w:t>
      </w:r>
    </w:p>
    <w:p>
      <w:pPr>
        <w:jc w:val="right"/>
      </w:pPr>
      <w:r>
        <w:t>من ربكم عظیم</w:t>
      </w:r>
    </w:p>
    <w:p>
      <w:r>
        <w:rPr>
          <w:b/>
        </w:rPr>
        <w:t xml:space="preserve">[50:17] </w:t>
      </w:r>
      <w:r>
        <w:t>aur hum ne Bani Israel ko samandar ke paar utar diya phir un ka guzar aik aisi qaum par hua jo poojne mein lag rahe the apne buton ke unhone kaha aey Moosa hamari ibadat ke liye bhi aik but bana de jaise un ke but hain</w:t>
      </w:r>
    </w:p>
    <w:p>
      <w:pPr>
        <w:jc w:val="right"/>
      </w:pPr>
      <w:r>
        <w:t>اور ہم نے بنی اسرائیل کو سمندر کے پار اتار دیا پھر ان کا گزر ایک ایسی قوم پر ہوا جو پوجنے میں لگ رہے تھے اپنے بتوں کے انہوں نے کہا اے موسی ہماری عبادت کے لیے بھی ایک بت بنا دے جیسے ان کے بت ہیں</w:t>
      </w:r>
    </w:p>
    <w:p>
      <w:r>
        <w:rPr>
          <w:b/>
        </w:rPr>
        <w:t xml:space="preserve">[50:39] </w:t>
      </w:r>
      <w:r>
        <w:t>Moosa ne kaha tum bade jahil log ho yeh log jis kaam mein lage hue hain woh barbad hone wala hai aur yeh jo kuch kar rahe hain woh baatil hai us ne kaha kya main Allah ke siwa koi aur mabood tumhare liye talash karoon halanke us ne tum ko tamam ahl-e-alam par fazilat di hai aur</w:t>
      </w:r>
    </w:p>
    <w:p>
      <w:pPr>
        <w:jc w:val="right"/>
      </w:pPr>
      <w:r>
        <w:t>موسی نے کہا تم بڑے جاہل لوگ ہو یہ لوگ جس کام میں لگے ہوئے ہیں وہ برباد ہونے والا ہے اور یہ جو کچھ کر رہے ہیں وہ باطل ہے اس نے کہا کیا میں اللہ کے سوا کوئی اور معبود تمہارے لیے تلاش کروں حالانکہ اس نے تم کو تمام اہل عالم پر فضیلت دی ہے اور</w:t>
      </w:r>
    </w:p>
    <w:p>
      <w:r>
        <w:rPr>
          <w:b/>
        </w:rPr>
        <w:t xml:space="preserve">[51:04] </w:t>
      </w:r>
      <w:r>
        <w:t>jab hum ne firoun walon se tum ko nijat di jo tum ko sakht azab mein dale hue the tumhare beton ko qatal karte aur tumhari auraton ko zinda rehne dete aur is mein tumhare Rab ki taraf se tumhari bari azmaish thi</w:t>
      </w:r>
    </w:p>
    <w:p>
      <w:pPr>
        <w:jc w:val="right"/>
      </w:pPr>
      <w:r>
        <w:t>جب ہم نے فرعون والوں سے تم کو نجات دی جو تم کو سخت عذاب میں ڈالے ہوئے تھے تمہارے بیٹوں کو قتل کرتے اور تمہاری عورتوں کو زندہ رہنے دیتے اور اس میں تمہارے رب کی طرف سے تمہاری بڑی ازمائش تھی</w:t>
      </w:r>
    </w:p>
    <w:p>
      <w:r>
        <w:rPr>
          <w:b/>
        </w:rPr>
        <w:t xml:space="preserve">[51:24] </w:t>
      </w:r>
      <w:r>
        <w:t>tashreeh Bani Israel Bahr-e-Amr ke shumali siray ko par kar ke Jazeera numaye Sina mein pahunche phir shumal se janub ki taraf samandar ke kinare kinare apna safar shuru kiya is darmiyan mein kisi maqam se guzarte hue Bani Israel ne aik qaum ko dekha ke woh but ki parastish mein mashgool hai</w:t>
      </w:r>
    </w:p>
    <w:p>
      <w:pPr>
        <w:jc w:val="right"/>
      </w:pPr>
      <w:r>
        <w:t>تشریح بنی اسرائیل بحر امر کے شمالی سرے کو پار کر کے جزیرہ نمائے سینا میں پہنچے پھر شمال سے جنوب کی طرف سمندر کے کنارے کنارے اپنا سفر شروع کیا اس درمیان میں کسی مقام سے گزرتے ہوئے بنی اسرائیل نے ایک قوم کو دیکھا کہ وہ بت کی پرستش میں مشغول ہے</w:t>
      </w:r>
    </w:p>
    <w:p>
      <w:r>
        <w:rPr>
          <w:b/>
        </w:rPr>
        <w:t xml:space="preserve">[51:53] </w:t>
      </w:r>
      <w:r>
        <w:t>us waqt Bani Israel ke kuch logon ne yeh taqaza kiya ke un ke liye aik but bana diya jaye aadmi ki sab se bari kamzori zahir parasti hai woh ghayb mein chhupe hue Khuda par apna zehn poori tarah jama nahi pata is liye woh kisi na kisi zahiri cheez mein atka kar reh jata hai</w:t>
      </w:r>
    </w:p>
    <w:p>
      <w:pPr>
        <w:jc w:val="right"/>
      </w:pPr>
      <w:r>
        <w:t>اس وقت بنی اسرائیل کے کچھ لوگوں نے یہ تقاضا کیا کہ ان کے لیے ایک بت بنا دیا جائے ادمی کی سب سے بڑی کمزوری ظاہر پرستی ہے وہ غیب میں چھپے ہوئے خدا پر اپنا ذہن پوری طرح جمع نہیں پاتا اس لیے وہ کسی نہ کسی ظاہری چیز میں اٹک کر رہ جاتا ہے</w:t>
      </w:r>
    </w:p>
    <w:p>
      <w:r>
        <w:rPr>
          <w:b/>
        </w:rPr>
        <w:t xml:space="preserve">[52:19] </w:t>
      </w:r>
      <w:r>
        <w:t>kuch be shaoor log pathar aur dhat ke bane hue buton ke aage jhukte hain aur jo log zyada muazzab hain woh kisi shakhsiyat kisi qaum ya kisi tamadduni dhanche ko apna markaz tawajjuh bana lete hain Bani Israel ke kuch afraad ne jab hazrat Moosa se zahiri but gharrne ki farmish ki to aap ne farmaya</w:t>
      </w:r>
    </w:p>
    <w:p>
      <w:pPr>
        <w:jc w:val="right"/>
      </w:pPr>
      <w:r>
        <w:t>کچھ بے شعور لوگ پتھر اور دھات کے بنے ہوئے بتوں کے اگے جھکتے ہیں اور جو لوگ زیادہ مہذب ہیں وہ کسی شخصیت کسی قوم یا کسی تمدنی ڈھانچے کو اپنا مرکز توجہ بنا لیتے ہیں بنی اسرائیل کے کچھ افراد نے جب حضرت موسی سے ظاہری بت گھڑنے کی فرمائش کی تو اپ نے فرمایا</w:t>
      </w:r>
    </w:p>
    <w:p>
      <w:r>
        <w:rPr>
          <w:b/>
        </w:rPr>
        <w:t xml:space="preserve">[52:46] </w:t>
      </w:r>
      <w:r>
        <w:t>yeh log jis kaam mein lage hue hain woh sab barbad kiya jane wala hai yani hamara mission to yeh hai ke hum in zahiri Khudaon ko tod kar khatam kar dein aur aadmi ko poori tarah sirf aik Khuda ka parastar banayein phir kaise mumkin hai ke hum khud hi is qism ka aik zahiri Khuda apne liye gharr lein</w:t>
      </w:r>
    </w:p>
    <w:p>
      <w:pPr>
        <w:jc w:val="right"/>
      </w:pPr>
      <w:r>
        <w:t>یہ لوگ جس کام میں لگے ہوئے ہیں وہ سب برباد کیا جانے والا ہے یعنی ہمارا مشن تو یہ ہے کہ ہم ان ظاہری خداؤں کو توڑ کر ختم کر دیں اور ادمی کو پوری طرح صرف ایک خدا کا پرستار بنائیں پھر کیسے ممکن ہے کہ ہم خود ہی اس قسم کا ایک ظاہری خدا اپنے لیے گھڑ لیں</w:t>
      </w:r>
    </w:p>
    <w:p>
      <w:r>
        <w:rPr>
          <w:b/>
        </w:rPr>
        <w:t xml:space="preserve">[53:14] </w:t>
      </w:r>
      <w:r>
        <w:t>Bani Israel ko tamam ahl-e-alam par fazilat di is se murad kisi qism ki nasli fazilat nahi hai balke mansabi fazilat hai yeh usi mani mein hai jis mani mein ummat-e-Muhammadi ke bare mein kaha gaya hai ke tum khair ummat ho</w:t>
      </w:r>
    </w:p>
    <w:p>
      <w:pPr>
        <w:jc w:val="right"/>
      </w:pPr>
      <w:r>
        <w:t>بنی اسرائیل کو تمام اہل عالم پر فضیلت دی اس سے مراد کسی قسم کی نسلی فضیلت نہیں ہے بلکہ منصبی فضیلت ہے یہ اسی معنی میں ہے جس معنی میں امت محمدی کے بارے میں کہا گیا ہے کہ تم خیر امت ہو</w:t>
      </w:r>
    </w:p>
    <w:p>
      <w:r>
        <w:rPr>
          <w:b/>
        </w:rPr>
        <w:t xml:space="preserve">[53:34] </w:t>
      </w:r>
      <w:r>
        <w:t>Allah taala ki sunnat yeh hai ke woh kisi giroh ko apni kitab ka hamil banata hai aur us ke zariye doosri qawam tak apna paigham pahunchata hai qadeem zamane mein yeh mansab Bani Israel ko hasil tha khatm-e-nabuwat ke baad yeh mansab ummat-e-Muhammadi ko diya gaya hai</w:t>
      </w:r>
    </w:p>
    <w:p>
      <w:pPr>
        <w:jc w:val="right"/>
      </w:pPr>
      <w:r>
        <w:t>اللہ تعالی کی سنت یہ ہے کہ وہ کسی گروہ کو اپنی کتاب کا حامل بناتا ہے اور اس کے ذریعے دوسری اقوام تک اپنا پیغام پہنچاتا ہے قدیم زمانے میں یہ منصب بنی اسرائیل کو حاصل تھا ختم نبوت کے بعد یہ منصب امت محمدی کو دیا گیا ہے</w:t>
      </w:r>
    </w:p>
    <w:p>
      <w:r>
        <w:rPr>
          <w:b/>
        </w:rPr>
        <w:t xml:space="preserve">[54:00] </w:t>
      </w:r>
      <w:r>
        <w:t>firoun ko yeh mauqa milna ke woh Bani Israel par zulm kare yeh Bani Israel ke liye ba taur azmaish tha na ke ba taur azab is tarah ki azmaish is liye hoti hai ke ahl-e-iman ko jhanjhoor kar bedar kiya jaye</w:t>
      </w:r>
    </w:p>
    <w:p>
      <w:pPr>
        <w:jc w:val="right"/>
      </w:pPr>
      <w:r>
        <w:t>فرعون کو یہ موقع ملنا کہ وہ بنی اسرائیل پر ظلم کرے یہ بنی اسرائیل کے لیے بطور ازمائش تھا نہ کہ بطور عذاب اس طرح کی ازمائش اس لیے ہوتی ہے کہ اہل ایمان کو جھنجھوڑ کر بیدار کیا جائے</w:t>
      </w:r>
    </w:p>
    <w:p>
      <w:r>
        <w:rPr>
          <w:b/>
        </w:rPr>
        <w:t xml:space="preserve">[54:16] </w:t>
      </w:r>
      <w:r>
        <w:t>yeh maloom kiya jaye ke kaun mushkil halaat mein Khuda ke deen se phir jata hai aur aur kaun hai jo sabr ki had tak Khuda ke deen par qaim rehne wala hai</w:t>
      </w:r>
    </w:p>
    <w:p>
      <w:pPr>
        <w:jc w:val="right"/>
      </w:pPr>
      <w:r>
        <w:t>یہ معلوم کیا جائے کہ کون مشکل حالات میں خدا کے دین سے پھر جاتا ہے اور اور کون ہے جو صبر کی حد تک خدا کے دین پر قائم رہنے والا ہے</w:t>
      </w:r>
    </w:p>
    <w:p>
      <w:r>
        <w:rPr>
          <w:b/>
        </w:rPr>
        <w:t xml:space="preserve">[54:34] </w:t>
      </w:r>
      <w:r>
        <w:t>wa wa'adna musa thalathin laylah</w:t>
      </w:r>
    </w:p>
    <w:p>
      <w:pPr>
        <w:jc w:val="right"/>
      </w:pPr>
      <w:r>
        <w:t>وواعدنا موسی ثلاثین لیلۃ</w:t>
      </w:r>
    </w:p>
    <w:p>
      <w:r>
        <w:rPr>
          <w:b/>
        </w:rPr>
        <w:t xml:space="preserve">[54:39] </w:t>
      </w:r>
      <w:r>
        <w:t>wa atmamnaha bi 'ashrin fa tamma</w:t>
      </w:r>
    </w:p>
    <w:p>
      <w:pPr>
        <w:jc w:val="right"/>
      </w:pPr>
      <w:r>
        <w:t>واتممناها بعشر فتم</w:t>
      </w:r>
    </w:p>
    <w:p>
      <w:r>
        <w:rPr>
          <w:b/>
        </w:rPr>
        <w:t xml:space="preserve">[54:44] </w:t>
      </w:r>
      <w:r>
        <w:t>miqata rabbih arba'in laylah</w:t>
      </w:r>
    </w:p>
    <w:p>
      <w:pPr>
        <w:jc w:val="right"/>
      </w:pPr>
      <w:r>
        <w:t>میقات ربه اربعین لیلۃ</w:t>
      </w:r>
    </w:p>
    <w:p>
      <w:r>
        <w:rPr>
          <w:b/>
        </w:rPr>
        <w:t xml:space="preserve">[54:50] </w:t>
      </w:r>
      <w:r>
        <w:t>wa qala musa li akhih harun</w:t>
      </w:r>
    </w:p>
    <w:p>
      <w:pPr>
        <w:jc w:val="right"/>
      </w:pPr>
      <w:r>
        <w:t>وقال موسی لاخیهارون</w:t>
      </w:r>
    </w:p>
    <w:p>
      <w:r>
        <w:rPr>
          <w:b/>
        </w:rPr>
        <w:t xml:space="preserve">[54:53] </w:t>
      </w:r>
      <w:r>
        <w:t>khalifni fi qawmi wa aslih wa la tattabi' sabil al mufsidina</w:t>
      </w:r>
    </w:p>
    <w:p>
      <w:pPr>
        <w:jc w:val="right"/>
      </w:pPr>
      <w:r>
        <w:t>خلفنی فی قومی واصلح ولا تتبع سبیل المفسدین</w:t>
      </w:r>
    </w:p>
    <w:p>
      <w:r>
        <w:rPr>
          <w:b/>
        </w:rPr>
        <w:t xml:space="preserve">[55:02] </w:t>
      </w:r>
      <w:r>
        <w:t>wa lamma ja'a musa li miqatina</w:t>
      </w:r>
    </w:p>
    <w:p>
      <w:pPr>
        <w:jc w:val="right"/>
      </w:pPr>
      <w:r>
        <w:t>ولما جاء موسی لميقاتنا</w:t>
      </w:r>
    </w:p>
    <w:p>
      <w:r>
        <w:rPr>
          <w:b/>
        </w:rPr>
        <w:t xml:space="preserve">[55:08] </w:t>
      </w:r>
      <w:r>
        <w:t>wa kallamahu rabbuhu qala rabbi arini</w:t>
      </w:r>
    </w:p>
    <w:p>
      <w:pPr>
        <w:jc w:val="right"/>
      </w:pPr>
      <w:r>
        <w:t>وكلمه ربه قال رب ارني</w:t>
      </w:r>
    </w:p>
    <w:p>
      <w:r>
        <w:rPr>
          <w:b/>
        </w:rPr>
        <w:t xml:space="preserve">[55:15] </w:t>
      </w:r>
      <w:r>
        <w:t>انظر الیک قال لن</w:t>
      </w:r>
    </w:p>
    <w:p>
      <w:pPr>
        <w:jc w:val="right"/>
      </w:pPr>
      <w:r>
        <w:t>انظر الیک قال لن</w:t>
      </w:r>
    </w:p>
    <w:p>
      <w:r>
        <w:rPr>
          <w:b/>
        </w:rPr>
        <w:t xml:space="preserve">[55:20] </w:t>
      </w:r>
      <w:r>
        <w:t>تراني ولكن انظر الى الجبل فان استقر مكانه فسوف تراني</w:t>
      </w:r>
    </w:p>
    <w:p>
      <w:pPr>
        <w:jc w:val="right"/>
      </w:pPr>
      <w:r>
        <w:t>تراني ولكن انظر الى الجبل فان استقر مكانه فسوف تراني</w:t>
      </w:r>
    </w:p>
    <w:p>
      <w:r>
        <w:rPr>
          <w:b/>
        </w:rPr>
        <w:t xml:space="preserve">[55:30] </w:t>
      </w:r>
      <w:r>
        <w:t>فلما تجلى ربه للجبل جعله دكا وخر موسى صعقا</w:t>
      </w:r>
    </w:p>
    <w:p>
      <w:pPr>
        <w:jc w:val="right"/>
      </w:pPr>
      <w:r>
        <w:t>فلما تجلى ربه للجبل جعله دكا وخر موسى صعقا</w:t>
      </w:r>
    </w:p>
    <w:p>
      <w:r>
        <w:rPr>
          <w:b/>
        </w:rPr>
        <w:t xml:space="preserve">[55:41] </w:t>
      </w:r>
      <w:r>
        <w:t>فلما افاق قال سبحانک تبت الیک وانا اول المؤمنین</w:t>
      </w:r>
    </w:p>
    <w:p>
      <w:pPr>
        <w:jc w:val="right"/>
      </w:pPr>
      <w:r>
        <w:t>فلما افاق قال سبحانک تبت الیک وانا اول المؤمنین</w:t>
      </w:r>
    </w:p>
    <w:p>
      <w:r>
        <w:rPr>
          <w:b/>
        </w:rPr>
        <w:t xml:space="preserve">[55:54] </w:t>
      </w:r>
      <w:r>
        <w:t>aur hum ne musa se tees raton ka wada kiya aur us ko poora kiya das mazeed raton se to us ke rabb ki muddat chalis raton mein poori hui aur musa ne apne bhai harun se kaha mere pichhe tum meri qom mein meri janesheeni karna islaah karte rehna aur bigaad paida karne walon ke tareeqe par na chalna</w:t>
      </w:r>
    </w:p>
    <w:p>
      <w:pPr>
        <w:jc w:val="right"/>
      </w:pPr>
      <w:r>
        <w:t>اور ہم نے موسی سے تیس راتوں کا وعدہ کیا اور اس کو پورا کیا دس مزید راتوں سے تو اس کے رب کی مدت چالیس راتوں میں پوری ہوئی اور موسی نے اپنے بھائی ہارون سے کہا میرے پیچھے تم میری قوم میں میری جانشینی کرنا اصلاح کرتے رہنا اور بگاڑ پیدا کرنے والوں کے طریقے پر نہ چلنا</w:t>
      </w:r>
    </w:p>
    <w:p>
      <w:r>
        <w:rPr>
          <w:b/>
        </w:rPr>
        <w:t xml:space="preserve">[56:23] </w:t>
      </w:r>
      <w:r>
        <w:t>aur jab musa hamare waqt par agaya aur us ke rabb ne us se kalam kiya to us ne kaha mujhe apne ko dikha de ke main tujh ko dekhun farmaya tum mujh ko hargiz nahi dekh sakte albatta pahad ki taraf dekho agar wo apni jagah qaim reh jaye to tum bhi mujh ko dekh sakoge</w:t>
      </w:r>
    </w:p>
    <w:p>
      <w:pPr>
        <w:jc w:val="right"/>
      </w:pPr>
      <w:r>
        <w:t>اور جب موسی ہمارے وقت پر اگیا اور اس کے رب نے اس سے کلام کیا تو اس نے کہا مجھے اپنے کو دکھا دے کہ میں تجھ کو دیکھوں فرمایا تم مجھ کو ہرگز نہیں دیکھ سکتے البتہ پہاڑ کی طرف دیکھو اگر وہ اپنی جگہ قائم رہ جائے تو تم بھی مجھ کو دیکھ سکو گے</w:t>
      </w:r>
    </w:p>
    <w:p>
      <w:r>
        <w:rPr>
          <w:b/>
        </w:rPr>
        <w:t xml:space="preserve">[56:48] </w:t>
      </w:r>
      <w:r>
        <w:t>phir jab us ke rabb ne pahad par apni tajalli dali to us ko reza reza kar diya aur musa be hosh ho kar gir pada phir jab hosh aya to bola maine teri taraf rujoo kiya aur main sab se pehle iman lane wala hoon</w:t>
      </w:r>
    </w:p>
    <w:p>
      <w:pPr>
        <w:jc w:val="right"/>
      </w:pPr>
      <w:r>
        <w:t>پھر جب اس کے رب نے پہاڑ پر اپنی تجلی ڈالی تو اس کو ریزہ ریزہ کر دیا اور موسی بے ہوش ہو کر گر پڑا پھر جب ہوش ایا تو بولا میں نے تیری طرف رجوع کیا اور میں سب سے پہلے ایمان لانے والا ہوں</w:t>
      </w:r>
    </w:p>
    <w:p>
      <w:r>
        <w:rPr>
          <w:b/>
        </w:rPr>
        <w:t xml:space="preserve">[57:09] </w:t>
      </w:r>
      <w:r>
        <w:t>tashreeh hazrat harun hazrat musa ke bade bhai the</w:t>
      </w:r>
    </w:p>
    <w:p>
      <w:pPr>
        <w:jc w:val="right"/>
      </w:pPr>
      <w:r>
        <w:t>تشریح حضرت ہارون حضرت موسی کے بڑے بھائی تھے</w:t>
      </w:r>
    </w:p>
    <w:p>
      <w:r>
        <w:rPr>
          <w:b/>
        </w:rPr>
        <w:t xml:space="preserve">[57:16] </w:t>
      </w:r>
      <w:r>
        <w:t>hazrat musa ki umar un se teen sal kam thi magar nabuwat aslan hazrat musa ko mili aur hazrat harun un ke sath sirf madadgar ki hesiyat se shareek kiye gaye is se andaza hota hai ke deeni uhdon ki taqseem mein asal ahmiyat isteedad ki hai na ke umar ya is qism ki doosri izafi cheezon ki</w:t>
      </w:r>
    </w:p>
    <w:p>
      <w:pPr>
        <w:jc w:val="right"/>
      </w:pPr>
      <w:r>
        <w:t>حضرت موسی کی عمر ان سے تین سال کم تھی مگر نبوت اصلا حضرت موسی کو ملی اور حضرت ہارون ان کے ساتھ صرف مددگار کی حیثیت سے شریک کیے گئے اس سے اندازہ ہوتا ہے کہ دینی عہدوں کی تقسیم میں اصل اہمیت استعداد کی ہے نہ کہ عمر یا اس قسم کی دوسری اضافی چیزوں کی</w:t>
      </w:r>
    </w:p>
    <w:p>
      <w:r>
        <w:rPr>
          <w:b/>
        </w:rPr>
        <w:t xml:space="preserve">[57:44] </w:t>
      </w:r>
      <w:r>
        <w:t>hazrat musa ko misr mein dawati ahkam diye gaye the aur sahraaye sina mein pahunchne ke baad pahadi par bula kar qanooni ahkam diye gaye is se khudaai ahkam ki tarteeb maloom hoti hai aam halat mein khuda paraston se jo cheez matloob hai wo yeh hai ke wo zati zindagi ko durust karen aur khuda ke parastar ban kar rahen</w:t>
      </w:r>
    </w:p>
    <w:p>
      <w:pPr>
        <w:jc w:val="right"/>
      </w:pPr>
      <w:r>
        <w:t>حضرت موسی کو مصر میں دعوتی احکام دیے گئے تھے اور صحرائے سینا میں پہنچنے کے بعد پہاڑی پر بلا کر قانونی احکام دیے گئے اس سے خدائی احکام کی ترتیب معلوم ہوتی ہے عام حالات میں خدا پرستوں سے جو چیز مطلوب ہے وہ یہ کہ وہ ذاتی زندگی کو درست کریں اور خدا کے پرستار بن کر رہیں</w:t>
      </w:r>
    </w:p>
    <w:p>
      <w:r>
        <w:rPr>
          <w:b/>
        </w:rPr>
        <w:t xml:space="preserve">[58:11] </w:t>
      </w:r>
      <w:r>
        <w:t>isi ke sath doosron ko bhi tauheed aur aakhirat ki taraf bulayen magar jab ahl e iman azad aur ba ikhtiyar giroh ki hesiyat hasil kar len jaisa ke sahraaye sina mein bani israel the to un par yeh farz bhi aaed ho jata hai ke apni ijtamai zindagi ko sharai qawaneen ki buniyad par qaim karen</w:t>
      </w:r>
    </w:p>
    <w:p>
      <w:pPr>
        <w:jc w:val="right"/>
      </w:pPr>
      <w:r>
        <w:t>اسی کے ساتھ دوسروں کو بھی توحید اور اخرت کی طرف بلائیں مگر جب اہل ایمان ازاد اور بااختیار گروہ کی حیثیت حاصل کر لیں جیسا کہ صحرائے سینا میں بنی اسرائیل تھے تو ان پر یہ فرض بھی عائد ہو جاتا ہے کہ اپنی اجتماعی زندگی کو شرعی قوانین کی بنیاد پر قائم کریں</w:t>
      </w:r>
    </w:p>
    <w:p>
      <w:r>
        <w:rPr>
          <w:b/>
        </w:rPr>
        <w:t xml:space="preserve">[58:38] </w:t>
      </w:r>
      <w:r>
        <w:t>hazrat musa ne apni ghair maujoodgi ke liye jab hazrat harun ko bani israel ka nigran banaya to farmaya islaah karna aur bigaad paida karne walon ke tareeqe par na chalna is se maloom hota hai ke ijtamai sarbarah ke liye apni zimmedariyon ko ada karne ka buniyadi usool kya hai</w:t>
      </w:r>
    </w:p>
    <w:p>
      <w:pPr>
        <w:jc w:val="right"/>
      </w:pPr>
      <w:r>
        <w:t>حضرت موسی نے اپنی غیر موجودگی کے لیے جب حضرت ہارون کو بنی اسرائیل کا نگراں بنایا تو فرمایا اصلاح کرنا اور بگاڑ پیدا کرنے والوں کے طریقے پر نہ چلنا اس سے معلوم ہوتا ہے کہ اجتماعی سربراہ کے لیے اپنی ذمہ داریوں کو ادا کرنے کا بنیادی اصول کیا ہے</w:t>
      </w:r>
    </w:p>
    <w:p>
      <w:r>
        <w:rPr>
          <w:b/>
        </w:rPr>
        <w:t xml:space="preserve">[59:08] </w:t>
      </w:r>
      <w:r>
        <w:t>wo hai islaah aur mufsideen ki pairwi na karna islaah se murad yeh hai ke mukhtalif afraad ke darmiyan insaaf ka tawazun kisi haal mein tootne na diya jaye</w:t>
      </w:r>
    </w:p>
    <w:p>
      <w:pPr>
        <w:jc w:val="right"/>
      </w:pPr>
      <w:r>
        <w:t>وہ ہے اصلاح اور مفسدین کی پیروی نہ کرنا اصلاح سے مراد یہ ہے کہ مختلف افراد کے درمیان انصاف کا توازن کسی حال میں ٹوٹنے نہ دیا جائے</w:t>
      </w:r>
    </w:p>
    <w:p>
      <w:r>
        <w:rPr>
          <w:b/>
        </w:rPr>
        <w:t xml:space="preserve">[59:25] </w:t>
      </w:r>
      <w:r>
        <w:t>har ek ko wahi mile jo us ko azruye adl milna chahiye aur har ek se wahi chheena jaye jo azruye adl us se chheena jana chahiye is islaahi amal mein aksar is waqt kharabi paida hoti hai jab ke sardar mufsideen ki pairwi karne lage</w:t>
      </w:r>
    </w:p>
    <w:p>
      <w:pPr>
        <w:jc w:val="right"/>
      </w:pPr>
      <w:r>
        <w:t>ہر ایک کو وہی ملے جو اس کو ازروئے عدل ملنا چاہیے اور ہر ایک سے وہی چھینا جائے جو ازروئے عدل اس سے چھینا جانا چاہیے اس اصلاحی عمل میں اکثر اس وقت خرابی پیدا ہوتی ہے جب کہ سردار مفسدین کی پیروی کرنے لگے</w:t>
      </w:r>
    </w:p>
    <w:p>
      <w:r>
        <w:rPr>
          <w:b/>
        </w:rPr>
        <w:t xml:space="preserve">[59:49] </w:t>
      </w:r>
      <w:r>
        <w:t>yeh pairwi kabhi is shakal mein hoti hai ke us ke maqrabin apne zati agraz ki bina par jo kuch kahen wo un ko man le aur kabhi is tarah hoti hai ke mufsideen ki taqat se khaufzada ho kar wo khamoshi ikhtiyar kar le</w:t>
      </w:r>
    </w:p>
    <w:p>
      <w:pPr>
        <w:jc w:val="right"/>
      </w:pPr>
      <w:r>
        <w:t>یہ پیروی کبھی اس شکل میں ہوتی ہے کہ اس کے مقربین اپنے ذاتی اغراض کی بنا پر جو کچھ کہیں وہ ان کو مان لے اور کبھی اس طرح ہوتی ہے کہ مفسدین کی طاقت سے خوفزدہ ہو کر وہ خاموشی اختیار کر لے</w:t>
      </w:r>
    </w:p>
    <w:p>
      <w:r>
        <w:rPr>
          <w:b/>
        </w:rPr>
        <w:t xml:space="preserve">[1:00:11] </w:t>
      </w:r>
      <w:r>
        <w:t>hazrat moosa ne khuda ko dekhna chaha aur jab maloom hua ke khuda ko dekhna mumkin nahi to</w:t>
      </w:r>
    </w:p>
    <w:p>
      <w:pPr>
        <w:jc w:val="right"/>
      </w:pPr>
      <w:r>
        <w:t>حضرت موسی نے خدا کو دیکھنا چاہا اور جب معلوم ہوا کہ خدا کو دیکھنا ممکن نہیں تو</w:t>
      </w:r>
    </w:p>
    <w:p>
      <w:r>
        <w:rPr>
          <w:b/>
        </w:rPr>
        <w:t xml:space="preserve">[1:00:18] </w:t>
      </w:r>
      <w:r>
        <w:t>unhon ne tauba ki aur baghair dekhe imaan ka iqrar kiya</w:t>
      </w:r>
    </w:p>
    <w:p>
      <w:pPr>
        <w:jc w:val="right"/>
      </w:pPr>
      <w:r>
        <w:t>انہوں نے توبہ کی اور بغیر دیکھے ایمان کا اقرار کیا</w:t>
      </w:r>
    </w:p>
    <w:p>
      <w:r>
        <w:rPr>
          <w:b/>
        </w:rPr>
        <w:t xml:space="preserve">[1:00:24] </w:t>
      </w:r>
      <w:r>
        <w:t>insan ka imtehan yeh hai ke woh dekhe baghair khuda ko maane khuda ko dekhna ek akhravi inaam</w:t>
      </w:r>
    </w:p>
    <w:p>
      <w:pPr>
        <w:jc w:val="right"/>
      </w:pPr>
      <w:r>
        <w:t>انسان کا امتحان یہ ہے کہ وہ دیکھے بغیر خدا کو مانے خدا کو دیکھنا ایک اخروی انعام</w:t>
      </w:r>
    </w:p>
    <w:p>
      <w:r>
        <w:rPr>
          <w:b/>
        </w:rPr>
        <w:t xml:space="preserve">[1:00:33] </w:t>
      </w:r>
      <w:r>
        <w:t>hai phir woh maujooda dunya mein kyun kar mumkin ho sakta hai</w:t>
      </w:r>
    </w:p>
    <w:p>
      <w:pPr>
        <w:jc w:val="right"/>
      </w:pPr>
      <w:r>
        <w:t>ہے پھر وہ موجودہ دنیا میں کیوں کر ممکن ہو سکتا ہے</w:t>
      </w:r>
    </w:p>
    <w:p>
      <w:r>
        <w:rPr>
          <w:b/>
        </w:rPr>
        <w:t xml:space="preserve">[1:00:42] </w:t>
      </w:r>
      <w:r>
        <w:t>قال یا موسی</w:t>
      </w:r>
    </w:p>
    <w:p>
      <w:pPr>
        <w:jc w:val="right"/>
      </w:pPr>
      <w:r>
        <w:t>قال یا موسی</w:t>
      </w:r>
    </w:p>
    <w:p>
      <w:r>
        <w:rPr>
          <w:b/>
        </w:rPr>
        <w:t xml:space="preserve">[1:00:46] </w:t>
      </w:r>
      <w:r>
        <w:t>ان اصطفیتک علی الناس برسالاتی</w:t>
      </w:r>
    </w:p>
    <w:p>
      <w:pPr>
        <w:jc w:val="right"/>
      </w:pPr>
      <w:r>
        <w:t>ان اصطفیتک علی الناس برسالاتی</w:t>
      </w:r>
    </w:p>
    <w:p>
      <w:r>
        <w:rPr>
          <w:b/>
        </w:rPr>
        <w:t xml:space="preserve">[1:00:51] </w:t>
      </w:r>
      <w:r>
        <w:t>وبکلامی فخذ ما</w:t>
      </w:r>
    </w:p>
    <w:p>
      <w:pPr>
        <w:jc w:val="right"/>
      </w:pPr>
      <w:r>
        <w:t>وبکلامی فخذ ما</w:t>
      </w:r>
    </w:p>
    <w:p>
      <w:r>
        <w:rPr>
          <w:b/>
        </w:rPr>
        <w:t xml:space="preserve">[1:00:55] </w:t>
      </w:r>
      <w:r>
        <w:t>اتیتک فخذ ما</w:t>
      </w:r>
    </w:p>
    <w:p>
      <w:pPr>
        <w:jc w:val="right"/>
      </w:pPr>
      <w:r>
        <w:t>اتیتک فخذ ما</w:t>
      </w:r>
    </w:p>
    <w:p>
      <w:r>
        <w:rPr>
          <w:b/>
        </w:rPr>
        <w:t xml:space="preserve">[1:01:00] </w:t>
      </w:r>
      <w:r>
        <w:t>اتیتک وکن من الشاکرین</w:t>
      </w:r>
    </w:p>
    <w:p>
      <w:pPr>
        <w:jc w:val="right"/>
      </w:pPr>
      <w:r>
        <w:t>اتیتک وکن من الشاکرین</w:t>
      </w:r>
    </w:p>
    <w:p>
      <w:r>
        <w:rPr>
          <w:b/>
        </w:rPr>
        <w:t xml:space="preserve">[1:01:06] </w:t>
      </w:r>
      <w:r>
        <w:t>وكتبنا له فی الالواح من کل شیء</w:t>
      </w:r>
    </w:p>
    <w:p>
      <w:pPr>
        <w:jc w:val="right"/>
      </w:pPr>
      <w:r>
        <w:t>وكتبنا له فی الالواح من کل شیء</w:t>
      </w:r>
    </w:p>
    <w:p>
      <w:r>
        <w:rPr>
          <w:b/>
        </w:rPr>
        <w:t xml:space="preserve">[1:01:13] </w:t>
      </w:r>
      <w:r>
        <w:t>موعظۃ وتفصیلا لکل شیء</w:t>
      </w:r>
    </w:p>
    <w:p>
      <w:pPr>
        <w:jc w:val="right"/>
      </w:pPr>
      <w:r>
        <w:t>موعظۃ وتفصیلا لکل شیء</w:t>
      </w:r>
    </w:p>
    <w:p>
      <w:r>
        <w:rPr>
          <w:b/>
        </w:rPr>
        <w:t xml:space="preserve">[1:01:19] </w:t>
      </w:r>
      <w:r>
        <w:t>وتفصیلا لکل شیء</w:t>
      </w:r>
    </w:p>
    <w:p>
      <w:pPr>
        <w:jc w:val="right"/>
      </w:pPr>
      <w:r>
        <w:t>وتفصیلا لکل شیء</w:t>
      </w:r>
    </w:p>
    <w:p>
      <w:r>
        <w:rPr>
          <w:b/>
        </w:rPr>
        <w:t xml:space="preserve">[1:01:23] </w:t>
      </w:r>
      <w:r>
        <w:t>فخذها بقوۃ وامر قومک یخذ باحسنہا</w:t>
      </w:r>
    </w:p>
    <w:p>
      <w:pPr>
        <w:jc w:val="right"/>
      </w:pPr>
      <w:r>
        <w:t>فخذها بقوۃ وامر قومک یخذ باحسنہا</w:t>
      </w:r>
    </w:p>
    <w:p>
      <w:r>
        <w:rPr>
          <w:b/>
        </w:rPr>
        <w:t xml:space="preserve">[1:01:30] </w:t>
      </w:r>
      <w:r>
        <w:t>saureekum dara al fasiqeen</w:t>
      </w:r>
    </w:p>
    <w:p>
      <w:pPr>
        <w:jc w:val="right"/>
      </w:pPr>
      <w:r>
        <w:t>ساریکم دار الفاسقین</w:t>
      </w:r>
    </w:p>
    <w:p>
      <w:r>
        <w:rPr>
          <w:b/>
        </w:rPr>
        <w:t xml:space="preserve">[1:01:38] </w:t>
      </w:r>
      <w:r>
        <w:t>allah ne farmaya aye musa main ne tum ko logon par apni peghambari aur apne kalam ke zariye se sarfaraz kiya pas ab lo jo kuch main ne tum ko ata kiya hai aur shukr guzaroon mein se bano aur hum ne is ke liye takhtiyon par har qism ki naseehat aur har cheez ki tafseel likh di</w:t>
      </w:r>
    </w:p>
    <w:p>
      <w:pPr>
        <w:jc w:val="right"/>
      </w:pPr>
      <w:r>
        <w:t>اللہ نے فرمایا اے موسی میں نے تم کو لوگوں پر اپنی پیغمبری اور اپنے کلام کے ذریعے سے سرفراز کیا پس اب لو جو کچھ میں نے تم کو عطا کیا ہے اور شکر گزاروں میں سے بنو اور ہم نے اس کے لیے تختیوں پر ہر قسم کی نصیحت اور ہر چیز کی تفصیل لکھ دی</w:t>
      </w:r>
    </w:p>
    <w:p>
      <w:r>
        <w:rPr>
          <w:b/>
        </w:rPr>
        <w:t xml:space="preserve">[1:02:06] </w:t>
      </w:r>
      <w:r>
        <w:t>pas is ko mazbooti se pakdo aur apni qom ko hukum do ke un ke behtar mafhoom ki pairwi karen anqareeb main tum ko nafarmanon ka ghar dikhaunga</w:t>
      </w:r>
    </w:p>
    <w:p>
      <w:pPr>
        <w:jc w:val="right"/>
      </w:pPr>
      <w:r>
        <w:t>پس اس کو مضبوطی سے پکڑو اور اپنی قوم کو حکم دو کہ ان کے بہتر مفہوم کی پیروی کریں عنقریب میں تم کو نافرمانوں کا گھر دکھاؤں گا</w:t>
      </w:r>
    </w:p>
    <w:p>
      <w:r>
        <w:rPr>
          <w:b/>
        </w:rPr>
        <w:t xml:space="preserve">[1:02:23] </w:t>
      </w:r>
      <w:r>
        <w:t>tashreeh hazrat musa ko pehli bar nabuwat pahad ke upar mili thi aur doosri bar bhi torat ke ahkam un ko pahad par bula de yeh is baat ka ek ishara hai ke khuda ka faizaan hasil karne ki sab se zyada mozu jagah fitrat ka mahol hai na ke insani abadiyon ka mahol</w:t>
      </w:r>
    </w:p>
    <w:p>
      <w:pPr>
        <w:jc w:val="right"/>
      </w:pPr>
      <w:r>
        <w:t>تشریح حضرت موسی کو پہلی بار نبوت پہاڑ کے اوپر ملی تھی اور دوسری بار بھی تورات کے احکام ان کو پہاڑ پر بلا دے یہ اس بات کا ایک اشارہ ہے کہ خدا کا فیضان حاصل کرنے کی سب سے زیادہ موضوع جگہ فطرت کا ماحول ہے نہ کہ انسانی ابادیوں کا ماحول</w:t>
      </w:r>
    </w:p>
    <w:p>
      <w:r>
        <w:rPr>
          <w:b/>
        </w:rPr>
        <w:t xml:space="preserve">[1:02:52] </w:t>
      </w:r>
      <w:r>
        <w:t>insan ki pur shor duniya se nikal kar admi jab patharon aur darakhton ki khamosh duniya mein pahanchta hai to wo apne aap ko khuda ke qareeb mehsoos karne lagta hai wo masnooi ehsasat se khali ho kar apni fitri halat par pahanch jata hai</w:t>
      </w:r>
    </w:p>
    <w:p>
      <w:pPr>
        <w:jc w:val="right"/>
      </w:pPr>
      <w:r>
        <w:t>انسان کی پرشور دنیا سے نکل کر ادمی جب پتھروں اور درختوں کی خاموش دنیا میں پہنچتا ہے تو وہ اپنے اپ کو خدا کے قریب محسوس کرنے لگتا ہے وہ مصنوعی احساسات سے خالی ہو کر اپنی فطری حالت پر پہنچ جاتا ہے</w:t>
      </w:r>
    </w:p>
    <w:p>
      <w:r>
        <w:rPr>
          <w:b/>
        </w:rPr>
        <w:t xml:space="preserve">[1:03:13] </w:t>
      </w:r>
      <w:r>
        <w:t>yeh kisi admi ke liye behtareen lamha hota hai jab ke wo be amez fitri andaaz mein soche aur yakso ho kar apne rabb se jud sake</w:t>
      </w:r>
    </w:p>
    <w:p>
      <w:pPr>
        <w:jc w:val="right"/>
      </w:pPr>
      <w:r>
        <w:t>یہ کسی ادمی کے لیے بہترین لمحہ ہوتا ہے جب کہ وہ بے امیز فطری انداز میں سوچے اور یکسو ہو کر اپنے رب سے جڑ سکے</w:t>
      </w:r>
    </w:p>
    <w:p>
      <w:r>
        <w:rPr>
          <w:b/>
        </w:rPr>
        <w:t xml:space="preserve">[1:03:29] </w:t>
      </w:r>
      <w:r>
        <w:t>paighambar aam insanon mein se ek insan hota hai wo kisi bhi etebar se koi ghair insani makhlooq nahi hota</w:t>
      </w:r>
    </w:p>
    <w:p>
      <w:pPr>
        <w:jc w:val="right"/>
      </w:pPr>
      <w:r>
        <w:t>پیغمبر عام انسانوں میں سے ایک انسان ہوتا ہے وہ کسی بھی اعتبار سے کوئی غیر انسانی مخلوق نہیں ہوتا</w:t>
      </w:r>
    </w:p>
    <w:p>
      <w:r>
        <w:rPr>
          <w:b/>
        </w:rPr>
        <w:t xml:space="preserve">[1:03:39] </w:t>
      </w:r>
      <w:r>
        <w:t>us ki khusoosiyat sirf yeh hoti hai ke wo apni paidaishi isteedad ko mehfooz rakhne mein kamyab ho jata hai is liye khuda us ko chunta hai ke wo us ke paigham ka hamel bane aur logon ke darmiyan us ki qabil e aitmad numaindagi kare</w:t>
      </w:r>
    </w:p>
    <w:p>
      <w:pPr>
        <w:jc w:val="right"/>
      </w:pPr>
      <w:r>
        <w:t>اس کی خصوصیت صرف یہ ہوتی ہے کہ وہ اپنی پیدائشی استعداد کو محفوظ رکھنے میں کامیاب ہو جاتا ہے اس لیے خدا اس کو چنتا ہے کہ وہ اس کے پیغام کا حامل بنے اور لوگوں کے درمیان اس کی قابل اعتماد نمائندگی کرے</w:t>
      </w:r>
    </w:p>
    <w:p>
      <w:r>
        <w:rPr>
          <w:b/>
        </w:rPr>
        <w:t xml:space="preserve">[1:04:03] </w:t>
      </w:r>
      <w:r>
        <w:t>hazrat musa is waqt apni qom ke behtareen shakhs the is liye khuda ne un ko apna peghambar chuna aur un par apna kalam utara</w:t>
      </w:r>
    </w:p>
    <w:p>
      <w:pPr>
        <w:jc w:val="right"/>
      </w:pPr>
      <w:r>
        <w:t>حضرت موسی اس وقت اپنی قوم کے بہترین شخص تھے اس لیے خدا نے ان کو اپنا پیغمبر چنا اور ان پر اپنا کلام اتارا</w:t>
      </w:r>
    </w:p>
    <w:p>
      <w:r>
        <w:rPr>
          <w:b/>
        </w:rPr>
        <w:t xml:space="preserve">[1:04:17] </w:t>
      </w:r>
      <w:r>
        <w:t>khuda ke kalam mein agarchah hidayat se mutalliq har qism ki zaroori tafseel maujood hoti hai magar wo alfaaz mein hoti hai aur maujooda imtehani duniya mein baharhal is ka imkan baqi rehta hai ke admi un alfaaz ki galat tashreeh kar ke us ko ghair matloob maani pehna de</w:t>
      </w:r>
    </w:p>
    <w:p>
      <w:pPr>
        <w:jc w:val="right"/>
      </w:pPr>
      <w:r>
        <w:t>خدا کے کلام میں اگرچہ ہدایت سے متعلق ہر قسم کی ضروری تفصیل موجود ہوتی ہے مگر وہ الفاظ میں ہوتی ہے اور موجودہ امتحانی دنیا میں بہرحال اس کا امکان باقی رہتا ہے کہ ادمی ان الفاظ کی غلط تشریح کر کے اس کو غیر مطلوب معنی پہنا دے</w:t>
      </w:r>
    </w:p>
    <w:p>
      <w:r>
        <w:rPr>
          <w:b/>
        </w:rPr>
        <w:t xml:space="preserve">[1:04:42] </w:t>
      </w:r>
      <w:r>
        <w:t>magar jo shakhs hidayat ke mamle mein sanjeeda ho aur Khuda ki pakad se darta ho woh in alfaaz se wahi matlab lega jo kalam-e-ilahi ke shayan-e-shaan hai na ke woh jo iske nafs ko marghoob hai</w:t>
      </w:r>
    </w:p>
    <w:p>
      <w:pPr>
        <w:jc w:val="right"/>
      </w:pPr>
      <w:r>
        <w:t>مگر جو شخص ہدایت کے معاملے میں سنجیدہ ہو اور خدا کی پکڑ سے ڈرتا ہو وہ ان الفاظ سے وہی معنی لے گا جو کلام الہی کے شایان شان ہے نہ کہ وہ جو اس کے نفس کو مرغوب ہے</w:t>
      </w:r>
    </w:p>
    <w:p>
      <w:r>
        <w:rPr>
          <w:b/>
        </w:rPr>
        <w:t xml:space="preserve">[1:05:01] </w:t>
      </w:r>
      <w:r>
        <w:t>mein anqareeb tum ko naafarmaanon ka ghar dikhaunga yaani apne is safar mein aage chal kar tum un qaumon ke khandaraat se guzro ge jinhein is se pehle Khuda ki hidayat di gayi thi magar woh is ko mazbooti ke saath pakadne mein nakaam saabit hue</w:t>
      </w:r>
    </w:p>
    <w:p>
      <w:pPr>
        <w:jc w:val="right"/>
      </w:pPr>
      <w:r>
        <w:t>میں عنقریب تم کو نافرمانوں کا گھر دکھاؤں گا یعنی اپنے اس سفر میں اگے چل کر تم ان قوموں کے کھنڈرات سے گزرو گے جنہیں اس سے پہلے خدا کی ہدایت دی گئی تھی مگر وہ اس کو مضبوطی کے ساتھ پکڑنے میں ناکام ثابت ہوئے</w:t>
      </w:r>
    </w:p>
    <w:p>
      <w:r>
        <w:rPr>
          <w:b/>
        </w:rPr>
        <w:t xml:space="preserve">[1:05:24] </w:t>
      </w:r>
      <w:r>
        <w:t>haalat ke dabaao ya jazbaat ke melaan ko nazar andaaz kar ke woh is par theek tarah qaim</w:t>
      </w:r>
    </w:p>
    <w:p>
      <w:pPr>
        <w:jc w:val="right"/>
      </w:pPr>
      <w:r>
        <w:t>حالات کے دباؤ یا جذبات کے میلان کو نظر انداز کر کے وہ اس پر ٹھیک طرح قائم</w:t>
      </w:r>
    </w:p>
    <w:p>
      <w:r>
        <w:rPr>
          <w:b/>
        </w:rPr>
        <w:t xml:space="preserve">[1:05:31] </w:t>
      </w:r>
      <w:r>
        <w:t>na reh sake chunancha un ka anjaam yeh hua ke woh halaak kar diye gaye agar tum ne</w:t>
      </w:r>
    </w:p>
    <w:p>
      <w:pPr>
        <w:jc w:val="right"/>
      </w:pPr>
      <w:r>
        <w:t>نہ رہ سکے چنانچہ ان کا انجام یہ ہوا کہ وہ ہلاک کر دیے گئے اگر تم نے</w:t>
      </w:r>
    </w:p>
    <w:p>
      <w:r>
        <w:rPr>
          <w:b/>
        </w:rPr>
        <w:t xml:space="preserve">[1:05:38] </w:t>
      </w:r>
      <w:r>
        <w:t>aisa kiya to tumhara anjaam bhi dunya aur akhirat mein wahi hoga jo un pichli qomon ka hua</w:t>
      </w:r>
    </w:p>
    <w:p>
      <w:pPr>
        <w:jc w:val="right"/>
      </w:pPr>
      <w:r>
        <w:t>ایسا کیا تو تمہارا انجام بھی دنیا اور اخرت میں وہی ہوگا جو ان پچھلی قوموں کا ہوا</w:t>
      </w:r>
    </w:p>
    <w:p>
      <w:r>
        <w:rPr>
          <w:b/>
        </w:rPr>
        <w:t xml:space="preserve">[1:05:47] </w:t>
      </w:r>
      <w:r>
        <w:t>khuda ka muamla jaisa ek qaum ke sath hai waisa hi muamla doosri qaum ke sath hai</w:t>
      </w:r>
    </w:p>
    <w:p>
      <w:pPr>
        <w:jc w:val="right"/>
      </w:pPr>
      <w:r>
        <w:t>خدا کا معاملہ جیسا ایک قوم کے ساتھ ہے ویسا ہی معاملہ دوسری قوم کے ساتھ ہے</w:t>
      </w:r>
    </w:p>
    <w:p>
      <w:r>
        <w:rPr>
          <w:b/>
        </w:rPr>
        <w:t xml:space="preserve">[1:05:54] </w:t>
      </w:r>
      <w:r>
        <w:t>adal ilahi ki meezan mein ek qaum aur doosri qaum ke darmiyan koi farq nahi</w:t>
      </w:r>
    </w:p>
    <w:p>
      <w:pPr>
        <w:jc w:val="right"/>
      </w:pPr>
      <w:r>
        <w:t>عدل الہی کی میزان میں ایک قوم اور دوسری قوم کے درمیان کوئی فرق نہیں</w:t>
      </w:r>
    </w:p>
    <w:p>
      <w:r>
        <w:rPr>
          <w:b/>
        </w:rPr>
        <w:t xml:space="preserve">[1:06:03] </w:t>
      </w:r>
      <w:r>
        <w:t>is dunya mein yeh mauqa hai ke aadmi apni khud sakhta tashreeh se khuda ke ahsan kalam ka</w:t>
      </w:r>
    </w:p>
    <w:p>
      <w:pPr>
        <w:jc w:val="right"/>
      </w:pPr>
      <w:r>
        <w:t>اس دنیا میں یہ موقع ہے کہ ادمی اپنی خود ساختہ تشریح سے خدا کے احسن کلام کا</w:t>
      </w:r>
    </w:p>
    <w:p>
      <w:r>
        <w:rPr>
          <w:b/>
        </w:rPr>
        <w:t xml:space="preserve">[1:06:11] </w:t>
      </w:r>
      <w:r>
        <w:t>koi ghair ahsan mafhoom nikaal le magar yeh aisi jasarat hai jo farmanbardari ke daavedar ko bhi nafarmanon</w:t>
      </w:r>
    </w:p>
    <w:p>
      <w:pPr>
        <w:jc w:val="right"/>
      </w:pPr>
      <w:r>
        <w:t>کوئی غیر احسن مفہوم نکال لے مگر یہ ایسی جسارت ہے جو فرمانبرداری کے دعویدار کو بھی نافرمانوں</w:t>
      </w:r>
    </w:p>
    <w:p>
      <w:r>
        <w:rPr>
          <w:b/>
        </w:rPr>
        <w:t xml:space="preserve">[1:06:21] </w:t>
      </w:r>
      <w:r>
        <w:t>ki fehrist mein shamil kar deti hai</w:t>
      </w:r>
    </w:p>
    <w:p>
      <w:pPr>
        <w:jc w:val="right"/>
      </w:pPr>
      <w:r>
        <w:t>کی فہرست میں شامل کر دیتی ہے</w:t>
      </w:r>
    </w:p>
    <w:p>
      <w:r>
        <w:rPr>
          <w:b/>
        </w:rPr>
        <w:t xml:space="preserve">[1:06:51] </w:t>
      </w:r>
      <w:r>
        <w:t>sabeel-ur-rushd la yattakhizoohu sabeela</w:t>
      </w:r>
    </w:p>
    <w:p>
      <w:pPr>
        <w:jc w:val="right"/>
      </w:pPr>
      <w:r>
        <w:t>سبیل الرشد لا يتخذوه سبیلا</w:t>
      </w:r>
    </w:p>
    <w:p>
      <w:r>
        <w:rPr>
          <w:b/>
        </w:rPr>
        <w:t xml:space="preserve">[1:06:57] </w:t>
      </w:r>
      <w:r>
        <w:t>sabeel-ul-ghayy yattakhizoohu sabeela zaalika bi-annahum kadhobu bi-aayaatina wa kaanu anhaa ghafileen</w:t>
      </w:r>
    </w:p>
    <w:p>
      <w:pPr>
        <w:jc w:val="right"/>
      </w:pPr>
      <w:r>
        <w:t>سبیل الغی يتخذوه سبیلا ذلك بانهم كذبوا باياتنا وكانوا عنها غافلين</w:t>
      </w:r>
    </w:p>
    <w:p>
      <w:r>
        <w:rPr>
          <w:b/>
        </w:rPr>
        <w:t xml:space="preserve">[1:07:08] </w:t>
      </w:r>
      <w:r>
        <w:t>wal-ladheena kadhobu bi-aayaatina wa liqaa-il-aakhirati habitat aamaaluhum hal yujzoona illa ma kaanu ya'maloona</w:t>
      </w:r>
    </w:p>
    <w:p>
      <w:pPr>
        <w:jc w:val="right"/>
      </w:pPr>
      <w:r>
        <w:t>والذين كذبوا باياتنا ولقاء الاخره حبطت اعمالهم هل يجزون الا ما كانوا يعملون</w:t>
      </w:r>
    </w:p>
    <w:p>
      <w:r>
        <w:rPr>
          <w:b/>
        </w:rPr>
        <w:t xml:space="preserve">[1:07:28] </w:t>
      </w:r>
      <w:r>
        <w:t>mein apni nishaniyon se un logon ko pher doonga jo zameen mein na-haq ghamand karte hain aur agar woh har qism ki nishaniyan dekh lein tab bhi un par imaan na laayein aur agar woh hidayat ka raasta dekhein to us ko na apnaayein ge aur agar gumraahi ka raasta dekhein to us ko apna lein ge</w:t>
      </w:r>
    </w:p>
    <w:p>
      <w:pPr>
        <w:jc w:val="right"/>
      </w:pPr>
      <w:r>
        <w:t>میں اپنی نشانیوں سے ان لوگوں کو پھیر دوں گا جو زمین میں ناحق گھمنڈ کرتے ہیں اور اگر وہ ہر قسم کی نشانیاں دیکھ لیں تب بھی ان پر ایمان نہ لائیں اور اگر وہ ہدایت کا راستہ دیکھیں تو اس کو نہ اپنائیں گے اور اگر گمراہی کا راستہ دیکھیں تو اس کو اپنا لیں گے</w:t>
      </w:r>
    </w:p>
    <w:p>
      <w:r>
        <w:rPr>
          <w:b/>
        </w:rPr>
        <w:t xml:space="preserve">[1:07:54] </w:t>
      </w:r>
      <w:r>
        <w:t>yeh is sabab se hai ke unhon ne hamari nishaniyon ko jhutlaya aur un ki taraf se apne ko ghafil rakha aur jinhone hamari nishaniyon ko aur aakhirat ki mulaqaat ko jhutlaya un ke aamaal aqaarat ho gaye aur woh badle mein wahi paayein ge jo woh karte the</w:t>
      </w:r>
    </w:p>
    <w:p>
      <w:pPr>
        <w:jc w:val="right"/>
      </w:pPr>
      <w:r>
        <w:t>یہ اس سبب سے ہے کہ انہوں نے ہماری نشانیوں کو جھٹلایا اور ان کی طرف سے اپنے کو غافل رکھا اور جنہوں نے ہماری نشانیوں کو اور اخرت کی ملاقات کو جھٹلایا ان کے اعمال عقارت ہو گئے اور وہ بدلے میں وہی پائیں گے جو وہ کرتے تھے</w:t>
      </w:r>
    </w:p>
    <w:p>
      <w:r>
        <w:rPr>
          <w:b/>
        </w:rPr>
        <w:t xml:space="preserve">[1:08:20] </w:t>
      </w:r>
      <w:r>
        <w:t>tashreeh dunya mein zindagi guzaarne ki do soortein hain ek yeh ke aadmi ne apni aankh aur kaan khule rakhe hon woh cheezon ko un ke asli rang mein dekhta aur sunta ho aise aadmi ke saamne haq aaye ga to woh us ko pehchan le ga</w:t>
      </w:r>
    </w:p>
    <w:p>
      <w:pPr>
        <w:jc w:val="right"/>
      </w:pPr>
      <w:r>
        <w:t>تشریح دنیا میں زندگی گزارنے کی دو صورتیں ہیں ایک یہ کہ ادمی نے اپنی انکھ اور کان کھلے رکھے ہوں وہ چیزوں کو ان کے اصلی رنگ میں دیکھتا اور سنتا ہو ایسے ادمی کے سامنے حق ائے گا تو وہ اس کو پہچان لے گا</w:t>
      </w:r>
    </w:p>
    <w:p>
      <w:r>
        <w:rPr>
          <w:b/>
        </w:rPr>
        <w:t xml:space="preserve">[1:08:45] </w:t>
      </w:r>
      <w:r>
        <w:t>dunya mein bikhri hui Khudaai nishaniyan us ko jo sabaq dengi woh un ko paa le ga doosri soorat yeh hai ke aadmi takabbur ki nafsiyaat mein jee raha ho woh zameen mein is tarah rehta ho jaise woh is ka maalik hai us ko apni zaati khwahishon ke siwa kisi aur cheez ki parwah na ho</w:t>
      </w:r>
    </w:p>
    <w:p>
      <w:pPr>
        <w:jc w:val="right"/>
      </w:pPr>
      <w:r>
        <w:t>دنیا میں بکھری ہوئی خدائی نشانیاں اس کو جو سبق دیں گی وہ ان کو پا لے گا دوسری صورت یہ ہے کہ ادمی تکبر کی نفسیات میں جی رہا ہو وہ زمین میں اس طرح رہتا ہو جیسے وہ اس کا مالک ہے اس کو اپنی ذاتی خواہشوں کے سوا کسی اور چیز کی پرواہ نہ ہو</w:t>
      </w:r>
    </w:p>
    <w:p>
      <w:r>
        <w:rPr>
          <w:b/>
        </w:rPr>
        <w:t xml:space="preserve">[1:09:12] </w:t>
      </w:r>
      <w:r>
        <w:t>woh samajhta ho ke yahan jo kuch use mil raha hai woh apni liyaqat ki wajah se mil raha hai apni mili hui cheezon mein us ko kisi aur ki marzi ka lihaaz karne ki zaroorat nahi is doosre aadmi ka istaghna us ke liye qubool-e-haq mein rukawat ban jaye ga</w:t>
      </w:r>
    </w:p>
    <w:p>
      <w:pPr>
        <w:jc w:val="right"/>
      </w:pPr>
      <w:r>
        <w:t>وہ سمجھتا ہو کہ یہاں جو کچھ اسے مل رہا ہے وہ اپنی لیاقت کی وجہ سے مل رہا ہے اپنی ملی ہوئی چیزوں میں اس کو کسی اور کی مرضی کا لحاظ کرنے کی ضرورت نہیں اس دوسرے ادمی کا استغنا اس کے لیے قبول حق میں رکاوٹ بن جائے گا</w:t>
      </w:r>
    </w:p>
    <w:p>
      <w:r>
        <w:rPr>
          <w:b/>
        </w:rPr>
        <w:t xml:space="preserve">[1:09:37] </w:t>
      </w:r>
      <w:r>
        <w:t>pehlay aadmi ki nafsiyaat lene wali nafsiyaat hoti hai</w:t>
      </w:r>
    </w:p>
    <w:p>
      <w:pPr>
        <w:jc w:val="right"/>
      </w:pPr>
      <w:r>
        <w:t>پہلے ادمی کی نفسیات لینے والی نفسیات ہوتی ہے</w:t>
      </w:r>
    </w:p>
    <w:p>
      <w:r>
        <w:rPr>
          <w:b/>
        </w:rPr>
        <w:t xml:space="preserve">[1:09:42] </w:t>
      </w:r>
      <w:r>
        <w:t>woh apne khule zehn ki wajah se Khuda ke har ishaare ko padh leta hai aur foran apne aap ko us ke mutabiq dhaal leta hai is ke bar aks doosre aadmi ki nafsiyaat be-niyazi ki nafsiyaat hoti hai us ke saamne haq ke dalaail aate hain magar woh un ko ghair-aham samajh kar nazar andaaz kar deta hai</w:t>
      </w:r>
    </w:p>
    <w:p>
      <w:pPr>
        <w:jc w:val="right"/>
      </w:pPr>
      <w:r>
        <w:t>وہ اپنے کھلے ذہن کی وجہ سے خدا کے ہر اشارے کو پڑھ لیتا ہے اور فورا اپنے اپ کو اس کے مطابق ڈھال لیتا ہے اس کے برعکس دوسرے ادمی کی نفسیات بے نیازی کی نفسیات ہوتی ہے اس کے سامنے حق کے دلائل اتے ہیں مگر وہ ان کو غیر اہم سمجھ کر نظر انداز کر دیتا ہے</w:t>
      </w:r>
    </w:p>
    <w:p>
      <w:r>
        <w:rPr>
          <w:b/>
        </w:rPr>
        <w:t xml:space="preserve">[1:10:11] </w:t>
      </w:r>
      <w:r>
        <w:t>us ke saamne qudrat khamosh zabaan mein apna naghma chhedti hai magar woh us par dhiyaan dene ki zaroorat nahi samajhta us ko apne bahar kisi sachai ki taraf raghbat nahi hoti maut ke baad aane wali dunya sirf pehle logon ke liye hai</w:t>
      </w:r>
    </w:p>
    <w:p>
      <w:pPr>
        <w:jc w:val="right"/>
      </w:pPr>
      <w:r>
        <w:t>اس کے سامنے قدرت خاموش زبان میں اپنا نغمہ چھیڑتی ہے مگر وہ اس پر دھیان دینے کی ضرورت نہیں سمجھتا اس کو اپنے باہر کسی سچائی کی طرف رغبت نہیں ہوتی موت کے بعد انے والی دنیا صرف پہلے لوگوں کے لیے ہے</w:t>
      </w:r>
    </w:p>
    <w:p>
      <w:r>
        <w:rPr>
          <w:b/>
        </w:rPr>
        <w:t xml:space="preserve">[1:10:33] </w:t>
      </w:r>
      <w:r>
        <w:t>doosre log Khuda ki abadi dunya mein is tarah nazar andaaz kar diye jayein ge jis tarah maujooda imtehaan ki dunya mein woh Khuda ki baat ko nazar andaaz kiye hue the</w:t>
      </w:r>
    </w:p>
    <w:p>
      <w:pPr>
        <w:jc w:val="right"/>
      </w:pPr>
      <w:r>
        <w:t>دوسرے لوگ خدا کی ابدی دنیا میں اس طرح نظر انداز کر دیے جائیں گے جس طرح موجودہ امتحان کی دنیا میں وہ خدا کی بات کو نظر انداز کیے ہوئے تھے</w:t>
      </w:r>
    </w:p>
    <w:p>
      <w:r>
        <w:rPr>
          <w:b/>
        </w:rPr>
        <w:t xml:space="preserve">[1:10:48] </w:t>
      </w:r>
      <w:r>
        <w:t>gumraahi ka raasta nafs ke muharkaat ke tehat banta hai aur hidayat ka raasta woh hai jo nafs aur mahaul ke asraat se oopar uth kar khalis Khuda ke liye wajood mein aata hai</w:t>
      </w:r>
    </w:p>
    <w:p>
      <w:pPr>
        <w:jc w:val="right"/>
      </w:pPr>
      <w:r>
        <w:t>گمراہی کا راستہ نفس کے محرکات کے تحت بنتا ہے اور ہدایت کا راستہ وہ ہے جو نفس اور ماحول کے اثرات سے اوپر اٹھ کر خالص خدا کے لیے وجود میں اتا ہے</w:t>
      </w:r>
    </w:p>
    <w:p>
      <w:r>
        <w:rPr>
          <w:b/>
        </w:rPr>
        <w:t xml:space="preserve">[1:11:06] </w:t>
      </w:r>
      <w:r>
        <w:t>ab jo log apni zaat ki satah par jee rahe hon jo sirf apne nafs ke andar ubharne</w:t>
      </w:r>
    </w:p>
    <w:p>
      <w:pPr>
        <w:jc w:val="right"/>
      </w:pPr>
      <w:r>
        <w:t>اب جو لوگ اپنی ذات کی سطح پر جی رہے ہوں جو صرف اپنے نفس کے اندر ابھرنے</w:t>
      </w:r>
    </w:p>
    <w:p>
      <w:r>
        <w:rPr>
          <w:b/>
        </w:rPr>
        <w:t xml:space="preserve">[1:11:13] </w:t>
      </w:r>
      <w:r>
        <w:t>walay daaiyat ko jantay hon woh gumrahi ke rastay ko ain apni cheez samajh kar us ki taraf</w:t>
      </w:r>
    </w:p>
    <w:p>
      <w:pPr>
        <w:jc w:val="right"/>
      </w:pPr>
      <w:r>
        <w:t>والے داعیات کو جانتے ہوں وہ گمراہی کے راستے کو عین اپنی چیز سمجھ کر اس کی طرف</w:t>
      </w:r>
    </w:p>
    <w:p>
      <w:r>
        <w:rPr>
          <w:b/>
        </w:rPr>
        <w:t xml:space="preserve">[1:11:22] </w:t>
      </w:r>
      <w:r>
        <w:t>daur paden ge hidait ka rasta un ko apne mizaj ke aitbar se ajnabi dikhai de ga is</w:t>
      </w:r>
    </w:p>
    <w:p>
      <w:pPr>
        <w:jc w:val="right"/>
      </w:pPr>
      <w:r>
        <w:t>دوڑ پڑیں گے ہدایت کا راستہ ان کو اپنے مزاج کے اعتبار سے اجنبی دکھائی دے گا اس</w:t>
      </w:r>
    </w:p>
    <w:p>
      <w:r>
        <w:rPr>
          <w:b/>
        </w:rPr>
        <w:t xml:space="preserve">[1:11:29] </w:t>
      </w:r>
      <w:r>
        <w:t>liye woh us ki taraf barhnay mein bhi nakaam sabit hon ge</w:t>
      </w:r>
    </w:p>
    <w:p>
      <w:pPr>
        <w:jc w:val="right"/>
      </w:pPr>
      <w:r>
        <w:t>لیے وہ اس کی طرف بڑھنے میں بھی ناکام ثابت ہوں گے</w:t>
      </w:r>
    </w:p>
    <w:p>
      <w:r>
        <w:rPr>
          <w:b/>
        </w:rPr>
        <w:t xml:space="preserve">[1:11:37] </w:t>
      </w:r>
      <w:r>
        <w:t>badai ki nafsiyat is cheez ko basani qabool kar leti hai jis mein us ki badai baqi rahe</w:t>
      </w:r>
    </w:p>
    <w:p>
      <w:pPr>
        <w:jc w:val="right"/>
      </w:pPr>
      <w:r>
        <w:t>بڑائی کی نفسیات اس چیز کو باسانی قبول کر لیتی ہے جس میں اس کی بڑائی باقی رہے</w:t>
      </w:r>
    </w:p>
    <w:p>
      <w:r>
        <w:rPr>
          <w:b/>
        </w:rPr>
        <w:t xml:space="preserve">[1:11:45] </w:t>
      </w:r>
      <w:r>
        <w:t>aur jahan us ki badai mushtabah hoti ho us se use koi dilchaspi nahi hoti</w:t>
      </w:r>
    </w:p>
    <w:p>
      <w:pPr>
        <w:jc w:val="right"/>
      </w:pPr>
      <w:r>
        <w:t>اور جہاں اس کی بڑائی مشتبہ ہوتی ہو اس سے اسے کوئی دلچسپی نہیں ہوتی</w:t>
      </w:r>
    </w:p>
    <w:p>
      <w:r>
        <w:rPr>
          <w:b/>
        </w:rPr>
        <w:t xml:space="preserve">[1:12:12] </w:t>
      </w:r>
      <w:r>
        <w:t>alam yaro annahu la yukallimuhum walayudihim sabeela</w:t>
      </w:r>
    </w:p>
    <w:p>
      <w:pPr>
        <w:jc w:val="right"/>
      </w:pPr>
      <w:r>
        <w:t>الم یرو انہ لا یکلمہم ولایدیہم سبیلا</w:t>
      </w:r>
    </w:p>
    <w:p>
      <w:r>
        <w:rPr>
          <w:b/>
        </w:rPr>
        <w:t xml:space="preserve">[1:12:15] </w:t>
      </w:r>
      <w:r>
        <w:t>attakhathuhu wakanoo zaleemeen</w:t>
      </w:r>
    </w:p>
    <w:p>
      <w:pPr>
        <w:jc w:val="right"/>
      </w:pPr>
      <w:r>
        <w:t>اتخذوه وكانوا ظالمین</w:t>
      </w:r>
    </w:p>
    <w:p>
      <w:r>
        <w:rPr>
          <w:b/>
        </w:rPr>
        <w:t xml:space="preserve">[1:12:20] </w:t>
      </w:r>
      <w:r>
        <w:t>walamma saqata fee</w:t>
      </w:r>
    </w:p>
    <w:p>
      <w:pPr>
        <w:jc w:val="right"/>
      </w:pPr>
      <w:r>
        <w:t>ولما سقط فی</w:t>
      </w:r>
    </w:p>
    <w:p>
      <w:r>
        <w:rPr>
          <w:b/>
        </w:rPr>
        <w:t xml:space="preserve">[1:12:25] </w:t>
      </w:r>
      <w:r>
        <w:t>aideehim waraw annahum qad zalloo qalooin lam yerahumna rabbana</w:t>
      </w:r>
    </w:p>
    <w:p>
      <w:pPr>
        <w:jc w:val="right"/>
      </w:pPr>
      <w:r>
        <w:t>ایدیہم وراوا انهم قد ظلوا قالوا لئن لمیرحمنا ربنا</w:t>
      </w:r>
    </w:p>
    <w:p>
      <w:r>
        <w:rPr>
          <w:b/>
        </w:rPr>
        <w:t xml:space="preserve">[1:12:34] </w:t>
      </w:r>
      <w:r>
        <w:t>qalooin lam yerahumna rabbana wayaghfir lana lanakoonanna</w:t>
      </w:r>
    </w:p>
    <w:p>
      <w:pPr>
        <w:jc w:val="right"/>
      </w:pPr>
      <w:r>
        <w:t>قالوا لئن لمیرحمنا ربنا ويغفر لنا لنكونن</w:t>
      </w:r>
    </w:p>
    <w:p>
      <w:r>
        <w:rPr>
          <w:b/>
        </w:rPr>
        <w:t xml:space="preserve">[1:12:41] </w:t>
      </w:r>
      <w:r>
        <w:t>min al-khasireen</w:t>
      </w:r>
    </w:p>
    <w:p>
      <w:pPr>
        <w:jc w:val="right"/>
      </w:pPr>
      <w:r>
        <w:t>من الخاسرین</w:t>
      </w:r>
    </w:p>
    <w:p>
      <w:r>
        <w:rPr>
          <w:b/>
        </w:rPr>
        <w:t xml:space="preserve">[1:12:45] </w:t>
      </w:r>
      <w:r>
        <w:t>walamma rajaa moosa</w:t>
      </w:r>
    </w:p>
    <w:p>
      <w:pPr>
        <w:jc w:val="right"/>
      </w:pPr>
      <w:r>
        <w:t>ولما رجع موسى</w:t>
      </w:r>
    </w:p>
    <w:p>
      <w:r>
        <w:rPr>
          <w:b/>
        </w:rPr>
        <w:t xml:space="preserve">[1:12:50] </w:t>
      </w:r>
      <w:r>
        <w:t>ila qawmihi ghodbana asifa qala bais ma khalaftumoonee</w:t>
      </w:r>
    </w:p>
    <w:p>
      <w:pPr>
        <w:jc w:val="right"/>
      </w:pPr>
      <w:r>
        <w:t>الى قومه غضبان اسفا قال بئس ما خلفتموني</w:t>
      </w:r>
    </w:p>
    <w:p>
      <w:r>
        <w:rPr>
          <w:b/>
        </w:rPr>
        <w:t xml:space="preserve">[1:12:57] </w:t>
      </w:r>
      <w:r>
        <w:t>min baadi aajjaltum amra rabbikum</w:t>
      </w:r>
    </w:p>
    <w:p>
      <w:pPr>
        <w:jc w:val="right"/>
      </w:pPr>
      <w:r>
        <w:t>من بعدي اعجلتم امر ربكم</w:t>
      </w:r>
    </w:p>
    <w:p>
      <w:r>
        <w:rPr>
          <w:b/>
        </w:rPr>
        <w:t xml:space="preserve">[1:13:04] </w:t>
      </w:r>
      <w:r>
        <w:t>walqa alwaaha wakhatha biraasi akheehi yajurruhu</w:t>
      </w:r>
    </w:p>
    <w:p>
      <w:pPr>
        <w:jc w:val="right"/>
      </w:pPr>
      <w:r>
        <w:t>والقى الالواح واخذ براس اخيه يجره</w:t>
      </w:r>
    </w:p>
    <w:p>
      <w:r>
        <w:rPr>
          <w:b/>
        </w:rPr>
        <w:t xml:space="preserve">[1:13:11] </w:t>
      </w:r>
      <w:r>
        <w:t>ilaihi qala bima umma innal qawmastadh afunee wakadooyaqtuloonanee</w:t>
      </w:r>
    </w:p>
    <w:p>
      <w:pPr>
        <w:jc w:val="right"/>
      </w:pPr>
      <w:r>
        <w:t>اليه قال بنا ام ان القوم استضعفوني وكادوا يقتلونني</w:t>
      </w:r>
    </w:p>
    <w:p>
      <w:r>
        <w:rPr>
          <w:b/>
        </w:rPr>
        <w:t xml:space="preserve">[1:13:21] </w:t>
      </w:r>
      <w:r>
        <w:t>fala tushmatt biyal aadaa</w:t>
      </w:r>
    </w:p>
    <w:p>
      <w:pPr>
        <w:jc w:val="right"/>
      </w:pPr>
      <w:r>
        <w:t>فلا تشمت بي الاعداء</w:t>
      </w:r>
    </w:p>
    <w:p>
      <w:r>
        <w:rPr>
          <w:b/>
        </w:rPr>
        <w:t xml:space="preserve">[1:13:26] </w:t>
      </w:r>
      <w:r>
        <w:t>walataj alnee mal qawmi zaleemeen</w:t>
      </w:r>
    </w:p>
    <w:p>
      <w:pPr>
        <w:jc w:val="right"/>
      </w:pPr>
      <w:r>
        <w:t>ولا تجعلني مع القوم الظالمين</w:t>
      </w:r>
    </w:p>
    <w:p>
      <w:r>
        <w:rPr>
          <w:b/>
        </w:rPr>
        <w:t xml:space="preserve">[1:13:32] </w:t>
      </w:r>
      <w:r>
        <w:t>qala</w:t>
      </w:r>
    </w:p>
    <w:p>
      <w:pPr>
        <w:jc w:val="right"/>
      </w:pPr>
      <w:r>
        <w:t>قال</w:t>
      </w:r>
    </w:p>
    <w:p>
      <w:r>
        <w:rPr>
          <w:b/>
        </w:rPr>
        <w:t xml:space="preserve">[1:13:32] </w:t>
      </w:r>
      <w:r>
        <w:t>rabbi-ghfir lee wa li-akhee wa adkhilna fee rahmatik wa anta arhamur-rahimeen</w:t>
      </w:r>
    </w:p>
    <w:p>
      <w:pPr>
        <w:jc w:val="right"/>
      </w:pPr>
      <w:r>
        <w:t>رب اغفر لي ولاخي وادخلنا في رحمتك وانت ارحم الراحمين</w:t>
      </w:r>
    </w:p>
    <w:p>
      <w:r>
        <w:rPr>
          <w:b/>
        </w:rPr>
        <w:t xml:space="preserve">[1:13:45] </w:t>
      </w:r>
      <w:r>
        <w:t>aur Moosa ki qaum ne us ke peeche apne zewaron se ek bachhda banaya ek dhar jis se bail ki si aawaz nikalti thi kya unhon ne nahi dekha ke woh na un se bolta hai aur na koi raah dikhata hai</w:t>
      </w:r>
    </w:p>
    <w:p>
      <w:pPr>
        <w:jc w:val="right"/>
      </w:pPr>
      <w:r>
        <w:t>اور موسی کی قوم نے اس کے پیچھے اپنے زیوروں سے ایک بچھڑا بنایا ایک دھڑ جس سے بیل کی سی اواز نکلتی تھی کیا انہوں نے نہیں دیکھا کہ وہ نہ ان سے بولتا ہے اور نہ کوئی راہ دکھاتا ہے</w:t>
      </w:r>
    </w:p>
    <w:p>
      <w:r>
        <w:rPr>
          <w:b/>
        </w:rPr>
        <w:t xml:space="preserve">[1:14:05] </w:t>
      </w:r>
      <w:r>
        <w:t>us ko unhon ne maabood bana liya aur woh baray zalim thay aur jab woh pachtaye aur unhon</w:t>
      </w:r>
    </w:p>
    <w:p>
      <w:pPr>
        <w:jc w:val="right"/>
      </w:pPr>
      <w:r>
        <w:t>اس کو انہوں نے معبود بنا لیا اور وہ بڑے ظالم تھے اور جب وہ پچھتائے اور انہوں</w:t>
      </w:r>
    </w:p>
    <w:p>
      <w:r>
        <w:rPr>
          <w:b/>
        </w:rPr>
        <w:t xml:space="preserve">[1:14:13] </w:t>
      </w:r>
      <w:r>
        <w:t>ne mehsoos kiya ke woh gumrahi mein par gaye thay to unhon ne kaha agar hamaray rab ne</w:t>
      </w:r>
    </w:p>
    <w:p>
      <w:pPr>
        <w:jc w:val="right"/>
      </w:pPr>
      <w:r>
        <w:t>نے محسوس کیا کہ وہ گمراہی میں پڑ گئے تھے تو انہوں نے کہا اگر ہمارے رب نے</w:t>
      </w:r>
    </w:p>
    <w:p>
      <w:r>
        <w:rPr>
          <w:b/>
        </w:rPr>
        <w:t xml:space="preserve">[1:14:19] </w:t>
      </w:r>
      <w:r>
        <w:t>hum par reham na kiya aur hum ko na bakhsha to yaqeenan hum barbad ho jayen ge aur</w:t>
      </w:r>
    </w:p>
    <w:p>
      <w:pPr>
        <w:jc w:val="right"/>
      </w:pPr>
      <w:r>
        <w:t>ہم پر رحم نہ کیا اور ہم کو نہ بخشا تو یقینا ہم برباد ہو جائیں گے اور</w:t>
      </w:r>
    </w:p>
    <w:p>
      <w:r>
        <w:rPr>
          <w:b/>
        </w:rPr>
        <w:t xml:space="preserve">[1:14:26] </w:t>
      </w:r>
      <w:r>
        <w:t>jab moosa ranj aur ghusay mein bhara hua apni qaum ki taraf lauta to us ne kaha tum</w:t>
      </w:r>
    </w:p>
    <w:p>
      <w:pPr>
        <w:jc w:val="right"/>
      </w:pPr>
      <w:r>
        <w:t>جب موسی رنج اور غصے میں بھرا ہوا اپنی قوم کی طرف لوٹا تو اس نے کہا تم</w:t>
      </w:r>
    </w:p>
    <w:p>
      <w:r>
        <w:rPr>
          <w:b/>
        </w:rPr>
        <w:t xml:space="preserve">[1:14:34] </w:t>
      </w:r>
      <w:r>
        <w:t>ne mere baad meri bohat buri jansheeni</w:t>
      </w:r>
    </w:p>
    <w:p>
      <w:pPr>
        <w:jc w:val="right"/>
      </w:pPr>
      <w:r>
        <w:t>نے میرے بعد میری بہت بری جانشینی</w:t>
      </w:r>
    </w:p>
    <w:p>
      <w:r>
        <w:rPr>
          <w:b/>
        </w:rPr>
        <w:t xml:space="preserve">[1:14:37] </w:t>
      </w:r>
      <w:r>
        <w:t>ki kya tum ne apne Rab ke hukum se pehle hi jaldi kar li aur us ne takhtiyan daal din aur apne bhai ka sir pakad kar us ko apni taraf kheenchne laga Haaroon ne kaha aye meri maa ke bete logon ne mujhe daba liya aur qareeb tha ke mujh ko maar dalen</w:t>
      </w:r>
    </w:p>
    <w:p>
      <w:pPr>
        <w:jc w:val="right"/>
      </w:pPr>
      <w:r>
        <w:t>کی کیا تم نے اپنے رب کے حکم سے پہلے ہی جلدی کر لی اور اس نے تختیاں ڈال دیں اور اپنے بھائی کا سر پکڑ کر اس کو اپنی طرف کھینچنے لگا ہارون نے کہا اے میری ماں کے بیٹے لوگوں نے مجھے دبا لیا اور قریب تھا کہ مجھ کو مار ڈالیں</w:t>
      </w:r>
    </w:p>
    <w:p>
      <w:r>
        <w:rPr>
          <w:b/>
        </w:rPr>
        <w:t xml:space="preserve">[1:15:00] </w:t>
      </w:r>
      <w:r>
        <w:t>pas to dushmanon ko mere oopar hansne ka mauqa na de aur mujh ko zalimon ke sath shamil na kar Moosa ne kaha a mere rab maaf kar de mujh ko aur mere bhai ko aur hum ko apni rehmat mein dakhil farma aur tu sab se zyada reham karne wala hai</w:t>
      </w:r>
    </w:p>
    <w:p>
      <w:pPr>
        <w:jc w:val="right"/>
      </w:pPr>
      <w:r>
        <w:t>پس تو دشمنوں کو میرے اوپر ہنسنے کا موقع نہ دے اور مجھ کو ظالموں کے ساتھ شامل نہ کر موسی نے کہا اے میرے رب معاف کر دے مجھ کو اور میرے بھائی کو اور ہم کو اپنی رحمت میں داخل فرما اور تو سب سے زیادہ رحم کرنے والا ہے</w:t>
      </w:r>
    </w:p>
    <w:p>
      <w:r>
        <w:rPr>
          <w:b/>
        </w:rPr>
        <w:t xml:space="preserve">[1:15:25] </w:t>
      </w:r>
      <w:r>
        <w:t>tashreeh bani israel ke giroh mein us waqt Samri naam ka ek bohat shatir admi tha Hazrat Moosa jab bani Israel ko Hazrat Haroon ki nigrani mein chhod kar pahad par chale gaye to us ne logon ko behkaya us ne logon se zewraat lekar un ko bichhde ki soorat mein dhaal diya</w:t>
      </w:r>
    </w:p>
    <w:p>
      <w:pPr>
        <w:jc w:val="right"/>
      </w:pPr>
      <w:r>
        <w:t>تشریح بنی اسرائیل کے گروہ میں اس وقت سامری نام کا ایک بہت شاطر ادمی تھا حضرت موسی جب بنی اسرائیل کو حضرت ہارون کی نگرانی میں چھوڑ کر پہاڑ پر چلے گئے تو اس نے لوگوں کو بہکایا اس نے لوگوں سے زیورات لے کر ان کو بچھڑے کی صورت میں ڈھال دیا</w:t>
      </w:r>
    </w:p>
    <w:p>
      <w:r>
        <w:rPr>
          <w:b/>
        </w:rPr>
        <w:t xml:space="preserve">[1:15:50] </w:t>
      </w:r>
      <w:r>
        <w:t>badgari ke qadeem Misri fan ke mutabiq bichhde ki yeh moort is tarah banai gayi thi ke jab us ke andar se hawa guzre to us ke munh se bail ke dakaar ki si aawaz aaye log aam taur par ajaba pasand hote hain chunancha itni si baat par bohat se log shubah mein pad gaye aur us ke bare mein khodai tasawwur qaim kar liya</w:t>
      </w:r>
    </w:p>
    <w:p>
      <w:pPr>
        <w:jc w:val="right"/>
      </w:pPr>
      <w:r>
        <w:t>بدگری کے قدیم مصری فن کے مطابق بچھڑے کی یہ مورت اس طرح بنائی گئی تھی کہ جب اس کے اندر سے ہوا گزرے تو اس کے منہ سے بیل کے ڈکار کی سی اواز ائے لوگ عام طور پر عجبہ پسند ہوتے ہیں چنانچہ اتنی سی بات پر بہت سے لوگ شبہ میں پڑ گئے اور اس کے بارے میں خدائی تصور قائم کر لیا</w:t>
      </w:r>
    </w:p>
    <w:p>
      <w:r>
        <w:rPr>
          <w:b/>
        </w:rPr>
        <w:t xml:space="preserve">[1:16:16] </w:t>
      </w:r>
      <w:r>
        <w:t>ek shatir admi ne kuch awami baatein kar ke bheed ki bheed apne gird jama kar li us ka zor itna badha ke Hazrat Haroon aur aaghlaban un ke chand saathiun ke siwa koi khullam khulla احتجاج karne wala bhi na nikla zahir hai ke jis awami toofan mein peghambar ke naib ki aawaz dab jaaye wahan kaise koi bolne ki jurrat kar sakta hai</w:t>
      </w:r>
    </w:p>
    <w:p>
      <w:pPr>
        <w:jc w:val="right"/>
      </w:pPr>
      <w:r>
        <w:t>ایک شاطر ادمی نے کچھ عوامی باتیں کر کے بھیڑ کی بھیڑ اپنے گرد جمع کر لی اس کا زور اتنا بڑھا کہ حضرت ہارون اور اغلبا ان کے چند ساتھیوں کے سوا کوئی کھلم کھلا احتجاج کرنے والا بھی نہ نکلا ظاہر ہے کہ جس عوامی طوفان میں پیغمبر کے نائب کی اواز دب جائے وہاں کیسے کوئی بولنے کی جرات کر سکتا ہے</w:t>
      </w:r>
    </w:p>
    <w:p>
      <w:r>
        <w:rPr>
          <w:b/>
        </w:rPr>
        <w:t xml:space="preserve">[1:16:45] </w:t>
      </w:r>
      <w:r>
        <w:t>awam ka zawq har zamane mein yahi raha hai aur aaj bhi woh poori tarah maujood hai aaj bhi ek hoshiyar admi apni taqreeron aur tehreeron se kisi na kisi khawar par logon ki bheed jama kar leta hai log yeh nahin sochte ke jis cheez ke gird woh jama ho rahe hain woh mahaz ek tamasha hai na ke fi waqe koi haqeeqat</w:t>
      </w:r>
    </w:p>
    <w:p>
      <w:pPr>
        <w:jc w:val="right"/>
      </w:pPr>
      <w:r>
        <w:t>عوام کا ذوق ہر زمانے میں یہی رہا ہے اور اج بھی وہ پوری طرح موجود ہے اج بھی ایک ہوشیار ادمی اپنی تقریروں اور تحریروں سے کسی نہ کسی خوار پر لوگوں کی بھیڑ جمع کر لیتا ہے لوگ یہ نہیں سوچتے کہ جس چیز کے گرد وہ جمع ہو رہے ہیں وہ محض ایک تماشہ ہے نہ کہ فی الواقع کوئی حقیقت</w:t>
      </w:r>
    </w:p>
    <w:p>
      <w:r>
        <w:rPr>
          <w:b/>
        </w:rPr>
        <w:t xml:space="preserve">[1:17:11] </w:t>
      </w:r>
      <w:r>
        <w:t>koi sanjeeda admi agar is tamashe ki haqeeqat ko kholta hai to uska wahi anjam hota hai jo bani Israel ke darmiyan Hazrat Haroon ka hua</w:t>
      </w:r>
    </w:p>
    <w:p>
      <w:pPr>
        <w:jc w:val="right"/>
      </w:pPr>
      <w:r>
        <w:t>کوئی سنجیدہ ادمی اگر اس تماشے کی حقیقت کو کھولتا ہے تو اس کا وہی انجام ہوتا ہے جو بنی اسرائیل کے درمیان حضرت ہارون کا ہوا</w:t>
      </w:r>
    </w:p>
    <w:p>
      <w:r>
        <w:rPr>
          <w:b/>
        </w:rPr>
        <w:t xml:space="preserve">[1:17:24] </w:t>
      </w:r>
      <w:r>
        <w:t>Hazrat Moosa ne jab dekha ke bani Israel mushrikana feal mein masroof hain to un ko guman hua ke Hazrat Haroon ne islah ke silsile mein kotahi ki hai chunancha ghusse mein unhein pakad liya</w:t>
      </w:r>
    </w:p>
    <w:p>
      <w:pPr>
        <w:jc w:val="right"/>
      </w:pPr>
      <w:r>
        <w:t>حضرت موسی نے جب دیکھا کہ بنی اسرائیل مشرکانہ فعل میں مشغول ہیں تو ان کو گمان ہوا کہ حضرت ہارون نے اصلاح کے سلسلے میں کوتاہی کی ہے چنانچہ غصے میں انہیں پکڑ لیا</w:t>
      </w:r>
    </w:p>
    <w:p>
      <w:r>
        <w:rPr>
          <w:b/>
        </w:rPr>
        <w:t xml:space="preserve">[1:17:40] </w:t>
      </w:r>
      <w:r>
        <w:t>magar jaise hi unhon ne bataya ke unhon ne apni islahi koshish mein koi kami na ki thi to un ke bayan ke baad foran ruk gaye aur apne liye aur Hazrat Haroon ke liye Khuda se dua karne lage</w:t>
      </w:r>
    </w:p>
    <w:p>
      <w:pPr>
        <w:jc w:val="right"/>
      </w:pPr>
      <w:r>
        <w:t>مگر جیسے ہی انہوں نے بتایا کہ انہوں نے اپنی اصلاحی کوشش میں کوئی کمی نہ کی تھی تو ان کے بیان کے بعد فورا رک گئے اور اپنے لئے اور حضرت ہارون کے لیے خدا سے دعا کرنے لگے</w:t>
      </w:r>
    </w:p>
    <w:p>
      <w:r>
        <w:rPr>
          <w:b/>
        </w:rPr>
        <w:t xml:space="preserve">[1:17:57] </w:t>
      </w:r>
      <w:r>
        <w:t>ek momin ko doosre momin ke bare mein bari se bari galat fehmi ho sakti hai magar mamle ki wazahat ke baad woh aisa ho jata hai jaise us ko galat fehmi paida hi nahin hui thi</w:t>
      </w:r>
    </w:p>
    <w:p>
      <w:pPr>
        <w:jc w:val="right"/>
      </w:pPr>
      <w:r>
        <w:t>ایک مومن کو دوسرے مومن کے بارے میں بڑی سے بڑی غلط فہمی ہو سکتی ہے مگر معاملے کی وضاحت کے بعد وہ ایسا ہو جاتا ہے جیسے اس کو غلط فہمی پیدا ہی نہیں ہوئی تھی</w:t>
      </w:r>
    </w:p>
    <w:p>
      <w:r>
        <w:rPr>
          <w:b/>
        </w:rPr>
        <w:t xml:space="preserve">[1:18:16] </w:t>
      </w:r>
      <w:r>
        <w:t>in allatheena attakhathoo al'ijla sayanaluhum ghadab</w:t>
      </w:r>
    </w:p>
    <w:p>
      <w:pPr>
        <w:jc w:val="right"/>
      </w:pPr>
      <w:r>
        <w:t>ان الذین اتخذوا العجل سينالهم غضب</w:t>
      </w:r>
    </w:p>
    <w:p>
      <w:r>
        <w:rPr>
          <w:b/>
        </w:rPr>
        <w:t xml:space="preserve">[1:18:22] </w:t>
      </w:r>
      <w:r>
        <w:t>min rabbihim wathullathu fee alhayati aldunya</w:t>
      </w:r>
    </w:p>
    <w:p>
      <w:pPr>
        <w:jc w:val="right"/>
      </w:pPr>
      <w:r>
        <w:t>من ربهم وذله فی الحیات الدنیا</w:t>
      </w:r>
    </w:p>
    <w:p>
      <w:r>
        <w:rPr>
          <w:b/>
        </w:rPr>
        <w:t xml:space="preserve">[1:18:29] </w:t>
      </w:r>
      <w:r>
        <w:t>wakathalika najzi almuftareen</w:t>
      </w:r>
    </w:p>
    <w:p>
      <w:pPr>
        <w:jc w:val="right"/>
      </w:pPr>
      <w:r>
        <w:t>وكذلك نجز المفترین</w:t>
      </w:r>
    </w:p>
    <w:p>
      <w:r>
        <w:rPr>
          <w:b/>
        </w:rPr>
        <w:t xml:space="preserve">[1:18:34] </w:t>
      </w:r>
      <w:r>
        <w:t>wallatheena 'amiloo alsayyi'ati thumma taboo min ba'diha wamanoo</w:t>
      </w:r>
    </w:p>
    <w:p>
      <w:pPr>
        <w:jc w:val="right"/>
      </w:pPr>
      <w:r>
        <w:t>والذین عملوا السیئات ثم تابوا من بعدها وامنوا</w:t>
      </w:r>
    </w:p>
    <w:p>
      <w:r>
        <w:rPr>
          <w:b/>
        </w:rPr>
        <w:t xml:space="preserve">[1:18:45] </w:t>
      </w:r>
      <w:r>
        <w:t>inna rabbaka min ba'diha laghafoorun raheem</w:t>
      </w:r>
    </w:p>
    <w:p>
      <w:pPr>
        <w:jc w:val="right"/>
      </w:pPr>
      <w:r>
        <w:t>ان ربک من بعدها لغفور رحیم</w:t>
      </w:r>
    </w:p>
    <w:p>
      <w:r>
        <w:rPr>
          <w:b/>
        </w:rPr>
        <w:t xml:space="preserve">[1:18:55] </w:t>
      </w:r>
      <w:r>
        <w:t>beshak jin logon ne bichhde ko maabood banaya un ko un ke rab ka ghazab pahunchega aur zalat dunya ki zindagi mein aur hum aisa hi badla dete hain jhoot bandhne wale ko aur jin logon ne bure kaam kiye phir us ke baad tooba ki aur imaan laye to beshak us ke baad tera rab bakhsne wala meherban hai</w:t>
      </w:r>
    </w:p>
    <w:p>
      <w:pPr>
        <w:jc w:val="right"/>
      </w:pPr>
      <w:r>
        <w:t>بے شک جن لوگوں نے بچھڑے کو معبود بنایا ان کو ان کے رب کا غضب پہنچے گا اور ذلت دنیا کی زندگی میں اور ہم ایسا ہی بدلہ دیتے ہیں جھوٹ باندھنے والے کو اور جن لوگوں نے برے کام کیے پھر اس کے بعد توبہ کی اور ایمان لائے تو بے شک اس کے بعد تیرا رب بخشنے والا مہربان ہے</w:t>
      </w:r>
    </w:p>
    <w:p>
      <w:r>
        <w:rPr>
          <w:b/>
        </w:rPr>
        <w:t xml:space="preserve">[1:19:22] </w:t>
      </w:r>
      <w:r>
        <w:t>tashreeh bani Israel ke bichhda banane ko yahan jhoot bandhna kaha gaya hai aisa kyun hai is ki wajah yeh hai ke unhon ne yeh batil kaam haq ke naam par kiya tha unhon ne apna yeh kaam Khuda ke deen ka inkar kar ke nahin kiya tha balkeh Khuda ke deen ko maante hue kiya tha apni is bedini ko woh deeni alfaaz mein bayan karte the</w:t>
      </w:r>
    </w:p>
    <w:p>
      <w:pPr>
        <w:jc w:val="right"/>
      </w:pPr>
      <w:r>
        <w:t>تشریح بنی اسرائیل کے بچھڑا بنانے کو یہاں جھوٹ باندھنا کہا گیا ہے ایسا کیوں ہے اس کی وجہ یہ ہے کہ انہوں نے یہ باطل کام حق کے نام پر کیا تھا انہوں نے اپنا یہ کام خدا کے دین کا انکار کر کے نہیں کیا تھا بلکہ خدا کے دین کو مانتے ہوئے کیا تھا اپنی اس بے دینی کو وہ دینی الفاظ میں بیان کرتے تھے</w:t>
      </w:r>
    </w:p>
    <w:p>
      <w:r>
        <w:rPr>
          <w:b/>
        </w:rPr>
        <w:t xml:space="preserve">[1:19:52] </w:t>
      </w:r>
      <w:r>
        <w:t>mushrikeen ke aam aqeeday ki tarah woh kehte the ke Khuda un ki ghari hui moort mein hulool karaya hai is liye us ki ibadat khud Khuda ki ibadat ke hamana hai hatta ke is feal ke leader Samri ne is ke haq mein kashf o karamat ki daleel bhi talash kar li</w:t>
      </w:r>
    </w:p>
    <w:p>
      <w:pPr>
        <w:jc w:val="right"/>
      </w:pPr>
      <w:r>
        <w:t>مشرکین کے عام عقیدے کی طرح وہ کہتے تھے کہ خدا ان کی گھڑی ہوئی مورت میں حلول کرایا ہے اس لیے اس کی عبادت خود خدا کی عبادت کے ہمانہ ہے حتی کہ اس فعل کے لیڈر سامری نے اس کے حق میں کشف و کرامت کی دلیل بھی تلاش کر لی</w:t>
      </w:r>
    </w:p>
    <w:p>
      <w:r>
        <w:rPr>
          <w:b/>
        </w:rPr>
        <w:t xml:space="preserve">[1:20:14] </w:t>
      </w:r>
      <w:r>
        <w:t>us ne kaha ke maine khwab mein dekha ke Jibrael aaye hain aur maine un ke ghode ke naqsh qadam se ek muthi mitti uthai hai aur ek bichhda banakar us ke andar woh mitti daal di to muqaddas mitti ki barkat se woh bichhda bolne laga goya Samri aur us ke saathi Khuda ki taraf aisi baat mansoob kar rahe the jo Khuda ne khud nahin batai thi</w:t>
      </w:r>
    </w:p>
    <w:p>
      <w:pPr>
        <w:jc w:val="right"/>
      </w:pPr>
      <w:r>
        <w:t>اس نے کہا کہ میں نے خواب میں دیکھا کہ جبرائیل ائے ہیں اور میں نے ان کے گھوڑے کے نقش قدم سے ایک مٹھی مٹی اٹھائی ہے اور ایک بچھڑا بنا کر اس کے اندر وہ مٹی ڈال دی تو مقدس مٹی کی برکت سے وہ بچھڑا بولنے لگا گویا سامری اور اس کے ساتھی خدا کی طرف ایسی بات منسوب کر رہے تھے جو خدا نے خود نہیں بتائی تھی</w:t>
      </w:r>
    </w:p>
    <w:p>
      <w:r>
        <w:rPr>
          <w:b/>
        </w:rPr>
        <w:t xml:space="preserve">[1:20:41] </w:t>
      </w:r>
      <w:r>
        <w:t>is qism ki nisbat Khuda par jhoot bandhna hai khwah woh ek soorat mein ho ya doosri soorat mein</w:t>
      </w:r>
    </w:p>
    <w:p>
      <w:pPr>
        <w:jc w:val="right"/>
      </w:pPr>
      <w:r>
        <w:t>اس قسم کی نسبت خدا پر جھوٹ باندھنا ہے خواہ وہ ایک صورت میں ہو یا دوسری صورت میں</w:t>
      </w:r>
    </w:p>
    <w:p>
      <w:r>
        <w:rPr>
          <w:b/>
        </w:rPr>
        <w:t xml:space="preserve">[1:20:53] </w:t>
      </w:r>
      <w:r>
        <w:t>koi hamile deen giroh jab is qism ka iftara karta hai woh bedini ke feal ko deen ka naam de deta hai to yeh cheez Khuda ke ghazab ko shadeed tor par bhadka deti hai</w:t>
      </w:r>
    </w:p>
    <w:p>
      <w:pPr>
        <w:jc w:val="right"/>
      </w:pPr>
      <w:r>
        <w:t>کوئی حامل دین گروہ جب اس قسم کا افتراء کرتا ہے وہ بے دینی کے فعل کو دین کا نام دے دیتا ہے تو یہ چیز خدا کے غضب کو شدید طور پر بھڑکا دیتی ہے</w:t>
      </w:r>
    </w:p>
    <w:p>
      <w:r>
        <w:rPr>
          <w:b/>
        </w:rPr>
        <w:t xml:space="preserve">[1:21:08] </w:t>
      </w:r>
      <w:r>
        <w:t>is ke mutalliq yeh faisla kiya jata hai ke us ko akhirat se pehle dunya ki zindagi hi mein ruswa kun saza di jaye bani Israel ke liye yeh duniyawi saza is soorat mein aayi ke Hazrat Moosa ke hukum par har qabile ke mukhlis zimmedaron ne apne apne qabile ke un afraad ko pakda jinhon ne bichhda banane ke is kaam mein hissa liya tha aur is fitne mein barah e rast shareek the</w:t>
      </w:r>
    </w:p>
    <w:p>
      <w:pPr>
        <w:jc w:val="right"/>
      </w:pPr>
      <w:r>
        <w:t>اس کے متعلق یہ فیصلہ کیا جاتا ہے کہ اس کو اخرت سے پہلے دنیا کی زندگی ہی میں رسوا کن سزا دی جائے بنی اسرائیل کے لیے یہ دنیاوی سزا اس صورت میں ائی کہ حضرت موسی کے حکم پر ہر قبیلے کے مخلص ذمہ داروں نے اپنے اپنے قبیلے کے ان افراد کو پکڑا جنہوں نے بچھڑا بنانے کے اس کام میں حصہ لیا تھا اور اس فتنے میں براہ راست شریک تھے</w:t>
      </w:r>
    </w:p>
    <w:p>
      <w:r>
        <w:rPr>
          <w:b/>
        </w:rPr>
        <w:t xml:space="preserve">[1:21:38] </w:t>
      </w:r>
      <w:r>
        <w:t>is ke baad har qabile ke afraad ne khud apne hath se apne qabile ke mujrimon ko qatl kar diya is dardnak anjam se sirf woh log bache jo apne is feal par shadeed sharminda hue aur unhon ne apne jurm ka iqrar karte hue tooba ki</w:t>
      </w:r>
    </w:p>
    <w:p>
      <w:pPr>
        <w:jc w:val="right"/>
      </w:pPr>
      <w:r>
        <w:t>اس کے بعد ہر قبیلے کے افراد نے خود اپنے ہاتھ سے اپنے قبیلے کے مجرمین کو قتل کر دیا اس دردناک انجام سے صرف وہ لوگ بچے جو اپنے اس فعل پر سخت شرمندہ ہوئے اور انہوں نے اپنے جرم کا اقرار کرتے ہوئے توبہ کی</w:t>
      </w:r>
    </w:p>
    <w:p>
      <w:r>
        <w:rPr>
          <w:b/>
        </w:rPr>
        <w:t xml:space="preserve">[1:22:00] </w:t>
      </w:r>
      <w:r>
        <w:t>bani Israel ke jurm par Khuda ne jis saza ka faisla kiya us ka nafaz khud un ki apni talwaron ke zariye kiya gaya</w:t>
      </w:r>
    </w:p>
    <w:p>
      <w:pPr>
        <w:jc w:val="right"/>
      </w:pPr>
      <w:r>
        <w:t>بنی اسرائیل کے جرم پر خدا نے جس سزا کا فیصلہ کیا اس کا نفاذ خود ان کی اپنی تلواروں کے ذریعے کیا گیا</w:t>
      </w:r>
    </w:p>
    <w:p>
      <w:r>
        <w:rPr>
          <w:b/>
        </w:rPr>
        <w:t xml:space="preserve">[1:22:08] </w:t>
      </w:r>
      <w:r>
        <w:t>tahum is qism ke faisle ka nafaz kabhi aaghyar ki talwaron ke zariye kiya jata hai aur aaghyar ki talwaron se is ka nafaz us waqt hota hai jab ke saza ke sath ruswai ko bhi shamil kar dene ka faisla kiya gaya ho gunah par tooba yeh hai ke gunah ho jaane ke baad aadmi apne is feal par shadeed sharminda ho</w:t>
      </w:r>
    </w:p>
    <w:p>
      <w:pPr>
        <w:jc w:val="right"/>
      </w:pPr>
      <w:r>
        <w:t>تاہم اس قسم کے فیصلے کا نفاذ کبھی اغیار کی تلواروں کے ذریعے کیا جاتا ہے اور اغیار کی تلواروں سے اس کا نفاذ اس وقت ہوتا ہے جب کہ سزا کے ساتھ رسوائی کو بھی شامل کر دینے کا فیصلہ کیا گیا ہو گناہ پر توبہ یہ ہے کہ گناہ ہو جانے کے بعد ادمی اپنے اس فعل پر شدید شرمندہ ہو</w:t>
      </w:r>
    </w:p>
    <w:p>
      <w:r>
        <w:rPr>
          <w:b/>
        </w:rPr>
        <w:t xml:space="preserve">[1:22:37] </w:t>
      </w:r>
      <w:r>
        <w:t>tooba ki asal haqeeqat sharmindagi hai yeh sharmindagi is baat ki zamanat hai ke aadmi apne poore wajood se faisla kare ke aindah woh aisa feal na karega koi gunahgar jab is tarah sharmindagi ka aur aindah ke liye parhez ke azm ka saboot de deta hai to goya ke woh dobara imaan lata hai</w:t>
      </w:r>
    </w:p>
    <w:p>
      <w:pPr>
        <w:jc w:val="right"/>
      </w:pPr>
      <w:r>
        <w:t>توبہ کی اصل حقیقت شرمندگی ہے یہ شرمندگی اس بات کی ضمانت ہے کہ ادمی اپنے پورے وجود سے فیصلہ کرے کہ ائندہ وہ ایسا فعل نہ کرے گا کوئی گنہگار جب اس طرح شرمندگی کا اور ائندہ کے لیے پرہیز کے عزم کا ثبوت دے دیتا ہے تو گویا کہ وہ دوبارہ ایمان لاتا ہے</w:t>
      </w:r>
    </w:p>
    <w:p>
      <w:r>
        <w:rPr>
          <w:b/>
        </w:rPr>
        <w:t xml:space="preserve">[1:23:01] </w:t>
      </w:r>
      <w:r>
        <w:t>deen ke daira se nikal jaane ke baad woh dobara Khuda ke deen mein dakhil hota hai</w:t>
      </w:r>
    </w:p>
    <w:p>
      <w:pPr>
        <w:jc w:val="right"/>
      </w:pPr>
      <w:r>
        <w:t>دین کے دائرے سے نکل جانے کے بعد وہ دوبارہ خدا کے دین میں داخل ہوتا ہے</w:t>
      </w:r>
    </w:p>
    <w:p>
      <w:r>
        <w:rPr>
          <w:b/>
        </w:rPr>
        <w:t xml:space="preserve">[1:23:12] </w:t>
      </w:r>
      <w:r>
        <w:t>walamma sakata 'an moosa alghadabu akhatha alalwaha wafee nuskhateha hudan warahmatan lillatheena hum lirabbihim yarhaboon</w:t>
      </w:r>
    </w:p>
    <w:p>
      <w:pPr>
        <w:jc w:val="right"/>
      </w:pPr>
      <w:r>
        <w:t>ولما سكت عن موسى الغضب اخذ الالواح وفي نسختها هدى ورحمه للذين هم لربهم يرهبون</w:t>
      </w:r>
    </w:p>
    <w:p>
      <w:r>
        <w:rPr>
          <w:b/>
        </w:rPr>
        <w:t xml:space="preserve">[1:23:27] </w:t>
      </w:r>
      <w:r>
        <w:t>waikhtara moosa qawmahu sab'eena rijallan limiqatina</w:t>
      </w:r>
    </w:p>
    <w:p>
      <w:pPr>
        <w:jc w:val="right"/>
      </w:pPr>
      <w:r>
        <w:t>واختار موسى قومه سبعين رجلا لميقاتنا</w:t>
      </w:r>
    </w:p>
    <w:p>
      <w:r>
        <w:rPr>
          <w:b/>
        </w:rPr>
        <w:t xml:space="preserve">[1:23:35] </w:t>
      </w:r>
      <w:r>
        <w:t>falamma akhathathumu alrajfatu qala rabb law shi'ta ahlaktahum</w:t>
      </w:r>
    </w:p>
    <w:p>
      <w:pPr>
        <w:jc w:val="right"/>
      </w:pPr>
      <w:r>
        <w:t>فلما اخذتهم الرجفه قال رب لو شئت اهلكتهم</w:t>
      </w:r>
    </w:p>
    <w:p>
      <w:r>
        <w:rPr>
          <w:b/>
        </w:rPr>
        <w:t xml:space="preserve">[1:23:44] </w:t>
      </w:r>
      <w:r>
        <w:t>min qablu waiyyaya</w:t>
      </w:r>
    </w:p>
    <w:p>
      <w:pPr>
        <w:jc w:val="right"/>
      </w:pPr>
      <w:r>
        <w:t>من قبل واياي</w:t>
      </w:r>
    </w:p>
    <w:p>
      <w:r>
        <w:rPr>
          <w:b/>
        </w:rPr>
        <w:t xml:space="preserve">[1:23:49] </w:t>
      </w:r>
      <w:r>
        <w:t>qala rabb law shi'ta ahlaktahum</w:t>
      </w:r>
    </w:p>
    <w:p>
      <w:pPr>
        <w:jc w:val="right"/>
      </w:pPr>
      <w:r>
        <w:t>قال رب لو شئت اهلكتهم</w:t>
      </w:r>
    </w:p>
    <w:p>
      <w:r>
        <w:rPr>
          <w:b/>
        </w:rPr>
        <w:t xml:space="preserve">[1:23:53] </w:t>
      </w:r>
      <w:r>
        <w:t>min qablu waiyyaya atuhlikuna bima</w:t>
      </w:r>
    </w:p>
    <w:p>
      <w:pPr>
        <w:jc w:val="right"/>
      </w:pPr>
      <w:r>
        <w:t>من قبل واياي اتهلكنا بما</w:t>
      </w:r>
    </w:p>
    <w:p>
      <w:r>
        <w:rPr>
          <w:b/>
        </w:rPr>
        <w:t xml:space="preserve">[1:23:58] </w:t>
      </w:r>
      <w:r>
        <w:t>fa'alas sufaha'u minna in hi illa fitnatuka tudillu biha man tasha'u wa tahdi man tasha'u</w:t>
      </w:r>
    </w:p>
    <w:p>
      <w:pPr>
        <w:jc w:val="right"/>
      </w:pPr>
      <w:r>
        <w:t>فعل السفهاء منا ان هي الا فتنتك تضل بها من تشاء وتهدي من تشاء</w:t>
      </w:r>
    </w:p>
    <w:p>
      <w:r>
        <w:rPr>
          <w:b/>
        </w:rPr>
        <w:t xml:space="preserve">[1:24:17] </w:t>
      </w:r>
      <w:r>
        <w:t>anta waliyyuna faghfir lana warhamna waanta khayru alghafireen</w:t>
      </w:r>
    </w:p>
    <w:p>
      <w:pPr>
        <w:jc w:val="right"/>
      </w:pPr>
      <w:r>
        <w:t>انت ولينا فاغفر لنا وارحمنا وانت خير الغافرين</w:t>
      </w:r>
    </w:p>
    <w:p>
      <w:r>
        <w:rPr>
          <w:b/>
        </w:rPr>
        <w:t xml:space="preserve">[1:24:26] </w:t>
      </w:r>
      <w:r>
        <w:t>waktub lana fee hathihid dunya hasanatan</w:t>
      </w:r>
    </w:p>
    <w:p>
      <w:pPr>
        <w:jc w:val="right"/>
      </w:pPr>
      <w:r>
        <w:t>واكتب لنا في هذه الدنيا حسنه</w:t>
      </w:r>
    </w:p>
    <w:p>
      <w:r>
        <w:rPr>
          <w:b/>
        </w:rPr>
        <w:t xml:space="preserve">[1:24:31] </w:t>
      </w:r>
      <w:r>
        <w:t>wafee alakhirati innana hudna</w:t>
      </w:r>
    </w:p>
    <w:p>
      <w:pPr>
        <w:jc w:val="right"/>
      </w:pPr>
      <w:r>
        <w:t>وفي الاخره انا هدنا</w:t>
      </w:r>
    </w:p>
    <w:p>
      <w:r>
        <w:rPr>
          <w:b/>
        </w:rPr>
        <w:t xml:space="preserve">[1:24:36] </w:t>
      </w:r>
      <w:r>
        <w:t>ilayka qala 'athabi</w:t>
      </w:r>
    </w:p>
    <w:p>
      <w:pPr>
        <w:jc w:val="right"/>
      </w:pPr>
      <w:r>
        <w:t>اليك قال عذابي</w:t>
      </w:r>
    </w:p>
    <w:p>
      <w:r>
        <w:rPr>
          <w:b/>
        </w:rPr>
        <w:t xml:space="preserve">[1:24:42] </w:t>
      </w:r>
      <w:r>
        <w:t>useebu bihi man ashā'u</w:t>
      </w:r>
    </w:p>
    <w:p>
      <w:pPr>
        <w:jc w:val="right"/>
      </w:pPr>
      <w:r>
        <w:t>اصيب به من اشاء</w:t>
      </w:r>
    </w:p>
    <w:p>
      <w:r>
        <w:rPr>
          <w:b/>
        </w:rPr>
        <w:t xml:space="preserve">[1:24:46] </w:t>
      </w:r>
      <w:r>
        <w:t>warahmati wasi'at kull shay'in</w:t>
      </w:r>
    </w:p>
    <w:p>
      <w:pPr>
        <w:jc w:val="right"/>
      </w:pPr>
      <w:r>
        <w:t>ورحمتي وسعت كل شيء</w:t>
      </w:r>
    </w:p>
    <w:p>
      <w:r>
        <w:rPr>
          <w:b/>
        </w:rPr>
        <w:t xml:space="preserve">[1:24:51] </w:t>
      </w:r>
      <w:r>
        <w:t>fasaktubuhā lillatheena yattaqoona wayu'toona azzakāta wallatheena hum biāyātinā yu'minoon</w:t>
      </w:r>
    </w:p>
    <w:p>
      <w:pPr>
        <w:jc w:val="right"/>
      </w:pPr>
      <w:r>
        <w:t>فساكتبها للذين يتقون ويؤتون الزكاه والذين هم باياتنا يؤمنون</w:t>
      </w:r>
    </w:p>
    <w:p>
      <w:r>
        <w:rPr>
          <w:b/>
        </w:rPr>
        <w:t xml:space="preserve">[1:25:06] </w:t>
      </w:r>
      <w:r>
        <w:t>aur jab moosa ka ghussa thama to us ne takhtiyan uthayen aur jo un mein likha hua tha us mein hidayat aur rehmat thi un logon ke liye jo apne rab se darte hain aur moosa ne apni qom mein se 70 aadmi chune hamare muqarrar kiye hue waqt ke</w:t>
      </w:r>
    </w:p>
    <w:p>
      <w:pPr>
        <w:jc w:val="right"/>
      </w:pPr>
      <w:r>
        <w:t>اور جب موسی کا غصہ تھما تو اس نے تختیاں اٹھائیں اور جو ان میں لکھا ہوا تھا اس میں ہدایت اور رحمت تھی ان لوگوں کے لیے جو اپنے رب سے ڈرتے ہیں اور موسی نے اپنی قوم میں سے ستر ادمی چنے ہمارے مقرر کیے ہوئے وقت کے</w:t>
      </w:r>
    </w:p>
    <w:p>
      <w:r>
        <w:rPr>
          <w:b/>
        </w:rPr>
        <w:t xml:space="preserve">[1:25:29] </w:t>
      </w:r>
      <w:r>
        <w:t>phir jab un ko zalzale ne pakra to moosa ne kaha aey rab agar tu chahta to</w:t>
      </w:r>
    </w:p>
    <w:p>
      <w:pPr>
        <w:jc w:val="right"/>
      </w:pPr>
      <w:r>
        <w:t>پھر جب ان کو زلزلے نے ا پکڑا تو موسی نے کہا اے رب اگر تو چاہتا تو</w:t>
      </w:r>
    </w:p>
    <w:p>
      <w:r>
        <w:rPr>
          <w:b/>
        </w:rPr>
        <w:t xml:space="preserve">[1:25:37] </w:t>
      </w:r>
      <w:r>
        <w:t>pehlay hi un ko halak kar deta aur mujh ko bhi kiya tu hum ko aisay kaam par</w:t>
      </w:r>
    </w:p>
    <w:p>
      <w:pPr>
        <w:jc w:val="right"/>
      </w:pPr>
      <w:r>
        <w:t>پہلے ہی ان کو ہلاک کر دیتا اور مجھ کو بھی کیا تو ہم کو ایسے کام پر</w:t>
      </w:r>
    </w:p>
    <w:p>
      <w:r>
        <w:rPr>
          <w:b/>
        </w:rPr>
        <w:t xml:space="preserve">[1:25:43] </w:t>
      </w:r>
      <w:r>
        <w:t>halak karay ga jo hamaray andar kay bewakoofon ne kiya yeh sab teri azmaish hai tu is</w:t>
      </w:r>
    </w:p>
    <w:p>
      <w:pPr>
        <w:jc w:val="right"/>
      </w:pPr>
      <w:r>
        <w:t>ہلاک کرے گا جو ہمارے اندر کے بے وقوفوں نے کیا یہ سب تیری ازمائش ہے تو اس</w:t>
      </w:r>
    </w:p>
    <w:p>
      <w:r>
        <w:rPr>
          <w:b/>
        </w:rPr>
        <w:t xml:space="preserve">[1:25:52] </w:t>
      </w:r>
      <w:r>
        <w:t>say jis ko chahey gumrah kar day aur jis ko chahey hidayat day tu hi hamara thamnay wala</w:t>
      </w:r>
    </w:p>
    <w:p>
      <w:pPr>
        <w:jc w:val="right"/>
      </w:pPr>
      <w:r>
        <w:t>سے جس کو چاہے گمراہ کر دے اور جس کو چاہے ہدایت دے تو ہی ہمارا تھامنے والا</w:t>
      </w:r>
    </w:p>
    <w:p>
      <w:r>
        <w:rPr>
          <w:b/>
        </w:rPr>
        <w:t xml:space="preserve">[1:25:58] </w:t>
      </w:r>
      <w:r>
        <w:t>hai</w:t>
      </w:r>
    </w:p>
    <w:p>
      <w:pPr>
        <w:jc w:val="right"/>
      </w:pPr>
      <w:r>
        <w:t>ہے</w:t>
      </w:r>
    </w:p>
    <w:p>
      <w:r>
        <w:rPr>
          <w:b/>
        </w:rPr>
        <w:t xml:space="preserve">[1:26:00] </w:t>
      </w:r>
      <w:r>
        <w:t>pas hum ko bakhsh de aur hum par reham farma to sab se behtar bakhshne wala hai aur tu hamare liye is dunya mein bhalaai likh de aur aakhirat mein bhi hum ne teri taraf rujoo kia allah ne kaha mein apna azab isi par dalta hoon jis ko chahta hoon aur meri rehmat shamil hai har cheez ko</w:t>
      </w:r>
    </w:p>
    <w:p>
      <w:pPr>
        <w:jc w:val="right"/>
      </w:pPr>
      <w:r>
        <w:t>پس ہم کو بخش دے اور ہم پر رحم فرما تو سب سے بہتر بخشنے والا ہے اور تو ہمارے لیے اس دنیا میں بھلائی لکھ دے اور اخرت میں بھی ہم نے تیری طرف رجوع کیا اللہ نے کہا میں اپنا عذاب اسی پر ڈالتا ہوں جس کو چاہتا ہوں اور میری رحمت شامل ہے ہر چیز کو</w:t>
      </w:r>
    </w:p>
    <w:p>
      <w:r>
        <w:rPr>
          <w:b/>
        </w:rPr>
        <w:t xml:space="preserve">[1:26:25] </w:t>
      </w:r>
      <w:r>
        <w:t>pas mein is ko likh doon ga un ke liye jo dar rakhte hain aur zakat ada karte hain aur hamari nishaniyon par iman late hain</w:t>
      </w:r>
    </w:p>
    <w:p>
      <w:pPr>
        <w:jc w:val="right"/>
      </w:pPr>
      <w:r>
        <w:t>پس میں اس کو لکھ دوں گا ان کے لیے جو ڈر رکھتے ہیں اور زکوۃ ادا کرتے ہیں اور ہماری نشانیوں پر ایمان لاتے ہیں</w:t>
      </w:r>
    </w:p>
    <w:p>
      <w:r>
        <w:rPr>
          <w:b/>
        </w:rPr>
        <w:t xml:space="preserve">[1:26:38] </w:t>
      </w:r>
      <w:r>
        <w:t>tashreeh bani israel ke bichhda banane se yeh zahir hua tha ke un ke andar khuda par woh yaqeen nahi hai jo hona chahiye chunancha un ko pahaad par bulaya gaya hazrat moosa muqarrar waqt ke mutabiq</w:t>
      </w:r>
    </w:p>
    <w:p>
      <w:pPr>
        <w:jc w:val="right"/>
      </w:pPr>
      <w:r>
        <w:t>تشریح بنی اسرائیل کے بچھڑا بنانے سے یہ ظاہر ہوا تھا کہ ان کے اندر خدا پر وہ یقین نہیں ہے جو ہونا چاہیے چنانچہ ان کو پہاڑ پر بلایا گیا حضرت موسی مقررہ وقت کے مطابق</w:t>
      </w:r>
    </w:p>
    <w:p>
      <w:r>
        <w:rPr>
          <w:b/>
        </w:rPr>
        <w:t xml:space="preserve">[1:26:55] </w:t>
      </w:r>
      <w:r>
        <w:t>bani israel ke 70 numainda afraad ko le kar dobara koh toor par gaye wahan khuda ne garaj chamak aur zalzale ke zariye aise halaat paida kiye jis se bani israel ke logon ke andar tanabit aur khashiyat paida ho chunancha is ke baad woh khuda ke samne roye gurguraye aur ijtamai toba</w:t>
      </w:r>
    </w:p>
    <w:p>
      <w:pPr>
        <w:jc w:val="right"/>
      </w:pPr>
      <w:r>
        <w:t>بنی اسرائیل کے ستر نمائندہ افراد کو لے کر دوبارہ کوہ طور پر گئے وہاں خدا نے گرج چمک اور زلزلے کے ذریعے ایسے حالات پیدا کیے جس سے بنی اسرائیل کے لوگوں کے اندر طنابت اور خشیت پیدا ہو چنانچہ اس کے بعد وہ خدا کے سامنے روئے گڑگڑائے اور اجتماعی توبہ</w:t>
      </w:r>
    </w:p>
    <w:p>
      <w:r>
        <w:rPr>
          <w:b/>
        </w:rPr>
        <w:t xml:space="preserve">[1:27:19] </w:t>
      </w:r>
      <w:r>
        <w:t>ki unhon ne ahad kia ke woh torat ke ahkam par sachai ke sath amal karenge is moqa par hazrat moosa ne dua ki a hamare rab hamare liye dunya aur aakhirat mein bhalaai likh de allah taala ne is ke jawab mein farmaya</w:t>
      </w:r>
    </w:p>
    <w:p>
      <w:pPr>
        <w:jc w:val="right"/>
      </w:pPr>
      <w:r>
        <w:t>کی انہوں نے عہد کیا کہ وہ تورات کے احکام پر سچائی کے ساتھ عمل کریں گے اس موقع پر حضرت موسی نے دعا کی اے ہمارے رب ہمارے لیے دنیا اور اخرت میں بھلائی لکھ دے اللہ تعالی نے اس کے جواب میں فرمایا</w:t>
      </w:r>
    </w:p>
    <w:p>
      <w:r>
        <w:rPr>
          <w:b/>
        </w:rPr>
        <w:t xml:space="preserve">[1:27:42] </w:t>
      </w:r>
      <w:r>
        <w:t>mein jis par chahta hoon apna azab dalta hoon aur meri rehmat har cheez ko shamil hai hazrat moosa ki dua bahaisiyat malmoori apni poori ummat ke liye thi magar allah taala ne apne jawab mein wazeh kar dia ke nijat aur kamyabi koi grohi cheez nahi hai</w:t>
      </w:r>
    </w:p>
    <w:p>
      <w:pPr>
        <w:jc w:val="right"/>
      </w:pPr>
      <w:r>
        <w:t>میں جس پر چاہتا ہوں اپنا عذاب ڈالتا ہوں اور میری رحمت ہر چیز کو شامل ہے حضرت موسی کی دعا بحیثیت ملموری اپنی پوری امت کے لیے تھی مگر اللہ تعالی نے اپنے جواب میں واضح کر دیا کہ نجات اور کامیابی کوئی گروہی چیز نہیں ہے</w:t>
      </w:r>
    </w:p>
    <w:p>
      <w:r>
        <w:rPr>
          <w:b/>
        </w:rPr>
        <w:t xml:space="preserve">[1:28:11] </w:t>
      </w:r>
      <w:r>
        <w:t>is ka faisla har har fard kay liye is kay zaati amal ki buniyad par hota hai</w:t>
      </w:r>
    </w:p>
    <w:p>
      <w:pPr>
        <w:jc w:val="right"/>
      </w:pPr>
      <w:r>
        <w:t>اس کا فیصلہ ہر ہر فرد کے لیے اس کے ذاتی عمل کی بنیاد پر ہوتا ہے</w:t>
      </w:r>
    </w:p>
    <w:p>
      <w:r>
        <w:rPr>
          <w:b/>
        </w:rPr>
        <w:t xml:space="preserve">[1:28:20] </w:t>
      </w:r>
      <w:r>
        <w:t>agarche main tamam reham karnay walon say ziyada reham karnay wala hoon magar jo shakhs amal saleh ka saboot na</w:t>
      </w:r>
    </w:p>
    <w:p>
      <w:pPr>
        <w:jc w:val="right"/>
      </w:pPr>
      <w:r>
        <w:t>اگرچہ میں تمام رحم کرنے والوں سے زیادہ رحیم ہوں مگر جو شخص عمل صالح کا ثبوت نہ</w:t>
      </w:r>
    </w:p>
    <w:p>
      <w:r>
        <w:rPr>
          <w:b/>
        </w:rPr>
        <w:t xml:space="preserve">[1:28:29] </w:t>
      </w:r>
      <w:r>
        <w:t>de woh meri pakar se bach nahi sakta khwah woh kisi bhi giroh se talluq rakhta ho</w:t>
      </w:r>
    </w:p>
    <w:p>
      <w:pPr>
        <w:jc w:val="right"/>
      </w:pPr>
      <w:r>
        <w:t>دے وہ میری پکڑ سے بچ نہیں سکتا خواہ وہ کسی بھی گروہ سے تعلق رکھتا ہو</w:t>
      </w:r>
    </w:p>
    <w:p>
      <w:r>
        <w:rPr>
          <w:b/>
        </w:rPr>
        <w:t xml:space="preserve">[1:28:42] </w:t>
      </w:r>
      <w:r>
        <w:t>khuda ki kitab hidayat aur rehmat hoti hai woh dunya ki zindagi mein aadmi ke liye behtareen rehnuma hai aur aakhirat mein khuda ki rehmat ka yaqini zariya</w:t>
      </w:r>
    </w:p>
    <w:p>
      <w:pPr>
        <w:jc w:val="right"/>
      </w:pPr>
      <w:r>
        <w:t>خدا کی کتاب ہدایت اور رحمت ہوتی ہے وہ دنیا کی زندگی میں ادمی کے لیے بہترین رہنما ہے اور اخرت میں خدا کی رحمت کا یقینی ذریعہ</w:t>
      </w:r>
    </w:p>
    <w:p>
      <w:r>
        <w:rPr>
          <w:b/>
        </w:rPr>
        <w:t xml:space="preserve">[1:28:58] </w:t>
      </w:r>
      <w:r>
        <w:t>magar khuda ki kitab ka yeh faida sirf us ko milta hai jo dar rakhta ho jis ko andesha laga hua ho ke maloom nahi khuda mere sath kia muamla karega yeh woh log hain jo sachay talib haq hote hain</w:t>
      </w:r>
    </w:p>
    <w:p>
      <w:pPr>
        <w:jc w:val="right"/>
      </w:pPr>
      <w:r>
        <w:t>مگر خدا کی کتاب کا یہ فائدہ صرف اس کو ملتا ہے جو ڈر رکھتا ہو جس کو اندیشہ لگا ہوا ہو کہ معلوم نہیں خدا میرے ساتھ کیا معاملہ کرے گا یہ وہ لوگ ہیں جو سچے طالب حق ہوتے ہیں</w:t>
      </w:r>
    </w:p>
    <w:p>
      <w:r>
        <w:rPr>
          <w:b/>
        </w:rPr>
        <w:t xml:space="preserve">[1:29:18] </w:t>
      </w:r>
      <w:r>
        <w:t>un ke samne jab haq ata hai to woh kisi qism ki nafsiati pecheedgi mein mubtala hue baghair us ko pa lete hain is ke baad khuda un ke khof aur umeed ka markaz ban jata hai un ka sab kuch khuda ke liye waqf ho jata hai un ka dar un ke shaoor ko bedar kar deta hai</w:t>
      </w:r>
    </w:p>
    <w:p>
      <w:pPr>
        <w:jc w:val="right"/>
      </w:pPr>
      <w:r>
        <w:t>ان کے سامنے جب حق اتا ہے تو وہ کسی قسم کی نفسیاتی پیچیدگی میں مبتلا ہوئے بغیر اس کو پا لیتے ہیں اس کے بعد خدا ان کے خوف اور امید کا مرکز بن جاتا ہے ان کا سب کچھ خدا کے لیے وقف ہو جاتا ہے ان کا ڈر ان کے شعور کو بیدار کر دیتا ہے</w:t>
      </w:r>
    </w:p>
    <w:p>
      <w:r>
        <w:rPr>
          <w:b/>
        </w:rPr>
        <w:t xml:space="preserve">[1:29:47] </w:t>
      </w:r>
      <w:r>
        <w:t>un ki nigah se tamam masnooi parde phat jate hain</w:t>
      </w:r>
    </w:p>
    <w:p>
      <w:pPr>
        <w:jc w:val="right"/>
      </w:pPr>
      <w:r>
        <w:t>ان کی نگاہ سے تمام مصنوعی پردے پھٹ جاتے ہیں</w:t>
      </w:r>
    </w:p>
    <w:p>
      <w:r>
        <w:rPr>
          <w:b/>
        </w:rPr>
        <w:t xml:space="preserve">[1:29:54] </w:t>
      </w:r>
      <w:r>
        <w:t>khuda ki taraf se zahir hone wali nishaniyon ko pehchanne mein woh kabhi nahi chookte woh andeshe ki nafsiat mein jeete hain na ke qanaat ki nafsiat mein</w:t>
      </w:r>
    </w:p>
    <w:p>
      <w:pPr>
        <w:jc w:val="right"/>
      </w:pPr>
      <w:r>
        <w:t>خدا کی طرف سے ظاہر ہونے والی نشانیوں کو پہچاننے میں وہ کبھی نہیں چوکتے وہ اندیشے کی نفسیات میں جیتے ہیں نہ کہ قناعت کی نفسیات میں</w:t>
      </w:r>
    </w:p>
    <w:p>
      <w:r>
        <w:rPr>
          <w:b/>
        </w:rPr>
        <w:t xml:space="preserve">[1:30:11] </w:t>
      </w:r>
      <w:r>
        <w:t>allazina yattabiun al rasool</w:t>
      </w:r>
    </w:p>
    <w:p>
      <w:pPr>
        <w:jc w:val="right"/>
      </w:pPr>
      <w:r>
        <w:t>الذین يتبعون الرسول</w:t>
      </w:r>
    </w:p>
    <w:p>
      <w:r>
        <w:rPr>
          <w:b/>
        </w:rPr>
        <w:t xml:space="preserve">[1:30:14] </w:t>
      </w:r>
      <w:r>
        <w:t>al nabiy al umiy allaziy yajidunahu maktuban 'indahum fi al tawrat wa al injil</w:t>
      </w:r>
    </w:p>
    <w:p>
      <w:pPr>
        <w:jc w:val="right"/>
      </w:pPr>
      <w:r>
        <w:t>النبی الامی الذی یجدونہ مکتوبا عندهم فی التورات والانجیل</w:t>
      </w:r>
    </w:p>
    <w:p>
      <w:r>
        <w:rPr>
          <w:b/>
        </w:rPr>
        <w:t xml:space="preserve">[1:30:24] </w:t>
      </w:r>
      <w:r>
        <w:t>yamuruhum bil ma'ruf yamuruhum</w:t>
      </w:r>
    </w:p>
    <w:p>
      <w:pPr>
        <w:jc w:val="right"/>
      </w:pPr>
      <w:r>
        <w:t>یامرهم بالمعروف یامرهم</w:t>
      </w:r>
    </w:p>
    <w:p>
      <w:r>
        <w:rPr>
          <w:b/>
        </w:rPr>
        <w:t xml:space="preserve">[1:30:31] </w:t>
      </w:r>
      <w:r>
        <w:t>bil ma'ruf wa yanhahum 'an al munkar wa yuhallu lahum al tayyibat wa yuharrimu 'alayhim al khaba'ith</w:t>
      </w:r>
    </w:p>
    <w:p>
      <w:pPr>
        <w:jc w:val="right"/>
      </w:pPr>
      <w:r>
        <w:t>بالمعروف وینہاہم عن المنکر ويحل لهم الطیبات ويحرم علیہم الخبائث</w:t>
      </w:r>
    </w:p>
    <w:p>
      <w:r>
        <w:rPr>
          <w:b/>
        </w:rPr>
        <w:t xml:space="preserve">[1:30:44] </w:t>
      </w:r>
      <w:r>
        <w:t>wa yuharrimu 'alayhim al khaba'ith</w:t>
      </w:r>
    </w:p>
    <w:p>
      <w:pPr>
        <w:jc w:val="right"/>
      </w:pPr>
      <w:r>
        <w:t>ويحرم علیہم الخبائث</w:t>
      </w:r>
    </w:p>
    <w:p>
      <w:r>
        <w:rPr>
          <w:b/>
        </w:rPr>
        <w:t xml:space="preserve">[1:30:49] </w:t>
      </w:r>
      <w:r>
        <w:t>wa yada'u 'anhum israhum wa al aghlal allati kanat 'alayhim</w:t>
      </w:r>
    </w:p>
    <w:p>
      <w:pPr>
        <w:jc w:val="right"/>
      </w:pPr>
      <w:r>
        <w:t>ويضع عنهم اصرهم والاغلال التي كانت عليهم</w:t>
      </w:r>
    </w:p>
    <w:p>
      <w:r>
        <w:rPr>
          <w:b/>
        </w:rPr>
        <w:t xml:space="preserve">[1:30:56] </w:t>
      </w:r>
      <w:r>
        <w:t>falazina</w:t>
      </w:r>
    </w:p>
    <w:p>
      <w:pPr>
        <w:jc w:val="right"/>
      </w:pPr>
      <w:r>
        <w:t>فالذین</w:t>
      </w:r>
    </w:p>
    <w:p>
      <w:r>
        <w:rPr>
          <w:b/>
        </w:rPr>
        <w:t xml:space="preserve">[1:30:57] </w:t>
      </w:r>
      <w:r>
        <w:t>amanu bihi wa'azzaruhu wanasaruhu wattaba'u alnura allazi anzala ma'ahu ula'ika humu almaflihun</w:t>
      </w:r>
    </w:p>
    <w:p>
      <w:pPr>
        <w:jc w:val="right"/>
      </w:pPr>
      <w:r>
        <w:t>امنوا به وعزروه ونصروه واتبعوا النور الذی انزل معہ اولئک هم المفلحون</w:t>
      </w:r>
    </w:p>
    <w:p>
      <w:r>
        <w:rPr>
          <w:b/>
        </w:rPr>
        <w:t xml:space="preserve">[1:31:16] </w:t>
      </w:r>
      <w:r>
        <w:t>jo log pervi karengay us rasool ki jo nabiy ummiy hai</w:t>
      </w:r>
    </w:p>
    <w:p>
      <w:pPr>
        <w:jc w:val="right"/>
      </w:pPr>
      <w:r>
        <w:t>جو لوگ پیروی کریں گے اس رسول کی جو نبی امی ہے</w:t>
      </w:r>
    </w:p>
    <w:p>
      <w:r>
        <w:rPr>
          <w:b/>
        </w:rPr>
        <w:t xml:space="preserve">[1:31:22] </w:t>
      </w:r>
      <w:r>
        <w:t>jis ko woh apne yahan tawrat aur injil mein likha hua paate hain woh un ko neki ka</w:t>
      </w:r>
    </w:p>
    <w:p>
      <w:pPr>
        <w:jc w:val="right"/>
      </w:pPr>
      <w:r>
        <w:t>جس کو وہ اپنے یہاں تورات اور انجیل میں لکھا ہوا پاتے ہیں وہ ان کو نیکی کا</w:t>
      </w:r>
    </w:p>
    <w:p>
      <w:r>
        <w:rPr>
          <w:b/>
        </w:rPr>
        <w:t xml:space="preserve">[1:31:30] </w:t>
      </w:r>
      <w:r>
        <w:t>hukm deta hai aur un ko burai se rokta hai</w:t>
      </w:r>
    </w:p>
    <w:p>
      <w:pPr>
        <w:jc w:val="right"/>
      </w:pPr>
      <w:r>
        <w:t>حکم دیتا ہے اور ان کو برائی سے روکتا ہے</w:t>
      </w:r>
    </w:p>
    <w:p>
      <w:r>
        <w:rPr>
          <w:b/>
        </w:rPr>
        <w:t xml:space="preserve">[1:31:36] </w:t>
      </w:r>
      <w:r>
        <w:t>aur un ke liye pakizah cheezein jaiz thehrahata hai aur napak cheezein haram karta hai</w:t>
      </w:r>
    </w:p>
    <w:p>
      <w:pPr>
        <w:jc w:val="right"/>
      </w:pPr>
      <w:r>
        <w:t>اور ان کے لیے پاکیزہ چیزیں جائز ٹھہراتا ہے اور ناپاک چیزیں حرام کرتا ہے</w:t>
      </w:r>
    </w:p>
    <w:p>
      <w:r>
        <w:rPr>
          <w:b/>
        </w:rPr>
        <w:t xml:space="preserve">[1:31:47] </w:t>
      </w:r>
      <w:r>
        <w:t>aur un par se woh bojh aur qaidein utarta hai jo un par theen</w:t>
      </w:r>
    </w:p>
    <w:p>
      <w:pPr>
        <w:jc w:val="right"/>
      </w:pPr>
      <w:r>
        <w:t>اور ان پر سے وہ بوجھ اور قیدیں اتارتا ہے جو ان پر تھیں</w:t>
      </w:r>
    </w:p>
    <w:p>
      <w:r>
        <w:rPr>
          <w:b/>
        </w:rPr>
        <w:t xml:space="preserve">[1:31:55] </w:t>
      </w:r>
      <w:r>
        <w:t>pas jo log is par iman laye aur jinhon ne is ki izzat ki aur is ki madad ki aur is noor ki pervi ki jo is ke sath utara gaya hai to wahi log falaah paane wale hain</w:t>
      </w:r>
    </w:p>
    <w:p>
      <w:pPr>
        <w:jc w:val="right"/>
      </w:pPr>
      <w:r>
        <w:t>پس جو لوگ اس پر ایمان لائے اور جنہوں نے اس کی عزت کی اور اس کی مدد کی اور اس نور کی پیروی کی جو اس کے ساتھ اتارا گیا ہے تو وہی لوگ فلاح پانے والے ہیں</w:t>
      </w:r>
    </w:p>
    <w:p>
      <w:r>
        <w:rPr>
          <w:b/>
        </w:rPr>
        <w:t xml:space="preserve">[1:32:17] </w:t>
      </w:r>
      <w:r>
        <w:t>tashreeh bani israel dekhte chale arhe thay ke jitne nabi atay hain woh sab un ki apni qom mein atay hain aakhri rasool khuda ke mansoobay ke mutabiq bani ismail mein aanay wala tha</w:t>
      </w:r>
    </w:p>
    <w:p>
      <w:pPr>
        <w:jc w:val="right"/>
      </w:pPr>
      <w:r>
        <w:t>تشریح بنی اسرائیل دیکھتے چلے ارہے تھے کہ جتنے نبی اتے ہیں وہ سب ان کی اپنی قوم میں اتے ہیں اخری رسول خدا کے منصوبے کے مطابق بنی اسماعیل میں انے والا تھا</w:t>
      </w:r>
    </w:p>
    <w:p>
      <w:r>
        <w:rPr>
          <w:b/>
        </w:rPr>
        <w:t xml:space="preserve">[1:32:38] </w:t>
      </w:r>
      <w:r>
        <w:t>is liye khuda ne bani israel ke anbiya ke zariye unhein pehle se is ki khabar kar di un ki kitabon mein kasrat se is ki peshin goi'an abhi tak mojood hain</w:t>
      </w:r>
    </w:p>
    <w:p>
      <w:pPr>
        <w:jc w:val="right"/>
      </w:pPr>
      <w:r>
        <w:t>اس لیے خدا نے بنی اسرائیل کے انبیاء کے ذریعے انہیں پہلے سے اس کی خبر کر دی ان کی کتابوں میں کثرت سے اس کی پیشین گوئیاں ابھی تک موجود ہیں</w:t>
      </w:r>
    </w:p>
    <w:p>
      <w:r>
        <w:rPr>
          <w:b/>
        </w:rPr>
        <w:t xml:space="preserve">[1:32:55] </w:t>
      </w:r>
      <w:r>
        <w:t>aisa is liye hua ta ke jab aakhri rasool aaye to woh kisi baray fitnay mein na paden aur aasani se us ko pehchan kar is ke sathi ban jayen</w:t>
      </w:r>
    </w:p>
    <w:p>
      <w:pPr>
        <w:jc w:val="right"/>
      </w:pPr>
      <w:r>
        <w:t>ایسا اس لیے ہوا تاکہ جب اخری رسول ائے تو وہ کسی بڑے فتنے میں نہ پڑیں اور اسانی سے اس کو پہچان کر اس کے ساتھی بن جائیں</w:t>
      </w:r>
    </w:p>
    <w:p>
      <w:r>
        <w:rPr>
          <w:b/>
        </w:rPr>
        <w:t xml:space="preserve">[1:33:12] </w:t>
      </w:r>
      <w:r>
        <w:t>paighambar e islam parhe likhe na thay aap umi thay amiat ke sath peghambari</w:t>
      </w:r>
    </w:p>
    <w:p>
      <w:pPr>
        <w:jc w:val="right"/>
      </w:pPr>
      <w:r>
        <w:t>پیغمبر اسلام پڑھے لکھے نہ تھے اپ امی تھے امیت کے ساتھ پیغمبری</w:t>
      </w:r>
    </w:p>
    <w:p>
      <w:r>
        <w:rPr>
          <w:b/>
        </w:rPr>
        <w:t xml:space="preserve">[1:33:22] </w:t>
      </w:r>
      <w:r>
        <w:t>jo peghambar e islam ki zindagi mein aakhri aur intehai soorat mein jama hui yahi hamesha ke liye allah taala ki sunnat hai marifat e khuda wandi ka izhar hamesha amiat ki satah par hota hai</w:t>
      </w:r>
    </w:p>
    <w:p>
      <w:pPr>
        <w:jc w:val="right"/>
      </w:pPr>
      <w:r>
        <w:t>جو پیغمبر اسلام کی زندگی میں اخری اور انتہائی صورت میں جمع ہوئی یہی ہمیشہ کے لیے اللہ تعالی کی سنت ہے معرفت خداوندی کا اظہار ہمیشہ امیت کی سطح پر ہوتا ہے</w:t>
      </w:r>
    </w:p>
    <w:p>
      <w:r>
        <w:rPr>
          <w:b/>
        </w:rPr>
        <w:t xml:space="preserve">[1:33:39] </w:t>
      </w:r>
      <w:r>
        <w:t>yani woh kisi aisay shakhs ke zariye zahir kia jata hai jo dunya wi meyar ke lihaz se is qism ke azeem kaam ka bazahir ahel na samjha jata ho</w:t>
      </w:r>
    </w:p>
    <w:p>
      <w:pPr>
        <w:jc w:val="right"/>
      </w:pPr>
      <w:r>
        <w:t>یعنی وہ کسی ایسے شخص کے ذریعے ظاہر کیا جاتا ہے جو دنیاوی معیار کے لحاظ سے اس قسم کے عظیم کام کا بظاہر اہل نہ سمجھا جاتا ہو</w:t>
      </w:r>
    </w:p>
    <w:p>
      <w:r>
        <w:rPr>
          <w:b/>
        </w:rPr>
        <w:t xml:space="preserve">[1:33:57] </w:t>
      </w:r>
      <w:r>
        <w:t>tareekh mein kabhi aisa nahi hua ke khuda ne buqrat aur aflatoon ko apna peghambar bana kar bheja ho</w:t>
      </w:r>
    </w:p>
    <w:p>
      <w:pPr>
        <w:jc w:val="right"/>
      </w:pPr>
      <w:r>
        <w:t>تاریخ میں کبھی ایسا نہیں ہوا کہ خدا نے بقرات اور افلاطون کو اپنا پیغمبر بنا کر بھیجا ہو</w:t>
      </w:r>
    </w:p>
    <w:p>
      <w:r>
        <w:rPr>
          <w:b/>
        </w:rPr>
        <w:t xml:space="preserve">[1:34:09] </w:t>
      </w:r>
      <w:r>
        <w:t>deen ki asal rooh Allah ka khauf aur akhirat ki fikr hai magar baad ke zamane mein jab andarooni rooh sard pad jati hai to zahir ka zor bohat barh jata hai ab ghair zaroori mashghafiyan kar ke naye naye masail banaye jate hain</w:t>
      </w:r>
    </w:p>
    <w:p>
      <w:pPr>
        <w:jc w:val="right"/>
      </w:pPr>
      <w:r>
        <w:t>دین کی اصل روح اللہ کا خوف اور اخرت کی فکر ہے مگر بعد کے زمانے میں جب اندرونی روح سرد پڑ جاتی ہے تو ظواہر کا زور بہت بڑھ جاتا ہے اب غیر ضروری مشغافیاں کر کے نئے نئے مسائل بنائے جاتے ہیں</w:t>
      </w:r>
    </w:p>
    <w:p>
      <w:r>
        <w:rPr>
          <w:b/>
        </w:rPr>
        <w:t xml:space="preserve">[1:34:34] </w:t>
      </w:r>
      <w:r>
        <w:t>roohaniyat ke naam par mashqon aur riyazaton ka ek poora dhancha khara kar diya jata hai awami tohamat muqaddas ho kar nai shariat ki surat ikhtiyar kar lete hain yehood ka yahi hal ho chuka tha</w:t>
      </w:r>
    </w:p>
    <w:p>
      <w:pPr>
        <w:jc w:val="right"/>
      </w:pPr>
      <w:r>
        <w:t>روحانیت کے نام پر مشقوں اور ریاضتوں کا ایک پورا ڈھانچہ کھڑا کر دیا جاتا ہے عوامی توہمات مقدس ہو کر نئی شریعت کی صورت اختیار کر لیتے ہیں یہود کا یہی حال ہو چکا تھا</w:t>
      </w:r>
    </w:p>
    <w:p>
      <w:r>
        <w:rPr>
          <w:b/>
        </w:rPr>
        <w:t xml:space="preserve">[1:34:56] </w:t>
      </w:r>
      <w:r>
        <w:t>unhon ne Khuda ke deen ke naam par tohamat aur jakar bandhiyon ka ek khud sakhta dhancha bana liya tha aur us ko Khuda ka deen samajhte the paighambar Islam ne un ke samne deen ko us ki fitri surat mein pesh kiya</w:t>
      </w:r>
    </w:p>
    <w:p>
      <w:pPr>
        <w:jc w:val="right"/>
      </w:pPr>
      <w:r>
        <w:t>انہوں نے خدا کے دین کے نام پر توہمات اور جکڑ بندیوں کا ایک خود ساختہ ڈھانچہ بنا لیا تھا اور اس کو خدا کا دین سمجھتے تھے پیغمبر اسلام نے ان کے سامنے دین کو اس کی فطری صورت میں پیش کیا</w:t>
      </w:r>
    </w:p>
    <w:p>
      <w:r>
        <w:rPr>
          <w:b/>
        </w:rPr>
        <w:t xml:space="preserve">[1:35:18] </w:t>
      </w:r>
      <w:r>
        <w:t>ghair zaroori pabandiyon ko khatam kar ke sada aur sachay deen ki taraf un ki rehnumai farmayi paighambar jab ata hai to sab se bari neki yeh hoti hai ke us par iman laya jaye magar yeh iman aam maanon mein mahaz ek kalma parhna nahi hai</w:t>
      </w:r>
    </w:p>
    <w:p>
      <w:pPr>
        <w:jc w:val="right"/>
      </w:pPr>
      <w:r>
        <w:t>غیر ضروری پابندیوں کو ختم کر کے سادہ اور سچے دین کی طرف ان کی رہنمائی فرمائی پیغمبر جب اتا ہے تو سب سے بڑی نیکی یہ ہوتی ہے کہ اس پر ایمان لایا جائے مگر یہ ایمان عام معنوں میں محض ایک کلمہ پڑھنا نہیں ہے</w:t>
      </w:r>
    </w:p>
    <w:p>
      <w:r>
        <w:rPr>
          <w:b/>
        </w:rPr>
        <w:t xml:space="preserve">[1:35:42] </w:t>
      </w:r>
      <w:r>
        <w:t>yeh be rooh dhanchay wale deen se nikal kar zinda shaoor wale deen mein dakhil hona hai sabaqa mazhabi dhanchay se adami ki wabastagi mahaz tareekhi rawaiyat ya nasli riwaj ke zor par hoti hai magar naye paighambar ke deen ko jab woh qabool karta hai to woh us ko shaoori faisle ke tehat qabool karta hai</w:t>
      </w:r>
    </w:p>
    <w:p>
      <w:pPr>
        <w:jc w:val="right"/>
      </w:pPr>
      <w:r>
        <w:t>یہ بے روح ڈھانچے والے دین سے نکل کر زندہ شعور والے دین میں داخل ہونا ہے سابقہ مذہبی ڈھانچے سے ادمی کی وابستگی محض تاریخی روایات یا نسلی رواج کے زور پر ہوتی ہے مگر نئے پیغمبر کے دین کو جب وہ قبول کرتا ہے تو وہ اس کو شعوری فیصلے کے تحت قبول کرتا ہے</w:t>
      </w:r>
    </w:p>
    <w:p>
      <w:r>
        <w:rPr>
          <w:b/>
        </w:rPr>
        <w:t xml:space="preserve">[1:36:10] </w:t>
      </w:r>
      <w:r>
        <w:t>woh rasam se nikal kar haqiqat ke daire mein dakhil hota hai bazahir yeh ek sadah si baat</w:t>
      </w:r>
    </w:p>
    <w:p>
      <w:pPr>
        <w:jc w:val="right"/>
      </w:pPr>
      <w:r>
        <w:t>وہ رسم سے نکل کر حقیقت کے دائرے میں داخل ہوتا ہے بظاہر یہ ایک سادہ سی بات</w:t>
      </w:r>
    </w:p>
    <w:p>
      <w:r>
        <w:rPr>
          <w:b/>
        </w:rPr>
        <w:t xml:space="preserve">[1:36:19] </w:t>
      </w:r>
      <w:r>
        <w:t>maloom hoti hai magar yeh sadah baat har daur mein insan ke liye sab se mushkil baat sabit</w:t>
      </w:r>
    </w:p>
    <w:p>
      <w:pPr>
        <w:jc w:val="right"/>
      </w:pPr>
      <w:r>
        <w:t>معلوم ہوتی ہے مگر یہ سادہ بات ہر دور میں انسان کے لیے سب سے مشکل بات ثابت</w:t>
      </w:r>
    </w:p>
    <w:p>
      <w:r>
        <w:rPr>
          <w:b/>
        </w:rPr>
        <w:t xml:space="preserve">[1:36:28] </w:t>
      </w:r>
      <w:r>
        <w:t>hui hai qul aye</w:t>
      </w:r>
    </w:p>
    <w:p>
      <w:pPr>
        <w:jc w:val="right"/>
      </w:pPr>
      <w:r>
        <w:t>ہوئی ہے قل اے</w:t>
      </w:r>
    </w:p>
    <w:p>
      <w:r>
        <w:rPr>
          <w:b/>
        </w:rPr>
        <w:t xml:space="preserve">[1:36:33] </w:t>
      </w:r>
      <w:r>
        <w:t>ayyuha al nasu inni rasulullahi ilaykum jami'an allaziy lahu mulk al samawati wa al ard</w:t>
      </w:r>
    </w:p>
    <w:p>
      <w:pPr>
        <w:jc w:val="right"/>
      </w:pPr>
      <w:r>
        <w:t>ایہا الناس انی رسول اللہ الیکم جميعا الذی لہ ملک السماوات والارض</w:t>
      </w:r>
    </w:p>
    <w:p>
      <w:r>
        <w:rPr>
          <w:b/>
        </w:rPr>
        <w:t xml:space="preserve">[1:36:45] </w:t>
      </w:r>
      <w:r>
        <w:t>la ilaha illa huwa yuhyi wa yumitu fa'aminu billahi wa rasulihi</w:t>
      </w:r>
    </w:p>
    <w:p>
      <w:pPr>
        <w:jc w:val="right"/>
      </w:pPr>
      <w:r>
        <w:t>لا الہ الاھو یحیی ویمیت فامنوا باللہ ورسولہ</w:t>
      </w:r>
    </w:p>
    <w:p>
      <w:r>
        <w:rPr>
          <w:b/>
        </w:rPr>
        <w:t xml:space="preserve">[1:36:54] </w:t>
      </w:r>
      <w:r>
        <w:t>fa'aminu billahi</w:t>
      </w:r>
    </w:p>
    <w:p>
      <w:pPr>
        <w:jc w:val="right"/>
      </w:pPr>
      <w:r>
        <w:t>فامنوا باللہ</w:t>
      </w:r>
    </w:p>
    <w:p>
      <w:r>
        <w:rPr>
          <w:b/>
        </w:rPr>
        <w:t xml:space="preserve">[1:36:56] </w:t>
      </w:r>
      <w:r>
        <w:t>wa rasulihi al-nabi al-ummi allazi yuminu billahi wa kalimatihi wattabi uho la allakum tahtadun wa min qawmi musa</w:t>
      </w:r>
    </w:p>
    <w:p>
      <w:pPr>
        <w:jc w:val="right"/>
      </w:pPr>
      <w:r>
        <w:t>ورسولہ النبی الامی الذی یومن باللہ وکلماتہ واتبعوہ لعلكم تهتدون ومن قوم موسی</w:t>
      </w:r>
    </w:p>
    <w:p>
      <w:r>
        <w:rPr>
          <w:b/>
        </w:rPr>
        <w:t xml:space="preserve">[1:37:16] </w:t>
      </w:r>
      <w:r>
        <w:t>ummatun yahduna bil haqqi wa bihi ya dilun</w:t>
      </w:r>
    </w:p>
    <w:p>
      <w:pPr>
        <w:jc w:val="right"/>
      </w:pPr>
      <w:r>
        <w:t>امت یہدون بالحق وبه یعدلون</w:t>
      </w:r>
    </w:p>
    <w:p>
      <w:r>
        <w:rPr>
          <w:b/>
        </w:rPr>
        <w:t xml:space="preserve">[1:37:27] </w:t>
      </w:r>
      <w:r>
        <w:t>kaho aey logon beshak mein Allah ka rasool hoon tum sab ki taraf jis ki hukoomat hai aasmanon aur zameen mein wohi jilata hai aur wohi marta hai pas iman lao Allah par aur us ke ami rasool o nabi par</w:t>
      </w:r>
    </w:p>
    <w:p>
      <w:pPr>
        <w:jc w:val="right"/>
      </w:pPr>
      <w:r>
        <w:t>کہو اے لوگوں بے شک میں اللہ کا رسول ہوں تم سب کی طرف جس کی حکومت ہے اسمانوں اور زمین میں وہی جلاتا ہے اور وہی مارتا ہے پس ایمان لاؤ اللہ پر اور اس کے امی رسول و نبی پر</w:t>
      </w:r>
    </w:p>
    <w:p>
      <w:r>
        <w:rPr>
          <w:b/>
        </w:rPr>
        <w:t xml:space="preserve">[1:37:49] </w:t>
      </w:r>
      <w:r>
        <w:t>jo iman rakhta hai Allah aur us ke kalmat par aur us ki pairwi karo ta ke tum hidayat pao aur Musa ki qom mein ek giroh aisa bhi hai jo haq ke mutabiq rehnumai karta hai aur usi ke mutabiq insaf karta hai</w:t>
      </w:r>
    </w:p>
    <w:p>
      <w:pPr>
        <w:jc w:val="right"/>
      </w:pPr>
      <w:r>
        <w:t>جو ایمان رکھتا ہے اللہ اور اس کے کلمات پر اور اس کی پیروی کرو تاکہ تم ہدایت پاؤ اور موسی کی قوم میں ایک گروہ ایسا بھی ہے جو حق کے مطابق رہنمائی کرتا ہے اور اسی کے مطابق انصاف کرتا ہے</w:t>
      </w:r>
    </w:p>
    <w:p>
      <w:r>
        <w:rPr>
          <w:b/>
        </w:rPr>
        <w:t xml:space="preserve">[1:38:14] </w:t>
      </w:r>
      <w:r>
        <w:t>tashreeh</w:t>
      </w:r>
    </w:p>
    <w:p>
      <w:pPr>
        <w:jc w:val="right"/>
      </w:pPr>
      <w:r>
        <w:t>تشریح</w:t>
      </w:r>
    </w:p>
    <w:p>
      <w:r>
        <w:rPr>
          <w:b/>
        </w:rPr>
        <w:t xml:space="preserve">[1:38:18] </w:t>
      </w:r>
      <w:r>
        <w:t>kaho mein sab insanon ki taraf Allah ka rasool hoon is ka matlab yeh nahi ke doosre tamam paighambar qomi paighambar the aur rasool Allah sal Allah alayhi wasallam bain al-aqwami paighambar hain yeh baat bator taqabul nahi kahi gayi hai balke bator waqea kahi gayi hai asal yeh hai ke paighambar Islam ki do ba'setein hain</w:t>
      </w:r>
    </w:p>
    <w:p>
      <w:pPr>
        <w:jc w:val="right"/>
      </w:pPr>
      <w:r>
        <w:t>کہو میں سب انسانوں کی طرف اللہ کا رسول ہوں اس کا مطلب یہ نہیں کہ دوسرے تمام پیغمبر قومی پیغمبر تھے اور رسول اللہ صلی اللہ علیہ وسلم بین الاقوامی پیغمبر ہیں یہ بات بطور تقابل نہیں کہی گئی ہے بلکہ بطور واقعہ کہی گئی ہے اصل یہ ہے کہ پیغمبر اسلام کی دو بعثتیں ہیں</w:t>
      </w:r>
    </w:p>
    <w:p>
      <w:r>
        <w:rPr>
          <w:b/>
        </w:rPr>
        <w:t xml:space="preserve">[1:38:44] </w:t>
      </w:r>
      <w:r>
        <w:t>ek barah e rast doosri wasita ummat aap ki barah e rast ba'set Arab ke liye thi aur aap ki bil wasita ba'set sare alam ke liye hai hukma yahi noiyat Khuda ke tamam paighambaron ki thi magar doosre paighambaron ka deen mehfooz halat mein baqi na reh saka</w:t>
      </w:r>
    </w:p>
    <w:p>
      <w:pPr>
        <w:jc w:val="right"/>
      </w:pPr>
      <w:r>
        <w:t>ایک براہ راست دوسری بواسطہ امت اپ کی براہ راست بعثت عرب کے لیے تھی اور اپ کی بالواسطہ بعثت سارے عالم کے لیے ہے حکما یہی نوعیت خدا کے تمام پیغمبروں کی تھی مگر دوسرے پیغمبروں کا دین محفوظ حالت میں باقی نہ رہ سکا</w:t>
      </w:r>
    </w:p>
    <w:p>
      <w:r>
        <w:rPr>
          <w:b/>
        </w:rPr>
        <w:t xml:space="preserve">[1:39:08] </w:t>
      </w:r>
      <w:r>
        <w:t>is liye yeh mumkin nahi hua ke woh tamam alam ke liye nazeer o bashir bante aaj masihiyat ki tablegh sare alam mein bohat baray paimane par ho rahi hai is ke bawajood Hazrat Masih ki nubuwat sirf Falasteen tak mehdood ho kar reh gayi kyun ke Hazrat Masih ke baad un ki taleemat apni asal halat mein baqi nahi rahin</w:t>
      </w:r>
    </w:p>
    <w:p>
      <w:pPr>
        <w:jc w:val="right"/>
      </w:pPr>
      <w:r>
        <w:t>اس لیے یہ ممکن نہیں ہوا کہ وہ تمام عالم کے لیے نظیر و بشیر بنتے اج مسیحیت کی تبلیغ سارے عالم میں بہت بڑے پیمانے پر ہو رہی ہے اس کے باوجود حضرت مسیح کی نبوت صرف فلسطین تک محدود ہو کر رہ گئی کیونکہ حضرت مسیح کے بعد ان کی تعلیمات اپنی اصل حالت میں باقی نہیں رہیں</w:t>
      </w:r>
    </w:p>
    <w:p>
      <w:r>
        <w:rPr>
          <w:b/>
        </w:rPr>
        <w:t xml:space="preserve">[1:39:37] </w:t>
      </w:r>
      <w:r>
        <w:t>aaj masihiyat ke naam se jo deen logon tak pahunch raha hai woh haqiqatan Saint Paul ka deen hai na ke Masih ka deen goya nabiyon ke aur siddiqeen mein jo farq hai woh farq bait bar waqea hai na ke bait bar tafweez</w:t>
      </w:r>
    </w:p>
    <w:p>
      <w:pPr>
        <w:jc w:val="right"/>
      </w:pPr>
      <w:r>
        <w:t>اج مسیحیت کے نام سے جو دین لوگوں تک پہنچ رہا ہے وہ حقیقتا سینٹ پال کا دین ہے نہ کہ مسیح کا دین گویا نبیوں کے اور صدقار میں جو فرق ہے وہ فرق بیت بار واقعہ ہے نہ کہ بیت بار تفویض</w:t>
      </w:r>
    </w:p>
    <w:p>
      <w:r>
        <w:rPr>
          <w:b/>
        </w:rPr>
        <w:t xml:space="preserve">[1:40:01] </w:t>
      </w:r>
      <w:r>
        <w:t>paighambar Arabi ke mutaliq Bible mein yeh peshin goi hai ke zameen ke sab qabile is ke waseelay se barkat payenge sab qomon tak aap ki barkat pahunchna is liye mumkin ho saka ke aap ka laya hua deen mehfooz hai</w:t>
      </w:r>
    </w:p>
    <w:p>
      <w:pPr>
        <w:jc w:val="right"/>
      </w:pPr>
      <w:r>
        <w:t>پیغمبر عربی کے متعلق بائبل میں یہ پیشین گوئی ہے کہ زمین کے سب قبیلے اس کے وسیلے سے برکت پائیں گے سب قوموں تک اپ کی برکت پہنچنا اس لیے ممکن ہو سکا کہ اپ کا لایا ہوا دین محفوظ ہے</w:t>
      </w:r>
    </w:p>
    <w:p>
      <w:r>
        <w:rPr>
          <w:b/>
        </w:rPr>
        <w:t xml:space="preserve">[1:40:22] </w:t>
      </w:r>
      <w:r>
        <w:t>Hazrat Masih aur Hazrat Masih ka deen mehfooz nahi is liye bazahir is ki awaz sab tak pahunch kar bhi is ki barkat sab tak na pahunch saki</w:t>
      </w:r>
    </w:p>
    <w:p>
      <w:pPr>
        <w:jc w:val="right"/>
      </w:pPr>
      <w:r>
        <w:t>حضرت مسیح اور حضرت مسیح کا دین محفوظ نہیں اس لیے بظاہر اس کی اواز سب تک پہنچ کر بھی اس کی برکت سب تک نہ پہنچ سکی</w:t>
      </w:r>
    </w:p>
    <w:p>
      <w:r>
        <w:rPr>
          <w:b/>
        </w:rPr>
        <w:t xml:space="preserve">[1:40:36] </w:t>
      </w:r>
      <w:r>
        <w:t>Arab mein yahoodi qabail abad the yeh woh log the jin ko yeh fakhr tha ke un ke pas Khuda ki muqaddas kitab hai</w:t>
      </w:r>
    </w:p>
    <w:p>
      <w:pPr>
        <w:jc w:val="right"/>
      </w:pPr>
      <w:r>
        <w:t>عرب میں یہودی قبائل اباد تھے یہ وہ لوگ تھے جن کو یہ فخر تھا کہ ان کے پاس خدا کی مقدس کتاب ہے</w:t>
      </w:r>
    </w:p>
    <w:p>
      <w:r>
        <w:rPr>
          <w:b/>
        </w:rPr>
        <w:t xml:space="preserve">[1:40:46] </w:t>
      </w:r>
      <w:r>
        <w:t>aise log hamesha apne se bahar kisi sachai ko mannay ke liye sab se ziyada sakht hote hain un ka yeh ehsas ke woh sab se bari sachai ko liye hue hain un ke liye kisi doosre ki taraf se anay wali sachai ko qabool karne mein manay ho jata hai yahi hal yahood ka hua</w:t>
      </w:r>
    </w:p>
    <w:p>
      <w:pPr>
        <w:jc w:val="right"/>
      </w:pPr>
      <w:r>
        <w:t>ایسے لوگ ہمیشہ اپنے سے باہر کسی سچائی کو ماننے کے لیے سب سے زیادہ سخت ہوتے ہیں ان کا یہ احساس کہ وہ سب سے بڑی سچائی کو لیے ہوئے ہیں ان کے لیے کسی دوسرے کی طرف سے انے والی سچائی کو قبول کرنے میں مانع ہو جاتا ہے یہی حال یہود کا ہوا</w:t>
      </w:r>
    </w:p>
    <w:p>
      <w:r>
        <w:rPr>
          <w:b/>
        </w:rPr>
        <w:t xml:space="preserve">[1:41:12] </w:t>
      </w:r>
      <w:r>
        <w:t>unki bohat bari aksariyat zid aur ta'assub ki nafsiyat mein mubtala ho gayi</w:t>
      </w:r>
    </w:p>
    <w:p>
      <w:pPr>
        <w:jc w:val="right"/>
      </w:pPr>
      <w:r>
        <w:t>ان کی بہت بڑی اکثریت ضد اور تعصب کی نفسیات میں مبتلا ہو گئی</w:t>
      </w:r>
    </w:p>
    <w:p>
      <w:r>
        <w:rPr>
          <w:b/>
        </w:rPr>
        <w:t xml:space="preserve">[1:41:19] </w:t>
      </w:r>
      <w:r>
        <w:t>sirf chand log aise nikle jinhon ne khule zehn ke sath islam ko dekha unhon ne apni duniyawi</w:t>
      </w:r>
    </w:p>
    <w:p>
      <w:pPr>
        <w:jc w:val="right"/>
      </w:pPr>
      <w:r>
        <w:t>صرف چند لوگ ایسے نکلے جنہوں نے کھلے ذہن کے ساتھ اسلام کو دیکھا انہوں نے اپنی دنیاوی</w:t>
      </w:r>
    </w:p>
    <w:p>
      <w:r>
        <w:rPr>
          <w:b/>
        </w:rPr>
        <w:t xml:space="preserve">[1:41:29] </w:t>
      </w:r>
      <w:r>
        <w:t>izzat ki parwah kiye baghair is ki sadaqat ka ailan kiya</w:t>
      </w:r>
    </w:p>
    <w:p>
      <w:pPr>
        <w:jc w:val="right"/>
      </w:pPr>
      <w:r>
        <w:t>عزت کی پرواہ کیے بغیر اس کی صداقت کا اعلان کیا</w:t>
      </w:r>
    </w:p>
    <w:p>
      <w:r>
        <w:rPr>
          <w:b/>
        </w:rPr>
        <w:t xml:space="preserve">[1:41:35] </w:t>
      </w:r>
      <w:r>
        <w:t>aur apni zindagi ko is ke hawale kar diya</w:t>
      </w:r>
    </w:p>
    <w:p>
      <w:pPr>
        <w:jc w:val="right"/>
      </w:pPr>
      <w:r>
        <w:t>اور اپنی زندگی کو اس کے حوالے کر دیا</w:t>
      </w:r>
    </w:p>
    <w:p>
      <w:r>
        <w:rPr>
          <w:b/>
        </w:rPr>
        <w:t xml:space="preserve">[1:41:42] </w:t>
      </w:r>
      <w:r>
        <w:t>rasool iman rakhta hai Allah par aur us ke kalmat par yeh jumla batata hai ke falsafiyon ke Khuda aur paighambar ke Khuda mein kya farq hai falsafi ka Khuda ek mujarrad rooh hai us ko manna aisa hi hai jaise kainat mein quwwat kashish ko manna quwwat kashish na bolti aur na hukum deti</w:t>
      </w:r>
    </w:p>
    <w:p>
      <w:pPr>
        <w:jc w:val="right"/>
      </w:pPr>
      <w:r>
        <w:t>رسول ایمان رکھتا ہے اللہ پر اور اس کے کلمات پر یہ جملہ بتاتا ہے کہ فلسفیوں کے خدا اور پیغمبر کے خدا میں کیا فرق ہے فلسفی کا خدا ایک مجرد روح ہے اس کو ماننا ایسا ہی ہے جیسے کائنات میں قوت کشش کو ماننا قوت کشش نہ بولتی اور نہ حکم دیتی</w:t>
      </w:r>
    </w:p>
    <w:p>
      <w:r>
        <w:rPr>
          <w:b/>
        </w:rPr>
        <w:t xml:space="preserve">[1:42:11] </w:t>
      </w:r>
      <w:r>
        <w:t>magar peghambar ka Khuda ek zindah aur bash'oor Khuda hai woh insanon se hamkalam hota hai woh</w:t>
      </w:r>
    </w:p>
    <w:p>
      <w:pPr>
        <w:jc w:val="right"/>
      </w:pPr>
      <w:r>
        <w:t>مگر پیغمبر کا خدا ایک زندہ اور باشعور خدا ہے وہ انسانوں سے ہم کلام ہوتا ہے وہ</w:t>
      </w:r>
    </w:p>
    <w:p>
      <w:r>
        <w:rPr>
          <w:b/>
        </w:rPr>
        <w:t xml:space="preserve">[1:42:19] </w:t>
      </w:r>
      <w:r>
        <w:t>apne bando ko hukum deta hai aur is hukum ke mannay ya na mannay par har ek ke</w:t>
      </w:r>
    </w:p>
    <w:p>
      <w:pPr>
        <w:jc w:val="right"/>
      </w:pPr>
      <w:r>
        <w:t>اپنے بندوں کو حکم دیتا ہے اور اس حکم کے ماننے یا نہ ماننے پر ہر ایک کے</w:t>
      </w:r>
    </w:p>
    <w:p>
      <w:r>
        <w:rPr>
          <w:b/>
        </w:rPr>
        <w:t xml:space="preserve">[1:42:27] </w:t>
      </w:r>
      <w:r>
        <w:t>liye inam ya saza ka faisla karta hai</w:t>
      </w:r>
    </w:p>
    <w:p>
      <w:pPr>
        <w:jc w:val="right"/>
      </w:pPr>
      <w:r>
        <w:t>لیے انعام یا سزا کا فیصلہ کرتا ہے</w:t>
      </w:r>
    </w:p>
    <w:p>
      <w:r>
        <w:rPr>
          <w:b/>
        </w:rPr>
        <w:t xml:space="preserve">[1:42:57] </w:t>
      </w:r>
      <w:r>
        <w:t>ان اضرب بعصاك الحجر ان اضرب بعصاك الحجر فانبجست منه اثنتا عشره عينا</w:t>
      </w:r>
    </w:p>
    <w:p>
      <w:pPr>
        <w:jc w:val="right"/>
      </w:pPr>
      <w:r>
        <w:t>ان اضرب بعصاك الحجر ان اضرب بعصاك الحجر فانبجست منه اثنتا عشره عينا</w:t>
      </w:r>
    </w:p>
    <w:p>
      <w:r>
        <w:rPr>
          <w:b/>
        </w:rPr>
        <w:t xml:space="preserve">[1:43:03] </w:t>
      </w:r>
      <w:r>
        <w:t>qad alima kullu anasin</w:t>
      </w:r>
    </w:p>
    <w:p>
      <w:pPr>
        <w:jc w:val="right"/>
      </w:pPr>
      <w:r>
        <w:t>قد علم كل اناس</w:t>
      </w:r>
    </w:p>
    <w:p>
      <w:r>
        <w:rPr>
          <w:b/>
        </w:rPr>
        <w:t xml:space="preserve">[1:43:06] </w:t>
      </w:r>
      <w:r>
        <w:t>مشربهم وضللنا عليهم الغمام وانزلنا عليهم المن والسلوى</w:t>
      </w:r>
    </w:p>
    <w:p>
      <w:pPr>
        <w:jc w:val="right"/>
      </w:pPr>
      <w:r>
        <w:t>مشربهم وضللنا عليهم الغمام وانزلنا عليهم المن والسلوى</w:t>
      </w:r>
    </w:p>
    <w:p>
      <w:r>
        <w:rPr>
          <w:b/>
        </w:rPr>
        <w:t xml:space="preserve">[1:43:18] </w:t>
      </w:r>
      <w:r>
        <w:t>kuloo min tayyibati ma razaqnakum</w:t>
      </w:r>
    </w:p>
    <w:p>
      <w:pPr>
        <w:jc w:val="right"/>
      </w:pPr>
      <w:r>
        <w:t>كلوا من طيبات ما رزقناكم</w:t>
      </w:r>
    </w:p>
    <w:p>
      <w:r>
        <w:rPr>
          <w:b/>
        </w:rPr>
        <w:t xml:space="preserve">[1:43:24] </w:t>
      </w:r>
      <w:r>
        <w:t>wa ma zalamuna walakin</w:t>
      </w:r>
    </w:p>
    <w:p>
      <w:pPr>
        <w:jc w:val="right"/>
      </w:pPr>
      <w:r>
        <w:t>وما ظلمونا ولكن</w:t>
      </w:r>
    </w:p>
    <w:p>
      <w:r>
        <w:rPr>
          <w:b/>
        </w:rPr>
        <w:t xml:space="preserve">[1:43:27] </w:t>
      </w:r>
      <w:r>
        <w:t>kanu anfusahum yazlimun</w:t>
      </w:r>
    </w:p>
    <w:p>
      <w:pPr>
        <w:jc w:val="right"/>
      </w:pPr>
      <w:r>
        <w:t>كانوا انفسهم يظلمون</w:t>
      </w:r>
    </w:p>
    <w:p>
      <w:r>
        <w:rPr>
          <w:b/>
        </w:rPr>
        <w:t xml:space="preserve">[1:43:34] </w:t>
      </w:r>
      <w:r>
        <w:t>wa iz qila lahum uskunoo hathihi al-qaryati wa kuloo minha haithu shi'tum wa qooloo hithah</w:t>
      </w:r>
    </w:p>
    <w:p>
      <w:pPr>
        <w:jc w:val="right"/>
      </w:pPr>
      <w:r>
        <w:t>واذ قيل لهم اسكنوا هذه القریہ وكلوا منها حيث شئتم وقولوا حطه</w:t>
      </w:r>
    </w:p>
    <w:p>
      <w:r>
        <w:rPr>
          <w:b/>
        </w:rPr>
        <w:t xml:space="preserve">[1:43:44] </w:t>
      </w:r>
      <w:r>
        <w:t>wa qooloo hithah wadkhuloo al-baba sujjadan naghfir lakum khatee'atakum</w:t>
      </w:r>
    </w:p>
    <w:p>
      <w:pPr>
        <w:jc w:val="right"/>
      </w:pPr>
      <w:r>
        <w:t>وقولوا حطه وادخلوا الباب سجدا نغفر لكم خطيئاتكم</w:t>
      </w:r>
    </w:p>
    <w:p>
      <w:r>
        <w:rPr>
          <w:b/>
        </w:rPr>
        <w:t xml:space="preserve">[1:43:55] </w:t>
      </w:r>
      <w:r>
        <w:t>sanazeedu al-muhsineen fabaddala allatheena zalamoo minhum qawlan ghayra allathee qeela lahum farasalna alayhim rijzan min al-samaa</w:t>
      </w:r>
    </w:p>
    <w:p>
      <w:pPr>
        <w:jc w:val="right"/>
      </w:pPr>
      <w:r>
        <w:t>سنزيد المحسنين فبدل الذين ظلموا منهم قولا غير الذي قيل لهم فارسلنا عليهم رجزا من السماء</w:t>
      </w:r>
    </w:p>
    <w:p>
      <w:r>
        <w:rPr>
          <w:b/>
        </w:rPr>
        <w:t xml:space="preserve">[1:44:13] </w:t>
      </w:r>
      <w:r>
        <w:t>farasalna alayhim rijzan</w:t>
      </w:r>
    </w:p>
    <w:p>
      <w:pPr>
        <w:jc w:val="right"/>
      </w:pPr>
      <w:r>
        <w:t>فارسلنا عليهم رجزا</w:t>
      </w:r>
    </w:p>
    <w:p>
      <w:r>
        <w:rPr>
          <w:b/>
        </w:rPr>
        <w:t xml:space="preserve">[1:44:17] </w:t>
      </w:r>
      <w:r>
        <w:t>min al-samaa bima kanu yazlimun</w:t>
      </w:r>
    </w:p>
    <w:p>
      <w:pPr>
        <w:jc w:val="right"/>
      </w:pPr>
      <w:r>
        <w:t>من السماء بما كانوا يظلمون</w:t>
      </w:r>
    </w:p>
    <w:p>
      <w:r>
        <w:rPr>
          <w:b/>
        </w:rPr>
        <w:t xml:space="preserve">[1:44:25] </w:t>
      </w:r>
      <w:r>
        <w:t>aur hum ne un ko barah gharanon mein taqseem kar ke unhein alag alag giroh bana diya aur jab Musa ki qom ne pani manga to hum ne Musa ko hukum bheja ke falan chattan par apni laathi maro to us se barah chashmay phoot nikle</w:t>
      </w:r>
    </w:p>
    <w:p>
      <w:pPr>
        <w:jc w:val="right"/>
      </w:pPr>
      <w:r>
        <w:t>اور ہم نے ان کو بارہ گھرانوں میں تقسیم کر کے انہیں الگ الگ گروہ بنا دیا اور جب موسی کی قوم نے پانی مانگا تو ہم نے موسی کو حکم بھیجا کہ فلاں چٹان پر اپنی لاٹھی مارو تو اس سے بارہ چشمے پھوٹ نکلے</w:t>
      </w:r>
    </w:p>
    <w:p>
      <w:r>
        <w:rPr>
          <w:b/>
        </w:rPr>
        <w:t xml:space="preserve">[1:44:49] </w:t>
      </w:r>
      <w:r>
        <w:t>har groh ne apna pani peenay ka maqam maloom kar liya aur hum ne un par badliyon ka saya kiya aur un par man o salwa utara khao pakizah cheezon mein se jo hum ne tum ko di hain aur unhon ne hamara kuch nahi bigara balkeh khud apna hi nuqsan karte rahay</w:t>
      </w:r>
    </w:p>
    <w:p>
      <w:pPr>
        <w:jc w:val="right"/>
      </w:pPr>
      <w:r>
        <w:t>ہر گروہ نے اپنا پانی پینے کا مقام معلوم کر لیا اور ہم نے ان پر بدلیوں کا سایہ کیا اور ان پر من و سلوہ اتارا کھاؤ پاکیزہ چیزوں میں سے جو ہم نے تم کو دی ہیں اور انہوں نے ہمارا کچھ نہیں بگاڑا بلکہ خود اپنا ہی نقصان کرتے رہے</w:t>
      </w:r>
    </w:p>
    <w:p>
      <w:r>
        <w:rPr>
          <w:b/>
        </w:rPr>
        <w:t xml:space="preserve">[1:45:15] </w:t>
      </w:r>
      <w:r>
        <w:t>aur jab un se kaha gaya ke is basti mein ja kar bas jao is mein jahan se chaho khao aur kaho hum ko bakhsh de aur darwazay mein jhukay hue dakhil ho hum tumhari khataein maaf kar dain ge hum neki karne walon ko aur ziyada dete hain</w:t>
      </w:r>
    </w:p>
    <w:p>
      <w:pPr>
        <w:jc w:val="right"/>
      </w:pPr>
      <w:r>
        <w:t>اور جب ان سے کہا گیا کہ اس بستی میں جا کر بس جاؤ اس میں جہاں سے چاہو کھاؤ اور کہو ہم کو بخش دے اور دروازے میں جھکے ہوئے داخل ہو ہم تمہاری خطائیں معاف کر دیں گے ہم نیکی کرنے والوں کو اور زیادہ دیتے ہیں</w:t>
      </w:r>
    </w:p>
    <w:p>
      <w:r>
        <w:rPr>
          <w:b/>
        </w:rPr>
        <w:t xml:space="preserve">[1:45:43] </w:t>
      </w:r>
      <w:r>
        <w:t>phir un mein se zalimon ne badal dala doosra lafz is ke siwa jo un se kaha gaya tha phir hum ne un par asman se azab bheja is liye ke woh zulm karte thay</w:t>
      </w:r>
    </w:p>
    <w:p>
      <w:pPr>
        <w:jc w:val="right"/>
      </w:pPr>
      <w:r>
        <w:t>پھر ان میں سے ظالموں نے بدل ڈالا دوسرا لفظ اس کے سوا جو ان سے کہا گیا تھا پھر ہم نے ان پر اسمان سے عذاب بھیجا اس لیے کہ وہ ظلم کرتے تھے</w:t>
      </w:r>
    </w:p>
    <w:p>
      <w:r>
        <w:rPr>
          <w:b/>
        </w:rPr>
        <w:t xml:space="preserve">[1:46:02] </w:t>
      </w:r>
      <w:r>
        <w:t>tashreeh misr ki mushrikana fiza se nikal kar khuda ne bani israel ko</w:t>
      </w:r>
    </w:p>
    <w:p>
      <w:pPr>
        <w:jc w:val="right"/>
      </w:pPr>
      <w:r>
        <w:t>تشریح مصر کی مشرکانہ فضا سے نکال کر خدا نے بنی اسرائیل کو</w:t>
      </w:r>
    </w:p>
    <w:p>
      <w:r>
        <w:rPr>
          <w:b/>
        </w:rPr>
        <w:t xml:space="preserve">[1:46:12] </w:t>
      </w:r>
      <w:r>
        <w:t>sehra-e-seena mein pahunchaya</w:t>
      </w:r>
    </w:p>
    <w:p>
      <w:pPr>
        <w:jc w:val="right"/>
      </w:pPr>
      <w:r>
        <w:t>صحرائے سینا میں پہنچایا</w:t>
      </w:r>
    </w:p>
    <w:p>
      <w:r>
        <w:rPr>
          <w:b/>
        </w:rPr>
        <w:t xml:space="preserve">[1:46:15] </w:t>
      </w:r>
      <w:r>
        <w:t>yahan un ki tanzim qaim ki gayi un ko barah jamaaton mein bant diya gaya</w:t>
      </w:r>
    </w:p>
    <w:p>
      <w:pPr>
        <w:jc w:val="right"/>
      </w:pPr>
      <w:r>
        <w:t>یہاں ان کی تنظیم قائم کی گئی ان کو بارہ جماعتوں میں بانٹ دیا گیا</w:t>
      </w:r>
    </w:p>
    <w:p>
      <w:r>
        <w:rPr>
          <w:b/>
        </w:rPr>
        <w:t xml:space="preserve">[1:46:22] </w:t>
      </w:r>
      <w:r>
        <w:t>har jamaat ke oopar ek nigran tha aur Hazrat Musa sab ke oopar nigran thay</w:t>
      </w:r>
    </w:p>
    <w:p>
      <w:pPr>
        <w:jc w:val="right"/>
      </w:pPr>
      <w:r>
        <w:t>ہر جماعت کے اوپر ایک نگراں تھا اور حضرت موسی سب کے اوپر نگراں تھے</w:t>
      </w:r>
    </w:p>
    <w:p>
      <w:r>
        <w:rPr>
          <w:b/>
        </w:rPr>
        <w:t xml:space="preserve">[1:46:32] </w:t>
      </w:r>
      <w:r>
        <w:t>phir bani israel ko khusoosi taur par tamam zarooriyat-e-zindagi ata ki gayin</w:t>
      </w:r>
    </w:p>
    <w:p>
      <w:pPr>
        <w:jc w:val="right"/>
      </w:pPr>
      <w:r>
        <w:t>پھر بنی اسرائیل کو خصوصی طور پر تمام ضروریات زندگی عطا کی گئیں</w:t>
      </w:r>
    </w:p>
    <w:p>
      <w:r>
        <w:rPr>
          <w:b/>
        </w:rPr>
        <w:t xml:space="preserve">[1:46:40] </w:t>
      </w:r>
      <w:r>
        <w:t>pahadi chashmay nikal kar un ke liye pani faraham kiya gaya khule sehra mein saya ke liye un</w:t>
      </w:r>
    </w:p>
    <w:p>
      <w:pPr>
        <w:jc w:val="right"/>
      </w:pPr>
      <w:r>
        <w:t>پہاڑی چشمے نکال کر ان کے لیے پانی فراہم کیا گیا کھلے صحرا میں سایہ کے لیے ان</w:t>
      </w:r>
    </w:p>
    <w:p>
      <w:r>
        <w:rPr>
          <w:b/>
        </w:rPr>
        <w:t xml:space="preserve">[1:46:47] </w:t>
      </w:r>
      <w:r>
        <w:t>par musalsal badliyan bheji gayin un ki khorak ke liye man o salwa utra jo ba-asani unhein apni</w:t>
      </w:r>
    </w:p>
    <w:p>
      <w:pPr>
        <w:jc w:val="right"/>
      </w:pPr>
      <w:r>
        <w:t>پر مسلسل بدلیاں بھیجی گئیں ان کی خوراک کے لیے من و سلوہ اترا جو باسانی انہیں اپنی</w:t>
      </w:r>
    </w:p>
    <w:p>
      <w:r>
        <w:rPr>
          <w:b/>
        </w:rPr>
        <w:t xml:space="preserve">[1:46:58] </w:t>
      </w:r>
      <w:r>
        <w:t>khaymon ke samne mil jata tha</w:t>
      </w:r>
    </w:p>
    <w:p>
      <w:pPr>
        <w:jc w:val="right"/>
      </w:pPr>
      <w:r>
        <w:t>خیموں کے سامنے مل جاتا تھا</w:t>
      </w:r>
    </w:p>
    <w:p>
      <w:r>
        <w:rPr>
          <w:b/>
        </w:rPr>
        <w:t xml:space="preserve">[1:47:02] </w:t>
      </w:r>
      <w:r>
        <w:t>un ki baqaydah sakunat ke liye aik poora shehar un ke hawale kar diya gaya allah taala ne un se kaha ke tumhari tamam zaruraton ka hum ne intizam kar diya hai ab hirs aur lazzat parasti mein mubtala ho kar napak cheezon ki taraf na</w:t>
      </w:r>
    </w:p>
    <w:p>
      <w:pPr>
        <w:jc w:val="right"/>
      </w:pPr>
      <w:r>
        <w:t>ان کی باقاعدہ سکونت کے لیے ایک پورا شہر ان کے حوالے کر دیا گیا اللہ تعالی نے ان سے کہا کہ تمہاری تمام ضرورتوں کا ہم نے انتظام کر دیا ہے اب حرص اور لذت پرستی میں مبتلا ہو کر ناپاک چیزوں کی طرف نہ</w:t>
      </w:r>
    </w:p>
    <w:p>
      <w:r>
        <w:rPr>
          <w:b/>
        </w:rPr>
        <w:t xml:space="preserve">[1:47:25] </w:t>
      </w:r>
      <w:r>
        <w:t>dorro is ke bajaye qana'at aur allah ke agay shukr guzari ka tareeqa ikhtiyar karo</w:t>
      </w:r>
    </w:p>
    <w:p>
      <w:pPr>
        <w:jc w:val="right"/>
      </w:pPr>
      <w:r>
        <w:t>دوڑو اس کے بجائے قناعت اور اللہ کے اگے شکر گزاری کا طریقہ اختیار کرو</w:t>
      </w:r>
    </w:p>
    <w:p>
      <w:r>
        <w:rPr>
          <w:b/>
        </w:rPr>
        <w:t xml:space="preserve">[1:47:35] </w:t>
      </w:r>
      <w:r>
        <w:t>darwazay mein jhukay hue dakhil ho yahan darwaza se murad basti ka darwaza nahi hai balkeh haikal sulaimani ka darwaza hai</w:t>
      </w:r>
    </w:p>
    <w:p>
      <w:pPr>
        <w:jc w:val="right"/>
      </w:pPr>
      <w:r>
        <w:t>دروازے میں جھکے ہوئے داخل ہو یہاں دروازہ سے مراد بستی کا دروازہ نہیں ہے بلکہ ہیکل سلیمانی کا دروازہ ہے</w:t>
      </w:r>
    </w:p>
    <w:p>
      <w:r>
        <w:rPr>
          <w:b/>
        </w:rPr>
        <w:t xml:space="preserve">[1:47:47] </w:t>
      </w:r>
      <w:r>
        <w:t>zameen par denay ke baad bani israel se kaha gaya ke apni ibadat gah mein khashay ban kar jao aur gunahon se maghfirat mango musalmanon ke yahan jis tarah kaaba ko baitullah kaha jata hai isi tarah yahood ke yahan haikal ko babullah kaha jata hai</w:t>
      </w:r>
    </w:p>
    <w:p>
      <w:pPr>
        <w:jc w:val="right"/>
      </w:pPr>
      <w:r>
        <w:t>زمین پر دینے کے بعد بنی اسرائیل سے کہا گیا کہ اپنی عبادت گاہ میں خاشے بن کر جاؤ اور گناہوں سے مغفرت مانگو مسلمانوں کے یہاں جس طرح کعبہ کو بیت اللہ کہا جاتا ہے اسی طرح یہود کے یہاں ہیکل کو باب اللہ کہا جاتا ہے</w:t>
      </w:r>
    </w:p>
    <w:p>
      <w:r>
        <w:rPr>
          <w:b/>
        </w:rPr>
        <w:t xml:space="preserve">[1:48:11] </w:t>
      </w:r>
      <w:r>
        <w:t>yahood ko hukum diya gaya tha ke apne ibadat khane mein ajz o tawazu ke sath dakhil ho kar apne rab ki ibadat karo aur allah ki azmat o jalal ko yaad kar ke us ke agay apni kotahiyon ka etaraf karte raho magar yahood khuda ki naseehaton ko bhool gaye</w:t>
      </w:r>
    </w:p>
    <w:p>
      <w:pPr>
        <w:jc w:val="right"/>
      </w:pPr>
      <w:r>
        <w:t>یہود کو حکم دیا گیا تھا کہ اپنے عبادت خانے میں عجز و تواضع کے ساتھ داخل ہو کر اپنے رب کی عبادت کرو اور اللہ کے عظمت و جلال کو یاد کر کے اس کے اگے اپنی کوتاہیوں کا اعتراف کرتے رہو مگر یہود خدا کی نصیحتوں کو بھول گئے</w:t>
      </w:r>
    </w:p>
    <w:p>
      <w:r>
        <w:rPr>
          <w:b/>
        </w:rPr>
        <w:t xml:space="preserve">[1:48:34] </w:t>
      </w:r>
      <w:r>
        <w:t>woh khuda ki batai hui rah par chalne ke bajaye khuda ke naam par khud sakhta rahon ki taraf chalne lagay unhon ne ajz ke bajaye sarkashi ka tareeqa apnaya shukr ka kalma bolne ke bajaye woh besabri ke kalmat bolne lagay</w:t>
      </w:r>
    </w:p>
    <w:p>
      <w:pPr>
        <w:jc w:val="right"/>
      </w:pPr>
      <w:r>
        <w:t>وہ خدا کی بتائی ہوئی راہ پر چلنے کے بجائے خدا کے نام پر خود ساختہ راہوں کی طرف چلنے لگے انہوں نے عجز کے بجائے سرکشی کا طریقہ اپنایا شکر کا کلمہ بولنے کے بجائے وہ بے صبری کے کلمات بولنے لگے</w:t>
      </w:r>
    </w:p>
    <w:p>
      <w:r>
        <w:rPr>
          <w:b/>
        </w:rPr>
        <w:t xml:space="preserve">[1:48:58] </w:t>
      </w:r>
      <w:r>
        <w:t>yahood jab bigad ki is had ko pahanch gaye to khuda ne apni inayaten un se wapas le</w:t>
      </w:r>
    </w:p>
    <w:p>
      <w:pPr>
        <w:jc w:val="right"/>
      </w:pPr>
      <w:r>
        <w:t>یہود جب بگاڑ کی اس حد کو پہنچ گئے تو خدا نے اپنی عنایتیں ان سے واپس لے</w:t>
      </w:r>
    </w:p>
    <w:p>
      <w:r>
        <w:rPr>
          <w:b/>
        </w:rPr>
        <w:t xml:space="preserve">[1:49:06] </w:t>
      </w:r>
      <w:r>
        <w:t>leen rehmat ki bajaye un ko mukhtalif qism ke azabon ne gher liya</w:t>
      </w:r>
    </w:p>
    <w:p>
      <w:pPr>
        <w:jc w:val="right"/>
      </w:pPr>
      <w:r>
        <w:t>لیں رحمت کی بجائے ان کو مختلف قسم کے عذابوں نے گھیر لیا</w:t>
      </w:r>
    </w:p>
    <w:p>
      <w:r>
        <w:rPr>
          <w:b/>
        </w:rPr>
        <w:t xml:space="preserve">[1:49:47] </w:t>
      </w:r>
      <w:r>
        <w:t>bima kanu waid qalat ummuhum minhum limata izun qawman allaha muhlikuhum aw muhazzibuhum azaban shadidan qalu maizratun ila rabbikum walalluhum yattaqun</w:t>
      </w:r>
    </w:p>
    <w:p>
      <w:pPr>
        <w:jc w:val="right"/>
      </w:pPr>
      <w:r>
        <w:t>بما كانوا واذ قالت امه منهم لمتعظون قوما الله مهلكهم او معذبهم عذابا شديدا قالوا معذره الى ربكم ولعلهم يتقون</w:t>
      </w:r>
    </w:p>
    <w:p>
      <w:r>
        <w:rPr>
          <w:b/>
        </w:rPr>
        <w:t xml:space="preserve">[1:50:11] </w:t>
      </w:r>
      <w:r>
        <w:t>aur un se is basti ka hal poocho jo darya ke kinare thi jab woh sabt ke baray mein tajawuz karte thay jab un ke sabt ke din un ki machhliyan pani ke oopar ati aur jis din sabt na hota to na ati</w:t>
      </w:r>
    </w:p>
    <w:p>
      <w:pPr>
        <w:jc w:val="right"/>
      </w:pPr>
      <w:r>
        <w:t>اور ان سے اس بستی کا حال پوچھو جو دریا کے کنارے تھی جب وہ سبط کے بارے میں تجاوز کرتے تھے جب ان کے سبط کے دن ان کی مچھلیاں پانی کے اوپر اتی اور جس دن سبط نہ ہوتا تو نہ اتی</w:t>
      </w:r>
    </w:p>
    <w:p>
      <w:r>
        <w:rPr>
          <w:b/>
        </w:rPr>
        <w:t xml:space="preserve">[1:50:36] </w:t>
      </w:r>
      <w:r>
        <w:t>unki azmaish hum ne is tarah ki is liye ke woh nafarmani kar rahay thay aur jab un mein se aik groh ne kaha ke tum aisay logon ko kyun naseehat karte ho jinhein allah halak karne wala hai ya un ko sakht azab dene wala hai</w:t>
      </w:r>
    </w:p>
    <w:p>
      <w:pPr>
        <w:jc w:val="right"/>
      </w:pPr>
      <w:r>
        <w:t>ان کی ازمائش ہم نے اس طرح کی اس لیے کہ وہ نافرمانی کر رہے تھے اور جب ان میں سے ایک گروہ نے کہا کہ تم ایسے لوگوں کو کیوں نصیحت کرتے ہو جنہیں اللہ ہلاک کرنے والا ہے یا ان کو سخت عذاب دینے والا ہے</w:t>
      </w:r>
    </w:p>
    <w:p>
      <w:r>
        <w:rPr>
          <w:b/>
        </w:rPr>
        <w:t xml:space="preserve">[1:50:58] </w:t>
      </w:r>
      <w:r>
        <w:t>unhon ne kaha tumhare rab ke samnay ilzam utarne ke liye aur is liye ke shayad woh darain</w:t>
      </w:r>
    </w:p>
    <w:p>
      <w:pPr>
        <w:jc w:val="right"/>
      </w:pPr>
      <w:r>
        <w:t>انہوں نے کہا تمہارے رب کے سامنے الزام اتارنے کے لیے اور اس لیے کہ شاید وہ ڈریں</w:t>
      </w:r>
    </w:p>
    <w:p>
      <w:r>
        <w:rPr>
          <w:b/>
        </w:rPr>
        <w:t xml:space="preserve">[1:51:11] </w:t>
      </w:r>
      <w:r>
        <w:t>tashreeh yahood ko yeh talqeen ki gayi thi ke woh hafta ka aik din ibadat aur zikr khuda ke liye khaas rakhein is din koi maashi kaam na karein</w:t>
      </w:r>
    </w:p>
    <w:p>
      <w:pPr>
        <w:jc w:val="right"/>
      </w:pPr>
      <w:r>
        <w:t>تشریح یہود کو یہ تلقین کی گئی تھی کہ وہ ہفتے کا ایک دن عبادت اور ذکر خدا کے لیے خاص رکھیں اس دن کوئی معاشی کام نہ کریں</w:t>
      </w:r>
    </w:p>
    <w:p>
      <w:r>
        <w:rPr>
          <w:b/>
        </w:rPr>
        <w:t xml:space="preserve">[1:51:28] </w:t>
      </w:r>
      <w:r>
        <w:t>bible ke mutabiq hukum yeh tha ke jo shakhs sabt ke qanoon ki khilaf warzi kare woh maar dala jaye magar jab yahood mein bigar aya to woh is ki khilaf warzi karne lagay un ke masaleheen ne mutawajjah kiya to woh na manay taham masaleheen ne apni koshish musalsal jari rakhi</w:t>
      </w:r>
    </w:p>
    <w:p>
      <w:pPr>
        <w:jc w:val="right"/>
      </w:pPr>
      <w:r>
        <w:t>بائبل کے مطابق حکم یہ تھا کہ جو شخص سبط کے قانون کی خلاف ورزی کرے وہ مار ڈالا جائے مگر جب یہود میں بگاڑ ایا تو وہ اس کی خلاف ورزی کرنے لگے ان کے مصلحین نے متوجہ کیا تو وہ نہ مانے تاہم مصلحین نے اپنی کوشش مسلسل جاری رکھی</w:t>
      </w:r>
    </w:p>
    <w:p>
      <w:r>
        <w:rPr>
          <w:b/>
        </w:rPr>
        <w:t xml:space="preserve">[1:51:57] </w:t>
      </w:r>
      <w:r>
        <w:t>haqeeqat yeh hai ke doosron ki islaah ka kaam agarchay bazahir doosron ke liye hota hai magar woh khud apni liye kiya jata hai is ka asal muharrik apne aap ko allah ke yahan bari uz zima thehrana hai agar yeh muharrik zinda na ho to aadmi darmiyan mein thehar jaye ga</w:t>
      </w:r>
    </w:p>
    <w:p>
      <w:pPr>
        <w:jc w:val="right"/>
      </w:pPr>
      <w:r>
        <w:t>حقیقت یہ ہے کہ دوسروں کی اصلاح کا کام اگرچہ بظاہر دوسروں کے لیے ہوتا ہے مگر وہ خود اپنی لیے کیا جاتا ہے اس کا اصل محرک اپنے اپ کو اللہ کے یہاں بری الذمہ ٹھہرانا ہے اگر یہ محرک زندہ نہ ہو تو ادمی درمیان میں ٹھہر جائے گا</w:t>
      </w:r>
    </w:p>
    <w:p>
      <w:r>
        <w:rPr>
          <w:b/>
        </w:rPr>
        <w:t xml:space="preserve">[1:52:22] </w:t>
      </w:r>
      <w:r>
        <w:t>woh apne islaah aur tablegh ke amal ko aakhir waqt tak jari nahi rakh sakta</w:t>
      </w:r>
    </w:p>
    <w:p>
      <w:pPr>
        <w:jc w:val="right"/>
      </w:pPr>
      <w:r>
        <w:t>وہ اپنے اصلاح اور تبلیغ کے عمل کو اخر وقت تک جاری نہیں رکھ سکتا</w:t>
      </w:r>
    </w:p>
    <w:p>
      <w:r>
        <w:rPr>
          <w:b/>
        </w:rPr>
        <w:t xml:space="preserve">[1:52:32] </w:t>
      </w:r>
      <w:r>
        <w:t>yahood ki sarkashi ka nateeja yeh hua ke mamlay ko un ke liye aur sakht kar diya gaya bahr-e-qulzum ki mashriqi khaleej ke kinare yahood ki abadiyan theen</w:t>
      </w:r>
    </w:p>
    <w:p>
      <w:pPr>
        <w:jc w:val="right"/>
      </w:pPr>
      <w:r>
        <w:t>یہود کی سرکشی کا نتیجہ یہ ہوا کہ معاملے کو ان کے لیے اور سخت کر دیا گیا بحر کلزم کی مشرقی خلیج کے کنارے یہود کی ابادیاں تھیں</w:t>
      </w:r>
    </w:p>
    <w:p>
      <w:r>
        <w:rPr>
          <w:b/>
        </w:rPr>
        <w:t xml:space="preserve">[1:52:47] </w:t>
      </w:r>
      <w:r>
        <w:t>unki maeeshat ka inhisaar ziyada tar machhliyon ke shikar par tha khuda ke hukum se yeh hua ke sunechar ke din un ke sahil par machhliyon ki aamad bohat barh gayi baqi chhay dinon mein machhliyan bohat kam aati magar mamnoo'a din ko woh kasrat se pani ke satah ke oopar teerti hui dikhai deti</w:t>
      </w:r>
    </w:p>
    <w:p>
      <w:pPr>
        <w:jc w:val="right"/>
      </w:pPr>
      <w:r>
        <w:t>ان کی معیشت کا انحصار زیادہ تر مچھلیوں کے شکار پر تھا خدا کے حکم سے یہ ہوا کہ سنیچر کے دن ان کے ساحل پر مچھلیوں کی امد بہت بڑھ گئی بقیہ چھ دنوں میں مچھلیاں بہت کم اتی مگر ممنوعہ دن کو وہ کثرت سے پانی کے سطح کے اوپر تیرتی ہوئی دکھائی دیتی</w:t>
      </w:r>
    </w:p>
    <w:p>
      <w:r>
        <w:rPr>
          <w:b/>
        </w:rPr>
        <w:t xml:space="preserve">[1:53:15] </w:t>
      </w:r>
      <w:r>
        <w:t>yeh yahood ke liye bari sakht azmaish thi goya pehle agar yeh noiyat thi ke sunechar ke ilawa chhay jaiz dinon mein shikar karne ka poora moqa tha to ab sirf aik haram din hi shikar karne ka moqa un ke liye baqi reh gaya ab yahood ne yeh kiya ke woh hila ke zariye haram ko halaal karne lagay</w:t>
      </w:r>
    </w:p>
    <w:p>
      <w:pPr>
        <w:jc w:val="right"/>
      </w:pPr>
      <w:r>
        <w:t>یہ یہود کے لیے بڑی سخت ازمائش تھی گویا پہلے اگر یہ نوعیت تھی کہ سنیچر کے علاوہ چھ جائز دنوں میں شکار کرنے کا پورا موقع تھا تو اب صرف ایک حرام دن ہی شکار کرنے کا موقع ان کے لیے باقی رہ گیا اب یہود نے یہ کیا کہ وہ حیلہ کے ذریعے حرام کو حلال کرنے لگے</w:t>
      </w:r>
    </w:p>
    <w:p>
      <w:r>
        <w:rPr>
          <w:b/>
        </w:rPr>
        <w:t xml:space="preserve">[1:53:44] </w:t>
      </w:r>
      <w:r>
        <w:t>woh sunechar ke din shikar na karte albatta woh samandar ka pani kaat kar bahar banay hue hauzon mein latay sunechar ke din machhliyan charhtin to woh nali ke rastay se un ke banaye hue hauz mein aa jati is ke baad woh hauz ka munh band kar ke machhliyon ke darya mein lotne ka rasta roq dete phir aglay din itwar ko ja kar un ko pakar letay</w:t>
      </w:r>
    </w:p>
    <w:p>
      <w:pPr>
        <w:jc w:val="right"/>
      </w:pPr>
      <w:r>
        <w:t>وہ سنیچر کے دن شکار نہ کرتے البتہ وہ سمندر کا پانی کاٹ کر باہر بنے ہوئے حوضوں میں لاتے سنیچر کے دن مچھلیاں چڑھتیں تو وہ نالی کے راستے سے ان کے بنائے ہوئے حوض میں ا جاتی اس کے بعد وہ حوض کا منہ بند کر کے مچھلیوں کے دریا میں لوٹنے کا راستہ روک دیتے پھر اگلے دن اتوار کو جا کر ان کو پکڑ لیتے</w:t>
      </w:r>
    </w:p>
    <w:p>
      <w:r>
        <w:rPr>
          <w:b/>
        </w:rPr>
        <w:t xml:space="preserve">[1:54:14] </w:t>
      </w:r>
      <w:r>
        <w:t>is tarah woh aik najayaz feal ko jawaz ki soorat dene ki koshish karte ta ke un par yeh hukum sadik na aaye ke unhon ne sunechar ke din shikar kiya hai</w:t>
      </w:r>
    </w:p>
    <w:p>
      <w:pPr>
        <w:jc w:val="right"/>
      </w:pPr>
      <w:r>
        <w:t>اس طرح وہ ایک ناجائز فعل کو جواز کی صورت دینے کی کوشش کرتے تاکہ ان پر یہ حکم صادق نہ ائے کہ انہوں نے سنیچر کے دن شکار کیا ہے</w:t>
      </w:r>
    </w:p>
    <w:p>
      <w:r>
        <w:rPr>
          <w:b/>
        </w:rPr>
        <w:t xml:space="preserve">[1:54:30] </w:t>
      </w:r>
      <w:r>
        <w:t>is se maloom hua ke jo shakhs jaiz zarea se apni zaruriyat faraham karne par qanaat na kare</w:t>
      </w:r>
    </w:p>
    <w:p>
      <w:pPr>
        <w:jc w:val="right"/>
      </w:pPr>
      <w:r>
        <w:t>اس سے معلوم ہوا کہ جو شخص جائز ذرائع سے اپنی ضروریات فراہم کرنے پر قناعت نہ کرے</w:t>
      </w:r>
    </w:p>
    <w:p>
      <w:r>
        <w:rPr>
          <w:b/>
        </w:rPr>
        <w:t xml:space="preserve">[1:54:41] </w:t>
      </w:r>
      <w:r>
        <w:t>woh apne aap ko is khatre mein dalta hai ke is ke liye</w:t>
      </w:r>
    </w:p>
    <w:p>
      <w:pPr>
        <w:jc w:val="right"/>
      </w:pPr>
      <w:r>
        <w:t>وہ اپنے اپ کو اس خطرے میں ڈالتا ہے کہ اس کے لیے</w:t>
      </w:r>
    </w:p>
    <w:p>
      <w:r>
        <w:rPr>
          <w:b/>
        </w:rPr>
        <w:t xml:space="preserve">[1:54:47] </w:t>
      </w:r>
      <w:r>
        <w:t>jaiz zarea ka darwaza sarye se band kar diya jaye aur najais zarea ke siwa is ke liye</w:t>
      </w:r>
    </w:p>
    <w:p>
      <w:pPr>
        <w:jc w:val="right"/>
      </w:pPr>
      <w:r>
        <w:t>جائز ذرائع کا دروازہ سرے سے بند کر دیا جائے اور ناجائز ذریعے کے سوا اس کے لیے</w:t>
      </w:r>
    </w:p>
    <w:p>
      <w:r>
        <w:rPr>
          <w:b/>
        </w:rPr>
        <w:t xml:space="preserve">[1:54:56] </w:t>
      </w:r>
      <w:r>
        <w:t>husool-e-ma'ash ki koi surat baqi na rahe</w:t>
      </w:r>
    </w:p>
    <w:p>
      <w:pPr>
        <w:jc w:val="right"/>
      </w:pPr>
      <w:r>
        <w:t>حصول معاش کی کوئی صورت باقی نہ رہے</w:t>
      </w:r>
    </w:p>
    <w:p>
      <w:r>
        <w:rPr>
          <w:b/>
        </w:rPr>
        <w:t xml:space="preserve">[1:55:31] </w:t>
      </w:r>
      <w:r>
        <w:t>falamma 'ataw 'anma 'anhu</w:t>
      </w:r>
    </w:p>
    <w:p>
      <w:pPr>
        <w:jc w:val="right"/>
      </w:pPr>
      <w:r>
        <w:t>فلما عتو عمانه</w:t>
      </w:r>
    </w:p>
    <w:p>
      <w:r>
        <w:rPr>
          <w:b/>
        </w:rPr>
        <w:t xml:space="preserve">[1:55:35] </w:t>
      </w:r>
      <w:r>
        <w:t>'annu qulna lahum konoo qiradatan khasi'een</w:t>
      </w:r>
    </w:p>
    <w:p>
      <w:pPr>
        <w:jc w:val="right"/>
      </w:pPr>
      <w:r>
        <w:t>عنہ قلنا لهم کونوا قردہ خاسئین</w:t>
      </w:r>
    </w:p>
    <w:p>
      <w:r>
        <w:rPr>
          <w:b/>
        </w:rPr>
        <w:t xml:space="preserve">[1:55:43] </w:t>
      </w:r>
      <w:r>
        <w:t>phir jab unhon ne bhula di woh cheez jo un ko yaad dilai gai thi to hum ne un logon ko bacha liya jo burai se rokte thay aur un logon ko jinhon ne apni janon par zulm kiya aik sakht azaab mein pakar liya is liye ke woh nafarmani karte thay</w:t>
      </w:r>
    </w:p>
    <w:p>
      <w:pPr>
        <w:jc w:val="right"/>
      </w:pPr>
      <w:r>
        <w:t>پھر جب انہوں نے بھلا دی وہ چیز جو ان کو یاد دلائی گئی تھی تو ہم نے ان لوگوں کو بچا لیا جو برائی سے روکتے تھے اور ان لوگوں کو جنہوں نے اپنی جانوں پر ظلم کیا ایک سخت عذاب میں پکڑ لیا اس لیے کہ وہ نافرمانی کرتے تھے</w:t>
      </w:r>
    </w:p>
    <w:p>
      <w:r>
        <w:rPr>
          <w:b/>
        </w:rPr>
        <w:t xml:space="preserve">[1:56:07] </w:t>
      </w:r>
      <w:r>
        <w:t>phir jab woh barhne lage is kaam mein jis se woh roke gaye thay to hum ne un se kaha ke zaleel bandar ban jao</w:t>
      </w:r>
    </w:p>
    <w:p>
      <w:pPr>
        <w:jc w:val="right"/>
      </w:pPr>
      <w:r>
        <w:t>پھر جب وہ بڑھنے لگے اس کام میں جس سے وہ روکے گئے تھے تو ہم نے ان سے کہا کہ ذلیل بندر بن جاؤ</w:t>
      </w:r>
    </w:p>
    <w:p>
      <w:r>
        <w:rPr>
          <w:b/>
        </w:rPr>
        <w:t xml:space="preserve">[1:56:21] </w:t>
      </w:r>
      <w:r>
        <w:t>tashreeh aik kaam jis se Khuda ne mana kiya ho us ko karna gunah hai aur hila ke zarea najaaiz kaam ko jaiz bana kar karna gunah par sarkashi ka izafa hai qanoon-e-sabt ki khilaf warzi kar ke yahood isi qism ke mujrim ban gaye thay e</w:t>
      </w:r>
    </w:p>
    <w:p>
      <w:pPr>
        <w:jc w:val="right"/>
      </w:pPr>
      <w:r>
        <w:t>تشریح ایک کام جس سے خدا نے منع کیا ہو اس کو کرنا گناہ ہے اور حیلہ کے ذریعے ناجائز کام کو جائز بنا کر کرنا گناہ پر سرکشی کا اضافہ ہے قانون سبط کی خلاف ورزی کر کے یہود اسی قسم کے مجرم بن گئے تھے ای</w:t>
      </w:r>
    </w:p>
    <w:p>
      <w:r>
        <w:rPr>
          <w:b/>
        </w:rPr>
        <w:t xml:space="preserve">[1:56:49] </w:t>
      </w:r>
      <w:r>
        <w:t>se log Khuda ki laanat ke mustahiq ho jate hain yani woh Khuda ki un inayaton se mehroom ho jate hain jo us ne is dunya mein sirf insaan ke liye makhsoos ki hain aisay log insaniyat ki satah se gir kar hewaniyat ki satah par aa jate hain</w:t>
      </w:r>
    </w:p>
    <w:p>
      <w:pPr>
        <w:jc w:val="right"/>
      </w:pPr>
      <w:r>
        <w:t>سے لوگ خدا کی لعنت کے مستحق ہو جاتے ہیں یعنی وہ خدا کی ان عنایتوں سے محروم ہو جاتے ہیں جو اس نے اس دنیا میں صرف انسان کے لیے مخصوص کی ہیں ایسے لوگ انسانیت کی سطح سے گر کر حیوانیت کی سطح پر ا جاتے ہیں</w:t>
      </w:r>
    </w:p>
    <w:p>
      <w:r>
        <w:rPr>
          <w:b/>
        </w:rPr>
        <w:t xml:space="preserve">[1:57:14] </w:t>
      </w:r>
      <w:r>
        <w:t>qanoon-e-sabt ki khilaf warzi karne walon ke sath yahi muamla kiya gaya Allah ne un ko bandar bana diya ka matlab yeh nahi hai ke un ki soorat bandaron ki soorat ho gai is ka matlab yeh hai ke un ka akhlaq bandaron jaisa ho gaya un ka dil aur un ki soch insanon ke bajaye bandar jaisay ho gaye</w:t>
      </w:r>
    </w:p>
    <w:p>
      <w:pPr>
        <w:jc w:val="right"/>
      </w:pPr>
      <w:r>
        <w:t>قانون سبط کی خلاف ورزی کرنے والوں کے ساتھ یہی معاملہ کیا گیا اللہ نے ان کو بندر بنا دیا کا مطلب یہ نہیں ہے کہ ان کی صورت بندروں کی صورت ہو گئی اس کا مطلب یہ ہے کہ ان کا اخلاق بندروں جیسا ہو گیا ان کا دل اور ان کی سوچ انسانوں کے بجائے بندر جیسے ہو گئے</w:t>
      </w:r>
    </w:p>
    <w:p>
      <w:r>
        <w:rPr>
          <w:b/>
        </w:rPr>
        <w:t xml:space="preserve">[1:57:43] </w:t>
      </w:r>
      <w:r>
        <w:t>insaan aik aisi makhlooq hai jis ke andar is ke khaliq ne aqal aur zameer rakh diya hai is ke andar jab koi khwahish uthti hai to is ki aqal o zameer mutharrik ho kar foran is ke samne yeh sawal khara kar deti hai ke aisa karna tumhare liye durust hai ya nahi</w:t>
      </w:r>
    </w:p>
    <w:p>
      <w:pPr>
        <w:jc w:val="right"/>
      </w:pPr>
      <w:r>
        <w:t>انسان ایک ایسی مخلوق ہے جس کے اندر اس کے خالق نے عقل اور ضمیر رکھ دیا ہے اس کے اندر جب کوئی خواہش اٹھتی ہے تو اس کی عقل و ضمیر متحرک ہو کر فورا اس کے سامنے یہ سوال کھڑا کر دیتی ہے کہ ایسا کرنا تمہارے لیے درست ہے یا نہیں</w:t>
      </w:r>
    </w:p>
    <w:p>
      <w:r>
        <w:rPr>
          <w:b/>
        </w:rPr>
        <w:t xml:space="preserve">[1:58:06] </w:t>
      </w:r>
      <w:r>
        <w:t>is ke bar aks bandar ka haal yeh hai ke is ki khwahish aur is ke amal ke darmiyan koi teesri cheez hail nahi jo baad bhi is ke jee mein aa jaye woh foran us ko kar dalta hai is ko na apni khwahish ke bare mein sochne ki zarurat hoti aur na is par amal karne ke baad is par sharminda hone ki</w:t>
      </w:r>
    </w:p>
    <w:p>
      <w:pPr>
        <w:jc w:val="right"/>
      </w:pPr>
      <w:r>
        <w:t>اس کے برعکس بندر کا حال یہ ہے کہ اس کی خواہش اور اس کے عمل کے درمیان کوئی تیسری چیز حائل نہیں جو بعد بھی اس کے جی میں اجائے وہ فورا اس کو کر ڈالتا ہے اس کو نہ اپنی خواہش کے بارے میں سوچنے کی ضرورت ہوتی اور نہ اس پر عمل کرنے کے بعد اس پر شرمندہ ہونے کی</w:t>
      </w:r>
    </w:p>
    <w:p>
      <w:r>
        <w:rPr>
          <w:b/>
        </w:rPr>
        <w:t xml:space="preserve">[1:58:35] </w:t>
      </w:r>
      <w:r>
        <w:t>ab insaan ka bandar ho jana yeh hai ke woh apni aqal aur apni zameer ke khilaf amal karte karte itna be-hiss ho jaye ke is qism ke nazuk ehsasat is ke andar se jate rahen is ke dil mein jo bhi khwahish paida ho us ko woh kar guzre</w:t>
      </w:r>
    </w:p>
    <w:p>
      <w:pPr>
        <w:jc w:val="right"/>
      </w:pPr>
      <w:r>
        <w:t>اب انسان کا بندر ہو جانا یہ ہے کہ وہ اپنی عقل اور اپنی ضمیر کے خلاف عمل کرتے کرتے اتنا بے حس ہو جائے کہ اس قسم کے نازک احساسات اس کے اندر سے جاتے رہیں اس کے دل میں جو بھی خواہش پیدا ہو اس کو وہ کر گزرے</w:t>
      </w:r>
    </w:p>
    <w:p>
      <w:r>
        <w:rPr>
          <w:b/>
        </w:rPr>
        <w:t xml:space="preserve">[1:58:58] </w:t>
      </w:r>
      <w:r>
        <w:t>jab bhi koi shakhs is ki zad mein aa jaye to woh is ki izzat aur is ke maal par hamla kar de kisi se shikayat paida ho to foran us ko zaleel karne ke liye khara ho jaye kisi se ikhtilaf ho jaye to us par gharanay lage koi is ko apni rah mein rukawat nazar aaye to foran us se larna shuru kar de</w:t>
      </w:r>
    </w:p>
    <w:p>
      <w:pPr>
        <w:jc w:val="right"/>
      </w:pPr>
      <w:r>
        <w:t>جب بھی کوئی شخص اس کی زد میں اجائے تو وہ اس کی عزت اور اس کے مال پر حملہ کر دے کسی سے شکایت پیدا ہو تو فورا اس کو ذلیل کرنے کے لیے کھڑا ہو جائے کسی سے اختلاف ہو جائے تو اس پر غرانے لگے کوئی اس کو اپنی راہ میں رکاوٹ نظر ائے تو فورا اس سے لڑنا شروع کر دے</w:t>
      </w:r>
    </w:p>
    <w:p>
      <w:r>
        <w:rPr>
          <w:b/>
        </w:rPr>
        <w:t xml:space="preserve">[1:59:26] </w:t>
      </w:r>
      <w:r>
        <w:t>sacha insaan woh hai jo apne aap par Khuda ki lagaam laga le aur bandar insaan woh hai jo be-qaid ho kar woh sab kuch karne lage jo is ka nafs is se karne ke liye kahe</w:t>
      </w:r>
    </w:p>
    <w:p>
      <w:pPr>
        <w:jc w:val="right"/>
      </w:pPr>
      <w:r>
        <w:t>سچا انسان وہ ہے جو اپنے اپ پر خدا کی لگام لگا لے اور بندر انسان وہ ہے جو بے قید ہو کر وہ سب کچھ کرنے لگے جو اس کا نفس اس سے کرنے کے لیے کہے</w:t>
      </w:r>
    </w:p>
    <w:p>
      <w:r>
        <w:rPr>
          <w:b/>
        </w:rPr>
        <w:t xml:space="preserve">[1:59:46] </w:t>
      </w:r>
      <w:r>
        <w:t>burai se rokna aik qism ka ailan-e-baraat hai</w:t>
      </w:r>
    </w:p>
    <w:p>
      <w:pPr>
        <w:jc w:val="right"/>
      </w:pPr>
      <w:r>
        <w:t>برائی سے روکنا ایک قسم کا اعلان برات ہے</w:t>
      </w:r>
    </w:p>
    <w:p>
      <w:r>
        <w:rPr>
          <w:b/>
        </w:rPr>
        <w:t xml:space="preserve">[1:59:51] </w:t>
      </w:r>
      <w:r>
        <w:t>is liye kisi group par jab khuda ki yeh saza aati hai to uski zad mein aane</w:t>
      </w:r>
    </w:p>
    <w:p>
      <w:pPr>
        <w:jc w:val="right"/>
      </w:pPr>
      <w:r>
        <w:t>اس لیے کسی گروہ پر جب خدا کی یہ سزا اتی ہے تو اس کی زد میں انے</w:t>
      </w:r>
    </w:p>
    <w:p>
      <w:r>
        <w:rPr>
          <w:b/>
        </w:rPr>
        <w:t xml:space="preserve">[1:59:58] </w:t>
      </w:r>
      <w:r>
        <w:t>se woh log bacha liye jatay hain jo burai se is had tak bezaar hon ke woh is</w:t>
      </w:r>
    </w:p>
    <w:p>
      <w:pPr>
        <w:jc w:val="right"/>
      </w:pPr>
      <w:r>
        <w:t>سے وہ لوگ بچا لیے جاتے ہیں جو برائی سے اس حد تک بیزار ہوں کہ وہ اس</w:t>
      </w:r>
    </w:p>
    <w:p>
      <w:r>
        <w:rPr>
          <w:b/>
        </w:rPr>
        <w:t xml:space="preserve">[2:00:07] </w:t>
      </w:r>
      <w:r>
        <w:t>ke rokne walay ban jayen</w:t>
      </w:r>
    </w:p>
    <w:p>
      <w:pPr>
        <w:jc w:val="right"/>
      </w:pPr>
      <w:r>
        <w:t>کے روکنے والے بن جائیں</w:t>
      </w:r>
    </w:p>
    <w:p>
      <w:r>
        <w:rPr>
          <w:b/>
        </w:rPr>
        <w:t xml:space="preserve">[2:00:28] </w:t>
      </w:r>
      <w:r>
        <w:t>inna rabbaka lasaree'ul 'iqabi wa innahu laghafoorun raheem</w:t>
      </w:r>
    </w:p>
    <w:p>
      <w:pPr>
        <w:jc w:val="right"/>
      </w:pPr>
      <w:r>
        <w:t>ان ربک لسریع العقاب وانه لغفور رحیم</w:t>
      </w:r>
    </w:p>
    <w:p>
      <w:r>
        <w:rPr>
          <w:b/>
        </w:rPr>
        <w:t xml:space="preserve">[2:00:39] </w:t>
      </w:r>
      <w:r>
        <w:t>wa qata'naahum fil ardi umaman minhumus salihun wa minhum doona zalika wa balawnahum bil hasanati was sayyi'ati la'allahum yarji'oon</w:t>
      </w:r>
    </w:p>
    <w:p>
      <w:pPr>
        <w:jc w:val="right"/>
      </w:pPr>
      <w:r>
        <w:t>وقطعناهم فی الارض امما منہم الصالحون ومنہم دون ذلك وبلوناهم بالحسنات والسيئات لعلهم يرجعون</w:t>
      </w:r>
    </w:p>
    <w:p>
      <w:r>
        <w:rPr>
          <w:b/>
        </w:rPr>
        <w:t xml:space="preserve">[2:01:01] </w:t>
      </w:r>
      <w:r>
        <w:t>aur jab tumhare Rab ne ailan kar diya ke woh yahood par qayamat ke din tak zaroor aisay log bhejta rahe ga jo un ko nihayat bura azaab dein</w:t>
      </w:r>
    </w:p>
    <w:p>
      <w:pPr>
        <w:jc w:val="right"/>
      </w:pPr>
      <w:r>
        <w:t>اور جب تمہارے رب نے اعلان کر دیا کہ وہ یہود پر قیامت کے دن تک ضرور ایسے لوگ بھیجتا رہے گا جو ان کو نہایت برا عذاب دے</w:t>
      </w:r>
    </w:p>
    <w:p>
      <w:r>
        <w:rPr>
          <w:b/>
        </w:rPr>
        <w:t xml:space="preserve">[2:01:18] </w:t>
      </w:r>
      <w:r>
        <w:t>beshak tera Rab jald saza dene wala hai aur beshak woh bakhsne wala meharban hai aur hum ne un ko giroh giroh kar ke zameen mein mutfarriq kar diya</w:t>
      </w:r>
    </w:p>
    <w:p>
      <w:pPr>
        <w:jc w:val="right"/>
      </w:pPr>
      <w:r>
        <w:t>بے شک تیرا رب جلد سزا دینے والا ہے اور بے شک وہ بخشنے والا مہربان ہے اور ہم نے ان کو گروہ گروہ کر کے زمین میں متفرق کر دیا</w:t>
      </w:r>
    </w:p>
    <w:p>
      <w:r>
        <w:rPr>
          <w:b/>
        </w:rPr>
        <w:t xml:space="preserve">[2:01:35] </w:t>
      </w:r>
      <w:r>
        <w:t>un mein kuch naik hain aur un mein kuch is se mukhtalif aur hum ne un ki azmaish ki achhe halaat se aur bure halaat se taake woh baz aayen</w:t>
      </w:r>
    </w:p>
    <w:p>
      <w:pPr>
        <w:jc w:val="right"/>
      </w:pPr>
      <w:r>
        <w:t>ان میں کچھ نیک ہیں اور ان میں کچھ اس سے مختلف اور ہم نے ان کی ازمائش کی اچھے حالات سے اور برے حالات سے تاکہ وہ باز ائیں</w:t>
      </w:r>
    </w:p>
    <w:p>
      <w:r>
        <w:rPr>
          <w:b/>
        </w:rPr>
        <w:t xml:space="preserve">[2:01:55] </w:t>
      </w:r>
      <w:r>
        <w:t>tashreeh in ayaton mein yahood ke liye jis saza ka ailan hai us ke sath</w:t>
      </w:r>
    </w:p>
    <w:p>
      <w:pPr>
        <w:jc w:val="right"/>
      </w:pPr>
      <w:r>
        <w:t>تشریح ان ایات میں یہود کے لیے جس سزا کا اعلان ہے اس کے ساتھ</w:t>
      </w:r>
    </w:p>
    <w:p>
      <w:r>
        <w:rPr>
          <w:b/>
        </w:rPr>
        <w:t xml:space="preserve">[2:02:05] </w:t>
      </w:r>
      <w:r>
        <w:t>qayamat ke din tak ki shart lagi hui hai</w:t>
      </w:r>
    </w:p>
    <w:p>
      <w:pPr>
        <w:jc w:val="right"/>
      </w:pPr>
      <w:r>
        <w:t>قیامت کے دن تک کی شرط لگی ہوئی ہے</w:t>
      </w:r>
    </w:p>
    <w:p>
      <w:r>
        <w:rPr>
          <w:b/>
        </w:rPr>
        <w:t xml:space="preserve">[2:02:10] </w:t>
      </w:r>
      <w:r>
        <w:t>is se maloom hota hai ke yeh saza woh hai jis ka talluq dunya se hai akhirat ke</w:t>
      </w:r>
    </w:p>
    <w:p>
      <w:pPr>
        <w:jc w:val="right"/>
      </w:pPr>
      <w:r>
        <w:t>اس سے معلوم ہوتا ہے کہ یہ سزا وہ ہے جس کا تعلق دنیا سے ہے اخرت کے</w:t>
      </w:r>
    </w:p>
    <w:p>
      <w:r>
        <w:rPr>
          <w:b/>
        </w:rPr>
        <w:t xml:space="preserve">[2:02:18] </w:t>
      </w:r>
      <w:r>
        <w:t>anjam ka mamla is se alag hai jis ka zikr doosray maqamat par aya hai</w:t>
      </w:r>
    </w:p>
    <w:p>
      <w:pPr>
        <w:jc w:val="right"/>
      </w:pPr>
      <w:r>
        <w:t>انجام کا معاملہ اس سے الگ ہے جس کا ذکر دوسرے مقامات پر ایا ہے</w:t>
      </w:r>
    </w:p>
    <w:p>
      <w:r>
        <w:rPr>
          <w:b/>
        </w:rPr>
        <w:t xml:space="preserve">[2:02:28] </w:t>
      </w:r>
      <w:r>
        <w:t>kisi kaam ke karne par jab bara inaam rakha jaye to is ka matlab yeh hai ke is kaam ko na karne par itni hi bari saza bhi hogi yahi mamla is qom ka hai jo kitab-e-asmany ki hamil banai gai ho</w:t>
      </w:r>
    </w:p>
    <w:p>
      <w:pPr>
        <w:jc w:val="right"/>
      </w:pPr>
      <w:r>
        <w:t>کسی کام کے کرنے پر جب بڑا انعام رکھا جائے تو اس کا مطلب یہ ہے کہ اس کام کو نہ کرنے پر اتنی ہی بڑی سزا بھی ہوگی یہی معاملہ اس قوم کا ہے جو کتاب اسمانی کی حامل بنائی گئی ہو</w:t>
      </w:r>
    </w:p>
    <w:p>
      <w:r>
        <w:rPr>
          <w:b/>
        </w:rPr>
        <w:t xml:space="preserve">[2:02:48] </w:t>
      </w:r>
      <w:r>
        <w:t>yahood ko khuda ne isi mansab par faiz kiya tha chunancha akhirat ke wade ke ilawa dunya mein</w:t>
      </w:r>
    </w:p>
    <w:p>
      <w:pPr>
        <w:jc w:val="right"/>
      </w:pPr>
      <w:r>
        <w:t>یہود کو خدا نے اسی منصب پر فائز کیا تھا چنانچہ اخرت کے وعدے کے علاوہ دنیا میں</w:t>
      </w:r>
    </w:p>
    <w:p>
      <w:r>
        <w:rPr>
          <w:b/>
        </w:rPr>
        <w:t xml:space="preserve">[2:02:56] </w:t>
      </w:r>
      <w:r>
        <w:t>bhi un ko ghair maamooli inaamaat diye gaye</w:t>
      </w:r>
    </w:p>
    <w:p>
      <w:pPr>
        <w:jc w:val="right"/>
      </w:pPr>
      <w:r>
        <w:t>بھی ان کو غیر معمولی انعامات دیے گئے</w:t>
      </w:r>
    </w:p>
    <w:p>
      <w:r>
        <w:rPr>
          <w:b/>
        </w:rPr>
        <w:t xml:space="preserve">[2:03:02] </w:t>
      </w:r>
      <w:r>
        <w:t>magar yahood ne musalsal nafarmani ki</w:t>
      </w:r>
    </w:p>
    <w:p>
      <w:pPr>
        <w:jc w:val="right"/>
      </w:pPr>
      <w:r>
        <w:t>مگر یہود نے مسلسل نافرمانی کی</w:t>
      </w:r>
    </w:p>
    <w:p>
      <w:r>
        <w:rPr>
          <w:b/>
        </w:rPr>
        <w:t xml:space="preserve">[2:03:07] </w:t>
      </w:r>
      <w:r>
        <w:t>woh deen ke naam par bedini karte rahe is ka nateeja yeh hua ke khuda ne un</w:t>
      </w:r>
    </w:p>
    <w:p>
      <w:pPr>
        <w:jc w:val="right"/>
      </w:pPr>
      <w:r>
        <w:t>وہ دین کے نام پر بے دینی کرتے رہے اس کا نتیجہ یہ ہوا کہ خدا نے ان</w:t>
      </w:r>
    </w:p>
    <w:p>
      <w:r>
        <w:rPr>
          <w:b/>
        </w:rPr>
        <w:t xml:space="preserve">[2:03:14] </w:t>
      </w:r>
      <w:r>
        <w:t>ko mansab fazilat se hata diya</w:t>
      </w:r>
    </w:p>
    <w:p>
      <w:pPr>
        <w:jc w:val="right"/>
      </w:pPr>
      <w:r>
        <w:t>کو منصب فضیلت سے ہٹا دیا</w:t>
      </w:r>
    </w:p>
    <w:p>
      <w:r>
        <w:rPr>
          <w:b/>
        </w:rPr>
        <w:t xml:space="preserve">[2:03:18] </w:t>
      </w:r>
      <w:r>
        <w:t>un ke liye yeh faisla hua ke jab tak dunya qaim hai woh Khuda ki saza ka mazah chaktay rahen ge aur akhirat mein jo kuch hona hai woh is ke alawa hai</w:t>
      </w:r>
    </w:p>
    <w:p>
      <w:pPr>
        <w:jc w:val="right"/>
      </w:pPr>
      <w:r>
        <w:t>ان کے لیے یہ فیصلہ ہوا کہ جب تک دنیا قائم ہے وہ خدا کی سزا کا مزہ چکھتے رہیں گے اور اخرت میں جو کچھ ہونا ہے وہ اس کے علاوہ ہے</w:t>
      </w:r>
    </w:p>
    <w:p>
      <w:r>
        <w:rPr>
          <w:b/>
        </w:rPr>
        <w:t xml:space="preserve">[2:03:37] </w:t>
      </w:r>
      <w:r>
        <w:t>is ka matlab yeh nahi hai ke ab qayamat tak in par kabhi achhe halaat nahi aayenge</w:t>
      </w:r>
    </w:p>
    <w:p>
      <w:pPr>
        <w:jc w:val="right"/>
      </w:pPr>
      <w:r>
        <w:t>اس کا مطلب یہ نہیں ہے کہ اب قیامت تک ان پر کبھی اچھے حالات نہیں ائیں گے</w:t>
      </w:r>
    </w:p>
    <w:p>
      <w:r>
        <w:rPr>
          <w:b/>
        </w:rPr>
        <w:t xml:space="preserve">[2:03:43] </w:t>
      </w:r>
      <w:r>
        <w:t>jaisa ke khud in ayyat mein sarahat hai in par hasnat ke waqfe bhi padenge magar yeh hasna ka waqfa bhi un ke liye ek qism ka azaab hoga taake woh mazeed sarkashi kar ke aur zyada saza ke mustahiq bane</w:t>
      </w:r>
    </w:p>
    <w:p>
      <w:pPr>
        <w:jc w:val="right"/>
      </w:pPr>
      <w:r>
        <w:t>جیسا کہ خود ان ایات میں صراحت ہے ان پر حسنات کے وقفے بھی پڑیں گے مگر یہ حسنہ کا وقفہ بھی ان کے لیے ایک قسم کا عتاب ہوگا تاکہ وہ مزید سرکشی کر کے اور زیادہ سزا کے مستحق بنیں</w:t>
      </w:r>
    </w:p>
    <w:p>
      <w:r>
        <w:rPr>
          <w:b/>
        </w:rPr>
        <w:t xml:space="preserve">[2:04:06] </w:t>
      </w:r>
      <w:r>
        <w:t>in ayyat mein yahood ke liye do sazaon ka zikr hai</w:t>
      </w:r>
    </w:p>
    <w:p>
      <w:pPr>
        <w:jc w:val="right"/>
      </w:pPr>
      <w:r>
        <w:t>ان ایات میں یہود کے لیے دو سزاؤں کا ذکر ہے</w:t>
      </w:r>
    </w:p>
    <w:p>
      <w:r>
        <w:rPr>
          <w:b/>
        </w:rPr>
        <w:t xml:space="preserve">[2:04:11] </w:t>
      </w:r>
      <w:r>
        <w:t>ek yeh ke in par aisi qaumein musallat ki jayengi jo in ko apne zulm ka nishana banayein tareekh batati hai ke yahood kabhi Bakht Nasr kabhi Taif Roomi ke shiddat ka nishana bane kabhi woh Musalmanon ki matahati mein diye gaye</w:t>
      </w:r>
    </w:p>
    <w:p>
      <w:pPr>
        <w:jc w:val="right"/>
      </w:pPr>
      <w:r>
        <w:t>ایک یہ کہ ان پر ایسی قومیں مسلط کی جائیں گی جو ان کو اپنے ظلم کا نشانہ بنائیں تاریخ بتاتی ہے کہ یہود کبھی بخت نصر کبھی طیف رومی کے شدایت کا نشانہ بنے کبھی وہ مسلمانوں کی ماتحتی میں دیے گئے</w:t>
      </w:r>
    </w:p>
    <w:p>
      <w:r>
        <w:rPr>
          <w:b/>
        </w:rPr>
        <w:t xml:space="preserve">[2:04:35] </w:t>
      </w:r>
      <w:r>
        <w:t>maujooda zamane mein unhone mashriq Europe mein apna zabardast eikhtisadi jaal phaila liya to Hitler ne unhein tabaah o barbaad kar dala ab arz e muqaddas mein in ka ijtima bayaan is ki alamat hai ke un ki poori quwwat shayad ijtimaee taur par halaak ki jaane wali hai</w:t>
      </w:r>
    </w:p>
    <w:p>
      <w:pPr>
        <w:jc w:val="right"/>
      </w:pPr>
      <w:r>
        <w:t>موجہ زمانے میں انہوں نے مشرق یورپ میں اپنا زبردست اقتصادی جال پھیلا لیا تو ہٹلر نے انہیں تباہ و برباد کر ڈالا اب عرض مقدس میں ان کا اجتماع بظاہر اس کی علامت ہے کہ ان کی پوری قوت شاید اجتماعی طور پر ہلاک کی جانے والی ہے</w:t>
      </w:r>
    </w:p>
    <w:p>
      <w:r>
        <w:rPr>
          <w:b/>
        </w:rPr>
        <w:t xml:space="preserve">[2:05:02] </w:t>
      </w:r>
      <w:r>
        <w:t>doosri saza jis ka yahan zikr hai woh taqdeer hai yaani un ki jamiyat ko mukhtalif hisson mein baant kar muntashir kar dena yeh doosra waqea bhi tareekh mein baar baar un ke saath hota raha hai</w:t>
      </w:r>
    </w:p>
    <w:p>
      <w:pPr>
        <w:jc w:val="right"/>
      </w:pPr>
      <w:r>
        <w:t>دوسری سزا جس کا یہاں ذکر ہے وہ تقدیر ہے یعنی ان کی جمعیت کو مختلف حصوں میں بانٹ کر منتشر کر دینا یہ دوسرا واقعہ بھی تاریخ میں بار بار ان کے ساتھ ہوتا رہا ہے</w:t>
      </w:r>
    </w:p>
    <w:p>
      <w:r>
        <w:rPr>
          <w:b/>
        </w:rPr>
        <w:t xml:space="preserve">[2:05:22] </w:t>
      </w:r>
      <w:r>
        <w:t>Allah ka yeh qanoon sirf yahood ke liye nahi tha woh baad ke is giroh ke liye bhi hai</w:t>
      </w:r>
    </w:p>
    <w:p>
      <w:pPr>
        <w:jc w:val="right"/>
      </w:pPr>
      <w:r>
        <w:t>اللہ کا یہ قانون صرف یہود کے لیے نہیں تھا وہ بعد کے اس گروہ کے لیے بھی ہے</w:t>
      </w:r>
    </w:p>
    <w:p>
      <w:r>
        <w:rPr>
          <w:b/>
        </w:rPr>
        <w:t xml:space="preserve">[2:05:29] </w:t>
      </w:r>
      <w:r>
        <w:t>jis ko yahood ki maazooli ke baad Khuda ki gawahi ke mansab par faiz kiya gaya hai Musalman agar apne ko is haal mein paayein ke munkireen o mushrikeen un ke upar ghalib ho gaye hon aur un ki jamiyat chhote chhote jighrafiyon mein bat kar mutfarriq ho gayi ho to un ko Khuda ki taraf lotna chahiye</w:t>
      </w:r>
    </w:p>
    <w:p>
      <w:pPr>
        <w:jc w:val="right"/>
      </w:pPr>
      <w:r>
        <w:t>جس کو یہود کی معذولی کے بعد خدا کی گواہی کے منصب پر فائز کیا گیا ہے مسلمان اگر اپنے کو اس حال میں پائیں کہ منکرین و مشرکین ان کے اوپر غالب ہو گئے ہوں اور ان کی جمعیت چھوٹے چھوٹے جغرافیوں میں بٹ کر متفرق ہو گئی ہو تو ان کو خدا کی طرف لوٹنا چاہیے</w:t>
      </w:r>
    </w:p>
    <w:p>
      <w:r>
        <w:rPr>
          <w:b/>
        </w:rPr>
        <w:t xml:space="preserve">[2:05:57] </w:t>
      </w:r>
      <w:r>
        <w:t>kyun ke is ka matlab yeh hai ke woh ihtisab e Ilahi ki zad mein aa gaye hain</w:t>
      </w:r>
    </w:p>
    <w:p>
      <w:pPr>
        <w:jc w:val="right"/>
      </w:pPr>
      <w:r>
        <w:t>کیونکہ اس کا مطلب یہ ہے کہ وہ احتساب الہی کی زد میں اگئے ہیں</w:t>
      </w:r>
    </w:p>
    <w:p>
      <w:r>
        <w:rPr>
          <w:b/>
        </w:rPr>
        <w:t xml:space="preserve">[2:06:38] </w:t>
      </w:r>
      <w:r>
        <w:t>Alam ya khudh alayhim mithaq al kitabi illa yaqooloo ala Allah illa al haqq wa darasoo ma feehi wa al dar al aakhirati khayrun lil lazeena yattaqoon</w:t>
      </w:r>
    </w:p>
    <w:p>
      <w:pPr>
        <w:jc w:val="right"/>
      </w:pPr>
      <w:r>
        <w:t>الم یؤخذ علیہم میثاق الکتاب الا یقولوا علی اللہ الا الحق ودرسوا ما فیہ والدار الاخرۃ خیر للذین يتقون</w:t>
      </w:r>
    </w:p>
    <w:p>
      <w:r>
        <w:rPr>
          <w:b/>
        </w:rPr>
        <w:t xml:space="preserve">[2:06:52] </w:t>
      </w:r>
      <w:r>
        <w:t>afla taqlaun walazina yamsakuna bil kitabi wa aqamus salata inna la nudai ujjra al muslihin</w:t>
      </w:r>
    </w:p>
    <w:p>
      <w:pPr>
        <w:jc w:val="right"/>
      </w:pPr>
      <w:r>
        <w:t>افلا تعقلون والذین یمسکون بالکتاب واقاموا الصلاۃ انا لا نضیع اجر المصلحین</w:t>
      </w:r>
    </w:p>
    <w:p>
      <w:r>
        <w:rPr>
          <w:b/>
        </w:rPr>
        <w:t xml:space="preserve">[2:07:07] </w:t>
      </w:r>
      <w:r>
        <w:t>wa iz naqnatna al jabala fawqahum ka annahu</w:t>
      </w:r>
    </w:p>
    <w:p>
      <w:pPr>
        <w:jc w:val="right"/>
      </w:pPr>
      <w:r>
        <w:t>واذ نتقنا الجبل فوقهم كانه</w:t>
      </w:r>
    </w:p>
    <w:p>
      <w:r>
        <w:rPr>
          <w:b/>
        </w:rPr>
        <w:t xml:space="preserve">[2:07:13] </w:t>
      </w:r>
      <w:r>
        <w:t>zilluhu wa zannu annahu waqiun bihim khuzuma</w:t>
      </w:r>
    </w:p>
    <w:p>
      <w:pPr>
        <w:jc w:val="right"/>
      </w:pPr>
      <w:r>
        <w:t>ظله وظنوا انه واقع بهم خذوا ما</w:t>
      </w:r>
    </w:p>
    <w:p>
      <w:r>
        <w:rPr>
          <w:b/>
        </w:rPr>
        <w:t xml:space="preserve">[2:07:24] </w:t>
      </w:r>
      <w:r>
        <w:t>atinakum khuzuma</w:t>
      </w:r>
    </w:p>
    <w:p>
      <w:pPr>
        <w:jc w:val="right"/>
      </w:pPr>
      <w:r>
        <w:t>اتيناكم خذوا ما</w:t>
      </w:r>
    </w:p>
    <w:p>
      <w:r>
        <w:rPr>
          <w:b/>
        </w:rPr>
        <w:t xml:space="preserve">[2:07:30] </w:t>
      </w:r>
      <w:r>
        <w:t>atinakum bi quwwatin wazkuru ma fihi la allakum tattaqun</w:t>
      </w:r>
    </w:p>
    <w:p>
      <w:pPr>
        <w:jc w:val="right"/>
      </w:pPr>
      <w:r>
        <w:t>اتيناكم بقوه واذكروا ما فيه لعلكم تتقون</w:t>
      </w:r>
    </w:p>
    <w:p>
      <w:r>
        <w:rPr>
          <w:b/>
        </w:rPr>
        <w:t xml:space="preserve">[2:07:42] </w:t>
      </w:r>
      <w:r>
        <w:t>phir un ke peeche nakhlaf log aaye jo kitab ke waris bane woh isi duniya ki mataa lete hain aur kehte hain ke hum yaqeenan bakhsh diye jayenge aur agar aisi hi mataa un ke saamne phir aaye to us ko le lenge kya un se kitab mein is ka ahad nahi diya gaya hai</w:t>
      </w:r>
    </w:p>
    <w:p>
      <w:pPr>
        <w:jc w:val="right"/>
      </w:pPr>
      <w:r>
        <w:t>پھر ان کے پیچھے ناخلف لوگ ائے جو کتاب کے وارث بنے وہ اسی دنیا کی متاع لیتے ہیں اور کہتے ہیں کہ ہم یقینا بخش دیے جائیں گے اور اگر ایسی ہی متاع ان کے سامنے پھر ائے تو اس کو لے لیں گے کیا ان سے کتاب میں اس کا عہد نہیں دیا گیا ہے</w:t>
      </w:r>
    </w:p>
    <w:p>
      <w:r>
        <w:rPr>
          <w:b/>
        </w:rPr>
        <w:t xml:space="preserve">[2:08:09] </w:t>
      </w:r>
      <w:r>
        <w:t>ke Allah ke naam par haq ke siwa koi aur baat na kahein aur unhone padha hai jo kuch is mein likha hai aur aakhirat ka ghar behtar hai darne walon ke liye kya tum nahi samajhte</w:t>
      </w:r>
    </w:p>
    <w:p>
      <w:pPr>
        <w:jc w:val="right"/>
      </w:pPr>
      <w:r>
        <w:t>کہ اللہ کے نام پر حق کے سوا کوئی اور بات نہ کہیں اور انہوں نے پڑھا ہے جو کچھ اس میں لکھا ہے اور اخرت کا گھر بہتر ہے ڈرنے والوں کے لیے کیا تم نہیں سمجھتے</w:t>
      </w:r>
    </w:p>
    <w:p>
      <w:r>
        <w:rPr>
          <w:b/>
        </w:rPr>
        <w:t xml:space="preserve">[2:08:29] </w:t>
      </w:r>
      <w:r>
        <w:t>aur jo log Khuda ki kitab ko mazbooti se pakadte hain aur namaz qaim karte hain beshak hum muslehine ka ajr zaaya nahi karenge aur jab hum ne pahad ko un ke upar uthaya goya ke woh saheban hai aur unhone gumaan kiya ke woh un par aa padega</w:t>
      </w:r>
    </w:p>
    <w:p>
      <w:pPr>
        <w:jc w:val="right"/>
      </w:pPr>
      <w:r>
        <w:t>اور جو لوگ خدا کی کتاب کو مضبوطی سے پکڑتے ہیں اور نماز قائم کرتے ہیں بے شک ہم مصلحین کا اجر ضائع نہیں کریں گے اور جب ہم نے پہاڑ کو ان کے اوپر اٹھایا گویا کہ وہ صاحبان ہے اور انہوں نے گمان کیا کہ وہ ان پر ا پڑے گا</w:t>
      </w:r>
    </w:p>
    <w:p>
      <w:r>
        <w:rPr>
          <w:b/>
        </w:rPr>
        <w:t xml:space="preserve">[2:08:58] </w:t>
      </w:r>
      <w:r>
        <w:t>pakado is cheez ko jo hum ne tum ko di hai mazbooti se aur yaad rakho jo is mein hai taake tum bacho tashreeh Hazrat Musa ke zamane mein yahood ko jab Khudaee ahkaam diye gaye to us ki karwai pahad ke daaman mein hui thi</w:t>
      </w:r>
    </w:p>
    <w:p>
      <w:pPr>
        <w:jc w:val="right"/>
      </w:pPr>
      <w:r>
        <w:t>پکڑو اس چیز کو جو ہم نے تم کو دی ہے مضبوطی سے اور یاد رکھو جو اس میں ہے تاکہ تم بچو تشریح حضرت موسی کے زمانے میں یہود کو جب خدائی احکام دیے گئے تو اس کی کاروائی پہاڑ کے دامن میں ہوئی تھی</w:t>
      </w:r>
    </w:p>
    <w:p>
      <w:r>
        <w:rPr>
          <w:b/>
        </w:rPr>
        <w:t xml:space="preserve">[2:09:26] </w:t>
      </w:r>
      <w:r>
        <w:t>us waqt aise halaat paida kiye gaye ke yahood ko mehsoos hua ke pahad un ke upar gira chahta hai yeh is baat ka izhaar tha ke Khuda se ahad baandhne ka maamla be had sangin maamla hai agar tum ne is ke taqazon ko poora na kiya to yaad rakho ke is ahad ka doosra fareeq woh azeem hasti hai</w:t>
      </w:r>
    </w:p>
    <w:p>
      <w:pPr>
        <w:jc w:val="right"/>
      </w:pPr>
      <w:r>
        <w:t>اس وقت ایسے حالات پیدا کیے گئے کہ یہود کو محسوس ہوا کہ پہاڑ ان کے اوپر گرا چاہتا ہے یہ اس بات کا اظہار تھا کہ خدا سے عہد باندھنے کا معاملہ بے حد سنگین معاملہ ہے اگر تم نے اس کے تقاضوں کو پورا نہ کیا تو یاد رکھو کہ اس عہد کا دوسرا فریق وہ عظیم ہستی ہے</w:t>
      </w:r>
    </w:p>
    <w:p>
      <w:r>
        <w:rPr>
          <w:b/>
        </w:rPr>
        <w:t xml:space="preserve">[2:09:53] </w:t>
      </w:r>
      <w:r>
        <w:t>jo chahe to pahad ko tumhare upar gira kar tumhein halaak kar de</w:t>
      </w:r>
    </w:p>
    <w:p>
      <w:pPr>
        <w:jc w:val="right"/>
      </w:pPr>
      <w:r>
        <w:t>جو چاہے تو پہاڑ کو تمہارے اوپر گرا کر تمہیں ہلاک کر دے</w:t>
      </w:r>
    </w:p>
    <w:p>
      <w:r>
        <w:rPr>
          <w:b/>
        </w:rPr>
        <w:t xml:space="preserve">[2:10:04] </w:t>
      </w:r>
      <w:r>
        <w:t>us waqt yahood mein badi taadaad aise logon ki thi jo Allah se darne wale aur naik amal karne wale the magar baad ko dheere dheere unhone duniya ko apna maqsood bana liya</w:t>
      </w:r>
    </w:p>
    <w:p>
      <w:pPr>
        <w:jc w:val="right"/>
      </w:pPr>
      <w:r>
        <w:t>اس وقت یہود میں بڑی تعداد ایسے لوگوں کی تھی جو اللہ سے ڈرنے والے اور نیک عمل کرنے والے تھے مگر بعد کو دھیرے دھیرے انہوں نے دنیا کو اپنا مقصود بنا لیا</w:t>
      </w:r>
    </w:p>
    <w:p>
      <w:r>
        <w:rPr>
          <w:b/>
        </w:rPr>
        <w:t xml:space="preserve">[2:10:23] </w:t>
      </w:r>
      <w:r>
        <w:t>woh jaayez najayez ka farq kiye baghair maal jama karne mein lag gaye aasmani kitab ko ab bhi woh padhte the magar us ki taleemat ki khud saakhta taweelein kar ke us ko unhone aisa bana liya ke Khuda bhi un ko apni baghiyana zindagi ka haami nazar aane laga</w:t>
      </w:r>
    </w:p>
    <w:p>
      <w:pPr>
        <w:jc w:val="right"/>
      </w:pPr>
      <w:r>
        <w:t>وہ جائز ناجائز کا فرق کیے بغیر مال جمع کرنے میں لگ گئے اسمانی کتاب کو اب بھی وہ پڑھتے تھے مگر اس کی تعلیمات کی خود ساختہ تاویلیں کر کے اس کو انہوں نے ایسا بنا لیا کہ خدا بھی ان کو اپنی باغیانہ زندگی کا حامی نظر انے لگا</w:t>
      </w:r>
    </w:p>
    <w:p>
      <w:r>
        <w:rPr>
          <w:b/>
        </w:rPr>
        <w:t xml:space="preserve">[2:10:50] </w:t>
      </w:r>
      <w:r>
        <w:t>un ki be hsi yahan tak badhi ke woh yeh keh kar mutmaeen ho gaye ke hum bargazida ummat hain hum nabiyon ki aulaad hain Khuda apne mehboob bandon ke sadqe mein hum ko zaroor bakhsh dega</w:t>
      </w:r>
    </w:p>
    <w:p>
      <w:pPr>
        <w:jc w:val="right"/>
      </w:pPr>
      <w:r>
        <w:t>ان کی بے حسی یہاں تک بڑھی کہ وہ یہ کہہ کر مطمئن ہو گئے کہ ہم برگزیدہ امت ہیں ہم نبیوں کی اولاد ہیں خدا اپنے محبوب بندوں کے صدقے میں ہم کو ضرور بخش دے گا</w:t>
      </w:r>
    </w:p>
    <w:p>
      <w:r>
        <w:rPr>
          <w:b/>
        </w:rPr>
        <w:t xml:space="preserve">[2:11:13] </w:t>
      </w:r>
      <w:r>
        <w:t>yahi waqea har nabee ki ummat ke saath pesh aata hai</w:t>
      </w:r>
    </w:p>
    <w:p>
      <w:pPr>
        <w:jc w:val="right"/>
      </w:pPr>
      <w:r>
        <w:t>یہی واقعہ ہر نبی کی امت کے ساتھ پیش اتا ہے</w:t>
      </w:r>
    </w:p>
    <w:p>
      <w:r>
        <w:rPr>
          <w:b/>
        </w:rPr>
        <w:t xml:space="preserve">[2:11:18] </w:t>
      </w:r>
      <w:r>
        <w:t>ibtedai daur mein is ke afraad Khuda se darne wale aur naik amal karne wale hote hain magar agli naslon mein yeh rooh nikal jati hai woh doosre duniya daar logon ki tarah ho jate hain un ke darmiyan ab bhi deen maujood hota hai</w:t>
      </w:r>
    </w:p>
    <w:p>
      <w:pPr>
        <w:jc w:val="right"/>
      </w:pPr>
      <w:r>
        <w:t>ابتدائی دور میں اس کے افراد خدا سے ڈرنے والے اور نیک عمل کرنے والے ہوتے ہیں مگر اگلی نسلوں میں یہ روح نکل جاتی ہے وہ دوسرے دنیا دار لوگوں کی طرح ہو جاتے ہیں ان کے درمیان اب بھی دین موجود ہوتا ہے</w:t>
      </w:r>
    </w:p>
    <w:p>
      <w:r>
        <w:rPr>
          <w:b/>
        </w:rPr>
        <w:t xml:space="preserve">[2:11:44] </w:t>
      </w:r>
      <w:r>
        <w:t>Khuda ki kitab ab bhi un ke yahan padhi jati hai magar yeh sab qaumi wirasat ke taur par hota hai na ke haqeeqatan ahad e KhudaWandi ke taur par</w:t>
      </w:r>
    </w:p>
    <w:p>
      <w:pPr>
        <w:jc w:val="right"/>
      </w:pPr>
      <w:r>
        <w:t>خدا کی کتاب اب بھی ان کے یہاں پڑھی جاتی ہے مگر یہ سب قومی وراثت کے طور پر ہوتا ہے نہ کہ حقیقتا عہد خداوندی کے طور پر</w:t>
      </w:r>
    </w:p>
    <w:p>
      <w:r>
        <w:rPr>
          <w:b/>
        </w:rPr>
        <w:t xml:space="preserve">[2:12:01] </w:t>
      </w:r>
      <w:r>
        <w:t>woh amalan aakhirat ko bhool kar duniya parasti ki raah par chal padte hain woh sahih aur galat se be niaz ho kar apni khwahishon ko apna mazhab bana lete hain</w:t>
      </w:r>
    </w:p>
    <w:p>
      <w:pPr>
        <w:jc w:val="right"/>
      </w:pPr>
      <w:r>
        <w:t>وہ عملا اخرت کو بھول کر دنیا پرستی کی راہ پر چل پڑتے ہیں وہ صحیح اور غلط سے بے نیاز ہو کر اپنی خواہشوں کو اپنا مذہب بنا لیتے ہیں</w:t>
      </w:r>
    </w:p>
    <w:p>
      <w:r>
        <w:rPr>
          <w:b/>
        </w:rPr>
        <w:t xml:space="preserve">[2:12:14] </w:t>
      </w:r>
      <w:r>
        <w:t>magar isi ke saath un ko yeh bhi fakhr hota hai ke woh afzal al umam hain woh mehboob e Khuda ke ummati hain woh aasmani kitab ke waris hain kalma e tauheed ki barkat se woh zaroor bakhsh diye jayenge</w:t>
      </w:r>
    </w:p>
    <w:p>
      <w:pPr>
        <w:jc w:val="right"/>
      </w:pPr>
      <w:r>
        <w:t>مگر اسی کے ساتھ ان کو یہ بھی فخر ہوتا ہے کہ وہ افضل الامم ہیں وہ محبوب خدا کے امتی ہیں وہ اسمانی کتاب کے وارث ہیں کلمہ توحید کی برکت سے وہ ضرور بخش دیے جائیں گے</w:t>
      </w:r>
    </w:p>
    <w:p>
      <w:r>
        <w:rPr>
          <w:b/>
        </w:rPr>
        <w:t xml:space="preserve">[2:12:36] </w:t>
      </w:r>
      <w:r>
        <w:t>magar asal cheez yeh hai ke aadmi khuda ki kitab ko mazbooti se pakray woh namaz ko qaim</w:t>
      </w:r>
    </w:p>
    <w:p>
      <w:pPr>
        <w:jc w:val="right"/>
      </w:pPr>
      <w:r>
        <w:t>مگر اصل چیز یہ ہے کہ ادمی خدا کی کتاب کو مضبوطی سے پکڑے وہ نماز کو قائم</w:t>
      </w:r>
    </w:p>
    <w:p>
      <w:r>
        <w:rPr>
          <w:b/>
        </w:rPr>
        <w:t xml:space="preserve">[2:12:45] </w:t>
      </w:r>
      <w:r>
        <w:t>kare aur kitab ilahi ko pakarnay aur namaz ko qaim karnay ka meyar yeh hai ke aadmi musleh</w:t>
      </w:r>
    </w:p>
    <w:p>
      <w:pPr>
        <w:jc w:val="right"/>
      </w:pPr>
      <w:r>
        <w:t>کرے اور کتاب الہی کو پکڑنے اور نماز کو قائم کرنے کا معیار یہ ہے کہ ادمی مصلح</w:t>
      </w:r>
    </w:p>
    <w:p>
      <w:r>
        <w:rPr>
          <w:b/>
        </w:rPr>
        <w:t xml:space="preserve">[2:12:54] </w:t>
      </w:r>
      <w:r>
        <w:t>ban gaya ho</w:t>
      </w:r>
    </w:p>
    <w:p>
      <w:pPr>
        <w:jc w:val="right"/>
      </w:pPr>
      <w:r>
        <w:t>بن گیا ہو</w:t>
      </w:r>
    </w:p>
    <w:p>
      <w:r>
        <w:rPr>
          <w:b/>
        </w:rPr>
        <w:t xml:space="preserve">[2:12:56] </w:t>
      </w:r>
      <w:r>
        <w:t>khuda ki kitab se talluq aur khuda ki ibadat karna aadmi ko musleh banata hai na ke mufsida</w:t>
      </w:r>
    </w:p>
    <w:p>
      <w:pPr>
        <w:jc w:val="right"/>
      </w:pPr>
      <w:r>
        <w:t>خدا کی کتاب سے تعلق اور خدا کی عبادت کرنا ادمی کو مصلح بناتا ہے نہ کہ مفسد</w:t>
      </w:r>
    </w:p>
    <w:p>
      <w:r>
        <w:rPr>
          <w:b/>
        </w:rPr>
        <w:t xml:space="preserve">[2:13:28] </w:t>
      </w:r>
      <w:r>
        <w:t>alastu birabbikum qalu bala shahidna</w:t>
      </w:r>
    </w:p>
    <w:p>
      <w:pPr>
        <w:jc w:val="right"/>
      </w:pPr>
      <w:r>
        <w:t>الست بربکم قالوا بلا شهدنا</w:t>
      </w:r>
    </w:p>
    <w:p>
      <w:r>
        <w:rPr>
          <w:b/>
        </w:rPr>
        <w:t xml:space="preserve">[2:13:36] </w:t>
      </w:r>
      <w:r>
        <w:t>an taqulu yawm al qiyamati inna kunna an hatha ghafilin</w:t>
      </w:r>
    </w:p>
    <w:p>
      <w:pPr>
        <w:jc w:val="right"/>
      </w:pPr>
      <w:r>
        <w:t>ان تقولوا يوم القیامه انا کنا عن هذا غافلین</w:t>
      </w:r>
    </w:p>
    <w:p>
      <w:r>
        <w:rPr>
          <w:b/>
        </w:rPr>
        <w:t xml:space="preserve">[2:13:47] </w:t>
      </w:r>
      <w:r>
        <w:t>au taqulu innama</w:t>
      </w:r>
    </w:p>
    <w:p>
      <w:pPr>
        <w:jc w:val="right"/>
      </w:pPr>
      <w:r>
        <w:t>او تقولوا انما</w:t>
      </w:r>
    </w:p>
    <w:p>
      <w:r>
        <w:rPr>
          <w:b/>
        </w:rPr>
        <w:t xml:space="preserve">[2:13:53] </w:t>
      </w:r>
      <w:r>
        <w:t>ashraka abau na min qablu wa kunna zurriyatan</w:t>
      </w:r>
    </w:p>
    <w:p>
      <w:pPr>
        <w:jc w:val="right"/>
      </w:pPr>
      <w:r>
        <w:t>اشرك اباؤنا من قبل وکنا ذریۃ</w:t>
      </w:r>
    </w:p>
    <w:p>
      <w:r>
        <w:rPr>
          <w:b/>
        </w:rPr>
        <w:t xml:space="preserve">[2:14:03] </w:t>
      </w:r>
      <w:r>
        <w:t>min ba'dihim afahtalukana</w:t>
      </w:r>
    </w:p>
    <w:p>
      <w:pPr>
        <w:jc w:val="right"/>
      </w:pPr>
      <w:r>
        <w:t>من بعدهم افتهلكنا</w:t>
      </w:r>
    </w:p>
    <w:p>
      <w:r>
        <w:rPr>
          <w:b/>
        </w:rPr>
        <w:t xml:space="preserve">[2:14:07] </w:t>
      </w:r>
      <w:r>
        <w:t>bima fa'ala al-mubtilun</w:t>
      </w:r>
    </w:p>
    <w:p>
      <w:pPr>
        <w:jc w:val="right"/>
      </w:pPr>
      <w:r>
        <w:t>بما فعل المبطلون</w:t>
      </w:r>
    </w:p>
    <w:p>
      <w:r>
        <w:rPr>
          <w:b/>
        </w:rPr>
        <w:t xml:space="preserve">[2:14:12] </w:t>
      </w:r>
      <w:r>
        <w:t>wa kadhalika nufassil al-ayat wa la'allahum yarji'un</w:t>
      </w:r>
    </w:p>
    <w:p>
      <w:pPr>
        <w:jc w:val="right"/>
      </w:pPr>
      <w:r>
        <w:t>وكذلك نفصل الايات ولعلهم يرجعون</w:t>
      </w:r>
    </w:p>
    <w:p>
      <w:r>
        <w:rPr>
          <w:b/>
        </w:rPr>
        <w:t xml:space="preserve">[2:14:21] </w:t>
      </w:r>
      <w:r>
        <w:t>aur jab tere Rab ne Bani Adam ke peethon se un ki aulad ko nikala aur un ko gawah thahraya khud un ke upar kya main tumhara Rab nahi hoon unhon ne kaha haan hum iqrar karte hain yeh is liye hua ke kahin tum qayamat ke din kahne lago ke hum ko to is ki khabar na thi</w:t>
      </w:r>
    </w:p>
    <w:p>
      <w:pPr>
        <w:jc w:val="right"/>
      </w:pPr>
      <w:r>
        <w:t>اور جب تیرے رب نے بنی ادم کے پیٹھوں سے ان کی اولاد کو نکالا اور ان کو گواہ ٹھہرایا خود ان کے اوپر کیا میں تمہارا رب نہیں ہوں انہوں نے کہا ہاں ہم اقرار کرتے ہیں یہ اس لیے ہوا کہ کہیں تم قیامت کے دن کہنے لگو کہ ہم کو تو اس کی خبر نہ تھی</w:t>
      </w:r>
    </w:p>
    <w:p>
      <w:r>
        <w:rPr>
          <w:b/>
        </w:rPr>
        <w:t xml:space="preserve">[2:14:49] </w:t>
      </w:r>
      <w:r>
        <w:t>ya kaho ke hamare baap dada ne pehle se shirk kiya tha aur hum un ke baad un ki nasal mein hue to kya tu hum ko halak karega is kaam par jo ghalat kar logon ne kiya aur is tarah hum apni nishaniyan khol kar bayan karte hain taake woh raju karein</w:t>
      </w:r>
    </w:p>
    <w:p>
      <w:pPr>
        <w:jc w:val="right"/>
      </w:pPr>
      <w:r>
        <w:t>یا کہو کہ ہمارے باپ دادا نے پہلے سے شرک کیا تھا اور ہم ان کے بعد ان کی نسل میں ہوئے تو کیا تو ہم کو ہلاک کرے گا اس کام پر جو غلط کار لوگوں نے کیا اور اس طرح ہم اپنی نشانیاں کھول کر بیان کرتے ہیں تاکہ وہ رجوع کریں</w:t>
      </w:r>
    </w:p>
    <w:p>
      <w:r>
        <w:rPr>
          <w:b/>
        </w:rPr>
        <w:t xml:space="preserve">[2:15:15] </w:t>
      </w:r>
      <w:r>
        <w:t>tashreeh ek janwar ko us ke maa baap se alag kar diya jaye aur us ki parvarish bilkul alihda mahol mein ki jaye tab bhi bada ho kar woh mukammal tor par apni nasli khasusiyat par qaim rehta hai</w:t>
      </w:r>
    </w:p>
    <w:p>
      <w:pPr>
        <w:jc w:val="right"/>
      </w:pPr>
      <w:r>
        <w:t>تشریح ایک جانور کو اس کے ماں باپ سے الگ کر دیا جائے اور اس کی پرورش بالکل علیحدہ ماحول میں کی جائے تب بھی بڑا ہو کر وہ مکمل طور پر اپنی نسلی خصوصیات پر قائم رہتا ہے</w:t>
      </w:r>
    </w:p>
    <w:p>
      <w:r>
        <w:rPr>
          <w:b/>
        </w:rPr>
        <w:t xml:space="preserve">[2:15:36] </w:t>
      </w:r>
      <w:r>
        <w:t>woh apne tamam mamlaat mein ain wohi tareeqa ikhtiyar karta hai jo us ki jibiliyat mein pevast hai yahi mamla insan ka shaoor Rab ke bare mein hai insan ki rooh mein ek khaliq o malik ka shaoor itni gehrai ke sath jama diya gaya hai ke woh kisi haal mein is se juda nahi hota</w:t>
      </w:r>
    </w:p>
    <w:p>
      <w:pPr>
        <w:jc w:val="right"/>
      </w:pPr>
      <w:r>
        <w:t>وہ اپنے تمام معاملات میں عین وہی طریقہ اختیار کرتا ہے جو اس کی جبلت میں پیوست ہے یہی معاملہ انسان کا شعور رب کے بارے میں ہے انسان کی روح میں ایک خالق و مالک کا شعور اتنی گہرائی کے ساتھ جمع دیا گیا ہے کہ وہ کسی حال میں اس سے جدا نہیں ہوتا</w:t>
      </w:r>
    </w:p>
    <w:p>
      <w:r>
        <w:rPr>
          <w:b/>
        </w:rPr>
        <w:t xml:space="preserve">[2:16:05] </w:t>
      </w:r>
      <w:r>
        <w:t>maujudah zamane mein ek aitbar se roos aur dusre aitbar se turki ka tajruba batata hai ke mukammal</w:t>
      </w:r>
    </w:p>
    <w:p>
      <w:pPr>
        <w:jc w:val="right"/>
      </w:pPr>
      <w:r>
        <w:t>موجودہ زمانے میں ایک اعتبار سے روس اور دوسرے اعتبار سے ترکی کا تجربہ بتاتا ہے کہ مکمل</w:t>
      </w:r>
    </w:p>
    <w:p>
      <w:r>
        <w:rPr>
          <w:b/>
        </w:rPr>
        <w:t xml:space="preserve">[2:16:14] </w:t>
      </w:r>
      <w:r>
        <w:t>tour par mukhalif mazhab mahaul mein tarbiyat paane ke bawajood insan ki fitrat ain wahi baqi rehti hai</w:t>
      </w:r>
    </w:p>
    <w:p>
      <w:pPr>
        <w:jc w:val="right"/>
      </w:pPr>
      <w:r>
        <w:t>طور پر مخالف مذہب ماحول میں تربیت پانے کے باوجود انسان کی فطرت عین وہی باقی رہتی ہے</w:t>
      </w:r>
    </w:p>
    <w:p>
      <w:r>
        <w:rPr>
          <w:b/>
        </w:rPr>
        <w:t xml:space="preserve">[2:16:23] </w:t>
      </w:r>
      <w:r>
        <w:t>jo iqrar mazhab ke mahaul mein hamesha pai jati rahi hai</w:t>
      </w:r>
    </w:p>
    <w:p>
      <w:pPr>
        <w:jc w:val="right"/>
      </w:pPr>
      <w:r>
        <w:t>جو اقرار مذہب کے ماحول میں ہمیشہ پائی جاتی رہی ہے</w:t>
      </w:r>
    </w:p>
    <w:p>
      <w:r>
        <w:rPr>
          <w:b/>
        </w:rPr>
        <w:t xml:space="preserve">[2:16:31] </w:t>
      </w:r>
      <w:r>
        <w:t>taham janwar aur insan mein ek farq hai</w:t>
      </w:r>
    </w:p>
    <w:p>
      <w:pPr>
        <w:jc w:val="right"/>
      </w:pPr>
      <w:r>
        <w:t>تاہم جانور اور انسان میں ایک فرق ہے</w:t>
      </w:r>
    </w:p>
    <w:p>
      <w:r>
        <w:rPr>
          <w:b/>
        </w:rPr>
        <w:t xml:space="preserve">[2:16:36] </w:t>
      </w:r>
      <w:r>
        <w:t>janwar apni fitrat ki khilaf warzi par qadir nahi woh majboor hain ke amalan bhi wohi karein jo un ke andar ki fitrat unhein sabaq de rahi hai is ke bar aks insan ka haal yeh hai ke shaoor fitrat ki had tak paband hone ke bawajood amal ke mamle mein woh poori tarah aazad hai</w:t>
      </w:r>
    </w:p>
    <w:p>
      <w:pPr>
        <w:jc w:val="right"/>
      </w:pPr>
      <w:r>
        <w:t>جانور اپنی فطرت کی خلاف ورزی پر قادر نہیں وہ مجبور ہیں کہ عملا بھی وہی کریں جو ان کے اندر کی فطرت انہیں سبق دے رہی ہے اس کے برعکس انسان کا حال یہ ہے کہ شعور فطرت کی حد تک پابند ہونے کے باوجود عمل کے معاملے میں وہ پوری طرح ازاد ہے</w:t>
      </w:r>
    </w:p>
    <w:p>
      <w:r>
        <w:rPr>
          <w:b/>
        </w:rPr>
        <w:t xml:space="preserve">[2:17:01] </w:t>
      </w:r>
      <w:r>
        <w:t>jab bhi koi baat samne ati hai to us ki aql aur us ka zamir andar se ishara</w:t>
      </w:r>
    </w:p>
    <w:p>
      <w:pPr>
        <w:jc w:val="right"/>
      </w:pPr>
      <w:r>
        <w:t>جب بھی کوئی بات سامنے اتی ہے تو اس کی عقل اور اس کا ضمیر اندر سے اشارہ</w:t>
      </w:r>
    </w:p>
    <w:p>
      <w:r>
        <w:rPr>
          <w:b/>
        </w:rPr>
        <w:t xml:space="preserve">[2:17:08] </w:t>
      </w:r>
      <w:r>
        <w:t>karte hain ke sahih kya hai aur galat kya magar is ke bawajood insan ko ikhtiyar hai ke</w:t>
      </w:r>
    </w:p>
    <w:p>
      <w:pPr>
        <w:jc w:val="right"/>
      </w:pPr>
      <w:r>
        <w:t>کرتے ہیں کہ صحیح کیا ہے اور غلط کیا مگر اس کے باوجود انسان کو اختیار ہے کہ</w:t>
      </w:r>
    </w:p>
    <w:p>
      <w:r>
        <w:rPr>
          <w:b/>
        </w:rPr>
        <w:t xml:space="preserve">[2:17:17] </w:t>
      </w:r>
      <w:r>
        <w:t>wo chahe apni andaruni awaz ki pairwi kare chahe us ko nazar andaz kar ke man mani karwai</w:t>
      </w:r>
    </w:p>
    <w:p>
      <w:pPr>
        <w:jc w:val="right"/>
      </w:pPr>
      <w:r>
        <w:t>وہ چاہے اپنی اندرونی اواز کی پیروی کرے چاہے اس کو نظر انداز کر کے من مانی کاروائی</w:t>
      </w:r>
    </w:p>
    <w:p>
      <w:r>
        <w:rPr>
          <w:b/>
        </w:rPr>
        <w:t xml:space="preserve">[2:17:27] </w:t>
      </w:r>
      <w:r>
        <w:t>karne lage</w:t>
      </w:r>
    </w:p>
    <w:p>
      <w:pPr>
        <w:jc w:val="right"/>
      </w:pPr>
      <w:r>
        <w:t>کرنے لگے</w:t>
      </w:r>
    </w:p>
    <w:p>
      <w:r>
        <w:rPr>
          <w:b/>
        </w:rPr>
        <w:t xml:space="preserve">[2:17:32] </w:t>
      </w:r>
      <w:r>
        <w:t>yahi woh maqam hai jahan insan ka imtehan ho raha hai aur isi par jannat aur jahannum ka faisla hona hai jo shakhs Khudaai awaz par kaan lagaye aur wohi kare jo Khuda fitrat ki khamosh zaban mein us se keh raha hai woh imtehan mein poora utra</w:t>
      </w:r>
    </w:p>
    <w:p>
      <w:pPr>
        <w:jc w:val="right"/>
      </w:pPr>
      <w:r>
        <w:t>یہی وہ مقام ہے جہاں انسان کا امتحان ہو رہا ہے اور اسی پر جنت اور جہنم کا فیصلہ ہونا ہے جو شخص خدائی اواز پر کان لگائے اور وہی کرے جو خدا فطرت کی خاموش زبان میں اس سے کہہ رہا ہے وہ امتحان میں پورا اترا</w:t>
      </w:r>
    </w:p>
    <w:p>
      <w:r>
        <w:rPr>
          <w:b/>
        </w:rPr>
        <w:t xml:space="preserve">[2:17:57] </w:t>
      </w:r>
      <w:r>
        <w:t>is ke marne ke baad is ke liye jannat ke darwaze khol diye jayenge aur jo shakhs</w:t>
      </w:r>
    </w:p>
    <w:p>
      <w:pPr>
        <w:jc w:val="right"/>
      </w:pPr>
      <w:r>
        <w:t>اس کے مرنے کے بعد اس کے لیے جنت کے دروازے کھول دیے جائیں گے اور جو شخص</w:t>
      </w:r>
    </w:p>
    <w:p>
      <w:r>
        <w:rPr>
          <w:b/>
        </w:rPr>
        <w:t xml:space="preserve">[2:18:05] </w:t>
      </w:r>
      <w:r>
        <w:t>fitrat ki satah par nashr hone wali khudai awaz ko nazar andaz kar de wo khuda ki nazar</w:t>
      </w:r>
    </w:p>
    <w:p>
      <w:pPr>
        <w:jc w:val="right"/>
      </w:pPr>
      <w:r>
        <w:t>فطرت کی سطح پر نشر ہونے والی خدائی اواز کو نظر انداز کر دے وہ خدا کی نظر</w:t>
      </w:r>
    </w:p>
    <w:p>
      <w:r>
        <w:rPr>
          <w:b/>
        </w:rPr>
        <w:t xml:space="preserve">[2:18:13] </w:t>
      </w:r>
      <w:r>
        <w:t>mein mujrim hai is ko marne ke baad jahannum mein dala jayega khuda bhi is ko nazar</w:t>
      </w:r>
    </w:p>
    <w:p>
      <w:pPr>
        <w:jc w:val="right"/>
      </w:pPr>
      <w:r>
        <w:t>میں مجرم ہے اس کو مرنے کے بعد جہنم میں ڈالا جائے گا خدا بھی اس کو نظر</w:t>
      </w:r>
    </w:p>
    <w:p>
      <w:r>
        <w:rPr>
          <w:b/>
        </w:rPr>
        <w:t xml:space="preserve">[2:18:20] </w:t>
      </w:r>
      <w:r>
        <w:t>andaz kar dega jis tarah us ne khuda ki awaz ko nazar andaz kiya tha</w:t>
      </w:r>
    </w:p>
    <w:p>
      <w:pPr>
        <w:jc w:val="right"/>
      </w:pPr>
      <w:r>
        <w:t>انداز کر دے گا جس طرح اس نے خدا کی اواز کو نظر انداز کیا تھا</w:t>
      </w:r>
    </w:p>
    <w:p>
      <w:r>
        <w:rPr>
          <w:b/>
        </w:rPr>
        <w:t xml:space="preserve">[2:18:29] </w:t>
      </w:r>
      <w:r>
        <w:t>fitrat ki awaz har admi ke upar Khuda ki daleel hai ab kisi ke paas na to bekhabri ka uzr hai aur na koi yeh keh sakta ke mazi se jo chhota chala aa raha tha wohi hum bhi karne lage jab insan paidaish hi se Khuda ka shaoor le kar aata hai aur mahol ke ragham us ko hamesha baqi rakhta hai</w:t>
      </w:r>
    </w:p>
    <w:p>
      <w:pPr>
        <w:jc w:val="right"/>
      </w:pPr>
      <w:r>
        <w:t>فطرت کی اواز ہر ادمی کے اوپر خدا کی دلیل ہے اب کسی کے پاس نہ تو بے خبری کا عذر ہے اور نہ کوئی یہ کہہ سکتا کہ ماضی سے جو چھوٹا چلا ا رہا تھا وہی ہم بھی کرنے لگے جب انسان پیدائش ہی سے خدا کا شعور لے کر اتا ہے اور ماحول کے الرغم اس کو ہمیشہ باقی رکھتا ہے</w:t>
      </w:r>
    </w:p>
    <w:p>
      <w:r>
        <w:rPr>
          <w:b/>
        </w:rPr>
        <w:t xml:space="preserve">[2:18:59] </w:t>
      </w:r>
      <w:r>
        <w:t>to ab kisi shakhs ke paas be-raah hone ka uzr kya hai</w:t>
      </w:r>
    </w:p>
    <w:p>
      <w:pPr>
        <w:jc w:val="right"/>
      </w:pPr>
      <w:r>
        <w:t>تو اب کسی شخص کے پاس بے راہ ہونے کا عذر کیا ہے</w:t>
      </w:r>
    </w:p>
    <w:p>
      <w:r>
        <w:rPr>
          <w:b/>
        </w:rPr>
        <w:t xml:space="preserve">[2:19:11] </w:t>
      </w:r>
      <w:r>
        <w:t>alladhi ataina ayatina</w:t>
      </w:r>
    </w:p>
    <w:p>
      <w:pPr>
        <w:jc w:val="right"/>
      </w:pPr>
      <w:r>
        <w:t>الذی اتینا ایاتنا</w:t>
      </w:r>
    </w:p>
    <w:p>
      <w:r>
        <w:rPr>
          <w:b/>
        </w:rPr>
        <w:t xml:space="preserve">[2:19:13] </w:t>
      </w:r>
      <w:r>
        <w:t>fansalakh minha fatba'ahu al-shaytan fakan min al-ghawin</w:t>
      </w:r>
    </w:p>
    <w:p>
      <w:pPr>
        <w:jc w:val="right"/>
      </w:pPr>
      <w:r>
        <w:t>فنسلخ منها فاتبعه الشیطان فکان من الغاوین</w:t>
      </w:r>
    </w:p>
    <w:p>
      <w:r>
        <w:rPr>
          <w:b/>
        </w:rPr>
        <w:t xml:space="preserve">[2:19:21] </w:t>
      </w:r>
      <w:r>
        <w:t>wa law shi'na la rafa'nahu biha walakinnahu</w:t>
      </w:r>
    </w:p>
    <w:p>
      <w:pPr>
        <w:jc w:val="right"/>
      </w:pPr>
      <w:r>
        <w:t>ولو شئنا لرفعناه بها ولكنه</w:t>
      </w:r>
    </w:p>
    <w:p>
      <w:r>
        <w:rPr>
          <w:b/>
        </w:rPr>
        <w:t xml:space="preserve">[2:19:28] </w:t>
      </w:r>
      <w:r>
        <w:t>akhulda ila al-ard wa ittaba'a hawaahu</w:t>
      </w:r>
    </w:p>
    <w:p>
      <w:pPr>
        <w:jc w:val="right"/>
      </w:pPr>
      <w:r>
        <w:t>اخلد الى الارض واتبع هواه</w:t>
      </w:r>
    </w:p>
    <w:p>
      <w:r>
        <w:rPr>
          <w:b/>
        </w:rPr>
        <w:t xml:space="preserve">[2:19:34] </w:t>
      </w:r>
      <w:r>
        <w:t>famasaluhu kamathali al-kalb in tahmil alayhi yalhas aw tatrukahu yalhas</w:t>
      </w:r>
    </w:p>
    <w:p>
      <w:pPr>
        <w:jc w:val="right"/>
      </w:pPr>
      <w:r>
        <w:t>فمثله كمثل الكلب ان تحمل عليه يلهث او تتركه يلهث</w:t>
      </w:r>
    </w:p>
    <w:p>
      <w:r>
        <w:rPr>
          <w:b/>
        </w:rPr>
        <w:t xml:space="preserve">[2:19:43] </w:t>
      </w:r>
      <w:r>
        <w:t>dhalika mathalu al-qawmi alladhina kadhabu bi'ayatina</w:t>
      </w:r>
    </w:p>
    <w:p>
      <w:pPr>
        <w:jc w:val="right"/>
      </w:pPr>
      <w:r>
        <w:t>ذلك مثل القوم الذين كذبوا باياتنا</w:t>
      </w:r>
    </w:p>
    <w:p>
      <w:r>
        <w:rPr>
          <w:b/>
        </w:rPr>
        <w:t xml:space="preserve">[2:19:50] </w:t>
      </w:r>
      <w:r>
        <w:t>faqsus al-qasasa la'allahum yatafakkarun</w:t>
      </w:r>
    </w:p>
    <w:p>
      <w:pPr>
        <w:jc w:val="right"/>
      </w:pPr>
      <w:r>
        <w:t>فقصص القصص لعلهم يتفكرون</w:t>
      </w:r>
    </w:p>
    <w:p>
      <w:r>
        <w:rPr>
          <w:b/>
        </w:rPr>
        <w:t xml:space="preserve">[2:19:58] </w:t>
      </w:r>
      <w:r>
        <w:t>sā'a mathalun alqawmu alladhīna kadhabū bi-āyātinā wa'anfusahum kānū yaẓlimūna man yahdi allāhu fahuwa almuhtadī waman yuḍlil fa'ulā'ika humu alkhāsirūna</w:t>
      </w:r>
    </w:p>
    <w:p>
      <w:pPr>
        <w:jc w:val="right"/>
      </w:pPr>
      <w:r>
        <w:t>ساء مثلا القوم الذين كذبوا باياتنا وانفسهم كانوا يظلمون من يهدي الله فهو المهتدي ومن يضلل فاولئك هم الخاسرون</w:t>
      </w:r>
    </w:p>
    <w:p>
      <w:r>
        <w:rPr>
          <w:b/>
        </w:rPr>
        <w:t xml:space="preserve">[2:20:27] </w:t>
      </w:r>
      <w:r>
        <w:t>aur un ko is shakhs ka haal sunao jis ko hum ne apni ayatein di theen to woh un se nikal bhaga pas shaitan us ke peeche lag gaya aur woh gumrahon mein se ho gaya aur agar hum chahte to us ko in ayaton ke zariye se bulandi ata karte magar woh to zameen ka raha aur apni khwahishon ki pairvi karne laga</w:t>
      </w:r>
    </w:p>
    <w:p>
      <w:pPr>
        <w:jc w:val="right"/>
      </w:pPr>
      <w:r>
        <w:t>اور ان کو اس شخص کا حال سناؤ جس کو ہم نے اپنی ایتیں دی تھیں تو وہ ان سے نکل بھاگا پس شیطان اس کے پیچھے لگ گیا اور وہ گمراہوں میں سے ہو گیا اور اگر ہم چاہتے تو اس کو ان ایتوں کے ذریعے سے بلندی عطا کرتے مگر وہ تو زمین کا ہو رہا اور اپنی خواہشوں کی پیروی کرنے لگا</w:t>
      </w:r>
    </w:p>
    <w:p>
      <w:r>
        <w:rPr>
          <w:b/>
        </w:rPr>
        <w:t xml:space="preserve">[2:20:56] </w:t>
      </w:r>
      <w:r>
        <w:t>pas us ki misal kutte ki si hai ke agar tu us par bojh la de tab bhi haan pe aur agar chhod de tab bhi haan pe yeh misal un logon ki hai jinhon ne hamari nishaniyon ko jhutlaya pas tum yeh ahwal un ko sunao taake woh sochein</w:t>
      </w:r>
    </w:p>
    <w:p>
      <w:pPr>
        <w:jc w:val="right"/>
      </w:pPr>
      <w:r>
        <w:t>پس اس کی مثال کتے کی سی ہے کہ اگر تو اس پر بوجھ لا دے تب بھی ہاں پے اور اگر چھوڑ دے تب بھی ہاں پے یہ مثال ان لوگوں کی ہے جنہوں نے ہماری نشانیوں کو جھٹلایا پس تم یہ احوال ان کو سناؤ تاکہ وہ سوچیں</w:t>
      </w:r>
    </w:p>
    <w:p>
      <w:r>
        <w:rPr>
          <w:b/>
        </w:rPr>
        <w:t xml:space="preserve">[2:21:19] </w:t>
      </w:r>
      <w:r>
        <w:t>kaisi buri misal hai un logon ki jo hamari nishaniyon ko jhutlate hain aur woh apna hi nuksan karte rahe Allah jis ko rah dikhaye wohi rah pane wala hota hai aur jis ko woh be-rah kar de to wohi ghata uthane wale hain</w:t>
      </w:r>
    </w:p>
    <w:p>
      <w:pPr>
        <w:jc w:val="right"/>
      </w:pPr>
      <w:r>
        <w:t>کیسی بری مثال ہے ان لوگوں کی جو ہماری نشانیوں کو جھٹلاتے ہیں اور وہ اپنا ہی نقصان کرتے رہے اللہ جس کو راہ دکھائے وہی راہ پانے والا ہوتا ہے اور جس کو وہ بے راہ کر دے تو وہی گھاٹا اٹھانے والے ہیں</w:t>
      </w:r>
    </w:p>
    <w:p>
      <w:r>
        <w:rPr>
          <w:b/>
        </w:rPr>
        <w:t xml:space="preserve">[2:21:42] </w:t>
      </w:r>
      <w:r>
        <w:t>tashreeh Rasool Allah sal Allah alayhi wasallam ke zamane mein ek shakhs Umayya bin Abi Salt tha aala insani auṣaf ke sath woh hikmana kalam mein bhi mumtaz darja rakhta tha us ko jab maloom hua ke isaiyon aur yahudiyon ki kitabon mein ek paighambar ke aane ki peshangoi'yan maujood hain</w:t>
      </w:r>
    </w:p>
    <w:p>
      <w:pPr>
        <w:jc w:val="right"/>
      </w:pPr>
      <w:r>
        <w:t>تشریح رسول اللہ صلی اللہ علیہ وسلم کے زمانے میں ایک شخص امیہ ابن ابی السلط تھا اعلی انسانی اوصاف کے ساتھ وہ حکیمانہ کلام میں بھی ممتاز درجہ رکھتا تھا اس کو جب معلوم ہوا کہ عیسائیوں اور یہودیوں کی کتابوں میں ایک پیغمبر کے انے کی پیشنگوئیاں موجود ہیں</w:t>
      </w:r>
    </w:p>
    <w:p>
      <w:r>
        <w:rPr>
          <w:b/>
        </w:rPr>
        <w:t xml:space="preserve">[2:22:09] </w:t>
      </w:r>
      <w:r>
        <w:t>to us ko guman hua ke shayad woh paighambar mein hi hoon baad ko jab use Rasool Allah sal Allah alayhi wasallam ke dawaye nubowat ki khabar mili aur us ne aap ka aala kalam suna to us ko sakht mayusi hui woh paighambar Islam ka mukhalif ban gaya</w:t>
      </w:r>
    </w:p>
    <w:p>
      <w:pPr>
        <w:jc w:val="right"/>
      </w:pPr>
      <w:r>
        <w:t>تو اس کو گمان ہوا کہ شاید وہ پیغمبر میں ہی ہوں بعد کو جب اسے رسول اللہ صلی اللہ علیہ وسلم کے دعوی نبوت کی خبر ملی اور اس نے اب اپ کا اعلی کلام سنا تو اس کو سخت مایوسی ہوئی وہ پیغمبر اسلام کا مخالف بن گیا</w:t>
      </w:r>
    </w:p>
    <w:p>
      <w:r>
        <w:rPr>
          <w:b/>
        </w:rPr>
        <w:t xml:space="preserve">[2:22:32] </w:t>
      </w:r>
      <w:r>
        <w:t>us ko Khuda ne jo aala khususiyat di theen un ka sahi istemal yeh tha ke woh Khuda ke paighambar ko pehchane aur un ka saathi ban jaye magar Khuda ki nawazishon se us ne apne andar yeh zehn banaya ke ab Khuda ko mere siwa kisi aur par apna fazl na karna chahiye</w:t>
      </w:r>
    </w:p>
    <w:p>
      <w:pPr>
        <w:jc w:val="right"/>
      </w:pPr>
      <w:r>
        <w:t>اس کو خدا نے جو اعلی خصوصیات دی تھیں ان کا صحیح استعمال یہ تھا کہ وہ خدا کے پیغمبر کو پہچانے اور ان کا ساتھی بن جائے مگر خدا کی نوازشوں سے اس نے اپنے اندر یہ ذہن بنایا کہ اب خدا کو میرے سوا کسی اور پر اپنا فضل نہ کرنا چاہیے</w:t>
      </w:r>
    </w:p>
    <w:p>
      <w:r>
        <w:rPr>
          <w:b/>
        </w:rPr>
        <w:t xml:space="preserve">[2:22:57] </w:t>
      </w:r>
      <w:r>
        <w:t>paighambar Khuda ko na manne mein us ko duniyawi faida nazar aata tha is ke bar aks aap ko manne mein akhrawi faida tha us ne akhirat ke muqable mein dunya ko tarjeeh di</w:t>
      </w:r>
    </w:p>
    <w:p>
      <w:pPr>
        <w:jc w:val="right"/>
      </w:pPr>
      <w:r>
        <w:t>پیغمبر خدا کو نہ ماننے میں اس کو دنیاوی فائدہ نظر اتا تھا اس کے برعکس اپ کو ماننے میں اخروی فائدہ تھا اس نے اخرت کے مقابلے میں دنیا کو ترجیح دی</w:t>
      </w:r>
    </w:p>
    <w:p>
      <w:r>
        <w:rPr>
          <w:b/>
        </w:rPr>
        <w:t xml:space="preserve">[2:23:13] </w:t>
      </w:r>
      <w:r>
        <w:t>wo agar etiraf ke rukh par chalta to wo farishton ko apna hamsafar banata magar jab wo hasad</w:t>
      </w:r>
    </w:p>
    <w:p>
      <w:pPr>
        <w:jc w:val="right"/>
      </w:pPr>
      <w:r>
        <w:t>وہ اگر اعتراف کے رخ پر چلتا تو وہ فرشتوں کو اپنا ہمسفر بناتا مگر جب وہ حسد</w:t>
      </w:r>
    </w:p>
    <w:p>
      <w:r>
        <w:rPr>
          <w:b/>
        </w:rPr>
        <w:t xml:space="preserve">[2:23:22] </w:t>
      </w:r>
      <w:r>
        <w:t>aur ghamand ke raste par chal pada to wahan shaitan ke siwa koi aur na tha jo is</w:t>
      </w:r>
    </w:p>
    <w:p>
      <w:pPr>
        <w:jc w:val="right"/>
      </w:pPr>
      <w:r>
        <w:t>اور گھمنڈ کے راستے پر چل پڑا تو وہاں شیطان کے سوا کوئی اور نہ تھا جو اس</w:t>
      </w:r>
    </w:p>
    <w:p>
      <w:r>
        <w:rPr>
          <w:b/>
        </w:rPr>
        <w:t xml:space="preserve">[2:23:28] </w:t>
      </w:r>
      <w:r>
        <w:t>ka sath de ye misal un tamam logon par sadik ati hai jo hasad aur kibr ki bina</w:t>
      </w:r>
    </w:p>
    <w:p>
      <w:pPr>
        <w:jc w:val="right"/>
      </w:pPr>
      <w:r>
        <w:t>کا ساتھ دے یہ مثال ان تمام لوگوں پر صادق اتی ہے جو حسد اور کبر کی بنا</w:t>
      </w:r>
    </w:p>
    <w:p>
      <w:r>
        <w:rPr>
          <w:b/>
        </w:rPr>
        <w:t xml:space="preserve">[2:23:36] </w:t>
      </w:r>
      <w:r>
        <w:t>par sachai ko nazar andaz karein ya us ko manane se inkar kar dein</w:t>
      </w:r>
    </w:p>
    <w:p>
      <w:pPr>
        <w:jc w:val="right"/>
      </w:pPr>
      <w:r>
        <w:t>پر سچائی کو نظر انداز کریں یا اس کو ماننے سے انکار کر دیں</w:t>
      </w:r>
    </w:p>
    <w:p>
      <w:r>
        <w:rPr>
          <w:b/>
        </w:rPr>
        <w:t xml:space="preserve">[2:23:45] </w:t>
      </w:r>
      <w:r>
        <w:t>kisi admi ka aisa banna apne aap ko insaniyat ke maqam se gira kar kutte ke maqam par pahuncha dena hai kutta achhe sulook par bhi hanpata hai aur bure sulook par bhi yahi haal aisa insan ka hai Khuda ne jab us ko diya tab bhi us ne us se sarkashi ki ghiza li aur na diya tab bhi woh sarkashi bana raha</w:t>
      </w:r>
    </w:p>
    <w:p>
      <w:pPr>
        <w:jc w:val="right"/>
      </w:pPr>
      <w:r>
        <w:t>کسی ادمی کا ایسا بننا اپنے اپ کو انسانیت کے مقام سے گرا کر کتے کے مقام پر پہنچا دینا ہے کتا اچھے سلوک پر بھی ہانپتا ہے اور برے سلوک پر بھی یہی حال ایسا انسان کا ہے خدا نے جب اس کو دیا تب بھی اس نے اس سے سرکشی کی غذا لی اور نہ دیا تب بھی وہ سرکشی بنا رہا</w:t>
      </w:r>
    </w:p>
    <w:p>
      <w:r>
        <w:rPr>
          <w:b/>
        </w:rPr>
        <w:t xml:space="preserve">[2:24:14] </w:t>
      </w:r>
      <w:r>
        <w:t>halankeh chahiye yeh tha keh jab khuda ne is ko diya tha to woh is ka ehsan mand hota aur jab khuda ne nahi diya to woh khuda ki taqseem par razi reh kar is ki taraf rujoo karta</w:t>
      </w:r>
    </w:p>
    <w:p>
      <w:pPr>
        <w:jc w:val="right"/>
      </w:pPr>
      <w:r>
        <w:t>حالانکہ چاہیے یہ تھا کہ جب خدا نے اس کو دیا تھا تو وہ اس کا احسان مند ہوتا اور جب خدا نے نہیں دیا تو وہ خدا کی تقسیم پر راضی رہ کر اس کی طرف رجوع کرتا</w:t>
      </w:r>
    </w:p>
    <w:p>
      <w:r>
        <w:rPr>
          <w:b/>
        </w:rPr>
        <w:t xml:space="preserve">[2:24:31] </w:t>
      </w:r>
      <w:r>
        <w:t>kisi ko rasta dikhane ke liye khuda khud samne nahi ata balkeh woh nishaniyon ki surat mein apna rasta logon ke upar kholta hai</w:t>
      </w:r>
    </w:p>
    <w:p>
      <w:pPr>
        <w:jc w:val="right"/>
      </w:pPr>
      <w:r>
        <w:t>کسی کو راستہ دکھانے کے لیے خدا خود سامنے نہیں اتا بلکہ وہ نشانیوں کی صورت میں اپنا راستہ لوگوں کے اوپر کھولتا ہے</w:t>
      </w:r>
    </w:p>
    <w:p>
      <w:r>
        <w:rPr>
          <w:b/>
        </w:rPr>
        <w:t xml:space="preserve">[2:24:44] </w:t>
      </w:r>
      <w:r>
        <w:t>jin logon ke andar yeh salahiyat ho ke woh dalail aur nishaniyon ke roop mein zahir hone wale</w:t>
      </w:r>
    </w:p>
    <w:p>
      <w:pPr>
        <w:jc w:val="right"/>
      </w:pPr>
      <w:r>
        <w:t>جن لوگوں کے اندر یہ صلاحیت ہو کہ وہ دلائل اور نشانیوں کے روپ میں ظاہر ہونے والے</w:t>
      </w:r>
    </w:p>
    <w:p>
      <w:r>
        <w:rPr>
          <w:b/>
        </w:rPr>
        <w:t xml:space="preserve">[2:24:51] </w:t>
      </w:r>
      <w:r>
        <w:t>haq ko pehchan lein aur apne aap ko us ke hawale karne par raazi ho jayein wahi is</w:t>
      </w:r>
    </w:p>
    <w:p>
      <w:pPr>
        <w:jc w:val="right"/>
      </w:pPr>
      <w:r>
        <w:t>حق کو پہچان لیں اور اپنے اپ کو اس کے حوالے کرنے پر راضی ہو جائیں وہی اس</w:t>
      </w:r>
    </w:p>
    <w:p>
      <w:r>
        <w:rPr>
          <w:b/>
        </w:rPr>
        <w:t xml:space="preserve">[2:24:59] </w:t>
      </w:r>
      <w:r>
        <w:t>duniya mein hidayat paane wale hain aur jo log dalail aur nishaniyon ko ahmiyat na dein un ke</w:t>
      </w:r>
    </w:p>
    <w:p>
      <w:pPr>
        <w:jc w:val="right"/>
      </w:pPr>
      <w:r>
        <w:t>دنیا میں ہدایت پانے والے ہیں اور جو لوگ دلائل اور نشانیوں کو اہمیت نہ دیں ان کے</w:t>
      </w:r>
    </w:p>
    <w:p>
      <w:r>
        <w:rPr>
          <w:b/>
        </w:rPr>
        <w:t xml:space="preserve">[2:25:08] </w:t>
      </w:r>
      <w:r>
        <w:t>liye abadi barbadi ke siwa aur kuch nahi</w:t>
      </w:r>
    </w:p>
    <w:p>
      <w:pPr>
        <w:jc w:val="right"/>
      </w:pPr>
      <w:r>
        <w:t>لیے ابدی بربادی کے سوا اور کچھ نہیں</w:t>
      </w:r>
    </w:p>
    <w:p>
      <w:r>
        <w:rPr>
          <w:b/>
        </w:rPr>
        <w:t xml:space="preserve">[2:25:58] </w:t>
      </w:r>
      <w:r>
        <w:t>walillahil asmaul husna fad'ooh biha wa dharul ladheena yulhidoona fi asmaih sayujzauna ma kanoo ya'maloon</w:t>
      </w:r>
    </w:p>
    <w:p>
      <w:pPr>
        <w:jc w:val="right"/>
      </w:pPr>
      <w:r>
        <w:t>ولله الاسماء الحسنى فادعوه بها وذروا الذين يلحدون في اسمائه سيجزون ما كانوا يعملون</w:t>
      </w:r>
    </w:p>
    <w:p>
      <w:r>
        <w:rPr>
          <w:b/>
        </w:rPr>
        <w:t xml:space="preserve">[2:26:13] </w:t>
      </w:r>
      <w:r>
        <w:t>w ممن khalaqna ummatun yahdoona bilhaqqi wa bihi ya'diloon walladheena kadhaboo bi ayatina sanastadrijuhum min haisu la ya'lamoon</w:t>
      </w:r>
    </w:p>
    <w:p>
      <w:pPr>
        <w:jc w:val="right"/>
      </w:pPr>
      <w:r>
        <w:t>وممن خلقنا امه يهدون بالحق وبه يعدلون والذين كذبوا باياتنا سنستدرجهم من حيث لا يعلمون</w:t>
      </w:r>
    </w:p>
    <w:p>
      <w:r>
        <w:rPr>
          <w:b/>
        </w:rPr>
        <w:t xml:space="preserve">[2:26:34] </w:t>
      </w:r>
      <w:r>
        <w:t>w amli lahum inna kaidi mateen aur hum ne jinat aur insan mein se bahuton ko dozakh ke liye paida kiya hai un ke dil hain jin se woh samajhte nahi un ki ankhain hain jin se woh dekhte nahi</w:t>
      </w:r>
    </w:p>
    <w:p>
      <w:pPr>
        <w:jc w:val="right"/>
      </w:pPr>
      <w:r>
        <w:t>واملي لهم ان كيدي متين اور ہم نے جنات اور انسان میں سے بہتوں کو دوزخ کے لیے پیدا کیا ہے ان کے دل ہیں جن سے وہ سمجھتے نہیں ان کی انکھیں ہیں جن سے وہ دیکھتے نہیں</w:t>
      </w:r>
    </w:p>
    <w:p>
      <w:r>
        <w:rPr>
          <w:b/>
        </w:rPr>
        <w:t xml:space="preserve">[2:27:02] </w:t>
      </w:r>
      <w:r>
        <w:t>un ke kan hain jin se woh sunte nahi woh aisay hain jaisay chopaye balkeh un se bhi ziyada behraah yahi log hain ghafil aur Allah ke liye hain sab achay naam</w:t>
      </w:r>
    </w:p>
    <w:p>
      <w:pPr>
        <w:jc w:val="right"/>
      </w:pPr>
      <w:r>
        <w:t>ان کے کان ہیں جن سے وہ سنتے نہیں وہ ایسے ہیں جیسے چوپائے بلکہ ان سے بھی زیادہ بے راہ یہی لوگ ہیں غافل اور اللہ کے لیے ہیں سب اچھے نام</w:t>
      </w:r>
    </w:p>
    <w:p>
      <w:r>
        <w:rPr>
          <w:b/>
        </w:rPr>
        <w:t xml:space="preserve">[2:27:22] </w:t>
      </w:r>
      <w:r>
        <w:t>pas unehi se usay pukaro aur un logon ko chhod do jo is ke namon mein kajravi ikhtiyar karte hain</w:t>
      </w:r>
    </w:p>
    <w:p>
      <w:pPr>
        <w:jc w:val="right"/>
      </w:pPr>
      <w:r>
        <w:t>پس انہی سے اسے پکارو اور ان لوگوں کو چھوڑ دو جو اس کے ناموں میں کجروی اختیار کرتے ہیں</w:t>
      </w:r>
    </w:p>
    <w:p>
      <w:r>
        <w:rPr>
          <w:b/>
        </w:rPr>
        <w:t xml:space="preserve">[2:27:36] </w:t>
      </w:r>
      <w:r>
        <w:t>woh badla pa kar rahein ge apne kamon ka aur hum ne jin ko paida kiya hai un</w:t>
      </w:r>
    </w:p>
    <w:p>
      <w:pPr>
        <w:jc w:val="right"/>
      </w:pPr>
      <w:r>
        <w:t>وہ بدلہ پا کر رہیں گے اپنے کاموں کا اور ہم نے جن کو پیدا کیا ہے ان</w:t>
      </w:r>
    </w:p>
    <w:p>
      <w:r>
        <w:rPr>
          <w:b/>
        </w:rPr>
        <w:t xml:space="preserve">[2:27:44] </w:t>
      </w:r>
      <w:r>
        <w:t>mein se ek giroh aisa hai jo haq ke mutabiq faisla karta hai aur jin logon ne hamari</w:t>
      </w:r>
    </w:p>
    <w:p>
      <w:pPr>
        <w:jc w:val="right"/>
      </w:pPr>
      <w:r>
        <w:t>میں سے ایک گروہ ایسا ہے جو حق کے مطابق فیصلہ کرتا ہے اور جن لوگوں نے ہماری</w:t>
      </w:r>
    </w:p>
    <w:p>
      <w:r>
        <w:rPr>
          <w:b/>
        </w:rPr>
        <w:t xml:space="preserve">[2:27:53] </w:t>
      </w:r>
      <w:r>
        <w:t>nishaniyon ko jhutlaya hum un ko ahista ahista pakrein ge aisi jagah se jahan se un ko khabar</w:t>
      </w:r>
    </w:p>
    <w:p>
      <w:pPr>
        <w:jc w:val="right"/>
      </w:pPr>
      <w:r>
        <w:t>نشانیوں کو جھٹلایا ہم ان کو اہستہ اہستہ پکڑیں گے ایسی جگہ سے جہاں سے ان کو خبر</w:t>
      </w:r>
    </w:p>
    <w:p>
      <w:r>
        <w:rPr>
          <w:b/>
        </w:rPr>
        <w:t xml:space="preserve">[2:28:02] </w:t>
      </w:r>
      <w:r>
        <w:t>bhi na hogi</w:t>
      </w:r>
    </w:p>
    <w:p>
      <w:pPr>
        <w:jc w:val="right"/>
      </w:pPr>
      <w:r>
        <w:t>بھی نہ ہوگی</w:t>
      </w:r>
    </w:p>
    <w:p>
      <w:r>
        <w:rPr>
          <w:b/>
        </w:rPr>
        <w:t xml:space="preserve">[2:28:04] </w:t>
      </w:r>
      <w:r>
        <w:t>aur mein un ko dheel deta hoon beshak mera daao bara mazboot hai</w:t>
      </w:r>
    </w:p>
    <w:p>
      <w:pPr>
        <w:jc w:val="right"/>
      </w:pPr>
      <w:r>
        <w:t>اور میں ان کو ڈھیل دیتا ہوں بے شک میرا داؤ بڑا مضبوط ہے</w:t>
      </w:r>
    </w:p>
    <w:p>
      <w:r>
        <w:rPr>
          <w:b/>
        </w:rPr>
        <w:t xml:space="preserve">[2:28:15] </w:t>
      </w:r>
      <w:r>
        <w:t>tashreeh sachai aik aisi cheez hai jis ko har admi ko khud pana parta hai khuda ne har admi ko dil aur ankh aur kan diye</w:t>
      </w:r>
    </w:p>
    <w:p>
      <w:pPr>
        <w:jc w:val="right"/>
      </w:pPr>
      <w:r>
        <w:t>تشریح سچائی ایک ایسی چیز ہے جس کو ہر ادمی کو خود پانا پڑتا ہے خدا نے ہر ادمی کو دل اور انکھ اور کان دیے</w:t>
      </w:r>
    </w:p>
    <w:p>
      <w:r>
        <w:rPr>
          <w:b/>
        </w:rPr>
        <w:t xml:space="preserve">[2:28:30] </w:t>
      </w:r>
      <w:r>
        <w:t>admi unehi salahiyaton ko istemal kar ke sachai ko pata hai aur jo shakhs in salahiyaton ko istemal na kare woh yaqeenan sachai ko pane se mehroom rahe ga khwah sachai is se kitna hi ziyada qareeb maujood ho</w:t>
      </w:r>
    </w:p>
    <w:p>
      <w:pPr>
        <w:jc w:val="right"/>
      </w:pPr>
      <w:r>
        <w:t>ادمی انہی صلاحیتوں کو استعمال کر کے سچائی کو پاتا ہے اور جو شخص ان صلاحیتوں کو استعمال نہ کرے وہ یقینا سچائی کو پانے سے محروم رہے گا خواہ سچائی اس سے کتنا ہی زیادہ قریب موجود ہو</w:t>
      </w:r>
    </w:p>
    <w:p>
      <w:r>
        <w:rPr>
          <w:b/>
        </w:rPr>
        <w:t xml:space="preserve">[2:28:55] </w:t>
      </w:r>
      <w:r>
        <w:t>sachai ko pana har admi ka aik shoori aur iradi fe'al hai sachai ko wohi shakhs samajh sakta hai jis ne apne dil ke darwazay is ke liye khule rakhe hon is ko wohi dekh sakta hai jis ne apni ankhon par masnooi parde na dale hon</w:t>
      </w:r>
    </w:p>
    <w:p>
      <w:pPr>
        <w:jc w:val="right"/>
      </w:pPr>
      <w:r>
        <w:t>سچائی کو پانا ہر ادمی کا ایک شعوری اور ارادی فعل ہے سچائی کو وہی شخص سمجھ سکتا ہے جس نے اپنے دل کے دروازے اس کے لیے کھلے رکھے ہوں اس کو وہی دیکھ سکتا ہے جس نے اپنی انکھوں پر مصنوعی پردے نہ ڈالے ہوں</w:t>
      </w:r>
    </w:p>
    <w:p>
      <w:r>
        <w:rPr>
          <w:b/>
        </w:rPr>
        <w:t xml:space="preserve">[2:29:24] </w:t>
      </w:r>
      <w:r>
        <w:t>is ki awaz isi ko sunai de sakti hai jis ne apne kan mein kisi qism ke dot na laga rakhe hon aisay log sachai ki awaz ko pehchan kar is ke agay apne ko dal dein gay aur jis shakhs ka mamla is ke bar aks ho woh chopaiyon ki tarah nasamajh bana rahe ga</w:t>
      </w:r>
    </w:p>
    <w:p>
      <w:pPr>
        <w:jc w:val="right"/>
      </w:pPr>
      <w:r>
        <w:t>اس کی اواز اسی کو سنائی دے سکتی ہے جس نے اپنے کان میں کسی قسم کے ڈاٹ نہ لگا رکھے ہوں ایسے لوگ سچائی کی اواز کو پہچان کر اس کے اگے اپنے کو ڈال دیں گے اور جس شخص کا معاملہ اس کے برعکس ہو وہ چوپائیوں کی طرح ناسمجھ بنا رہے گا</w:t>
      </w:r>
    </w:p>
    <w:p>
      <w:r>
        <w:rPr>
          <w:b/>
        </w:rPr>
        <w:t xml:space="preserve">[2:29:53] </w:t>
      </w:r>
      <w:r>
        <w:t>pahar jaisay dalail ka wazan mehsoos karna bhi is ke liye mumkin na hoga is ke samne khuda ki tajalliyan zahir hongi magar woh is ko dekhne se ajiz hoga is ke pas khuda ka naghma chhera jaye ga magar woh is ko sunne se mehroom rahe ga sachai hamesha bidar logon ko milti hai</w:t>
      </w:r>
    </w:p>
    <w:p>
      <w:pPr>
        <w:jc w:val="right"/>
      </w:pPr>
      <w:r>
        <w:t>پہاڑ جیسے دلائل کا وزن محسوس کرنا بھی اس کے لیے ممکن نہ ہوگا اس کے سامنے خدا کی تجلیاں ظاہر ہوں گی مگر وہ اس کو دیکھنے سے عاجز ہوگا اس کے پاس خدا کا نغمہ چھیڑا جائے گا مگر وہ اس کو سننے سے محروم رہے گا سچائی ہمیشہ بیدار لوگوں کو ملتی ہے</w:t>
      </w:r>
    </w:p>
    <w:p>
      <w:r>
        <w:rPr>
          <w:b/>
        </w:rPr>
        <w:t xml:space="preserve">[2:30:21] </w:t>
      </w:r>
      <w:r>
        <w:t>ghafilon ke liye koi sachai sachai nahi khuda ke baray mein insan ke behraah hone ki wajah aksar yeh hoti hai keh woh khuda ko mantay huay apne zehn mein khuda ki ghalat tasweer bana leta hai woh khuda ki taraf aisi batain mansoob kar deta hai jo is ke shayan shan nahi hain</w:t>
      </w:r>
    </w:p>
    <w:p>
      <w:pPr>
        <w:jc w:val="right"/>
      </w:pPr>
      <w:r>
        <w:t>غافلوں کے لیے کوئی سچائی سچائی نہیں خدا کے بارے میں انسان کے بے راہ ہونے کی وجہ اکثر یہ ہوتی ہے کہ وہ خدا کو مانتے ہوئے اپنے ذہن میں خدا کی غلط تصویر بنا لیتا ہے وہ خدا کی طرف ایسی باتیں منسوب کر دیتا ہے جو اس کے شایان شان نہیں ہیں</w:t>
      </w:r>
    </w:p>
    <w:p>
      <w:r>
        <w:rPr>
          <w:b/>
        </w:rPr>
        <w:t xml:space="preserve">[2:30:49] </w:t>
      </w:r>
      <w:r>
        <w:t>misal ke tor par insanon ke halat par qiyas kar ke khuda ke maqrabin ka aqeedah bana lena badshahon ko dekh kar yeh farz kar lena keh jis tarah badshahon ke naib hotay hain usi tarah khuda ke bhi naib hain</w:t>
      </w:r>
    </w:p>
    <w:p>
      <w:pPr>
        <w:jc w:val="right"/>
      </w:pPr>
      <w:r>
        <w:t>مثلا انسانوں کے حالات پر قیاس کر کے خدا کے مقربین کا عقیدہ بنا لینا بادشاہوں کو دیکھ کر یہ فرض کر لینا کہ جس طرح بادشاہوں کے نائب ہوتے ہیں اسی طرح خدا کے بھی نائب ہیں</w:t>
      </w:r>
    </w:p>
    <w:p>
      <w:r>
        <w:rPr>
          <w:b/>
        </w:rPr>
        <w:t xml:space="preserve">[2:31:11] </w:t>
      </w:r>
      <w:r>
        <w:t>khudai faislay ke baray mein aisa khayal karna jis mein admi ki apni khwahishein to poori ho rahi hon magar woh khawandani adil se mutabiqat na rakhta ho yeh khuda ke namon mein kaji karna hai keh khuda ki taraf aisi batain mansoob ki jayen jo is ki azmat ke shayan shan na hon</w:t>
      </w:r>
    </w:p>
    <w:p>
      <w:pPr>
        <w:jc w:val="right"/>
      </w:pPr>
      <w:r>
        <w:t>خدائی فیصلے کے بارے میں ایسا خیال کرنا جس میں ادمی کی اپنی خواہشیں تو پوری ہو رہی ہوں مگر وہ خداوندی عادل سے مطابقت نہ رکھتا ہو یہ خدا کے ناموں میں کجی کرنا ہے کہ خدا کی طرف ایسی باتیں منسوب کی جائیں جو اس کی عظمت کے شایان شان نہ ہوں</w:t>
      </w:r>
    </w:p>
    <w:p>
      <w:r>
        <w:rPr>
          <w:b/>
        </w:rPr>
        <w:t xml:space="preserve">[2:31:39] </w:t>
      </w:r>
      <w:r>
        <w:t>khuda kisi aadmi ki kajravi par foran us ko nahi pakadta</w:t>
      </w:r>
    </w:p>
    <w:p>
      <w:pPr>
        <w:jc w:val="right"/>
      </w:pPr>
      <w:r>
        <w:t>خدا کسی ادمی کی کجروی پر فورا اس کو نہیں پکڑتا</w:t>
      </w:r>
    </w:p>
    <w:p>
      <w:r>
        <w:rPr>
          <w:b/>
        </w:rPr>
        <w:t xml:space="preserve">[2:31:45] </w:t>
      </w:r>
      <w:r>
        <w:t>is tarah us ko mauqa diya jata hai ke woh ya to khuda ki tanbihat ko dekh kar</w:t>
      </w:r>
    </w:p>
    <w:p>
      <w:pPr>
        <w:jc w:val="right"/>
      </w:pPr>
      <w:r>
        <w:t>اس طرح اس کو موقع دیا جاتا ہے کہ وہ یا تو خدا کی تنبیہات کو دیکھ کر</w:t>
      </w:r>
    </w:p>
    <w:p>
      <w:r>
        <w:rPr>
          <w:b/>
        </w:rPr>
        <w:t xml:space="preserve">[2:31:51] </w:t>
      </w:r>
      <w:r>
        <w:t>sambhal jaye ya mazeed dheet ho kar apne jurm ko poori tarah sabit shuda bana de</w:t>
      </w:r>
    </w:p>
    <w:p>
      <w:pPr>
        <w:jc w:val="right"/>
      </w:pPr>
      <w:r>
        <w:t>سنبھل جائے یا مزید ڈھیٹ ہو کر اپنے جرم کو پوری طرح ثابت شدہ بنا دے</w:t>
      </w:r>
    </w:p>
    <w:p>
      <w:r>
        <w:rPr>
          <w:b/>
        </w:rPr>
        <w:t xml:space="preserve">[2:32:18] </w:t>
      </w:r>
      <w:r>
        <w:t>in huwa illa nadheerum mubeen awalam yanzuroo fi malakootis samawati wal ardi wama khalaqallahu min shai'in wa an'asa an yakoon qad iqtaraba ajaluhum fabi ayyi hadeethim ba'dahu yuminun</w:t>
      </w:r>
    </w:p>
    <w:p>
      <w:pPr>
        <w:jc w:val="right"/>
      </w:pPr>
      <w:r>
        <w:t>ان ہو الا نذیر مبین اولمینظرو فی ملکوت السماوات والارض وما خلق اللہ من شیء وانعس ان یكون قد اقترب اجلهم فبای حديث من بعده یومنون</w:t>
      </w:r>
    </w:p>
    <w:p>
      <w:r>
        <w:rPr>
          <w:b/>
        </w:rPr>
        <w:t xml:space="preserve">[2:32:45] </w:t>
      </w:r>
      <w:r>
        <w:t>man yudlil Allah fala hadi lah</w:t>
      </w:r>
    </w:p>
    <w:p>
      <w:pPr>
        <w:jc w:val="right"/>
      </w:pPr>
      <w:r>
        <w:t>من یضلل اللہ فلا ہادی له</w:t>
      </w:r>
    </w:p>
    <w:p>
      <w:r>
        <w:rPr>
          <w:b/>
        </w:rPr>
        <w:t xml:space="preserve">[2:32:50] </w:t>
      </w:r>
      <w:r>
        <w:t>wayadhirhum fi tughyanihim ya mahoon</w:t>
      </w:r>
    </w:p>
    <w:p>
      <w:pPr>
        <w:jc w:val="right"/>
      </w:pPr>
      <w:r>
        <w:t>ويذرهم فی طغیانهم یعنہون</w:t>
      </w:r>
    </w:p>
    <w:p>
      <w:r>
        <w:rPr>
          <w:b/>
        </w:rPr>
        <w:t xml:space="preserve">[2:32:56] </w:t>
      </w:r>
      <w:r>
        <w:t>yas aloonaka anissaati ayana mirsaha</w:t>
      </w:r>
    </w:p>
    <w:p>
      <w:pPr>
        <w:jc w:val="right"/>
      </w:pPr>
      <w:r>
        <w:t>یسالونک عن الساعه ایان مرساها</w:t>
      </w:r>
    </w:p>
    <w:p>
      <w:r>
        <w:rPr>
          <w:b/>
        </w:rPr>
        <w:t xml:space="preserve">[2:33:02] </w:t>
      </w:r>
      <w:r>
        <w:t>qul innama ilmuha inda rabbi la yujalliha</w:t>
      </w:r>
    </w:p>
    <w:p>
      <w:pPr>
        <w:jc w:val="right"/>
      </w:pPr>
      <w:r>
        <w:t>قل انما علمها عند ربی لا یجلیها</w:t>
      </w:r>
    </w:p>
    <w:p>
      <w:r>
        <w:rPr>
          <w:b/>
        </w:rPr>
        <w:t xml:space="preserve">[2:33:08] </w:t>
      </w:r>
      <w:r>
        <w:t>liwaqtiha illa huwa</w:t>
      </w:r>
    </w:p>
    <w:p>
      <w:pPr>
        <w:jc w:val="right"/>
      </w:pPr>
      <w:r>
        <w:t>لوقتها الا هو</w:t>
      </w:r>
    </w:p>
    <w:p>
      <w:r>
        <w:rPr>
          <w:b/>
        </w:rPr>
        <w:t xml:space="preserve">[2:33:14] </w:t>
      </w:r>
      <w:r>
        <w:t>thuqalat fi samawati wal ardi la tateekum illa baghtah</w:t>
      </w:r>
    </w:p>
    <w:p>
      <w:pPr>
        <w:jc w:val="right"/>
      </w:pPr>
      <w:r>
        <w:t>ثقلت فی السماوات والارض لا تاتیکم الا بغته</w:t>
      </w:r>
    </w:p>
    <w:p>
      <w:r>
        <w:rPr>
          <w:b/>
        </w:rPr>
        <w:t xml:space="preserve">[2:33:21] </w:t>
      </w:r>
      <w:r>
        <w:t>yas aloonaka kaannaka haffiyyun anha</w:t>
      </w:r>
    </w:p>
    <w:p>
      <w:pPr>
        <w:jc w:val="right"/>
      </w:pPr>
      <w:r>
        <w:t>یسالونک کانک حفی عنها</w:t>
      </w:r>
    </w:p>
    <w:p>
      <w:r>
        <w:rPr>
          <w:b/>
        </w:rPr>
        <w:t xml:space="preserve">[2:33:27] </w:t>
      </w:r>
      <w:r>
        <w:t>qul innama ilmuha inda</w:t>
      </w:r>
    </w:p>
    <w:p>
      <w:pPr>
        <w:jc w:val="right"/>
      </w:pPr>
      <w:r>
        <w:t>قل انما علمها عند</w:t>
      </w:r>
    </w:p>
    <w:p>
      <w:r>
        <w:rPr>
          <w:b/>
        </w:rPr>
        <w:t xml:space="preserve">[2:33:31] </w:t>
      </w:r>
      <w:r>
        <w:t>Allah walakin akthar an-nasi la ya'lamoon</w:t>
      </w:r>
    </w:p>
    <w:p>
      <w:pPr>
        <w:jc w:val="right"/>
      </w:pPr>
      <w:r>
        <w:t>اللہ ولكن اکثر الناس لا يعلمون</w:t>
      </w:r>
    </w:p>
    <w:p>
      <w:r>
        <w:rPr>
          <w:b/>
        </w:rPr>
        <w:t xml:space="preserve">[2:33:39] </w:t>
      </w:r>
      <w:r>
        <w:t>qul la amliku linafsi naf'an</w:t>
      </w:r>
    </w:p>
    <w:p>
      <w:pPr>
        <w:jc w:val="right"/>
      </w:pPr>
      <w:r>
        <w:t>قل لا املک لنفسي نفعا</w:t>
      </w:r>
    </w:p>
    <w:p>
      <w:r>
        <w:rPr>
          <w:b/>
        </w:rPr>
        <w:t xml:space="preserve">[2:33:45] </w:t>
      </w:r>
      <w:r>
        <w:t>wala darra illa ma sha'a</w:t>
      </w:r>
    </w:p>
    <w:p>
      <w:pPr>
        <w:jc w:val="right"/>
      </w:pPr>
      <w:r>
        <w:t>ولا ضرا الا ما شاء</w:t>
      </w:r>
    </w:p>
    <w:p>
      <w:r>
        <w:rPr>
          <w:b/>
        </w:rPr>
        <w:t xml:space="preserve">[2:33:50] </w:t>
      </w:r>
      <w:r>
        <w:t>Allah walaw kuntu a'lamul ghayba lastakthartu min al-khairi wama massani as-su'u</w:t>
      </w:r>
    </w:p>
    <w:p>
      <w:pPr>
        <w:jc w:val="right"/>
      </w:pPr>
      <w:r>
        <w:t>الله ولو كنت اعلم الغيب لاستكثرت من الخير وما مسني السوء</w:t>
      </w:r>
    </w:p>
    <w:p>
      <w:r>
        <w:rPr>
          <w:b/>
        </w:rPr>
        <w:t xml:space="preserve">[2:34:03] </w:t>
      </w:r>
      <w:r>
        <w:t>in ana illa nadhir</w:t>
      </w:r>
    </w:p>
    <w:p>
      <w:pPr>
        <w:jc w:val="right"/>
      </w:pPr>
      <w:r>
        <w:t>ان انا الا نذیر</w:t>
      </w:r>
    </w:p>
    <w:p>
      <w:r>
        <w:rPr>
          <w:b/>
        </w:rPr>
        <w:t xml:space="preserve">[2:34:06] </w:t>
      </w:r>
      <w:r>
        <w:t>wa bashir li qawmin yuminun</w:t>
      </w:r>
    </w:p>
    <w:p>
      <w:pPr>
        <w:jc w:val="right"/>
      </w:pPr>
      <w:r>
        <w:t>وبشیر لقوم یومنون</w:t>
      </w:r>
    </w:p>
    <w:p>
      <w:r>
        <w:rPr>
          <w:b/>
        </w:rPr>
        <w:t xml:space="preserve">[2:34:13] </w:t>
      </w:r>
      <w:r>
        <w:t>kya in logon ne ghore nahi kiya keh un ke sathi ko koi junoon nahi hai woh to aik saaf darane wala hai kya unhon ne asmanon aur zameen ke nizam par nazar nahi ki aur jo kuch Allah ne paida kiya hai har cheez se aur is baat par keh shayad un ki muddat qareeb aa gayi ho</w:t>
      </w:r>
    </w:p>
    <w:p>
      <w:pPr>
        <w:jc w:val="right"/>
      </w:pPr>
      <w:r>
        <w:t>کیا ان لوگوں نے غور نہیں کیا کہ ان کے ساتھی کو کوئی جنون نہیں ہے وہ تو ایک صاف ڈرانے والا ہے کیا انہوں نے اسمانوں اور زمین کے نظام پر نظر نہیں کی اور جو کچھ اللہ نے پیدا کیا ہے ہر چیز سے اور اس بات پر کہ شاید ان کی مدت قریب اگئی ہو</w:t>
      </w:r>
    </w:p>
    <w:p>
      <w:r>
        <w:rPr>
          <w:b/>
        </w:rPr>
        <w:t xml:space="preserve">[2:34:41] </w:t>
      </w:r>
      <w:r>
        <w:t>pas is ke baad woh kis baat par iman layengay jis ko Allah behraah kar de us ko koi rah dikhane wala nahi aur woh un ko sarkashi hi mein bhatakta hua chhod deta hai woh tum se qayamat ki babat poochte hain keh is ka wuqoo kab hoga</w:t>
      </w:r>
    </w:p>
    <w:p>
      <w:pPr>
        <w:jc w:val="right"/>
      </w:pPr>
      <w:r>
        <w:t>پس اس کے بعد وہ کس بات پر ایمان لائیں گے جس کو اللہ بے راہ کر دے اس کو کوئی راہ دکھانے والا نہیں اور وہ ان کو سرکشی ہی میں بھٹکتا ہوا چھوڑ دیتا ہے وہ تم سے قیامت کی بابت پوچھتے ہیں کہ اس کا وقوع کب ہوگا</w:t>
      </w:r>
    </w:p>
    <w:p>
      <w:r>
        <w:rPr>
          <w:b/>
        </w:rPr>
        <w:t xml:space="preserve">[2:35:06] </w:t>
      </w:r>
      <w:r>
        <w:t>kaho is ka ilm to mere Rabbi ke pas hai wohi is ke waqt par is ko zahir kare ga woh bhari ho rahi hai asmanon mein aur zameen mein woh jab tum par aaye gi to achank aa jaye gi woh tum se poochte hain goya keh tum is ki tehqeeq kar chukay ho</w:t>
      </w:r>
    </w:p>
    <w:p>
      <w:pPr>
        <w:jc w:val="right"/>
      </w:pPr>
      <w:r>
        <w:t>کہو اس کا علم تو میرے ربی کے پاس ہے وہی اس کے وقت پر اس کو ظاہر کرے گا وہ بھاری ہو رہی ہے اسمانوں میں اور زمین میں وہ جب تم پر ائے گی تو اچانک ا جائے گی وہ تم سے پوچھتے ہیں گویا کہ تم اس کی تحقیق کر چکے ہو</w:t>
      </w:r>
    </w:p>
    <w:p>
      <w:r>
        <w:rPr>
          <w:b/>
        </w:rPr>
        <w:t xml:space="preserve">[2:35:30] </w:t>
      </w:r>
      <w:r>
        <w:t>kaho is ka ilm to bas Allah ke pas hai lekin aksar log nahi jante kaho mein malik nahi apni jaan ke bhale ka aur na boray ka</w:t>
      </w:r>
    </w:p>
    <w:p>
      <w:pPr>
        <w:jc w:val="right"/>
      </w:pPr>
      <w:r>
        <w:t>کہو اس کا علم تو بس اللہ کے پاس ہے لیکن اکثر لوگ نہیں جانتے کہو میں مالک نہیں اپنی جان کے بھلے کا اور نہ برے کا</w:t>
      </w:r>
    </w:p>
    <w:p>
      <w:r>
        <w:rPr>
          <w:b/>
        </w:rPr>
        <w:t xml:space="preserve">[2:35:47] </w:t>
      </w:r>
      <w:r>
        <w:t>magar jo Allah chahe aur agar main ghayb ko janta to main bohat se faide apne liye hasil kar leta aur mujhe koi nuqsan na pohanchta main to mahaz ek darane wala aur khushkhabri sunane wala hoon un logon ke liye jo meri baat manen</w:t>
      </w:r>
    </w:p>
    <w:p>
      <w:pPr>
        <w:jc w:val="right"/>
      </w:pPr>
      <w:r>
        <w:t>مگر جو اللہ چاہے اور اگر میں غیب کو جانتا تو میں بہت سے فائدے اپنے لئے حاصل کر لیتا اور مجھے کوئی نقصان نہ پہنچتا میں تو محض ایک ڈرانے والا اور خوشخبری سنانے والا ہوں ان لوگوں کے لیے جو میری بات مانیں</w:t>
      </w:r>
    </w:p>
    <w:p>
      <w:r>
        <w:rPr>
          <w:b/>
        </w:rPr>
        <w:t xml:space="preserve">[2:36:16] </w:t>
      </w:r>
      <w:r>
        <w:t>tashreeh ba maqsad admi ki sab se bari khusoosiyat yeh hai ke woh ghair maslehat pasand insan hota hai woh waqt ke riwaj se oopar uth kar sochta hai woh mahol mein jame hue masale se beparwah ho kar apna kaam karta hai</w:t>
      </w:r>
    </w:p>
    <w:p>
      <w:pPr>
        <w:jc w:val="right"/>
      </w:pPr>
      <w:r>
        <w:t>تشریح بامقصد ادمی کی سب سے بڑی خصوصیت یہ ہے کہ وہ غیر مصلحت پسند انسان ہوتا ہے وہ وقت کے رواج سے اوپر اٹھ کر سوچتا ہے وہ ماحول میں جمے ہوئے مسالے سے بے پرواہ ہو کر اپنا کام کرتا ہے</w:t>
      </w:r>
    </w:p>
    <w:p>
      <w:r>
        <w:rPr>
          <w:b/>
        </w:rPr>
        <w:t xml:space="preserve">[2:36:40] </w:t>
      </w:r>
      <w:r>
        <w:t>woh ek aisi nishane ki khatir apna jaan o maal sab kuch qurbaan kar deta hai jis ka koi nateeja bazahir is dunya mein milne wala nahi yahi wajah hai ke ba maqsad admi ko aksar apne moasreen ki taraf se jo sab se bara khitab milta hai woh majnoon hai</w:t>
      </w:r>
    </w:p>
    <w:p>
      <w:pPr>
        <w:jc w:val="right"/>
      </w:pPr>
      <w:r>
        <w:t>وہ ایک ایسے نشانے کی خاطر اپنا جان و مال سب کچھ قربان کر دیتا ہے جس کا کوئی نتیجہ بظاہر اس دنیا میں ملنے والا نہیں یہی وجہ ہے کہ بامقصد ادمی کو اکثر اپنے معاصرین کی طرف سے جو سب سے بڑا خطاب ملتا ہے وہ مجنون ہے</w:t>
      </w:r>
    </w:p>
    <w:p>
      <w:r>
        <w:rPr>
          <w:b/>
        </w:rPr>
        <w:t xml:space="preserve">[2:37:06] </w:t>
      </w:r>
      <w:r>
        <w:t>Khuda ka peghambar apne waqt ka sab se bara ba maqsad insan hota hai is liye Khuda ke peghambaron ko har zamane ke logon ne yahi kaha ke yeh majnoon ho gaye hain</w:t>
      </w:r>
    </w:p>
    <w:p>
      <w:pPr>
        <w:jc w:val="right"/>
      </w:pPr>
      <w:r>
        <w:t>خدا کا پیغمبر اپنے وقت کا سب سے بڑا بامقصد انسان ہوتا ہے اس لیے خدا کے پیغمبروں کو ہر زمانے کے لوگوں نے یہی کہا کہ یہ مجنون ہو گئے ہیں</w:t>
      </w:r>
    </w:p>
    <w:p>
      <w:r>
        <w:rPr>
          <w:b/>
        </w:rPr>
        <w:t xml:space="preserve">[2:37:22] </w:t>
      </w:r>
      <w:r>
        <w:t>Khuda ke deen ke daai ko majnoon kehna tamam zulmon mein sab se bara zulm hai</w:t>
      </w:r>
    </w:p>
    <w:p>
      <w:pPr>
        <w:jc w:val="right"/>
      </w:pPr>
      <w:r>
        <w:t>خدا کے دین کے داعی کو مجنون کہنا تمام ظلموں میں سب سے بڑا ظلم ہے</w:t>
      </w:r>
    </w:p>
    <w:p>
      <w:r>
        <w:rPr>
          <w:b/>
        </w:rPr>
        <w:t xml:space="preserve">[2:37:28] </w:t>
      </w:r>
      <w:r>
        <w:t>kyun ke woh jis paigham ko le kar uthta hai woh ek aisa paigham hai jis ki tasdeeq tamam zameen o asman kar rahe hon woh aise Khuda ki taraf bulata hai jo apni kainaati takhleeqat mein har taraf intehai had tak numayan hai</w:t>
      </w:r>
    </w:p>
    <w:p>
      <w:pPr>
        <w:jc w:val="right"/>
      </w:pPr>
      <w:r>
        <w:t>کیونکہ وہ جس پیغام کو لے کر اٹھتا ہے وہ ایک ایسا پیغام ہے جس کی تصدیق تمام زمین و اسمان کر رہے ہوں وہ ایسے خدا کی طرف بلاتا ہے جو اپنی کائناتی تخلیقات میں ہر طرف انتہائی حد تک نمایاں ہے</w:t>
      </w:r>
    </w:p>
    <w:p>
      <w:r>
        <w:rPr>
          <w:b/>
        </w:rPr>
        <w:t xml:space="preserve">[2:37:51] </w:t>
      </w:r>
      <w:r>
        <w:t>woh aisi akhirat ki khabar deta hai jo zameen o aasman mein isi tarah sangin haqeeqat bani hui</w:t>
      </w:r>
    </w:p>
    <w:p>
      <w:pPr>
        <w:jc w:val="right"/>
      </w:pPr>
      <w:r>
        <w:t>وہ ایسی اخرت کی خبر دیتا ہے جو زمین و اسمان میں اسی طرح سنگین حقیقت بنی ہوئی</w:t>
      </w:r>
    </w:p>
    <w:p>
      <w:r>
        <w:rPr>
          <w:b/>
        </w:rPr>
        <w:t xml:space="preserve">[2:37:59] </w:t>
      </w:r>
      <w:r>
        <w:t>hai jis tarah kisi maa ke pait mein poora hamal</w:t>
      </w:r>
    </w:p>
    <w:p>
      <w:pPr>
        <w:jc w:val="right"/>
      </w:pPr>
      <w:r>
        <w:t>ہے جس طرح کسی ماں کے پیٹ میں پورا حمل</w:t>
      </w:r>
    </w:p>
    <w:p>
      <w:r>
        <w:rPr>
          <w:b/>
        </w:rPr>
        <w:t xml:space="preserve">[2:38:06] </w:t>
      </w:r>
      <w:r>
        <w:t>log haq ke baray mein sanjeeda nahi is liye haq ki khatir jaan khapane wala unhein majnoon dikhai</w:t>
      </w:r>
    </w:p>
    <w:p>
      <w:pPr>
        <w:jc w:val="right"/>
      </w:pPr>
      <w:r>
        <w:t>لوگ حق کے بارے میں سنجیدہ نہیں اس لیے حق کی خاطر جان کھپانے والا انہیں مجنون دکھائی</w:t>
      </w:r>
    </w:p>
    <w:p>
      <w:r>
        <w:rPr>
          <w:b/>
        </w:rPr>
        <w:t xml:space="preserve">[2:38:14] </w:t>
      </w:r>
      <w:r>
        <w:t>deta hai agar woh haq ki qadar o qeemat ko jante to kabhi aisa na kehte</w:t>
      </w:r>
    </w:p>
    <w:p>
      <w:pPr>
        <w:jc w:val="right"/>
      </w:pPr>
      <w:r>
        <w:t>دیتا ہے اگر وہ حق کی قدر و قیمت کو جانتے تو کبھی ایسا نہ کہتے</w:t>
      </w:r>
    </w:p>
    <w:p>
      <w:r>
        <w:rPr>
          <w:b/>
        </w:rPr>
        <w:t xml:space="preserve">[2:38:25] </w:t>
      </w:r>
      <w:r>
        <w:t>qayamat kis tareekh ko aye gi is qism ke sawalat ghair sanjeeda zehn se nikle hue sawalat hain qayamat ko manane ka inhisaar qayamat ke haq mein usooli daleel par hai na ke is baat par ke qayamat ki tareekh mutayyan surat mein bata di jaye</w:t>
      </w:r>
    </w:p>
    <w:p>
      <w:pPr>
        <w:jc w:val="right"/>
      </w:pPr>
      <w:r>
        <w:t>قیامت کس تاریخ کو ائے گی اس قسم کے سوالات غیر سنجیدہ ذہن سے نکلے ہوئے سوالات ہیں قیامت کو ماننے کا انحصار قیامت کے حق میں اصولی دلیل پر ہے نہ کہ اس بات پر کہ قیامت کی تاریخ متعین صورت میں بتا دی جائے</w:t>
      </w:r>
    </w:p>
    <w:p>
      <w:r>
        <w:rPr>
          <w:b/>
        </w:rPr>
        <w:t xml:space="preserve">[2:38:47] </w:t>
      </w:r>
      <w:r>
        <w:t>jab yeh dunya dar ul imtehan hai to yahan qayamat ko tanbeeh ki zaban mein bataya jaye ga na ke hisabi taayun ki zaban mein</w:t>
      </w:r>
    </w:p>
    <w:p>
      <w:pPr>
        <w:jc w:val="right"/>
      </w:pPr>
      <w:r>
        <w:t>جب یہ دنیا دارالامتحان ہے تو یہاں قیامت کو تنبیہ کی زبان میں بتایا جائے گا نہ کہ حسابی تعین کی زبان میں</w:t>
      </w:r>
    </w:p>
    <w:p>
      <w:r>
        <w:rPr>
          <w:b/>
        </w:rPr>
        <w:t xml:space="preserve">[2:39:14] </w:t>
      </w:r>
      <w:r>
        <w:t>min nafs wahidatin wa ja'ala minha zawjaha li yaskuna ilayha falamma taghashaha hamalat hamlan khafeefan</w:t>
      </w:r>
    </w:p>
    <w:p>
      <w:pPr>
        <w:jc w:val="right"/>
      </w:pPr>
      <w:r>
        <w:t>من نفس واحده وجعل منها زوجہ لیسکن اليها فلما تغشاها حملت حملا خفیفا</w:t>
      </w:r>
    </w:p>
    <w:p>
      <w:r>
        <w:rPr>
          <w:b/>
        </w:rPr>
        <w:t xml:space="preserve">[2:39:20] </w:t>
      </w:r>
      <w:r>
        <w:t>famurrat bihi falamma</w:t>
      </w:r>
    </w:p>
    <w:p>
      <w:pPr>
        <w:jc w:val="right"/>
      </w:pPr>
      <w:r>
        <w:t>فمرت به فلما</w:t>
      </w:r>
    </w:p>
    <w:p>
      <w:r>
        <w:rPr>
          <w:b/>
        </w:rPr>
        <w:t xml:space="preserve">[2:39:26] </w:t>
      </w:r>
      <w:r>
        <w:t>athqala da'awa rabbahuma la in ataytana salihan lanakunnana</w:t>
      </w:r>
    </w:p>
    <w:p>
      <w:pPr>
        <w:jc w:val="right"/>
      </w:pPr>
      <w:r>
        <w:t>اثقل دعوا اللہ ربهما لئن اتيتنا صالحا لنكونن</w:t>
      </w:r>
    </w:p>
    <w:p>
      <w:r>
        <w:rPr>
          <w:b/>
        </w:rPr>
        <w:t xml:space="preserve">[2:39:34] </w:t>
      </w:r>
      <w:r>
        <w:t>min ash-shakireen falamma</w:t>
      </w:r>
    </w:p>
    <w:p>
      <w:pPr>
        <w:jc w:val="right"/>
      </w:pPr>
      <w:r>
        <w:t>من الشاكرين فلما</w:t>
      </w:r>
    </w:p>
    <w:p>
      <w:r>
        <w:rPr>
          <w:b/>
        </w:rPr>
        <w:t xml:space="preserve">[2:39:42] </w:t>
      </w:r>
      <w:r>
        <w:t>atahumā salihan ja'ala lahū shurakā'a</w:t>
      </w:r>
    </w:p>
    <w:p>
      <w:pPr>
        <w:jc w:val="right"/>
      </w:pPr>
      <w:r>
        <w:t>اتاهما صالحا جعلا له شركاء</w:t>
      </w:r>
    </w:p>
    <w:p>
      <w:r>
        <w:rPr>
          <w:b/>
        </w:rPr>
        <w:t xml:space="preserve">[2:39:48] </w:t>
      </w:r>
      <w:r>
        <w:t>fima atāhumā fata'ala Allahu 'amma yushrikun</w:t>
      </w:r>
    </w:p>
    <w:p>
      <w:pPr>
        <w:jc w:val="right"/>
      </w:pPr>
      <w:r>
        <w:t>فيما اتاهما فتعالى الله عما يشركون</w:t>
      </w:r>
    </w:p>
    <w:p>
      <w:r>
        <w:rPr>
          <w:b/>
        </w:rPr>
        <w:t xml:space="preserve">[2:39:59] </w:t>
      </w:r>
      <w:r>
        <w:t>ashrakun</w:t>
      </w:r>
    </w:p>
    <w:p>
      <w:pPr>
        <w:jc w:val="right"/>
      </w:pPr>
      <w:r>
        <w:t>اشركون</w:t>
      </w:r>
    </w:p>
    <w:p>
      <w:r>
        <w:rPr>
          <w:b/>
        </w:rPr>
        <w:t xml:space="preserve">[2:40:01] </w:t>
      </w:r>
      <w:r>
        <w:t>ma la yakhluqu shay'an wa hum yukhlaqun</w:t>
      </w:r>
    </w:p>
    <w:p>
      <w:pPr>
        <w:jc w:val="right"/>
      </w:pPr>
      <w:r>
        <w:t>ما لا يخلق شيئا وهم يخلقون</w:t>
      </w:r>
    </w:p>
    <w:p>
      <w:r>
        <w:rPr>
          <w:b/>
        </w:rPr>
        <w:t xml:space="preserve">[2:40:07] </w:t>
      </w:r>
      <w:r>
        <w:t>wa la yastati'una lahum nasran</w:t>
      </w:r>
    </w:p>
    <w:p>
      <w:pPr>
        <w:jc w:val="right"/>
      </w:pPr>
      <w:r>
        <w:t>ولا يستطيعون لهم نصرا</w:t>
      </w:r>
    </w:p>
    <w:p>
      <w:r>
        <w:rPr>
          <w:b/>
        </w:rPr>
        <w:t xml:space="preserve">[2:40:11] </w:t>
      </w:r>
      <w:r>
        <w:t>wa la anfusahum yansurun</w:t>
      </w:r>
    </w:p>
    <w:p>
      <w:pPr>
        <w:jc w:val="right"/>
      </w:pPr>
      <w:r>
        <w:t>ولا انفسهم ينصرون</w:t>
      </w:r>
    </w:p>
    <w:p>
      <w:r>
        <w:rPr>
          <w:b/>
        </w:rPr>
        <w:t xml:space="preserve">[2:40:19] </w:t>
      </w:r>
      <w:r>
        <w:t>wa in tad'uhum ila al-huda la yattabi'ukum</w:t>
      </w:r>
    </w:p>
    <w:p>
      <w:pPr>
        <w:jc w:val="right"/>
      </w:pPr>
      <w:r>
        <w:t>وان تدعوهم الى الهدى لا يتبعوكم</w:t>
      </w:r>
    </w:p>
    <w:p>
      <w:r>
        <w:rPr>
          <w:b/>
        </w:rPr>
        <w:t xml:space="preserve">[2:40:26] </w:t>
      </w:r>
      <w:r>
        <w:t>sawa'un 'alaykum ada'atumuhum</w:t>
      </w:r>
    </w:p>
    <w:p>
      <w:pPr>
        <w:jc w:val="right"/>
      </w:pPr>
      <w:r>
        <w:t>سواء عليكم ادعوتموهم</w:t>
      </w:r>
    </w:p>
    <w:p>
      <w:r>
        <w:rPr>
          <w:b/>
        </w:rPr>
        <w:t xml:space="preserve">[2:40:31] </w:t>
      </w:r>
      <w:r>
        <w:t>am antum samitun</w:t>
      </w:r>
    </w:p>
    <w:p>
      <w:pPr>
        <w:jc w:val="right"/>
      </w:pPr>
      <w:r>
        <w:t>ام انتم صامتون</w:t>
      </w:r>
    </w:p>
    <w:p>
      <w:r>
        <w:rPr>
          <w:b/>
        </w:rPr>
        <w:t xml:space="preserve">[2:40:36] </w:t>
      </w:r>
      <w:r>
        <w:t>allatheena tad oona min dooni Allah abadoon amthalukum fad oohum fal yastajeebo lakum in kuntum sadiqeen</w:t>
      </w:r>
    </w:p>
    <w:p>
      <w:pPr>
        <w:jc w:val="right"/>
      </w:pPr>
      <w:r>
        <w:t>ان الذين تدعون من دون الله عباد امثالكم فادعوهم فليستجيبوا لكم ان كنتم صادقين</w:t>
      </w:r>
    </w:p>
    <w:p>
      <w:r>
        <w:rPr>
          <w:b/>
        </w:rPr>
        <w:t xml:space="preserve">[2:40:53] </w:t>
      </w:r>
      <w:r>
        <w:t>wohi hai jis ne tum ko paida kiya ek jaan se aur usi se banaya uska joora taake us ke paas sukoon hasil kare</w:t>
      </w:r>
    </w:p>
    <w:p>
      <w:pPr>
        <w:jc w:val="right"/>
      </w:pPr>
      <w:r>
        <w:t>وہی ہے جس نے تم کو پیدا کیا ایک جان سے اور اسی سے بنایا اس کا جوڑا تاکہ اس کے پاس سکون حاصل کرے</w:t>
      </w:r>
    </w:p>
    <w:p>
      <w:r>
        <w:rPr>
          <w:b/>
        </w:rPr>
        <w:t xml:space="preserve">[2:41:05] </w:t>
      </w:r>
      <w:r>
        <w:t>phir jab mard ne aurat ko dhank liya to us ko ek halka sa hamal reh gaya phir woh us ko liye phirti rahi phir jab woh boojhal ho gayi to dono ne mil kar Allah apne Rab se dua ki agar tu ne hamein tandurust aulad di to hum tere shukr guzar rahen ge</w:t>
      </w:r>
    </w:p>
    <w:p>
      <w:pPr>
        <w:jc w:val="right"/>
      </w:pPr>
      <w:r>
        <w:t>پھر جب مرد نے عورت کو ڈھانک لیا تو اس کو ایک ہلکا سا حمل رہ گیا پھر وہ اس کو لیے پھرتی رہی پھر جب وہ بوجھل ہو گئی تو دونوں نے مل کر اللہ اپنے رب سے دعا کی اگر تو نے ہمیں تندرست اولاد دی تو ہم تیرے شکر گزار رہیں گے</w:t>
      </w:r>
    </w:p>
    <w:p>
      <w:r>
        <w:rPr>
          <w:b/>
        </w:rPr>
        <w:t xml:space="preserve">[2:41:30] </w:t>
      </w:r>
      <w:r>
        <w:t>magar jab Allah ne un ko tandurust aulad de di to woh us ki bakhshi hui cheez mein doosron ko uska shareek thehrane lage Allah bartar hai un mushrikana baaton se jo yeh log karte hain kya woh shareek banate hain aison ko jo kisi cheez ko paida nahi karte</w:t>
      </w:r>
    </w:p>
    <w:p>
      <w:pPr>
        <w:jc w:val="right"/>
      </w:pPr>
      <w:r>
        <w:t>مگر جب اللہ نے ان کو تندرست اولاد دے دی تو وہ اس کی بخشی ہوئی چیز میں دوسروں کو اس کا شریک ٹھہرانے لگے اللہ برتر ہے ان مشرکانہ باتوں سے جو یہ لوگ کرتے ہیں کیا وہ شریک بناتے ہیں ایسوں کو جو کسی چیز کو پیدا نہیں کرتے</w:t>
      </w:r>
    </w:p>
    <w:p>
      <w:r>
        <w:rPr>
          <w:b/>
        </w:rPr>
        <w:t xml:space="preserve">[2:41:57] </w:t>
      </w:r>
      <w:r>
        <w:t>balkeh woh khud makhlooq hain aur woh na un ki kisi qism ki madad kar sakte hain aur na apni hi madad kar sakte hain aur agar tum un ko rehnumai ke liye pukaaro to woh tumhari pukar par na chalenge barabar hai khwah tum un ko pukaaro ya tum khamosh raho jin ko tum Allah ke siwa pukaarte ho woh tumhare hi jaise bande hain</w:t>
      </w:r>
    </w:p>
    <w:p>
      <w:pPr>
        <w:jc w:val="right"/>
      </w:pPr>
      <w:r>
        <w:t>بلکہ وہ خود مخلوق ہیں اور وہ نہ ان کی کسی قسم کی مدد کر سکتے ہیں اور نہ اپنی ہی مدد کر سکتے ہیں اور اگر تم ان کو رہنمائی کے لیے پکارو تو وہ تمہاری پکار پر نہ چلیں گے برابر ہے خواہ تم ان کو پکارو یا تم خاموش رہو جن کو تم اللہ کے سوا پکارتے ہو وہ تمہارے ہی جیسے بندے ہیں</w:t>
      </w:r>
    </w:p>
    <w:p>
      <w:r>
        <w:rPr>
          <w:b/>
        </w:rPr>
        <w:t xml:space="preserve">[2:42:26] </w:t>
      </w:r>
      <w:r>
        <w:t>pas tum un ko pukaaro woh tumhein jawab den agar tum sachche ho</w:t>
      </w:r>
    </w:p>
    <w:p>
      <w:pPr>
        <w:jc w:val="right"/>
      </w:pPr>
      <w:r>
        <w:t>پس تم ان کو پکارو وہ تمہیں جواب دیں اگر تم سچے ہو</w:t>
      </w:r>
    </w:p>
    <w:p>
      <w:r>
        <w:rPr>
          <w:b/>
        </w:rPr>
        <w:t xml:space="preserve">[2:42:35] </w:t>
      </w:r>
      <w:r>
        <w:t>tashreeh kainat apne khalique ka jo taaruf karati hai woh aisa taaruf hai jo kisi haal mein shirk ke tasawwur ko qabool nahi karta</w:t>
      </w:r>
    </w:p>
    <w:p>
      <w:pPr>
        <w:jc w:val="right"/>
      </w:pPr>
      <w:r>
        <w:t>تشریح کائنات اپنے خالق کا جو تعارف کراتی ہے وہ ایسا تعارف ہے جو کسی حال میں شرک کے تصور کو قبول نہیں کرتا</w:t>
      </w:r>
    </w:p>
    <w:p>
      <w:r>
        <w:rPr>
          <w:b/>
        </w:rPr>
        <w:t xml:space="preserve">[2:42:49] </w:t>
      </w:r>
      <w:r>
        <w:t>kainat mein beshumar ajza alag alag paye jate hain magar tamam ajza mil kar ek ham ahang kul ban jate hain un mein kisi qism ka tazaad ya takrao nahi yeh kamil ham ahangi is ke baghair mumkin nahi ke is dunya ka khalique o malik ek ho aur wohi tanha is ko chala raha ho</w:t>
      </w:r>
    </w:p>
    <w:p>
      <w:pPr>
        <w:jc w:val="right"/>
      </w:pPr>
      <w:r>
        <w:t>کائنات میں بے شمار اجزاء الگ الگ پائے جاتے ہیں مگر تمام اجزاء مل کر ایک ہم اہنگ کل بن جاتے ہیں ان میں کسی قسم کا تضاد یا ٹکراؤ نہیں یہ کامل ہم اہنگی اس کے بغیر ممکن نہیں کہ اس دنیا کا خالق و مالک ایک ہو اور وہی تنہا اس کو چلا رہا ہو</w:t>
      </w:r>
    </w:p>
    <w:p>
      <w:r>
        <w:rPr>
          <w:b/>
        </w:rPr>
        <w:t xml:space="preserve">[2:43:18] </w:t>
      </w:r>
      <w:r>
        <w:t>mard aur aurat ke muamle ko dekhiye ek mard aur ek aurat mein jo kamil mutabiqat hoti hai woh shayad maujooda kainat ka sab se zyada ajeeb waqea hai jis ka tajruba ek shakhs karta hai mard ek munfarid aur mustaqil wajood hai aur aurat us se alag ek mustaqil wajood</w:t>
      </w:r>
    </w:p>
    <w:p>
      <w:pPr>
        <w:jc w:val="right"/>
      </w:pPr>
      <w:r>
        <w:t>مرد اور عورت کے معاملے کو دیکھیے ایک مرد اور ایک عورت میں جو کامل مطابقت ہوتی ہے وہ شاید موجودہ کائنات کا سب سے زیادہ عجیب واقعہ ہے جس کا تجربہ ایک شخص کرتا ہے مرد ایک منفرد اور مستقل وجود ہے اور عورت اس سے الگ ایک مستقل وجود</w:t>
      </w:r>
    </w:p>
    <w:p>
      <w:r>
        <w:rPr>
          <w:b/>
        </w:rPr>
        <w:t xml:space="preserve">[2:43:43] </w:t>
      </w:r>
      <w:r>
        <w:t>magar yeh mard aur aurat jab miyan aur biwi ki hesiyat se ek doosre se milte hain to dono ka wajood is tarah ek doosre mein shamil ho jata hai ke un mein koi doyi baqi nahi rehti har ek ko aisa mehsoos hota hai ke main us ke liye paida kiya gaya hoon aur woh mere liye</w:t>
      </w:r>
    </w:p>
    <w:p>
      <w:pPr>
        <w:jc w:val="right"/>
      </w:pPr>
      <w:r>
        <w:t>مگر یہ مرد اور عورت جب میاں اور بیوی کی حیثیت سے ایک دوسرے سے ملتے ہیں تو دونوں کا وجود اس طرح ایک دوسرے میں شامل ہو جاتا ہے کہ ان میں کوئی دوئی باقی نہیں رہتی ہر ایک کو ایسا محسوس ہوتا ہے کہ میں اس کے لیے پیدا کیا گیا ہوں اور وہ میرے لیے</w:t>
      </w:r>
    </w:p>
    <w:p>
      <w:r>
        <w:rPr>
          <w:b/>
        </w:rPr>
        <w:t xml:space="preserve">[2:44:09] </w:t>
      </w:r>
      <w:r>
        <w:t>dono ke darmiyan yeh gehri sazgaari is baat ka khula hua saboot hai ke ek hi irade ne apne paishgi mansoobe ke tehat dono ko ek khaas dhang par banaya hai kainat mein agar ek se zyada hastiyon ki karfarmayi hoti to do mukhtalif aur mutazaad cheezon ke darmiyan yeh kamil ham ahangi mumkin na hoti</w:t>
      </w:r>
    </w:p>
    <w:p>
      <w:pPr>
        <w:jc w:val="right"/>
      </w:pPr>
      <w:r>
        <w:t>دونوں کے درمیان یہ گہری سازگاری اس بات کا کھلا ہوا ثبوت ہے کہ ایک ہی ارادے نے اپنے پیشگی منصوبے کے تحت دونوں کو ایک خاص ڈھنگ پر بنایا ہے کائنات میں اگر ایک سے زیادہ ہستیوں کی کارفرمائی ہوتی تو دو مختلف اور متضاد چیزوں کے درمیان یہ کامل ہم اہنگی ممکن نہ ہوتی</w:t>
      </w:r>
    </w:p>
    <w:p>
      <w:r>
        <w:rPr>
          <w:b/>
        </w:rPr>
        <w:t xml:space="preserve">[2:44:38] </w:t>
      </w:r>
      <w:r>
        <w:t>magar kaisi ajeeb baat hai ke jis kainat mein tauheed ke itne ziyada dalail maujood hain wahan admi</w:t>
      </w:r>
    </w:p>
    <w:p>
      <w:pPr>
        <w:jc w:val="right"/>
      </w:pPr>
      <w:r>
        <w:t>مگر کیسی عجیب بات ہے کہ جس کائنات میں توحید کے اتنے زیادہ دلائل موجود ہیں وہاں ادمی</w:t>
      </w:r>
    </w:p>
    <w:p>
      <w:r>
        <w:rPr>
          <w:b/>
        </w:rPr>
        <w:t xml:space="preserve">[2:44:49] </w:t>
      </w:r>
      <w:r>
        <w:t>shirk ko apna mazhab banata hai</w:t>
      </w:r>
    </w:p>
    <w:p>
      <w:pPr>
        <w:jc w:val="right"/>
      </w:pPr>
      <w:r>
        <w:t>شرک کو اپنا مذہب بناتا ہے</w:t>
      </w:r>
    </w:p>
    <w:p>
      <w:r>
        <w:rPr>
          <w:b/>
        </w:rPr>
        <w:t xml:space="preserve">[2:44:52] </w:t>
      </w:r>
      <w:r>
        <w:t>do insanon mein wahdat ke karishme se ek teesre bachche ne janam liya magar jab woh paida hogaya</w:t>
      </w:r>
    </w:p>
    <w:p>
      <w:pPr>
        <w:jc w:val="right"/>
      </w:pPr>
      <w:r>
        <w:t>دو انسانوں میں وحدت کے کرشمے سے ایک تیسرے بچے نے جنم لیا مگر جب وہ پیدا ہوگیا</w:t>
      </w:r>
    </w:p>
    <w:p>
      <w:r>
        <w:rPr>
          <w:b/>
        </w:rPr>
        <w:t xml:space="preserve">[2:45:00] </w:t>
      </w:r>
      <w:r>
        <w:t>to kisi ne yeh aqeedah bana liya ke yeh aulad falan zinda ya murda buzurg ki barkat se</w:t>
      </w:r>
    </w:p>
    <w:p>
      <w:pPr>
        <w:jc w:val="right"/>
      </w:pPr>
      <w:r>
        <w:t>تو کسی نے یہ عقیدہ بنا لیا کہ یہ اولاد فلاں زندہ یا مردہ بزرگ کی برکت سے</w:t>
      </w:r>
    </w:p>
    <w:p>
      <w:r>
        <w:rPr>
          <w:b/>
        </w:rPr>
        <w:t xml:space="preserve">[2:45:07] </w:t>
      </w:r>
      <w:r>
        <w:t>hui hai</w:t>
      </w:r>
    </w:p>
    <w:p>
      <w:pPr>
        <w:jc w:val="right"/>
      </w:pPr>
      <w:r>
        <w:t>ہوئی ہے</w:t>
      </w:r>
    </w:p>
    <w:p>
      <w:r>
        <w:rPr>
          <w:b/>
        </w:rPr>
        <w:t xml:space="preserve">[2:45:09] </w:t>
      </w:r>
      <w:r>
        <w:t>kisi ne is ko mafrooha devtaon ki taraf mansoob kar diya kisi ne kaha ke yeh maade ki</w:t>
      </w:r>
    </w:p>
    <w:p>
      <w:pPr>
        <w:jc w:val="right"/>
      </w:pPr>
      <w:r>
        <w:t>کسی نے اس کو مفروضہ دیوتاؤں کی طرف منسوب کر دیا کسی نے کہا کہ یہ مادے کی</w:t>
      </w:r>
    </w:p>
    <w:p>
      <w:r>
        <w:rPr>
          <w:b/>
        </w:rPr>
        <w:t xml:space="preserve">[2:45:18] </w:t>
      </w:r>
      <w:r>
        <w:t>andhi taqaton ke amal aur radd-e-amal ka nateeja hai kisi ne yeh samjha ke yeh khud is</w:t>
      </w:r>
    </w:p>
    <w:p>
      <w:pPr>
        <w:jc w:val="right"/>
      </w:pPr>
      <w:r>
        <w:t>اندھی طاقتوں کے عمل اور رد عمل کا نتیجہ ہے کسی نے یہ سمجھا کہ یہ خود اس</w:t>
      </w:r>
    </w:p>
    <w:p>
      <w:r>
        <w:rPr>
          <w:b/>
        </w:rPr>
        <w:t xml:space="preserve">[2:45:26] </w:t>
      </w:r>
      <w:r>
        <w:t>ki apni kamai hai jo ek khoobsurat bache ki surat mein us ko hasil hui hai</w:t>
      </w:r>
    </w:p>
    <w:p>
      <w:pPr>
        <w:jc w:val="right"/>
      </w:pPr>
      <w:r>
        <w:t>کی اپنی کمائی ہے جو ایک خوبصورت بچے کی صورت میں اس کو حاصل ہوئی ہے</w:t>
      </w:r>
    </w:p>
    <w:p>
      <w:r>
        <w:rPr>
          <w:b/>
        </w:rPr>
        <w:t xml:space="preserve">[2:45:46] </w:t>
      </w:r>
      <w:r>
        <w:t>am lahum aydin yubtusuna biha am lahum a'yun</w:t>
      </w:r>
    </w:p>
    <w:p>
      <w:pPr>
        <w:jc w:val="right"/>
      </w:pPr>
      <w:r>
        <w:t>ام لهم ایدی یبطشون بها ام لهم اعین</w:t>
      </w:r>
    </w:p>
    <w:p>
      <w:r>
        <w:rPr>
          <w:b/>
        </w:rPr>
        <w:t xml:space="preserve">[2:45:48] </w:t>
      </w:r>
      <w:r>
        <w:t>yubsiruna biha am lahum a'yun</w:t>
      </w:r>
    </w:p>
    <w:p>
      <w:pPr>
        <w:jc w:val="right"/>
      </w:pPr>
      <w:r>
        <w:t>یبصرون بها ام لهم اعین</w:t>
      </w:r>
    </w:p>
    <w:p>
      <w:r>
        <w:rPr>
          <w:b/>
        </w:rPr>
        <w:t xml:space="preserve">[2:45:54] </w:t>
      </w:r>
      <w:r>
        <w:t>yubsiruna biha am lahum athan yasma'una biha</w:t>
      </w:r>
    </w:p>
    <w:p>
      <w:pPr>
        <w:jc w:val="right"/>
      </w:pPr>
      <w:r>
        <w:t>یبصرون بها ام لهم اذان یسمعون بها</w:t>
      </w:r>
    </w:p>
    <w:p>
      <w:r>
        <w:rPr>
          <w:b/>
        </w:rPr>
        <w:t xml:space="preserve">[2:46:02] </w:t>
      </w:r>
      <w:r>
        <w:t>walad'u shuraka'akum thumma</w:t>
      </w:r>
    </w:p>
    <w:p>
      <w:pPr>
        <w:jc w:val="right"/>
      </w:pPr>
      <w:r>
        <w:t>ولیدعو شرکاءکم ثم</w:t>
      </w:r>
    </w:p>
    <w:p>
      <w:r>
        <w:rPr>
          <w:b/>
        </w:rPr>
        <w:t xml:space="preserve">[2:46:08] </w:t>
      </w:r>
      <w:r>
        <w:t>kaydun fala tunthirun</w:t>
      </w:r>
    </w:p>
    <w:p>
      <w:pPr>
        <w:jc w:val="right"/>
      </w:pPr>
      <w:r>
        <w:t>کیدون فلا تنظرون</w:t>
      </w:r>
    </w:p>
    <w:p>
      <w:r>
        <w:rPr>
          <w:b/>
        </w:rPr>
        <w:t xml:space="preserve">[2:46:13] </w:t>
      </w:r>
      <w:r>
        <w:t>inna waliyallahu alladhi nazzala alkitaba wahuwa yatawalla al-salihin</w:t>
      </w:r>
    </w:p>
    <w:p>
      <w:pPr>
        <w:jc w:val="right"/>
      </w:pPr>
      <w:r>
        <w:t>ان ولی اللہ الذی نزل الکتاب وهو يتولى الصالحین</w:t>
      </w:r>
    </w:p>
    <w:p>
      <w:r>
        <w:rPr>
          <w:b/>
        </w:rPr>
        <w:t xml:space="preserve">[2:46:23] </w:t>
      </w:r>
      <w:r>
        <w:t>walladhina tad'una min dunih la yastati'una</w:t>
      </w:r>
    </w:p>
    <w:p>
      <w:pPr>
        <w:jc w:val="right"/>
      </w:pPr>
      <w:r>
        <w:t>والذین تدعون من دونہ لا یستطيعون</w:t>
      </w:r>
    </w:p>
    <w:p>
      <w:r>
        <w:rPr>
          <w:b/>
        </w:rPr>
        <w:t xml:space="preserve">[2:46:29] </w:t>
      </w:r>
      <w:r>
        <w:t>nasrakum wala anfusahum</w:t>
      </w:r>
    </w:p>
    <w:p>
      <w:pPr>
        <w:jc w:val="right"/>
      </w:pPr>
      <w:r>
        <w:t>نصركم ولا انفسهم</w:t>
      </w:r>
    </w:p>
    <w:p>
      <w:r>
        <w:rPr>
          <w:b/>
        </w:rPr>
        <w:t xml:space="preserve">[2:46:34] </w:t>
      </w:r>
      <w:r>
        <w:t>yansuroon wa in tad'uuhum ila al-huda la yasma'oon wa tarahum yanzuroon ilaika wa hum la yubsiroon</w:t>
      </w:r>
    </w:p>
    <w:p>
      <w:pPr>
        <w:jc w:val="right"/>
      </w:pPr>
      <w:r>
        <w:t>ينصرون وان تدعوهم الى الهدى لا یسمعون وتراهم ينظرون الیک وهم لا یبصرون</w:t>
      </w:r>
    </w:p>
    <w:p>
      <w:r>
        <w:rPr>
          <w:b/>
        </w:rPr>
        <w:t xml:space="preserve">[2:46:51] </w:t>
      </w:r>
      <w:r>
        <w:t>kya un ke paon hain ke un se chalen kya un ke hath hain ke un se pakaren kya un ki ankhain hain ke un se dekhen kya un ke kan hain ke un se sunen kaho tum apne shareekon ko bulao phir tum log mere khilaf tadabeeren karo aur mujhe mahlat na do</w:t>
      </w:r>
    </w:p>
    <w:p>
      <w:pPr>
        <w:jc w:val="right"/>
      </w:pPr>
      <w:r>
        <w:t>کیا ان کے پاؤں ہیں کہ ان سے چلیں کیا ان کے ہاتھ ہیں کہ ان سے پکڑیں کیا ان کی انکھیں ہیں کہ ان سے دیکھیں کیا ان کے کان ہیں کہ ان سے سنیں کہو تم اپنے شریکوں کو بلاؤ پھر تم لوگ میرے خلاف تدبیریں کرو اور مجھے مہلت نہ دو</w:t>
      </w:r>
    </w:p>
    <w:p>
      <w:r>
        <w:rPr>
          <w:b/>
        </w:rPr>
        <w:t xml:space="preserve">[2:47:21] </w:t>
      </w:r>
      <w:r>
        <w:t>yaqeenan mera karsaz Allah hai jis ne kitab utari hai aur woh karsazi karta hai nek bondon ki aur jin ko tum us ke siwa pukarte ho woh na tumhari madad kar sakte hain aur na apni hi madad kar sakte hain</w:t>
      </w:r>
    </w:p>
    <w:p>
      <w:pPr>
        <w:jc w:val="right"/>
      </w:pPr>
      <w:r>
        <w:t>یقینا میرا کارساز اللہ ہے جس نے کتاب اتاری ہے اور وہ کارسازی کرتا ہے نیک بندوں کی اور جن کو تم اس کے سوا پکارتے ہو وہ نہ تمہاری مدد کر سکتے ہیں اور نہ اپنی ہی مدد کر سکتے ہیں</w:t>
      </w:r>
    </w:p>
    <w:p>
      <w:r>
        <w:rPr>
          <w:b/>
        </w:rPr>
        <w:t xml:space="preserve">[2:47:44] </w:t>
      </w:r>
      <w:r>
        <w:t>aur agar tum un ko rastay ki taraf pukaro to woh tumhari baat na sunen ge aur tum ko nazar aata hai ke woh tumhari taraf dekh rahe hain magar woh kuch nahi dekhte</w:t>
      </w:r>
    </w:p>
    <w:p>
      <w:pPr>
        <w:jc w:val="right"/>
      </w:pPr>
      <w:r>
        <w:t>اور اگر تم ان کو راستے کی طرف پکارو تو وہ تمہاری بات نہ سنیں گے اور تم کو نظر اتا ہے کہ وہ تمہاری طرف دیکھ رہے ہیں مگر وہ کچھ نہیں دیکھتے</w:t>
      </w:r>
    </w:p>
    <w:p>
      <w:r>
        <w:rPr>
          <w:b/>
        </w:rPr>
        <w:t xml:space="preserve">[2:48:02] </w:t>
      </w:r>
      <w:r>
        <w:t>tashreeh but parast log pathar ya dhat ki jo moortiyan banate hain is ka falsafa yeh bayan kiya jata hai ke yeh kharji mazahir hain jin ke andar un ka mazloomah devta halool karaya hai in mazahir ki parastish un ke nazdeek un ma'boodon ki parastish hai jin ki woh mehsoos alamaten hain</w:t>
      </w:r>
    </w:p>
    <w:p>
      <w:pPr>
        <w:jc w:val="right"/>
      </w:pPr>
      <w:r>
        <w:t>تشریح بت پرست لوگ پتھر یا دھات کی جو مورتیاں بناتے ہیں اس کا فلسفہ یہ بیان کیا جاتا ہے کہ یہ خارجی مظاہر ہیں جن کے اندر ان کا مظلومہ دیوتا حلول کرایا ہے ان مظاہر کی پرستش ان کے نزدیک ان معبودوں کی پرستش ہے جن کی وہ محسوس علامتیں ہیں</w:t>
      </w:r>
    </w:p>
    <w:p>
      <w:r>
        <w:rPr>
          <w:b/>
        </w:rPr>
        <w:t xml:space="preserve">[2:48:30] </w:t>
      </w:r>
      <w:r>
        <w:t>tahum awam ke satah par amalan but parasti jo shakal ikhtiyar karti hai woh yeh ke log khud in moortiyon ko muqaddas samajhne lagte hain</w:t>
      </w:r>
    </w:p>
    <w:p>
      <w:pPr>
        <w:jc w:val="right"/>
      </w:pPr>
      <w:r>
        <w:t>تاہم عوام کے سطح پر عملا بت پرستی جو شکل اختیار کرتی ہے وہ یہ کہ لوگ خود ان مورتیوں کو مقدس سمجھنے لگتے ہیں</w:t>
      </w:r>
    </w:p>
    <w:p>
      <w:r>
        <w:rPr>
          <w:b/>
        </w:rPr>
        <w:t xml:space="preserve">[2:48:42] </w:t>
      </w:r>
      <w:r>
        <w:t>in beton mein na chalne ki taqat hoti na pakarne ki na dekhne ki aur na sunne ki magar wahmi insan in ki babat yeh farz kar leta hai ke woh is ke kaam aayen ge aur is ki hajatain poori karen ge taham yeh mamla sirf maroof qism ke beton ka nahi hai</w:t>
      </w:r>
    </w:p>
    <w:p>
      <w:pPr>
        <w:jc w:val="right"/>
      </w:pPr>
      <w:r>
        <w:t>ان بتوں میں نہ چلنے کی طاقت ہوتی نہ پکڑنے کی نہ دیکھنے کی اور نہ سننے کی مگر وہمی انسان ان کی بابت یہ فرض کر لیتا ہے کہ وہ اس کے کام ائیں گے اور اس کی حاجتیں پوری کریں گے تاہم یہ معاملہ صرف معروف قسم کے بتوں کا نہیں ہے</w:t>
      </w:r>
    </w:p>
    <w:p>
      <w:r>
        <w:rPr>
          <w:b/>
        </w:rPr>
        <w:t xml:space="preserve">[2:49:09] </w:t>
      </w:r>
      <w:r>
        <w:t>un ke siwa jin cheezon ko insan ma'boodiyat ka darja deta hai un ka hal bhi yahi hai watan aur qom se le kar zinda ya murda shakhsiyaton tak jin jin cheezon se bhi woh jazbat wabasta kiye jate hain jo sirf aik Khuda ka haq hain un ki haqeeqat kya hai un mein se kisi ke pas bhi koi zaati taqat nahi</w:t>
      </w:r>
    </w:p>
    <w:p>
      <w:pPr>
        <w:jc w:val="right"/>
      </w:pPr>
      <w:r>
        <w:t>ان کے سوا جن چیزوں کو انسان معبودیت کا درجہ دیتا ہے ان کا حال بھی یہی ہے وطن اور قوم سے لے کر زندہ یا مردہ شخصیتوں تک جن جن چیزوں سے بھی وہ جذبات وابستہ کیے جاتے ہیں جو صرف ایک خدا کا حق ہیں ان کی حقیقت کیا ہے ان میں سے کسی کے پاس بھی کوئی ذاتی طاقت نہیں</w:t>
      </w:r>
    </w:p>
    <w:p>
      <w:r>
        <w:rPr>
          <w:b/>
        </w:rPr>
        <w:t xml:space="preserve">[2:49:38] </w:t>
      </w:r>
      <w:r>
        <w:t>koi bhi paon ya hath ya ankh wala aisa nahi ke jis ke paon aur hath aur ankh us ke apne hon har paon wale ke pas diya hua paon hai aur agar is ka paon chhan jaye to woh us ko dobara wapas nahi la sakta</w:t>
      </w:r>
    </w:p>
    <w:p>
      <w:pPr>
        <w:jc w:val="right"/>
      </w:pPr>
      <w:r>
        <w:t>کوئی بھی پاؤں یا ہاتھ یا انکھ والا ایسا نہیں کہ جس کے پاؤں اور ہاتھ اور انکھ اس کے اپنے ہوں ہر پاؤں والے کے پاس دیا ہوا پاؤں ہے اور اگر اس کا پاؤں چھن جائے تو وہ اس کو دوبارہ واپس نہیں لا سکتا</w:t>
      </w:r>
    </w:p>
    <w:p>
      <w:r>
        <w:rPr>
          <w:b/>
        </w:rPr>
        <w:t xml:space="preserve">[2:50:00] </w:t>
      </w:r>
      <w:r>
        <w:t>har hath wale ke pas diya hua hath hai aur agar is ka hath baqi nar hai to woh dobara apna hath nahi bana sakta har ankh wale ki ankh di hui ankh hai aur agar is ki ankh jati rahe to is ke liye mumkin nahi ke woh dobara apne liye ankh tayar kar le</w:t>
      </w:r>
    </w:p>
    <w:p>
      <w:pPr>
        <w:jc w:val="right"/>
      </w:pPr>
      <w:r>
        <w:t>ہر ہاتھ والے کے پاس دیا ہوا ہاتھ ہے اور اگر اس کا ہاتھ باقی نر ہے تو وہ دوبارہ اپنا ہاتھ نہیں بنا سکتا ہر انکھ والے کی انکھ دی ہوئی انکھ ہے اور اگر اس کی انکھ جاتی رہے تو اس کے لیے ممکن نہیں کہ وہ دوبارہ اپنے لیے انکھ تیار کر لے</w:t>
      </w:r>
    </w:p>
    <w:p>
      <w:r>
        <w:rPr>
          <w:b/>
        </w:rPr>
        <w:t xml:space="preserve">[2:50:27] </w:t>
      </w:r>
      <w:r>
        <w:t>ghairullah ki parastish karne wale log apne beton ke bharose par hamesha aik Khuda ke parastaroon par zulm karte rahe hain magar yeh log bohat jald jaan len ge ke Khuda ki is dunya mein un ka bharosa kis qadar be bunyad tha</w:t>
      </w:r>
    </w:p>
    <w:p>
      <w:pPr>
        <w:jc w:val="right"/>
      </w:pPr>
      <w:r>
        <w:t>غیر اللہ کی پرستش کرنے والے لوگ اپنے بتوں کے بھروسے پر ہمیشہ ایک خدا کے پرستاروں پر ظلم کرتے رہے ہیں مگر یہ لوگ بہت جلد جان لیں گے کہ خدا کی اس دنیا میں ان کا بھروسہ کس قدر بے بنیاد تھا</w:t>
      </w:r>
    </w:p>
    <w:p>
      <w:r>
        <w:rPr>
          <w:b/>
        </w:rPr>
        <w:t xml:space="preserve">[2:50:46] </w:t>
      </w:r>
      <w:r>
        <w:t>jis Khuda ka zahoor maujooda dunya mein kitab mizaan ki surat mein hua hai is ka zahoor anqareeb adalati mizaan ki surat mein hone wala hai us waqt har admi dekh le ga ke kaam bananay wala sirf Khuda tha agarchay admi apni nadani ki wajah se doosron ko apna kaam bananay wala samajhta raha</w:t>
      </w:r>
    </w:p>
    <w:p>
      <w:pPr>
        <w:jc w:val="right"/>
      </w:pPr>
      <w:r>
        <w:t>جس خدا کا ظہور موجودہ دنیا میں کتاب میزان کی صورت میں ہوا ہے اس کا ظہور عنقریب عدالتی میزان کی صورت میں ہونے والا ہے اس وقت ہر ادمی دیکھ لے گا کہ کام بنانے والا صرف خدا تھا اگرچہ ادمی اپنی نادانی کی وجہ سے دوسروں کو اپنا کام بنانے والا سمجھتا رہا</w:t>
      </w:r>
    </w:p>
    <w:p>
      <w:r>
        <w:rPr>
          <w:b/>
        </w:rPr>
        <w:t xml:space="preserve">[2:51:13] </w:t>
      </w:r>
      <w:r>
        <w:t>shareekon ke pas to siray se madad karne ki koi taqat hi nahi magar Khuda apne wafadar bondon ki madad dunya mein bhi karta hai aur akhirat mein bhi</w:t>
      </w:r>
    </w:p>
    <w:p>
      <w:pPr>
        <w:jc w:val="right"/>
      </w:pPr>
      <w:r>
        <w:t>شریکوں کے پاس تو سرے سے مدد کرنے کی کوئی طاقت ہی نہیں مگر خدا اپنے وفادار بندوں کی مدد دنیا میں بھی کرتا ہے اور اخرت میں بھی</w:t>
      </w:r>
    </w:p>
    <w:p>
      <w:r>
        <w:rPr>
          <w:b/>
        </w:rPr>
        <w:t xml:space="preserve">[2:51:32] </w:t>
      </w:r>
      <w:r>
        <w:t>khud bil urf wa a'ridh 'an al-jahileen wa ma yanzaghannaka min ash-shaytan nazghun fasta'idh billah innahu samee'un aleem</w:t>
      </w:r>
    </w:p>
    <w:p>
      <w:pPr>
        <w:jc w:val="right"/>
      </w:pPr>
      <w:r>
        <w:t>خود بالعرف واعرض عن الجاہلین واماینزغنک من الشیطان نزغ فاستعذ باللہ انہ سمیع علیم</w:t>
      </w:r>
    </w:p>
    <w:p>
      <w:r>
        <w:rPr>
          <w:b/>
        </w:rPr>
        <w:t xml:space="preserve">[2:51:57] </w:t>
      </w:r>
      <w:r>
        <w:t>al-ladheena ittaqaw idha massahum taa'ifun min ash-shaytan tadhakkaru fa idha hum mubsiroon wa ikhwanuhum yamuddoonahum fi al-ghayyi thumma la yuqassiroon</w:t>
      </w:r>
    </w:p>
    <w:p>
      <w:pPr>
        <w:jc w:val="right"/>
      </w:pPr>
      <w:r>
        <w:t>ان الذین اتقوا اذا مسهم طائف من الشیطان تذکروا فاذا هم مبصرون واخوانهم يمدونهم فی الغی ثم لا یقصرون</w:t>
      </w:r>
    </w:p>
    <w:p>
      <w:r>
        <w:rPr>
          <w:b/>
        </w:rPr>
        <w:t xml:space="preserve">[2:52:22] </w:t>
      </w:r>
      <w:r>
        <w:t>darguzar karo neki ka hukum do aur jahilon se na uljho aur agar tum ko koi waswasa shaitan ki taraf se aaye to Allah ki panah chaho beshak woh sunnay wala jananay wala hai</w:t>
      </w:r>
    </w:p>
    <w:p>
      <w:pPr>
        <w:jc w:val="right"/>
      </w:pPr>
      <w:r>
        <w:t>درگزر کرو نیکی کا حکم دو اور جاہلوں سے نہ الجھو اور اگر تم کو کوئی وسوسہ شیطان کی طرف سے ائے تو اللہ کی پناہ چاہو بے شک وہ سننے والا جاننے والا ہے</w:t>
      </w:r>
    </w:p>
    <w:p>
      <w:r>
        <w:rPr>
          <w:b/>
        </w:rPr>
        <w:t xml:space="preserve">[2:52:45] </w:t>
      </w:r>
      <w:r>
        <w:t>jo log dar rakhte hain jab kabhi shaitan ke asar se koi bura khayal unhein chhu jata hai</w:t>
      </w:r>
    </w:p>
    <w:p>
      <w:pPr>
        <w:jc w:val="right"/>
      </w:pPr>
      <w:r>
        <w:t>جو لوگ ڈر رکھتے ہیں جب کبھی شیطان کے اثر سے کوئی برا خیال انہیں چھو جاتا ہے</w:t>
      </w:r>
    </w:p>
    <w:p>
      <w:r>
        <w:rPr>
          <w:b/>
        </w:rPr>
        <w:t xml:space="preserve">[2:52:55] </w:t>
      </w:r>
      <w:r>
        <w:t>to woh foran chaunk padte hain aur phir</w:t>
      </w:r>
    </w:p>
    <w:p>
      <w:pPr>
        <w:jc w:val="right"/>
      </w:pPr>
      <w:r>
        <w:t>تو وہ فورا چونک پڑتے ہیں اور پھر</w:t>
      </w:r>
    </w:p>
    <w:p>
      <w:r>
        <w:rPr>
          <w:b/>
        </w:rPr>
        <w:t xml:space="preserve">[2:53:00] </w:t>
      </w:r>
      <w:r>
        <w:t>isi waqt un ko soojh a jati hai</w:t>
      </w:r>
    </w:p>
    <w:p>
      <w:pPr>
        <w:jc w:val="right"/>
      </w:pPr>
      <w:r>
        <w:t>اسی وقت ان کو سوجھ ا جاتی ہے</w:t>
      </w:r>
    </w:p>
    <w:p>
      <w:r>
        <w:rPr>
          <w:b/>
        </w:rPr>
        <w:t xml:space="preserve">[2:53:03] </w:t>
      </w:r>
      <w:r>
        <w:t>aur jo shaitan ke bhai hain woh un ko gumrahi mein khinche chale jate hain phir woh kami</w:t>
      </w:r>
    </w:p>
    <w:p>
      <w:pPr>
        <w:jc w:val="right"/>
      </w:pPr>
      <w:r>
        <w:t>اور جو شیطان کے بھائی ہیں وہ ان کو گمراہی میں کھینچے چلے جاتے ہیں پھر وہ کمی</w:t>
      </w:r>
    </w:p>
    <w:p>
      <w:r>
        <w:rPr>
          <w:b/>
        </w:rPr>
        <w:t xml:space="preserve">[2:53:12] </w:t>
      </w:r>
      <w:r>
        <w:t>nahin karte</w:t>
      </w:r>
    </w:p>
    <w:p>
      <w:pPr>
        <w:jc w:val="right"/>
      </w:pPr>
      <w:r>
        <w:t>نہیں کرتے</w:t>
      </w:r>
    </w:p>
    <w:p>
      <w:r>
        <w:rPr>
          <w:b/>
        </w:rPr>
        <w:t xml:space="preserve">[2:53:16] </w:t>
      </w:r>
      <w:r>
        <w:t>tashreeh toheed aur akhirat neki aur adal ki taraf bulana urf ki taraf bulana hai yani un bhalaiyon ki taraf jo aql o fitrat ke nazdeek jani pehchani hain magar yeh sadah tareen kaam har zamanay mein mushkil tareen kaam raha hai</w:t>
      </w:r>
    </w:p>
    <w:p>
      <w:pPr>
        <w:jc w:val="right"/>
      </w:pPr>
      <w:r>
        <w:t>تشریح توحید اور اخرت نیکی اور عدل کی طرف بلانا عرف کی طرف بلانا ہے یعنی ان بھلائیوں کی طرف جو عقل و فطرت کے نزدیک جانی پہچانی ہیں مگر یہ سادہ ترین کام ہر زمانے میں مشکل ترین کام رہا ہے</w:t>
      </w:r>
    </w:p>
    <w:p>
      <w:r>
        <w:rPr>
          <w:b/>
        </w:rPr>
        <w:t xml:space="preserve">[2:53:41] </w:t>
      </w:r>
      <w:r>
        <w:t>insan ki hub ajila ka yeh nateeja hai ke har zamanay mein log apni zindagi ka nizam duniyawi mafad aur zaati maslahaton ki bunyad par qaim kiye hue hote hain woh haq ka naam le kar batil parasti ke mashghale mein mubtala hote hain</w:t>
      </w:r>
    </w:p>
    <w:p>
      <w:pPr>
        <w:jc w:val="right"/>
      </w:pPr>
      <w:r>
        <w:t>انسان کی حب عاجلہ کا یہ نتیجہ ہے کہ ہر زمانے میں لوگ اپنی زندگی کا نظام دنیاوی مفاد اور ذاتی مصلحتوں کی بنیاد پر قائم کیے ہوئے ہوتے ہیں وہ حق کا نام لے کر باطل پرستی کے مشغلے میں مبتلا ہوتے ہیں</w:t>
      </w:r>
    </w:p>
    <w:p>
      <w:r>
        <w:rPr>
          <w:b/>
        </w:rPr>
        <w:t xml:space="preserve">[2:54:04] </w:t>
      </w:r>
      <w:r>
        <w:t>aisi halat mein jab bhi sachai ki be amez dawat uthti hai to har admi apne aap par is ki izzat padte hue mehsoos karta hai nateeja yeh hota hai ke har admi is ka mukhalif ban kar khada ho jata hai</w:t>
      </w:r>
    </w:p>
    <w:p>
      <w:pPr>
        <w:jc w:val="right"/>
      </w:pPr>
      <w:r>
        <w:t>ایسی حالت میں جب بھی سچائی کی بے امیز دعوت اٹھتی ہے تو ہر ادمی اپنے اپ پر اس کی عزت پڑتے ہوئے محسوس کرتا ہے نتیجہ یہ ہوتا ہے کہ ہر ادمی اس کا مخالف بن کر کھڑا ہو جاتا ہے</w:t>
      </w:r>
    </w:p>
    <w:p>
      <w:r>
        <w:rPr>
          <w:b/>
        </w:rPr>
        <w:t xml:space="preserve">[2:54:27] </w:t>
      </w:r>
      <w:r>
        <w:t>aisi halat mein da'i ko kya karna chahiye</w:t>
      </w:r>
    </w:p>
    <w:p>
      <w:pPr>
        <w:jc w:val="right"/>
      </w:pPr>
      <w:r>
        <w:t>ایسی حالت میں داعی کو کیا کرنا چاہیے</w:t>
      </w:r>
    </w:p>
    <w:p>
      <w:r>
        <w:rPr>
          <w:b/>
        </w:rPr>
        <w:t xml:space="preserve">[2:54:32] </w:t>
      </w:r>
      <w:r>
        <w:t>is ka aik hi jawab hai aur woh hai darguzar aur a'iraz yani logon se uljhe baghair bilkul thande tor par apna kaam jari rakhna da'i agar logon ke nikale hue shoshon ka jawab dene lage to haq ki dawat munazray ki surat ikhtiyar kar le gi</w:t>
      </w:r>
    </w:p>
    <w:p>
      <w:pPr>
        <w:jc w:val="right"/>
      </w:pPr>
      <w:r>
        <w:t>اس کا ایک ہی جواب ہے اور وہ ہے درگزر اور اعراض یعنی لوگوں سے الجھے بغیر بالکل ٹھنڈے طور پر اپنا کام جاری رکھنا داعی اگر لوگوں کے نکالے ہوئے شوشوں کا جواب دینے لگے تو حق کی دعوت مناظرے کی صورت اختیار کر لے گی</w:t>
      </w:r>
    </w:p>
    <w:p>
      <w:r>
        <w:rPr>
          <w:b/>
        </w:rPr>
        <w:t xml:space="preserve">[2:54:58] </w:t>
      </w:r>
      <w:r>
        <w:t>da'i agar logon ki taraf se chheede hue ghair zaroori sawalat mein apne ko mashghool kare to woh</w:t>
      </w:r>
    </w:p>
    <w:p>
      <w:pPr>
        <w:jc w:val="right"/>
      </w:pPr>
      <w:r>
        <w:t>داعی اگر لوگوں کی طرف سے چھیڑے ہوئے غیر ضروری سوالات میں اپنے کو مشغول کرے تو وہ</w:t>
      </w:r>
    </w:p>
    <w:p>
      <w:r>
        <w:rPr>
          <w:b/>
        </w:rPr>
        <w:t xml:space="preserve">[2:55:07] </w:t>
      </w:r>
      <w:r>
        <w:t>sirf apne waqt aur apni taqat ko zaya karega</w:t>
      </w:r>
    </w:p>
    <w:p>
      <w:pPr>
        <w:jc w:val="right"/>
      </w:pPr>
      <w:r>
        <w:t>صرف اپنے وقت اور اپنی طاقت کو ضائع کرے گا</w:t>
      </w:r>
    </w:p>
    <w:p>
      <w:r>
        <w:rPr>
          <w:b/>
        </w:rPr>
        <w:t xml:space="preserve">[2:55:14] </w:t>
      </w:r>
      <w:r>
        <w:t>da'i agar logon ki taraf se aane wali taklifon par un se jhagadne lage to da'wat-e-haq da'wat-e-haq</w:t>
      </w:r>
    </w:p>
    <w:p>
      <w:pPr>
        <w:jc w:val="right"/>
      </w:pPr>
      <w:r>
        <w:t>داعی اگر لوگوں کی طرف سے انے والی تکلیفوں پر ان سے جھگڑنے لگے تو دعوت حق دعوت</w:t>
      </w:r>
    </w:p>
    <w:p>
      <w:r>
        <w:rPr>
          <w:b/>
        </w:rPr>
        <w:t xml:space="preserve">[2:55:22] </w:t>
      </w:r>
      <w:r>
        <w:t>na rahegi balke ma'ashi aur siyasi ladai ban kar reh jayegi</w:t>
      </w:r>
    </w:p>
    <w:p>
      <w:pPr>
        <w:jc w:val="right"/>
      </w:pPr>
      <w:r>
        <w:t>حق نہ رہے گی بلکہ معاشی اور سیاسی لڑائی بن کر رہ جائے گی</w:t>
      </w:r>
    </w:p>
    <w:p>
      <w:r>
        <w:rPr>
          <w:b/>
        </w:rPr>
        <w:t xml:space="preserve">[2:55:29] </w:t>
      </w:r>
      <w:r>
        <w:t>is liye haq ki dawat ko is ki asli surat mein baqi rakhne ke liye zaroori hai ke da'i jahilon aur manindon ki taraf se pesh aanay wali khushgawariyon par sabr kare aur un se uljhe baghair apne musbat kaam ko jari rakhe</w:t>
      </w:r>
    </w:p>
    <w:p>
      <w:pPr>
        <w:jc w:val="right"/>
      </w:pPr>
      <w:r>
        <w:t>اس لیے حق کی دعوت کو اس کی اصلی صورت میں باقی رکھنے کے لیے ضروری ہے کہ داعی جاہلوں اور مانندوں کی طرف سے پیش انے والی خوشگواریوں پر صبر کرے اور ان سے الجھے بغیر اپنے مثبت کام کو جاری رکھے</w:t>
      </w:r>
    </w:p>
    <w:p>
      <w:r>
        <w:rPr>
          <w:b/>
        </w:rPr>
        <w:t xml:space="preserve">[2:55:53] </w:t>
      </w:r>
      <w:r>
        <w:t>taham maujudah duniya mein koi shakhs nafs aur shaitan ke hamlon se khali nahin reh sakta</w:t>
      </w:r>
    </w:p>
    <w:p>
      <w:pPr>
        <w:jc w:val="right"/>
      </w:pPr>
      <w:r>
        <w:t>تاہم موجودہ دنیا میں کوئی شخص نفس اور شیطان کے حملوں سے خالی نہیں رہ سکتا</w:t>
      </w:r>
    </w:p>
    <w:p>
      <w:r>
        <w:rPr>
          <w:b/>
        </w:rPr>
        <w:t xml:space="preserve">[2:56:02] </w:t>
      </w:r>
      <w:r>
        <w:t>aise mauqe par jo cheez aadmi ko bachati hai woh sirf Allah ka dar hai Allah ka dar</w:t>
      </w:r>
    </w:p>
    <w:p>
      <w:pPr>
        <w:jc w:val="right"/>
      </w:pPr>
      <w:r>
        <w:t>ایسے موقع پر جو چیز ادمی کو بچاتی ہے وہ صرف اللہ کا ڈر ہے اللہ کا ڈر</w:t>
      </w:r>
    </w:p>
    <w:p>
      <w:r>
        <w:rPr>
          <w:b/>
        </w:rPr>
        <w:t xml:space="preserve">[2:56:10] </w:t>
      </w:r>
      <w:r>
        <w:t>aadmi ko be had sensitive bana deta hai yahi sensitivity</w:t>
      </w:r>
    </w:p>
    <w:p>
      <w:pPr>
        <w:jc w:val="right"/>
      </w:pPr>
      <w:r>
        <w:t>ادمی کو بے حد حساس بنا دیتا ہے یہی حساسیت</w:t>
      </w:r>
    </w:p>
    <w:p>
      <w:r>
        <w:rPr>
          <w:b/>
        </w:rPr>
        <w:t xml:space="preserve">[2:56:17] </w:t>
      </w:r>
      <w:r>
        <w:t>maujudah imtihan ki duniya mein aadmi ki sab se badi dhal hai</w:t>
      </w:r>
    </w:p>
    <w:p>
      <w:pPr>
        <w:jc w:val="right"/>
      </w:pPr>
      <w:r>
        <w:t>موجودہ امتحان کی دنیا میں ادمی کی سب سے بڑی ڈھال ہے</w:t>
      </w:r>
    </w:p>
    <w:p>
      <w:r>
        <w:rPr>
          <w:b/>
        </w:rPr>
        <w:t xml:space="preserve">[2:56:24] </w:t>
      </w:r>
      <w:r>
        <w:t>jab bhi admi ke andar koi galat khayal aata hai ya kisi qism ki manfi nafsiyat ubharti hai to us ki hassasiyat foran us ko bata deti hai ke woh phisal gaya hai ek lamhe ki ghaflat ke baad us ki aankh khul jati hai aur woh Allah se maafi mangte hue dobara apne ko durust kar leta hai</w:t>
      </w:r>
    </w:p>
    <w:p>
      <w:pPr>
        <w:jc w:val="right"/>
      </w:pPr>
      <w:r>
        <w:t>جب بھی ادمی کے اندر کوئی غلط خیال اتا ہے یا کسی قسم کی منفی نفسیات ابھرتی ہے تو اس کی حساسیت فورا اس کو بتا دیتی ہے کہ وہ پھسل گیا ہے ایک لمحے کی غفلت کے بعد اس کی انکھ کھل جاتی ہے اور وہ اللہ سے معافی مانگتے ہوئے دوبارہ اپنے کو درست کر لیتا ہے</w:t>
      </w:r>
    </w:p>
    <w:p>
      <w:r>
        <w:rPr>
          <w:b/>
        </w:rPr>
        <w:t xml:space="preserve">[2:56:52] </w:t>
      </w:r>
      <w:r>
        <w:t>is ke bar aks jo log Allah ke darr se khali hote hain un ke andar shaitan dakhil ho kar apna kaam karta rehta hai aur un ko mehsoos bhi nahi hota ke is ke sathi ban kar woh kis gadhe ki taraf chale ja rahe hain</w:t>
      </w:r>
    </w:p>
    <w:p>
      <w:pPr>
        <w:jc w:val="right"/>
      </w:pPr>
      <w:r>
        <w:t>اس کے برعکس جو لوگ اللہ کے ڈر سے خالی ہوتے ہیں ان کے اندر شیطان داخل ہو کر اپنا کام کرتا رہتا ہے اور ان کو محسوس بھی نہیں ہوتا کہ اس کے ساتھی بن کر وہ کس گڑھے کی طرف چلے جا رہے ہیں</w:t>
      </w:r>
    </w:p>
    <w:p>
      <w:r>
        <w:rPr>
          <w:b/>
        </w:rPr>
        <w:t xml:space="preserve">[2:57:12] </w:t>
      </w:r>
      <w:r>
        <w:t>hassasiyat admi ki sab se bari muhafiz hai jab ke be-hissi admi ko shaitan ke muqable mein ghair mehfooz bana deti hai</w:t>
      </w:r>
    </w:p>
    <w:p>
      <w:pPr>
        <w:jc w:val="right"/>
      </w:pPr>
      <w:r>
        <w:t>حساسیت ادمی کی سب سے بڑی محافظ ہے جبکہ بے حسی ادمی کو شیطان کے مقابلے میں غیر محفوظ بنا دیتی ہے</w:t>
      </w:r>
    </w:p>
    <w:p>
      <w:r>
        <w:rPr>
          <w:b/>
        </w:rPr>
        <w:t xml:space="preserve">[2:57:34] </w:t>
      </w:r>
      <w:r>
        <w:t>qul innama attabi'u ma yuha</w:t>
      </w:r>
    </w:p>
    <w:p>
      <w:pPr>
        <w:jc w:val="right"/>
      </w:pPr>
      <w:r>
        <w:t>قل انما اتبع ما یوحیی</w:t>
      </w:r>
    </w:p>
    <w:p>
      <w:r>
        <w:rPr>
          <w:b/>
        </w:rPr>
        <w:t xml:space="preserve">[2:57:42] </w:t>
      </w:r>
      <w:r>
        <w:t>min rabbi hadha basair</w:t>
      </w:r>
    </w:p>
    <w:p>
      <w:pPr>
        <w:jc w:val="right"/>
      </w:pPr>
      <w:r>
        <w:t>من ربی هذا بصائر</w:t>
      </w:r>
    </w:p>
    <w:p>
      <w:r>
        <w:rPr>
          <w:b/>
        </w:rPr>
        <w:t xml:space="preserve">[2:57:48] </w:t>
      </w:r>
      <w:r>
        <w:t>min rabbikum wahudan warahmatan liqawmin yuminun</w:t>
      </w:r>
    </w:p>
    <w:p>
      <w:pPr>
        <w:jc w:val="right"/>
      </w:pPr>
      <w:r>
        <w:t>من ربكم وهدى ورحمۃ لقوم یومنون</w:t>
      </w:r>
    </w:p>
    <w:p>
      <w:r>
        <w:rPr>
          <w:b/>
        </w:rPr>
        <w:t xml:space="preserve">[2:57:56] </w:t>
      </w:r>
      <w:r>
        <w:t>waiza quri alquran fastamiu lahu wa ansitu la allakum turhamun</w:t>
      </w:r>
    </w:p>
    <w:p>
      <w:pPr>
        <w:jc w:val="right"/>
      </w:pPr>
      <w:r>
        <w:t>واذا قرئ القران فاستمعوا له وانصتوا لعلكم ترحمون</w:t>
      </w:r>
    </w:p>
    <w:p>
      <w:r>
        <w:rPr>
          <w:b/>
        </w:rPr>
        <w:t xml:space="preserve">[2:58:06] </w:t>
      </w:r>
      <w:r>
        <w:t>wazkur rabbaka fi nafsika tadarruan wa khifatan</w:t>
      </w:r>
    </w:p>
    <w:p>
      <w:pPr>
        <w:jc w:val="right"/>
      </w:pPr>
      <w:r>
        <w:t>واذكر ربك في نفسك تضرعا وخيفه</w:t>
      </w:r>
    </w:p>
    <w:p>
      <w:r>
        <w:rPr>
          <w:b/>
        </w:rPr>
        <w:t xml:space="preserve">[2:58:12] </w:t>
      </w:r>
      <w:r>
        <w:t>waduna aljahri min alqawli bilghudui wal asali wala takun min alghafilina</w:t>
      </w:r>
    </w:p>
    <w:p>
      <w:pPr>
        <w:jc w:val="right"/>
      </w:pPr>
      <w:r>
        <w:t>ودون الجهر من القول بالغدو والاصال ولا تكن من الغافلين</w:t>
      </w:r>
    </w:p>
    <w:p>
      <w:r>
        <w:rPr>
          <w:b/>
        </w:rPr>
        <w:t xml:space="preserve">[2:58:23] </w:t>
      </w:r>
      <w:r>
        <w:t>Innal ladhina 'inda rabbika la yastakbiruna 'an 'ibadatihi wa yusabbihunahu wa lahu yasjudun</w:t>
      </w:r>
    </w:p>
    <w:p>
      <w:pPr>
        <w:jc w:val="right"/>
      </w:pPr>
      <w:r>
        <w:t>ان الذين عند ربك لا يستكبرون عن عبادته ويسبحونه وله يسجدون</w:t>
      </w:r>
    </w:p>
    <w:p>
      <w:r>
        <w:rPr>
          <w:b/>
        </w:rPr>
        <w:t xml:space="preserve">[2:58:38] </w:t>
      </w:r>
      <w:r>
        <w:t>aur jab tum un ke samne koi nishani nahi laye to kehte hain ke kyun na tum chhat laye kuch apni taraf se kaho mein to isi ki pairwi karta hoon jo mere rab ki taraf se mujh par wahi ki jati hai</w:t>
      </w:r>
    </w:p>
    <w:p>
      <w:pPr>
        <w:jc w:val="right"/>
      </w:pPr>
      <w:r>
        <w:t>اور جب تم ان کے سامنے کوئی نشانی نہیں لائے تو کہتے ہیں کہ کیوں نہ تم چھاٹ لائے کچھ اپنی طرف سے کہو میں تو اسی کی پیروی کرتا ہوں جو میرے رب کی طرف سے مجھ پر وحی کی جاتی ہے</w:t>
      </w:r>
    </w:p>
    <w:p>
      <w:r>
        <w:rPr>
          <w:b/>
        </w:rPr>
        <w:t xml:space="preserve">[2:58:58] </w:t>
      </w:r>
      <w:r>
        <w:t>yeh soojh ki baatein hain tumhare rab ki taraf se aur hidayat aur rehmat un logon ke liye jo iman rakhte hain aur jab Quran padha jaye to us ko tawajjuh se suno aur khamosh raho taake tum par rehmat ki jaye aur apne rab ko subah o sham yaad karo ab apne dil mein</w:t>
      </w:r>
    </w:p>
    <w:p>
      <w:pPr>
        <w:jc w:val="right"/>
      </w:pPr>
      <w:r>
        <w:t>یہ سوجھ کی باتیں ہیں تمہارے رب کی طرف سے اور ہدایت اور رحمت ان لوگوں کے لیے جو ایمان رکھتے ہیں اور جب قران پڑھا جائے تو اس کو توجہ سے سنو اور خاموش رہو تاکہ تم پر رحمت کی جائے اور اپنے رب کو صبح و شام یاد کرو اب اپنے دل میں</w:t>
      </w:r>
    </w:p>
    <w:p>
      <w:r>
        <w:rPr>
          <w:b/>
        </w:rPr>
        <w:t xml:space="preserve">[2:59:26] </w:t>
      </w:r>
      <w:r>
        <w:t>azizi aur khauf ke sath aur past awaz se aur ghafilon mein se na bano jo farishte tere rab ke pas hain woh us ki ibadat se takabbur nahi karte aur woh us ki pak zaat ko yaad karte hain aur usi ko sajda karte hain</w:t>
      </w:r>
    </w:p>
    <w:p>
      <w:pPr>
        <w:jc w:val="right"/>
      </w:pPr>
      <w:r>
        <w:t>عاجزی اور خوف کے ساتھ اور پست اواز سے اور غافلوں میں سے نہ بنو جو فرشتے تیرے رب کے پاس ہیں وہ اس کی عبادت سے تکبر نہیں کرتے اور وہ اس کی پاک ذات کو یاد کرتے ہیں اور اسی کو سجدہ کرتے ہیں</w:t>
      </w:r>
    </w:p>
    <w:p>
      <w:r>
        <w:rPr>
          <w:b/>
        </w:rPr>
        <w:t xml:space="preserve">[2:59:52] </w:t>
      </w:r>
      <w:r>
        <w:t>tashreeh Makkah ke log Rasool Allah Sal Allahu Alaihi Wasallam se kehte ke agar tum Khuda ke paighambar ho to Khuda ke yahan se koi moajza kyun nahi laye Khuda ke liye intehai asan tha ke woh aap ko ek moajza de deta magar is ka nateeja yeh hota ke asal maqsad jata rehta</w:t>
      </w:r>
    </w:p>
    <w:p>
      <w:pPr>
        <w:jc w:val="right"/>
      </w:pPr>
      <w:r>
        <w:t>تشریح مکہ کے لوگ رسول اللہ صلی اللہ علیہ وسلم سے کہتے کہ اگر تم خدا کے پیغمبر ہو تو خدا کے یہاں سے کوئی معجزہ کیوں نہیں لائے خدا کے لیے انتہائی اسان تھا کہ وہ اپ کو ایک معجزہ دے دیتا مگر اس کا نتیجہ یہ ہوتا کہ اصل مقصد جاتا رہتا</w:t>
      </w:r>
    </w:p>
    <w:p>
      <w:r>
        <w:rPr>
          <w:b/>
        </w:rPr>
        <w:t xml:space="preserve">[3:00:19] </w:t>
      </w:r>
      <w:r>
        <w:t>misal ke taur par farz kijiye ke Rasool Allah Sal Allahu Alaihi Wasallam ke liye jadeed tarz ki ek motor car utar di jati jis mein loudspeaker nasb hota aap us mein baith kar chalte aur logon ke darmiyan tablegh karte</w:t>
      </w:r>
    </w:p>
    <w:p>
      <w:pPr>
        <w:jc w:val="right"/>
      </w:pPr>
      <w:r>
        <w:t>مثلا فرض کیجئے کہ رسول اللہ صلی اللہ علیہ وسلم کے لیے جدید طرز کی ایک موٹر کار اتار دی جاتی جس میں لاؤڈ سپیکر نصب ہوتا اپ اس میں بیٹھ کر چلتے اور لوگوں کے درمیان تبلیغ کرتے</w:t>
      </w:r>
    </w:p>
    <w:p>
      <w:r>
        <w:rPr>
          <w:b/>
        </w:rPr>
        <w:t xml:space="preserve">[3:00:40] </w:t>
      </w:r>
      <w:r>
        <w:t>do hazar saal pehle ke halaat mein aisi ek car logon ke liye intehai herat nak moajza thi magar is ka yeh nuqsan hota ke logon ki tawajjuh asal baat se hat jati asal maqsad to yeh tha ke Khuda ka kalam logon ke liye baseerat bane</w:t>
      </w:r>
    </w:p>
    <w:p>
      <w:pPr>
        <w:jc w:val="right"/>
      </w:pPr>
      <w:r>
        <w:t>دو ہزار سال پہلے کے حالات میں ایسی ایک کار لوگوں کے لیے انتہائی حیرت ناک معجزہ تھی مگر اس کا یہ نقصان ہوتا کہ لوگوں کی توجہ اصل بات سے ہٹ جاتی اصل مقصد تو یہ تھا کہ خدا کا کلام لوگوں کے لیے بصیرت بنے</w:t>
      </w:r>
    </w:p>
    <w:p>
      <w:r>
        <w:rPr>
          <w:b/>
        </w:rPr>
        <w:t xml:space="preserve">[3:01:06] </w:t>
      </w:r>
      <w:r>
        <w:t>is se logon ko sochne ka dhang aur amal karne ka tareeqa maloom ho is se roohon ko khudai thandak mile magar mazkoorah moajza ke baad yeh sara mansoobah dhara reh jata aur log bas karishmati sawari ke ajubay mein mah ho kar reh jate karamati cheezon mein khone ka naam deen nahi</w:t>
      </w:r>
    </w:p>
    <w:p>
      <w:pPr>
        <w:jc w:val="right"/>
      </w:pPr>
      <w:r>
        <w:t>اس سے لوگوں کو سوچنے کا ڈھنگ اور عمل کرنے کا طریقہ معلوم ہو اس سے روحوں کو خدائی ٹھنڈک ملے مگر مذکورہ معجزہ کے بعد یہ سارا منصوبہ دھرا رہ جاتا اور لوگ بس کرسماتی سواری کے عجوبے میں ماہ ہو کر رہ جاتے کراماتی چیزوں میں کھونے کا نام دین نہیں</w:t>
      </w:r>
    </w:p>
    <w:p>
      <w:r>
        <w:rPr>
          <w:b/>
        </w:rPr>
        <w:t xml:space="preserve">[3:01:32] </w:t>
      </w:r>
      <w:r>
        <w:t>deen yeh hai ke admi Khuda ke kalam par dhiyan de is ko ghor ke sath padhe aur tawajjuh ke sath sune deendar hone ki pehchan yeh hai ke Khuda ke sath admi ka ta'alluq gehra qaim ho jaye is ke dil mein ghudhas paida ho woh Khuda ki yaad karne wala ban jaye</w:t>
      </w:r>
    </w:p>
    <w:p>
      <w:pPr>
        <w:jc w:val="right"/>
      </w:pPr>
      <w:r>
        <w:t>دین یہ ہے کہ ادمی خدا کے کلام پر دھیان دے اس کو غور کے ساتھ پڑھے اور توجہ کے ساتھ سنے دیندار ہونے کی پہچان یہ ہے کہ خدا کے ساتھ ادمی کا تعلق گہرا قائم ہو جائے اس کے دل میں گداس پیدا ہو وہ خدا کی یاد کرنے والا بن جائے</w:t>
      </w:r>
    </w:p>
    <w:p>
      <w:r>
        <w:rPr>
          <w:b/>
        </w:rPr>
        <w:t xml:space="preserve">[3:01:58] </w:t>
      </w:r>
      <w:r>
        <w:t>Khuda ki azmat is ke dil o dimagh par is tarah chha jaye ke woh.</w:t>
      </w:r>
    </w:p>
    <w:p>
      <w:pPr>
        <w:jc w:val="right"/>
      </w:pPr>
      <w:r>
        <w:t>خدا کی عظمت اس کے دل و دماغ پر اس طرح چھا جائے کہ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